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Green"/>
        <w:spacing w:before="0" w:after="40" w:line="240" w:lineRule="auto"/>
        <w:jc w:val="center"/>
        <w:rPr/>
      </w:pPr>
      <w:r>
        <w:rPr>
          <w:rFonts w:ascii="Times New Roman" w:hAnsi="Times New Roman"/>
          <w:b/>
          <w:sz w:val="26"/>
          <w:color w:val="000000"/>
        </w:rPr>
        <w:t>Coverage-Exception Withdrawal Review — No Text Deleted</w:t>
      </w:r>
    </w:p>
    <w:p>
      <w:pPr>
        <w:pStyle w:val="Yellow"/>
        <w:spacing w:before="0" w:after="40" w:line="240" w:lineRule="auto"/>
        <w:rPr/>
      </w:pPr>
      <w:r>
        <w:rPr>
          <w:rFonts w:ascii="Times New Roman" w:hAnsi="Times New Roman"/>
          <w:b/>
          <w:sz w:val="19"/>
          <w:color w:val="000000"/>
          <w:shd w:val="clear" w:color="auto" w:fill="B7DDE8"/>
        </w:rPr>
        <w:t>Light blue</w:t>
      </w:r>
      <w:r>
        <w:rPr>
          <w:rFonts w:ascii="Times New Roman" w:hAnsi="Times New Roman"/>
          <w:b w:val="0"/>
          <w:sz w:val="19"/>
          <w:color w:val="000000"/>
        </w:rPr>
        <w:t xml:space="preserve"> — Original Part 1 mapped concept span. Not a deletion mark.</w:t>
      </w:r>
      <w:r>
        <w:br/>
      </w:r>
      <w:r>
        <w:rPr>
          <w:rFonts w:ascii="Times New Roman" w:hAnsi="Times New Roman"/>
          <w:b/>
          <w:sz w:val="19"/>
          <w:color w:val="000000"/>
          <w:shd w:val="clear" w:color="auto" w:fill="00FFFF"/>
        </w:rPr>
        <w:t>Teal</w:t>
      </w:r>
      <w:r>
        <w:rPr>
          <w:rFonts w:ascii="Times New Roman" w:hAnsi="Times New Roman"/>
          <w:b w:val="0"/>
          <w:sz w:val="19"/>
          <w:color w:val="000000"/>
        </w:rPr>
        <w:t xml:space="preserve"> — Pre-dedup identical or near-identical adjacent-promise flag.</w:t>
      </w:r>
      <w:r>
        <w:br/>
      </w:r>
      <w:r>
        <w:rPr>
          <w:rFonts w:ascii="Times New Roman" w:hAnsi="Times New Roman"/>
          <w:b/>
          <w:sz w:val="19"/>
          <w:color w:val="000000"/>
          <w:shd w:val="clear" w:color="auto" w:fill="F4CCCC"/>
        </w:rPr>
        <w:t>Light red</w:t>
      </w:r>
      <w:r>
        <w:rPr>
          <w:rFonts w:ascii="Times New Roman" w:hAnsi="Times New Roman"/>
          <w:b w:val="0"/>
          <w:sz w:val="19"/>
          <w:color w:val="000000"/>
        </w:rPr>
        <w:t xml:space="preserve"> — Pre-dedup deletion suggestion.</w:t>
      </w:r>
      <w:r>
        <w:br/>
      </w:r>
      <w:r>
        <w:rPr>
          <w:rFonts w:ascii="Times New Roman" w:hAnsi="Times New Roman"/>
          <w:b/>
          <w:sz w:val="19"/>
          <w:color w:val="000000"/>
          <w:shd w:val="clear" w:color="auto" w:fill="E2F0D9"/>
        </w:rPr>
        <w:t>Green</w:t>
      </w:r>
      <w:r>
        <w:rPr>
          <w:rFonts w:ascii="Times New Roman" w:hAnsi="Times New Roman"/>
          <w:b w:val="0"/>
          <w:sz w:val="19"/>
          <w:color w:val="000000"/>
        </w:rPr>
        <w:t xml:space="preserve"> — Pre-dedup definite keeper.</w:t>
      </w:r>
      <w:r>
        <w:br/>
      </w:r>
      <w:r>
        <w:rPr>
          <w:rFonts w:ascii="Times New Roman" w:hAnsi="Times New Roman"/>
          <w:b/>
          <w:sz w:val="19"/>
          <w:color w:val="000000"/>
          <w:shd w:val="clear" w:color="auto" w:fill="FFF2CC"/>
        </w:rPr>
        <w:t>Yellow</w:t>
      </w:r>
      <w:r>
        <w:rPr>
          <w:rFonts w:ascii="Times New Roman" w:hAnsi="Times New Roman"/>
          <w:b w:val="0"/>
          <w:sz w:val="19"/>
          <w:color w:val="000000"/>
        </w:rPr>
        <w:t xml:space="preserve"> — Pre-dedup keeper.</w:t>
      </w:r>
    </w:p>
    <w:p>
      <w:pPr>
        <w:pStyle w:val="Orange"/>
        <w:spacing w:before="0" w:after="40" w:line="240" w:lineRule="auto"/>
        <w:rPr/>
      </w:pPr>
      <w:r>
        <w:rPr>
          <w:rFonts w:ascii="Times New Roman" w:hAnsi="Times New Roman"/>
          <w:b/>
          <w:sz w:val="19"/>
          <w:color w:val="FFFFFF"/>
          <w:shd w:val="clear" w:color="auto" w:fill="C00000"/>
        </w:rPr>
        <w:t>Red fill</w:t>
      </w:r>
      <w:r>
        <w:rPr>
          <w:rFonts w:ascii="Times New Roman" w:hAnsi="Times New Roman"/>
          <w:b w:val="0"/>
          <w:sz w:val="19"/>
          <w:color w:val="000000"/>
        </w:rPr>
        <w:t xml:space="preserve"> — Prior high-confidence redundancy: a whole promise or removable beginning/end portion.</w:t>
      </w:r>
      <w:r>
        <w:br/>
      </w:r>
      <w:r>
        <w:rPr>
          <w:rFonts w:ascii="Times New Roman" w:hAnsi="Times New Roman"/>
          <w:b/>
          <w:sz w:val="19"/>
          <w:color w:val="FFFFFF"/>
          <w:shd w:val="clear" w:color="auto" w:fill="C00000"/>
        </w:rPr>
        <w:t>Red right border</w:t>
      </w:r>
      <w:r>
        <w:rPr>
          <w:rFonts w:ascii="Times New Roman" w:hAnsi="Times New Roman"/>
          <w:b w:val="0"/>
          <w:sz w:val="19"/>
          <w:color w:val="000000"/>
        </w:rPr>
        <w:t xml:space="preserve"> — Former category-coverage survivor now proposed for deletion because the category-coverage exception is withdrawn. Existing internal colors remain visible.</w:t>
      </w:r>
      <w:r>
        <w:br/>
      </w:r>
      <w:r>
        <w:rPr>
          <w:rFonts w:ascii="Times New Roman" w:hAnsi="Times New Roman"/>
          <w:b/>
          <w:sz w:val="19"/>
          <w:color w:val="FFFFFF"/>
          <w:shd w:val="clear" w:color="auto" w:fill="1F3864"/>
        </w:rPr>
        <w:t>Navy blue</w:t>
      </w:r>
      <w:r>
        <w:rPr>
          <w:rFonts w:ascii="Times New Roman" w:hAnsi="Times New Roman"/>
          <w:b w:val="0"/>
          <w:sz w:val="19"/>
          <w:color w:val="000000"/>
        </w:rPr>
        <w:t xml:space="preserve"> — Uncertain redundancy requiring owner review before removal.</w:t>
      </w:r>
    </w:p>
    <w:p>
      <w:pPr>
        <w:pStyle w:val="Red"/>
        <w:spacing w:before="0" w:after="40" w:line="240" w:lineRule="auto"/>
        <w:rPr/>
      </w:pPr>
      <w:r>
        <w:rPr>
          <w:rFonts w:ascii="Times New Roman" w:hAnsi="Times New Roman"/>
          <w:b/>
          <w:sz w:val="19"/>
          <w:color w:val="FFFFFF"/>
          <w:shd w:val="clear" w:color="auto" w:fill="548235"/>
        </w:rPr>
        <w:t>Dark green</w:t>
      </w:r>
      <w:r>
        <w:rPr>
          <w:rFonts w:ascii="Times New Roman" w:hAnsi="Times New Roman"/>
          <w:b w:val="0"/>
          <w:sz w:val="19"/>
          <w:color w:val="000000"/>
        </w:rPr>
        <w:t xml:space="preserve"> — Optional further reduction candidate selected from a two-survivor subfamily.</w:t>
      </w:r>
      <w:r>
        <w:br/>
      </w:r>
      <w:r>
        <w:rPr>
          <w:rFonts w:ascii="Times New Roman" w:hAnsi="Times New Roman"/>
          <w:b/>
          <w:sz w:val="19"/>
          <w:color w:val="000000"/>
          <w:shd w:val="clear" w:color="auto" w:fill="F4B183"/>
        </w:rPr>
        <w:t>Orange</w:t>
      </w:r>
      <w:r>
        <w:rPr>
          <w:rFonts w:ascii="Times New Roman" w:hAnsi="Times New Roman"/>
          <w:b w:val="0"/>
          <w:sz w:val="19"/>
          <w:color w:val="000000"/>
        </w:rPr>
        <w:t xml:space="preserve"> — Legacy category-saved, structurally deletable material. Category coverage alone no longer protects it in this version.</w:t>
      </w:r>
    </w:p>
    <w:p>
      <w:pPr>
        <w:pStyle w:val="Blue"/>
        <w:spacing w:before="0" w:after="40" w:line="240" w:lineRule="auto"/>
        <w:rPr/>
      </w:pPr>
      <w:r>
        <w:rPr>
          <w:rFonts w:ascii="Times New Roman" w:hAnsi="Times New Roman"/>
          <w:b/>
          <w:sz w:val="19"/>
          <w:color w:val="FFFFFF"/>
          <w:shd w:val="clear" w:color="auto" w:fill="7030A0"/>
        </w:rPr>
        <w:t>Purple</w:t>
      </w:r>
      <w:r>
        <w:rPr>
          <w:rFonts w:ascii="Times New Roman" w:hAnsi="Times New Roman"/>
          <w:b w:val="0"/>
          <w:sz w:val="19"/>
          <w:color w:val="000000"/>
        </w:rPr>
        <w:t xml:space="preserve"> — Whole-promise containment candidate: every mapped fact also appears in a named surviving comparison.</w:t>
      </w:r>
      <w:r>
        <w:br/>
      </w:r>
      <w:r>
        <w:rPr>
          <w:rFonts w:ascii="Times New Roman" w:hAnsi="Times New Roman"/>
          <w:b/>
          <w:sz w:val="19"/>
          <w:color w:val="000000"/>
          <w:shd w:val="clear" w:color="auto" w:fill="B4A7D6"/>
        </w:rPr>
        <w:t>Lavender</w:t>
      </w:r>
      <w:r>
        <w:rPr>
          <w:rFonts w:ascii="Times New Roman" w:hAnsi="Times New Roman"/>
          <w:b w:val="0"/>
          <w:sz w:val="19"/>
          <w:color w:val="000000"/>
        </w:rPr>
        <w:t xml:space="preserve"> — Weaker containment candidate: mapped concepts are distributed across at most two other survivors.</w:t>
      </w:r>
      <w:r>
        <w:br/>
      </w:r>
      <w:r>
        <w:rPr>
          <w:rFonts w:ascii="Times New Roman" w:hAnsi="Times New Roman"/>
          <w:b/>
          <w:sz w:val="19"/>
          <w:color w:val="000000"/>
          <w:shd w:val="clear" w:color="auto" w:fill="D9C3E6"/>
        </w:rPr>
        <w:t>Mauve</w:t>
      </w:r>
      <w:r>
        <w:rPr>
          <w:rFonts w:ascii="Times New Roman" w:hAnsi="Times New Roman"/>
          <w:b w:val="0"/>
          <w:sz w:val="19"/>
          <w:color w:val="000000"/>
        </w:rPr>
        <w:t xml:space="preserve"> — Redundant beginning or ending clause only; middle-of-promise cuts remain prohibited.</w:t>
      </w:r>
    </w:p>
    <w:p>
      <w:pPr>
        <w:jc w:val="center"/>
        <w:spacing w:before="0" w:after="40" w:line="240" w:lineRule="auto"/>
        <w:keepNext/>
      </w:pPr>
      <w:r>
        <w:rPr>
          <w:rFonts w:ascii="Times New Roman" w:hAnsi="Times New Roman"/>
          <w:b/>
          <w:sz w:val="19"/>
          <w:color w:val="000000"/>
        </w:rPr>
        <w:t>[19FI]</w:t>
      </w:r>
      <w:r>
        <w:rPr>
          <w:rFonts w:ascii="Times New Roman" w:hAnsi="Times New Roman"/>
          <w:b w:val="0"/>
          <w:sz w:val="19"/>
          <w:color w:val="000000"/>
        </w:rPr>
        <w:t xml:space="preserve"> — The letters identify the exact Part 1 concept; the number is the count of distinct promise paragraphs containing that code.</w:t>
      </w:r>
      <w:r>
        <w:br/>
      </w:r>
      <w:r>
        <w:rPr>
          <w:rFonts w:ascii="Times New Roman" w:hAnsi="Times New Roman"/>
          <w:b/>
          <w:sz w:val="19"/>
          <w:color w:val="000000"/>
        </w:rPr>
        <w:t>&lt;25&gt;</w:t>
      </w:r>
      <w:r>
        <w:rPr>
          <w:rFonts w:ascii="Times New Roman" w:hAnsi="Times New Roman"/>
          <w:b w:val="0"/>
          <w:sz w:val="19"/>
          <w:color w:val="000000"/>
        </w:rPr>
        <w:t xml:space="preserve"> — Indivisible editorial group. Grouped paragraphs remain together and receive no new red border in this pass.</w:t>
      </w:r>
      <w:r>
        <w:br/>
      </w:r>
      <w:r>
        <w:rPr>
          <w:rFonts w:ascii="Times New Roman" w:hAnsi="Times New Roman"/>
          <w:b/>
          <w:sz w:val="19"/>
          <w:color w:val="000000"/>
        </w:rPr>
        <w:t>Brown right border</w:t>
      </w:r>
      <w:r>
        <w:rPr>
          <w:rFonts w:ascii="Times New Roman" w:hAnsi="Times New Roman"/>
          <w:b w:val="0"/>
          <w:sz w:val="19"/>
          <w:color w:val="000000"/>
        </w:rPr>
        <w:t xml:space="preserve"> — Retired in this version; established v8.1 brown candidate borders were converted to red right borders.</w:t>
      </w:r>
    </w:p>
    <w:p>
      <w:r>
        <w:rPr>
          <w:b/>
          <w:sz w:val="26"/>
          <w:highlight w:val="yellow"/>
        </w:rPr>
        <w:t>Yellow headings — categories or sub-groupings created by Claude, not in the owner's list. Edge marks are now all on the LEFT: red = whole promise proposed for deletion (former right border); purple/lavender = containment. Where a promise had both, red is shown.</w:t>
      </w:r>
      <w:r>
        <w:t xml:space="preserve"> Survivor safety: 148 paragraphs had their removal marks cleared because they were the last unmarked home of a concept that appears elsewhere only in marked passages; the longest was kept.</w:t>
      </w:r>
      <w:r>
        <w:t xml:space="preserve"> Second pass with orange and dark green counted as deletions: 72 more paragraphs cleared.</w:t>
      </w:r>
      <w:r>
        <w:t xml:space="preserve"> Coverage pass: 234 whole-marked candidates and 61 marked segments cleared because an identifier in them had no surviving same-code or same-subfamily span.</w:t>
      </w:r>
    </w:p>
    <w:p>
      <w:r>
        <w:rPr>
          <w:b/>
          <w:sz w:val="32"/>
        </w:rPr>
        <w:t>God's Unchangeableness  (5)</w:t>
      </w:r>
    </w:p>
    <w:p>
      <w:r>
        <w:rPr>
          <w:b/>
          <w:sz w:val="32"/>
        </w:rPr>
        <w:t>God's Unchangeableness  (5)</w:t>
      </w:r>
    </w:p>
    <w:p>
      <w:pPr>
        <w:pStyle w:val="Yellow"/>
        <w:numPr>
          <w:ilvl w:val="0"/>
          <w:numId w:val="7"/>
        </w:numPr>
        <w:rPr/>
      </w:pPr>
      <w:r>
        <w:rPr>
          <w:shd w:val="clear" w:color="auto" w:fill="C00000"/>
          <w:color w:val="FFFFFF"/>
        </w:rPr>
        <w:t xml:space="preserve">1 Samuel 15:29 — the Glory of Israel </w:t>
      </w:r>
      <w:r>
        <w:rPr>
          <w:shd w:val="clear" w:color="auto" w:fill="C00000"/>
          <w:color w:val="FFFFFF"/>
        </w:rPr>
        <w:t>does not lie</w:t>
      </w:r>
      <w:r>
        <w:rPr>
          <w:b w:val="false"/>
          <w:i w:val="false"/>
          <w:u w:val="none"/>
          <w:shd w:val="clear" w:color="auto" w:fill="C00000"/>
          <w:color w:val="FFFFFF"/>
        </w:rPr>
        <w:t xml:space="preserve"> [4EY]</w:t>
      </w:r>
      <w:r>
        <w:rPr>
          <w:shd w:val="clear" w:color="auto" w:fill="C00000"/>
          <w:color w:val="FFFFFF"/>
        </w:rPr>
        <w:t xml:space="preserve"> or </w:t>
      </w:r>
      <w:r>
        <w:rPr>
          <w:shd w:val="clear" w:color="auto" w:fill="C00000"/>
          <w:color w:val="FFFFFF"/>
        </w:rPr>
        <w:t>change His mind</w:t>
      </w:r>
      <w:r>
        <w:rPr>
          <w:b w:val="false"/>
          <w:i w:val="false"/>
          <w:u w:val="none"/>
          <w:shd w:val="clear" w:color="auto" w:fill="C00000"/>
          <w:color w:val="FFFFFF"/>
        </w:rPr>
        <w:t xml:space="preserve"> [2EZ]</w:t>
      </w:r>
      <w:r>
        <w:rPr>
          <w:shd w:val="clear" w:color="auto" w:fill="C00000"/>
          <w:color w:val="FFFFFF"/>
        </w:rPr>
        <w:t xml:space="preserve">, for </w:t>
      </w:r>
      <w:r>
        <w:rPr>
          <w:shd w:val="clear" w:color="auto" w:fill="C00000"/>
          <w:color w:val="FFFFFF"/>
        </w:rPr>
        <w:t>He is not a man</w:t>
      </w:r>
      <w:r>
        <w:rPr>
          <w:b w:val="false"/>
          <w:i w:val="false"/>
          <w:u w:val="none"/>
          <w:shd w:val="clear" w:color="auto" w:fill="C00000"/>
          <w:color w:val="FFFFFF"/>
        </w:rPr>
        <w:t xml:space="preserve"> [3FA]</w:t>
      </w:r>
      <w:r>
        <w:rPr>
          <w:shd w:val="clear" w:color="auto" w:fill="C00000"/>
          <w:color w:val="FFFFFF"/>
        </w:rPr>
        <w:t>, that He should change His mind.”</w:t>
      </w:r>
    </w:p>
    <w:p>
      <w:pPr>
        <w:pStyle w:val="Yellow"/>
        <w:rPr/>
        <w:pBdr>
          <w:left w:val="single" w:sz="28" w:space="5" w:color="C00000"/>
        </w:pBdr>
      </w:pPr>
      <w:r>
        <w:rPr>
          <w:b/>
          <w:u w:val="none"/>
        </w:rPr>
        <w:t>Isaiah 44:6</w:t>
      </w:r>
      <w:r>
        <w:rPr>
          <w:u w:val="none"/>
        </w:rPr>
        <w:t xml:space="preserve"> — Thus says the LORD, </w:t>
      </w:r>
      <w:r>
        <w:rPr>
          <w:u w:val="none"/>
          <w:shd w:fill="B7DDE8" w:val="clear"/>
        </w:rPr>
        <w:t>the King</w:t>
      </w:r>
      <w:r>
        <w:rPr>
          <w:b w:val="false"/>
          <w:i w:val="false"/>
          <w:color w:val="000000"/>
          <w:u w:val="none"/>
        </w:rPr>
        <w:t xml:space="preserve"> [4LX]</w:t>
      </w:r>
      <w:r>
        <w:rPr>
          <w:u w:val="none"/>
        </w:rPr>
        <w:t xml:space="preserve"> and </w:t>
      </w:r>
      <w:r>
        <w:rPr>
          <w:u w:val="none"/>
          <w:shd w:fill="B7DDE8" w:val="clear"/>
        </w:rPr>
        <w:t>Redeemer of Israel</w:t>
      </w:r>
      <w:r>
        <w:rPr>
          <w:b w:val="false"/>
          <w:i w:val="false"/>
          <w:color w:val="000000"/>
          <w:u w:val="none"/>
        </w:rPr>
        <w:t xml:space="preserve"> [8IT]</w:t>
      </w:r>
      <w:r>
        <w:rPr>
          <w:u w:val="none"/>
        </w:rPr>
        <w:t>, the LORD of Hosts: “</w:t>
      </w:r>
      <w:r>
        <w:rPr>
          <w:u w:val="none"/>
          <w:shd w:fill="B7DDE8" w:val="clear"/>
        </w:rPr>
        <w:t>I am the first and I am the last</w:t>
      </w:r>
      <w:r>
        <w:rPr>
          <w:b w:val="false"/>
          <w:i w:val="false"/>
          <w:color w:val="000000"/>
          <w:u w:val="none"/>
        </w:rPr>
        <w:t xml:space="preserve"> [4FP]</w:t>
      </w:r>
      <w:r>
        <w:rPr>
          <w:u w:val="none"/>
        </w:rPr>
        <w:t xml:space="preserve">, and </w:t>
      </w:r>
      <w:r>
        <w:rPr>
          <w:u w:val="none"/>
          <w:shd w:fill="F4B183" w:val="clear" w:color="auto"/>
          <w:color w:val="000000"/>
        </w:rPr>
        <w:t>there is no God but Me</w:t>
      </w:r>
      <w:r>
        <w:rPr>
          <w:b w:val="false"/>
          <w:i w:val="false"/>
          <w:color w:val="000000"/>
          <w:u w:val="none"/>
          <w:shd w:val="clear" w:color="auto" w:fill="F4B183"/>
        </w:rPr>
        <w:t xml:space="preserve"> [19FQ]</w:t>
      </w:r>
      <w:r>
        <w:rPr>
          <w:u w:val="none"/>
        </w:rPr>
        <w:t>.</w:t>
      </w:r>
    </w:p>
    <w:p>
      <w:pPr>
        <w:pStyle w:val="Yellow"/>
        <w:rPr/>
      </w:pPr>
      <w:r>
        <w:rPr/>
        <w:t xml:space="preserve">(Hab3:3 “God”) </w:t>
      </w:r>
      <w:r>
        <w:rPr>
          <w:b/>
        </w:rPr>
        <w:t xml:space="preserve">Habakkuk 3:6</w:t>
      </w:r>
      <w:r>
        <w:rPr/>
        <w:t xml:space="preserve"> — </w:t>
      </w:r>
      <w:r>
        <w:rPr>
          <w:shd w:fill="B7DDE8" w:val="clear"/>
        </w:rPr>
        <w:t xml:space="preserve">{His} ways are everlasting</w:t>
      </w:r>
      <w:r>
        <w:rPr>
          <w:b w:val="false"/>
          <w:i w:val="false"/>
          <w:color w:val="000000"/>
          <w:u w:val="none"/>
        </w:rPr>
        <w:t xml:space="preserve"> [1LCR]</w:t>
      </w:r>
      <w:r>
        <w:rPr/>
        <w:t xml:space="preserve">.</w:t>
      </w:r>
    </w:p>
    <w:p>
      <w:pPr>
        <w:pStyle w:val="Yellow"/>
        <w:rPr/>
      </w:pPr>
      <w:r>
        <w:rPr/>
        <w:t xml:space="preserve">(Ro11:28 Israel “loved on account of the patriarchs”) </w:t>
      </w:r>
      <w:r>
        <w:rPr>
          <w:b/>
        </w:rPr>
        <w:t xml:space="preserve">Romans 11:29</w:t>
      </w:r>
      <w:r>
        <w:rPr/>
        <w:t xml:space="preserve"> — {For} </w:t>
      </w:r>
      <w:r>
        <w:rPr>
          <w:shd w:fill="B7DDE8" w:val="clear"/>
        </w:rPr>
        <w:t xml:space="preserve">God’s gifts and His call are irrevocable</w:t>
      </w:r>
      <w:r>
        <w:rPr>
          <w:b w:val="false"/>
          <w:i w:val="false"/>
          <w:color w:val="000000"/>
          <w:u w:val="none"/>
        </w:rPr>
        <w:t xml:space="preserve"> [1LTH]</w:t>
      </w:r>
      <w:r>
        <w:rPr/>
        <w:t xml:space="preserve">.</w:t>
      </w:r>
    </w:p>
    <w:p>
      <w:pPr>
        <w:pStyle w:val="Yellow"/>
        <w:rPr/>
      </w:pPr>
      <w:r>
        <w:rPr>
          <w:b/>
        </w:rPr>
        <w:t xml:space="preserve">Hebrews 13:8</w:t>
      </w:r>
      <w:r>
        <w:rPr/>
        <w:t xml:space="preserve"> — </w:t>
      </w:r>
      <w:r>
        <w:rPr>
          <w:shd w:fill="B7DDE8" w:val="clear"/>
        </w:rPr>
        <w:t xml:space="preserve">Jesus Christ is the same yesterday and today and forever</w:t>
      </w:r>
      <w:r>
        <w:rPr>
          <w:b w:val="false"/>
          <w:i w:val="false"/>
          <w:color w:val="000000"/>
          <w:u w:val="none"/>
        </w:rPr>
        <w:t xml:space="preserve"> [1LUF]</w:t>
      </w:r>
      <w:r>
        <w:rPr/>
        <w:t xml:space="preserve">.</w:t>
      </w:r>
    </w:p>
    <w:p>
      <w:r>
        <w:rPr>
          <w:b/>
          <w:sz w:val="32"/>
        </w:rPr>
        <w:t>God's Anger and Relenting  (52)</w:t>
      </w:r>
    </w:p>
    <w:p>
      <w:pPr>
        <w:pStyle w:val="Yellow"/>
        <w:rPr/>
      </w:pPr>
      <w:r>
        <w:rPr>
          <w:b/>
        </w:rPr>
        <w:t xml:space="preserve">Numbers 25:11</w:t>
      </w:r>
      <w:r>
        <w:rPr/>
        <w:t xml:space="preserve"> — “</w:t>
      </w:r>
      <w:r>
        <w:rPr>
          <w:shd w:fill="B7DDE8" w:val="clear"/>
        </w:rPr>
        <w:t xml:space="preserve">Phinehas son of Eleazar, the son of Aaron the priest, has turned My wrath away from the Israelites</w:t>
      </w:r>
      <w:r>
        <w:rPr>
          <w:b w:val="false"/>
          <w:i w:val="false"/>
          <w:color w:val="000000"/>
          <w:u w:val="none"/>
        </w:rPr>
        <w:t xml:space="preserve"> [1JEP]</w:t>
      </w:r>
      <w:r>
        <w:rPr/>
        <w:t xml:space="preserve">; for </w:t>
      </w:r>
      <w:r>
        <w:rPr>
          <w:shd w:fill="B7DDE8" w:val="clear"/>
        </w:rPr>
        <w:t xml:space="preserve">he was zealous for My sake among them</w:t>
      </w:r>
      <w:r>
        <w:rPr>
          <w:b w:val="false"/>
          <w:i w:val="false"/>
          <w:color w:val="000000"/>
          <w:u w:val="none"/>
        </w:rPr>
        <w:t xml:space="preserve"> [1JEQ]</w:t>
      </w:r>
      <w:r>
        <w:rPr/>
        <w:t xml:space="preserve">, so that </w:t>
      </w:r>
      <w:r>
        <w:rPr>
          <w:shd w:fill="B7DDE8" w:val="clear"/>
        </w:rPr>
        <w:t xml:space="preserve">I did not consume the Israelites in My zeal</w:t>
      </w:r>
      <w:r>
        <w:rPr>
          <w:b w:val="false"/>
          <w:i w:val="false"/>
          <w:color w:val="000000"/>
          <w:u w:val="none"/>
        </w:rPr>
        <w:t xml:space="preserve"> [1JER]</w:t>
      </w:r>
      <w:r>
        <w:rPr/>
        <w:t xml:space="preserve">.</w:t>
      </w:r>
    </w:p>
    <w:p>
      <w:pPr>
        <w:pStyle w:val="Yellow"/>
        <w:rPr/>
        <w:shd w:val="clear" w:color="auto" w:fill="E4DFEC"/>
        <w:pBdr>
          <w:left w:val="single" w:sz="28" w:space="5" w:color="B4A7D6"/>
        </w:pBdr>
      </w:pPr>
      <w:r>
        <w:rPr>
          <w:b/>
        </w:rPr>
        <w:t xml:space="preserve">Deuteronomy 4:24</w:t>
      </w:r>
      <w:r>
        <w:rPr/>
        <w:t xml:space="preserve"> — For </w:t>
      </w:r>
      <w:r>
        <w:rPr>
          <w:shd w:fill="B7DDE8" w:val="clear"/>
        </w:rPr>
        <w:t xml:space="preserve">the LORD your God is a consuming fire</w:t>
      </w:r>
      <w:r>
        <w:rPr>
          <w:b w:val="false"/>
          <w:i w:val="false"/>
          <w:color w:val="000000"/>
          <w:u w:val="none"/>
        </w:rPr>
        <w:t xml:space="preserve"> [2GEE]</w:t>
      </w:r>
      <w:r>
        <w:rPr/>
        <w:t xml:space="preserve">, </w:t>
      </w:r>
      <w:r>
        <w:rPr>
          <w:shd w:fill="F4B183" w:val="clear" w:color="auto"/>
          <w:color w:val="000000"/>
        </w:rPr>
        <w:t xml:space="preserve">a jealous God</w:t>
      </w:r>
      <w:r>
        <w:rPr>
          <w:b w:val="false"/>
          <w:i w:val="false"/>
          <w:color w:val="000000"/>
          <w:u w:val="none"/>
          <w:shd w:val="clear" w:color="auto" w:fill="F4B183"/>
        </w:rPr>
        <w:t xml:space="preserve"> [5FOQ]</w:t>
      </w:r>
      <w:r>
        <w:rPr/>
        <w:t xml:space="preserve">.</w:t>
      </w:r>
    </w:p>
    <w:p>
      <w:pPr>
        <w:pStyle w:val="Yellow"/>
        <w:rPr/>
      </w:pPr>
      <w:r>
        <w:rPr>
          <w:b/>
          <w:shd w:val="clear" w:color="auto" w:fill="548235"/>
          <w:color w:val="FFFFFF"/>
        </w:rPr>
        <w:t xml:space="preserve">Deuteronomy 7:10</w:t>
      </w:r>
      <w:r>
        <w:rPr>
          <w:shd w:val="clear" w:color="auto" w:fill="548235"/>
          <w:color w:val="FFFFFF"/>
        </w:rPr>
        <w:t xml:space="preserve"> — </w:t>
      </w:r>
      <w:r>
        <w:rPr>
          <w:shd w:fill="548235" w:val="clear" w:color="auto"/>
          <w:color w:val="FFFFFF"/>
        </w:rPr>
        <w:t xml:space="preserve">those who hate Him He repays to their faces with destruction</w:t>
      </w:r>
      <w:r>
        <w:rPr>
          <w:b w:val="false"/>
          <w:i w:val="false"/>
          <w:color w:val="FFFFFF"/>
          <w:u w:val="none"/>
          <w:shd w:val="clear" w:color="auto" w:fill="548235"/>
        </w:rPr>
        <w:t xml:space="preserve"> [1IOJ]</w:t>
      </w:r>
      <w:r>
        <w:rPr>
          <w:shd w:val="clear" w:color="auto" w:fill="548235"/>
          <w:color w:val="FFFFFF"/>
        </w:rPr>
        <w:t xml:space="preserve">; </w:t>
      </w:r>
      <w:r>
        <w:rPr>
          <w:shd w:fill="548235" w:val="clear" w:color="auto"/>
          <w:color w:val="FFFFFF"/>
        </w:rPr>
        <w:t xml:space="preserve">He will not hesitate to repay to his face the one who hates Him</w:t>
      </w:r>
      <w:r>
        <w:rPr>
          <w:b w:val="false"/>
          <w:i w:val="false"/>
          <w:color w:val="FFFFFF"/>
          <w:u w:val="none"/>
          <w:shd w:val="clear" w:color="auto" w:fill="548235"/>
        </w:rPr>
        <w:t xml:space="preserve"> [1IOK]</w:t>
      </w:r>
      <w:r>
        <w:rPr>
          <w:shd w:val="clear" w:color="auto" w:fill="548235"/>
          <w:color w:val="FFFFFF"/>
        </w:rPr>
        <w:t xml:space="preserve">.</w:t>
      </w:r>
    </w:p>
    <w:p>
      <w:pPr>
        <w:pStyle w:val="Yellow"/>
        <w:rPr/>
      </w:pPr>
      <w:r>
        <w:rPr>
          <w:b/>
        </w:rPr>
        <w:t xml:space="preserve">Deuteronomy 32:41</w:t>
      </w:r>
      <w:r>
        <w:rPr/>
        <w:t xml:space="preserve"> — </w:t>
      </w:r>
      <w:r>
        <w:rPr>
          <w:shd w:fill="B7DDE8" w:val="clear"/>
        </w:rPr>
        <w:t xml:space="preserve">when I sharpen My flashing sword, and My hand grasps it in judgment</w:t>
      </w:r>
      <w:r>
        <w:rPr>
          <w:b w:val="false"/>
          <w:i w:val="false"/>
          <w:color w:val="000000"/>
          <w:u w:val="none"/>
        </w:rPr>
        <w:t xml:space="preserve"> [1IOL]</w:t>
      </w:r>
      <w:r>
        <w:rPr/>
        <w:t xml:space="preserve">, </w:t>
      </w:r>
      <w:r>
        <w:rPr>
          <w:shd w:fill="B7DDE8" w:val="clear"/>
        </w:rPr>
        <w:t xml:space="preserve">I will take vengeance on My adversaries</w:t>
      </w:r>
      <w:r>
        <w:rPr>
          <w:b w:val="false"/>
          <w:i w:val="false"/>
          <w:color w:val="000000"/>
          <w:u w:val="none"/>
        </w:rPr>
        <w:t xml:space="preserve"> [3IOM]</w:t>
      </w:r>
      <w:r>
        <w:rPr/>
        <w:t xml:space="preserve"> and </w:t>
      </w:r>
      <w:r>
        <w:rPr>
          <w:shd w:fill="B7DDE8" w:val="clear"/>
        </w:rPr>
        <w:t xml:space="preserve">repay those who hate Me</w:t>
      </w:r>
      <w:r>
        <w:rPr>
          <w:b w:val="false"/>
          <w:i w:val="false"/>
          <w:color w:val="000000"/>
          <w:u w:val="none"/>
        </w:rPr>
        <w:t xml:space="preserve"> [2ION]</w:t>
      </w:r>
      <w:r>
        <w:rPr/>
        <w:t xml:space="preserve">.</w:t>
      </w:r>
    </w:p>
    <w:p>
      <w:pPr>
        <w:pStyle w:val="Yellow"/>
        <w:rPr/>
      </w:pPr>
      <w:r>
        <w:rPr>
          <w:b/>
        </w:rPr>
        <w:t xml:space="preserve">Deuteronomy 32:43</w:t>
      </w:r>
      <w:r>
        <w:rPr/>
        <w:t xml:space="preserve"> — for </w:t>
      </w:r>
      <w:r>
        <w:rPr>
          <w:shd w:fill="B7DDE8" w:val="clear"/>
        </w:rPr>
        <w:t xml:space="preserve">He will avenge the blood of His children</w:t>
      </w:r>
      <w:r>
        <w:rPr>
          <w:b w:val="false"/>
          <w:i w:val="false"/>
          <w:color w:val="000000"/>
          <w:u w:val="none"/>
        </w:rPr>
        <w:t xml:space="preserve"> [1IOO]</w:t>
      </w:r>
      <w:r>
        <w:rPr/>
        <w:t xml:space="preserve">. </w:t>
      </w:r>
      <w:r>
        <w:rPr>
          <w:shd w:fill="B7DDE8" w:val="clear"/>
        </w:rPr>
        <w:t xml:space="preserve">He will take vengeance on His adversaries</w:t>
      </w:r>
      <w:r>
        <w:rPr>
          <w:b w:val="false"/>
          <w:i w:val="false"/>
          <w:color w:val="000000"/>
          <w:u w:val="none"/>
        </w:rPr>
        <w:t xml:space="preserve"> [3IOM]</w:t>
      </w:r>
      <w:r>
        <w:rPr/>
        <w:t xml:space="preserve"> and </w:t>
      </w:r>
      <w:r>
        <w:rPr>
          <w:shd w:fill="B7DDE8" w:val="clear"/>
        </w:rPr>
        <w:t xml:space="preserve">repay those who hate Him</w:t>
      </w:r>
      <w:r>
        <w:rPr>
          <w:b w:val="false"/>
          <w:i w:val="false"/>
          <w:color w:val="000000"/>
          <w:u w:val="none"/>
        </w:rPr>
        <w:t xml:space="preserve"> [2ION]</w:t>
      </w:r>
      <w:r>
        <w:rPr/>
        <w:t xml:space="preserve">; </w:t>
      </w:r>
      <w:r>
        <w:rPr>
          <w:shd w:fill="B7DDE8" w:val="clear"/>
        </w:rPr>
        <w:t xml:space="preserve">He will cleanse His land and His people</w:t>
      </w:r>
      <w:r>
        <w:rPr>
          <w:b w:val="false"/>
          <w:i w:val="false"/>
          <w:color w:val="000000"/>
          <w:u w:val="none"/>
        </w:rPr>
        <w:t xml:space="preserve"> [1IOP]</w:t>
      </w:r>
      <w:r>
        <w:rPr/>
        <w:t xml:space="preserve">.</w:t>
      </w:r>
    </w:p>
    <w:p>
      <w:pPr>
        <w:pStyle w:val="Yellow"/>
        <w:rPr/>
      </w:pPr>
      <w:r>
        <w:rPr>
          <w:highlight w:val="cyan"/>
        </w:rPr>
        <w:t xml:space="preserve">(2Ki24:3–4ᶜ Because of “the sins of Manasseh” and “innocent blood he had shed” / 19ᶜ because Zedekiah “did evil”) </w:t>
      </w:r>
      <w:r>
        <w:rPr>
          <w:b/>
          <w:highlight w:val="cyan"/>
        </w:rPr>
        <w:t xml:space="preserve">2 Kings 24:20</w:t>
      </w:r>
      <w:r>
        <w:rPr>
          <w:highlight w:val="cyan"/>
        </w:rPr>
        <w:t xml:space="preserve"> — {For} </w:t>
      </w:r>
      <w:r>
        <w:rPr>
          <w:highlight w:val="cyan"/>
          <w:shd w:fill="B7DDE8" w:val="clear"/>
        </w:rPr>
        <w:t xml:space="preserve">because of the anger of the LORD, all this happened in Jerusalem and Judah</w:t>
      </w:r>
      <w:r>
        <w:rPr>
          <w:b w:val="false"/>
          <w:i w:val="false"/>
          <w:u w:val="none"/>
          <w:color w:val="000000"/>
        </w:rPr>
        <w:t xml:space="preserve"> [2KIX]</w:t>
      </w:r>
      <w:r>
        <w:rPr>
          <w:highlight w:val="cyan"/>
        </w:rPr>
        <w:t xml:space="preserve">, </w:t>
      </w:r>
      <w:r>
        <w:rPr>
          <w:highlight w:val="cyan"/>
          <w:shd w:fill="B7DDE8" w:val="clear"/>
        </w:rPr>
        <w:t xml:space="preserve">until He finally banished them from His presence</w:t>
      </w:r>
      <w:r>
        <w:rPr>
          <w:b w:val="false"/>
          <w:i w:val="false"/>
          <w:color w:val="000000"/>
          <w:u w:val="none"/>
        </w:rPr>
        <w:t xml:space="preserve"> [2KIY]</w:t>
      </w:r>
      <w:r>
        <w:rPr>
          <w:highlight w:val="cyan"/>
        </w:rPr>
        <w:t xml:space="preserve">.</w:t>
      </w:r>
    </w:p>
    <w:p>
      <w:pPr>
        <w:pStyle w:val="Yellow"/>
        <w:rPr/>
      </w:pPr>
      <w:r>
        <w:rPr>
          <w:b/>
        </w:rPr>
        <w:t xml:space="preserve">2 Chronicles 30:8</w:t>
      </w:r>
      <w:r>
        <w:rPr/>
        <w:t xml:space="preserve"> — </w:t>
      </w:r>
      <w:r>
        <w:rPr>
          <w:shd w:fill="B7DDE8" w:val="clear"/>
        </w:rPr>
        <w:t xml:space="preserve">Serve the LORD your God</w:t>
      </w:r>
      <w:r>
        <w:rPr>
          <w:b w:val="false"/>
          <w:i w:val="false"/>
          <w:color w:val="000000"/>
          <w:u w:val="none"/>
        </w:rPr>
        <w:t xml:space="preserve"> [1JEV]</w:t>
      </w:r>
      <w:r>
        <w:rPr/>
        <w:t xml:space="preserve">, so that </w:t>
      </w:r>
      <w:r>
        <w:rPr>
          <w:shd w:fill="B7DDE8" w:val="clear"/>
        </w:rPr>
        <w:t xml:space="preserve">His fierce anger will turn away from you</w:t>
      </w:r>
      <w:r>
        <w:rPr>
          <w:b w:val="false"/>
          <w:i w:val="false"/>
          <w:color w:val="000000"/>
          <w:u w:val="none"/>
        </w:rPr>
        <w:t xml:space="preserve"> [2JBK]</w:t>
      </w:r>
      <w:r>
        <w:rPr/>
        <w:t xml:space="preserve">.</w:t>
      </w:r>
    </w:p>
    <w:p>
      <w:pPr>
        <w:pStyle w:val="Yellow"/>
        <w:rPr/>
      </w:pPr>
      <w:r>
        <w:rPr/>
        <w:t xml:space="preserve">(2Ch36:15 the LORD repeatedly warned His people out of compassion) </w:t>
      </w:r>
      <w:r>
        <w:rPr>
          <w:b/>
        </w:rPr>
        <w:t xml:space="preserve">2 Chronicles 36:16</w:t>
      </w:r>
      <w:r>
        <w:rPr/>
        <w:t xml:space="preserve"> — {But} </w:t>
      </w:r>
      <w:r>
        <w:rPr>
          <w:shd w:fill="B7DDE8" w:val="clear"/>
        </w:rPr>
        <w:t xml:space="preserve">{they} mocked the messengers of God</w:t>
      </w:r>
      <w:r>
        <w:rPr>
          <w:b w:val="false"/>
          <w:i w:val="false"/>
          <w:color w:val="000000"/>
          <w:u w:val="none"/>
        </w:rPr>
        <w:t xml:space="preserve"> [1IQQ]</w:t>
      </w:r>
      <w:r>
        <w:rPr/>
        <w:t xml:space="preserve">, </w:t>
      </w:r>
      <w:r>
        <w:rPr>
          <w:shd w:fill="B7DDE8" w:val="clear"/>
        </w:rPr>
        <w:t xml:space="preserve">despising His words</w:t>
      </w:r>
      <w:r>
        <w:rPr>
          <w:b w:val="false"/>
          <w:i w:val="false"/>
          <w:u w:val="none"/>
          <w:color w:val="000000"/>
        </w:rPr>
        <w:t xml:space="preserve"> [1IQR]</w:t>
      </w:r>
      <w:r>
        <w:rPr/>
        <w:t xml:space="preserve"> and </w:t>
      </w:r>
      <w:r>
        <w:rPr>
          <w:shd w:fill="B7DDE8" w:val="clear"/>
        </w:rPr>
        <w:t xml:space="preserve">scoffing at His prophets</w:t>
      </w:r>
      <w:r>
        <w:rPr>
          <w:b w:val="false"/>
          <w:i w:val="false"/>
          <w:color w:val="000000"/>
          <w:u w:val="none"/>
        </w:rPr>
        <w:t xml:space="preserve"> [1IQS]</w:t>
      </w:r>
      <w:r>
        <w:rPr/>
        <w:t xml:space="preserve">, until </w:t>
      </w:r>
      <w:r>
        <w:rPr>
          <w:shd w:fill="B7DDE8" w:val="clear"/>
        </w:rPr>
        <w:t xml:space="preserve">the wrath of the LORD against His people was stirred up beyond remedy</w:t>
      </w:r>
      <w:r>
        <w:rPr>
          <w:b w:val="false"/>
          <w:i w:val="false"/>
          <w:color w:val="000000"/>
          <w:u w:val="none"/>
        </w:rPr>
        <w:t xml:space="preserve"> [1IQT]</w:t>
      </w:r>
      <w:r>
        <w:rPr/>
        <w:t xml:space="preserve">.</w:t>
      </w:r>
    </w:p>
    <w:p>
      <w:pPr>
        <w:pStyle w:val="Green"/>
        <w:numPr>
          <w:ilvl w:val="0"/>
          <w:numId w:val="8"/>
        </w:numPr>
        <w:rPr/>
      </w:pPr>
      <w:r>
        <w:rPr>
          <w:b/>
          <w:u w:val="none"/>
        </w:rPr>
        <w:t>Ezra 8:22</w:t>
      </w:r>
      <w:r>
        <w:rPr>
          <w:u w:val="none"/>
        </w:rPr>
        <w:t xml:space="preserve"> — “</w:t>
      </w:r>
      <w:r>
        <w:rPr>
          <w:u w:val="none"/>
          <w:shd w:fill="F4B183" w:val="clear" w:color="auto"/>
          <w:color w:val="000000"/>
        </w:rPr>
        <w:t>The hand of our God is gracious to all who seek Him</w:t>
      </w:r>
      <w:r>
        <w:rPr>
          <w:b w:val="false"/>
          <w:i w:val="false"/>
          <w:color w:val="000000"/>
          <w:u w:val="none"/>
          <w:shd w:val="clear" w:color="auto" w:fill="F4B183"/>
        </w:rPr>
        <w:t xml:space="preserve"> [19FI]</w:t>
      </w:r>
      <w:r>
        <w:rPr>
          <w:u w:val="none"/>
        </w:rPr>
        <w:t xml:space="preserve">, but </w:t>
      </w:r>
      <w:r>
        <w:rPr>
          <w:u w:val="none"/>
          <w:shd w:fill="B7DDE8" w:val="clear"/>
        </w:rPr>
        <w:t>His great anger is against all who forsake Him</w:t>
      </w:r>
      <w:r>
        <w:rPr>
          <w:b w:val="false"/>
          <w:i w:val="false"/>
          <w:color w:val="000000"/>
          <w:u w:val="none"/>
        </w:rPr>
        <w:t xml:space="preserve"> [1FM]</w:t>
      </w:r>
      <w:r>
        <w:rPr>
          <w:u w:val="none"/>
        </w:rPr>
        <w:t>.”</w:t>
      </w:r>
    </w:p>
    <w:p>
      <w:pPr>
        <w:pStyle w:val="Yellow"/>
        <w:rPr/>
      </w:pPr>
      <w:r>
        <w:rPr/>
        <w:t xml:space="preserve">(Ps2:1–3 rebellious nations and rulers) </w:t>
      </w:r>
      <w:r>
        <w:rPr>
          <w:b/>
        </w:rPr>
        <w:t xml:space="preserve">Psalm 2:4–5</w:t>
      </w:r>
      <w:r>
        <w:rPr/>
        <w:t xml:space="preserve"> — </w:t>
      </w:r>
      <w:r>
        <w:rPr>
          <w:shd w:fill="B7DDE8" w:val="clear"/>
        </w:rPr>
        <w:t xml:space="preserve">The One enthroned in heaven laughs</w:t>
      </w:r>
      <w:r>
        <w:rPr>
          <w:b w:val="false"/>
          <w:i w:val="false"/>
          <w:color w:val="000000"/>
          <w:u w:val="none"/>
        </w:rPr>
        <w:t xml:space="preserve"> [1JKF]</w:t>
      </w:r>
      <w:r>
        <w:rPr/>
        <w:t xml:space="preserve">; </w:t>
      </w:r>
      <w:r>
        <w:rPr>
          <w:shd w:fill="B7DDE8" w:val="clear"/>
        </w:rPr>
        <w:t xml:space="preserve">the Lord taunts {them}</w:t>
      </w:r>
      <w:r>
        <w:rPr>
          <w:b w:val="false"/>
          <w:i w:val="false"/>
          <w:color w:val="000000"/>
          <w:u w:val="none"/>
        </w:rPr>
        <w:t xml:space="preserve"> [1JKG]</w:t>
      </w:r>
      <w:r>
        <w:rPr/>
        <w:t xml:space="preserve">. Then </w:t>
      </w:r>
      <w:r>
        <w:rPr>
          <w:shd w:fill="548235" w:val="clear" w:color="auto"/>
          <w:color w:val="FFFFFF"/>
        </w:rPr>
        <w:t xml:space="preserve">He rebukes them in His anger</w:t>
      </w:r>
      <w:r>
        <w:rPr>
          <w:b w:val="false"/>
          <w:i w:val="false"/>
          <w:color w:val="FFFFFF"/>
          <w:u w:val="none"/>
          <w:shd w:val="clear" w:color="auto" w:fill="548235"/>
        </w:rPr>
        <w:t xml:space="preserve"> [1JKH]</w:t>
      </w:r>
      <w:r>
        <w:rPr>
          <w:shd w:val="clear" w:color="auto" w:fill="548235"/>
          <w:color w:val="FFFFFF"/>
        </w:rPr>
        <w:t xml:space="preserve">, and </w:t>
      </w:r>
      <w:r>
        <w:rPr>
          <w:shd w:fill="548235" w:val="clear" w:color="auto"/>
          <w:color w:val="FFFFFF"/>
        </w:rPr>
        <w:t xml:space="preserve">terrifies them in His fury</w:t>
      </w:r>
      <w:r>
        <w:rPr>
          <w:b w:val="false"/>
          <w:i w:val="false"/>
          <w:color w:val="FFFFFF"/>
          <w:u w:val="none"/>
          <w:shd w:val="clear" w:color="auto" w:fill="548235"/>
        </w:rPr>
        <w:t xml:space="preserve"> [1JKI]</w:t>
      </w:r>
      <w:r>
        <w:rPr/>
        <w:t xml:space="preserve">:</w:t>
      </w:r>
    </w:p>
    <w:p>
      <w:pPr>
        <w:pStyle w:val="Green"/>
        <w:rPr/>
        <w:pBdr>
          <w:left w:val="single" w:sz="28" w:space="5" w:color="C00000"/>
        </w:pBdr>
      </w:pPr>
      <w:r>
        <w:rPr>
          <w:b/>
          <w:u w:val="none"/>
        </w:rPr>
        <w:t>Psalm 7:11</w:t>
      </w:r>
      <w:r>
        <w:rPr>
          <w:u w:val="none"/>
        </w:rPr>
        <w:t xml:space="preserve"> — </w:t>
      </w:r>
      <w:r>
        <w:rPr>
          <w:u w:val="none"/>
          <w:shd w:fill="B7DDE8" w:val="clear"/>
        </w:rPr>
        <w:t>God is a righteous judge</w:t>
      </w:r>
      <w:r>
        <w:rPr>
          <w:b w:val="false"/>
          <w:i w:val="false"/>
          <w:u w:val="none"/>
          <w:color w:val="000000"/>
        </w:rPr>
        <w:t xml:space="preserve"> [2FK]</w:t>
      </w:r>
      <w:r>
        <w:rPr>
          <w:u w:val="none"/>
        </w:rPr>
        <w:t xml:space="preserve"> and </w:t>
      </w:r>
      <w:r>
        <w:rPr>
          <w:u w:val="none"/>
          <w:shd w:fill="B7DDE8" w:val="clear"/>
        </w:rPr>
        <w:t>a God who feels indignation each day</w:t>
      </w:r>
      <w:r>
        <w:rPr>
          <w:b w:val="false"/>
          <w:i w:val="false"/>
          <w:color w:val="000000"/>
          <w:u w:val="none"/>
        </w:rPr>
        <w:t xml:space="preserve"> [1KV]</w:t>
      </w:r>
      <w:r>
        <w:rPr>
          <w:u w:val="none"/>
        </w:rPr>
        <w:t>.</w:t>
      </w:r>
    </w:p>
    <w:p>
      <w:pPr>
        <w:pStyle w:val="Yellow"/>
        <w:rPr/>
      </w:pPr>
      <w:r>
        <w:rPr>
          <w:b/>
        </w:rPr>
        <w:t xml:space="preserve">Psalm 7:12–13</w:t>
      </w:r>
      <w:r>
        <w:rPr/>
        <w:t xml:space="preserve"> — </w:t>
      </w:r>
      <w:r>
        <w:rPr>
          <w:shd w:fill="B7DDE8" w:val="clear"/>
        </w:rPr>
        <w:t xml:space="preserve">If one does not repent</w:t>
      </w:r>
      <w:r>
        <w:rPr>
          <w:b w:val="false"/>
          <w:i w:val="false"/>
          <w:color w:val="000000"/>
          <w:u w:val="none"/>
        </w:rPr>
        <w:t xml:space="preserve"> [2KDH]</w:t>
      </w:r>
      <w:r>
        <w:rPr>
          <w:shd w:val="clear" w:color="auto" w:fill="548235"/>
          <w:color w:val="FFFFFF"/>
        </w:rPr>
        <w:t xml:space="preserve">, </w:t>
      </w:r>
      <w:r>
        <w:rPr>
          <w:shd w:fill="548235" w:val="clear" w:color="auto"/>
          <w:color w:val="FFFFFF"/>
        </w:rPr>
        <w:t xml:space="preserve">God will sharpen His sword</w:t>
      </w:r>
      <w:r>
        <w:rPr>
          <w:b w:val="false"/>
          <w:i w:val="false"/>
          <w:color w:val="FFFFFF"/>
          <w:u w:val="none"/>
          <w:shd w:val="clear" w:color="auto" w:fill="548235"/>
        </w:rPr>
        <w:t xml:space="preserve"> [1KDI]</w:t>
      </w:r>
      <w:r>
        <w:rPr>
          <w:shd w:val="clear" w:color="auto" w:fill="548235"/>
          <w:color w:val="FFFFFF"/>
        </w:rPr>
        <w:t xml:space="preserve">; </w:t>
      </w:r>
      <w:r>
        <w:rPr>
          <w:shd w:fill="548235" w:val="clear" w:color="auto"/>
          <w:color w:val="FFFFFF"/>
        </w:rPr>
        <w:t xml:space="preserve">He has bent and strung His bow</w:t>
      </w:r>
      <w:r>
        <w:rPr>
          <w:b w:val="false"/>
          <w:i w:val="false"/>
          <w:color w:val="FFFFFF"/>
          <w:u w:val="none"/>
          <w:shd w:val="clear" w:color="auto" w:fill="548235"/>
        </w:rPr>
        <w:t xml:space="preserve"> [1KDJ]</w:t>
      </w:r>
      <w:r>
        <w:rPr>
          <w:shd w:val="clear" w:color="auto" w:fill="548235"/>
          <w:color w:val="FFFFFF"/>
        </w:rPr>
        <w:t xml:space="preserve">. </w:t>
      </w:r>
      <w:r>
        <w:rPr>
          <w:shd w:fill="548235" w:val="clear" w:color="auto"/>
          <w:color w:val="FFFFFF"/>
        </w:rPr>
        <w:t xml:space="preserve">He has prepared His deadly weapons</w:t>
      </w:r>
      <w:r>
        <w:rPr>
          <w:b w:val="false"/>
          <w:i w:val="false"/>
          <w:color w:val="FFFFFF"/>
          <w:u w:val="none"/>
          <w:shd w:val="clear" w:color="auto" w:fill="548235"/>
        </w:rPr>
        <w:t xml:space="preserve"> [1KDK]</w:t>
      </w:r>
      <w:r>
        <w:rPr>
          <w:shd w:val="clear" w:color="auto" w:fill="548235"/>
          <w:color w:val="FFFFFF"/>
        </w:rPr>
        <w:t xml:space="preserve">; </w:t>
      </w:r>
      <w:r>
        <w:rPr>
          <w:shd w:fill="548235" w:val="clear" w:color="auto"/>
          <w:color w:val="FFFFFF"/>
        </w:rPr>
        <w:t xml:space="preserve">He ordains His arrows with fire</w:t>
      </w:r>
      <w:r>
        <w:rPr>
          <w:b w:val="false"/>
          <w:i w:val="false"/>
          <w:color w:val="FFFFFF"/>
          <w:u w:val="none"/>
          <w:shd w:val="clear" w:color="auto" w:fill="548235"/>
        </w:rPr>
        <w:t xml:space="preserve"> [1KDL]</w:t>
      </w:r>
      <w:r>
        <w:rPr>
          <w:shd w:val="clear" w:color="auto" w:fill="548235"/>
          <w:color w:val="FFFFFF"/>
        </w:rPr>
        <w:t xml:space="preserve">.</w:t>
      </w:r>
    </w:p>
    <w:p>
      <w:pPr>
        <w:pStyle w:val="Yellow"/>
        <w:rPr/>
      </w:pPr>
      <w:r>
        <w:rPr>
          <w:shd w:val="clear" w:color="auto" w:fill="C00000"/>
          <w:color w:val="FFFFFF"/>
        </w:rPr>
        <w:t xml:space="preserve">(Ps18:46 “the God of my salvation”) </w:t>
      </w:r>
      <w:r>
        <w:rPr>
          <w:b/>
          <w:shd w:val="clear" w:color="auto" w:fill="C00000"/>
          <w:color w:val="FFFFFF"/>
        </w:rPr>
        <w:t xml:space="preserve">Psalm 18:47</w:t>
      </w:r>
      <w:r>
        <w:rPr>
          <w:shd w:val="clear" w:color="auto" w:fill="C00000"/>
          <w:color w:val="FFFFFF"/>
        </w:rPr>
        <w:t xml:space="preserve"> — </w:t>
      </w:r>
      <w:r>
        <w:rPr>
          <w:shd w:val="clear" w:color="auto" w:fill="C00000"/>
          <w:color w:val="FFFFFF"/>
        </w:rPr>
        <w:t xml:space="preserve">{the God} who avenges me</w:t>
      </w:r>
      <w:r>
        <w:rPr>
          <w:b w:val="false"/>
          <w:i w:val="false"/>
          <w:u w:val="none"/>
          <w:shd w:val="clear" w:color="auto" w:fill="C00000"/>
          <w:color w:val="FFFFFF"/>
        </w:rPr>
        <w:t xml:space="preserve"> [1LOF]</w:t>
      </w:r>
      <w:r>
        <w:rPr>
          <w:shd w:val="clear" w:color="auto" w:fill="C00000"/>
          <w:color w:val="FFFFFF"/>
        </w:rPr>
        <w:t xml:space="preserve"> and </w:t>
      </w:r>
      <w:r>
        <w:rPr>
          <w:shd w:val="clear" w:color="auto" w:fill="C00000"/>
          <w:color w:val="FFFFFF"/>
        </w:rPr>
        <w:t xml:space="preserve">subdues nations beneath me</w:t>
      </w:r>
      <w:r>
        <w:rPr>
          <w:b w:val="false"/>
          <w:i w:val="false"/>
          <w:u w:val="none"/>
          <w:shd w:val="clear" w:color="auto" w:fill="C00000"/>
          <w:color w:val="FFFFFF"/>
        </w:rPr>
        <w:t xml:space="preserve"> [3CUX]</w:t>
      </w:r>
    </w:p>
    <w:p>
      <w:pPr>
        <w:pStyle w:val="Yellow"/>
        <w:rPr/>
        <w:pBdr>
          <w:left w:val="single" w:sz="28" w:space="5" w:color="C00000"/>
        </w:pBdr>
      </w:pPr>
      <w:r>
        <w:rPr>
          <w:b/>
          <w:shd w:val="clear" w:color="auto" w:fill="F4B183"/>
          <w:color w:val="000000"/>
        </w:rPr>
        <w:t xml:space="preserve">Psalm 31:23</w:t>
      </w:r>
      <w:r>
        <w:rPr>
          <w:shd w:val="clear" w:color="auto" w:fill="F4B183"/>
          <w:color w:val="000000"/>
        </w:rPr>
        <w:t xml:space="preserve"> — </w:t>
      </w:r>
      <w:r>
        <w:rPr>
          <w:shd w:fill="F4B183" w:val="clear" w:color="auto"/>
          <w:color w:val="000000"/>
        </w:rPr>
        <w:t xml:space="preserve">The LORD preserves the faithful</w:t>
      </w:r>
      <w:r>
        <w:rPr>
          <w:b w:val="false"/>
          <w:i w:val="false"/>
          <w:color w:val="000000"/>
          <w:u w:val="none"/>
          <w:shd w:val="clear" w:color="auto" w:fill="F4B183"/>
        </w:rPr>
        <w:t xml:space="preserve"> [1LPY]</w:t>
      </w:r>
      <w:r>
        <w:rPr>
          <w:shd w:val="clear" w:color="auto" w:fill="F4B183"/>
          <w:color w:val="000000"/>
        </w:rPr>
        <w:t xml:space="preserve">, but </w:t>
      </w:r>
      <w:r>
        <w:rPr>
          <w:shd w:fill="F4B183" w:val="clear" w:color="auto"/>
          <w:color w:val="000000"/>
        </w:rPr>
        <w:t xml:space="preserve">fully repays the arrogant</w:t>
      </w:r>
      <w:r>
        <w:rPr>
          <w:b w:val="false"/>
          <w:i w:val="false"/>
          <w:color w:val="000000"/>
          <w:u w:val="none"/>
          <w:shd w:val="clear" w:color="auto" w:fill="F4B183"/>
        </w:rPr>
        <w:t xml:space="preserve"> [1LPZ]</w:t>
      </w:r>
      <w:r>
        <w:rPr>
          <w:shd w:val="clear" w:color="auto" w:fill="F4B183"/>
          <w:color w:val="000000"/>
        </w:rPr>
        <w:t xml:space="preserve">.</w:t>
      </w:r>
    </w:p>
    <w:p>
      <w:pPr>
        <w:pStyle w:val="Yellow"/>
        <w:rPr/>
      </w:pPr>
      <w:r>
        <w:rPr>
          <w:b/>
        </w:rPr>
        <w:t xml:space="preserve">Psalm 38:3</w:t>
      </w:r>
      <w:r>
        <w:rPr/>
        <w:t xml:space="preserve"> — </w:t>
      </w:r>
      <w:r>
        <w:rPr>
          <w:shd w:fill="548235" w:val="clear" w:color="auto"/>
          <w:color w:val="FFFFFF"/>
        </w:rPr>
        <w:t xml:space="preserve">There is no soundness in my body because of Your anger</w:t>
      </w:r>
      <w:r>
        <w:rPr>
          <w:b w:val="false"/>
          <w:i w:val="false"/>
          <w:color w:val="FFFFFF"/>
          <w:u w:val="none"/>
          <w:shd w:val="clear" w:color="auto" w:fill="548235"/>
        </w:rPr>
        <w:t xml:space="preserve"> [1ITO]</w:t>
      </w:r>
      <w:r>
        <w:rPr/>
        <w:t xml:space="preserve">; </w:t>
      </w:r>
      <w:r>
        <w:rPr>
          <w:shd w:fill="B7DDE8" w:val="clear"/>
        </w:rPr>
        <w:t xml:space="preserve">there is no rest in my bones because of my sin</w:t>
      </w:r>
      <w:r>
        <w:rPr>
          <w:b w:val="false"/>
          <w:i w:val="false"/>
          <w:color w:val="000000"/>
          <w:u w:val="none"/>
        </w:rPr>
        <w:t xml:space="preserve"> [1ITP]</w:t>
      </w:r>
      <w:r>
        <w:rPr/>
        <w:t xml:space="preserve">.</w:t>
      </w:r>
    </w:p>
    <w:p>
      <w:pPr>
        <w:pStyle w:val="Yellow"/>
        <w:rPr/>
      </w:pPr>
      <w:r>
        <w:rPr>
          <w:b/>
        </w:rPr>
        <w:t>Psalm 58:10-11</w:t>
      </w:r>
      <w:r>
        <w:rPr/>
        <w:t xml:space="preserve"> — </w:t>
      </w:r>
      <w:r>
        <w:rPr>
          <w:shd w:val="clear" w:fill="B7DDE8"/>
        </w:rPr>
        <w:t>The righteous will rejoice when they see they are avenged</w:t>
      </w:r>
      <w:r>
        <w:rPr>
          <w:b w:val="false"/>
          <w:i w:val="false"/>
          <w:u w:val="none"/>
          <w:color w:val="000000"/>
        </w:rPr>
        <w:t xml:space="preserve"> [1FGT]</w:t>
      </w:r>
      <w:r>
        <w:rPr/>
        <w:t xml:space="preserve">; </w:t>
      </w:r>
      <w:r>
        <w:rPr>
          <w:shd w:val="clear" w:fill="B7DDE8"/>
        </w:rPr>
        <w:t>they will wash their feet in the blood of the wicked</w:t>
      </w:r>
      <w:r>
        <w:rPr>
          <w:b w:val="false"/>
          <w:i w:val="false"/>
          <w:color w:val="000000"/>
          <w:u w:val="none"/>
        </w:rPr>
        <w:t xml:space="preserve"> [1FGU]</w:t>
      </w:r>
      <w:r>
        <w:rPr/>
        <w:t>. Then men will say, “</w:t>
      </w:r>
      <w:r>
        <w:rPr>
          <w:shd w:val="clear" w:fill="B7DDE8"/>
        </w:rPr>
        <w:t>There is surely a reward for the righteous</w:t>
      </w:r>
      <w:r>
        <w:rPr>
          <w:b w:val="false"/>
          <w:i w:val="false"/>
          <w:color w:val="000000"/>
          <w:u w:val="none"/>
        </w:rPr>
        <w:t xml:space="preserve"> [1FGV]</w:t>
      </w:r>
      <w:r>
        <w:rPr/>
        <w:t xml:space="preserve">! </w:t>
      </w:r>
      <w:r>
        <w:rPr>
          <w:shd w:val="clear" w:fill="B7DDE8"/>
        </w:rPr>
        <w:t>There is surely a God who judges the earth</w:t>
      </w:r>
      <w:r>
        <w:rPr>
          <w:b w:val="false"/>
          <w:i w:val="false"/>
          <w:u w:val="none"/>
          <w:color w:val="000000"/>
        </w:rPr>
        <w:t xml:space="preserve"> [2FGW]</w:t>
      </w:r>
      <w:r>
        <w:rPr/>
        <w:t>!”</w:t>
      </w:r>
    </w:p>
    <w:p>
      <w:pPr>
        <w:pStyle w:val="Yellow"/>
        <w:rPr/>
      </w:pPr>
      <w:r>
        <w:rPr/>
        <w:t xml:space="preserve">(Ps75:7 “it is God who judges”) </w:t>
      </w:r>
      <w:r>
        <w:rPr>
          <w:b/>
        </w:rPr>
        <w:t>Psalm 75:8</w:t>
      </w:r>
      <w:r>
        <w:rPr/>
        <w:t xml:space="preserve"> — {For} </w:t>
      </w:r>
      <w:r>
        <w:rPr>
          <w:shd w:val="clear" w:fill="B7DDE8"/>
        </w:rPr>
        <w:t>a cup is in the hand of the LORD, full of foaming wine mixed with spices</w:t>
      </w:r>
      <w:r>
        <w:rPr>
          <w:b w:val="false"/>
          <w:i w:val="false"/>
          <w:color w:val="000000"/>
          <w:u w:val="none"/>
        </w:rPr>
        <w:t xml:space="preserve"> [1EBZ]</w:t>
      </w:r>
      <w:r>
        <w:rPr/>
        <w:t xml:space="preserve">. </w:t>
      </w:r>
      <w:r>
        <w:rPr>
          <w:shd w:val="clear" w:fill="B7DDE8"/>
        </w:rPr>
        <w:t>He pours from His cup</w:t>
      </w:r>
      <w:r>
        <w:rPr>
          <w:b w:val="false"/>
          <w:i w:val="false"/>
          <w:color w:val="000000"/>
          <w:u w:val="none"/>
        </w:rPr>
        <w:t xml:space="preserve"> [1ECA]</w:t>
      </w:r>
      <w:r>
        <w:rPr/>
        <w:t xml:space="preserve">, and </w:t>
      </w:r>
      <w:r>
        <w:rPr>
          <w:shd w:val="clear" w:fill="B7DDE8"/>
        </w:rPr>
        <w:t>all the wicked of the earth drink it down to the dregs</w:t>
      </w:r>
      <w:r>
        <w:rPr>
          <w:b w:val="false"/>
          <w:i w:val="false"/>
          <w:color w:val="000000"/>
          <w:u w:val="none"/>
        </w:rPr>
        <w:t xml:space="preserve"> [1ECB]</w:t>
      </w:r>
      <w:r>
        <w:rPr/>
        <w:t>.</w:t>
      </w:r>
    </w:p>
    <w:p>
      <w:pPr>
        <w:pStyle w:val="Yellow"/>
        <w:rPr/>
      </w:pPr>
      <w:r>
        <w:rPr/>
        <w:t xml:space="preserve">(Ps76:5 “No men of might could lift a hand”) </w:t>
      </w:r>
      <w:r>
        <w:rPr>
          <w:b/>
        </w:rPr>
        <w:t xml:space="preserve">Psalm 76:7</w:t>
      </w:r>
      <w:r>
        <w:rPr/>
        <w:t xml:space="preserve"> — </w:t>
      </w:r>
      <w:r>
        <w:rPr>
          <w:shd w:fill="B7DDE8" w:val="clear"/>
        </w:rPr>
        <w:t xml:space="preserve">You alone are to be feared</w:t>
      </w:r>
      <w:r>
        <w:rPr>
          <w:b w:val="false"/>
          <w:i w:val="false"/>
          <w:color w:val="000000"/>
          <w:u w:val="none"/>
        </w:rPr>
        <w:t xml:space="preserve"> [1JHJ]</w:t>
      </w:r>
      <w:r>
        <w:rPr/>
        <w:t xml:space="preserve">. </w:t>
      </w:r>
      <w:r>
        <w:rPr>
          <w:shd w:fill="B7DDE8" w:val="clear"/>
        </w:rPr>
        <w:t xml:space="preserve">When You are angry, {who} can stand before You</w:t>
      </w:r>
      <w:r>
        <w:rPr>
          <w:b w:val="false"/>
          <w:i w:val="false"/>
          <w:color w:val="000000"/>
          <w:u w:val="none"/>
        </w:rPr>
        <w:t xml:space="preserve"> [1JHK]</w:t>
      </w:r>
      <w:r>
        <w:rPr/>
        <w:t xml:space="preserve">?</w:t>
      </w:r>
    </w:p>
    <w:p>
      <w:pPr>
        <w:pStyle w:val="Yellow"/>
        <w:rPr/>
      </w:pPr>
      <w:r>
        <w:rPr/>
        <w:t xml:space="preserve">(Ps78:17–18 Israel “continued to sin against Him” and “willfully tested God”) </w:t>
      </w:r>
      <w:r>
        <w:rPr>
          <w:b/>
        </w:rPr>
        <w:t xml:space="preserve">Psalm 78:21–22</w:t>
      </w:r>
      <w:r>
        <w:rPr/>
        <w:t xml:space="preserve"> — {Therefore} </w:t>
      </w:r>
      <w:r>
        <w:rPr>
          <w:shd w:fill="B7DDE8" w:val="clear"/>
        </w:rPr>
        <w:t xml:space="preserve">the LORD heard and was filled with wrath</w:t>
      </w:r>
      <w:r>
        <w:rPr>
          <w:b w:val="false"/>
          <w:i w:val="false"/>
          <w:color w:val="000000"/>
          <w:u w:val="none"/>
        </w:rPr>
        <w:t xml:space="preserve"> [1KJI]</w:t>
      </w:r>
      <w:r>
        <w:rPr/>
        <w:t xml:space="preserve">; so </w:t>
      </w:r>
      <w:r>
        <w:rPr>
          <w:shd w:fill="B7DDE8" w:val="clear"/>
        </w:rPr>
        <w:t xml:space="preserve">a fire was kindled against Jacob</w:t>
      </w:r>
      <w:r>
        <w:rPr>
          <w:b w:val="false"/>
          <w:i w:val="false"/>
          <w:color w:val="000000"/>
          <w:u w:val="none"/>
        </w:rPr>
        <w:t xml:space="preserve"> [1KJJ]</w:t>
      </w:r>
      <w:r>
        <w:rPr/>
        <w:t xml:space="preserve">, and </w:t>
      </w:r>
      <w:r>
        <w:rPr>
          <w:shd w:fill="B7DDE8" w:val="clear"/>
        </w:rPr>
        <w:t xml:space="preserve">His anger flared against Israel</w:t>
      </w:r>
      <w:r>
        <w:rPr>
          <w:b w:val="false"/>
          <w:i w:val="false"/>
          <w:color w:val="000000"/>
          <w:u w:val="none"/>
        </w:rPr>
        <w:t xml:space="preserve"> [1KJK]</w:t>
      </w:r>
      <w:r>
        <w:rPr/>
        <w:t xml:space="preserve">, </w:t>
      </w:r>
      <w:r>
        <w:rPr>
          <w:shd w:fill="F4B183" w:val="clear" w:color="auto"/>
          <w:color w:val="000000"/>
        </w:rPr>
        <w:t xml:space="preserve">because they did not believe God or rely on His salvation</w:t>
      </w:r>
      <w:r>
        <w:rPr>
          <w:b w:val="false"/>
          <w:i w:val="false"/>
          <w:color w:val="000000"/>
          <w:u w:val="none"/>
          <w:shd w:val="clear" w:color="auto" w:fill="F4B183"/>
        </w:rPr>
        <w:t xml:space="preserve"> [1KJL]</w:t>
      </w:r>
      <w:r>
        <w:rPr/>
        <w:t xml:space="preserve">.</w:t>
      </w:r>
    </w:p>
    <w:p>
      <w:pPr>
        <w:pStyle w:val="Yellow"/>
        <w:rPr/>
      </w:pPr>
      <w:r>
        <w:rPr>
          <w:b/>
        </w:rPr>
        <w:t xml:space="preserve">Psalm 80:4-5</w:t>
      </w:r>
      <w:r>
        <w:rPr/>
        <w:t xml:space="preserve"> — O LORD God of Hosts, </w:t>
      </w:r>
      <w:r>
        <w:rPr>
          <w:shd w:fill="B7DDE8" w:val="clear"/>
        </w:rPr>
        <w:t xml:space="preserve">how long will Your anger smolder against the prayers of Your people?</w:t>
      </w:r>
      <w:r>
        <w:rPr>
          <w:b w:val="false"/>
          <w:i w:val="false"/>
          <w:color w:val="000000"/>
          <w:u w:val="none"/>
        </w:rPr>
        <w:t xml:space="preserve"> [1IQA]</w:t>
      </w:r>
      <w:r>
        <w:rPr>
          <w:shd w:val="clear" w:color="auto" w:fill="548235"/>
          <w:color w:val="FFFFFF"/>
        </w:rPr>
        <w:t xml:space="preserve"> </w:t>
      </w:r>
      <w:r>
        <w:rPr>
          <w:shd w:fill="548235" w:val="clear" w:color="auto"/>
          <w:color w:val="FFFFFF"/>
        </w:rPr>
        <w:t xml:space="preserve">You fed them with the bread of tears</w:t>
      </w:r>
      <w:r>
        <w:rPr>
          <w:b w:val="false"/>
          <w:i w:val="false"/>
          <w:color w:val="FFFFFF"/>
          <w:u w:val="none"/>
          <w:shd w:val="clear" w:color="auto" w:fill="548235"/>
        </w:rPr>
        <w:t xml:space="preserve"> [1IQB]</w:t>
      </w:r>
      <w:r>
        <w:rPr>
          <w:shd w:val="clear" w:color="auto" w:fill="548235"/>
          <w:color w:val="FFFFFF"/>
        </w:rPr>
        <w:t xml:space="preserve"> and </w:t>
      </w:r>
      <w:r>
        <w:rPr>
          <w:shd w:fill="548235" w:val="clear" w:color="auto"/>
          <w:color w:val="FFFFFF"/>
        </w:rPr>
        <w:t xml:space="preserve">made them drink the full measure of their tears</w:t>
      </w:r>
      <w:r>
        <w:rPr>
          <w:b w:val="false"/>
          <w:i w:val="false"/>
          <w:color w:val="FFFFFF"/>
          <w:u w:val="none"/>
          <w:shd w:val="clear" w:color="auto" w:fill="548235"/>
        </w:rPr>
        <w:t xml:space="preserve"> [1IQC]</w:t>
      </w:r>
      <w:r>
        <w:rPr>
          <w:shd w:val="clear" w:color="auto" w:fill="548235"/>
          <w:color w:val="FFFFFF"/>
        </w:rPr>
        <w:t xml:space="preserve">.</w:t>
      </w:r>
    </w:p>
    <w:p>
      <w:pPr>
        <w:pStyle w:val="Yellow"/>
        <w:rPr/>
      </w:pPr>
      <w:r>
        <w:rPr>
          <w:b/>
        </w:rPr>
        <w:t xml:space="preserve">Psalm 85:1–3</w:t>
      </w:r>
      <w:r>
        <w:rPr/>
        <w:t xml:space="preserve"> — </w:t>
      </w:r>
      <w:r>
        <w:rPr>
          <w:shd w:fill="B7DDE8" w:val="clear"/>
        </w:rPr>
        <w:t xml:space="preserve">You showed favor to Your land, O LORD</w:t>
      </w:r>
      <w:r>
        <w:rPr>
          <w:b w:val="false"/>
          <w:i w:val="false"/>
          <w:color w:val="000000"/>
          <w:u w:val="none"/>
        </w:rPr>
        <w:t xml:space="preserve"> [1KOI]</w:t>
      </w:r>
      <w:r>
        <w:rPr/>
        <w:t xml:space="preserve">; </w:t>
      </w:r>
      <w:r>
        <w:rPr>
          <w:shd w:fill="B7DDE8" w:val="clear"/>
        </w:rPr>
        <w:t xml:space="preserve">You restored Jacob from captivity</w:t>
      </w:r>
      <w:r>
        <w:rPr>
          <w:b w:val="false"/>
          <w:i w:val="false"/>
          <w:u w:val="none"/>
          <w:color w:val="000000"/>
        </w:rPr>
        <w:t xml:space="preserve"> [1KOJ]</w:t>
      </w:r>
      <w:r>
        <w:rPr/>
        <w:t xml:space="preserve">. </w:t>
      </w:r>
      <w:r>
        <w:rPr>
          <w:shd w:fill="B7DDE8" w:val="clear"/>
        </w:rPr>
        <w:t xml:space="preserve">You forgave the iniquity of Your people</w:t>
      </w:r>
      <w:r>
        <w:rPr>
          <w:b w:val="false"/>
          <w:i w:val="false"/>
          <w:u w:val="none"/>
          <w:color w:val="000000"/>
        </w:rPr>
        <w:t xml:space="preserve"> [2JHA]</w:t>
      </w:r>
      <w:r>
        <w:rPr/>
        <w:t xml:space="preserve">; </w:t>
      </w:r>
      <w:r>
        <w:rPr>
          <w:shd w:fill="B7DDE8" w:val="clear"/>
        </w:rPr>
        <w:t xml:space="preserve">You covered all their sin</w:t>
      </w:r>
      <w:r>
        <w:rPr>
          <w:b w:val="false"/>
          <w:i w:val="false"/>
          <w:u w:val="none"/>
          <w:color w:val="000000"/>
        </w:rPr>
        <w:t xml:space="preserve"> [2JHA]</w:t>
      </w:r>
      <w:r>
        <w:rPr/>
        <w:t xml:space="preserve">. Selah </w:t>
      </w:r>
      <w:r>
        <w:rPr>
          <w:shd w:fill="B7DDE8" w:val="clear"/>
        </w:rPr>
        <w:t xml:space="preserve">You withheld all Your fury</w:t>
      </w:r>
      <w:r>
        <w:rPr>
          <w:b w:val="false"/>
          <w:i w:val="false"/>
          <w:color w:val="000000"/>
          <w:u w:val="none"/>
        </w:rPr>
        <w:t xml:space="preserve"> [1KOK]</w:t>
      </w:r>
      <w:r>
        <w:rPr/>
        <w:t xml:space="preserve">; </w:t>
      </w:r>
      <w:r>
        <w:rPr>
          <w:shd w:fill="B7DDE8" w:val="clear"/>
        </w:rPr>
        <w:t xml:space="preserve">You turned from Your burning anger</w:t>
      </w:r>
      <w:r>
        <w:rPr>
          <w:b w:val="false"/>
          <w:i w:val="false"/>
          <w:color w:val="000000"/>
          <w:u w:val="none"/>
        </w:rPr>
        <w:t xml:space="preserve"> [1KOK]</w:t>
      </w:r>
      <w:r>
        <w:rPr/>
        <w:t xml:space="preserve">.</w:t>
      </w:r>
    </w:p>
    <w:p>
      <w:pPr>
        <w:pStyle w:val="Yellow"/>
        <w:rPr/>
        <w:shd w:val="clear" w:color="auto" w:fill="E4DFEC"/>
        <w:pBdr>
          <w:left w:val="single" w:sz="28" w:space="5" w:color="7030A0"/>
        </w:pBdr>
      </w:pPr>
      <w:r>
        <w:rPr/>
        <w:t xml:space="preserve">(Ps95:9 “your fathers tested and tried Me”) </w:t>
      </w:r>
      <w:r>
        <w:rPr>
          <w:b/>
        </w:rPr>
        <w:t>Psalm 95:10–11</w:t>
      </w:r>
      <w:r>
        <w:rPr/>
        <w:t xml:space="preserve"> — {For} </w:t>
      </w:r>
      <w:r>
        <w:rPr>
          <w:shd w:val="clear" w:fill="B7DDE8"/>
        </w:rPr>
        <w:t>forty years I was angry with {that generation}</w:t>
      </w:r>
      <w:r>
        <w:rPr>
          <w:b w:val="false"/>
          <w:i w:val="false"/>
          <w:color w:val="000000"/>
          <w:u w:val="none"/>
        </w:rPr>
        <w:t xml:space="preserve"> [2EVQ]</w:t>
      </w:r>
      <w:r>
        <w:rPr/>
        <w:t>, and I said, “</w:t>
      </w:r>
      <w:r>
        <w:rPr>
          <w:shd w:val="clear" w:fill="B7DDE8"/>
        </w:rPr>
        <w:t>They are a people whose hearts go astray</w:t>
      </w:r>
      <w:r>
        <w:rPr>
          <w:b w:val="false"/>
          <w:i w:val="false"/>
          <w:color w:val="000000"/>
          <w:u w:val="none"/>
        </w:rPr>
        <w:t xml:space="preserve"> [2EVR]</w:t>
      </w:r>
      <w:r>
        <w:rPr/>
        <w:t xml:space="preserve">, and </w:t>
      </w:r>
      <w:r>
        <w:rPr>
          <w:shd w:val="clear" w:fill="B7DDE8"/>
        </w:rPr>
        <w:t>they have not known My ways</w:t>
      </w:r>
      <w:r>
        <w:rPr>
          <w:b w:val="false"/>
          <w:i w:val="false"/>
          <w:color w:val="000000"/>
          <w:u w:val="none"/>
        </w:rPr>
        <w:t xml:space="preserve"> [2EVS]</w:t>
      </w:r>
      <w:r>
        <w:rPr/>
        <w:t xml:space="preserve">.” So </w:t>
      </w:r>
      <w:r>
        <w:rPr>
          <w:shd w:val="clear" w:fill="B7DDE8"/>
        </w:rPr>
        <w:t>I swore on oath in My anger</w:t>
      </w:r>
      <w:r>
        <w:rPr>
          <w:b w:val="false"/>
          <w:i w:val="false"/>
          <w:color w:val="000000"/>
          <w:u w:val="none"/>
        </w:rPr>
        <w:t xml:space="preserve"> [2EVT]</w:t>
      </w:r>
      <w:r>
        <w:rPr/>
        <w:t>, “</w:t>
      </w:r>
      <w:r>
        <w:rPr>
          <w:shd w:val="clear" w:fill="B7DDE8"/>
        </w:rPr>
        <w:t>They shall never enter My rest</w:t>
      </w:r>
      <w:r>
        <w:rPr>
          <w:b w:val="false"/>
          <w:i w:val="false"/>
          <w:color w:val="000000"/>
          <w:u w:val="none"/>
        </w:rPr>
        <w:t xml:space="preserve"> [2EVU]</w:t>
      </w:r>
      <w:r>
        <w:rPr/>
        <w:t>.”</w:t>
      </w:r>
    </w:p>
    <w:p>
      <w:pPr>
        <w:pStyle w:val="Yellow"/>
        <w:rPr/>
      </w:pPr>
      <w:r>
        <w:rPr/>
        <w:t xml:space="preserve">(Ps99:6 “Moses and Aaron” / “Samuel”) </w:t>
      </w:r>
      <w:r>
        <w:rPr>
          <w:b/>
        </w:rPr>
        <w:t>Psalm 99:8</w:t>
      </w:r>
      <w:r>
        <w:rPr/>
        <w:t xml:space="preserve"> — O LORD our God, </w:t>
      </w:r>
      <w:r>
        <w:rPr>
          <w:shd w:val="clear" w:fill="B7DDE8"/>
        </w:rPr>
        <w:t>You answered {them}</w:t>
      </w:r>
      <w:r>
        <w:rPr>
          <w:b w:val="false"/>
          <w:i w:val="false"/>
          <w:color w:val="000000"/>
          <w:u w:val="none"/>
        </w:rPr>
        <w:t xml:space="preserve"> [1CMS]</w:t>
      </w:r>
      <w:r>
        <w:rPr/>
        <w:t xml:space="preserve">. </w:t>
      </w:r>
      <w:r>
        <w:rPr>
          <w:shd w:val="clear" w:fill="548235" w:color="auto"/>
          <w:color w:val="FFFFFF"/>
        </w:rPr>
        <w:t>You were a forgiving God to them</w:t>
      </w:r>
      <w:r>
        <w:rPr>
          <w:b w:val="false"/>
          <w:i w:val="false"/>
          <w:color w:val="FFFFFF"/>
          <w:u w:val="none"/>
          <w:shd w:val="clear" w:color="auto" w:fill="548235"/>
        </w:rPr>
        <w:t xml:space="preserve"> [1CMT]</w:t>
      </w:r>
      <w:r>
        <w:rPr>
          <w:shd w:val="clear" w:color="auto" w:fill="548235"/>
          <w:color w:val="FFFFFF"/>
        </w:rPr>
        <w:t xml:space="preserve">, yet </w:t>
      </w:r>
      <w:r>
        <w:rPr>
          <w:shd w:val="clear" w:fill="548235" w:color="auto"/>
          <w:color w:val="FFFFFF"/>
        </w:rPr>
        <w:t>an avenger of their misdeeds</w:t>
      </w:r>
      <w:r>
        <w:rPr>
          <w:b w:val="false"/>
          <w:i w:val="false"/>
          <w:color w:val="FFFFFF"/>
          <w:u w:val="none"/>
          <w:shd w:val="clear" w:color="auto" w:fill="548235"/>
        </w:rPr>
        <w:t xml:space="preserve"> [1CMU]</w:t>
      </w:r>
      <w:r>
        <w:rPr/>
        <w:t>.</w:t>
      </w:r>
    </w:p>
    <w:p>
      <w:pPr>
        <w:pStyle w:val="Yellow"/>
        <w:rPr/>
      </w:pPr>
      <w:r>
        <w:rPr/>
        <w:t xml:space="preserve">(Ps102:10ᶜ “because of Your indignation and wrath”) </w:t>
      </w:r>
      <w:r>
        <w:rPr>
          <w:b/>
        </w:rPr>
        <w:t xml:space="preserve">Psalm 102:23</w:t>
      </w:r>
      <w:r>
        <w:rPr/>
        <w:t xml:space="preserve"> — </w:t>
      </w:r>
      <w:r>
        <w:rPr>
          <w:shd w:fill="B7DDE8" w:val="clear"/>
        </w:rPr>
        <w:t xml:space="preserve">He has broken my strength on the way</w:t>
      </w:r>
      <w:r>
        <w:rPr>
          <w:b w:val="false"/>
          <w:i w:val="false"/>
          <w:color w:val="000000"/>
          <w:u w:val="none"/>
        </w:rPr>
        <w:t xml:space="preserve"> [1LHI]</w:t>
      </w:r>
      <w:r>
        <w:rPr/>
        <w:t xml:space="preserve">; </w:t>
      </w:r>
      <w:r>
        <w:rPr>
          <w:shd w:fill="B7DDE8" w:val="clear"/>
        </w:rPr>
        <w:t xml:space="preserve">He has cut short my days</w:t>
      </w:r>
      <w:r>
        <w:rPr>
          <w:b w:val="false"/>
          <w:i w:val="false"/>
          <w:color w:val="000000"/>
          <w:u w:val="none"/>
        </w:rPr>
        <w:t xml:space="preserve"> [1LHJ]</w:t>
      </w:r>
      <w:r>
        <w:rPr/>
        <w:t xml:space="preserve">.</w:t>
      </w:r>
    </w:p>
    <w:p>
      <w:pPr>
        <w:pStyle w:val="Yellow"/>
        <w:rPr/>
      </w:pPr>
      <w:r>
        <w:rPr/>
        <w:t xml:space="preserve">(Ps106:28 because Israel “yoked themselves to Baal of Peor”) </w:t>
      </w:r>
      <w:r>
        <w:rPr>
          <w:b/>
        </w:rPr>
        <w:t xml:space="preserve">Psalm 106:29</w:t>
      </w:r>
      <w:r>
        <w:rPr/>
        <w:t xml:space="preserve"> — {So} </w:t>
      </w:r>
      <w:r>
        <w:rPr>
          <w:shd w:fill="B7DDE8" w:val="clear"/>
        </w:rPr>
        <w:t xml:space="preserve">{they} provoked the LORD to anger with their deeds</w:t>
      </w:r>
      <w:r>
        <w:rPr>
          <w:b w:val="false"/>
          <w:i w:val="false"/>
          <w:color w:val="000000"/>
          <w:u w:val="none"/>
        </w:rPr>
        <w:t xml:space="preserve"> [1JIS]</w:t>
      </w:r>
      <w:r>
        <w:rPr/>
        <w:t xml:space="preserve">, and </w:t>
      </w:r>
      <w:r>
        <w:rPr>
          <w:shd w:fill="B7DDE8" w:val="clear"/>
        </w:rPr>
        <w:t xml:space="preserve">a plague broke out among them</w:t>
      </w:r>
      <w:r>
        <w:rPr>
          <w:b w:val="false"/>
          <w:i w:val="false"/>
          <w:color w:val="000000"/>
          <w:u w:val="none"/>
        </w:rPr>
        <w:t xml:space="preserve"> [1JIT]</w:t>
      </w:r>
      <w:r>
        <w:rPr/>
        <w:t xml:space="preserve">.</w:t>
      </w:r>
    </w:p>
    <w:p>
      <w:pPr>
        <w:pStyle w:val="Yellow"/>
        <w:rPr/>
      </w:pPr>
      <w:r>
        <w:rPr>
          <w:shd w:val="clear" w:color="auto" w:fill="548235"/>
          <w:color w:val="FFFFFF"/>
        </w:rPr>
        <w:t xml:space="preserve">(Ps110:1 “my Lord”) </w:t>
      </w:r>
      <w:r>
        <w:rPr>
          <w:b/>
          <w:shd w:val="clear" w:color="auto" w:fill="548235"/>
          <w:color w:val="FFFFFF"/>
        </w:rPr>
        <w:t xml:space="preserve">Psalm 110:5–6</w:t>
      </w:r>
      <w:r>
        <w:rPr>
          <w:shd w:val="clear" w:color="auto" w:fill="548235"/>
          <w:color w:val="FFFFFF"/>
        </w:rPr>
        <w:t xml:space="preserve"> — </w:t>
      </w:r>
      <w:r>
        <w:rPr>
          <w:shd w:fill="548235" w:val="clear" w:color="auto"/>
          <w:color w:val="FFFFFF"/>
        </w:rPr>
        <w:t xml:space="preserve">The Lord is at {Your} right hand</w:t>
      </w:r>
      <w:r>
        <w:rPr>
          <w:b w:val="false"/>
          <w:i w:val="false"/>
          <w:color w:val="FFFFFF"/>
          <w:u w:val="none"/>
          <w:shd w:val="clear" w:color="auto" w:fill="548235"/>
        </w:rPr>
        <w:t xml:space="preserve"> [1JHW]</w:t>
      </w:r>
      <w:r>
        <w:rPr>
          <w:shd w:val="clear" w:color="auto" w:fill="548235"/>
          <w:color w:val="FFFFFF"/>
        </w:rPr>
        <w:t xml:space="preserve">; </w:t>
      </w:r>
      <w:r>
        <w:rPr>
          <w:shd w:fill="548235" w:val="clear" w:color="auto"/>
          <w:color w:val="FFFFFF"/>
        </w:rPr>
        <w:t xml:space="preserve">He will crush kings in the day of His wrath</w:t>
      </w:r>
      <w:r>
        <w:rPr>
          <w:b w:val="false"/>
          <w:i w:val="false"/>
          <w:color w:val="FFFFFF"/>
          <w:u w:val="none"/>
          <w:shd w:val="clear" w:color="auto" w:fill="548235"/>
        </w:rPr>
        <w:t xml:space="preserve"> [1JHX]</w:t>
      </w:r>
      <w:r>
        <w:rPr>
          <w:shd w:val="clear" w:color="auto" w:fill="548235"/>
          <w:color w:val="FFFFFF"/>
        </w:rPr>
        <w:t xml:space="preserve">. </w:t>
      </w:r>
      <w:r>
        <w:rPr>
          <w:shd w:fill="548235" w:val="clear" w:color="auto"/>
          <w:color w:val="FFFFFF"/>
        </w:rPr>
        <w:t xml:space="preserve">He will judge the nations, heaping up the dead</w:t>
      </w:r>
      <w:r>
        <w:rPr>
          <w:b w:val="false"/>
          <w:i w:val="false"/>
          <w:color w:val="FFFFFF"/>
          <w:u w:val="none"/>
          <w:shd w:val="clear" w:color="auto" w:fill="548235"/>
        </w:rPr>
        <w:t xml:space="preserve"> [1JHY]</w:t>
      </w:r>
      <w:r>
        <w:rPr>
          <w:shd w:val="clear" w:color="auto" w:fill="548235"/>
          <w:color w:val="FFFFFF"/>
        </w:rPr>
        <w:t xml:space="preserve">; </w:t>
      </w:r>
      <w:r>
        <w:rPr>
          <w:shd w:fill="548235" w:val="clear" w:color="auto"/>
          <w:color w:val="FFFFFF"/>
        </w:rPr>
        <w:t xml:space="preserve">He will crush the leaders far and wide</w:t>
      </w:r>
      <w:r>
        <w:rPr>
          <w:b w:val="false"/>
          <w:i w:val="false"/>
          <w:color w:val="FFFFFF"/>
          <w:u w:val="none"/>
          <w:shd w:val="clear" w:color="auto" w:fill="548235"/>
        </w:rPr>
        <w:t xml:space="preserve"> [1JHZ]</w:t>
      </w:r>
      <w:r>
        <w:rPr>
          <w:shd w:val="clear" w:color="auto" w:fill="548235"/>
          <w:color w:val="FFFFFF"/>
        </w:rPr>
        <w:t xml:space="preserve">.</w:t>
      </w:r>
    </w:p>
    <w:p>
      <w:pPr>
        <w:pStyle w:val="Yellow"/>
        <w:rPr/>
      </w:pPr>
      <w:r>
        <w:rPr>
          <w:b/>
        </w:rPr>
        <w:t xml:space="preserve">Proverbs 22:14</w:t>
      </w:r>
      <w:r>
        <w:rPr/>
        <w:t xml:space="preserve"> — </w:t>
      </w:r>
      <w:r>
        <w:rPr>
          <w:shd w:fill="B7DDE8" w:val="clear"/>
        </w:rPr>
        <w:t xml:space="preserve">The mouth of an adulteress is a deep pit</w:t>
      </w:r>
      <w:r>
        <w:rPr>
          <w:b w:val="false"/>
          <w:i w:val="false"/>
          <w:color w:val="000000"/>
          <w:u w:val="none"/>
        </w:rPr>
        <w:t xml:space="preserve"> [1JIJ]</w:t>
      </w:r>
      <w:r>
        <w:rPr/>
        <w:t xml:space="preserve">; </w:t>
      </w:r>
      <w:r>
        <w:rPr>
          <w:shd w:fill="B7DDE8" w:val="clear"/>
        </w:rPr>
        <w:t xml:space="preserve">he who is under the wrath of the LORD will fall into it</w:t>
      </w:r>
      <w:r>
        <w:rPr>
          <w:b w:val="false"/>
          <w:i w:val="false"/>
          <w:color w:val="000000"/>
          <w:u w:val="none"/>
        </w:rPr>
        <w:t xml:space="preserve"> [1JIK]</w:t>
      </w:r>
      <w:r>
        <w:rPr/>
        <w:t xml:space="preserve">.</w:t>
      </w:r>
    </w:p>
    <w:p>
      <w:pPr>
        <w:pStyle w:val="Yellow"/>
        <w:rPr/>
      </w:pPr>
      <w:r>
        <w:rPr>
          <w:b/>
        </w:rPr>
        <w:t xml:space="preserve">Isaiah 26:20–21</w:t>
      </w:r>
      <w:r>
        <w:rPr/>
        <w:t xml:space="preserve"> — Go, my people, </w:t>
      </w:r>
      <w:r>
        <w:rPr>
          <w:shd w:fill="B7DDE8" w:val="clear"/>
        </w:rPr>
        <w:t xml:space="preserve">enter your rooms and shut your doors behind you</w:t>
      </w:r>
      <w:r>
        <w:rPr>
          <w:b w:val="false"/>
          <w:i w:val="false"/>
          <w:color w:val="000000"/>
          <w:u w:val="none"/>
        </w:rPr>
        <w:t xml:space="preserve"> [1JBM]</w:t>
      </w:r>
      <w:r>
        <w:rPr/>
        <w:t xml:space="preserve">. </w:t>
      </w:r>
      <w:r>
        <w:rPr>
          <w:shd w:fill="B7DDE8" w:val="clear"/>
        </w:rPr>
        <w:t xml:space="preserve">Hide yourselves a little while until the wrath has passed</w:t>
      </w:r>
      <w:r>
        <w:rPr>
          <w:b w:val="false"/>
          <w:i w:val="false"/>
          <w:color w:val="000000"/>
          <w:u w:val="none"/>
        </w:rPr>
        <w:t xml:space="preserve"> [1JBN]</w:t>
      </w:r>
      <w:r>
        <w:rPr/>
        <w:t xml:space="preserve">. For behold, </w:t>
      </w:r>
      <w:r>
        <w:rPr>
          <w:shd w:fill="B7DDE8" w:val="clear"/>
        </w:rPr>
        <w:t xml:space="preserve">the LORD is coming out of His dwelling to punish the inhabitants of the earth for their iniquity</w:t>
      </w:r>
      <w:r>
        <w:rPr>
          <w:b w:val="false"/>
          <w:i w:val="false"/>
          <w:color w:val="000000"/>
          <w:u w:val="none"/>
        </w:rPr>
        <w:t xml:space="preserve"> [1JBO]</w:t>
      </w:r>
      <w:r>
        <w:rPr/>
        <w:t xml:space="preserve">. </w:t>
      </w:r>
      <w:r>
        <w:rPr>
          <w:shd w:fill="B7DDE8" w:val="clear"/>
        </w:rPr>
        <w:t xml:space="preserve">The earth will reveal her bloodshed</w:t>
      </w:r>
      <w:r>
        <w:rPr>
          <w:b w:val="false"/>
          <w:i w:val="false"/>
          <w:color w:val="000000"/>
          <w:u w:val="none"/>
        </w:rPr>
        <w:t xml:space="preserve"> [1JBP]</w:t>
      </w:r>
      <w:r>
        <w:rPr/>
        <w:t xml:space="preserve"> and </w:t>
      </w:r>
      <w:r>
        <w:rPr>
          <w:shd w:fill="B7DDE8" w:val="clear"/>
        </w:rPr>
        <w:t xml:space="preserve">will no longer conceal her slain</w:t>
      </w:r>
      <w:r>
        <w:rPr>
          <w:b w:val="false"/>
          <w:i w:val="false"/>
          <w:color w:val="000000"/>
          <w:u w:val="none"/>
        </w:rPr>
        <w:t xml:space="preserve"> [1JBQ]</w:t>
      </w:r>
      <w:r>
        <w:rPr/>
        <w:t xml:space="preserve">.</w:t>
      </w:r>
    </w:p>
    <w:p>
      <w:pPr>
        <w:pStyle w:val="Yellow"/>
        <w:rPr/>
      </w:pPr>
      <w:r>
        <w:rPr>
          <w:b/>
        </w:rPr>
        <w:t>Isaiah 49:26</w:t>
      </w:r>
      <w:r>
        <w:t xml:space="preserve"> — </w:t>
      </w:r>
      <w:r>
        <w:rPr>
          <w:shd w:fill="B7DDE8" w:val="clear"/>
        </w:rPr>
        <w:t>I will make your oppressors eat their own flesh</w:t>
      </w:r>
      <w:r>
        <w:rPr>
          <w:b w:val="false"/>
          <w:i w:val="false"/>
          <w:u w:val="none"/>
          <w:color w:val="000000"/>
        </w:rPr>
        <w:t xml:space="preserve"> [1BPD]</w:t>
      </w:r>
      <w:r>
        <w:t xml:space="preserve">; </w:t>
      </w:r>
      <w:r>
        <w:rPr>
          <w:shd w:fill="B7DDE8" w:val="clear"/>
        </w:rPr>
        <w:t>they will be drunk on their own blood, as with wine</w:t>
      </w:r>
      <w:r>
        <w:rPr>
          <w:b w:val="false"/>
          <w:i w:val="false"/>
          <w:u w:val="none"/>
          <w:color w:val="000000"/>
        </w:rPr>
        <w:t xml:space="preserve"> [1BPE]</w:t>
      </w:r>
      <w:r>
        <w:t xml:space="preserve">. Then </w:t>
      </w:r>
      <w:r>
        <w:rPr/>
        <w:t xml:space="preserve">all mankind will know that </w:t>
      </w:r>
      <w:r>
        <w:rPr/>
        <w:t>I, the LORD, am your Savior</w:t>
      </w:r>
      <w:r>
        <w:rPr>
          <w:b w:val="false"/>
          <w:i w:val="false"/>
          <w:u w:val="none"/>
          <w:color w:val="000000"/>
        </w:rPr>
        <w:t xml:space="preserve"> [7AYO]</w:t>
      </w:r>
      <w:r>
        <w:rPr/>
        <w:t xml:space="preserve"> and </w:t>
      </w:r>
      <w:r>
        <w:rPr/>
        <w:t>your Redeemer</w:t>
      </w:r>
      <w:r>
        <w:rPr>
          <w:b w:val="false"/>
          <w:i w:val="false"/>
          <w:u w:val="none"/>
          <w:color w:val="000000"/>
        </w:rPr>
        <w:t xml:space="preserve"> [8IT]</w:t>
      </w:r>
      <w:r>
        <w:rPr/>
        <w:t xml:space="preserve">, </w:t>
      </w:r>
      <w:r>
        <w:rPr/>
        <w:t>the Mighty One of Jacob</w:t>
      </w:r>
      <w:r>
        <w:rPr>
          <w:b w:val="false"/>
          <w:i w:val="false"/>
          <w:color w:val="000000"/>
          <w:u w:val="none"/>
        </w:rPr>
        <w:t xml:space="preserve"> [2BPC]</w:t>
      </w:r>
      <w:r>
        <w:rPr/>
        <w:t>.”</w:t>
      </w:r>
    </w:p>
    <w:p>
      <w:pPr>
        <w:pStyle w:val="Green"/>
        <w:rPr/>
      </w:pPr>
      <w:r>
        <w:rPr>
          <w:u w:val="none"/>
        </w:rPr>
        <w:t xml:space="preserve">(Is57:3–13 idolatrous Israel) </w:t>
      </w:r>
      <w:r>
        <w:rPr>
          <w:b/>
          <w:u w:val="none"/>
        </w:rPr>
        <w:t>Isaiah 57:17–19</w:t>
      </w:r>
      <w:r>
        <w:rPr>
          <w:u w:val="none"/>
        </w:rPr>
        <w:t xml:space="preserve"> — </w:t>
      </w:r>
      <w:r>
        <w:rPr>
          <w:u w:val="none"/>
          <w:shd w:val="clear" w:fill="B7DDE8"/>
        </w:rPr>
        <w:t>I was enraged by {his} sinful greed</w:t>
      </w:r>
      <w:r>
        <w:rPr>
          <w:b w:val="false"/>
          <w:i w:val="false"/>
          <w:color w:val="000000"/>
          <w:u w:val="none"/>
        </w:rPr>
        <w:t xml:space="preserve"> [1EQB]</w:t>
      </w:r>
      <w:r>
        <w:rPr>
          <w:u w:val="none"/>
        </w:rPr>
        <w:t xml:space="preserve">, so </w:t>
      </w:r>
      <w:r>
        <w:rPr>
          <w:u w:val="none"/>
          <w:shd w:val="clear" w:fill="B7DDE8"/>
        </w:rPr>
        <w:t>I struck him</w:t>
      </w:r>
      <w:r>
        <w:rPr>
          <w:b w:val="false"/>
          <w:i w:val="false"/>
          <w:color w:val="000000"/>
          <w:u w:val="none"/>
        </w:rPr>
        <w:t xml:space="preserve"> [1EQC]</w:t>
      </w:r>
      <w:r>
        <w:rPr>
          <w:u w:val="none"/>
        </w:rPr>
        <w:t xml:space="preserve"> and </w:t>
      </w:r>
      <w:r>
        <w:rPr>
          <w:u w:val="none"/>
          <w:shd w:val="clear" w:fill="B7DDE8"/>
        </w:rPr>
        <w:t>hid My face in anger</w:t>
      </w:r>
      <w:r>
        <w:rPr>
          <w:b w:val="false"/>
          <w:i w:val="false"/>
          <w:color w:val="000000"/>
          <w:u w:val="none"/>
        </w:rPr>
        <w:t xml:space="preserve"> [1EQD]</w:t>
      </w:r>
      <w:r>
        <w:rPr>
          <w:u w:val="none"/>
        </w:rPr>
        <w:t xml:space="preserve">; yet </w:t>
      </w:r>
      <w:r>
        <w:rPr>
          <w:u w:val="none"/>
          <w:shd w:val="clear" w:fill="B7DDE8"/>
        </w:rPr>
        <w:t>he kept turning back to the desires of his heart</w:t>
      </w:r>
      <w:r>
        <w:rPr>
          <w:b w:val="false"/>
          <w:i w:val="false"/>
          <w:u w:val="none"/>
          <w:color w:val="000000"/>
        </w:rPr>
        <w:t xml:space="preserve"> [1EQE]</w:t>
      </w:r>
      <w:r>
        <w:rPr>
          <w:u w:val="none"/>
        </w:rPr>
        <w:t xml:space="preserve">. </w:t>
      </w:r>
      <w:r>
        <w:rPr>
          <w:u w:val="none"/>
          <w:shd w:val="clear" w:fill="B7DDE8"/>
        </w:rPr>
        <w:t>I have seen his ways</w:t>
      </w:r>
      <w:r>
        <w:rPr>
          <w:b w:val="false"/>
          <w:i w:val="false"/>
          <w:color w:val="000000"/>
          <w:u w:val="none"/>
        </w:rPr>
        <w:t xml:space="preserve"> [1EQF]</w:t>
      </w:r>
      <w:r>
        <w:rPr>
          <w:u w:val="none"/>
        </w:rPr>
        <w:t xml:space="preserve">, but </w:t>
      </w:r>
      <w:r>
        <w:rPr>
          <w:u w:val="none"/>
          <w:shd w:val="clear" w:fill="B7DDE8"/>
        </w:rPr>
        <w:t>I will heal him</w:t>
      </w:r>
      <w:r>
        <w:rPr>
          <w:b w:val="false"/>
          <w:i w:val="false"/>
          <w:color w:val="000000"/>
          <w:u w:val="none"/>
        </w:rPr>
        <w:t xml:space="preserve"> [3CQU]</w:t>
      </w:r>
      <w:r>
        <w:rPr>
          <w:u w:val="none"/>
        </w:rPr>
        <w:t xml:space="preserve">; </w:t>
      </w:r>
      <w:r>
        <w:rPr>
          <w:u w:val="none"/>
          <w:shd w:val="clear" w:fill="B7DDE8"/>
        </w:rPr>
        <w:t>I will guide him</w:t>
      </w:r>
      <w:r>
        <w:rPr>
          <w:b w:val="false"/>
          <w:i w:val="false"/>
          <w:color w:val="000000"/>
          <w:u w:val="none"/>
        </w:rPr>
        <w:t xml:space="preserve"> [1EQG]</w:t>
      </w:r>
      <w:r>
        <w:rPr>
          <w:u w:val="none"/>
        </w:rPr>
        <w:t xml:space="preserve"> and </w:t>
      </w:r>
      <w:r>
        <w:rPr>
          <w:u w:val="none"/>
          <w:shd w:val="clear" w:fill="B7DDE8"/>
        </w:rPr>
        <w:t>restore comfort to him and his mourners</w:t>
      </w:r>
      <w:r>
        <w:rPr>
          <w:b w:val="false"/>
          <w:i w:val="false"/>
          <w:u w:val="none"/>
          <w:color w:val="000000"/>
        </w:rPr>
        <w:t xml:space="preserve"> [1EQH]</w:t>
      </w:r>
      <w:r>
        <w:rPr>
          <w:u w:val="none"/>
        </w:rPr>
        <w:t xml:space="preserve">, </w:t>
      </w:r>
      <w:r>
        <w:rPr>
          <w:u w:val="none"/>
          <w:shd w:val="clear" w:fill="B7DDE8"/>
        </w:rPr>
        <w:t>bringing praise to their lips</w:t>
      </w:r>
      <w:r>
        <w:rPr>
          <w:b w:val="false"/>
          <w:i w:val="false"/>
          <w:u w:val="none"/>
          <w:color w:val="000000"/>
        </w:rPr>
        <w:t xml:space="preserve"> [1EQI]</w:t>
      </w:r>
      <w:r>
        <w:rPr>
          <w:u w:val="none"/>
        </w:rPr>
        <w:t xml:space="preserve">. </w:t>
      </w:r>
      <w:r>
        <w:rPr>
          <w:u w:val="none"/>
          <w:shd w:val="clear" w:fill="B7DDE8"/>
        </w:rPr>
        <w:t>Peace, peace to those far and near</w:t>
      </w:r>
      <w:r>
        <w:rPr>
          <w:b w:val="false"/>
          <w:i w:val="false"/>
          <w:u w:val="none"/>
          <w:color w:val="000000"/>
        </w:rPr>
        <w:t xml:space="preserve"> [1EQJ]</w:t>
      </w:r>
      <w:r>
        <w:rPr>
          <w:u w:val="none"/>
        </w:rPr>
        <w:t xml:space="preserve">,” says the LORD, “and </w:t>
      </w:r>
      <w:r>
        <w:rPr>
          <w:u w:val="none"/>
          <w:shd w:val="clear" w:fill="B7DDE8"/>
        </w:rPr>
        <w:t>I will heal them</w:t>
      </w:r>
      <w:r>
        <w:rPr>
          <w:b w:val="false"/>
          <w:i w:val="false"/>
          <w:color w:val="000000"/>
          <w:u w:val="none"/>
        </w:rPr>
        <w:t xml:space="preserve"> [3CQU]</w:t>
      </w:r>
      <w:r>
        <w:rPr>
          <w:u w:val="none"/>
        </w:rPr>
        <w:t>.”</w:t>
      </w:r>
    </w:p>
    <w:p>
      <w:pPr>
        <w:pStyle w:val="Yellow"/>
        <w:rPr/>
      </w:pPr>
      <w:r>
        <w:t xml:space="preserve">&lt;5&gt;(Is63:7 “the LORD”) </w:t>
      </w:r>
      <w:r>
        <w:rPr>
          <w:b/>
        </w:rPr>
        <w:t>Isaiah 63:8–9</w:t>
      </w:r>
      <w:r>
        <w:t xml:space="preserve"> — {He} said, “</w:t>
      </w:r>
      <w:r>
        <w:rPr>
          <w:shd w:fill="B7DDE8" w:val="clear"/>
        </w:rPr>
        <w:t>They are surely My people, sons who will not be disloyal</w:t>
      </w:r>
      <w:r>
        <w:rPr>
          <w:b w:val="false"/>
          <w:i w:val="false"/>
          <w:u w:val="none"/>
          <w:color w:val="000000"/>
        </w:rPr>
        <w:t xml:space="preserve"> [1BNS]</w:t>
      </w:r>
      <w:r>
        <w:t xml:space="preserve">.” So </w:t>
      </w:r>
      <w:r>
        <w:rPr>
          <w:shd w:fill="B7DDE8" w:val="clear"/>
        </w:rPr>
        <w:t>He became their Savior</w:t>
      </w:r>
      <w:r>
        <w:rPr>
          <w:b w:val="false"/>
          <w:i w:val="false"/>
          <w:u w:val="none"/>
          <w:color w:val="000000"/>
        </w:rPr>
        <w:t xml:space="preserve"> [1BNT]</w:t>
      </w:r>
      <w:r>
        <w:t xml:space="preserve">. </w:t>
      </w:r>
      <w:r>
        <w:rPr>
          <w:shd w:fill="B7DDE8" w:val="clear"/>
        </w:rPr>
        <w:t>In all their distress, He too was afflicted</w:t>
      </w:r>
      <w:r>
        <w:rPr>
          <w:b w:val="false"/>
          <w:i w:val="false"/>
          <w:u w:val="none"/>
          <w:color w:val="000000"/>
        </w:rPr>
        <w:t xml:space="preserve"> [1BNU]</w:t>
      </w:r>
      <w:r>
        <w:t xml:space="preserve">, and </w:t>
      </w:r>
      <w:r>
        <w:rPr>
          <w:shd w:fill="B7DDE8" w:val="clear"/>
        </w:rPr>
        <w:t>the Angel of His Presence saved them</w:t>
      </w:r>
      <w:r>
        <w:rPr>
          <w:b w:val="false"/>
          <w:i w:val="false"/>
          <w:color w:val="000000"/>
          <w:u w:val="none"/>
        </w:rPr>
        <w:t xml:space="preserve"> [1BNV]</w:t>
      </w:r>
      <w:r>
        <w:t xml:space="preserve">. </w:t>
      </w:r>
      <w:r>
        <w:rPr>
          <w:shd w:fill="B7DDE8" w:val="clear"/>
        </w:rPr>
        <w:t>In His love and compassion He redeemed them</w:t>
      </w:r>
      <w:r>
        <w:rPr>
          <w:b w:val="false"/>
          <w:i w:val="false"/>
          <w:color w:val="000000"/>
          <w:u w:val="none"/>
        </w:rPr>
        <w:t xml:space="preserve"> [1BNW]</w:t>
      </w:r>
      <w:r>
        <w:t xml:space="preserve">; </w:t>
      </w:r>
      <w:r>
        <w:rPr>
          <w:shd w:fill="B7DDE8" w:val="clear"/>
        </w:rPr>
        <w:t>He lifted them up</w:t>
      </w:r>
      <w:r>
        <w:rPr>
          <w:b w:val="false"/>
          <w:i w:val="false"/>
          <w:u w:val="none"/>
          <w:color w:val="000000"/>
        </w:rPr>
        <w:t xml:space="preserve"> [1CIZ]</w:t>
      </w:r>
      <w:r>
        <w:t xml:space="preserve"> and </w:t>
      </w:r>
      <w:r>
        <w:rPr>
          <w:shd w:fill="B7DDE8" w:val="clear"/>
        </w:rPr>
        <w:t>carried them all the days of old</w:t>
      </w:r>
      <w:r>
        <w:rPr>
          <w:b w:val="false"/>
          <w:i w:val="false"/>
          <w:u w:val="none"/>
          <w:color w:val="000000"/>
        </w:rPr>
        <w:t xml:space="preserve"> [1CJA]</w:t>
      </w:r>
      <w:r>
        <w:t>.</w:t>
      </w:r>
    </w:p>
    <w:p>
      <w:pPr>
        <w:pStyle w:val="Yellow"/>
        <w:rPr/>
      </w:pPr>
      <w:r>
        <w:t xml:space="preserve">&lt;5&gt;(Is63:8–9 after God saved His people) </w:t>
      </w:r>
      <w:r>
        <w:rPr>
          <w:b/>
        </w:rPr>
        <w:t>Isaiah 63:10</w:t>
      </w:r>
      <w:r>
        <w:t xml:space="preserve"> — </w:t>
      </w:r>
      <w:r>
        <w:rPr>
          <w:shd w:fill="B7DDE8" w:val="clear"/>
        </w:rPr>
        <w:t>{But they} rebelled</w:t>
      </w:r>
      <w:r>
        <w:rPr>
          <w:b w:val="false"/>
          <w:i w:val="false"/>
          <w:color w:val="000000"/>
          <w:u w:val="none"/>
        </w:rPr>
        <w:t xml:space="preserve"> [1BNY]</w:t>
      </w:r>
      <w:r>
        <w:t xml:space="preserve"> and </w:t>
      </w:r>
      <w:r>
        <w:rPr>
          <w:shd w:fill="B7DDE8" w:val="clear"/>
        </w:rPr>
        <w:t>grieved His Holy Spirit</w:t>
      </w:r>
      <w:r>
        <w:rPr>
          <w:b w:val="false"/>
          <w:i w:val="false"/>
          <w:color w:val="000000"/>
          <w:u w:val="none"/>
        </w:rPr>
        <w:t xml:space="preserve"> [1BNZ]</w:t>
      </w:r>
      <w:r>
        <w:t xml:space="preserve">. So </w:t>
      </w:r>
      <w:r>
        <w:rPr>
          <w:shd w:fill="B7DDE8" w:val="clear"/>
        </w:rPr>
        <w:t>He turned and became their enemy</w:t>
      </w:r>
      <w:r>
        <w:rPr>
          <w:b w:val="false"/>
          <w:i w:val="false"/>
          <w:color w:val="000000"/>
          <w:u w:val="none"/>
        </w:rPr>
        <w:t xml:space="preserve"> [1BOA]</w:t>
      </w:r>
      <w:r>
        <w:t xml:space="preserve">, and </w:t>
      </w:r>
      <w:r>
        <w:rPr>
          <w:shd w:fill="B7DDE8" w:val="clear"/>
        </w:rPr>
        <w:t>He Himself fought against them</w:t>
      </w:r>
      <w:r>
        <w:rPr>
          <w:b w:val="false"/>
          <w:i w:val="false"/>
          <w:color w:val="000000"/>
          <w:u w:val="none"/>
        </w:rPr>
        <w:t xml:space="preserve"> [1BOB]</w:t>
      </w:r>
      <w:r>
        <w:t>.</w:t>
      </w:r>
    </w:p>
    <w:p>
      <w:pPr>
        <w:pStyle w:val="Yellow"/>
        <w:rPr/>
      </w:pPr>
      <w:r>
        <w:t>&lt;5&gt;</w:t>
      </w:r>
      <w:r>
        <w:rPr>
          <w:b/>
        </w:rPr>
        <w:t>Isaiah 64:5</w:t>
      </w:r>
      <w:r>
        <w:t xml:space="preserve"> — </w:t>
      </w:r>
      <w:r>
        <w:rPr>
          <w:shd w:fill="B7DDE8" w:val="clear"/>
        </w:rPr>
        <w:t>You welcome those who gladly do right</w:t>
      </w:r>
      <w:r>
        <w:rPr>
          <w:b w:val="false"/>
          <w:i w:val="false"/>
          <w:color w:val="000000"/>
          <w:u w:val="none"/>
        </w:rPr>
        <w:t xml:space="preserve"> [1BOC]</w:t>
      </w:r>
      <w:r>
        <w:t xml:space="preserve">, </w:t>
      </w:r>
      <w:r>
        <w:rPr>
          <w:shd w:fill="B7DDE8" w:val="clear"/>
        </w:rPr>
        <w:t>who remember Your ways</w:t>
      </w:r>
      <w:r>
        <w:rPr>
          <w:b w:val="false"/>
          <w:i w:val="false"/>
          <w:u w:val="none"/>
          <w:color w:val="000000"/>
        </w:rPr>
        <w:t xml:space="preserve"> [1BOD]</w:t>
      </w:r>
      <w:r>
        <w:t xml:space="preserve">. Surely </w:t>
      </w:r>
      <w:r>
        <w:rPr>
          <w:shd w:fill="B7DDE8" w:val="clear"/>
        </w:rPr>
        <w:t>You were angry, for we sinned</w:t>
      </w:r>
      <w:r>
        <w:rPr>
          <w:b w:val="false"/>
          <w:i w:val="false"/>
          <w:color w:val="000000"/>
          <w:u w:val="none"/>
        </w:rPr>
        <w:t xml:space="preserve"> [1BOE]</w:t>
      </w:r>
      <w:r>
        <w:t xml:space="preserve">. </w:t>
      </w:r>
      <w:r>
        <w:rPr>
          <w:shd w:fill="B7DDE8" w:val="clear"/>
        </w:rPr>
        <w:t>How can we be saved if we remain in our sins</w:t>
      </w:r>
      <w:r>
        <w:rPr>
          <w:b w:val="false"/>
          <w:i w:val="false"/>
          <w:u w:val="none"/>
          <w:color w:val="000000"/>
        </w:rPr>
        <w:t xml:space="preserve"> [1BOF]</w:t>
      </w:r>
      <w:r>
        <w:t>?</w:t>
      </w:r>
    </w:p>
    <w:p>
      <w:pPr>
        <w:pStyle w:val="Yellow"/>
        <w:rPr/>
      </w:pPr>
      <w:r>
        <w:t xml:space="preserve">&lt;5&gt;(Is64:7 “You have hidden Your face from us”) </w:t>
      </w:r>
      <w:r>
        <w:rPr>
          <w:b/>
        </w:rPr>
        <w:t>Isaiah 64:8</w:t>
      </w:r>
      <w:r>
        <w:t xml:space="preserve"> — {But now}, </w:t>
      </w:r>
      <w:r>
        <w:rPr>
          <w:shd w:fill="B7DDE8" w:val="clear"/>
        </w:rPr>
        <w:t>O LORD, You are our Father</w:t>
      </w:r>
      <w:r>
        <w:rPr>
          <w:b w:val="false"/>
          <w:i w:val="false"/>
          <w:color w:val="000000"/>
          <w:u w:val="none"/>
        </w:rPr>
        <w:t xml:space="preserve"> [3BOG]</w:t>
      </w:r>
      <w:r>
        <w:t xml:space="preserve">; </w:t>
      </w:r>
      <w:r>
        <w:rPr>
          <w:shd w:fill="B7DDE8" w:val="clear"/>
        </w:rPr>
        <w:t>we are the clay</w:t>
      </w:r>
      <w:r>
        <w:rPr>
          <w:b w:val="false"/>
          <w:i w:val="false"/>
          <w:color w:val="000000"/>
          <w:u w:val="none"/>
        </w:rPr>
        <w:t xml:space="preserve"> [1BOH]</w:t>
      </w:r>
      <w:r>
        <w:t xml:space="preserve">, and </w:t>
      </w:r>
      <w:r>
        <w:rPr>
          <w:shd w:fill="B7DDE8" w:val="clear"/>
        </w:rPr>
        <w:t>You are the potter</w:t>
      </w:r>
      <w:r>
        <w:rPr>
          <w:b w:val="false"/>
          <w:i w:val="false"/>
          <w:color w:val="000000"/>
          <w:u w:val="none"/>
        </w:rPr>
        <w:t xml:space="preserve"> [1BOI]</w:t>
      </w:r>
      <w:r>
        <w:t xml:space="preserve">; </w:t>
      </w:r>
      <w:r>
        <w:rPr>
          <w:shd w:fill="B7DDE8" w:val="clear"/>
        </w:rPr>
        <w:t>we are all the work of Your hand</w:t>
      </w:r>
      <w:r>
        <w:rPr>
          <w:b w:val="false"/>
          <w:i w:val="false"/>
          <w:color w:val="000000"/>
          <w:u w:val="none"/>
        </w:rPr>
        <w:t xml:space="preserve"> [1BOJ]</w:t>
      </w:r>
      <w:r>
        <w:t>.</w:t>
      </w:r>
    </w:p>
    <w:p>
      <w:pPr>
        <w:pStyle w:val="Yellow"/>
        <w:rPr/>
      </w:pPr>
      <w:r>
        <w:rPr>
          <w:b/>
        </w:rPr>
        <w:t xml:space="preserve">Isaiah 65:5</w:t>
      </w:r>
      <w:r>
        <w:rPr/>
        <w:t xml:space="preserve"> — They say, ‘</w:t>
      </w:r>
      <w:r>
        <w:rPr>
          <w:shd w:fill="B7DDE8" w:val="clear"/>
        </w:rPr>
        <w:t xml:space="preserve">Keep to yourself</w:t>
      </w:r>
      <w:r>
        <w:rPr>
          <w:b w:val="false"/>
          <w:i w:val="false"/>
          <w:color w:val="000000"/>
          <w:u w:val="none"/>
        </w:rPr>
        <w:t xml:space="preserve"> [1LHN]</w:t>
      </w:r>
      <w:r>
        <w:rPr/>
        <w:t xml:space="preserve">; </w:t>
      </w:r>
      <w:r>
        <w:rPr>
          <w:shd w:fill="B7DDE8" w:val="clear"/>
        </w:rPr>
        <w:t xml:space="preserve">do not come near me</w:t>
      </w:r>
      <w:r>
        <w:rPr>
          <w:b w:val="false"/>
          <w:i w:val="false"/>
          <w:color w:val="000000"/>
          <w:u w:val="none"/>
        </w:rPr>
        <w:t xml:space="preserve"> [1LHO]</w:t>
      </w:r>
      <w:r>
        <w:rPr/>
        <w:t xml:space="preserve">, for </w:t>
      </w:r>
      <w:r>
        <w:rPr>
          <w:shd w:fill="B7DDE8" w:val="clear"/>
        </w:rPr>
        <w:t xml:space="preserve">I am holier than you</w:t>
      </w:r>
      <w:r>
        <w:rPr>
          <w:b w:val="false"/>
          <w:i w:val="false"/>
          <w:color w:val="000000"/>
          <w:u w:val="none"/>
        </w:rPr>
        <w:t xml:space="preserve"> [1LHP]</w:t>
      </w:r>
      <w:r>
        <w:rPr/>
        <w:t xml:space="preserve">!’ </w:t>
      </w:r>
      <w:r>
        <w:rPr>
          <w:shd w:fill="548235" w:val="clear" w:color="auto"/>
          <w:color w:val="FFFFFF"/>
        </w:rPr>
        <w:t xml:space="preserve">Such people are smoke in My nostrils</w:t>
      </w:r>
      <w:r>
        <w:rPr>
          <w:b w:val="false"/>
          <w:i w:val="false"/>
          <w:color w:val="FFFFFF"/>
          <w:u w:val="none"/>
          <w:shd w:val="clear" w:color="auto" w:fill="548235"/>
        </w:rPr>
        <w:t xml:space="preserve"> [1LHQ]</w:t>
      </w:r>
      <w:r>
        <w:rPr>
          <w:shd w:val="clear" w:color="auto" w:fill="548235"/>
          <w:color w:val="FFFFFF"/>
        </w:rPr>
        <w:t xml:space="preserve">, </w:t>
      </w:r>
      <w:r>
        <w:rPr>
          <w:shd w:fill="548235" w:val="clear" w:color="auto"/>
          <w:color w:val="FFFFFF"/>
        </w:rPr>
        <w:t xml:space="preserve">a fire that burns all day long</w:t>
      </w:r>
      <w:r>
        <w:rPr>
          <w:b w:val="false"/>
          <w:i w:val="false"/>
          <w:color w:val="FFFFFF"/>
          <w:u w:val="none"/>
          <w:shd w:val="clear" w:color="auto" w:fill="548235"/>
        </w:rPr>
        <w:t xml:space="preserve"> [1LHR]</w:t>
      </w:r>
      <w:r>
        <w:rPr/>
        <w:t xml:space="preserve">.</w:t>
      </w:r>
    </w:p>
    <w:p>
      <w:pPr>
        <w:pStyle w:val="Yellow"/>
        <w:rPr/>
      </w:pPr>
      <w:r>
        <w:rPr/>
        <w:t xml:space="preserve">(Je10:3–9 unlike man-made idols) </w:t>
      </w:r>
      <w:r>
        <w:rPr>
          <w:b/>
        </w:rPr>
        <w:t xml:space="preserve">Jeremiah 10:10</w:t>
      </w:r>
      <w:r>
        <w:rPr/>
        <w:t xml:space="preserve"> — {But} </w:t>
      </w:r>
      <w:r>
        <w:rPr>
          <w:color w:val="auto"/>
          <w:shd w:val="clear" w:color="auto" w:fill="D9C3E6"/>
        </w:rPr>
        <w:t xml:space="preserve">the LORD is the true God</w:t>
      </w:r>
      <w:r>
        <w:rPr>
          <w:b w:val="false"/>
          <w:i w:val="false"/>
          <w:color w:val="FFFFFF"/>
          <w:u w:val="none"/>
          <w:shd w:val="clear" w:color="auto" w:fill="548235"/>
        </w:rPr>
        <w:t xml:space="preserve"> [2CKV]</w:t>
      </w:r>
      <w:r>
        <w:rPr>
          <w:color w:val="auto"/>
          <w:shd w:val="clear" w:color="auto" w:fill="D9C3E6"/>
        </w:rPr>
        <w:t xml:space="preserve">; </w:t>
      </w:r>
      <w:r>
        <w:rPr>
          <w:shd w:fill="B7DDE8" w:val="clear"/>
        </w:rPr>
        <w:t xml:space="preserve">He is the living God</w:t>
      </w:r>
      <w:r>
        <w:rPr>
          <w:b w:val="false"/>
          <w:i w:val="false"/>
          <w:color w:val="000000"/>
          <w:u w:val="none"/>
        </w:rPr>
        <w:t xml:space="preserve"> [4ASR]</w:t>
      </w:r>
      <w:r>
        <w:rPr/>
        <w:t xml:space="preserve"> and </w:t>
      </w:r>
      <w:r>
        <w:rPr>
          <w:shd w:fill="B7DDE8" w:val="clear"/>
        </w:rPr>
        <w:t xml:space="preserve">eternal King</w:t>
      </w:r>
      <w:r>
        <w:rPr>
          <w:b w:val="false"/>
          <w:i w:val="false"/>
          <w:color w:val="000000"/>
          <w:u w:val="none"/>
        </w:rPr>
        <w:t xml:space="preserve"> [1KKS]</w:t>
      </w:r>
      <w:r>
        <w:rPr/>
        <w:t xml:space="preserve">. </w:t>
      </w:r>
      <w:r>
        <w:rPr>
          <w:shd w:fill="B7DDE8" w:val="clear"/>
        </w:rPr>
        <w:t xml:space="preserve">The earth quakes at His wrath</w:t>
      </w:r>
      <w:r>
        <w:rPr>
          <w:b w:val="false"/>
          <w:i w:val="false"/>
          <w:color w:val="000000"/>
          <w:u w:val="none"/>
        </w:rPr>
        <w:t xml:space="preserve"> [1KKT]</w:t>
      </w:r>
      <w:r>
        <w:rPr/>
        <w:t xml:space="preserve">, and </w:t>
      </w:r>
      <w:r>
        <w:rPr>
          <w:shd w:fill="B7DDE8" w:val="clear"/>
        </w:rPr>
        <w:t xml:space="preserve">the nations cannot endure His indignation</w:t>
      </w:r>
      <w:r>
        <w:rPr>
          <w:b w:val="false"/>
          <w:i w:val="false"/>
          <w:color w:val="000000"/>
          <w:u w:val="none"/>
        </w:rPr>
        <w:t xml:space="preserve"> [1KKU]</w:t>
      </w:r>
      <w:r>
        <w:rPr/>
        <w:t xml:space="preserve">.</w:t>
      </w:r>
    </w:p>
    <w:p>
      <w:pPr>
        <w:pStyle w:val="Yellow"/>
        <w:rPr/>
      </w:pPr>
      <w:r>
        <w:rPr>
          <w:b/>
        </w:rPr>
        <w:t xml:space="preserve">Jeremiah 23:19</w:t>
      </w:r>
      <w:r>
        <w:rPr/>
        <w:t xml:space="preserve"> — Behold, </w:t>
      </w:r>
      <w:r>
        <w:rPr>
          <w:shd w:fill="B7DDE8" w:val="clear"/>
        </w:rPr>
        <w:t xml:space="preserve">the storm of the LORD has gone out with fury, a whirlwind swirling down upon the heads of the wicked</w:t>
      </w:r>
      <w:r>
        <w:rPr>
          <w:b w:val="false"/>
          <w:i w:val="false"/>
          <w:color w:val="000000"/>
          <w:u w:val="none"/>
        </w:rPr>
        <w:t xml:space="preserve"> [1LMK]</w:t>
      </w:r>
      <w:r>
        <w:rPr/>
        <w:t xml:space="preserve">.</w:t>
      </w:r>
    </w:p>
    <w:p>
      <w:pPr>
        <w:pStyle w:val="Yellow"/>
        <w:rPr/>
        <w:pBdr>
          <w:left w:val="single" w:sz="28" w:space="5" w:color="C00000"/>
        </w:pBdr>
      </w:pPr>
      <w:r>
        <w:rPr/>
        <w:t xml:space="preserve">(Je44:3ᶜ although Judah served “other gods”¹) </w:t>
      </w:r>
      <w:r>
        <w:rPr>
          <w:b/>
        </w:rPr>
        <w:t xml:space="preserve">Jeremiah 44:4–6</w:t>
      </w:r>
      <w:r>
        <w:rPr/>
        <w:t xml:space="preserve"> — {Yet} </w:t>
      </w:r>
      <w:r>
        <w:rPr>
          <w:shd w:fill="B7DDE8" w:val="clear"/>
        </w:rPr>
        <w:t xml:space="preserve">I sent you all My servants the prophets again and again</w:t>
      </w:r>
      <w:r>
        <w:rPr>
          <w:b w:val="false"/>
          <w:i w:val="false"/>
          <w:u w:val="none"/>
          <w:color w:val="000000"/>
        </w:rPr>
        <w:t xml:space="preserve"> [1JDV]</w:t>
      </w:r>
      <w:r>
        <w:rPr/>
        <w:t xml:space="preserve">, saying: ‘</w:t>
      </w:r>
      <w:r>
        <w:rPr>
          <w:shd w:fill="B7DDE8" w:val="clear"/>
        </w:rPr>
        <w:t xml:space="preserve">Do not do this detestable thing that I hate</w:t>
      </w:r>
      <w:r>
        <w:rPr>
          <w:b w:val="false"/>
          <w:i w:val="false"/>
          <w:color w:val="000000"/>
          <w:u w:val="none"/>
        </w:rPr>
        <w:t xml:space="preserve"> [1JDW]</w:t>
      </w:r>
      <w:r>
        <w:rPr/>
        <w:t xml:space="preserve">.’ But </w:t>
      </w:r>
      <w:r>
        <w:rPr>
          <w:shd w:fill="B7DDE8" w:val="clear"/>
        </w:rPr>
        <w:t xml:space="preserve">they did not listen or incline their ears</w:t>
      </w:r>
      <w:r>
        <w:rPr>
          <w:b w:val="false"/>
          <w:i w:val="false"/>
          <w:u w:val="none"/>
          <w:color w:val="000000"/>
        </w:rPr>
        <w:t xml:space="preserve"> [3GBI]</w:t>
      </w:r>
      <w:r>
        <w:rPr/>
        <w:t xml:space="preserve">; </w:t>
      </w:r>
      <w:r>
        <w:rPr>
          <w:shd w:fill="B7DDE8" w:val="clear"/>
        </w:rPr>
        <w:t xml:space="preserve">they did not turn from their wickedness or stop burning incense to other gods</w:t>
      </w:r>
      <w:r>
        <w:rPr>
          <w:b w:val="false"/>
          <w:i w:val="false"/>
          <w:u w:val="none"/>
          <w:color w:val="000000"/>
        </w:rPr>
        <w:t xml:space="preserve"> [1JDX]</w:t>
      </w:r>
      <w:r>
        <w:rPr/>
        <w:t xml:space="preserve">. Therefore </w:t>
      </w:r>
      <w:r>
        <w:rPr>
          <w:shd w:fill="B7DDE8" w:val="clear"/>
        </w:rPr>
        <w:t xml:space="preserve">My wrath and anger poured out and burned in the cities of Judah and in the streets of Jerusalem</w:t>
      </w:r>
      <w:r>
        <w:rPr>
          <w:b w:val="false"/>
          <w:i w:val="false"/>
          <w:color w:val="000000"/>
          <w:u w:val="none"/>
        </w:rPr>
        <w:t xml:space="preserve"> [1JDY]</w:t>
      </w:r>
      <w:r>
        <w:rPr/>
        <w:t xml:space="preserve">, so </w:t>
      </w:r>
      <w:r>
        <w:rPr>
          <w:shd w:fill="B7DDE8" w:val="clear"/>
        </w:rPr>
        <w:t xml:space="preserve">they have become the desolate ruin they are today</w:t>
      </w:r>
      <w:r>
        <w:rPr>
          <w:b w:val="false"/>
          <w:i w:val="false"/>
          <w:color w:val="000000"/>
          <w:u w:val="none"/>
        </w:rPr>
        <w:t xml:space="preserve"> [1JDZ]</w:t>
      </w:r>
      <w:r>
        <w:rPr/>
        <w:t xml:space="preserve">.</w:t>
      </w:r>
    </w:p>
    <w:p>
      <w:pPr>
        <w:pStyle w:val="Yellow"/>
        <w:rPr/>
      </w:pPr>
      <w:r>
        <w:rPr>
          <w:b/>
        </w:rPr>
        <w:t>Jeremiah 46:10</w:t>
      </w:r>
      <w:r>
        <w:t xml:space="preserve"> — For </w:t>
      </w:r>
      <w:r>
        <w:rPr>
          <w:shd w:fill="B7DDE8" w:val="clear"/>
        </w:rPr>
        <w:t>that day belongs to the Lord GOD of Hosts, a day of vengeance against His foes</w:t>
      </w:r>
      <w:r>
        <w:rPr>
          <w:b w:val="false"/>
          <w:i w:val="false"/>
          <w:color w:val="000000"/>
          <w:u w:val="none"/>
        </w:rPr>
        <w:t xml:space="preserve"> [1AUL]</w:t>
      </w:r>
      <w:r>
        <w:t xml:space="preserve">. </w:t>
      </w:r>
      <w:r>
        <w:rPr>
          <w:shd w:fill="B7DDE8" w:val="clear"/>
        </w:rPr>
        <w:t>The sword will devour until it is satisfied, until it is quenched with their blood</w:t>
      </w:r>
      <w:r>
        <w:rPr>
          <w:b w:val="false"/>
          <w:i w:val="false"/>
          <w:color w:val="000000"/>
          <w:u w:val="none"/>
        </w:rPr>
        <w:t xml:space="preserve"> [1AUM]</w:t>
      </w:r>
      <w:r>
        <w:t xml:space="preserve">. For </w:t>
      </w:r>
      <w:r>
        <w:rPr>
          <w:shd w:fill="B7DDE8" w:val="clear"/>
        </w:rPr>
        <w:t>the Lord GOD of Hosts will hold a sacrifice in the land of the north by the River Euphrates</w:t>
      </w:r>
      <w:r>
        <w:rPr>
          <w:b w:val="false"/>
          <w:i w:val="false"/>
          <w:color w:val="000000"/>
          <w:u w:val="none"/>
        </w:rPr>
        <w:t xml:space="preserve"> [1AUN]</w:t>
      </w:r>
      <w:r>
        <w:t>.</w:t>
      </w:r>
    </w:p>
    <w:p>
      <w:pPr>
        <w:pStyle w:val="Yellow"/>
        <w:rPr/>
        <w:pBdr>
          <w:left w:val="single" w:sz="28" w:space="5" w:color="C00000"/>
        </w:pBdr>
      </w:pPr>
      <w:r>
        <w:rPr>
          <w:shd w:val="clear" w:color="auto" w:fill="548235"/>
          <w:color w:val="FFFFFF"/>
        </w:rPr>
        <w:t xml:space="preserve">(Je51:1 “Babylon”) </w:t>
      </w:r>
      <w:r>
        <w:rPr>
          <w:b/>
          <w:shd w:val="clear" w:color="auto" w:fill="548235"/>
          <w:color w:val="FFFFFF"/>
        </w:rPr>
        <w:t xml:space="preserve">Jeremiah 51:45</w:t>
      </w:r>
      <w:r>
        <w:rPr>
          <w:shd w:val="clear" w:color="auto" w:fill="548235"/>
          <w:color w:val="FFFFFF"/>
        </w:rPr>
        <w:t xml:space="preserve"> — </w:t>
      </w:r>
      <w:r>
        <w:rPr>
          <w:shd w:fill="548235" w:val="clear" w:color="auto"/>
          <w:color w:val="FFFFFF"/>
        </w:rPr>
        <w:t xml:space="preserve">Come out of {her}, My people</w:t>
      </w:r>
      <w:r>
        <w:rPr>
          <w:b w:val="false"/>
          <w:i w:val="false"/>
          <w:color w:val="FFFFFF"/>
          <w:u w:val="none"/>
          <w:shd w:val="clear" w:color="auto" w:fill="548235"/>
        </w:rPr>
        <w:t xml:space="preserve"> [2GZE]</w:t>
      </w:r>
      <w:r>
        <w:rPr>
          <w:shd w:val="clear" w:color="auto" w:fill="548235"/>
          <w:color w:val="FFFFFF"/>
        </w:rPr>
        <w:t xml:space="preserve">! </w:t>
      </w:r>
      <w:r>
        <w:rPr>
          <w:shd w:fill="548235" w:val="clear" w:color="auto"/>
          <w:color w:val="FFFFFF"/>
        </w:rPr>
        <w:t xml:space="preserve">Save your lives, each of you, from the fierce anger of the LORD</w:t>
      </w:r>
      <w:r>
        <w:rPr>
          <w:b w:val="false"/>
          <w:i w:val="false"/>
          <w:color w:val="FFFFFF"/>
          <w:u w:val="none"/>
          <w:shd w:val="clear" w:color="auto" w:fill="548235"/>
        </w:rPr>
        <w:t xml:space="preserve"> [1IYZ]</w:t>
      </w:r>
      <w:r>
        <w:rPr>
          <w:shd w:val="clear" w:color="auto" w:fill="548235"/>
          <w:color w:val="FFFFFF"/>
        </w:rPr>
        <w:t xml:space="preserve">.</w:t>
      </w:r>
    </w:p>
    <w:p>
      <w:pPr>
        <w:pStyle w:val="Yellow"/>
        <w:rPr/>
        <w:shd w:val="clear" w:color="auto" w:fill="E4DFEC"/>
        <w:pBdr>
          <w:left w:val="single" w:sz="28" w:space="5" w:color="7030A0"/>
        </w:pBdr>
      </w:pPr>
      <w:r>
        <w:rPr>
          <w:highlight w:val="cyan"/>
        </w:rPr>
        <w:t xml:space="preserve">(Je52:2ᶜ because “Zedekiah did evil” “just as Jehoiakim had done.”¹) </w:t>
      </w:r>
      <w:r>
        <w:rPr>
          <w:b/>
          <w:highlight w:val="cyan"/>
        </w:rPr>
        <w:t xml:space="preserve">Jeremiah 52:3</w:t>
      </w:r>
      <w:r>
        <w:rPr>
          <w:highlight w:val="cyan"/>
        </w:rPr>
        <w:t xml:space="preserve"> — For </w:t>
      </w:r>
      <w:r>
        <w:rPr>
          <w:highlight w:val="cyan"/>
          <w:shd w:fill="B7DDE8" w:val="clear"/>
        </w:rPr>
        <w:t xml:space="preserve">because of the anger of the LORD, all this happened in Jerusalem and Judah</w:t>
      </w:r>
      <w:r>
        <w:rPr>
          <w:b w:val="false"/>
          <w:i w:val="false"/>
          <w:color w:val="000000"/>
          <w:u w:val="none"/>
        </w:rPr>
        <w:t xml:space="preserve"> [2KIX]</w:t>
      </w:r>
      <w:r>
        <w:rPr>
          <w:highlight w:val="cyan"/>
        </w:rPr>
        <w:t xml:space="preserve">, </w:t>
      </w:r>
      <w:r>
        <w:rPr>
          <w:highlight w:val="cyan"/>
          <w:shd w:fill="B7DDE8" w:val="clear"/>
        </w:rPr>
        <w:t xml:space="preserve">until He finally banished them from His presence</w:t>
      </w:r>
      <w:r>
        <w:rPr>
          <w:b w:val="false"/>
          <w:i w:val="false"/>
          <w:color w:val="000000"/>
          <w:u w:val="none"/>
        </w:rPr>
        <w:t xml:space="preserve"> [2KIY]</w:t>
      </w:r>
      <w:r>
        <w:rPr>
          <w:highlight w:val="cyan"/>
        </w:rPr>
        <w:t xml:space="preserve">.</w:t>
      </w:r>
    </w:p>
    <w:p>
      <w:pPr>
        <w:pStyle w:val="Yellow"/>
        <w:rPr/>
      </w:pPr>
      <w:r>
        <w:rPr/>
        <w:t xml:space="preserve">(La1:14ᶜ because of Jerusalem’s “transgressions”) </w:t>
      </w:r>
      <w:r>
        <w:rPr>
          <w:b/>
        </w:rPr>
        <w:t xml:space="preserve">Lamentations 2:1–2</w:t>
      </w:r>
      <w:r>
        <w:rPr/>
        <w:t xml:space="preserve"> — How </w:t>
      </w:r>
      <w:r>
        <w:rPr>
          <w:shd w:fill="B7DDE8" w:val="clear"/>
        </w:rPr>
        <w:t xml:space="preserve">the Lord has covered the Daughter of Zion with the cloud of His anger</w:t>
      </w:r>
      <w:r>
        <w:rPr>
          <w:b w:val="false"/>
          <w:i w:val="false"/>
          <w:color w:val="000000"/>
          <w:u w:val="none"/>
        </w:rPr>
        <w:t xml:space="preserve"> [1KJP]</w:t>
      </w:r>
      <w:r>
        <w:rPr/>
        <w:t xml:space="preserve">! </w:t>
      </w:r>
      <w:r>
        <w:rPr>
          <w:shd w:fill="B7DDE8" w:val="clear"/>
        </w:rPr>
        <w:t xml:space="preserve">He has cast the glory of Israel from heaven to earth</w:t>
      </w:r>
      <w:r>
        <w:rPr>
          <w:b w:val="false"/>
          <w:i w:val="false"/>
          <w:color w:val="000000"/>
          <w:u w:val="none"/>
        </w:rPr>
        <w:t xml:space="preserve"> [1KJQ]</w:t>
      </w:r>
      <w:r>
        <w:rPr/>
        <w:t xml:space="preserve">. </w:t>
      </w:r>
      <w:r>
        <w:rPr>
          <w:shd w:fill="B7DDE8" w:val="clear"/>
        </w:rPr>
        <w:t xml:space="preserve">He has abandoned His footstool in the day of His anger</w:t>
      </w:r>
      <w:r>
        <w:rPr>
          <w:b w:val="false"/>
          <w:i w:val="false"/>
          <w:color w:val="000000"/>
          <w:u w:val="none"/>
        </w:rPr>
        <w:t xml:space="preserve"> [1KJR]</w:t>
      </w:r>
      <w:r>
        <w:rPr/>
        <w:t xml:space="preserve">. </w:t>
      </w:r>
      <w:r>
        <w:rPr>
          <w:shd w:fill="B7DDE8" w:val="clear"/>
        </w:rPr>
        <w:t xml:space="preserve">Without pity the Lord has swallowed up all the dwellings of Jacob</w:t>
      </w:r>
      <w:r>
        <w:rPr>
          <w:b w:val="false"/>
          <w:i w:val="false"/>
          <w:u w:val="none"/>
          <w:color w:val="000000"/>
        </w:rPr>
        <w:t xml:space="preserve"> [1KJS]</w:t>
      </w:r>
      <w:r>
        <w:rPr/>
        <w:t xml:space="preserve">. </w:t>
      </w:r>
      <w:r>
        <w:rPr>
          <w:shd w:fill="B7DDE8" w:val="clear"/>
        </w:rPr>
        <w:t xml:space="preserve">In His wrath He has demolished the fortified cities of the Daughter of Judah</w:t>
      </w:r>
      <w:r>
        <w:rPr>
          <w:b w:val="false"/>
          <w:i w:val="false"/>
          <w:color w:val="000000"/>
          <w:u w:val="none"/>
        </w:rPr>
        <w:t xml:space="preserve"> [1KJT]</w:t>
      </w:r>
      <w:r>
        <w:rPr/>
        <w:t xml:space="preserve">. </w:t>
      </w:r>
      <w:r>
        <w:rPr>
          <w:shd w:fill="B7DDE8" w:val="clear"/>
        </w:rPr>
        <w:t xml:space="preserve">He brought to the ground and defiled her kingdom and its princes</w:t>
      </w:r>
      <w:r>
        <w:rPr>
          <w:b w:val="false"/>
          <w:i w:val="false"/>
          <w:u w:val="none"/>
          <w:color w:val="000000"/>
        </w:rPr>
        <w:t xml:space="preserve"> [1KJU]</w:t>
      </w:r>
      <w:r>
        <w:rPr/>
        <w:t xml:space="preserve">.</w:t>
      </w:r>
    </w:p>
    <w:p>
      <w:pPr>
        <w:pStyle w:val="Yellow"/>
        <w:rPr/>
      </w:pPr>
      <w:r>
        <w:rPr>
          <w:b/>
        </w:rPr>
        <w:t>Micah 7:9</w:t>
      </w:r>
      <w:r>
        <w:rPr/>
        <w:t xml:space="preserve"> — </w:t>
      </w:r>
      <w:r>
        <w:rPr>
          <w:shd w:val="clear" w:fill="B7DDE8"/>
        </w:rPr>
        <w:t>Because I have sinned against Him, I must endure the rage of the LORD</w:t>
      </w:r>
      <w:r>
        <w:rPr>
          <w:b w:val="false"/>
          <w:i w:val="false"/>
          <w:color w:val="000000"/>
          <w:u w:val="none"/>
        </w:rPr>
        <w:t xml:space="preserve"> [1FEO]</w:t>
      </w:r>
      <w:r>
        <w:rPr/>
        <w:t xml:space="preserve">, until </w:t>
      </w:r>
      <w:r>
        <w:rPr>
          <w:shd w:val="clear" w:fill="B7DDE8"/>
        </w:rPr>
        <w:t>He argues my case and executes justice for me</w:t>
      </w:r>
      <w:r>
        <w:rPr>
          <w:b w:val="false"/>
          <w:i w:val="false"/>
          <w:color w:val="000000"/>
          <w:u w:val="none"/>
        </w:rPr>
        <w:t xml:space="preserve"> [1FEP]</w:t>
      </w:r>
      <w:r>
        <w:rPr/>
        <w:t xml:space="preserve">. </w:t>
      </w:r>
      <w:r>
        <w:rPr>
          <w:shd w:val="clear" w:fill="B7DDE8"/>
        </w:rPr>
        <w:t>He will bring me into the light</w:t>
      </w:r>
      <w:r>
        <w:rPr>
          <w:b w:val="false"/>
          <w:i w:val="false"/>
          <w:color w:val="000000"/>
          <w:u w:val="none"/>
        </w:rPr>
        <w:t xml:space="preserve"> [1FEQ]</w:t>
      </w:r>
      <w:r>
        <w:rPr/>
        <w:t xml:space="preserve">; </w:t>
      </w:r>
      <w:r>
        <w:rPr>
          <w:shd w:val="clear" w:fill="B7DDE8"/>
        </w:rPr>
        <w:t>I will see His righteousness</w:t>
      </w:r>
      <w:r>
        <w:rPr>
          <w:b w:val="false"/>
          <w:i w:val="false"/>
          <w:color w:val="000000"/>
          <w:u w:val="none"/>
        </w:rPr>
        <w:t xml:space="preserve"> [1FER]</w:t>
      </w:r>
      <w:r>
        <w:rPr/>
        <w:t>.</w:t>
      </w:r>
    </w:p>
    <w:p>
      <w:pPr>
        <w:pStyle w:val="Yellow"/>
        <w:rPr/>
      </w:pPr>
      <w:r>
        <w:rPr>
          <w:b/>
        </w:rPr>
        <w:t xml:space="preserve">Nahum 1:2</w:t>
      </w:r>
      <w:r>
        <w:rPr/>
        <w:t xml:space="preserve"> — </w:t>
      </w:r>
      <w:r>
        <w:rPr>
          <w:shd w:fill="B7DDE8" w:val="clear"/>
        </w:rPr>
        <w:t xml:space="preserve">The LORD is a jealous and avenging God</w:t>
      </w:r>
      <w:r>
        <w:rPr>
          <w:b w:val="false"/>
          <w:i w:val="false"/>
          <w:u w:val="none"/>
          <w:color w:val="000000"/>
        </w:rPr>
        <w:t xml:space="preserve"> [5FOQ]</w:t>
      </w:r>
      <w:r>
        <w:rPr>
          <w:b w:val="false"/>
          <w:i w:val="false"/>
          <w:color w:val="000000"/>
          <w:u w:val="none"/>
        </w:rPr>
        <w:t xml:space="preserve"> [1JJL]</w:t>
      </w:r>
      <w:r>
        <w:rPr/>
        <w:t xml:space="preserve">; </w:t>
      </w:r>
      <w:r>
        <w:rPr>
          <w:shd w:fill="B7DDE8" w:val="clear"/>
        </w:rPr>
        <w:t xml:space="preserve">the LORD is avenging</w:t>
      </w:r>
      <w:r>
        <w:rPr>
          <w:b w:val="false"/>
          <w:i w:val="false"/>
          <w:color w:val="000000"/>
          <w:u w:val="none"/>
        </w:rPr>
        <w:t xml:space="preserve"> [1JJL]</w:t>
      </w:r>
      <w:r>
        <w:rPr/>
        <w:t xml:space="preserve"> and </w:t>
      </w:r>
      <w:r>
        <w:rPr>
          <w:shd w:fill="B7DDE8" w:val="clear"/>
        </w:rPr>
        <w:t xml:space="preserve">full of wrath</w:t>
      </w:r>
      <w:r>
        <w:rPr>
          <w:b w:val="false"/>
          <w:i w:val="false"/>
          <w:color w:val="000000"/>
          <w:u w:val="none"/>
        </w:rPr>
        <w:t xml:space="preserve"> [1JJM]</w:t>
      </w:r>
      <w:r>
        <w:rPr/>
        <w:t xml:space="preserve">. </w:t>
      </w:r>
      <w:r>
        <w:rPr>
          <w:shd w:fill="B7DDE8" w:val="clear"/>
        </w:rPr>
        <w:t xml:space="preserve">The LORD takes vengeance on His foes</w:t>
      </w:r>
      <w:r>
        <w:rPr>
          <w:b w:val="false"/>
          <w:i w:val="false"/>
          <w:color w:val="000000"/>
          <w:u w:val="none"/>
        </w:rPr>
        <w:t xml:space="preserve"> [3IOM]</w:t>
      </w:r>
      <w:r>
        <w:rPr/>
        <w:t xml:space="preserve"> and </w:t>
      </w:r>
      <w:r>
        <w:rPr>
          <w:shd w:fill="B7DDE8" w:val="clear"/>
        </w:rPr>
        <w:t xml:space="preserve">reserves wrath for His enemies</w:t>
      </w:r>
      <w:r>
        <w:rPr>
          <w:b w:val="false"/>
          <w:i w:val="false"/>
          <w:color w:val="000000"/>
          <w:u w:val="none"/>
        </w:rPr>
        <w:t xml:space="preserve"> [1JJN]</w:t>
      </w:r>
      <w:r>
        <w:rPr/>
        <w:t xml:space="preserve">.</w:t>
      </w:r>
    </w:p>
    <w:p>
      <w:pPr>
        <w:pStyle w:val="Yellow"/>
        <w:rPr/>
      </w:pPr>
      <w:r>
        <w:rPr>
          <w:b/>
        </w:rPr>
        <w:t xml:space="preserve">Zechariah 8:14</w:t>
      </w:r>
      <w:r>
        <w:rPr/>
        <w:t xml:space="preserve"> — </w:t>
      </w:r>
      <w:r>
        <w:rPr>
          <w:shd w:fill="B7DDE8" w:val="clear"/>
        </w:rPr>
        <w:t xml:space="preserve">I resolved to bring disaster upon you when your fathers provoked Me to anger</w:t>
      </w:r>
      <w:r>
        <w:rPr>
          <w:b w:val="false"/>
          <w:i w:val="false"/>
          <w:color w:val="000000"/>
          <w:u w:val="none"/>
        </w:rPr>
        <w:t xml:space="preserve"> [1JFM]</w:t>
      </w:r>
      <w:r>
        <w:rPr/>
        <w:t xml:space="preserve">, and </w:t>
      </w:r>
      <w:r>
        <w:rPr>
          <w:shd w:fill="548235" w:val="clear" w:color="auto"/>
          <w:color w:val="FFFFFF"/>
        </w:rPr>
        <w:t xml:space="preserve">I did not relent</w:t>
      </w:r>
      <w:r>
        <w:rPr>
          <w:b w:val="false"/>
          <w:i w:val="false"/>
          <w:color w:val="FFFFFF"/>
          <w:u w:val="none"/>
          <w:shd w:val="clear" w:color="auto" w:fill="548235"/>
        </w:rPr>
        <w:t xml:space="preserve"> [1JFN]</w:t>
      </w:r>
      <w:r>
        <w:rPr/>
        <w:t xml:space="preserve">.</w:t>
      </w:r>
    </w:p>
    <w:p>
      <w:pPr>
        <w:pStyle w:val="Yellow"/>
        <w:rPr/>
      </w:pPr>
      <w:r>
        <w:rPr>
          <w:b/>
          <w:shd w:val="clear" w:color="auto" w:fill="548235"/>
          <w:color w:val="FFFFFF"/>
        </w:rPr>
        <w:t>Romans 1:18</w:t>
      </w:r>
      <w:r>
        <w:rPr>
          <w:shd w:val="clear" w:color="auto" w:fill="548235"/>
          <w:color w:val="FFFFFF"/>
        </w:rPr>
        <w:t xml:space="preserve"> — </w:t>
      </w:r>
      <w:r>
        <w:rPr>
          <w:shd w:val="clear" w:fill="548235" w:color="auto"/>
          <w:color w:val="FFFFFF"/>
        </w:rPr>
        <w:t>The wrath of God is being revealed from heaven against all the godlessness and wickedness of men who suppress the truth by their wickedness</w:t>
      </w:r>
      <w:r>
        <w:rPr>
          <w:b w:val="false"/>
          <w:i w:val="false"/>
          <w:color w:val="FFFFFF"/>
          <w:u w:val="none"/>
          <w:shd w:val="clear" w:color="auto" w:fill="548235"/>
        </w:rPr>
        <w:t xml:space="preserve"> [1QI]</w:t>
      </w:r>
      <w:r>
        <w:rPr>
          <w:shd w:val="clear" w:color="auto" w:fill="548235"/>
          <w:color w:val="FFFFFF"/>
        </w:rPr>
        <w:t>.</w:t>
      </w:r>
    </w:p>
    <w:p>
      <w:pPr>
        <w:pStyle w:val="Yellow"/>
        <w:rPr/>
      </w:pPr>
      <w:r>
        <w:rPr/>
        <w:t xml:space="preserve">(Ro2:6 God) </w:t>
      </w:r>
      <w:r>
        <w:rPr>
          <w:b/>
        </w:rPr>
        <w:t>Romans 2:7-8</w:t>
      </w:r>
      <w:r>
        <w:rPr/>
        <w:t xml:space="preserve"> — </w:t>
      </w:r>
      <w:r>
        <w:rPr>
          <w:shd w:val="clear" w:fill="B7DDE8"/>
        </w:rPr>
        <w:t>To those who by perseverance in doing good seek glory, honor, and immortality, He will give eternal life</w:t>
      </w:r>
      <w:r>
        <w:rPr>
          <w:b w:val="false"/>
          <w:i w:val="false"/>
          <w:color w:val="000000"/>
          <w:u w:val="none"/>
        </w:rPr>
        <w:t xml:space="preserve"> [1CMQ]</w:t>
      </w:r>
      <w:r>
        <w:rPr/>
        <w:t xml:space="preserve">. But </w:t>
      </w:r>
      <w:r>
        <w:rPr>
          <w:shd w:val="clear" w:fill="B7DDE8"/>
        </w:rPr>
        <w:t>for those who are self-seeking and who reject the truth and follow wickedness, there will be wrath and anger</w:t>
      </w:r>
      <w:r>
        <w:rPr>
          <w:b w:val="false"/>
          <w:i w:val="false"/>
          <w:color w:val="000000"/>
          <w:u w:val="none"/>
        </w:rPr>
        <w:t xml:space="preserve"> [1CMR]</w:t>
      </w:r>
      <w:r>
        <w:rPr/>
        <w:t>.</w:t>
      </w:r>
    </w:p>
    <w:p>
      <w:pPr>
        <w:pStyle w:val="Yellow"/>
        <w:rPr/>
        <w:shd w:val="clear" w:color="auto" w:fill="E4DFEC"/>
        <w:pBdr>
          <w:left w:val="single" w:sz="28" w:space="5" w:color="7030A0"/>
        </w:pBdr>
      </w:pPr>
      <w:r>
        <w:rPr>
          <w:b/>
        </w:rPr>
        <w:t xml:space="preserve">Romans 12:19</w:t>
      </w:r>
      <w:r>
        <w:rPr/>
        <w:t xml:space="preserve"> — “</w:t>
      </w:r>
      <w:r>
        <w:rPr>
          <w:shd w:fill="B7DDE8" w:val="clear"/>
        </w:rPr>
        <w:t xml:space="preserve">Vengeance is Mine</w:t>
      </w:r>
      <w:r>
        <w:rPr>
          <w:b w:val="false"/>
          <w:i w:val="false"/>
          <w:color w:val="000000"/>
          <w:u w:val="none"/>
        </w:rPr>
        <w:t xml:space="preserve"> [2IPH]</w:t>
      </w:r>
      <w:r>
        <w:rPr/>
        <w:t xml:space="preserve">; </w:t>
      </w:r>
      <w:r>
        <w:rPr>
          <w:shd w:fill="B7DDE8" w:val="clear"/>
        </w:rPr>
        <w:t xml:space="preserve">I will repay</w:t>
      </w:r>
      <w:r>
        <w:rPr>
          <w:b w:val="false"/>
          <w:i w:val="false"/>
          <w:color w:val="000000"/>
          <w:u w:val="none"/>
        </w:rPr>
        <w:t xml:space="preserve"> [2IPI]</w:t>
      </w:r>
      <w:r>
        <w:rPr/>
        <w:t xml:space="preserve">, says the Lord.”</w:t>
      </w:r>
    </w:p>
    <w:p>
      <w:pPr>
        <w:pStyle w:val="Yellow"/>
        <w:rPr/>
      </w:pPr>
      <w:r>
        <w:rPr>
          <w:b/>
        </w:rPr>
        <w:t>1 Thessalonians 1:10</w:t>
      </w:r>
      <w:r>
        <w:t xml:space="preserve"> — </w:t>
      </w:r>
      <w:r>
        <w:rPr>
          <w:shd w:fill="B7DDE8" w:val="clear"/>
        </w:rPr>
        <w:t>His Son from heaven</w:t>
      </w:r>
      <w:r>
        <w:rPr>
          <w:b w:val="false"/>
          <w:i w:val="false"/>
          <w:color w:val="000000"/>
          <w:u w:val="none"/>
        </w:rPr>
        <w:t xml:space="preserve"> [1IVX]</w:t>
      </w:r>
      <w:r>
        <w:t xml:space="preserve">, </w:t>
      </w:r>
      <w:r>
        <w:rPr>
          <w:shd w:fill="B7DDE8" w:val="clear"/>
        </w:rPr>
        <w:t>whom He raised from the dead</w:t>
      </w:r>
      <w:r>
        <w:rPr>
          <w:b w:val="false"/>
          <w:i w:val="false"/>
          <w:color w:val="000000"/>
          <w:u w:val="none"/>
        </w:rPr>
        <w:t xml:space="preserve"> [5MHB]</w:t>
      </w:r>
      <w:r>
        <w:t>—</w:t>
      </w:r>
      <w:r>
        <w:rPr>
          <w:shd w:fill="B7DDE8" w:val="clear"/>
        </w:rPr>
        <w:t>Jesus our deliverer from the coming wrath</w:t>
      </w:r>
      <w:r>
        <w:rPr>
          <w:b w:val="false"/>
          <w:i w:val="false"/>
          <w:color w:val="000000"/>
          <w:u w:val="none"/>
        </w:rPr>
        <w:t xml:space="preserve"> [1IVY]</w:t>
      </w:r>
      <w:r>
        <w:t>.</w:t>
      </w:r>
    </w:p>
    <w:p>
      <w:pPr>
        <w:pStyle w:val="Yellow"/>
        <w:rPr/>
      </w:pPr>
      <w:r>
        <w:rPr>
          <w:b/>
        </w:rPr>
        <w:t xml:space="preserve">1 Thessalonians 5:9</w:t>
      </w:r>
      <w:r>
        <w:rPr/>
        <w:t xml:space="preserve"> — For </w:t>
      </w:r>
      <w:r>
        <w:rPr>
          <w:shd w:fill="B7DDE8" w:val="clear"/>
        </w:rPr>
        <w:t xml:space="preserve">God has not appointed us to suffer wrath</w:t>
      </w:r>
      <w:r>
        <w:rPr>
          <w:b w:val="false"/>
          <w:i w:val="false"/>
          <w:color w:val="000000"/>
          <w:u w:val="none"/>
        </w:rPr>
        <w:t xml:space="preserve"> [1IZA]</w:t>
      </w:r>
      <w:r>
        <w:rPr/>
        <w:t xml:space="preserve">, but </w:t>
      </w:r>
      <w:r>
        <w:rPr>
          <w:shd w:fill="B7DDE8" w:val="clear"/>
        </w:rPr>
        <w:t xml:space="preserve">to obtain salvation through our Lord Jesus Christ</w:t>
      </w:r>
      <w:r>
        <w:rPr>
          <w:b w:val="false"/>
          <w:i w:val="false"/>
          <w:color w:val="000000"/>
          <w:u w:val="none"/>
        </w:rPr>
        <w:t xml:space="preserve"> [1IZB]</w:t>
      </w:r>
      <w:r>
        <w:rPr/>
        <w:t xml:space="preserve">. </w:t>
      </w:r>
      <w:r>
        <w:rPr>
          <w:shd w:fill="B7DDE8" w:val="clear"/>
        </w:rPr>
        <w:t xml:space="preserve">He died for us</w:t>
      </w:r>
      <w:r>
        <w:rPr>
          <w:b w:val="false"/>
          <w:i w:val="false"/>
          <w:color w:val="000000"/>
          <w:u w:val="none"/>
        </w:rPr>
        <w:t xml:space="preserve"> [1IZC]</w:t>
      </w:r>
      <w:r>
        <w:rPr/>
        <w:t xml:space="preserve"> so that, </w:t>
      </w:r>
      <w:r>
        <w:rPr>
          <w:shd w:fill="B7DDE8" w:val="clear"/>
        </w:rPr>
        <w:t xml:space="preserve">whether we are awake or asleep, we may live together with Him</w:t>
      </w:r>
      <w:r>
        <w:rPr>
          <w:b w:val="false"/>
          <w:i w:val="false"/>
          <w:color w:val="000000"/>
          <w:u w:val="none"/>
        </w:rPr>
        <w:t xml:space="preserve"> [1IZD]</w:t>
      </w:r>
      <w:r>
        <w:rPr/>
        <w:t xml:space="preserve">.</w:t>
      </w:r>
    </w:p>
    <w:p>
      <w:pPr>
        <w:pStyle w:val="Yellow"/>
        <w:rPr/>
      </w:pPr>
      <w:r>
        <w:rPr>
          <w:b/>
        </w:rPr>
        <w:t xml:space="preserve">Revelation 14:9–11</w:t>
      </w:r>
      <w:r>
        <w:rPr/>
        <w:t xml:space="preserve"> — </w:t>
      </w:r>
      <w:r>
        <w:rPr>
          <w:shd w:fill="B7DDE8" w:val="clear"/>
        </w:rPr>
        <w:t xml:space="preserve">If anyone worships the beast and its image and receives its mark on his forehead or on his hand</w:t>
      </w:r>
      <w:r>
        <w:rPr>
          <w:b w:val="false"/>
          <w:i w:val="false"/>
          <w:color w:val="000000"/>
          <w:u w:val="none"/>
        </w:rPr>
        <w:t xml:space="preserve"> [1KPY]</w:t>
      </w:r>
      <w:r>
        <w:rPr/>
        <w:t xml:space="preserve">, </w:t>
      </w:r>
      <w:r>
        <w:rPr>
          <w:shd w:fill="B7DDE8" w:val="clear"/>
        </w:rPr>
        <w:t xml:space="preserve">he too will drink the wine of God’s anger, poured undiluted into the cup of His wrath</w:t>
      </w:r>
      <w:r>
        <w:rPr>
          <w:b w:val="false"/>
          <w:i w:val="false"/>
          <w:color w:val="000000"/>
          <w:u w:val="none"/>
        </w:rPr>
        <w:t xml:space="preserve"> [1KPZ]</w:t>
      </w:r>
      <w:r>
        <w:rPr/>
        <w:t xml:space="preserve">. And </w:t>
      </w:r>
      <w:r>
        <w:rPr>
          <w:shd w:fill="B7DDE8" w:val="clear"/>
        </w:rPr>
        <w:t xml:space="preserve">he will be tormented in fire and sulfur in the presence of the holy angels and of the Lamb</w:t>
      </w:r>
      <w:r>
        <w:rPr>
          <w:b w:val="false"/>
          <w:i w:val="false"/>
          <w:color w:val="000000"/>
          <w:u w:val="none"/>
        </w:rPr>
        <w:t xml:space="preserve"> [1KQA]</w:t>
      </w:r>
      <w:r>
        <w:rPr/>
        <w:t xml:space="preserve">. And </w:t>
      </w:r>
      <w:r>
        <w:rPr>
          <w:shd w:fill="B7DDE8" w:val="clear"/>
        </w:rPr>
        <w:t xml:space="preserve">the smoke of their torment rises forever and ever</w:t>
      </w:r>
      <w:r>
        <w:rPr>
          <w:b w:val="false"/>
          <w:i w:val="false"/>
          <w:color w:val="000000"/>
          <w:u w:val="none"/>
        </w:rPr>
        <w:t xml:space="preserve"> [1KQB]</w:t>
      </w:r>
      <w:r>
        <w:rPr/>
        <w:t xml:space="preserve">. </w:t>
      </w:r>
      <w:r>
        <w:rPr>
          <w:shd w:fill="B7DDE8" w:val="clear"/>
        </w:rPr>
        <w:t xml:space="preserve">Day and night there is no rest for those who worship the beast and its image, or for anyone who receives the mark of its name</w:t>
      </w:r>
      <w:r>
        <w:rPr>
          <w:b w:val="false"/>
          <w:i w:val="false"/>
          <w:color w:val="000000"/>
          <w:u w:val="none"/>
        </w:rPr>
        <w:t xml:space="preserve"> [1KQC]</w:t>
      </w:r>
      <w:r>
        <w:rPr/>
        <w:t xml:space="preserve">.</w:t>
      </w:r>
    </w:p>
    <w:p>
      <w:pPr>
        <w:pStyle w:val="Yellow"/>
        <w:rPr/>
      </w:pPr>
      <w:r>
        <w:rPr>
          <w:shd w:val="clear" w:color="auto" w:fill="548235"/>
          <w:color w:val="FFFFFF"/>
        </w:rPr>
        <w:t xml:space="preserve">(Re19:1 “God”) </w:t>
      </w:r>
      <w:r>
        <w:rPr>
          <w:b/>
          <w:shd w:val="clear" w:color="auto" w:fill="548235"/>
          <w:color w:val="FFFFFF"/>
        </w:rPr>
        <w:t xml:space="preserve">Revelation 19:2</w:t>
      </w:r>
      <w:r>
        <w:rPr>
          <w:shd w:val="clear" w:color="auto" w:fill="548235"/>
          <w:color w:val="FFFFFF"/>
        </w:rPr>
        <w:t xml:space="preserve"> — For </w:t>
      </w:r>
      <w:r>
        <w:rPr>
          <w:color w:val="auto"/>
        </w:rPr>
        <w:t xml:space="preserve">{His} judgments are true and just</w:t>
      </w:r>
      <w:r>
        <w:rPr>
          <w:b w:val="false"/>
          <w:i w:val="false"/>
          <w:color w:val="FFFFFF"/>
          <w:u w:val="none"/>
          <w:shd w:val="clear" w:color="auto" w:fill="548235"/>
        </w:rPr>
        <w:t xml:space="preserve"> [2FEB]</w:t>
      </w:r>
      <w:r>
        <w:rPr>
          <w:color w:val="auto"/>
        </w:rPr>
        <w:t xml:space="preserve">. </w:t>
      </w:r>
      <w:r>
        <w:rPr>
          <w:shd w:fill="548235" w:val="clear" w:color="auto"/>
          <w:color w:val="FFFFFF"/>
        </w:rPr>
        <w:t xml:space="preserve">He has judged the great prostitute who corrupted the earth with her immorality</w:t>
      </w:r>
      <w:r>
        <w:rPr>
          <w:b w:val="false"/>
          <w:i w:val="false"/>
          <w:color w:val="FFFFFF"/>
          <w:u w:val="none"/>
          <w:shd w:val="clear" w:color="auto" w:fill="548235"/>
        </w:rPr>
        <w:t xml:space="preserve"> [1GUJ]</w:t>
      </w:r>
      <w:r>
        <w:rPr>
          <w:shd w:val="clear" w:color="auto" w:fill="548235"/>
          <w:color w:val="FFFFFF"/>
        </w:rPr>
        <w:t xml:space="preserve">. </w:t>
      </w:r>
      <w:r>
        <w:rPr>
          <w:shd w:fill="548235" w:val="clear" w:color="auto"/>
          <w:color w:val="FFFFFF"/>
        </w:rPr>
        <w:t xml:space="preserve">He has avenged the blood of His servants that was poured out by her hand</w:t>
      </w:r>
      <w:r>
        <w:rPr>
          <w:b w:val="false"/>
          <w:i w:val="false"/>
          <w:color w:val="FFFFFF"/>
          <w:u w:val="none"/>
          <w:shd w:val="clear" w:color="auto" w:fill="548235"/>
        </w:rPr>
        <w:t xml:space="preserve"> [1GUK]</w:t>
      </w:r>
      <w:r>
        <w:rPr>
          <w:shd w:val="clear" w:color="auto" w:fill="548235"/>
          <w:color w:val="FFFFFF"/>
        </w:rPr>
        <w:t xml:space="preserve">.</w:t>
      </w:r>
    </w:p>
    <w:p>
      <w:r>
        <w:rPr>
          <w:b/>
          <w:sz w:val="32"/>
        </w:rPr>
        <w:t>Courage  (13)</w:t>
      </w:r>
    </w:p>
    <w:p>
      <w:pPr>
        <w:pStyle w:val="Yellow"/>
        <w:rPr/>
        <w:pBdr>
          <w:left w:val="single" w:sz="28" w:space="5" w:color="C00000"/>
        </w:pBdr>
      </w:pPr>
      <w:r>
        <w:rPr>
          <w:b/>
        </w:rPr>
        <w:t>Genesis 15:1</w:t>
      </w:r>
      <w:r>
        <w:rPr/>
        <w:t xml:space="preserve"> — “</w:t>
      </w:r>
      <w:r>
        <w:rPr>
          <w:shd w:val="clear" w:fill="F4B183" w:color="auto"/>
          <w:color w:val="000000"/>
        </w:rPr>
        <w:t>Do not be afraid, Abram</w:t>
      </w:r>
      <w:r>
        <w:rPr>
          <w:b w:val="false"/>
          <w:i w:val="false"/>
          <w:color w:val="000000"/>
          <w:u w:val="none"/>
          <w:shd w:val="clear" w:color="auto" w:fill="F4B183"/>
        </w:rPr>
        <w:t xml:space="preserve"> [1DOX]</w:t>
      </w:r>
      <w:r>
        <w:rPr/>
        <w:t xml:space="preserve">. </w:t>
      </w:r>
      <w:r>
        <w:rPr>
          <w:shd w:val="clear" w:fill="F4B183" w:color="auto"/>
          <w:color w:val="000000"/>
        </w:rPr>
        <w:t>I am your shield</w:t>
      </w:r>
      <w:r>
        <w:rPr>
          <w:b w:val="false"/>
          <w:i w:val="false"/>
          <w:color w:val="000000"/>
          <w:u w:val="none"/>
          <w:shd w:val="clear" w:color="auto" w:fill="F4B183"/>
        </w:rPr>
        <w:t xml:space="preserve"> [7CUW]</w:t>
      </w:r>
      <w:r>
        <w:rPr/>
        <w:t xml:space="preserve">, </w:t>
      </w:r>
      <w:r>
        <w:rPr>
          <w:shd w:val="clear" w:fill="B7DDE8"/>
        </w:rPr>
        <w:t>your very great reward</w:t>
      </w:r>
      <w:r>
        <w:rPr>
          <w:b w:val="false"/>
          <w:i w:val="false"/>
          <w:color w:val="000000"/>
          <w:u w:val="none"/>
        </w:rPr>
        <w:t xml:space="preserve"> [1DOZ]</w:t>
      </w:r>
      <w:r>
        <w:rPr/>
        <w:t>.”</w:t>
      </w:r>
    </w:p>
    <w:p>
      <w:pPr>
        <w:pStyle w:val="Yellow"/>
        <w:rPr/>
      </w:pPr>
      <w:r>
        <w:rPr>
          <w:b/>
          <w:u w:val="none"/>
        </w:rPr>
        <w:t>Exodus 14:14</w:t>
      </w:r>
      <w:r>
        <w:rPr>
          <w:u w:val="none"/>
        </w:rPr>
        <w:t xml:space="preserve"> — “</w:t>
      </w:r>
      <w:r>
        <w:rPr>
          <w:u w:val="none"/>
          <w:shd w:val="clear" w:color="auto" w:fill="D9C3E6"/>
        </w:rPr>
        <w:t>The LORD will fight for you</w:t>
      </w:r>
      <w:r>
        <w:rPr>
          <w:b w:val="false"/>
          <w:i w:val="false"/>
          <w:color w:val="000000"/>
          <w:u w:val="none"/>
        </w:rPr>
        <w:t xml:space="preserve"> [3DOT]</w:t>
      </w:r>
      <w:r>
        <w:rPr>
          <w:u w:val="none"/>
          <w:shd w:val="clear" w:color="auto" w:fill="D9C3E6"/>
        </w:rPr>
        <w:t xml:space="preserve">; </w:t>
      </w:r>
      <w:r>
        <w:rPr>
          <w:u w:val="none"/>
          <w:shd w:val="clear" w:fill="B7DDE8"/>
        </w:rPr>
        <w:t>you need only to be still</w:t>
      </w:r>
      <w:r>
        <w:rPr>
          <w:b w:val="false"/>
          <w:i w:val="false"/>
          <w:color w:val="000000"/>
          <w:u w:val="none"/>
        </w:rPr>
        <w:t xml:space="preserve"> [1DOW]</w:t>
      </w:r>
      <w:r>
        <w:rPr>
          <w:u w:val="none"/>
        </w:rPr>
        <w:t>.”</w:t>
      </w:r>
    </w:p>
    <w:p>
      <w:pPr>
        <w:pStyle w:val="Yellow"/>
        <w:rPr/>
      </w:pPr>
      <w:r>
        <w:rPr>
          <w:shd w:val="clear" w:color="auto" w:fill="F4B183"/>
          <w:color w:val="000000"/>
        </w:rPr>
        <w:t xml:space="preserve">(Ps3:5 because the LORD sustains) </w:t>
      </w:r>
      <w:r>
        <w:rPr>
          <w:b/>
          <w:shd w:val="clear" w:color="auto" w:fill="F4B183"/>
          <w:color w:val="000000"/>
        </w:rPr>
        <w:t>Psalm 3:6</w:t>
      </w:r>
      <w:r>
        <w:rPr>
          <w:shd w:val="clear" w:color="auto" w:fill="F4B183"/>
          <w:color w:val="000000"/>
        </w:rPr>
        <w:t xml:space="preserve"> — </w:t>
      </w:r>
      <w:r>
        <w:rPr>
          <w:shd w:val="clear" w:fill="F4B183" w:color="auto"/>
          <w:color w:val="000000"/>
        </w:rPr>
        <w:t>I will not fear the myriads set against me on every side</w:t>
      </w:r>
      <w:r>
        <w:rPr>
          <w:b w:val="false"/>
          <w:i w:val="false"/>
          <w:color w:val="000000"/>
          <w:u w:val="none"/>
          <w:shd w:val="clear" w:color="auto" w:fill="F4B183"/>
        </w:rPr>
        <w:t xml:space="preserve"> [1CVT]</w:t>
      </w:r>
      <w:r>
        <w:rPr>
          <w:shd w:val="clear" w:color="auto" w:fill="F4B183"/>
          <w:color w:val="000000"/>
        </w:rPr>
        <w:t>.</w:t>
      </w:r>
    </w:p>
    <w:p>
      <w:pPr>
        <w:pStyle w:val="Yellow"/>
        <w:rPr/>
      </w:pPr>
      <w:r>
        <w:rPr>
          <w:b/>
        </w:rPr>
        <w:t xml:space="preserve">Psalm 23:4</w:t>
      </w:r>
      <w:r>
        <w:rPr/>
        <w:t xml:space="preserve"> — </w:t>
      </w:r>
      <w:r>
        <w:rPr>
          <w:shd w:fill="B7DDE8" w:val="clear"/>
        </w:rPr>
        <w:t xml:space="preserve">Even though I walk through the valley of the shadow of death, I will fear no evil</w:t>
      </w:r>
      <w:r>
        <w:rPr>
          <w:b w:val="false"/>
          <w:i w:val="false"/>
          <w:color w:val="000000"/>
          <w:u w:val="none"/>
        </w:rPr>
        <w:t xml:space="preserve"> [1IXS]</w:t>
      </w:r>
      <w:r>
        <w:rPr/>
        <w:t xml:space="preserve">, </w:t>
      </w:r>
      <w:r>
        <w:rPr>
          <w:shd w:fill="B7DDE8" w:val="clear"/>
        </w:rPr>
        <w:t xml:space="preserve">for You are with me</w:t>
      </w:r>
      <w:r>
        <w:rPr>
          <w:b w:val="false"/>
          <w:i w:val="false"/>
          <w:color w:val="000000"/>
          <w:u w:val="none"/>
        </w:rPr>
        <w:t xml:space="preserve"> [1IXT]</w:t>
      </w:r>
      <w:r>
        <w:rPr/>
        <w:t xml:space="preserve">; </w:t>
      </w:r>
      <w:r>
        <w:rPr>
          <w:shd w:fill="B7DDE8" w:val="clear"/>
        </w:rPr>
        <w:t xml:space="preserve">Your rod and Your staff, they comfort me</w:t>
      </w:r>
      <w:r>
        <w:rPr>
          <w:b w:val="false"/>
          <w:i w:val="false"/>
          <w:color w:val="000000"/>
          <w:u w:val="none"/>
        </w:rPr>
        <w:t xml:space="preserve"> [1IXU]</w:t>
      </w:r>
      <w:r>
        <w:rPr/>
        <w:t xml:space="preserve">.</w:t>
      </w:r>
    </w:p>
    <w:p>
      <w:pPr>
        <w:pStyle w:val="Yellow"/>
        <w:rPr/>
      </w:pPr>
      <w:r>
        <w:rPr>
          <w:b/>
        </w:rPr>
        <w:t>Psalm 27:1</w:t>
      </w:r>
      <w:r>
        <w:rPr/>
        <w:t xml:space="preserve"> — </w:t>
      </w:r>
      <w:r>
        <w:rPr>
          <w:shd w:val="clear" w:fill="B7DDE8"/>
        </w:rPr>
        <w:t>The LORD is my light</w:t>
      </w:r>
      <w:r>
        <w:rPr>
          <w:b w:val="false"/>
          <w:i w:val="false"/>
          <w:color w:val="000000"/>
          <w:u w:val="none"/>
        </w:rPr>
        <w:t xml:space="preserve"> [1DVV]</w:t>
      </w:r>
      <w:r>
        <w:rPr/>
        <w:t xml:space="preserve"> and </w:t>
      </w:r>
      <w:r>
        <w:rPr>
          <w:shd w:val="clear" w:fill="B7DDE8"/>
        </w:rPr>
        <w:t>my salvation</w:t>
      </w:r>
      <w:r>
        <w:rPr>
          <w:b w:val="false"/>
          <w:i w:val="false"/>
          <w:color w:val="000000"/>
          <w:u w:val="none"/>
        </w:rPr>
        <w:t xml:space="preserve"> [1DVW]</w:t>
      </w:r>
      <w:r>
        <w:rPr/>
        <w:t>—</w:t>
      </w:r>
      <w:r>
        <w:rPr>
          <w:shd w:val="clear" w:fill="B7DDE8"/>
        </w:rPr>
        <w:t>whom shall I fear?</w:t>
      </w:r>
      <w:r>
        <w:rPr>
          <w:b w:val="false"/>
          <w:i w:val="false"/>
          <w:u w:val="none"/>
          <w:color w:val="000000"/>
        </w:rPr>
        <w:t xml:space="preserve"> [1DVX]</w:t>
      </w:r>
      <w:r>
        <w:rPr/>
        <w:t xml:space="preserve"> </w:t>
      </w:r>
      <w:r>
        <w:rPr>
          <w:shd w:val="clear" w:fill="B7DDE8"/>
        </w:rPr>
        <w:t>The LORD is the stronghold of my life</w:t>
      </w:r>
      <w:r>
        <w:rPr>
          <w:b w:val="false"/>
          <w:i w:val="false"/>
          <w:color w:val="000000"/>
          <w:u w:val="none"/>
        </w:rPr>
        <w:t xml:space="preserve"> [1DVY]</w:t>
      </w:r>
      <w:r>
        <w:rPr/>
        <w:t>—</w:t>
      </w:r>
      <w:r>
        <w:rPr>
          <w:shd w:val="clear" w:fill="B7DDE8"/>
        </w:rPr>
        <w:t>whom shall I dread?</w:t>
      </w:r>
      <w:r>
        <w:rPr>
          <w:b w:val="false"/>
          <w:i w:val="false"/>
          <w:u w:val="none"/>
          <w:color w:val="000000"/>
        </w:rPr>
        <w:t xml:space="preserve"> [1DVZ]</w:t>
      </w:r>
    </w:p>
    <w:p>
      <w:pPr>
        <w:pStyle w:val="Yellow"/>
        <w:rPr/>
      </w:pPr>
      <w:r>
        <w:rPr>
          <w:shd w:val="clear" w:color="auto" w:fill="C00000"/>
          <w:color w:val="FFFFFF"/>
        </w:rPr>
        <w:t xml:space="preserve">(Ps49:15 “God will redeem my life from Sheol”) </w:t>
      </w:r>
      <w:r>
        <w:rPr>
          <w:b/>
          <w:shd w:val="clear" w:color="auto" w:fill="C00000"/>
          <w:color w:val="FFFFFF"/>
        </w:rPr>
        <w:t xml:space="preserve">Psalm 49:5</w:t>
      </w:r>
      <w:r>
        <w:rPr>
          <w:shd w:val="clear" w:color="auto" w:fill="C00000"/>
          <w:color w:val="FFFFFF"/>
        </w:rPr>
        <w:t xml:space="preserve"> — </w:t>
      </w:r>
      <w:r>
        <w:rPr>
          <w:shd w:val="clear" w:color="auto" w:fill="C00000"/>
          <w:color w:val="FFFFFF"/>
        </w:rPr>
        <w:t xml:space="preserve">{Why} should I fear in times of trouble, when wicked usurpers surround me?</w:t>
      </w:r>
      <w:r>
        <w:rPr>
          <w:b w:val="false"/>
          <w:i w:val="false"/>
          <w:u w:val="none"/>
          <w:shd w:val="clear" w:color="auto" w:fill="C00000"/>
          <w:color w:val="FFFFFF"/>
        </w:rPr>
        <w:t xml:space="preserve"> [1IJJ]</w:t>
      </w:r>
    </w:p>
    <w:p>
      <w:pPr>
        <w:pStyle w:val="Yellow"/>
        <w:rPr/>
      </w:pPr>
      <w:r>
        <w:rPr/>
        <w:t xml:space="preserve">(Ps91:1 “He who dwells in the shelter of the Most High”) </w:t>
      </w:r>
      <w:r>
        <w:rPr>
          <w:b/>
        </w:rPr>
        <w:t xml:space="preserve">Psalm 91:5–7</w:t>
      </w:r>
      <w:r>
        <w:rPr/>
        <w:t xml:space="preserve"> — </w:t>
      </w:r>
      <w:r>
        <w:rPr>
          <w:shd w:fill="B7DDE8" w:val="clear"/>
        </w:rPr>
        <w:t xml:space="preserve">You will not fear the terror of the night, nor the arrow that flies by day, nor the pestilence that stalks in the darkness, nor the calamity that destroys at noon</w:t>
      </w:r>
      <w:r>
        <w:rPr>
          <w:b w:val="false"/>
          <w:i w:val="false"/>
          <w:color w:val="000000"/>
          <w:u w:val="none"/>
        </w:rPr>
        <w:t xml:space="preserve"> [1JHU]</w:t>
      </w:r>
      <w:r>
        <w:rPr/>
        <w:t xml:space="preserve">. </w:t>
      </w:r>
      <w:r>
        <w:rPr>
          <w:shd w:fill="B7DDE8" w:val="clear"/>
        </w:rPr>
        <w:t xml:space="preserve">Though a thousand may fall at your side, and ten thousand at your right hand, no harm will come near you</w:t>
      </w:r>
      <w:r>
        <w:rPr>
          <w:b w:val="false"/>
          <w:i w:val="false"/>
          <w:color w:val="000000"/>
          <w:u w:val="none"/>
        </w:rPr>
        <w:t xml:space="preserve"> [1JHV]</w:t>
      </w:r>
      <w:r>
        <w:rPr/>
        <w:t xml:space="preserve">.</w:t>
      </w:r>
    </w:p>
    <w:p>
      <w:pPr>
        <w:pStyle w:val="Yellow"/>
        <w:rPr/>
      </w:pPr>
      <w:r>
        <w:rPr/>
        <w:t xml:space="preserve">(Ps112:1 “the man who fears the LORD”) </w:t>
      </w:r>
      <w:r>
        <w:rPr>
          <w:b/>
        </w:rPr>
        <w:t>Psalm 112:7–8</w:t>
      </w:r>
      <w:r>
        <w:rPr/>
        <w:t xml:space="preserve"> — </w:t>
      </w:r>
      <w:r>
        <w:rPr>
          <w:shd w:val="clear" w:fill="B7DDE8"/>
        </w:rPr>
        <w:t>{He} does not fear bad news</w:t>
      </w:r>
      <w:r>
        <w:rPr>
          <w:b w:val="false"/>
          <w:i w:val="false"/>
          <w:u w:val="none"/>
          <w:color w:val="000000"/>
        </w:rPr>
        <w:t xml:space="preserve"> [1DRV]</w:t>
      </w:r>
      <w:r>
        <w:rPr/>
        <w:t xml:space="preserve">; </w:t>
      </w:r>
      <w:r>
        <w:rPr>
          <w:shd w:val="clear" w:fill="B7DDE8"/>
        </w:rPr>
        <w:t>his heart is steadfast, trusting in the LORD</w:t>
      </w:r>
      <w:r>
        <w:rPr>
          <w:b w:val="false"/>
          <w:i w:val="false"/>
          <w:color w:val="000000"/>
          <w:u w:val="none"/>
        </w:rPr>
        <w:t xml:space="preserve"> [1DRW]</w:t>
      </w:r>
      <w:r>
        <w:rPr/>
        <w:t xml:space="preserve">. </w:t>
      </w:r>
      <w:r>
        <w:rPr>
          <w:shd w:val="clear" w:fill="B7DDE8"/>
        </w:rPr>
        <w:t>His heart is assured</w:t>
      </w:r>
      <w:r>
        <w:rPr>
          <w:b w:val="false"/>
          <w:i w:val="false"/>
          <w:color w:val="000000"/>
          <w:u w:val="none"/>
        </w:rPr>
        <w:t xml:space="preserve"> [1DRX]</w:t>
      </w:r>
      <w:r>
        <w:rPr/>
        <w:t xml:space="preserve">; </w:t>
      </w:r>
      <w:r>
        <w:rPr>
          <w:shd w:val="clear" w:fill="B7DDE8"/>
        </w:rPr>
        <w:t>he does not fear</w:t>
      </w:r>
      <w:r>
        <w:rPr>
          <w:b w:val="false"/>
          <w:i w:val="false"/>
          <w:u w:val="none"/>
          <w:color w:val="000000"/>
        </w:rPr>
        <w:t xml:space="preserve"> [1DRY]</w:t>
      </w:r>
      <w:r>
        <w:rPr/>
        <w:t xml:space="preserve">, </w:t>
      </w:r>
      <w:r>
        <w:rPr>
          <w:shd w:val="clear" w:fill="B7DDE8"/>
        </w:rPr>
        <w:t>until he looks in triumph on his foes</w:t>
      </w:r>
      <w:r>
        <w:rPr>
          <w:b w:val="false"/>
          <w:i w:val="false"/>
          <w:color w:val="000000"/>
          <w:u w:val="none"/>
        </w:rPr>
        <w:t xml:space="preserve"> [1DRZ]</w:t>
      </w:r>
      <w:r>
        <w:rPr/>
        <w:t>.</w:t>
      </w:r>
    </w:p>
    <w:p>
      <w:pPr>
        <w:pStyle w:val="Yellow"/>
        <w:rPr/>
        <w:pBdr>
          <w:left w:val="single" w:sz="28" w:space="5" w:color="C00000"/>
        </w:pBdr>
      </w:pPr>
      <w:r>
        <w:rPr>
          <w:b/>
        </w:rPr>
        <w:t>Proverbs 3:25–26</w:t>
      </w:r>
      <w:r>
        <w:rPr/>
        <w:t xml:space="preserve"> — </w:t>
      </w:r>
      <w:r>
        <w:rPr>
          <w:shd w:val="clear" w:fill="B7DDE8"/>
        </w:rPr>
        <w:t>Do not fear sudden danger or the ruin that overtakes the wicked</w:t>
      </w:r>
      <w:r>
        <w:rPr>
          <w:b w:val="false"/>
          <w:i w:val="false"/>
          <w:u w:val="none"/>
          <w:color w:val="000000"/>
        </w:rPr>
        <w:t xml:space="preserve"> [1CWF]</w:t>
      </w:r>
      <w:r>
        <w:rPr/>
        <w:t xml:space="preserve">, for </w:t>
      </w:r>
      <w:r>
        <w:rPr>
          <w:shd w:val="clear" w:fill="B7DDE8"/>
        </w:rPr>
        <w:t>the LORD will be your confidence</w:t>
      </w:r>
      <w:r>
        <w:rPr>
          <w:b w:val="false"/>
          <w:i w:val="false"/>
          <w:color w:val="000000"/>
          <w:u w:val="none"/>
        </w:rPr>
        <w:t xml:space="preserve"> [1CWG]</w:t>
      </w:r>
      <w:r>
        <w:rPr/>
        <w:t xml:space="preserve"> and </w:t>
      </w:r>
      <w:r>
        <w:rPr>
          <w:shd w:val="clear" w:fill="B7DDE8"/>
        </w:rPr>
        <w:t>will keep your foot from the snare</w:t>
      </w:r>
      <w:r>
        <w:rPr>
          <w:b w:val="false"/>
          <w:i w:val="false"/>
          <w:u w:val="none"/>
          <w:color w:val="000000"/>
        </w:rPr>
        <w:t xml:space="preserve"> [1CWH]</w:t>
      </w:r>
      <w:r>
        <w:rPr/>
        <w:t>.</w:t>
      </w:r>
    </w:p>
    <w:p>
      <w:pPr>
        <w:pStyle w:val="Yellow"/>
        <w:rPr/>
      </w:pPr>
      <w:r>
        <w:rPr>
          <w:b/>
        </w:rPr>
        <w:t>Proverbs 29:25</w:t>
      </w:r>
      <w:r>
        <w:rPr/>
        <w:t xml:space="preserve"> — </w:t>
      </w:r>
      <w:r>
        <w:rPr>
          <w:shd w:val="clear" w:fill="B7DDE8"/>
        </w:rPr>
        <w:t>The fear of man is a snare</w:t>
      </w:r>
      <w:r>
        <w:rPr>
          <w:b w:val="false"/>
          <w:i w:val="false"/>
          <w:color w:val="000000"/>
          <w:u w:val="none"/>
        </w:rPr>
        <w:t xml:space="preserve"> [1CVR]</w:t>
      </w:r>
      <w:r>
        <w:rPr/>
        <w:t xml:space="preserve">, but </w:t>
      </w:r>
      <w:r>
        <w:rPr>
          <w:color w:val="auto"/>
        </w:rPr>
        <w:t>whoever trusts in the LORD is set securely on high</w:t>
      </w:r>
      <w:r>
        <w:rPr>
          <w:b w:val="false"/>
          <w:i w:val="false"/>
          <w:color w:val="auto"/>
          <w:u w:val="none"/>
        </w:rPr>
        <w:t xml:space="preserve"> [1CVS]</w:t>
      </w:r>
      <w:r>
        <w:rPr/>
        <w:t>.</w:t>
      </w:r>
    </w:p>
    <w:p>
      <w:pPr>
        <w:pStyle w:val="Yellow"/>
        <w:rPr/>
      </w:pPr>
      <w:r>
        <w:rPr>
          <w:b/>
        </w:rPr>
        <w:t xml:space="preserve">Isaiah 10:24–25</w:t>
      </w:r>
      <w:r>
        <w:rPr/>
        <w:t xml:space="preserve"> — “O My people who dwell in Zion, </w:t>
      </w:r>
      <w:r>
        <w:rPr>
          <w:shd w:fill="F4B183" w:val="clear" w:color="auto"/>
          <w:color w:val="000000"/>
        </w:rPr>
        <w:t xml:space="preserve">do not fear Assyria, who strikes you with a rod and lifts his staff against you as the Egyptians did</w:t>
      </w:r>
      <w:r>
        <w:rPr>
          <w:b w:val="false"/>
          <w:i w:val="false"/>
          <w:color w:val="000000"/>
          <w:u w:val="none"/>
          <w:shd w:val="clear" w:color="auto" w:fill="F4B183"/>
        </w:rPr>
        <w:t xml:space="preserve"> [1JBJ]</w:t>
      </w:r>
      <w:r>
        <w:rPr/>
        <w:t xml:space="preserve">. For in just a little while </w:t>
      </w:r>
      <w:r>
        <w:rPr>
          <w:shd w:fill="B7DDE8" w:val="clear"/>
        </w:rPr>
        <w:t xml:space="preserve">My fury against you will subside</w:t>
      </w:r>
      <w:r>
        <w:rPr>
          <w:b w:val="false"/>
          <w:i w:val="false"/>
          <w:color w:val="000000"/>
          <w:u w:val="none"/>
        </w:rPr>
        <w:t xml:space="preserve"> [2JBK]</w:t>
      </w:r>
      <w:r>
        <w:rPr/>
        <w:t xml:space="preserve">, and </w:t>
      </w:r>
      <w:r>
        <w:rPr>
          <w:shd w:fill="B7DDE8" w:val="clear"/>
        </w:rPr>
        <w:t xml:space="preserve">My anger will turn to their destruction</w:t>
      </w:r>
      <w:r>
        <w:rPr>
          <w:b w:val="false"/>
          <w:i w:val="false"/>
          <w:color w:val="000000"/>
          <w:u w:val="none"/>
        </w:rPr>
        <w:t xml:space="preserve"> [1JBL]</w:t>
      </w:r>
      <w:r>
        <w:rPr/>
        <w:t xml:space="preserve">.”</w:t>
      </w:r>
    </w:p>
    <w:p>
      <w:pPr>
        <w:pStyle w:val="Yellow"/>
        <w:rPr/>
      </w:pPr>
      <w:r>
        <w:rPr>
          <w:b/>
        </w:rPr>
        <w:t>Isaiah 54:4–5</w:t>
      </w:r>
      <w:r>
        <w:rPr/>
        <w:t xml:space="preserve"> — </w:t>
      </w:r>
      <w:r>
        <w:rPr>
          <w:shd w:fill="B7DDE8" w:val="clear"/>
        </w:rPr>
        <w:t>Do not be afraid, for you will not be put to shame; do not be intimidated, for you will not be humiliated</w:t>
      </w:r>
      <w:r>
        <w:rPr>
          <w:b w:val="false"/>
          <w:i w:val="false"/>
          <w:u w:val="none"/>
          <w:color w:val="000000"/>
        </w:rPr>
        <w:t xml:space="preserve"> [1IQ]</w:t>
      </w:r>
      <w:r>
        <w:rPr/>
        <w:t xml:space="preserve">. For </w:t>
      </w:r>
      <w:r>
        <w:rPr>
          <w:shd w:fill="B7DDE8" w:val="clear"/>
        </w:rPr>
        <w:t>you will forget the shame of your youth and will remember no more the reproach of your widowhood</w:t>
      </w:r>
      <w:r>
        <w:rPr>
          <w:b w:val="false"/>
          <w:i w:val="false"/>
          <w:color w:val="000000"/>
          <w:u w:val="none"/>
        </w:rPr>
        <w:t xml:space="preserve"> [1IR]</w:t>
      </w:r>
      <w:r>
        <w:rPr/>
        <w:t xml:space="preserve">. For </w:t>
      </w:r>
      <w:r>
        <w:rPr>
          <w:shd w:fill="B7DDE8" w:val="clear"/>
        </w:rPr>
        <w:t>your husband is your Maker</w:t>
      </w:r>
      <w:r>
        <w:rPr>
          <w:b w:val="false"/>
          <w:i w:val="false"/>
          <w:color w:val="000000"/>
          <w:u w:val="none"/>
        </w:rPr>
        <w:t xml:space="preserve"> [1IS]</w:t>
      </w:r>
      <w:r>
        <w:rPr/>
        <w:t>—the LORD of Hosts is His name—</w:t>
      </w:r>
      <w:r>
        <w:rPr>
          <w:shd w:fill="B7DDE8" w:val="clear"/>
        </w:rPr>
        <w:t>the Holy One of Israel is your Redeemer</w:t>
      </w:r>
      <w:r>
        <w:rPr>
          <w:b w:val="false"/>
          <w:i w:val="false"/>
          <w:u w:val="none"/>
          <w:color w:val="000000"/>
        </w:rPr>
        <w:t xml:space="preserve"> [8IT]</w:t>
      </w:r>
      <w:r>
        <w:rPr/>
        <w:t xml:space="preserve">; </w:t>
      </w:r>
      <w:r>
        <w:rPr>
          <w:shd w:fill="B7DDE8" w:val="clear"/>
        </w:rPr>
        <w:t>He is called the God of all the earth</w:t>
      </w:r>
      <w:r>
        <w:rPr>
          <w:b w:val="false"/>
          <w:i w:val="false"/>
          <w:color w:val="000000"/>
          <w:u w:val="none"/>
        </w:rPr>
        <w:t xml:space="preserve"> [1IU]</w:t>
      </w:r>
      <w:r>
        <w:rPr/>
        <w:t>.</w:t>
      </w:r>
    </w:p>
    <w:p>
      <w:pPr>
        <w:pStyle w:val="Yellow"/>
        <w:rPr/>
      </w:pPr>
      <w:r>
        <w:rPr>
          <w:b/>
          <w:u w:val="none"/>
          <w:color w:val="auto"/>
        </w:rPr>
        <w:t>Matthew 9:22</w:t>
      </w:r>
      <w:r>
        <w:rPr>
          <w:u w:val="none"/>
          <w:color w:val="auto"/>
        </w:rPr>
        <w:t xml:space="preserve"> — </w:t>
      </w:r>
      <w:r>
        <w:rPr>
          <w:u w:val="none"/>
          <w:color w:val="auto"/>
        </w:rPr>
        <w:t>Jesus turned and saw her</w:t>
      </w:r>
      <w:r>
        <w:rPr>
          <w:b w:val="false"/>
          <w:i w:val="false"/>
          <w:u w:val="none"/>
          <w:color w:val="auto"/>
        </w:rPr>
        <w:t xml:space="preserve"> [1EQW]</w:t>
      </w:r>
      <w:r>
        <w:rPr>
          <w:u w:val="none"/>
          <w:color w:val="auto"/>
        </w:rPr>
        <w:t>. “</w:t>
      </w:r>
      <w:r>
        <w:rPr>
          <w:u w:val="none"/>
          <w:color w:val="auto"/>
        </w:rPr>
        <w:t>Take courage, daughter</w:t>
      </w:r>
      <w:r>
        <w:rPr>
          <w:b w:val="false"/>
          <w:i w:val="false"/>
          <w:u w:val="none"/>
          <w:color w:val="auto"/>
        </w:rPr>
        <w:t xml:space="preserve"> [3CDC]</w:t>
      </w:r>
      <w:r>
        <w:rPr>
          <w:u w:val="none"/>
          <w:color w:val="auto"/>
        </w:rPr>
        <w:t>,” He said, “</w:t>
      </w:r>
      <w:r>
        <w:rPr>
          <w:u w:val="none"/>
          <w:color w:val="auto"/>
        </w:rPr>
        <w:t>your faith has healed you</w:t>
      </w:r>
      <w:r>
        <w:rPr>
          <w:b w:val="false"/>
          <w:i w:val="false"/>
          <w:u w:val="none"/>
          <w:color w:val="auto"/>
        </w:rPr>
        <w:t xml:space="preserve"> [5DBS]</w:t>
      </w:r>
      <w:r>
        <w:rPr>
          <w:u w:val="none"/>
          <w:color w:val="auto"/>
        </w:rPr>
        <w:t xml:space="preserve">.” And </w:t>
      </w:r>
      <w:r>
        <w:rPr>
          <w:u w:val="none"/>
          <w:color w:val="auto"/>
        </w:rPr>
        <w:t>the woman was healed from that very hour</w:t>
      </w:r>
      <w:r>
        <w:rPr>
          <w:b w:val="false"/>
          <w:i w:val="false"/>
          <w:u w:val="none"/>
          <w:color w:val="auto"/>
        </w:rPr>
        <w:t xml:space="preserve"> [8DQS]</w:t>
      </w:r>
      <w:r>
        <w:rPr>
          <w:u w:val="none"/>
          <w:color w:val="auto"/>
        </w:rPr>
        <w:t>.</w:t>
      </w:r>
    </w:p>
    <w:p>
      <w:r>
        <w:rPr>
          <w:b/>
          <w:sz w:val="32"/>
        </w:rPr>
        <w:t>Comfort  (17)</w:t>
      </w:r>
    </w:p>
    <w:p>
      <w:pPr>
        <w:pStyle w:val="Yellow"/>
        <w:rPr/>
      </w:pPr>
      <w:r>
        <w:rPr/>
        <w:t xml:space="preserve">(Jb42:11 “All his brothers and sisters and prior acquaintances”) </w:t>
      </w:r>
      <w:r>
        <w:rPr>
          <w:b/>
        </w:rPr>
        <w:t>Job 42:11</w:t>
      </w:r>
      <w:r>
        <w:rPr/>
        <w:t xml:space="preserve"> — </w:t>
      </w:r>
      <w:r>
        <w:rPr>
          <w:shd w:val="clear" w:fill="B7DDE8"/>
        </w:rPr>
        <w:t>They consoled him and comforted him over all the adversity that the LORD had brought upon {him}</w:t>
      </w:r>
      <w:r>
        <w:rPr>
          <w:b w:val="false"/>
          <w:i w:val="false"/>
          <w:color w:val="000000"/>
          <w:u w:val="none"/>
        </w:rPr>
        <w:t xml:space="preserve"> [1FCE]</w:t>
      </w:r>
      <w:r>
        <w:rPr/>
        <w:t>.</w:t>
      </w:r>
    </w:p>
    <w:p>
      <w:pPr>
        <w:pStyle w:val="Yellow"/>
        <w:rPr/>
      </w:pPr>
      <w:r>
        <w:rPr>
          <w:b/>
        </w:rPr>
        <w:t xml:space="preserve">Psalm 71:21</w:t>
      </w:r>
      <w:r>
        <w:rPr/>
        <w:t xml:space="preserve"> — </w:t>
      </w:r>
      <w:r>
        <w:rPr>
          <w:shd w:fill="B7DDE8" w:val="clear"/>
        </w:rPr>
        <w:t>You will increase my honor</w:t>
      </w:r>
      <w:r>
        <w:rPr>
          <w:shd w:val="clear" w:color="auto" w:fill="C00000"/>
          <w:color w:val="FFFFFF"/>
        </w:rPr>
        <w:t xml:space="preserve"> and comfort me once again</w:t>
      </w:r>
      <w:r>
        <w:rPr>
          <w:b w:val="false"/>
          <w:i w:val="false"/>
          <w:color w:val="000000"/>
          <w:u w:val="none"/>
        </w:rPr>
        <w:t xml:space="preserve"> [1FZJ]</w:t>
      </w:r>
      <w:r>
        <w:rPr>
          <w:b w:val="false"/>
          <w:i w:val="false"/>
          <w:u w:val="none"/>
          <w:shd w:val="clear" w:color="auto" w:fill="C00000"/>
          <w:color w:val="FFFFFF"/>
        </w:rPr>
        <w:t xml:space="preserve"> [1FZK]</w:t>
      </w:r>
      <w:r>
        <w:rPr/>
        <w:t xml:space="preserve">.</w:t>
      </w:r>
    </w:p>
    <w:p>
      <w:pPr>
        <w:pStyle w:val="Yellow"/>
        <w:rPr/>
      </w:pPr>
      <w:r>
        <w:rPr>
          <w:b/>
          <w:u w:val="none"/>
          <w:shd w:val="clear" w:color="auto" w:fill="F4B183"/>
          <w:color w:val="000000"/>
        </w:rPr>
        <w:t>Psalm 86:17</w:t>
      </w:r>
      <w:r>
        <w:rPr>
          <w:u w:val="none"/>
          <w:shd w:val="clear" w:color="auto" w:fill="F4B183"/>
          <w:color w:val="000000"/>
        </w:rPr>
        <w:t xml:space="preserve"> — </w:t>
      </w:r>
      <w:r>
        <w:rPr>
          <w:u w:val="none"/>
          <w:shd w:val="clear" w:fill="F4B183" w:color="auto"/>
          <w:color w:val="000000"/>
        </w:rPr>
        <w:t>You, O LORD, have helped me and comforted me</w:t>
      </w:r>
      <w:r>
        <w:rPr>
          <w:b w:val="false"/>
          <w:i w:val="false"/>
          <w:color w:val="000000"/>
          <w:u w:val="none"/>
          <w:shd w:val="clear" w:color="auto" w:fill="F4B183"/>
        </w:rPr>
        <w:t xml:space="preserve"> [1FCF]</w:t>
      </w:r>
      <w:r>
        <w:rPr>
          <w:b w:val="false"/>
          <w:i w:val="false"/>
          <w:color w:val="000000"/>
          <w:u w:val="none"/>
          <w:shd w:val="clear" w:color="auto" w:fill="F4B183"/>
        </w:rPr>
        <w:t xml:space="preserve"> [2FCG]</w:t>
      </w:r>
      <w:r>
        <w:rPr>
          <w:u w:val="none"/>
          <w:shd w:val="clear" w:color="auto" w:fill="F4B183"/>
          <w:color w:val="000000"/>
        </w:rPr>
        <w:t>.</w:t>
      </w:r>
    </w:p>
    <w:p>
      <w:pPr>
        <w:pStyle w:val="Yellow"/>
        <w:rPr/>
      </w:pPr>
      <w:r>
        <w:rPr>
          <w:b/>
          <w:shd w:val="clear" w:color="auto" w:fill="F4B183"/>
          <w:color w:val="000000"/>
        </w:rPr>
        <w:t>Psalm 94:19</w:t>
      </w:r>
      <w:r>
        <w:rPr>
          <w:shd w:val="clear" w:color="auto" w:fill="F4B183"/>
          <w:color w:val="000000"/>
        </w:rPr>
        <w:t xml:space="preserve"> — </w:t>
      </w:r>
      <w:r>
        <w:rPr>
          <w:shd w:val="clear" w:fill="F4B183" w:color="auto"/>
          <w:color w:val="000000"/>
        </w:rPr>
        <w:t>When anxiety overwhelms me, Your consolation delights my soul</w:t>
      </w:r>
      <w:r>
        <w:rPr>
          <w:b w:val="false"/>
          <w:i w:val="false"/>
          <w:color w:val="000000"/>
          <w:u w:val="none"/>
          <w:shd w:val="clear" w:color="auto" w:fill="F4B183"/>
        </w:rPr>
        <w:t xml:space="preserve"> [1FBZ]</w:t>
      </w:r>
      <w:r>
        <w:rPr>
          <w:shd w:val="clear" w:color="auto" w:fill="F4B183"/>
          <w:color w:val="000000"/>
        </w:rPr>
        <w:t>.</w:t>
      </w:r>
    </w:p>
    <w:p>
      <w:pPr>
        <w:pStyle w:val="Yellow"/>
        <w:rPr/>
      </w:pPr>
      <w:r>
        <w:rPr>
          <w:b/>
        </w:rPr>
        <w:t>Psalm 119:50</w:t>
      </w:r>
      <w:r>
        <w:rPr/>
        <w:t xml:space="preserve"> — </w:t>
      </w:r>
      <w:r>
        <w:rPr>
          <w:shd w:fill="B7DDE8" w:val="clear"/>
        </w:rPr>
        <w:t>This is my comfort in affliction</w:t>
      </w:r>
      <w:r>
        <w:rPr>
          <w:b w:val="false"/>
          <w:i w:val="false"/>
          <w:color w:val="000000"/>
          <w:u w:val="none"/>
        </w:rPr>
        <w:t xml:space="preserve"> [1ADH]</w:t>
      </w:r>
      <w:r>
        <w:rPr/>
        <w:t xml:space="preserve">, that </w:t>
      </w:r>
      <w:r>
        <w:rPr>
          <w:shd w:fill="B7DDE8" w:val="clear"/>
        </w:rPr>
        <w:t xml:space="preserve">Your promise has given me </w:t>
      </w:r>
      <w:r>
        <w:rPr>
          <w:shd w:fill="B7DDE8" w:val="clear"/>
        </w:rPr>
        <w:t>life</w:t>
      </w:r>
      <w:r>
        <w:rPr>
          <w:b w:val="false"/>
          <w:i w:val="false"/>
          <w:color w:val="000000"/>
          <w:u w:val="none"/>
        </w:rPr>
        <w:t xml:space="preserve"> [1ADI]</w:t>
      </w:r>
      <w:r>
        <w:rPr/>
        <w:t>.</w:t>
      </w:r>
    </w:p>
    <w:p>
      <w:pPr>
        <w:pStyle w:val="Yellow"/>
        <w:rPr/>
      </w:pPr>
      <w:r>
        <w:rPr>
          <w:b/>
        </w:rPr>
        <w:t xml:space="preserve">Proverbs 15:30</w:t>
      </w:r>
      <w:r>
        <w:rPr/>
        <w:t xml:space="preserve"> — </w:t>
      </w:r>
      <w:r>
        <w:rPr>
          <w:shd w:fill="B7DDE8" w:val="clear"/>
        </w:rPr>
        <w:t xml:space="preserve">The light of the eyes cheers the heart</w:t>
      </w:r>
      <w:r>
        <w:rPr>
          <w:b w:val="false"/>
          <w:i w:val="false"/>
          <w:color w:val="000000"/>
          <w:u w:val="none"/>
        </w:rPr>
        <w:t xml:space="preserve"> [1GME]</w:t>
      </w:r>
      <w:r>
        <w:rPr/>
        <w:t xml:space="preserve">, and </w:t>
      </w:r>
      <w:r>
        <w:rPr>
          <w:shd w:fill="B7DDE8" w:val="clear"/>
        </w:rPr>
        <w:t xml:space="preserve">good news nourishes the bones</w:t>
      </w:r>
      <w:r>
        <w:rPr>
          <w:b w:val="false"/>
          <w:i w:val="false"/>
          <w:color w:val="000000"/>
          <w:u w:val="none"/>
        </w:rPr>
        <w:t xml:space="preserve"> [1GMF]</w:t>
      </w:r>
      <w:r>
        <w:rPr/>
        <w:t xml:space="preserve">.</w:t>
      </w:r>
    </w:p>
    <w:p>
      <w:pPr>
        <w:pStyle w:val="Yellow"/>
        <w:rPr/>
      </w:pPr>
      <w:r>
        <w:rPr>
          <w:b/>
        </w:rPr>
        <w:t xml:space="preserve">Proverbs 25:20</w:t>
      </w:r>
      <w:r>
        <w:rPr/>
        <w:t xml:space="preserve"> — </w:t>
      </w:r>
      <w:r>
        <w:rPr>
          <w:shd w:fill="B7DDE8" w:val="clear"/>
        </w:rPr>
        <w:t xml:space="preserve">Like one who removes a garment on a cold day or vinegar poured on a wound is one who sings songs to a heavy heart</w:t>
      </w:r>
      <w:r>
        <w:rPr>
          <w:b w:val="false"/>
          <w:i w:val="false"/>
          <w:color w:val="000000"/>
          <w:u w:val="none"/>
        </w:rPr>
        <w:t xml:space="preserve"> [1HMR]</w:t>
      </w:r>
      <w:r>
        <w:rPr/>
        <w:t xml:space="preserve">.</w:t>
      </w:r>
    </w:p>
    <w:p>
      <w:pPr>
        <w:pStyle w:val="Yellow"/>
        <w:rPr/>
      </w:pPr>
      <w:r>
        <w:rPr>
          <w:b/>
        </w:rPr>
        <w:t xml:space="preserve">Isaiah 40:1–2</w:t>
      </w:r>
      <w:r>
        <w:rPr/>
        <w:t xml:space="preserve"> — “</w:t>
      </w:r>
      <w:r>
        <w:rPr>
          <w:shd w:fill="B7DDE8" w:val="clear"/>
        </w:rPr>
        <w:t xml:space="preserve">Comfort, comfort My people</w:t>
      </w:r>
      <w:r>
        <w:rPr>
          <w:b w:val="false"/>
          <w:i w:val="false"/>
          <w:color w:val="000000"/>
          <w:u w:val="none"/>
        </w:rPr>
        <w:t xml:space="preserve"> [1GIX]</w:t>
      </w:r>
      <w:r>
        <w:rPr/>
        <w:t xml:space="preserve">,” says your God. “</w:t>
      </w:r>
      <w:r>
        <w:rPr>
          <w:shd w:fill="B7DDE8" w:val="clear"/>
        </w:rPr>
        <w:t xml:space="preserve">Speak tenderly to Jerusalem</w:t>
      </w:r>
      <w:r>
        <w:rPr>
          <w:b w:val="false"/>
          <w:i w:val="false"/>
          <w:color w:val="000000"/>
          <w:u w:val="none"/>
        </w:rPr>
        <w:t xml:space="preserve"> [1GIY]</w:t>
      </w:r>
      <w:r>
        <w:rPr/>
        <w:t xml:space="preserve">, and </w:t>
      </w:r>
      <w:r>
        <w:rPr>
          <w:shd w:fill="B7DDE8" w:val="clear"/>
        </w:rPr>
        <w:t xml:space="preserve">proclaim to her that her forced labor has been completed</w:t>
      </w:r>
      <w:r>
        <w:rPr>
          <w:b w:val="false"/>
          <w:i w:val="false"/>
          <w:color w:val="000000"/>
          <w:u w:val="none"/>
        </w:rPr>
        <w:t xml:space="preserve"> [1GIZ]</w:t>
      </w:r>
      <w:r>
        <w:rPr/>
        <w:t xml:space="preserve">; </w:t>
      </w:r>
      <w:r>
        <w:rPr>
          <w:shd w:fill="B7DDE8" w:val="clear"/>
        </w:rPr>
        <w:t xml:space="preserve">her iniquity has been pardoned</w:t>
      </w:r>
      <w:r>
        <w:rPr>
          <w:b w:val="false"/>
          <w:i w:val="false"/>
          <w:u w:val="none"/>
          <w:color w:val="000000"/>
        </w:rPr>
        <w:t xml:space="preserve"> [1GJA]</w:t>
      </w:r>
      <w:r>
        <w:rPr/>
        <w:t xml:space="preserve">. For </w:t>
      </w:r>
      <w:r>
        <w:rPr>
          <w:shd w:fill="B7DDE8" w:val="clear"/>
        </w:rPr>
        <w:t xml:space="preserve">she has received from the hand of the LORD double for all her sins</w:t>
      </w:r>
      <w:r>
        <w:rPr>
          <w:b w:val="false"/>
          <w:i w:val="false"/>
          <w:color w:val="000000"/>
          <w:u w:val="none"/>
        </w:rPr>
        <w:t xml:space="preserve"> [1GJB]</w:t>
      </w:r>
      <w:r>
        <w:rPr/>
        <w:t xml:space="preserve">.”</w:t>
      </w:r>
    </w:p>
    <w:p>
      <w:pPr>
        <w:pStyle w:val="Yellow"/>
        <w:rPr/>
        <w:pBdr>
          <w:left w:val="single" w:sz="28" w:space="5" w:color="C00000"/>
        </w:pBdr>
      </w:pPr>
      <w:r>
        <w:rPr/>
        <w:t xml:space="preserve">(Is66:10 “Jerusalem”) </w:t>
      </w:r>
      <w:r>
        <w:rPr>
          <w:b/>
        </w:rPr>
        <w:t>Isaiah 66:12</w:t>
      </w:r>
      <w:r>
        <w:rPr/>
        <w:t xml:space="preserve"> — For this is what the LORD says: “</w:t>
      </w:r>
      <w:r>
        <w:rPr>
          <w:shd w:val="clear" w:fill="B7DDE8"/>
        </w:rPr>
        <w:t>I will extend peace to {her} like a river</w:t>
      </w:r>
      <w:r>
        <w:rPr>
          <w:b w:val="false"/>
          <w:i w:val="false"/>
          <w:u w:val="none"/>
          <w:color w:val="000000"/>
        </w:rPr>
        <w:t xml:space="preserve"> [1ENC]</w:t>
      </w:r>
      <w:r>
        <w:rPr/>
        <w:t xml:space="preserve">, and </w:t>
      </w:r>
      <w:r>
        <w:rPr>
          <w:shd w:val="clear" w:fill="B7DDE8"/>
        </w:rPr>
        <w:t>the wealth of nations like a flowing stream</w:t>
      </w:r>
      <w:r>
        <w:rPr>
          <w:b w:val="false"/>
          <w:i w:val="false"/>
          <w:color w:val="000000"/>
          <w:u w:val="none"/>
        </w:rPr>
        <w:t xml:space="preserve"> [1END]</w:t>
      </w:r>
      <w:r>
        <w:rPr/>
        <w:t xml:space="preserve">; </w:t>
      </w:r>
      <w:r>
        <w:rPr>
          <w:shd w:val="clear" w:fill="B7DDE8"/>
        </w:rPr>
        <w:t>you will nurse and be carried on her arm, and bounced upon her knees</w:t>
      </w:r>
      <w:r>
        <w:rPr>
          <w:b w:val="false"/>
          <w:i w:val="false"/>
          <w:color w:val="000000"/>
          <w:u w:val="none"/>
        </w:rPr>
        <w:t xml:space="preserve"> [1ENE]</w:t>
      </w:r>
      <w:r>
        <w:rPr/>
        <w:t>.</w:t>
      </w:r>
    </w:p>
    <w:p>
      <w:pPr>
        <w:pStyle w:val="Yellow"/>
        <w:rPr/>
      </w:pPr>
      <w:r>
        <w:rPr>
          <w:b/>
        </w:rPr>
        <w:t>Isaiah 66:13</w:t>
      </w:r>
      <w:r>
        <w:rPr/>
        <w:t xml:space="preserve"> — </w:t>
      </w:r>
      <w:r>
        <w:rPr>
          <w:shd w:val="clear" w:fill="B7DDE8"/>
        </w:rPr>
        <w:t>As a mother comforts her son, so will I comfort you</w:t>
      </w:r>
      <w:r>
        <w:rPr>
          <w:b w:val="false"/>
          <w:i w:val="false"/>
          <w:color w:val="000000"/>
          <w:u w:val="none"/>
        </w:rPr>
        <w:t xml:space="preserve"> [1EZL]</w:t>
      </w:r>
      <w:r>
        <w:rPr/>
        <w:t xml:space="preserve">, and </w:t>
      </w:r>
      <w:r>
        <w:rPr>
          <w:shd w:val="clear" w:fill="B7DDE8"/>
        </w:rPr>
        <w:t>you will be consoled over Jerusalem</w:t>
      </w:r>
      <w:r>
        <w:rPr>
          <w:b w:val="false"/>
          <w:i w:val="false"/>
          <w:color w:val="000000"/>
          <w:u w:val="none"/>
        </w:rPr>
        <w:t xml:space="preserve"> [1EZM]</w:t>
      </w:r>
      <w:r>
        <w:rPr/>
        <w:t>.”</w:t>
      </w:r>
    </w:p>
    <w:p>
      <w:pPr>
        <w:pStyle w:val="Yellow"/>
        <w:rPr/>
      </w:pPr>
      <w:r>
        <w:rPr/>
        <w:t xml:space="preserve">(Jn14:16ᶜ Give you “Spirit of truth”) </w:t>
      </w:r>
      <w:r>
        <w:rPr>
          <w:b/>
        </w:rPr>
        <w:t xml:space="preserve">John 14:18</w:t>
      </w:r>
      <w:r>
        <w:rPr/>
        <w:t xml:space="preserve"> — </w:t>
      </w:r>
      <w:r>
        <w:rPr>
          <w:shd w:fill="B7DDE8" w:val="clear"/>
        </w:rPr>
        <w:t xml:space="preserve">I will not leave you as orphans</w:t>
      </w:r>
      <w:r>
        <w:rPr>
          <w:b w:val="false"/>
          <w:i w:val="false"/>
          <w:color w:val="000000"/>
          <w:u w:val="none"/>
        </w:rPr>
        <w:t xml:space="preserve"> [1LAT]</w:t>
      </w:r>
      <w:r>
        <w:rPr/>
        <w:t xml:space="preserve">; </w:t>
      </w:r>
      <w:r>
        <w:rPr>
          <w:shd w:fill="F4B183" w:val="clear" w:color="auto"/>
          <w:color w:val="000000"/>
        </w:rPr>
        <w:t xml:space="preserve">I will {come} to you</w:t>
      </w:r>
      <w:r>
        <w:rPr>
          <w:b w:val="false"/>
          <w:i w:val="false"/>
          <w:color w:val="000000"/>
          <w:u w:val="none"/>
          <w:shd w:val="clear" w:color="auto" w:fill="F4B183"/>
        </w:rPr>
        <w:t xml:space="preserve"> [1LAU]</w:t>
      </w:r>
      <w:r>
        <w:rPr/>
        <w:t xml:space="preserve">.</w:t>
      </w:r>
    </w:p>
    <w:p>
      <w:pPr>
        <w:pStyle w:val="Yellow"/>
        <w:rPr/>
      </w:pPr>
      <w:r>
        <w:rPr>
          <w:b/>
          <w:color w:val="000000"/>
        </w:rPr>
        <w:t xml:space="preserve">Romans 15:5</w:t>
      </w:r>
      <w:r>
        <w:rPr>
          <w:color w:val="000000"/>
        </w:rPr>
        <w:t xml:space="preserve"> — </w:t>
      </w:r>
      <w:r>
        <w:rPr>
          <w:color w:val="000000"/>
        </w:rPr>
        <w:t xml:space="preserve">the God who gives endurance and encouragement</w:t>
      </w:r>
      <w:r>
        <w:rPr>
          <w:b w:val="false"/>
          <w:i w:val="false"/>
          <w:color w:val="000000"/>
          <w:u w:val="none"/>
        </w:rPr>
        <w:t xml:space="preserve"> [1KYD]</w:t>
      </w:r>
    </w:p>
    <w:p>
      <w:pPr>
        <w:pStyle w:val="Yellow"/>
        <w:rPr/>
      </w:pPr>
      <w:r>
        <w:rPr>
          <w:b/>
        </w:rPr>
        <w:t>1 Corinthians 14:3</w:t>
      </w:r>
      <w:r>
        <w:rPr/>
        <w:t xml:space="preserve"> — But </w:t>
      </w:r>
      <w:r>
        <w:rPr>
          <w:shd w:val="clear" w:fill="B7DDE8"/>
        </w:rPr>
        <w:t>he who prophesies speaks to men for their edification, encouragement, and comfort</w:t>
      </w:r>
      <w:r>
        <w:rPr>
          <w:b w:val="false"/>
          <w:i w:val="false"/>
          <w:color w:val="000000"/>
          <w:u w:val="none"/>
        </w:rPr>
        <w:t xml:space="preserve"> [1EZB]</w:t>
      </w:r>
      <w:r>
        <w:rPr/>
        <w:t>.</w:t>
      </w:r>
    </w:p>
    <w:p>
      <w:pPr>
        <w:pStyle w:val="Yellow"/>
        <w:rPr/>
      </w:pPr>
      <w:r>
        <w:rPr>
          <w:b/>
          <w:u w:val="none"/>
        </w:rPr>
        <w:t>2 Corinthians 1:3-4</w:t>
      </w:r>
      <w:r>
        <w:rPr>
          <w:u w:val="none"/>
        </w:rPr>
        <w:t xml:space="preserve"> — </w:t>
      </w:r>
      <w:r>
        <w:rPr>
          <w:u w:val="none"/>
          <w:shd w:fill="B7DDE8" w:val="clear"/>
        </w:rPr>
        <w:t>Blessed be the God and Father of our Lord Jesus Christ</w:t>
      </w:r>
      <w:r>
        <w:rPr>
          <w:b w:val="false"/>
          <w:i w:val="false"/>
          <w:u w:val="none"/>
          <w:color w:val="000000"/>
        </w:rPr>
        <w:t xml:space="preserve"> [3AWJ]</w:t>
      </w:r>
      <w:r>
        <w:rPr>
          <w:u w:val="none"/>
        </w:rPr>
        <w:t xml:space="preserve">, </w:t>
      </w:r>
      <w:r>
        <w:rPr>
          <w:u w:val="none"/>
          <w:shd w:fill="B7DDE8" w:val="clear"/>
        </w:rPr>
        <w:t>the Father of compassion</w:t>
      </w:r>
      <w:r>
        <w:rPr>
          <w:b w:val="false"/>
          <w:i w:val="false"/>
          <w:color w:val="000000"/>
          <w:u w:val="none"/>
        </w:rPr>
        <w:t xml:space="preserve"> [1FSO]</w:t>
      </w:r>
      <w:r>
        <w:rPr>
          <w:u w:val="none"/>
        </w:rPr>
        <w:t xml:space="preserve"> and </w:t>
      </w:r>
      <w:r>
        <w:rPr>
          <w:u w:val="none"/>
          <w:shd w:fill="B7DDE8" w:val="clear"/>
        </w:rPr>
        <w:t>the God of all comfort</w:t>
      </w:r>
      <w:r>
        <w:rPr>
          <w:b w:val="false"/>
          <w:i w:val="false"/>
          <w:color w:val="000000"/>
          <w:u w:val="none"/>
        </w:rPr>
        <w:t xml:space="preserve"> [1FSP]</w:t>
      </w:r>
      <w:r>
        <w:rPr>
          <w:u w:val="none"/>
        </w:rPr>
        <w:t xml:space="preserve">, </w:t>
      </w:r>
      <w:r>
        <w:rPr>
          <w:u w:val="none"/>
          <w:shd w:fill="B7DDE8" w:val="clear"/>
        </w:rPr>
        <w:t>who comforts us in all our troubles</w:t>
      </w:r>
      <w:r>
        <w:rPr>
          <w:b w:val="false"/>
          <w:i w:val="false"/>
          <w:color w:val="000000"/>
          <w:u w:val="none"/>
        </w:rPr>
        <w:t xml:space="preserve"> [1FSQ]</w:t>
      </w:r>
      <w:r>
        <w:rPr>
          <w:u w:val="none"/>
        </w:rPr>
        <w:t xml:space="preserve">, </w:t>
      </w:r>
      <w:r>
        <w:rPr>
          <w:u w:val="none"/>
          <w:shd w:fill="B7DDE8" w:val="clear"/>
        </w:rPr>
        <w:t>so that we can comfort those in any trouble with the comfort we ourselves have received from God</w:t>
      </w:r>
      <w:r>
        <w:rPr>
          <w:b w:val="false"/>
          <w:i w:val="false"/>
          <w:color w:val="000000"/>
          <w:u w:val="none"/>
        </w:rPr>
        <w:t xml:space="preserve"> [1FSR]</w:t>
      </w:r>
      <w:r>
        <w:rPr>
          <w:u w:val="none"/>
        </w:rPr>
        <w:t>.</w:t>
      </w:r>
    </w:p>
    <w:p>
      <w:pPr>
        <w:pStyle w:val="Yellow"/>
        <w:rPr/>
      </w:pPr>
      <w:r>
        <w:rPr>
          <w:b/>
        </w:rPr>
        <w:t>2 Corinthians 1:6</w:t>
      </w:r>
      <w:r>
        <w:t xml:space="preserve"> — </w:t>
      </w:r>
      <w:r>
        <w:rPr>
          <w:shd w:fill="B7DDE8" w:val="clear"/>
        </w:rPr>
        <w:t>If we are afflicted, it is for your comfort and salvation</w:t>
      </w:r>
      <w:r>
        <w:rPr>
          <w:b w:val="false"/>
          <w:i w:val="false"/>
          <w:color w:val="000000"/>
          <w:u w:val="none"/>
        </w:rPr>
        <w:t xml:space="preserve"> [1BRG]</w:t>
      </w:r>
      <w:r>
        <w:t xml:space="preserve">; </w:t>
      </w:r>
      <w:r>
        <w:rPr>
          <w:shd w:fill="B7DDE8" w:val="clear"/>
        </w:rPr>
        <w:t>if we are comforted, it is for your comfort</w:t>
      </w:r>
      <w:r>
        <w:rPr>
          <w:b w:val="false"/>
          <w:i w:val="false"/>
          <w:color w:val="000000"/>
          <w:u w:val="none"/>
        </w:rPr>
        <w:t xml:space="preserve"> [1BRH]</w:t>
      </w:r>
      <w:r>
        <w:t xml:space="preserve">, </w:t>
      </w:r>
      <w:r>
        <w:rPr>
          <w:shd w:fill="B7DDE8" w:val="clear"/>
        </w:rPr>
        <w:t>which accomplishes in you patient endurance of the same sufferings we experience</w:t>
      </w:r>
      <w:r>
        <w:rPr>
          <w:b w:val="false"/>
          <w:i w:val="false"/>
          <w:color w:val="000000"/>
          <w:u w:val="none"/>
        </w:rPr>
        <w:t xml:space="preserve"> [1BRI]</w:t>
      </w:r>
      <w:r>
        <w:t>.</w:t>
      </w:r>
    </w:p>
    <w:p>
      <w:pPr>
        <w:pStyle w:val="Yellow"/>
        <w:rPr/>
      </w:pPr>
      <w:r>
        <w:rPr>
          <w:b/>
        </w:rPr>
        <w:t xml:space="preserve">2 Corinthians 1:7</w:t>
      </w:r>
      <w:r>
        <w:rPr/>
        <w:t xml:space="preserve"> — And </w:t>
      </w:r>
      <w:r>
        <w:rPr>
          <w:shd w:fill="B7DDE8" w:val="clear"/>
        </w:rPr>
        <w:t xml:space="preserve">our hope for you is sure</w:t>
      </w:r>
      <w:r>
        <w:rPr>
          <w:b w:val="false"/>
          <w:i w:val="false"/>
          <w:color w:val="000000"/>
          <w:u w:val="none"/>
        </w:rPr>
        <w:t xml:space="preserve"> [1GZA]</w:t>
      </w:r>
      <w:r>
        <w:rPr/>
        <w:t xml:space="preserve">, because we know that </w:t>
      </w:r>
      <w:r>
        <w:rPr>
          <w:shd w:fill="B7DDE8" w:val="clear"/>
        </w:rPr>
        <w:t xml:space="preserve">just as you share in our sufferings, so also you will share in our comfort</w:t>
      </w:r>
      <w:r>
        <w:rPr>
          <w:b w:val="false"/>
          <w:i w:val="false"/>
          <w:color w:val="000000"/>
          <w:u w:val="none"/>
        </w:rPr>
        <w:t xml:space="preserve"> [1GZB]</w:t>
      </w:r>
      <w:r>
        <w:rPr/>
        <w:t xml:space="preserve">.</w:t>
      </w:r>
    </w:p>
    <w:p>
      <w:pPr>
        <w:pStyle w:val="Yellow"/>
        <w:rPr/>
      </w:pPr>
      <w:r>
        <w:rPr>
          <w:u w:val="none"/>
        </w:rPr>
        <w:t xml:space="preserve">(He6:13–17 God “promised by oath to Abraham”¹ ²) </w:t>
      </w:r>
      <w:r>
        <w:rPr>
          <w:b/>
          <w:u w:val="none"/>
        </w:rPr>
        <w:t>Hebrews 6:18</w:t>
      </w:r>
      <w:r>
        <w:rPr>
          <w:u w:val="none"/>
        </w:rPr>
        <w:t xml:space="preserve"> — {Thus} by </w:t>
      </w:r>
      <w:r>
        <w:rPr>
          <w:u w:val="none"/>
          <w:shd w:val="clear" w:fill="B7DDE8"/>
        </w:rPr>
        <w:t>two unchangeable things</w:t>
      </w:r>
      <w:r>
        <w:rPr>
          <w:b w:val="false"/>
          <w:i w:val="false"/>
          <w:color w:val="000000"/>
          <w:u w:val="none"/>
        </w:rPr>
        <w:t xml:space="preserve"> [1CWA]</w:t>
      </w:r>
      <w:r>
        <w:rPr>
          <w:u w:val="none"/>
        </w:rPr>
        <w:t xml:space="preserve"> in which </w:t>
      </w:r>
      <w:r>
        <w:rPr>
          <w:u w:val="none"/>
          <w:shd w:val="clear" w:fill="B7DDE8"/>
        </w:rPr>
        <w:t>it is impossible for God to lie</w:t>
      </w:r>
      <w:r>
        <w:rPr>
          <w:b w:val="false"/>
          <w:i w:val="false"/>
          <w:u w:val="none"/>
          <w:color w:val="000000"/>
        </w:rPr>
        <w:t xml:space="preserve"> [4EY]</w:t>
      </w:r>
      <w:r>
        <w:rPr>
          <w:u w:val="none"/>
        </w:rPr>
        <w:t xml:space="preserve">, </w:t>
      </w:r>
      <w:r>
        <w:rPr>
          <w:u w:val="none"/>
          <w:shd w:val="clear" w:fill="B7DDE8"/>
        </w:rPr>
        <w:t>we who have fled to take hold of the hope set before us may be strongly encouraged</w:t>
      </w:r>
      <w:r>
        <w:rPr>
          <w:b w:val="false"/>
          <w:i w:val="false"/>
          <w:color w:val="000000"/>
          <w:u w:val="none"/>
        </w:rPr>
        <w:t xml:space="preserve"> [1CWB]</w:t>
      </w:r>
      <w:r>
        <w:rPr>
          <w:u w:val="none"/>
        </w:rPr>
        <w:t>.</w:t>
      </w:r>
    </w:p>
    <w:p>
      <w:r>
        <w:rPr>
          <w:b/>
          <w:sz w:val="32"/>
        </w:rPr>
        <w:t>Seeking God  (21)</w:t>
      </w:r>
    </w:p>
    <w:p>
      <w:pPr>
        <w:pStyle w:val="Yellow"/>
        <w:rPr/>
      </w:pPr>
      <w:r>
        <w:rPr/>
        <w:t xml:space="preserve">(Ge6:7 God says: “I will blot out man” / Ge6:9 “Noah was a righteous man, blameless in his generation”) </w:t>
      </w:r>
      <w:r>
        <w:rPr>
          <w:b/>
        </w:rPr>
        <w:t>Genesis 6:8</w:t>
      </w:r>
      <w:r>
        <w:rPr/>
        <w:t xml:space="preserve"> — </w:t>
      </w:r>
      <w:r>
        <w:rPr>
          <w:shd w:fill="B7DDE8" w:val="clear"/>
        </w:rPr>
        <w:t>Noah, {however}, found favor in the eyes of the LORD</w:t>
      </w:r>
      <w:r>
        <w:rPr>
          <w:b w:val="false"/>
          <w:i w:val="false"/>
          <w:color w:val="000000"/>
          <w:u w:val="none"/>
        </w:rPr>
        <w:t xml:space="preserve"> [1LVO]</w:t>
      </w:r>
      <w:r>
        <w:rPr/>
        <w:t>.</w:t>
      </w:r>
    </w:p>
    <w:p>
      <w:pPr>
        <w:pStyle w:val="Yellow"/>
        <w:rPr/>
      </w:pPr>
      <w:r>
        <w:rPr>
          <w:b/>
        </w:rPr>
        <w:t>2 Chronicles 12:14</w:t>
      </w:r>
      <w:r>
        <w:rPr/>
        <w:t xml:space="preserve"> — And </w:t>
      </w:r>
      <w:r>
        <w:rPr>
          <w:shd w:val="clear" w:fill="F4B183" w:color="auto"/>
          <w:color w:val="000000"/>
        </w:rPr>
        <w:t>Rehoboam did evil</w:t>
      </w:r>
      <w:r>
        <w:rPr>
          <w:b w:val="false"/>
          <w:i w:val="false"/>
          <w:color w:val="000000"/>
          <w:u w:val="none"/>
          <w:shd w:val="clear" w:color="auto" w:fill="F4B183"/>
        </w:rPr>
        <w:t xml:space="preserve"> [1DEX]</w:t>
      </w:r>
      <w:r>
        <w:rPr/>
        <w:t xml:space="preserve"> </w:t>
      </w:r>
      <w:r>
        <w:rPr>
          <w:shd w:val="clear" w:fill="B7DDE8"/>
        </w:rPr>
        <w:t>because he did not set his heart to seek the LORD</w:t>
      </w:r>
      <w:r>
        <w:rPr>
          <w:b w:val="false"/>
          <w:i w:val="false"/>
          <w:color w:val="000000"/>
          <w:u w:val="none"/>
        </w:rPr>
        <w:t xml:space="preserve"> [1DEY]</w:t>
      </w:r>
      <w:r>
        <w:rPr/>
        <w:t>.</w:t>
      </w:r>
    </w:p>
    <w:p>
      <w:pPr>
        <w:pStyle w:val="Yellow"/>
        <w:rPr/>
      </w:pPr>
      <w:r>
        <w:rPr>
          <w:b/>
          <w:u w:val="none"/>
        </w:rPr>
        <w:t>2 Chronicles 14:7</w:t>
      </w:r>
      <w:r>
        <w:rPr>
          <w:u w:val="none"/>
        </w:rPr>
        <w:t xml:space="preserve"> — </w:t>
      </w:r>
      <w:r>
        <w:rPr>
          <w:u w:val="none"/>
          <w:shd w:val="clear" w:fill="B7DDE8"/>
        </w:rPr>
        <w:t>The land is still ours because we have sought the LORD our God</w:t>
      </w:r>
      <w:r>
        <w:rPr>
          <w:b w:val="false"/>
          <w:i w:val="false"/>
          <w:color w:val="000000"/>
          <w:u w:val="none"/>
        </w:rPr>
        <w:t xml:space="preserve"> [1DBE]</w:t>
      </w:r>
      <w:r>
        <w:rPr>
          <w:u w:val="none"/>
        </w:rPr>
        <w:t xml:space="preserve">. </w:t>
      </w:r>
      <w:r>
        <w:rPr>
          <w:u w:val="none"/>
          <w:shd w:val="clear" w:fill="B7DDE8"/>
        </w:rPr>
        <w:t>We have sought Him</w:t>
      </w:r>
      <w:r>
        <w:rPr>
          <w:b w:val="false"/>
          <w:i w:val="false"/>
          <w:color w:val="000000"/>
          <w:u w:val="none"/>
        </w:rPr>
        <w:t xml:space="preserve"> [1DBF]</w:t>
      </w:r>
      <w:r>
        <w:rPr>
          <w:u w:val="none"/>
        </w:rPr>
        <w:t xml:space="preserve">, and </w:t>
      </w:r>
      <w:r>
        <w:rPr>
          <w:u w:val="none"/>
          <w:shd w:val="clear" w:fill="B7DDE8"/>
        </w:rPr>
        <w:t>He has given us rest on every side</w:t>
      </w:r>
      <w:r>
        <w:rPr>
          <w:b w:val="false"/>
          <w:i w:val="false"/>
          <w:color w:val="000000"/>
          <w:u w:val="none"/>
        </w:rPr>
        <w:t xml:space="preserve"> [3AFH]</w:t>
      </w:r>
      <w:r>
        <w:rPr>
          <w:u w:val="none"/>
        </w:rPr>
        <w:t xml:space="preserve">.” So </w:t>
      </w:r>
      <w:r>
        <w:rPr>
          <w:u w:val="none"/>
          <w:shd w:val="clear" w:fill="B7DDE8"/>
        </w:rPr>
        <w:t>they built</w:t>
      </w:r>
      <w:r>
        <w:rPr>
          <w:b w:val="false"/>
          <w:i w:val="false"/>
          <w:color w:val="000000"/>
          <w:u w:val="none"/>
        </w:rPr>
        <w:t xml:space="preserve"> [1DBG]</w:t>
      </w:r>
      <w:r>
        <w:rPr>
          <w:u w:val="none"/>
        </w:rPr>
        <w:t xml:space="preserve"> and </w:t>
      </w:r>
      <w:r>
        <w:rPr>
          <w:u w:val="none"/>
          <w:shd w:val="clear" w:fill="B7DDE8"/>
        </w:rPr>
        <w:t>prospered</w:t>
      </w:r>
      <w:r>
        <w:rPr>
          <w:b w:val="false"/>
          <w:i w:val="false"/>
          <w:u w:val="none"/>
          <w:color w:val="000000"/>
        </w:rPr>
        <w:t xml:space="preserve"> [1DBH]</w:t>
      </w:r>
      <w:r>
        <w:rPr>
          <w:u w:val="none"/>
        </w:rPr>
        <w:t>.</w:t>
      </w:r>
    </w:p>
    <w:p>
      <w:pPr>
        <w:pStyle w:val="Yellow"/>
        <w:rPr/>
      </w:pPr>
      <w:r>
        <w:rPr>
          <w:u w:val="none"/>
        </w:rPr>
        <w:t xml:space="preserve">(2Ch15:3 “Israel has been without the true God”) </w:t>
      </w:r>
      <w:r>
        <w:rPr>
          <w:b/>
          <w:u w:val="none"/>
        </w:rPr>
        <w:t xml:space="preserve">2 Chronicles 15:4</w:t>
      </w:r>
      <w:r>
        <w:rPr>
          <w:u w:val="none"/>
        </w:rPr>
        <w:t xml:space="preserve"> — {But} </w:t>
      </w:r>
      <w:r>
        <w:rPr>
          <w:u w:val="none"/>
          <w:shd w:fill="B7DDE8" w:val="clear"/>
        </w:rPr>
        <w:t xml:space="preserve">in {their} distress they turned to the LORD, the God of Israel, and </w:t>
      </w:r>
      <w:r>
        <w:rPr>
          <w:u w:val="none"/>
          <w:shd w:fill="B7DDE8" w:val="clear"/>
        </w:rPr>
        <w:t xml:space="preserve">sought Him</w:t>
      </w:r>
      <w:r>
        <w:rPr>
          <w:b w:val="false"/>
          <w:i w:val="false"/>
          <w:color w:val="000000"/>
          <w:u w:val="none"/>
        </w:rPr>
        <w:t xml:space="preserve"> [1ILS]</w:t>
      </w:r>
      <w:r>
        <w:rPr>
          <w:u w:val="none"/>
          <w:shd w:val="clear" w:color="auto" w:fill="548235"/>
          <w:color w:val="FFFFFF"/>
        </w:rPr>
        <w:t xml:space="preserve">, and </w:t>
      </w:r>
      <w:r>
        <w:rPr>
          <w:u w:val="none"/>
          <w:shd w:fill="548235" w:val="clear" w:color="auto"/>
          <w:color w:val="FFFFFF"/>
        </w:rPr>
        <w:t xml:space="preserve">He was found by {them}</w:t>
      </w:r>
      <w:r>
        <w:rPr>
          <w:b w:val="false"/>
          <w:i w:val="false"/>
          <w:color w:val="FFFFFF"/>
          <w:u w:val="none"/>
          <w:shd w:val="clear" w:color="auto" w:fill="548235"/>
        </w:rPr>
        <w:t xml:space="preserve"> [1ILT]</w:t>
      </w:r>
      <w:r>
        <w:rPr>
          <w:u w:val="none"/>
          <w:shd w:val="clear" w:color="auto" w:fill="548235"/>
          <w:color w:val="FFFFFF"/>
        </w:rPr>
        <w:t xml:space="preserve">.</w:t>
      </w:r>
    </w:p>
    <w:p>
      <w:pPr>
        <w:pStyle w:val="Yellow"/>
        <w:rPr/>
      </w:pPr>
      <w:r>
        <w:rPr>
          <w:b/>
          <w:u w:val="none"/>
        </w:rPr>
        <w:t>2 Chronicles 15:15</w:t>
      </w:r>
      <w:r>
        <w:rPr>
          <w:u w:val="none"/>
        </w:rPr>
        <w:t xml:space="preserve"> — And </w:t>
      </w:r>
      <w:r>
        <w:rPr>
          <w:u w:val="none"/>
          <w:shd w:fill="B7DDE8" w:val="clear"/>
        </w:rPr>
        <w:t>all Judah rejoiced over the oath</w:t>
      </w:r>
      <w:r>
        <w:rPr>
          <w:b w:val="false"/>
          <w:i w:val="false"/>
          <w:color w:val="000000"/>
          <w:u w:val="none"/>
        </w:rPr>
        <w:t xml:space="preserve"> [1AFE]</w:t>
      </w:r>
      <w:r>
        <w:rPr>
          <w:u w:val="none"/>
        </w:rPr>
        <w:t xml:space="preserve">, </w:t>
      </w:r>
      <w:r>
        <w:rPr>
          <w:u w:val="none"/>
          <w:shd w:fill="B7DDE8" w:val="clear"/>
        </w:rPr>
        <w:t>for they had sworn it with all their heart</w:t>
      </w:r>
      <w:r>
        <w:rPr>
          <w:b w:val="false"/>
          <w:i w:val="false"/>
          <w:color w:val="000000"/>
          <w:u w:val="none"/>
        </w:rPr>
        <w:t xml:space="preserve"> [1AFF]</w:t>
      </w:r>
      <w:r>
        <w:rPr>
          <w:u w:val="none"/>
        </w:rPr>
        <w:t xml:space="preserve">. </w:t>
      </w:r>
      <w:r>
        <w:rPr>
          <w:u w:val="none"/>
          <w:shd w:fill="B7DDE8" w:val="clear"/>
        </w:rPr>
        <w:t>They had sought Him earnestly, and He was found by them</w:t>
      </w:r>
      <w:r>
        <w:rPr>
          <w:b w:val="false"/>
          <w:i w:val="false"/>
          <w:u w:val="none"/>
          <w:color w:val="000000"/>
        </w:rPr>
        <w:t xml:space="preserve"> [1AFG]</w:t>
      </w:r>
      <w:r>
        <w:rPr>
          <w:u w:val="none"/>
        </w:rPr>
        <w:t xml:space="preserve">. </w:t>
      </w:r>
      <w:r>
        <w:rPr>
          <w:u w:val="none"/>
        </w:rPr>
        <w:t>So the LORD gave them rest on every side</w:t>
      </w:r>
      <w:r>
        <w:rPr>
          <w:b w:val="false"/>
          <w:i w:val="false"/>
          <w:color w:val="000000"/>
          <w:u w:val="none"/>
        </w:rPr>
        <w:t xml:space="preserve"> [3AFH]</w:t>
      </w:r>
      <w:r>
        <w:rPr>
          <w:u w:val="none"/>
        </w:rPr>
        <w:t>.</w:t>
      </w:r>
    </w:p>
    <w:p>
      <w:pPr>
        <w:pStyle w:val="Green"/>
        <w:rPr/>
      </w:pPr>
      <w:r>
        <w:rPr>
          <w:b/>
        </w:rPr>
        <w:t>Psalm 9:10</w:t>
      </w:r>
      <w:r>
        <w:rPr/>
        <w:t xml:space="preserve"> — </w:t>
      </w:r>
      <w:r>
        <w:rPr>
          <w:shd w:val="clear" w:fill="F4B183" w:color="auto"/>
          <w:color w:val="000000"/>
        </w:rPr>
        <w:t>Those who know Your name trust in You</w:t>
      </w:r>
      <w:r>
        <w:rPr>
          <w:b w:val="false"/>
          <w:i w:val="false"/>
          <w:color w:val="000000"/>
          <w:u w:val="none"/>
          <w:shd w:val="clear" w:color="auto" w:fill="F4B183"/>
        </w:rPr>
        <w:t xml:space="preserve"> [1DCW]</w:t>
      </w:r>
      <w:r>
        <w:rPr/>
        <w:t xml:space="preserve">, for </w:t>
      </w:r>
      <w:r>
        <w:rPr>
          <w:shd w:val="clear" w:fill="B7DDE8"/>
        </w:rPr>
        <w:t>You, O LORD, have not forsaken those who seek You</w:t>
      </w:r>
      <w:r>
        <w:rPr>
          <w:b w:val="false"/>
          <w:i w:val="false"/>
          <w:color w:val="000000"/>
          <w:u w:val="none"/>
        </w:rPr>
        <w:t xml:space="preserve"> [1DCX]</w:t>
      </w:r>
      <w:r>
        <w:rPr/>
        <w:t>.</w:t>
      </w:r>
    </w:p>
    <w:p>
      <w:pPr>
        <w:pStyle w:val="Yellow"/>
        <w:rPr/>
      </w:pPr>
      <w:r>
        <w:rPr>
          <w:b/>
        </w:rPr>
        <w:t>Psalm 22:26</w:t>
      </w:r>
      <w:r>
        <w:rPr/>
        <w:t xml:space="preserve"> — </w:t>
      </w:r>
      <w:r>
        <w:rPr>
          <w:shd w:val="clear" w:fill="B7DDE8"/>
        </w:rPr>
        <w:t>The poor will eat</w:t>
      </w:r>
      <w:r>
        <w:rPr>
          <w:b w:val="false"/>
          <w:i w:val="false"/>
          <w:color w:val="000000"/>
          <w:u w:val="none"/>
        </w:rPr>
        <w:t xml:space="preserve"> [1CZF]</w:t>
      </w:r>
      <w:r>
        <w:rPr/>
        <w:t xml:space="preserve"> and </w:t>
      </w:r>
      <w:r>
        <w:rPr>
          <w:shd w:val="clear" w:fill="B7DDE8"/>
        </w:rPr>
        <w:t>be satisfied</w:t>
      </w:r>
      <w:r>
        <w:rPr>
          <w:b w:val="false"/>
          <w:i w:val="false"/>
          <w:u w:val="none"/>
          <w:color w:val="000000"/>
        </w:rPr>
        <w:t xml:space="preserve"> [4CIR]</w:t>
      </w:r>
      <w:r>
        <w:rPr/>
        <w:t xml:space="preserve">; </w:t>
      </w:r>
      <w:r>
        <w:rPr>
          <w:shd w:val="clear" w:fill="B7DDE8"/>
        </w:rPr>
        <w:t>those who seek the LORD will praise Him</w:t>
      </w:r>
      <w:r>
        <w:rPr>
          <w:b w:val="false"/>
          <w:i w:val="false"/>
          <w:color w:val="000000"/>
          <w:u w:val="none"/>
        </w:rPr>
        <w:t xml:space="preserve"> [1CZG]</w:t>
      </w:r>
      <w:r>
        <w:rPr/>
        <w:t>.</w:t>
      </w:r>
    </w:p>
    <w:p>
      <w:pPr>
        <w:pStyle w:val="Yellow"/>
        <w:rPr/>
      </w:pPr>
      <w:r>
        <w:rPr>
          <w:b/>
        </w:rPr>
        <w:t>Psalm 34:10</w:t>
      </w:r>
      <w:r>
        <w:rPr/>
        <w:t xml:space="preserve"> — </w:t>
      </w:r>
      <w:r>
        <w:rPr>
          <w:shd w:val="clear" w:fill="B7DDE8"/>
        </w:rPr>
        <w:t>Young lions go lacking and hungry</w:t>
      </w:r>
      <w:r>
        <w:rPr>
          <w:b w:val="false"/>
          <w:i w:val="false"/>
          <w:color w:val="000000"/>
          <w:u w:val="none"/>
        </w:rPr>
        <w:t xml:space="preserve"> [1DDP]</w:t>
      </w:r>
      <w:r>
        <w:rPr/>
        <w:t xml:space="preserve">, but </w:t>
      </w:r>
      <w:r>
        <w:rPr>
          <w:shd w:val="clear" w:fill="B7DDE8"/>
        </w:rPr>
        <w:t>those who seek the LORD lack no good thing</w:t>
      </w:r>
      <w:r>
        <w:rPr>
          <w:b w:val="false"/>
          <w:i w:val="false"/>
          <w:color w:val="000000"/>
          <w:u w:val="none"/>
        </w:rPr>
        <w:t xml:space="preserve"> [1DDQ]</w:t>
      </w:r>
      <w:r>
        <w:rPr/>
        <w:t>.</w:t>
      </w:r>
    </w:p>
    <w:p>
      <w:pPr>
        <w:pStyle w:val="Yellow"/>
        <w:rPr/>
      </w:pPr>
      <w:r>
        <w:rPr>
          <w:b/>
        </w:rPr>
        <w:t>Psalm 91:14</w:t>
      </w:r>
      <w:r>
        <w:rPr/>
        <w:t xml:space="preserve"> — “</w:t>
      </w:r>
      <w:r>
        <w:rPr>
          <w:shd w:val="clear" w:fill="B7DDE8"/>
        </w:rPr>
        <w:t>Because he loves Me</w:t>
      </w:r>
      <w:r>
        <w:rPr>
          <w:b w:val="false"/>
          <w:i w:val="false"/>
          <w:color w:val="000000"/>
          <w:u w:val="none"/>
        </w:rPr>
        <w:t xml:space="preserve"> [1DZA]</w:t>
      </w:r>
      <w:r>
        <w:rPr/>
        <w:t xml:space="preserve">, </w:t>
      </w:r>
      <w:r>
        <w:rPr>
          <w:shd w:val="clear" w:fill="B7DDE8"/>
        </w:rPr>
        <w:t>I will deliver him</w:t>
      </w:r>
      <w:r>
        <w:rPr>
          <w:b w:val="false"/>
          <w:i w:val="false"/>
          <w:color w:val="000000"/>
          <w:u w:val="none"/>
        </w:rPr>
        <w:t xml:space="preserve"> [3CJB]</w:t>
      </w:r>
      <w:r>
        <w:rPr/>
        <w:t xml:space="preserve">; </w:t>
      </w:r>
      <w:r>
        <w:rPr>
          <w:shd w:val="clear" w:fill="B7DDE8"/>
        </w:rPr>
        <w:t>because he knows My name</w:t>
      </w:r>
      <w:r>
        <w:rPr>
          <w:b w:val="false"/>
          <w:i w:val="false"/>
          <w:color w:val="000000"/>
          <w:u w:val="none"/>
        </w:rPr>
        <w:t xml:space="preserve"> [1DZB]</w:t>
      </w:r>
      <w:r>
        <w:rPr/>
        <w:t xml:space="preserve">, </w:t>
      </w:r>
      <w:r>
        <w:rPr>
          <w:shd w:val="clear" w:fill="B7DDE8"/>
        </w:rPr>
        <w:t>I will protect him</w:t>
      </w:r>
      <w:r>
        <w:rPr>
          <w:b w:val="false"/>
          <w:i w:val="false"/>
          <w:color w:val="000000"/>
          <w:u w:val="none"/>
        </w:rPr>
        <w:t xml:space="preserve"> [1DZC]</w:t>
      </w:r>
      <w:r>
        <w:rPr/>
        <w:t>.</w:t>
      </w:r>
    </w:p>
    <w:p>
      <w:pPr>
        <w:pStyle w:val="Yellow"/>
        <w:rPr/>
      </w:pPr>
      <w:r>
        <w:rPr>
          <w:b/>
        </w:rPr>
        <w:t>Psalm 119:2</w:t>
      </w:r>
      <w:r>
        <w:rPr/>
        <w:t xml:space="preserve"> — </w:t>
      </w:r>
      <w:r>
        <w:rPr>
          <w:shd w:val="clear" w:fill="B7DDE8"/>
        </w:rPr>
        <w:t>Blessed are those who keep His testimonies and seek Him with all their heart</w:t>
      </w:r>
      <w:r>
        <w:rPr>
          <w:b w:val="false"/>
          <w:i w:val="false"/>
          <w:color w:val="000000"/>
          <w:u w:val="none"/>
        </w:rPr>
        <w:t xml:space="preserve"> [1EKV]</w:t>
      </w:r>
      <w:r>
        <w:rPr/>
        <w:t>.</w:t>
      </w:r>
    </w:p>
    <w:p>
      <w:pPr>
        <w:pStyle w:val="Yellow"/>
        <w:rPr/>
      </w:pPr>
      <w:r>
        <w:rPr>
          <w:b/>
        </w:rPr>
        <w:t xml:space="preserve">Proverbs 12:2</w:t>
      </w:r>
      <w:r>
        <w:rPr/>
        <w:t xml:space="preserve"> — </w:t>
      </w:r>
      <w:r>
        <w:rPr>
          <w:shd w:fill="B7DDE8" w:val="clear"/>
        </w:rPr>
        <w:t xml:space="preserve">The good man obtains favor from the LORD</w:t>
      </w:r>
      <w:r>
        <w:rPr>
          <w:b w:val="false"/>
          <w:i w:val="false"/>
          <w:color w:val="000000"/>
          <w:u w:val="none"/>
        </w:rPr>
        <w:t xml:space="preserve"> [1HSM]</w:t>
      </w:r>
      <w:r>
        <w:rPr/>
        <w:t xml:space="preserve">, but </w:t>
      </w:r>
      <w:r>
        <w:rPr>
          <w:shd w:fill="B7DDE8" w:val="clear"/>
        </w:rPr>
        <w:t xml:space="preserve">the LORD condemns a man who devises evil</w:t>
      </w:r>
      <w:r>
        <w:rPr>
          <w:b w:val="false"/>
          <w:i w:val="false"/>
          <w:color w:val="000000"/>
          <w:u w:val="none"/>
        </w:rPr>
        <w:t xml:space="preserve"> [1HSN]</w:t>
      </w:r>
      <w:r>
        <w:rPr/>
        <w:t xml:space="preserve">.</w:t>
      </w:r>
    </w:p>
    <w:p>
      <w:pPr>
        <w:pStyle w:val="Yellow"/>
        <w:rPr/>
      </w:pPr>
      <w:r>
        <w:rPr>
          <w:b/>
        </w:rPr>
        <w:t>Isaiah 65:1</w:t>
      </w:r>
      <w:r>
        <w:rPr/>
        <w:t xml:space="preserve"> — “</w:t>
      </w:r>
      <w:r>
        <w:rPr>
          <w:shd w:val="clear" w:fill="B7DDE8"/>
        </w:rPr>
        <w:t>I revealed Myself to those who did not ask for Me</w:t>
      </w:r>
      <w:r>
        <w:rPr>
          <w:b w:val="false"/>
          <w:i w:val="false"/>
          <w:color w:val="000000"/>
          <w:u w:val="none"/>
        </w:rPr>
        <w:t xml:space="preserve"> [2PQ]</w:t>
      </w:r>
      <w:r>
        <w:rPr/>
        <w:t xml:space="preserve">; </w:t>
      </w:r>
      <w:r>
        <w:rPr>
          <w:shd w:val="clear" w:fill="B7DDE8"/>
        </w:rPr>
        <w:t>I was found by those who did not seek Me</w:t>
      </w:r>
      <w:r>
        <w:rPr>
          <w:b w:val="false"/>
          <w:i w:val="false"/>
          <w:color w:val="000000"/>
          <w:u w:val="none"/>
        </w:rPr>
        <w:t xml:space="preserve"> [2PP]</w:t>
      </w:r>
      <w:r>
        <w:rPr/>
        <w:t xml:space="preserve">. </w:t>
      </w:r>
      <w:r>
        <w:rPr>
          <w:shd w:val="clear" w:fill="B7DDE8"/>
        </w:rPr>
        <w:t>To a nation that did not call My name, I said, ‘Here I am! Here I am!’</w:t>
      </w:r>
      <w:r>
        <w:rPr>
          <w:b w:val="false"/>
          <w:i w:val="false"/>
          <w:color w:val="000000"/>
          <w:u w:val="none"/>
        </w:rPr>
        <w:t xml:space="preserve"> [1PR]</w:t>
      </w:r>
    </w:p>
    <w:p>
      <w:pPr>
        <w:pStyle w:val="Yellow"/>
        <w:rPr/>
      </w:pPr>
      <w:r>
        <w:rPr>
          <w:b/>
          <w:u w:val="none"/>
          <w:shd w:fill="F4CCCC" w:val="clear"/>
        </w:rPr>
        <w:t xml:space="preserve">Jeremiah 29:13</w:t>
      </w:r>
      <w:r>
        <w:rPr>
          <w:u w:val="none"/>
          <w:shd w:fill="F4CCCC" w:val="clear"/>
        </w:rPr>
        <w:t xml:space="preserve"> — </w:t>
      </w:r>
      <w:r>
        <w:rPr>
          <w:u w:val="none"/>
          <w:shd w:fill="B7DDE8" w:val="clear"/>
        </w:rPr>
        <w:t xml:space="preserve">You will seek Me and find Me</w:t>
      </w:r>
      <w:r>
        <w:rPr>
          <w:b w:val="false"/>
          <w:i w:val="false"/>
          <w:color w:val="000000"/>
          <w:u w:val="none"/>
        </w:rPr>
        <w:t xml:space="preserve"> [1LFC]</w:t>
      </w:r>
      <w:r>
        <w:rPr>
          <w:u w:val="none"/>
          <w:shd w:fill="548235" w:val="clear" w:color="auto"/>
          <w:color w:val="FFFFFF"/>
        </w:rPr>
        <w:t xml:space="preserve"> </w:t>
      </w:r>
      <w:r>
        <w:rPr>
          <w:u w:val="none"/>
          <w:shd w:fill="548235" w:val="clear" w:color="auto"/>
          <w:color w:val="FFFFFF"/>
        </w:rPr>
        <w:t xml:space="preserve">when you search for Me with all your heart</w:t>
      </w:r>
      <w:r>
        <w:rPr>
          <w:b w:val="false"/>
          <w:i w:val="false"/>
          <w:color w:val="FFFFFF"/>
          <w:u w:val="none"/>
          <w:shd w:val="clear" w:color="auto" w:fill="548235"/>
        </w:rPr>
        <w:t xml:space="preserve"> [1LFD]</w:t>
      </w:r>
      <w:r>
        <w:rPr>
          <w:u w:val="none"/>
          <w:shd w:fill="548235" w:val="clear" w:color="auto"/>
          <w:color w:val="FFFFFF"/>
        </w:rPr>
        <w:t xml:space="preserve">.</w:t>
      </w:r>
    </w:p>
    <w:p>
      <w:pPr>
        <w:pStyle w:val="Yellow"/>
        <w:rPr/>
      </w:pPr>
      <w:r>
        <w:rPr>
          <w:b/>
          <w:u w:val="none"/>
        </w:rPr>
        <w:t>Hosea 6:6</w:t>
      </w:r>
      <w:r>
        <w:rPr>
          <w:u w:val="none"/>
        </w:rPr>
        <w:t xml:space="preserve"> — </w:t>
      </w:r>
      <w:r>
        <w:rPr>
          <w:u w:val="none"/>
          <w:shd w:fill="B7DDE8" w:val="clear"/>
        </w:rPr>
        <w:t>I desire mercy, not sacrifice</w:t>
      </w:r>
      <w:r>
        <w:rPr>
          <w:b w:val="false"/>
          <w:i w:val="false"/>
          <w:color w:val="000000"/>
          <w:u w:val="none"/>
        </w:rPr>
        <w:t xml:space="preserve"> [3AZP]</w:t>
      </w:r>
      <w:r>
        <w:rPr>
          <w:u w:val="none"/>
        </w:rPr>
        <w:t xml:space="preserve">, and </w:t>
      </w:r>
      <w:r>
        <w:rPr>
          <w:u w:val="none"/>
          <w:shd w:fill="B7DDE8" w:val="clear"/>
        </w:rPr>
        <w:t>the knowledge of God rather than burnt offerings</w:t>
      </w:r>
      <w:r>
        <w:rPr>
          <w:b w:val="false"/>
          <w:i w:val="false"/>
          <w:color w:val="000000"/>
          <w:u w:val="none"/>
        </w:rPr>
        <w:t xml:space="preserve"> [1AZQ]</w:t>
      </w:r>
      <w:r>
        <w:rPr>
          <w:u w:val="none"/>
        </w:rPr>
        <w:t>.</w:t>
      </w:r>
    </w:p>
    <w:p>
      <w:pPr>
        <w:pStyle w:val="Yellow"/>
        <w:rPr/>
      </w:pPr>
      <w:r>
        <w:rPr>
          <w:b/>
        </w:rPr>
        <w:t>Hosea 10:12</w:t>
      </w:r>
      <w:r>
        <w:rPr/>
        <w:t xml:space="preserve"> — </w:t>
      </w:r>
      <w:r>
        <w:rPr>
          <w:shd w:val="clear" w:fill="B7DDE8"/>
        </w:rPr>
        <w:t>Sow for yourselves righteousness</w:t>
      </w:r>
      <w:r>
        <w:rPr>
          <w:b w:val="false"/>
          <w:i w:val="false"/>
          <w:color w:val="000000"/>
          <w:u w:val="none"/>
        </w:rPr>
        <w:t xml:space="preserve"> [1CXK]</w:t>
      </w:r>
      <w:r>
        <w:rPr/>
        <w:t xml:space="preserve"> and </w:t>
      </w:r>
      <w:r>
        <w:rPr>
          <w:shd w:val="clear" w:fill="B7DDE8"/>
        </w:rPr>
        <w:t>reap the fruit of loving devotion</w:t>
      </w:r>
      <w:r>
        <w:rPr>
          <w:b w:val="false"/>
          <w:i w:val="false"/>
          <w:color w:val="000000"/>
          <w:u w:val="none"/>
        </w:rPr>
        <w:t xml:space="preserve"> [1CXL]</w:t>
      </w:r>
      <w:r>
        <w:rPr/>
        <w:t xml:space="preserve">; </w:t>
      </w:r>
      <w:r>
        <w:rPr>
          <w:shd w:val="clear" w:fill="B7DDE8"/>
        </w:rPr>
        <w:t>break up your unplowed ground</w:t>
      </w:r>
      <w:r>
        <w:rPr>
          <w:b w:val="false"/>
          <w:i w:val="false"/>
          <w:color w:val="000000"/>
          <w:u w:val="none"/>
        </w:rPr>
        <w:t xml:space="preserve"> [1CXM]</w:t>
      </w:r>
      <w:r>
        <w:rPr/>
        <w:t xml:space="preserve">. For </w:t>
      </w:r>
      <w:r>
        <w:rPr>
          <w:shd w:val="clear" w:fill="B7DDE8"/>
        </w:rPr>
        <w:t>it is time to seek the LORD</w:t>
      </w:r>
      <w:r>
        <w:rPr>
          <w:b w:val="false"/>
          <w:i w:val="false"/>
          <w:color w:val="000000"/>
          <w:u w:val="none"/>
        </w:rPr>
        <w:t xml:space="preserve"> [1CXN]</w:t>
      </w:r>
      <w:r>
        <w:rPr/>
        <w:t xml:space="preserve"> until </w:t>
      </w:r>
      <w:r>
        <w:rPr>
          <w:shd w:val="clear" w:fill="B7DDE8"/>
        </w:rPr>
        <w:t>He comes</w:t>
      </w:r>
      <w:r>
        <w:rPr>
          <w:b w:val="false"/>
          <w:i w:val="false"/>
          <w:color w:val="000000"/>
          <w:u w:val="none"/>
        </w:rPr>
        <w:t xml:space="preserve"> [1CXO]</w:t>
      </w:r>
      <w:r>
        <w:rPr/>
        <w:t xml:space="preserve"> and </w:t>
      </w:r>
      <w:r>
        <w:rPr>
          <w:shd w:val="clear" w:fill="B7DDE8"/>
        </w:rPr>
        <w:t>sends righteousness upon you like rain</w:t>
      </w:r>
      <w:r>
        <w:rPr>
          <w:b w:val="false"/>
          <w:i w:val="false"/>
          <w:color w:val="000000"/>
          <w:u w:val="none"/>
        </w:rPr>
        <w:t xml:space="preserve"> [1CXP]</w:t>
      </w:r>
      <w:r>
        <w:rPr/>
        <w:t>.</w:t>
      </w:r>
    </w:p>
    <w:p>
      <w:pPr>
        <w:pStyle w:val="Yellow"/>
        <w:rPr/>
      </w:pPr>
      <w:r>
        <w:rPr>
          <w:b/>
        </w:rPr>
        <w:t xml:space="preserve">Amos 5:4</w:t>
      </w:r>
      <w:r>
        <w:rPr/>
        <w:t xml:space="preserve"> — This is what the LORD says to the house of Israel: “</w:t>
      </w:r>
      <w:r>
        <w:rPr>
          <w:shd w:fill="B7DDE8" w:val="clear"/>
        </w:rPr>
        <w:t xml:space="preserve">Seek Me and live</w:t>
      </w:r>
      <w:r>
        <w:rPr>
          <w:b w:val="false"/>
          <w:i w:val="false"/>
          <w:color w:val="000000"/>
          <w:u w:val="none"/>
        </w:rPr>
        <w:t xml:space="preserve"> [2CZB]</w:t>
      </w:r>
      <w:r>
        <w:rPr/>
        <w:t xml:space="preserve">!</w:t>
      </w:r>
    </w:p>
    <w:p>
      <w:pPr>
        <w:pStyle w:val="Yellow"/>
        <w:rPr/>
        <w:pBdr>
          <w:left w:val="single" w:sz="28" w:space="5" w:color="C00000"/>
        </w:pBdr>
      </w:pPr>
      <w:r>
        <w:rPr>
          <w:b/>
        </w:rPr>
        <w:t xml:space="preserve">Zephaniah 2:3</w:t>
      </w:r>
      <w:r>
        <w:rPr/>
        <w:t xml:space="preserve"> — </w:t>
      </w:r>
      <w:r>
        <w:rPr>
          <w:shd w:fill="B7DDE8" w:val="clear"/>
        </w:rPr>
        <w:t xml:space="preserve">Seek the LORD, all you humble of the earth who carry out His justice</w:t>
      </w:r>
      <w:r>
        <w:rPr>
          <w:b w:val="false"/>
          <w:i w:val="false"/>
          <w:color w:val="000000"/>
          <w:u w:val="none"/>
        </w:rPr>
        <w:t xml:space="preserve"> [1KRK]</w:t>
      </w:r>
      <w:r>
        <w:rPr/>
        <w:t xml:space="preserve">. </w:t>
      </w:r>
      <w:r>
        <w:rPr>
          <w:shd w:fill="B7DDE8" w:val="clear"/>
        </w:rPr>
        <w:t xml:space="preserve">Seek righteousness; seek humility</w:t>
      </w:r>
      <w:r>
        <w:rPr>
          <w:b w:val="false"/>
          <w:i w:val="false"/>
          <w:u w:val="none"/>
          <w:color w:val="000000"/>
        </w:rPr>
        <w:t xml:space="preserve"> [1KRL]</w:t>
      </w:r>
      <w:r>
        <w:rPr>
          <w:shd w:val="clear" w:color="auto" w:fill="548235"/>
          <w:color w:val="FFFFFF"/>
        </w:rPr>
        <w:t xml:space="preserve">. </w:t>
      </w:r>
      <w:r>
        <w:rPr>
          <w:shd w:fill="548235" w:val="clear" w:color="auto"/>
          <w:color w:val="FFFFFF"/>
        </w:rPr>
        <w:t xml:space="preserve">Perhaps you will be sheltered on the day of the LORD’s anger</w:t>
      </w:r>
      <w:r>
        <w:rPr>
          <w:b w:val="false"/>
          <w:i w:val="false"/>
          <w:color w:val="FFFFFF"/>
          <w:u w:val="none"/>
          <w:shd w:val="clear" w:color="auto" w:fill="548235"/>
        </w:rPr>
        <w:t xml:space="preserve"> [1KRM]</w:t>
      </w:r>
      <w:r>
        <w:rPr>
          <w:shd w:val="clear" w:color="auto" w:fill="548235"/>
          <w:color w:val="FFFFFF"/>
        </w:rPr>
        <w:t xml:space="preserve">.</w:t>
      </w:r>
    </w:p>
    <w:p>
      <w:pPr>
        <w:pStyle w:val="Yellow"/>
        <w:rPr/>
      </w:pPr>
      <w:r>
        <w:rPr>
          <w:b/>
        </w:rPr>
        <w:t xml:space="preserve">John 8:19</w:t>
      </w:r>
      <w:r>
        <w:rPr/>
        <w:t xml:space="preserve"> — “</w:t>
      </w:r>
      <w:r>
        <w:rPr>
          <w:shd w:fill="B7DDE8" w:val="clear"/>
        </w:rPr>
        <w:t xml:space="preserve">If you knew Me</w:t>
      </w:r>
      <w:r>
        <w:rPr>
          <w:b w:val="false"/>
          <w:i w:val="false"/>
          <w:color w:val="000000"/>
          <w:u w:val="none"/>
        </w:rPr>
        <w:t xml:space="preserve"> [1KZY]</w:t>
      </w:r>
      <w:r>
        <w:rPr/>
        <w:t xml:space="preserve">, </w:t>
      </w:r>
      <w:r>
        <w:rPr>
          <w:shd w:fill="B7DDE8" w:val="clear"/>
        </w:rPr>
        <w:t xml:space="preserve">you would know My Father as well</w:t>
      </w:r>
      <w:r>
        <w:rPr>
          <w:b w:val="false"/>
          <w:i w:val="false"/>
          <w:color w:val="000000"/>
          <w:u w:val="none"/>
        </w:rPr>
        <w:t xml:space="preserve"> [1KZZ]</w:t>
      </w:r>
      <w:r>
        <w:rPr/>
        <w:t xml:space="preserve">.”</w:t>
      </w:r>
    </w:p>
    <w:p>
      <w:pPr>
        <w:pStyle w:val="Yellow"/>
        <w:rPr/>
      </w:pPr>
      <w:r>
        <w:rPr/>
        <w:t xml:space="preserve">(Ac17:26 “every nation of men”) </w:t>
      </w:r>
      <w:r>
        <w:rPr>
          <w:b/>
        </w:rPr>
        <w:t xml:space="preserve">Acts 17:27</w:t>
      </w:r>
      <w:r>
        <w:rPr/>
        <w:t xml:space="preserve"> — </w:t>
      </w:r>
      <w:r>
        <w:rPr>
          <w:shd w:fill="B7DDE8" w:val="clear"/>
        </w:rPr>
        <w:t xml:space="preserve">God intended that {they} would seek Him and perhaps reach out for Him and find Him</w:t>
      </w:r>
      <w:r>
        <w:rPr>
          <w:b w:val="false"/>
          <w:i w:val="false"/>
          <w:color w:val="000000"/>
          <w:u w:val="none"/>
        </w:rPr>
        <w:t xml:space="preserve"> [1LJH]</w:t>
      </w:r>
      <w:r>
        <w:rPr/>
        <w:t xml:space="preserve">, though </w:t>
      </w:r>
      <w:r>
        <w:rPr>
          <w:shd w:fill="F4B183" w:val="clear" w:color="auto"/>
          <w:color w:val="000000"/>
        </w:rPr>
        <w:t xml:space="preserve">He is not far from each one of us</w:t>
      </w:r>
      <w:r>
        <w:rPr>
          <w:b w:val="false"/>
          <w:i w:val="false"/>
          <w:color w:val="000000"/>
          <w:u w:val="none"/>
          <w:shd w:val="clear" w:color="auto" w:fill="F4B183"/>
        </w:rPr>
        <w:t xml:space="preserve"> [1LJI]</w:t>
      </w:r>
      <w:r>
        <w:rPr/>
        <w:t xml:space="preserve">.</w:t>
      </w:r>
    </w:p>
    <w:p>
      <w:pPr>
        <w:pStyle w:val="Red"/>
        <w:spacing w:before="0" w:after="100" w:line="252" w:lineRule="auto"/>
        <w:rPr/>
      </w:pPr>
      <w:r>
        <w:rPr>
          <w:b/>
          <w:shd w:val="clear" w:color="auto" w:fill="C00000"/>
          <w:color w:val="FFFFFF"/>
        </w:rPr>
        <w:t>Romans 10:20</w:t>
      </w:r>
      <w:r>
        <w:rPr>
          <w:shd w:val="clear" w:color="auto" w:fill="C00000"/>
          <w:color w:val="FFFFFF"/>
        </w:rPr>
        <w:t xml:space="preserve"> — “</w:t>
      </w:r>
      <w:r>
        <w:rPr>
          <w:shd w:val="clear" w:color="auto" w:fill="C00000"/>
          <w:color w:val="FFFFFF"/>
        </w:rPr>
        <w:t>I was found by those who did not seek Me</w:t>
      </w:r>
      <w:r>
        <w:rPr>
          <w:b w:val="false"/>
          <w:i w:val="false"/>
          <w:u w:val="none"/>
          <w:shd w:val="clear" w:color="auto" w:fill="C00000"/>
          <w:color w:val="FFFFFF"/>
        </w:rPr>
        <w:t xml:space="preserve"> [2PP]</w:t>
      </w:r>
      <w:r>
        <w:rPr>
          <w:shd w:val="clear" w:color="auto" w:fill="C00000"/>
          <w:color w:val="FFFFFF"/>
        </w:rPr>
        <w:t xml:space="preserve">; </w:t>
      </w:r>
      <w:r>
        <w:rPr>
          <w:shd w:val="clear" w:color="auto" w:fill="C00000"/>
          <w:color w:val="FFFFFF"/>
        </w:rPr>
        <w:t>I revealed Myself to those who did not ask for Me</w:t>
      </w:r>
      <w:r>
        <w:rPr>
          <w:b w:val="false"/>
          <w:i w:val="false"/>
          <w:u w:val="none"/>
          <w:shd w:val="clear" w:color="auto" w:fill="C00000"/>
          <w:color w:val="FFFFFF"/>
        </w:rPr>
        <w:t xml:space="preserve"> [2PQ]</w:t>
      </w:r>
      <w:r>
        <w:rPr>
          <w:shd w:val="clear" w:color="auto" w:fill="C00000"/>
          <w:color w:val="FFFFFF"/>
        </w:rPr>
        <w:t>.”</w:t>
      </w:r>
      <w:r>
        <w:rPr>
          <w:b w:val="0"/>
          <w:i w:val="0"/>
          <w:u w:val="single"/>
        </w:rPr>
      </w:r>
    </w:p>
    <w:p>
      <w:pPr>
        <w:pStyle w:val="Yellow"/>
        <w:rPr/>
      </w:pPr>
      <w:r>
        <w:rPr/>
        <w:t xml:space="preserve">(Ep3:17ᶜ Christ may “dwell in your hearts through faith”) </w:t>
      </w:r>
      <w:r>
        <w:rPr>
          <w:b/>
        </w:rPr>
        <w:t xml:space="preserve">Ephesians 3:18–19</w:t>
      </w:r>
      <w:r>
        <w:rPr/>
        <w:t xml:space="preserve"> — {Then} you, </w:t>
      </w:r>
      <w:r>
        <w:rPr>
          <w:shd w:fill="B7DDE8" w:val="clear"/>
        </w:rPr>
        <w:t xml:space="preserve">being rooted and grounded in love</w:t>
      </w:r>
      <w:r>
        <w:rPr>
          <w:b w:val="false"/>
          <w:i w:val="false"/>
          <w:color w:val="000000"/>
          <w:u w:val="none"/>
        </w:rPr>
        <w:t xml:space="preserve"> [1GJR]</w:t>
      </w:r>
      <w:r>
        <w:rPr>
          <w:b w:val="false"/>
          <w:i w:val="false"/>
          <w:color w:val="000000"/>
          <w:u w:val="none"/>
        </w:rPr>
        <w:t xml:space="preserve"> [1GJS]</w:t>
      </w:r>
      <w:r>
        <w:rPr/>
        <w:t xml:space="preserve">, </w:t>
      </w:r>
      <w:r>
        <w:rPr>
          <w:shd w:fill="B7DDE8" w:val="clear"/>
        </w:rPr>
        <w:t xml:space="preserve">will have power, together with all the saints, to comprehend the length and width and height and depth of the love of Christ</w:t>
      </w:r>
      <w:r>
        <w:rPr>
          <w:b w:val="false"/>
          <w:i w:val="false"/>
          <w:color w:val="000000"/>
          <w:u w:val="none"/>
        </w:rPr>
        <w:t xml:space="preserve"> [1GJT]</w:t>
      </w:r>
      <w:r>
        <w:rPr/>
        <w:t xml:space="preserve">, and </w:t>
      </w:r>
      <w:r>
        <w:rPr>
          <w:shd w:fill="B7DDE8" w:val="clear"/>
        </w:rPr>
        <w:t xml:space="preserve">to know this love that surpasses knowledge</w:t>
      </w:r>
      <w:r>
        <w:rPr>
          <w:b w:val="false"/>
          <w:i w:val="false"/>
          <w:color w:val="000000"/>
          <w:u w:val="none"/>
        </w:rPr>
        <w:t xml:space="preserve"> [1GJU]</w:t>
      </w:r>
      <w:r>
        <w:rPr/>
        <w:t xml:space="preserve">, </w:t>
      </w:r>
      <w:r>
        <w:rPr>
          <w:shd w:fill="B7DDE8" w:val="clear"/>
        </w:rPr>
        <w:t xml:space="preserve">that you may be filled with all the fullness of God</w:t>
      </w:r>
      <w:r>
        <w:rPr>
          <w:b w:val="false"/>
          <w:i w:val="false"/>
          <w:color w:val="000000"/>
          <w:u w:val="none"/>
        </w:rPr>
        <w:t xml:space="preserve"> [1GJV]</w:t>
      </w:r>
      <w:r>
        <w:rPr/>
        <w:t xml:space="preserve">.</w:t>
      </w:r>
    </w:p>
    <w:p>
      <w:r>
        <w:rPr>
          <w:b/>
          <w:sz w:val="32"/>
        </w:rPr>
        <w:t>Wicked  (102)</w:t>
      </w:r>
    </w:p>
    <w:p>
      <w:pPr>
        <w:pStyle w:val="Yellow"/>
        <w:rPr/>
      </w:pPr>
      <w:r>
        <w:rPr/>
        <w:t xml:space="preserve">(Ex21:13 accidental killing has a place of refuge) </w:t>
      </w:r>
      <w:r>
        <w:rPr>
          <w:b/>
        </w:rPr>
        <w:t xml:space="preserve">Exodus 21:14</w:t>
      </w:r>
      <w:r>
        <w:rPr/>
        <w:t xml:space="preserve"> — {But} </w:t>
      </w:r>
      <w:r>
        <w:rPr>
          <w:shd w:fill="B7DDE8" w:val="clear"/>
        </w:rPr>
        <w:t xml:space="preserve">if a man schemes and acts willfully against his neighbor to kill him</w:t>
      </w:r>
      <w:r>
        <w:rPr>
          <w:b w:val="false"/>
          <w:i w:val="false"/>
          <w:color w:val="000000"/>
          <w:u w:val="none"/>
        </w:rPr>
        <w:t xml:space="preserve"> [1IUQ]</w:t>
      </w:r>
      <w:r>
        <w:rPr/>
        <w:t xml:space="preserve">, </w:t>
      </w:r>
      <w:r>
        <w:rPr>
          <w:shd w:fill="B7DDE8" w:val="clear"/>
        </w:rPr>
        <w:t xml:space="preserve">you must take him away from My altar to be put to death</w:t>
      </w:r>
      <w:r>
        <w:rPr>
          <w:b w:val="false"/>
          <w:i w:val="false"/>
          <w:color w:val="000000"/>
          <w:u w:val="none"/>
        </w:rPr>
        <w:t xml:space="preserve"> [1IUR]</w:t>
      </w:r>
      <w:r>
        <w:rPr/>
        <w:t xml:space="preserve">.</w:t>
      </w:r>
    </w:p>
    <w:p>
      <w:pPr>
        <w:pStyle w:val="Yellow"/>
        <w:rPr/>
      </w:pPr>
      <w:r>
        <w:rPr>
          <w:b/>
        </w:rPr>
        <w:t xml:space="preserve">Numbers 22:32</w:t>
      </w:r>
      <w:r>
        <w:rPr/>
        <w:t xml:space="preserve"> — Behold, </w:t>
      </w:r>
      <w:r>
        <w:rPr>
          <w:shd w:fill="B7DDE8" w:val="clear"/>
        </w:rPr>
        <w:t xml:space="preserve">I have come out to oppose you</w:t>
      </w:r>
      <w:r>
        <w:rPr>
          <w:b w:val="false"/>
          <w:i w:val="false"/>
          <w:color w:val="000000"/>
          <w:u w:val="none"/>
        </w:rPr>
        <w:t xml:space="preserve"> [1LDB]</w:t>
      </w:r>
      <w:r>
        <w:rPr/>
        <w:t xml:space="preserve">, because </w:t>
      </w:r>
      <w:r>
        <w:rPr>
          <w:shd w:fill="F4B183" w:val="clear" w:color="auto"/>
          <w:color w:val="000000"/>
        </w:rPr>
        <w:t xml:space="preserve">your way is perverse before me</w:t>
      </w:r>
      <w:r>
        <w:rPr>
          <w:b w:val="false"/>
          <w:i w:val="false"/>
          <w:color w:val="000000"/>
          <w:u w:val="none"/>
          <w:shd w:val="clear" w:color="auto" w:fill="F4B183"/>
        </w:rPr>
        <w:t xml:space="preserve"> [1LDC]</w:t>
      </w:r>
      <w:r>
        <w:rPr/>
        <w:t xml:space="preserve">.</w:t>
      </w:r>
    </w:p>
    <w:p>
      <w:pPr>
        <w:pStyle w:val="Yellow"/>
        <w:rPr/>
      </w:pPr>
      <w:r>
        <w:rPr/>
        <w:t xml:space="preserve">(De32:15–18 because Israel abandoned God) </w:t>
      </w:r>
      <w:r>
        <w:rPr>
          <w:b/>
        </w:rPr>
        <w:t xml:space="preserve">Deuteronomy 32:20</w:t>
      </w:r>
      <w:r>
        <w:rPr/>
        <w:t xml:space="preserve"> — “</w:t>
      </w:r>
      <w:r>
        <w:rPr>
          <w:shd w:val="clear" w:color="auto" w:fill="D9C3E6"/>
        </w:rPr>
        <w:t xml:space="preserve">I will hide My face from {them}</w:t>
      </w:r>
      <w:r>
        <w:rPr>
          <w:b w:val="false"/>
          <w:i w:val="false"/>
          <w:color w:val="000000"/>
          <w:u w:val="none"/>
        </w:rPr>
        <w:t xml:space="preserve"> [3BGN]</w:t>
      </w:r>
      <w:r>
        <w:rPr>
          <w:shd w:val="clear" w:color="auto" w:fill="D9C3E6"/>
        </w:rPr>
        <w:t xml:space="preserve">; </w:t>
      </w:r>
      <w:r>
        <w:rPr>
          <w:shd w:fill="548235" w:val="clear" w:color="auto"/>
          <w:color w:val="FFFFFF"/>
        </w:rPr>
        <w:t xml:space="preserve">I will see what will be their end</w:t>
      </w:r>
      <w:r>
        <w:rPr>
          <w:b w:val="false"/>
          <w:i w:val="false"/>
          <w:color w:val="FFFFFF"/>
          <w:u w:val="none"/>
          <w:shd w:val="clear" w:color="auto" w:fill="548235"/>
        </w:rPr>
        <w:t xml:space="preserve"> [1LJE]</w:t>
      </w:r>
      <w:r>
        <w:rPr/>
        <w:t xml:space="preserve">.”</w:t>
      </w:r>
    </w:p>
    <w:p>
      <w:pPr>
        <w:pStyle w:val="Yellow"/>
        <w:rPr/>
      </w:pPr>
      <w:r>
        <w:rPr/>
        <w:t xml:space="preserve">(De32:31–33 because Israel’s enemies are corrupt) </w:t>
      </w:r>
      <w:r>
        <w:rPr>
          <w:b/>
        </w:rPr>
        <w:t xml:space="preserve">Deuteronomy 32:35</w:t>
      </w:r>
      <w:r>
        <w:rPr/>
        <w:t xml:space="preserve"> — </w:t>
      </w:r>
      <w:r>
        <w:rPr>
          <w:shd w:fill="B7DDE8" w:val="clear"/>
        </w:rPr>
        <w:t xml:space="preserve">Vengeance is Mine</w:t>
      </w:r>
      <w:r>
        <w:rPr>
          <w:b w:val="false"/>
          <w:i w:val="false"/>
          <w:color w:val="000000"/>
          <w:u w:val="none"/>
        </w:rPr>
        <w:t xml:space="preserve"> [2IPH]</w:t>
      </w:r>
      <w:r>
        <w:rPr/>
        <w:t xml:space="preserve">; </w:t>
      </w:r>
      <w:r>
        <w:rPr>
          <w:shd w:fill="B7DDE8" w:val="clear"/>
        </w:rPr>
        <w:t xml:space="preserve">I will repay</w:t>
      </w:r>
      <w:r>
        <w:rPr>
          <w:b w:val="false"/>
          <w:i w:val="false"/>
          <w:color w:val="000000"/>
          <w:u w:val="none"/>
        </w:rPr>
        <w:t xml:space="preserve"> [2IPI]</w:t>
      </w:r>
      <w:r>
        <w:rPr/>
        <w:t xml:space="preserve">. </w:t>
      </w:r>
      <w:r>
        <w:rPr>
          <w:shd w:fill="B7DDE8" w:val="clear"/>
        </w:rPr>
        <w:t xml:space="preserve">In due time {their} foot will slip</w:t>
      </w:r>
      <w:r>
        <w:rPr>
          <w:b w:val="false"/>
          <w:i w:val="false"/>
          <w:color w:val="000000"/>
          <w:u w:val="none"/>
        </w:rPr>
        <w:t xml:space="preserve"> [1JIC]</w:t>
      </w:r>
      <w:r>
        <w:rPr/>
        <w:t xml:space="preserve">; for </w:t>
      </w:r>
      <w:r>
        <w:rPr>
          <w:shd w:fill="B7DDE8" w:val="clear"/>
        </w:rPr>
        <w:t xml:space="preserve">their day of disaster is near</w:t>
      </w:r>
      <w:r>
        <w:rPr>
          <w:b w:val="false"/>
          <w:i w:val="false"/>
          <w:color w:val="000000"/>
          <w:u w:val="none"/>
        </w:rPr>
        <w:t xml:space="preserve"> [1JID]</w:t>
      </w:r>
      <w:r>
        <w:rPr/>
        <w:t xml:space="preserve">, and </w:t>
      </w:r>
      <w:r>
        <w:rPr>
          <w:shd w:fill="B7DDE8" w:val="clear"/>
        </w:rPr>
        <w:t xml:space="preserve">their doom is coming quickly</w:t>
      </w:r>
      <w:r>
        <w:rPr>
          <w:b w:val="false"/>
          <w:i w:val="false"/>
          <w:color w:val="000000"/>
          <w:u w:val="none"/>
        </w:rPr>
        <w:t xml:space="preserve"> [1JIE]</w:t>
      </w:r>
      <w:r>
        <w:rPr/>
        <w:t xml:space="preserve">.”</w:t>
      </w:r>
    </w:p>
    <w:p>
      <w:pPr>
        <w:pStyle w:val="Yellow"/>
        <w:rPr/>
      </w:pPr>
      <w:r>
        <w:rPr>
          <w:shd w:val="clear" w:color="auto" w:fill="548235"/>
          <w:color w:val="FFFFFF"/>
        </w:rPr>
        <w:t xml:space="preserve">(1Sa12:24 if Israel serves the LORD faithfully) </w:t>
      </w:r>
      <w:r>
        <w:rPr>
          <w:b/>
          <w:shd w:val="clear" w:color="auto" w:fill="548235"/>
          <w:color w:val="FFFFFF"/>
        </w:rPr>
        <w:t xml:space="preserve">1 Samuel 12:25</w:t>
      </w:r>
      <w:r>
        <w:rPr>
          <w:shd w:val="clear" w:color="auto" w:fill="548235"/>
          <w:color w:val="FFFFFF"/>
        </w:rPr>
        <w:t xml:space="preserve"> — {But} </w:t>
      </w:r>
      <w:r>
        <w:rPr>
          <w:shd w:fill="548235" w:val="clear" w:color="auto"/>
          <w:color w:val="FFFFFF"/>
        </w:rPr>
        <w:t xml:space="preserve">if you persist in doing evil</w:t>
      </w:r>
      <w:r>
        <w:rPr>
          <w:b w:val="false"/>
          <w:i w:val="false"/>
          <w:color w:val="FFFFFF"/>
          <w:u w:val="none"/>
          <w:shd w:val="clear" w:color="auto" w:fill="548235"/>
        </w:rPr>
        <w:t xml:space="preserve"> [1KTU]</w:t>
      </w:r>
      <w:r>
        <w:rPr>
          <w:shd w:val="clear" w:color="auto" w:fill="548235"/>
          <w:color w:val="FFFFFF"/>
        </w:rPr>
        <w:t xml:space="preserve">, </w:t>
      </w:r>
      <w:r>
        <w:rPr>
          <w:shd w:fill="548235" w:val="clear" w:color="auto"/>
          <w:color w:val="FFFFFF"/>
        </w:rPr>
        <w:t xml:space="preserve">both you and your king will be swept away</w:t>
      </w:r>
      <w:r>
        <w:rPr>
          <w:b w:val="false"/>
          <w:i w:val="false"/>
          <w:color w:val="FFFFFF"/>
          <w:u w:val="none"/>
          <w:shd w:val="clear" w:color="auto" w:fill="548235"/>
        </w:rPr>
        <w:t xml:space="preserve"> [1KTV]</w:t>
      </w:r>
      <w:r>
        <w:rPr>
          <w:shd w:val="clear" w:color="auto" w:fill="548235"/>
          <w:color w:val="FFFFFF"/>
        </w:rPr>
        <w:t xml:space="preserve">.”</w:t>
      </w:r>
    </w:p>
    <w:p>
      <w:pPr>
        <w:pStyle w:val="Yellow"/>
        <w:rPr/>
      </w:pPr>
      <w:r>
        <w:rPr>
          <w:b/>
        </w:rPr>
        <w:t xml:space="preserve">2 Chronicles 19:2</w:t>
      </w:r>
      <w:r>
        <w:rPr/>
        <w:t xml:space="preserve"> — “</w:t>
      </w:r>
      <w:r>
        <w:rPr>
          <w:shd w:fill="B7DDE8" w:val="clear"/>
        </w:rPr>
        <w:t xml:space="preserve">Should you help the wicked and love those who hate the LORD?</w:t>
      </w:r>
      <w:r>
        <w:rPr>
          <w:b w:val="false"/>
          <w:i w:val="false"/>
          <w:color w:val="000000"/>
          <w:u w:val="none"/>
        </w:rPr>
        <w:t xml:space="preserve"> [1JGF]</w:t>
      </w:r>
      <w:r>
        <w:rPr/>
        <w:t xml:space="preserve"> Because of this, </w:t>
      </w:r>
      <w:r>
        <w:rPr>
          <w:shd w:fill="B7DDE8" w:val="clear"/>
        </w:rPr>
        <w:t xml:space="preserve">the wrath of the LORD is upon you</w:t>
      </w:r>
      <w:r>
        <w:rPr>
          <w:b w:val="false"/>
          <w:i w:val="false"/>
          <w:color w:val="000000"/>
          <w:u w:val="none"/>
        </w:rPr>
        <w:t xml:space="preserve"> [1JGG]</w:t>
      </w:r>
      <w:r>
        <w:rPr/>
        <w:t xml:space="preserve">.</w:t>
      </w:r>
    </w:p>
    <w:p>
      <w:pPr>
        <w:pStyle w:val="Yellow"/>
        <w:rPr/>
      </w:pPr>
      <w:r>
        <w:rPr/>
        <w:t xml:space="preserve">(2Ch29:6ᶜ “our fathers were unfaithful and did evil in the sight of the LORD”) </w:t>
      </w:r>
      <w:r>
        <w:rPr>
          <w:b/>
        </w:rPr>
        <w:t xml:space="preserve">2 Chronicles 29:9</w:t>
      </w:r>
      <w:r>
        <w:rPr/>
        <w:t xml:space="preserve"> — For behold, </w:t>
      </w:r>
      <w:r>
        <w:rPr>
          <w:shd w:fill="B7DDE8" w:val="clear"/>
        </w:rPr>
        <w:t xml:space="preserve">{this} is why our fathers have fallen by the sword</w:t>
      </w:r>
      <w:r>
        <w:rPr>
          <w:b w:val="false"/>
          <w:i w:val="false"/>
          <w:color w:val="000000"/>
          <w:u w:val="none"/>
        </w:rPr>
        <w:t xml:space="preserve"> [1KCZ]</w:t>
      </w:r>
      <w:r>
        <w:rPr/>
        <w:t xml:space="preserve">, and </w:t>
      </w:r>
      <w:r>
        <w:rPr>
          <w:shd w:fill="B7DDE8" w:val="clear"/>
        </w:rPr>
        <w:t xml:space="preserve">our sons and daughters and wives are in captivity</w:t>
      </w:r>
      <w:r>
        <w:rPr>
          <w:b w:val="false"/>
          <w:i w:val="false"/>
          <w:u w:val="none"/>
          <w:color w:val="000000"/>
        </w:rPr>
        <w:t xml:space="preserve"> [1KDA]</w:t>
      </w:r>
      <w:r>
        <w:rPr/>
        <w:t xml:space="preserve">.</w:t>
      </w:r>
    </w:p>
    <w:p>
      <w:pPr>
        <w:pStyle w:val="Yellow"/>
        <w:rPr/>
      </w:pPr>
      <w:r>
        <w:rPr/>
        <w:t xml:space="preserve">(Neh9:16 Israel’s fathers) </w:t>
      </w:r>
      <w:r>
        <w:rPr>
          <w:b/>
        </w:rPr>
        <w:t>Nehemiah 9:17</w:t>
      </w:r>
      <w:r>
        <w:rPr/>
        <w:t xml:space="preserve"> — </w:t>
      </w:r>
      <w:r>
        <w:rPr>
          <w:shd w:val="clear" w:fill="B7DDE8"/>
        </w:rPr>
        <w:t>{They} refused to listen</w:t>
      </w:r>
      <w:r>
        <w:rPr>
          <w:b w:val="false"/>
          <w:i w:val="false"/>
          <w:u w:val="none"/>
          <w:color w:val="000000"/>
        </w:rPr>
        <w:t xml:space="preserve"> [1FNX]</w:t>
      </w:r>
      <w:r>
        <w:rPr/>
        <w:t xml:space="preserve"> and </w:t>
      </w:r>
      <w:r>
        <w:rPr>
          <w:shd w:val="clear" w:fill="B7DDE8"/>
        </w:rPr>
        <w:t>failed to remember the wonders You performed among them</w:t>
      </w:r>
      <w:r>
        <w:rPr>
          <w:b w:val="false"/>
          <w:i w:val="false"/>
          <w:color w:val="000000"/>
          <w:u w:val="none"/>
        </w:rPr>
        <w:t xml:space="preserve"> [1FNY]</w:t>
      </w:r>
      <w:r>
        <w:rPr/>
        <w:t xml:space="preserve">. </w:t>
      </w:r>
      <w:r>
        <w:rPr>
          <w:shd w:val="clear" w:fill="B7DDE8"/>
        </w:rPr>
        <w:t>They stiffened their necks</w:t>
      </w:r>
      <w:r>
        <w:rPr>
          <w:b w:val="false"/>
          <w:i w:val="false"/>
          <w:color w:val="000000"/>
          <w:u w:val="none"/>
        </w:rPr>
        <w:t xml:space="preserve"> [1FNZ]</w:t>
      </w:r>
      <w:r>
        <w:rPr/>
        <w:t xml:space="preserve"> and </w:t>
      </w:r>
      <w:r>
        <w:rPr>
          <w:shd w:val="clear" w:fill="B7DDE8"/>
        </w:rPr>
        <w:t>appointed a leader to return them to their bondage in Egypt</w:t>
      </w:r>
      <w:r>
        <w:rPr>
          <w:b w:val="false"/>
          <w:i w:val="false"/>
          <w:u w:val="none"/>
          <w:color w:val="000000"/>
        </w:rPr>
        <w:t xml:space="preserve"> [1FOA]</w:t>
      </w:r>
      <w:r>
        <w:rPr/>
        <w:t xml:space="preserve">. But </w:t>
      </w:r>
      <w:r>
        <w:rPr/>
        <w:t>You are a forgiving God</w:t>
      </w:r>
      <w:r>
        <w:rPr>
          <w:b w:val="false"/>
          <w:i w:val="false"/>
          <w:u w:val="none"/>
          <w:color w:val="000000"/>
        </w:rPr>
        <w:t xml:space="preserve"> [2FOB]</w:t>
      </w:r>
      <w:r>
        <w:rPr/>
        <w:t xml:space="preserve">, </w:t>
      </w:r>
      <w:r>
        <w:rPr/>
        <w:t>gracious and compassionate</w:t>
      </w:r>
      <w:r>
        <w:rPr>
          <w:b w:val="false"/>
          <w:i w:val="false"/>
          <w:u w:val="none"/>
          <w:color w:val="000000"/>
        </w:rPr>
        <w:t xml:space="preserve"> [19FI]</w:t>
      </w:r>
      <w:r>
        <w:rPr/>
        <w:t xml:space="preserve">, </w:t>
      </w:r>
      <w:r>
        <w:rPr/>
        <w:t>slow to anger</w:t>
      </w:r>
      <w:r>
        <w:rPr>
          <w:b w:val="false"/>
          <w:i w:val="false"/>
          <w:u w:val="none"/>
          <w:color w:val="000000"/>
        </w:rPr>
        <w:t xml:space="preserve"> [9FOC]</w:t>
      </w:r>
      <w:r>
        <w:rPr/>
        <w:t xml:space="preserve"> and </w:t>
      </w:r>
      <w:r>
        <w:rPr/>
        <w:t>rich in loving devotion</w:t>
      </w:r>
      <w:r>
        <w:rPr>
          <w:b w:val="false"/>
          <w:i w:val="false"/>
          <w:u w:val="none"/>
          <w:color w:val="000000"/>
        </w:rPr>
        <w:t xml:space="preserve"> [6FOD]</w:t>
      </w:r>
      <w:r>
        <w:rPr/>
        <w:t xml:space="preserve">, and </w:t>
      </w:r>
      <w:r>
        <w:rPr/>
        <w:t>You did not forsake them</w:t>
      </w:r>
      <w:r>
        <w:rPr>
          <w:b w:val="false"/>
          <w:i w:val="false"/>
          <w:color w:val="000000"/>
          <w:u w:val="none"/>
        </w:rPr>
        <w:t xml:space="preserve"> [2FOE]</w:t>
      </w:r>
      <w:r>
        <w:rPr/>
        <w:t>.</w:t>
      </w:r>
    </w:p>
    <w:p>
      <w:pPr>
        <w:pStyle w:val="Yellow"/>
        <w:rPr/>
      </w:pPr>
      <w:r>
        <w:rPr>
          <w:shd w:val="clear" w:color="auto" w:fill="548235"/>
          <w:color w:val="FFFFFF"/>
        </w:rPr>
        <w:t xml:space="preserve">(Ps1:1–3 the righteous man is like a fruitful tree) </w:t>
      </w:r>
      <w:r>
        <w:rPr>
          <w:b/>
          <w:shd w:val="clear" w:color="auto" w:fill="548235"/>
          <w:color w:val="FFFFFF"/>
        </w:rPr>
        <w:t xml:space="preserve">Psalm 1:4–5</w:t>
      </w:r>
      <w:r>
        <w:rPr>
          <w:shd w:val="clear" w:color="auto" w:fill="548235"/>
          <w:color w:val="FFFFFF"/>
        </w:rPr>
        <w:t xml:space="preserve"> — </w:t>
      </w:r>
      <w:r>
        <w:rPr>
          <w:shd w:fill="548235" w:val="clear" w:color="auto"/>
          <w:color w:val="FFFFFF"/>
        </w:rPr>
        <w:t xml:space="preserve">{Not so} the wicked! For they are like chaff driven off by the wind</w:t>
      </w:r>
      <w:r>
        <w:rPr>
          <w:b w:val="false"/>
          <w:i w:val="false"/>
          <w:color w:val="FFFFFF"/>
          <w:u w:val="none"/>
          <w:shd w:val="clear" w:color="auto" w:fill="548235"/>
        </w:rPr>
        <w:t xml:space="preserve"> [1JNB]</w:t>
      </w:r>
      <w:r>
        <w:rPr>
          <w:shd w:val="clear" w:color="auto" w:fill="548235"/>
          <w:color w:val="FFFFFF"/>
        </w:rPr>
        <w:t xml:space="preserve">. Therefore </w:t>
      </w:r>
      <w:r>
        <w:rPr>
          <w:shd w:fill="548235" w:val="clear" w:color="auto"/>
          <w:color w:val="FFFFFF"/>
        </w:rPr>
        <w:t xml:space="preserve">the wicked will not stand in the judgment, nor sinners in the assembly of the righteous</w:t>
      </w:r>
      <w:r>
        <w:rPr>
          <w:b w:val="false"/>
          <w:i w:val="false"/>
          <w:u w:val="none"/>
          <w:color w:val="FFFFFF"/>
          <w:shd w:val="clear" w:color="auto" w:fill="548235"/>
        </w:rPr>
        <w:t xml:space="preserve"> [1JNC]</w:t>
      </w:r>
      <w:r>
        <w:rPr>
          <w:b w:val="false"/>
          <w:i w:val="false"/>
          <w:color w:val="FFFFFF"/>
          <w:u w:val="none"/>
          <w:shd w:val="clear" w:color="auto" w:fill="548235"/>
        </w:rPr>
        <w:t xml:space="preserve"> [1JND]</w:t>
      </w:r>
      <w:r>
        <w:rPr>
          <w:shd w:val="clear" w:color="auto" w:fill="548235"/>
          <w:color w:val="FFFFFF"/>
        </w:rPr>
        <w:t xml:space="preserve">.</w:t>
      </w:r>
    </w:p>
    <w:p>
      <w:pPr>
        <w:pStyle w:val="Yellow"/>
        <w:rPr/>
      </w:pPr>
      <w:r>
        <w:rPr>
          <w:b/>
        </w:rPr>
        <w:t xml:space="preserve">Psalm 5:5</w:t>
      </w:r>
      <w:r>
        <w:rPr/>
        <w:t xml:space="preserve"> — </w:t>
      </w:r>
      <w:r>
        <w:rPr>
          <w:shd w:fill="F4B183" w:val="clear" w:color="auto"/>
          <w:color w:val="000000"/>
        </w:rPr>
        <w:t xml:space="preserve">The boastful cannot stand in Your presence</w:t>
      </w:r>
      <w:r>
        <w:rPr>
          <w:b w:val="false"/>
          <w:i w:val="false"/>
          <w:color w:val="000000"/>
          <w:u w:val="none"/>
          <w:shd w:val="clear" w:color="auto" w:fill="F4B183"/>
        </w:rPr>
        <w:t xml:space="preserve"> [1HUI]</w:t>
      </w:r>
      <w:r>
        <w:rPr>
          <w:shd w:val="clear" w:color="auto" w:fill="548235"/>
          <w:color w:val="FFFFFF"/>
        </w:rPr>
        <w:t xml:space="preserve">; </w:t>
      </w:r>
      <w:r>
        <w:rPr>
          <w:shd w:fill="548235" w:val="clear" w:color="auto"/>
          <w:color w:val="FFFFFF"/>
        </w:rPr>
        <w:t xml:space="preserve">You hate all workers of iniquity</w:t>
      </w:r>
      <w:r>
        <w:rPr>
          <w:b w:val="false"/>
          <w:i w:val="false"/>
          <w:color w:val="FFFFFF"/>
          <w:u w:val="none"/>
          <w:shd w:val="clear" w:color="auto" w:fill="548235"/>
        </w:rPr>
        <w:t xml:space="preserve"> [1HUJ]</w:t>
      </w:r>
      <w:r>
        <w:rPr>
          <w:shd w:val="clear" w:color="auto" w:fill="548235"/>
          <w:color w:val="FFFFFF"/>
        </w:rPr>
        <w:t xml:space="preserve">.</w:t>
      </w:r>
    </w:p>
    <w:p>
      <w:pPr>
        <w:pStyle w:val="Yellow"/>
        <w:rPr/>
      </w:pPr>
      <w:r>
        <w:rPr>
          <w:b/>
        </w:rPr>
        <w:t xml:space="preserve">Psalm 5:6</w:t>
      </w:r>
      <w:r>
        <w:rPr/>
        <w:t xml:space="preserve"> — </w:t>
      </w:r>
      <w:r>
        <w:rPr>
          <w:shd w:fill="B7DDE8" w:val="clear"/>
        </w:rPr>
        <w:t xml:space="preserve">You destroy those who tell lies</w:t>
      </w:r>
      <w:r>
        <w:rPr>
          <w:b w:val="false"/>
          <w:i w:val="false"/>
          <w:color w:val="000000"/>
          <w:u w:val="none"/>
        </w:rPr>
        <w:t xml:space="preserve"> [1JUB]</w:t>
      </w:r>
      <w:r>
        <w:rPr/>
        <w:t xml:space="preserve">; </w:t>
      </w:r>
      <w:r>
        <w:rPr>
          <w:shd w:fill="B7DDE8" w:val="clear"/>
        </w:rPr>
        <w:t xml:space="preserve">the LORD abhors the man of bloodshed and deceit</w:t>
      </w:r>
      <w:r>
        <w:rPr>
          <w:b w:val="false"/>
          <w:i w:val="false"/>
          <w:color w:val="000000"/>
          <w:u w:val="none"/>
        </w:rPr>
        <w:t xml:space="preserve"> [1JUC]</w:t>
      </w:r>
      <w:r>
        <w:rPr/>
        <w:t xml:space="preserve">.</w:t>
      </w:r>
    </w:p>
    <w:p>
      <w:pPr>
        <w:pStyle w:val="Yellow"/>
        <w:rPr/>
      </w:pPr>
      <w:r>
        <w:rPr/>
        <w:t xml:space="preserve">(Ps11:5 the LORD) </w:t>
      </w:r>
      <w:r>
        <w:rPr>
          <w:b/>
        </w:rPr>
        <w:t>Psalm 11:6</w:t>
      </w:r>
      <w:r>
        <w:rPr/>
        <w:t xml:space="preserve"> — </w:t>
      </w:r>
      <w:r>
        <w:rPr>
          <w:shd w:val="clear" w:fill="B7DDE8"/>
        </w:rPr>
        <w:t>On the wicked {He} will rain down fiery coals and sulfur</w:t>
      </w:r>
      <w:r>
        <w:rPr>
          <w:b w:val="false"/>
          <w:i w:val="false"/>
          <w:color w:val="000000"/>
          <w:u w:val="none"/>
        </w:rPr>
        <w:t xml:space="preserve"> [1ECC]</w:t>
      </w:r>
      <w:r>
        <w:rPr/>
        <w:t xml:space="preserve">; </w:t>
      </w:r>
      <w:r>
        <w:rPr>
          <w:shd w:val="clear" w:fill="B7DDE8"/>
        </w:rPr>
        <w:t>a scorching wind will be their portion</w:t>
      </w:r>
      <w:r>
        <w:rPr>
          <w:b w:val="false"/>
          <w:i w:val="false"/>
          <w:color w:val="000000"/>
          <w:u w:val="none"/>
        </w:rPr>
        <w:t xml:space="preserve"> [1ECD]</w:t>
      </w:r>
      <w:r>
        <w:rPr/>
        <w:t>.</w:t>
      </w:r>
    </w:p>
    <w:p>
      <w:pPr>
        <w:pStyle w:val="Yellow"/>
        <w:rPr/>
      </w:pPr>
      <w:r>
        <w:rPr>
          <w:b/>
        </w:rPr>
        <w:t xml:space="preserve">Psalm 25:3</w:t>
      </w:r>
      <w:r>
        <w:rPr/>
        <w:t xml:space="preserve"> — Surely </w:t>
      </w:r>
      <w:r>
        <w:rPr>
          <w:shd w:fill="B7DDE8" w:val="clear"/>
        </w:rPr>
        <w:t xml:space="preserve">none who wait for You will be put to shame</w:t>
      </w:r>
      <w:r>
        <w:rPr>
          <w:b w:val="false"/>
          <w:i w:val="false"/>
          <w:color w:val="000000"/>
          <w:u w:val="none"/>
        </w:rPr>
        <w:t xml:space="preserve"> [1LPT]</w:t>
      </w:r>
      <w:r>
        <w:rPr/>
        <w:t xml:space="preserve">; but </w:t>
      </w:r>
      <w:r>
        <w:rPr>
          <w:shd w:fill="B7DDE8" w:val="clear"/>
        </w:rPr>
        <w:t xml:space="preserve">those who engage in treachery without cause will be disgraced</w:t>
      </w:r>
      <w:r>
        <w:rPr>
          <w:b w:val="false"/>
          <w:i w:val="false"/>
          <w:color w:val="000000"/>
          <w:u w:val="none"/>
        </w:rPr>
        <w:t xml:space="preserve"> [1LPU]</w:t>
      </w:r>
      <w:r>
        <w:rPr/>
        <w:t xml:space="preserve">.</w:t>
      </w:r>
    </w:p>
    <w:p>
      <w:pPr>
        <w:pStyle w:val="Yellow"/>
        <w:rPr/>
      </w:pPr>
      <w:r>
        <w:rPr/>
        <w:t xml:space="preserve">(Ps28:3 workers of iniquity) </w:t>
      </w:r>
      <w:r>
        <w:rPr>
          <w:b/>
        </w:rPr>
        <w:t xml:space="preserve">Psalm 28:5</w:t>
      </w:r>
      <w:r>
        <w:rPr/>
        <w:t xml:space="preserve"> — </w:t>
      </w:r>
      <w:r>
        <w:rPr>
          <w:shd w:fill="B7DDE8" w:val="clear"/>
        </w:rPr>
        <w:t xml:space="preserve">Since {they} show no regard for the works of the LORD or what His hands have done, He will tear them down and never rebuild them</w:t>
      </w:r>
      <w:r>
        <w:rPr>
          <w:b w:val="false"/>
          <w:i w:val="false"/>
          <w:color w:val="000000"/>
          <w:u w:val="none"/>
        </w:rPr>
        <w:t xml:space="preserve"> [1KMB]</w:t>
      </w:r>
      <w:r>
        <w:rPr/>
        <w:t xml:space="preserve">.</w:t>
      </w:r>
    </w:p>
    <w:p>
      <w:pPr>
        <w:pStyle w:val="Yellow"/>
        <w:rPr/>
      </w:pPr>
      <w:r>
        <w:rPr/>
        <w:t xml:space="preserve">(Ps34:15 the LORD watches and hears the righteous) </w:t>
      </w:r>
      <w:r>
        <w:rPr>
          <w:b/>
        </w:rPr>
        <w:t xml:space="preserve">Psalm 34:16</w:t>
      </w:r>
      <w:r>
        <w:rPr/>
        <w:t xml:space="preserve"> — {But} </w:t>
      </w:r>
      <w:r>
        <w:rPr>
          <w:shd w:fill="B7DDE8" w:val="clear"/>
        </w:rPr>
        <w:t xml:space="preserve">the face of the LORD is against those who do evil</w:t>
      </w:r>
      <w:r>
        <w:rPr>
          <w:b w:val="false"/>
          <w:i w:val="false"/>
          <w:color w:val="000000"/>
          <w:u w:val="none"/>
        </w:rPr>
        <w:t xml:space="preserve"> [2CSJ]</w:t>
      </w:r>
      <w:r>
        <w:rPr>
          <w:shd w:val="clear" w:color="auto" w:fill="548235"/>
          <w:color w:val="FFFFFF"/>
        </w:rPr>
        <w:t xml:space="preserve">, </w:t>
      </w:r>
      <w:r>
        <w:rPr>
          <w:shd w:fill="548235" w:val="clear" w:color="auto"/>
          <w:color w:val="FFFFFF"/>
        </w:rPr>
        <w:t xml:space="preserve">to wipe out all memory of them from the earth</w:t>
      </w:r>
      <w:r>
        <w:rPr>
          <w:b w:val="false"/>
          <w:i w:val="false"/>
          <w:color w:val="FFFFFF"/>
          <w:u w:val="none"/>
          <w:shd w:val="clear" w:color="auto" w:fill="548235"/>
        </w:rPr>
        <w:t xml:space="preserve"> [1JSE]</w:t>
      </w:r>
      <w:r>
        <w:rPr>
          <w:shd w:val="clear" w:color="auto" w:fill="548235"/>
          <w:color w:val="FFFFFF"/>
        </w:rPr>
        <w:t xml:space="preserve">.</w:t>
      </w:r>
    </w:p>
    <w:p>
      <w:pPr>
        <w:pStyle w:val="Yellow"/>
        <w:rPr/>
      </w:pPr>
      <w:r>
        <w:rPr>
          <w:b/>
        </w:rPr>
        <w:t>Psalm 37:34</w:t>
      </w:r>
      <w:r>
        <w:rPr/>
        <w:t xml:space="preserve"> — </w:t>
      </w:r>
      <w:r>
        <w:rPr>
          <w:shd w:val="clear" w:fill="B7DDE8"/>
        </w:rPr>
        <w:t>Wait for the LORD</w:t>
      </w:r>
      <w:r>
        <w:rPr>
          <w:b w:val="false"/>
          <w:i w:val="false"/>
          <w:u w:val="none"/>
          <w:color w:val="000000"/>
        </w:rPr>
        <w:t xml:space="preserve"> [2BTZ]</w:t>
      </w:r>
      <w:r>
        <w:rPr/>
        <w:t xml:space="preserve"> and </w:t>
      </w:r>
      <w:r>
        <w:rPr>
          <w:shd w:val="clear" w:fill="B7DDE8"/>
        </w:rPr>
        <w:t>keep His way</w:t>
      </w:r>
      <w:r>
        <w:rPr>
          <w:b w:val="false"/>
          <w:i w:val="false"/>
          <w:color w:val="000000"/>
          <w:u w:val="none"/>
        </w:rPr>
        <w:t xml:space="preserve"> [1DFS]</w:t>
      </w:r>
      <w:r>
        <w:rPr/>
        <w:t xml:space="preserve">, and </w:t>
      </w:r>
      <w:r>
        <w:rPr>
          <w:shd w:val="clear" w:fill="B7DDE8"/>
        </w:rPr>
        <w:t>He will raise you up to inherit the land</w:t>
      </w:r>
      <w:r>
        <w:rPr>
          <w:b w:val="false"/>
          <w:i w:val="false"/>
          <w:color w:val="000000"/>
          <w:u w:val="none"/>
        </w:rPr>
        <w:t xml:space="preserve"> [1DFT]</w:t>
      </w:r>
      <w:r>
        <w:rPr/>
        <w:t xml:space="preserve">. </w:t>
      </w:r>
      <w:r>
        <w:rPr>
          <w:shd w:val="clear" w:fill="B7DDE8"/>
        </w:rPr>
        <w:t>When the wicked are cut off, you will see it</w:t>
      </w:r>
      <w:r>
        <w:rPr>
          <w:b w:val="false"/>
          <w:i w:val="false"/>
          <w:u w:val="none"/>
          <w:color w:val="000000"/>
        </w:rPr>
        <w:t xml:space="preserve"> [1DFU]</w:t>
      </w:r>
      <w:r>
        <w:rPr/>
        <w:t>.</w:t>
      </w:r>
    </w:p>
    <w:p>
      <w:pPr>
        <w:pStyle w:val="Yellow"/>
        <w:rPr/>
      </w:pPr>
      <w:r>
        <w:rPr>
          <w:b/>
          <w:u w:val="none"/>
        </w:rPr>
        <w:t xml:space="preserve">Psalm 37:38</w:t>
      </w:r>
      <w:r>
        <w:rPr>
          <w:u w:val="none"/>
        </w:rPr>
        <w:t xml:space="preserve"> — </w:t>
      </w:r>
      <w:r>
        <w:rPr>
          <w:u w:val="none"/>
          <w:shd w:fill="B7DDE8" w:val="clear"/>
        </w:rPr>
        <w:t xml:space="preserve">the transgressors will all be destroyed</w:t>
      </w:r>
      <w:r>
        <w:rPr>
          <w:b w:val="false"/>
          <w:i w:val="false"/>
          <w:color w:val="000000"/>
          <w:u w:val="none"/>
        </w:rPr>
        <w:t xml:space="preserve"> [1JMQ]</w:t>
      </w:r>
      <w:r>
        <w:rPr>
          <w:u w:val="none"/>
        </w:rPr>
        <w:t xml:space="preserve">; </w:t>
      </w:r>
      <w:r>
        <w:rPr>
          <w:u w:val="none"/>
          <w:shd w:fill="B7DDE8" w:val="clear"/>
        </w:rPr>
        <w:t xml:space="preserve">the future of </w:t>
      </w:r>
      <w:r>
        <w:rPr>
          <w:u w:val="none"/>
          <w:shd w:fill="B7DDE8" w:val="clear"/>
        </w:rPr>
        <w:t xml:space="preserve">the wicked will be cut off</w:t>
      </w:r>
      <w:r>
        <w:rPr>
          <w:b w:val="false"/>
          <w:i w:val="false"/>
          <w:color w:val="000000"/>
          <w:u w:val="none"/>
        </w:rPr>
        <w:t xml:space="preserve"> [1JMR]</w:t>
      </w:r>
      <w:r>
        <w:rPr>
          <w:u w:val="none"/>
        </w:rPr>
        <w:t xml:space="preserve">.</w:t>
      </w:r>
    </w:p>
    <w:p>
      <w:pPr>
        <w:pStyle w:val="Yellow"/>
        <w:rPr/>
      </w:pPr>
      <w:r>
        <w:rPr>
          <w:b/>
        </w:rPr>
        <w:t xml:space="preserve">Psalm 51:5</w:t>
      </w:r>
      <w:r>
        <w:rPr/>
        <w:t xml:space="preserve"> — Surely </w:t>
      </w:r>
      <w:r>
        <w:rPr>
          <w:shd w:fill="B7DDE8" w:val="clear"/>
        </w:rPr>
        <w:t xml:space="preserve">I was brought forth in iniquity</w:t>
      </w:r>
      <w:r>
        <w:rPr>
          <w:b w:val="false"/>
          <w:i w:val="false"/>
          <w:color w:val="000000"/>
          <w:u w:val="none"/>
        </w:rPr>
        <w:t xml:space="preserve"> [1HTT]</w:t>
      </w:r>
      <w:r>
        <w:rPr/>
        <w:t xml:space="preserve">; </w:t>
      </w:r>
      <w:r>
        <w:rPr>
          <w:shd w:fill="B7DDE8" w:val="clear"/>
        </w:rPr>
        <w:t xml:space="preserve">I was sinful when my mother conceived me</w:t>
      </w:r>
      <w:r>
        <w:rPr>
          <w:b w:val="false"/>
          <w:i w:val="false"/>
          <w:color w:val="000000"/>
          <w:u w:val="none"/>
        </w:rPr>
        <w:t xml:space="preserve"> [1HTU]</w:t>
      </w:r>
      <w:r>
        <w:rPr/>
        <w:t xml:space="preserve">.</w:t>
      </w:r>
    </w:p>
    <w:p>
      <w:pPr>
        <w:pStyle w:val="Yellow"/>
        <w:rPr/>
      </w:pPr>
      <w:r>
        <w:rPr>
          <w:b/>
          <w:highlight w:val="cyan"/>
        </w:rPr>
        <w:t>Psalm 53:3</w:t>
      </w:r>
      <w:r>
        <w:rPr>
          <w:highlight w:val="cyan"/>
        </w:rPr>
        <w:t xml:space="preserve"> — </w:t>
      </w:r>
      <w:r>
        <w:rPr>
          <w:highlight w:val="cyan"/>
          <w:shd w:fill="B7DDE8" w:val="clear"/>
        </w:rPr>
        <w:t>All have turned away</w:t>
      </w:r>
      <w:r>
        <w:rPr>
          <w:b w:val="false"/>
          <w:i w:val="false"/>
          <w:color w:val="000000"/>
          <w:u w:val="none"/>
        </w:rPr>
        <w:t xml:space="preserve"> [2MAT]</w:t>
      </w:r>
      <w:r>
        <w:rPr>
          <w:highlight w:val="cyan"/>
        </w:rPr>
        <w:t xml:space="preserve">, </w:t>
      </w:r>
      <w:r>
        <w:rPr>
          <w:highlight w:val="cyan"/>
          <w:shd w:fill="B7DDE8" w:val="clear"/>
        </w:rPr>
        <w:t>they have together become corrupt</w:t>
      </w:r>
      <w:r>
        <w:rPr>
          <w:b w:val="false"/>
          <w:i w:val="false"/>
          <w:color w:val="000000"/>
          <w:u w:val="none"/>
        </w:rPr>
        <w:t xml:space="preserve"> [1MAU]</w:t>
      </w:r>
      <w:r>
        <w:rPr>
          <w:highlight w:val="cyan"/>
        </w:rPr>
        <w:t xml:space="preserve">; </w:t>
      </w:r>
      <w:r>
        <w:rPr>
          <w:highlight w:val="cyan"/>
          <w:shd w:fill="B7DDE8" w:val="clear"/>
        </w:rPr>
        <w:t>there is no one who does good, not even one</w:t>
      </w:r>
      <w:r>
        <w:rPr>
          <w:b w:val="false"/>
          <w:i w:val="false"/>
          <w:color w:val="000000"/>
          <w:u w:val="none"/>
        </w:rPr>
        <w:t xml:space="preserve"> [2MAV]</w:t>
      </w:r>
      <w:r>
        <w:rPr>
          <w:highlight w:val="cyan"/>
        </w:rPr>
        <w:t>.</w:t>
      </w:r>
    </w:p>
    <w:p>
      <w:pPr>
        <w:pStyle w:val="Green"/>
        <w:rPr/>
      </w:pPr>
      <w:r>
        <w:rPr>
          <w:b/>
        </w:rPr>
        <w:t xml:space="preserve">Psalm 65:3</w:t>
      </w:r>
      <w:r>
        <w:rPr/>
        <w:t xml:space="preserve"> — </w:t>
      </w:r>
      <w:r>
        <w:rPr>
          <w:shd w:fill="B7DDE8" w:val="clear"/>
        </w:rPr>
        <w:t xml:space="preserve">When iniquities prevail against me</w:t>
      </w:r>
      <w:r>
        <w:rPr>
          <w:b w:val="false"/>
          <w:i w:val="false"/>
          <w:color w:val="000000"/>
          <w:u w:val="none"/>
        </w:rPr>
        <w:t xml:space="preserve"> [1LBM]</w:t>
      </w:r>
      <w:r>
        <w:rPr>
          <w:shd w:val="clear" w:color="auto" w:fill="548235"/>
          <w:color w:val="FFFFFF"/>
        </w:rPr>
        <w:t xml:space="preserve">, </w:t>
      </w:r>
      <w:r>
        <w:rPr>
          <w:shd w:fill="548235" w:val="clear" w:color="auto"/>
          <w:color w:val="FFFFFF"/>
        </w:rPr>
        <w:t xml:space="preserve">You atone for our transgressions</w:t>
      </w:r>
      <w:r>
        <w:rPr>
          <w:b w:val="false"/>
          <w:i w:val="false"/>
          <w:color w:val="FFFFFF"/>
          <w:u w:val="none"/>
          <w:shd w:val="clear" w:color="auto" w:fill="548235"/>
        </w:rPr>
        <w:t xml:space="preserve"> [1LBN]</w:t>
      </w:r>
      <w:r>
        <w:rPr>
          <w:shd w:val="clear" w:color="auto" w:fill="548235"/>
          <w:color w:val="FFFFFF"/>
        </w:rPr>
        <w:t xml:space="preserve">.</w:t>
      </w:r>
    </w:p>
    <w:p>
      <w:pPr>
        <w:pStyle w:val="Yellow"/>
        <w:rPr/>
      </w:pPr>
      <w:r>
        <w:rPr>
          <w:b/>
        </w:rPr>
        <w:t>Psalm 68:6</w:t>
      </w:r>
      <w:r>
        <w:rPr/>
        <w:t xml:space="preserve"> — </w:t>
      </w:r>
      <w:r>
        <w:rPr>
          <w:shd w:val="clear" w:fill="B7DDE8"/>
        </w:rPr>
        <w:t>God settles the lonely in families</w:t>
      </w:r>
      <w:r>
        <w:rPr>
          <w:b w:val="false"/>
          <w:i w:val="false"/>
          <w:color w:val="000000"/>
          <w:u w:val="none"/>
        </w:rPr>
        <w:t xml:space="preserve"> [1DIY]</w:t>
      </w:r>
      <w:r>
        <w:rPr/>
        <w:t xml:space="preserve">; </w:t>
      </w:r>
      <w:r>
        <w:rPr>
          <w:shd w:val="clear" w:fill="B7DDE8"/>
        </w:rPr>
        <w:t>He leads the prisoners out to prosperity</w:t>
      </w:r>
      <w:r>
        <w:rPr>
          <w:b w:val="false"/>
          <w:i w:val="false"/>
          <w:u w:val="none"/>
          <w:color w:val="000000"/>
        </w:rPr>
        <w:t xml:space="preserve"> [1DIZ]</w:t>
      </w:r>
      <w:r>
        <w:rPr/>
        <w:t xml:space="preserve">, but </w:t>
      </w:r>
      <w:r>
        <w:rPr>
          <w:shd w:val="clear" w:fill="B7DDE8"/>
        </w:rPr>
        <w:t>the rebellious dwell in a sun-scorched land</w:t>
      </w:r>
      <w:r>
        <w:rPr>
          <w:b w:val="false"/>
          <w:i w:val="false"/>
          <w:color w:val="000000"/>
          <w:u w:val="none"/>
        </w:rPr>
        <w:t xml:space="preserve"> [1DJA]</w:t>
      </w:r>
      <w:r>
        <w:rPr/>
        <w:t>.</w:t>
      </w:r>
    </w:p>
    <w:p>
      <w:pPr>
        <w:pStyle w:val="Yellow"/>
        <w:rPr/>
      </w:pPr>
      <w:r>
        <w:rPr>
          <w:b/>
        </w:rPr>
        <w:t xml:space="preserve">Psalm 68:21</w:t>
      </w:r>
      <w:r>
        <w:rPr/>
        <w:t xml:space="preserve"> — Surely </w:t>
      </w:r>
      <w:r>
        <w:rPr>
          <w:shd w:fill="B7DDE8" w:val="clear"/>
        </w:rPr>
        <w:t xml:space="preserve">God will crush the heads of His enemies</w:t>
      </w:r>
      <w:r>
        <w:rPr>
          <w:b w:val="false"/>
          <w:i w:val="false"/>
          <w:color w:val="000000"/>
          <w:u w:val="none"/>
        </w:rPr>
        <w:t xml:space="preserve"> [1JYU]</w:t>
      </w:r>
      <w:r>
        <w:rPr/>
        <w:t xml:space="preserve">, </w:t>
      </w:r>
      <w:r>
        <w:rPr>
          <w:shd w:fill="B7DDE8" w:val="clear"/>
        </w:rPr>
        <w:t xml:space="preserve">the hairy crowns of those who persist in guilty ways</w:t>
      </w:r>
      <w:r>
        <w:rPr>
          <w:b w:val="false"/>
          <w:i w:val="false"/>
          <w:color w:val="000000"/>
          <w:u w:val="none"/>
        </w:rPr>
        <w:t xml:space="preserve"> [1JYV]</w:t>
      </w:r>
      <w:r>
        <w:rPr/>
        <w:t xml:space="preserve">.</w:t>
      </w:r>
    </w:p>
    <w:p>
      <w:pPr>
        <w:pStyle w:val="Yellow"/>
        <w:rPr/>
      </w:pPr>
      <w:r>
        <w:rPr/>
        <w:t xml:space="preserve">(Ps78:31–32 “God” / because Israel “kept on sinning” and “did not believe”) </w:t>
      </w:r>
      <w:r>
        <w:rPr>
          <w:b/>
        </w:rPr>
        <w:t xml:space="preserve">Psalm 78:33</w:t>
      </w:r>
      <w:r>
        <w:rPr/>
        <w:t xml:space="preserve"> — {So} </w:t>
      </w:r>
      <w:r>
        <w:rPr>
          <w:shd w:fill="B7DDE8" w:val="clear"/>
        </w:rPr>
        <w:t xml:space="preserve">{He} ended {their} days in futility, and their years in sudden terror</w:t>
      </w:r>
      <w:r>
        <w:rPr>
          <w:b w:val="false"/>
          <w:i w:val="false"/>
          <w:color w:val="000000"/>
          <w:u w:val="none"/>
        </w:rPr>
        <w:t xml:space="preserve"> [1LIP]</w:t>
      </w:r>
      <w:r>
        <w:rPr/>
        <w:t xml:space="preserve">.</w:t>
      </w:r>
    </w:p>
    <w:p>
      <w:pPr>
        <w:pStyle w:val="Yellow"/>
        <w:rPr/>
      </w:pPr>
      <w:r>
        <w:rPr/>
        <w:t xml:space="preserve">(Ps91:1 “He who dwells in the shelter of the Most High” / Ps91:7 “no harm will come near you”) </w:t>
      </w:r>
      <w:r>
        <w:rPr>
          <w:b/>
        </w:rPr>
        <w:t xml:space="preserve">Psalm 91:8</w:t>
      </w:r>
      <w:r>
        <w:rPr/>
        <w:t xml:space="preserve"> — </w:t>
      </w:r>
      <w:r>
        <w:rPr>
          <w:shd w:fill="B7DDE8" w:val="clear"/>
        </w:rPr>
        <w:t xml:space="preserve">You will only see {it} with your eyes and witness the punishment of the wicked</w:t>
      </w:r>
      <w:r>
        <w:rPr>
          <w:b w:val="false"/>
          <w:i w:val="false"/>
          <w:color w:val="000000"/>
          <w:u w:val="none"/>
        </w:rPr>
        <w:t xml:space="preserve"> [1GMG]</w:t>
      </w:r>
      <w:r>
        <w:rPr/>
        <w:t xml:space="preserve">.</w:t>
      </w:r>
    </w:p>
    <w:p>
      <w:pPr>
        <w:pStyle w:val="Yellow"/>
        <w:rPr/>
        <w:pBdr>
          <w:left w:val="single" w:sz="28" w:space="5" w:color="C00000"/>
        </w:pBdr>
      </w:pPr>
      <w:r>
        <w:rPr>
          <w:u w:val="none"/>
        </w:rPr>
        <w:t xml:space="preserve">(Ps106:40 “the LORD” / Ps106:40 “His people”) </w:t>
      </w:r>
      <w:r>
        <w:rPr>
          <w:b/>
          <w:u w:val="none"/>
        </w:rPr>
        <w:t xml:space="preserve">Psalm 106:43–45</w:t>
      </w:r>
      <w:r>
        <w:rPr>
          <w:u w:val="none"/>
        </w:rPr>
        <w:t xml:space="preserve"> — </w:t>
      </w:r>
      <w:r>
        <w:rPr>
          <w:u w:val="none"/>
          <w:shd w:fill="B7DDE8" w:val="clear"/>
        </w:rPr>
        <w:t xml:space="preserve">Many times {He} rescued {them}</w:t>
      </w:r>
      <w:r>
        <w:rPr>
          <w:b w:val="false"/>
          <w:i w:val="false"/>
          <w:color w:val="000000"/>
          <w:u w:val="none"/>
        </w:rPr>
        <w:t xml:space="preserve"> [1HZN]</w:t>
      </w:r>
      <w:r>
        <w:rPr>
          <w:u w:val="none"/>
        </w:rPr>
        <w:t xml:space="preserve">, but </w:t>
      </w:r>
      <w:r>
        <w:rPr>
          <w:u w:val="none"/>
          <w:shd w:fill="B7DDE8" w:val="clear"/>
        </w:rPr>
        <w:t xml:space="preserve">they were bent on rebellion and sank down in their iniquity</w:t>
      </w:r>
      <w:r>
        <w:rPr>
          <w:b w:val="false"/>
          <w:i w:val="false"/>
          <w:color w:val="000000"/>
          <w:u w:val="none"/>
        </w:rPr>
        <w:t xml:space="preserve"> [1HZO]</w:t>
      </w:r>
      <w:r>
        <w:rPr>
          <w:b w:val="false"/>
          <w:i w:val="false"/>
          <w:u w:val="none"/>
          <w:color w:val="000000"/>
        </w:rPr>
        <w:t xml:space="preserve"> [1HZP]</w:t>
      </w:r>
      <w:r>
        <w:rPr>
          <w:u w:val="none"/>
        </w:rPr>
        <w:t xml:space="preserve">. </w:t>
      </w:r>
      <w:r>
        <w:rPr>
          <w:u w:val="none"/>
          <w:shd w:fill="B7DDE8" w:val="clear"/>
        </w:rPr>
        <w:t xml:space="preserve">Nevertheless </w:t>
      </w:r>
      <w:r>
        <w:rPr>
          <w:u w:val="none"/>
          <w:shd w:fill="B7DDE8" w:val="clear"/>
        </w:rPr>
        <w:t xml:space="preserve">He heard their cry</w:t>
      </w:r>
      <w:r>
        <w:rPr>
          <w:b w:val="false"/>
          <w:i w:val="false"/>
          <w:u w:val="none"/>
          <w:color w:val="000000"/>
        </w:rPr>
        <w:t xml:space="preserve"> [13CNM]</w:t>
      </w:r>
      <w:r>
        <w:rPr>
          <w:u w:val="none"/>
        </w:rPr>
        <w:t xml:space="preserve">; </w:t>
      </w:r>
      <w:r>
        <w:rPr>
          <w:u w:val="none"/>
          <w:shd w:fill="B7DDE8" w:val="clear"/>
        </w:rPr>
        <w:t xml:space="preserve">He took note of their distress</w:t>
      </w:r>
      <w:r>
        <w:rPr>
          <w:b w:val="false"/>
          <w:i w:val="false"/>
          <w:color w:val="000000"/>
          <w:u w:val="none"/>
        </w:rPr>
        <w:t xml:space="preserve"> [1HZQ]</w:t>
      </w:r>
      <w:r>
        <w:rPr>
          <w:u w:val="none"/>
        </w:rPr>
        <w:t xml:space="preserve">. And </w:t>
      </w:r>
      <w:r>
        <w:rPr>
          <w:u w:val="none"/>
          <w:shd w:fill="B7DDE8" w:val="clear"/>
        </w:rPr>
        <w:t xml:space="preserve">He remembered His covenant</w:t>
      </w:r>
      <w:r>
        <w:rPr>
          <w:u w:val="none"/>
          <w:shd w:fill="B7DDE8" w:val="clear"/>
        </w:rPr>
        <w:t xml:space="preserve"> with them</w:t>
      </w:r>
      <w:r>
        <w:rPr>
          <w:b w:val="false"/>
          <w:i w:val="false"/>
          <w:color w:val="000000"/>
          <w:u w:val="none"/>
        </w:rPr>
        <w:t xml:space="preserve"> [1HZR]</w:t>
      </w:r>
      <w:r>
        <w:rPr>
          <w:u w:val="none"/>
        </w:rPr>
        <w:t xml:space="preserve">, and </w:t>
      </w:r>
      <w:r>
        <w:rPr>
          <w:u w:val="none"/>
          <w:shd w:fill="B7DDE8" w:val="clear"/>
        </w:rPr>
        <w:t xml:space="preserve">relented by the abundance of His loving devotion</w:t>
      </w:r>
      <w:r>
        <w:rPr>
          <w:b w:val="false"/>
          <w:i w:val="false"/>
          <w:color w:val="000000"/>
          <w:u w:val="none"/>
        </w:rPr>
        <w:t xml:space="preserve"> [1HZS]</w:t>
      </w:r>
      <w:r>
        <w:rPr>
          <w:u w:val="none"/>
        </w:rPr>
        <w:t xml:space="preserve">.</w:t>
      </w:r>
    </w:p>
    <w:p>
      <w:pPr>
        <w:pStyle w:val="Yellow"/>
        <w:rPr/>
      </w:pPr>
      <w:r>
        <w:rPr/>
        <w:t xml:space="preserve">(Ps107:31 “the LORD”) </w:t>
      </w:r>
      <w:r>
        <w:rPr>
          <w:b/>
        </w:rPr>
        <w:t>Psalm 107:33–34</w:t>
      </w:r>
      <w:r>
        <w:rPr/>
        <w:t xml:space="preserve"> — </w:t>
      </w:r>
      <w:r>
        <w:rPr>
          <w:shd w:val="clear" w:fill="B7DDE8"/>
        </w:rPr>
        <w:t>{He} turns rivers into deserts, springs of water into thirsty ground</w:t>
      </w:r>
      <w:r>
        <w:rPr>
          <w:b w:val="false"/>
          <w:i w:val="false"/>
          <w:color w:val="000000"/>
          <w:u w:val="none"/>
        </w:rPr>
        <w:t xml:space="preserve"> [2ECW]</w:t>
      </w:r>
      <w:r>
        <w:rPr>
          <w:shd w:val="clear" w:color="auto" w:fill="548235"/>
          <w:color w:val="FFFFFF"/>
        </w:rPr>
        <w:t xml:space="preserve">, and </w:t>
      </w:r>
      <w:r>
        <w:rPr>
          <w:shd w:val="clear" w:fill="548235" w:color="auto"/>
          <w:color w:val="FFFFFF"/>
        </w:rPr>
        <w:t>fruitful land into fields of salt</w:t>
      </w:r>
      <w:r>
        <w:rPr>
          <w:b w:val="false"/>
          <w:i w:val="false"/>
          <w:color w:val="FFFFFF"/>
          <w:u w:val="none"/>
          <w:shd w:val="clear" w:color="auto" w:fill="548235"/>
        </w:rPr>
        <w:t xml:space="preserve"> [1ECX]</w:t>
      </w:r>
      <w:r>
        <w:rPr>
          <w:shd w:val="clear" w:color="auto" w:fill="548235"/>
          <w:color w:val="FFFFFF"/>
        </w:rPr>
        <w:t xml:space="preserve">, </w:t>
      </w:r>
      <w:r>
        <w:rPr>
          <w:shd w:val="clear" w:fill="548235" w:color="auto"/>
          <w:color w:val="FFFFFF"/>
        </w:rPr>
        <w:t>because of the wickedness of its dwellers</w:t>
      </w:r>
      <w:r>
        <w:rPr>
          <w:b w:val="false"/>
          <w:i w:val="false"/>
          <w:color w:val="FFFFFF"/>
          <w:u w:val="none"/>
          <w:shd w:val="clear" w:color="auto" w:fill="548235"/>
        </w:rPr>
        <w:t xml:space="preserve"> [1ECY]</w:t>
      </w:r>
      <w:r>
        <w:rPr>
          <w:shd w:val="clear" w:color="auto" w:fill="548235"/>
          <w:color w:val="FFFFFF"/>
        </w:rPr>
        <w:t>.</w:t>
      </w:r>
    </w:p>
    <w:p>
      <w:pPr>
        <w:pStyle w:val="Yellow"/>
        <w:rPr/>
      </w:pPr>
      <w:r>
        <w:rPr>
          <w:b/>
          <w:u w:val="none"/>
        </w:rPr>
        <w:t xml:space="preserve">Psalm 112:10</w:t>
      </w:r>
      <w:r>
        <w:rPr>
          <w:u w:val="none"/>
        </w:rPr>
        <w:t xml:space="preserve"> — </w:t>
      </w:r>
      <w:r>
        <w:rPr>
          <w:u w:val="none"/>
          <w:shd w:fill="B7DDE8" w:val="clear"/>
        </w:rPr>
        <w:t xml:space="preserve">The wicked man will see and be grieved</w:t>
      </w:r>
      <w:r>
        <w:rPr>
          <w:b w:val="false"/>
          <w:i w:val="false"/>
          <w:color w:val="000000"/>
          <w:u w:val="none"/>
        </w:rPr>
        <w:t xml:space="preserve"> [1JNT]</w:t>
      </w:r>
      <w:r>
        <w:rPr>
          <w:b w:val="false"/>
          <w:i w:val="false"/>
          <w:color w:val="000000"/>
          <w:u w:val="none"/>
        </w:rPr>
        <w:t xml:space="preserve"> [1JNU]</w:t>
      </w:r>
      <w:r>
        <w:rPr>
          <w:u w:val="none"/>
        </w:rPr>
        <w:t xml:space="preserve">; </w:t>
      </w:r>
      <w:r>
        <w:rPr>
          <w:u w:val="none"/>
          <w:shd w:fill="B7DDE8" w:val="clear"/>
        </w:rPr>
        <w:t xml:space="preserve">he will gnash his teeth and waste away</w:t>
      </w:r>
      <w:r>
        <w:rPr>
          <w:b w:val="false"/>
          <w:i w:val="false"/>
          <w:color w:val="000000"/>
          <w:u w:val="none"/>
        </w:rPr>
        <w:t xml:space="preserve"> [1JNV]</w:t>
      </w:r>
      <w:r>
        <w:rPr>
          <w:b w:val="false"/>
          <w:i w:val="false"/>
          <w:color w:val="000000"/>
          <w:u w:val="none"/>
        </w:rPr>
        <w:t xml:space="preserve"> [1JNW]</w:t>
      </w:r>
      <w:r>
        <w:rPr>
          <w:u w:val="none"/>
        </w:rPr>
        <w:t xml:space="preserve">; </w:t>
      </w:r>
      <w:r>
        <w:rPr>
          <w:u w:val="none"/>
          <w:shd w:fill="B7DDE8" w:val="clear"/>
        </w:rPr>
        <w:t xml:space="preserve">the desires of the wicked will perish</w:t>
      </w:r>
      <w:r>
        <w:rPr>
          <w:b w:val="false"/>
          <w:i w:val="false"/>
          <w:color w:val="000000"/>
          <w:u w:val="none"/>
        </w:rPr>
        <w:t xml:space="preserve"> [1JNX]</w:t>
      </w:r>
      <w:r>
        <w:rPr>
          <w:u w:val="none"/>
        </w:rPr>
        <w:t xml:space="preserve">.</w:t>
      </w:r>
    </w:p>
    <w:p>
      <w:pPr>
        <w:pStyle w:val="Yellow"/>
        <w:rPr/>
      </w:pPr>
      <w:r>
        <w:rPr>
          <w:b/>
        </w:rPr>
        <w:t>Psalm 119:155</w:t>
      </w:r>
      <w:r>
        <w:t xml:space="preserve"> — </w:t>
      </w:r>
      <w:r>
        <w:rPr>
          <w:shd w:fill="B7DDE8" w:val="clear"/>
        </w:rPr>
        <w:t>Salvation is far from the wicked because they do not seek Your statutes</w:t>
      </w:r>
      <w:r>
        <w:rPr>
          <w:b w:val="false"/>
          <w:i w:val="false"/>
          <w:color w:val="000000"/>
          <w:u w:val="none"/>
        </w:rPr>
        <w:t xml:space="preserve"> [1BUJ]</w:t>
      </w:r>
      <w:r>
        <w:t>.</w:t>
      </w:r>
    </w:p>
    <w:p>
      <w:pPr>
        <w:pStyle w:val="Yellow"/>
        <w:rPr/>
      </w:pPr>
      <w:r>
        <w:rPr>
          <w:b/>
        </w:rPr>
        <w:t>Psalm 146:9</w:t>
      </w:r>
      <w:r>
        <w:rPr/>
        <w:t xml:space="preserve"> — </w:t>
      </w:r>
      <w:r>
        <w:rPr>
          <w:shd w:val="clear" w:fill="B7DDE8"/>
        </w:rPr>
        <w:t>The LORD protects foreigners</w:t>
      </w:r>
      <w:r>
        <w:rPr>
          <w:b w:val="false"/>
          <w:i w:val="false"/>
          <w:color w:val="000000"/>
          <w:u w:val="none"/>
        </w:rPr>
        <w:t xml:space="preserve"> [1EAB]</w:t>
      </w:r>
      <w:r>
        <w:rPr/>
        <w:t xml:space="preserve">; </w:t>
      </w:r>
      <w:r>
        <w:rPr>
          <w:shd w:val="clear" w:fill="B7DDE8"/>
        </w:rPr>
        <w:t>He sustains the fatherless and the widow</w:t>
      </w:r>
      <w:r>
        <w:rPr>
          <w:b w:val="false"/>
          <w:i w:val="false"/>
          <w:color w:val="000000"/>
          <w:u w:val="none"/>
        </w:rPr>
        <w:t xml:space="preserve"> [1EAC]</w:t>
      </w:r>
      <w:r>
        <w:rPr>
          <w:shd w:val="clear" w:color="auto" w:fill="548235"/>
          <w:color w:val="FFFFFF"/>
        </w:rPr>
        <w:t xml:space="preserve">, but </w:t>
      </w:r>
      <w:r>
        <w:rPr>
          <w:shd w:val="clear" w:fill="548235" w:color="auto"/>
          <w:color w:val="FFFFFF"/>
        </w:rPr>
        <w:t>the ways of the wicked He frustrates</w:t>
      </w:r>
      <w:r>
        <w:rPr>
          <w:b w:val="false"/>
          <w:i w:val="false"/>
          <w:color w:val="FFFFFF"/>
          <w:u w:val="none"/>
          <w:shd w:val="clear" w:color="auto" w:fill="548235"/>
        </w:rPr>
        <w:t xml:space="preserve"> [1EAD]</w:t>
      </w:r>
      <w:r>
        <w:rPr>
          <w:shd w:val="clear" w:color="auto" w:fill="548235"/>
          <w:color w:val="FFFFFF"/>
        </w:rPr>
        <w:t>.</w:t>
      </w:r>
    </w:p>
    <w:p>
      <w:pPr>
        <w:pStyle w:val="Yellow"/>
        <w:rPr/>
      </w:pPr>
      <w:r>
        <w:rPr>
          <w:b/>
        </w:rPr>
        <w:t xml:space="preserve">Proverbs 3:32</w:t>
      </w:r>
      <w:r>
        <w:rPr/>
        <w:t xml:space="preserve"> — </w:t>
      </w:r>
      <w:r>
        <w:rPr>
          <w:shd w:fill="B7DDE8" w:val="clear"/>
        </w:rPr>
        <w:t xml:space="preserve">the LORD detests the perverse</w:t>
      </w:r>
      <w:r>
        <w:rPr>
          <w:b w:val="false"/>
          <w:i w:val="false"/>
          <w:color w:val="000000"/>
          <w:u w:val="none"/>
        </w:rPr>
        <w:t xml:space="preserve"> [1HGF]</w:t>
      </w:r>
      <w:r>
        <w:rPr>
          <w:color w:val="auto"/>
        </w:rPr>
        <w:t xml:space="preserve">, but </w:t>
      </w:r>
      <w:r>
        <w:rPr>
          <w:color w:val="auto"/>
        </w:rPr>
        <w:t xml:space="preserve">He is a friend to the upright</w:t>
      </w:r>
      <w:r>
        <w:rPr>
          <w:b w:val="false"/>
          <w:i w:val="false"/>
          <w:color w:val="FFFFFF"/>
          <w:u w:val="none"/>
          <w:shd w:val="clear" w:color="auto" w:fill="548235"/>
        </w:rPr>
        <w:t xml:space="preserve"> [1HGG]</w:t>
      </w:r>
      <w:r>
        <w:rPr>
          <w:shd w:val="clear" w:color="auto" w:fill="548235"/>
          <w:color w:val="FFFFFF"/>
        </w:rPr>
        <w:t xml:space="preserve">.</w:t>
      </w:r>
    </w:p>
    <w:p>
      <w:pPr>
        <w:pStyle w:val="Yellow"/>
        <w:rPr/>
      </w:pPr>
      <w:r>
        <w:rPr>
          <w:shd w:val="clear" w:color="auto" w:fill="548235"/>
          <w:color w:val="FFFFFF"/>
        </w:rPr>
        <w:t xml:space="preserve">(Pr4:18 “The path of the righteous” shines brighter) </w:t>
      </w:r>
      <w:r>
        <w:rPr>
          <w:b/>
          <w:shd w:val="clear" w:color="auto" w:fill="548235"/>
          <w:color w:val="FFFFFF"/>
        </w:rPr>
        <w:t xml:space="preserve">Proverbs 4:19</w:t>
      </w:r>
      <w:r>
        <w:rPr>
          <w:shd w:val="clear" w:color="auto" w:fill="548235"/>
          <w:color w:val="FFFFFF"/>
        </w:rPr>
        <w:t xml:space="preserve"> — {But} </w:t>
      </w:r>
      <w:r>
        <w:rPr>
          <w:shd w:fill="548235" w:val="clear" w:color="auto"/>
          <w:color w:val="FFFFFF"/>
        </w:rPr>
        <w:t xml:space="preserve">the way of the wicked is like the darkest gloom</w:t>
      </w:r>
      <w:r>
        <w:rPr>
          <w:b w:val="false"/>
          <w:i w:val="false"/>
          <w:color w:val="FFFFFF"/>
          <w:u w:val="none"/>
          <w:shd w:val="clear" w:color="auto" w:fill="548235"/>
        </w:rPr>
        <w:t xml:space="preserve"> [1HPT]</w:t>
      </w:r>
      <w:r>
        <w:rPr>
          <w:shd w:val="clear" w:color="auto" w:fill="548235"/>
          <w:color w:val="FFFFFF"/>
        </w:rPr>
        <w:t xml:space="preserve">; </w:t>
      </w:r>
      <w:r>
        <w:rPr>
          <w:shd w:fill="548235" w:val="clear" w:color="auto"/>
          <w:color w:val="FFFFFF"/>
        </w:rPr>
        <w:t xml:space="preserve">they do not know what makes them stumble</w:t>
      </w:r>
      <w:r>
        <w:rPr>
          <w:b w:val="false"/>
          <w:i w:val="false"/>
          <w:color w:val="FFFFFF"/>
          <w:u w:val="none"/>
          <w:shd w:val="clear" w:color="auto" w:fill="548235"/>
        </w:rPr>
        <w:t xml:space="preserve"> [1HPU]</w:t>
      </w:r>
      <w:r>
        <w:rPr>
          <w:shd w:val="clear" w:color="auto" w:fill="548235"/>
          <w:color w:val="FFFFFF"/>
        </w:rPr>
        <w:t xml:space="preserve">.</w:t>
      </w:r>
    </w:p>
    <w:p>
      <w:pPr>
        <w:pStyle w:val="Yellow"/>
        <w:rPr/>
      </w:pPr>
      <w:r>
        <w:rPr>
          <w:b/>
        </w:rPr>
        <w:t xml:space="preserve">Proverbs 5:22–23</w:t>
      </w:r>
      <w:r>
        <w:rPr/>
        <w:t xml:space="preserve"> — </w:t>
      </w:r>
      <w:r>
        <w:rPr>
          <w:shd w:fill="B7DDE8" w:val="clear"/>
        </w:rPr>
        <w:t xml:space="preserve">The iniquities of a wicked man entrap him</w:t>
      </w:r>
      <w:r>
        <w:rPr>
          <w:b w:val="false"/>
          <w:i w:val="false"/>
          <w:color w:val="000000"/>
          <w:u w:val="none"/>
        </w:rPr>
        <w:t xml:space="preserve"> [1IKC]</w:t>
      </w:r>
      <w:r>
        <w:rPr/>
        <w:t xml:space="preserve">; </w:t>
      </w:r>
      <w:r>
        <w:rPr>
          <w:shd w:fill="B7DDE8" w:val="clear"/>
        </w:rPr>
        <w:t xml:space="preserve">the cords of his sin entangle him</w:t>
      </w:r>
      <w:r>
        <w:rPr>
          <w:b w:val="false"/>
          <w:i w:val="false"/>
          <w:color w:val="000000"/>
          <w:u w:val="none"/>
        </w:rPr>
        <w:t xml:space="preserve"> [1IKC]</w:t>
      </w:r>
      <w:r>
        <w:rPr/>
        <w:t xml:space="preserve">. </w:t>
      </w:r>
      <w:r>
        <w:rPr>
          <w:shd w:fill="B7DDE8" w:val="clear"/>
        </w:rPr>
        <w:t xml:space="preserve">He dies for lack of discipline</w:t>
      </w:r>
      <w:r>
        <w:rPr>
          <w:b w:val="false"/>
          <w:i w:val="false"/>
          <w:color w:val="000000"/>
          <w:u w:val="none"/>
        </w:rPr>
        <w:t xml:space="preserve"> [1IKD]</w:t>
      </w:r>
      <w:r>
        <w:rPr/>
        <w:t xml:space="preserve">, </w:t>
      </w:r>
      <w:r>
        <w:rPr>
          <w:shd w:fill="B7DDE8" w:val="clear"/>
        </w:rPr>
        <w:t xml:space="preserve">led astray by his own great folly</w:t>
      </w:r>
      <w:r>
        <w:rPr>
          <w:b w:val="false"/>
          <w:i w:val="false"/>
          <w:color w:val="000000"/>
          <w:u w:val="none"/>
        </w:rPr>
        <w:t xml:space="preserve"> [1IKE]</w:t>
      </w:r>
      <w:r>
        <w:rPr/>
        <w:t xml:space="preserve">.</w:t>
      </w:r>
    </w:p>
    <w:p>
      <w:pPr>
        <w:pStyle w:val="Yellow"/>
        <w:rPr/>
      </w:pPr>
      <w:r>
        <w:rPr/>
        <w:t xml:space="preserve">(Pr6:12–14 because a wicked man “devises evil” and “continually sows discord”) </w:t>
      </w:r>
      <w:r>
        <w:rPr>
          <w:b/>
        </w:rPr>
        <w:t xml:space="preserve">Proverbs 6:15</w:t>
      </w:r>
      <w:r>
        <w:rPr/>
        <w:t xml:space="preserve"> — {Therefore} </w:t>
      </w:r>
      <w:r>
        <w:rPr>
          <w:shd w:fill="B7DDE8" w:val="clear"/>
        </w:rPr>
        <w:t xml:space="preserve">calamity will come upon {him} suddenly</w:t>
      </w:r>
      <w:r>
        <w:rPr>
          <w:b w:val="false"/>
          <w:i w:val="false"/>
          <w:color w:val="000000"/>
          <w:u w:val="none"/>
        </w:rPr>
        <w:t xml:space="preserve"> [1JFK]</w:t>
      </w:r>
      <w:r>
        <w:rPr/>
        <w:t xml:space="preserve">; </w:t>
      </w:r>
      <w:r>
        <w:rPr>
          <w:shd w:fill="B7DDE8" w:val="clear"/>
        </w:rPr>
        <w:t xml:space="preserve">in an instant he will be shattered beyond recovery</w:t>
      </w:r>
      <w:r>
        <w:rPr>
          <w:b w:val="false"/>
          <w:i w:val="false"/>
          <w:color w:val="000000"/>
          <w:u w:val="none"/>
        </w:rPr>
        <w:t xml:space="preserve"> [1JFL]</w:t>
      </w:r>
      <w:r>
        <w:rPr/>
        <w:t xml:space="preserve">.</w:t>
      </w:r>
    </w:p>
    <w:p>
      <w:pPr>
        <w:pStyle w:val="Yellow"/>
        <w:rPr/>
      </w:pPr>
      <w:r>
        <w:rPr>
          <w:b/>
          <w:shd w:val="clear" w:color="auto" w:fill="548235"/>
          <w:color w:val="FFFFFF"/>
        </w:rPr>
        <w:t xml:space="preserve">Proverbs 11:27</w:t>
      </w:r>
      <w:r>
        <w:rPr>
          <w:shd w:val="clear" w:color="auto" w:fill="548235"/>
          <w:color w:val="FFFFFF"/>
        </w:rPr>
        <w:t xml:space="preserve"> — </w:t>
      </w:r>
      <w:r>
        <w:rPr>
          <w:shd w:fill="548235" w:val="clear" w:color="auto"/>
          <w:color w:val="FFFFFF"/>
        </w:rPr>
        <w:t xml:space="preserve">He who searches out good finds favor</w:t>
      </w:r>
      <w:r>
        <w:rPr>
          <w:b w:val="false"/>
          <w:i w:val="false"/>
          <w:color w:val="FFFFFF"/>
          <w:u w:val="none"/>
          <w:shd w:val="clear" w:color="auto" w:fill="548235"/>
        </w:rPr>
        <w:t xml:space="preserve"> [1HSO]</w:t>
      </w:r>
      <w:r>
        <w:rPr>
          <w:shd w:val="clear" w:color="auto" w:fill="548235"/>
          <w:color w:val="FFFFFF"/>
        </w:rPr>
        <w:t xml:space="preserve">, but </w:t>
      </w:r>
      <w:r>
        <w:rPr>
          <w:shd w:fill="548235" w:val="clear" w:color="auto"/>
          <w:color w:val="FFFFFF"/>
        </w:rPr>
        <w:t xml:space="preserve">evil will come to him who seeks it</w:t>
      </w:r>
      <w:r>
        <w:rPr>
          <w:b w:val="false"/>
          <w:i w:val="false"/>
          <w:color w:val="FFFFFF"/>
          <w:u w:val="none"/>
          <w:shd w:val="clear" w:color="auto" w:fill="548235"/>
        </w:rPr>
        <w:t xml:space="preserve"> [1HSP]</w:t>
      </w:r>
      <w:r>
        <w:rPr>
          <w:shd w:val="clear" w:color="auto" w:fill="548235"/>
          <w:color w:val="FFFFFF"/>
        </w:rPr>
        <w:t xml:space="preserve">.</w:t>
      </w:r>
    </w:p>
    <w:p>
      <w:pPr>
        <w:pStyle w:val="Yellow"/>
        <w:rPr/>
      </w:pPr>
      <w:r>
        <w:rPr>
          <w:b/>
          <w:highlight w:val="cyan"/>
        </w:rPr>
        <w:t xml:space="preserve">Proverbs 14:12</w:t>
      </w:r>
      <w:r>
        <w:rPr>
          <w:highlight w:val="cyan"/>
        </w:rPr>
        <w:t xml:space="preserve"> — </w:t>
      </w:r>
      <w:r>
        <w:rPr>
          <w:highlight w:val="cyan"/>
          <w:shd w:fill="B7DDE8" w:val="clear"/>
        </w:rPr>
        <w:t xml:space="preserve">There is a way that seems right to a man, but its end is the way of death</w:t>
      </w:r>
      <w:r>
        <w:rPr>
          <w:b w:val="false"/>
          <w:i w:val="false"/>
          <w:color w:val="000000"/>
          <w:u w:val="none"/>
        </w:rPr>
        <w:t xml:space="preserve"> [2IZW]</w:t>
      </w:r>
      <w:r>
        <w:rPr>
          <w:highlight w:val="cyan"/>
        </w:rPr>
        <w:t xml:space="preserve">.</w:t>
      </w:r>
    </w:p>
    <w:p>
      <w:pPr>
        <w:pStyle w:val="Yellow"/>
        <w:rPr/>
      </w:pPr>
      <w:r>
        <w:rPr>
          <w:b/>
        </w:rPr>
        <w:t xml:space="preserve">Proverbs 15:26</w:t>
      </w:r>
      <w:r>
        <w:rPr/>
        <w:t xml:space="preserve"> — </w:t>
      </w:r>
      <w:r>
        <w:rPr>
          <w:shd w:fill="B7DDE8" w:val="clear"/>
        </w:rPr>
        <w:t xml:space="preserve">The LORD detests the thoughts of the wicked</w:t>
      </w:r>
      <w:r>
        <w:rPr>
          <w:b w:val="false"/>
          <w:i w:val="false"/>
          <w:color w:val="000000"/>
          <w:u w:val="none"/>
        </w:rPr>
        <w:t xml:space="preserve"> [1HGS]</w:t>
      </w:r>
      <w:r>
        <w:rPr/>
        <w:t xml:space="preserve">, but </w:t>
      </w:r>
      <w:r>
        <w:rPr>
          <w:shd w:fill="B7DDE8" w:val="clear"/>
        </w:rPr>
        <w:t xml:space="preserve">the words of the pure are pleasant to Him</w:t>
      </w:r>
      <w:r>
        <w:rPr>
          <w:b w:val="false"/>
          <w:i w:val="false"/>
          <w:color w:val="000000"/>
          <w:u w:val="none"/>
        </w:rPr>
        <w:t xml:space="preserve"> [1HGT]</w:t>
      </w:r>
      <w:r>
        <w:rPr/>
        <w:t xml:space="preserve">.</w:t>
      </w:r>
    </w:p>
    <w:p>
      <w:pPr>
        <w:pStyle w:val="Yellow"/>
        <w:rPr/>
      </w:pPr>
      <w:r>
        <w:rPr>
          <w:b/>
          <w:highlight w:val="cyan"/>
          <w:shd w:val="clear" w:color="auto" w:fill="C00000"/>
          <w:color w:val="FFFFFF"/>
        </w:rPr>
        <w:t xml:space="preserve">Proverbs 16:25</w:t>
      </w:r>
      <w:r>
        <w:rPr>
          <w:highlight w:val="cyan"/>
          <w:shd w:val="clear" w:color="auto" w:fill="C00000"/>
          <w:color w:val="FFFFFF"/>
        </w:rPr>
        <w:t xml:space="preserve"> — </w:t>
      </w:r>
      <w:r>
        <w:rPr>
          <w:highlight w:val="cyan"/>
          <w:shd w:val="clear" w:color="auto" w:fill="C00000"/>
          <w:color w:val="FFFFFF"/>
        </w:rPr>
        <w:t xml:space="preserve">There is a way that seems right to a man, but its end is the way of death</w:t>
      </w:r>
      <w:r>
        <w:rPr>
          <w:b w:val="false"/>
          <w:i w:val="false"/>
          <w:u w:val="none"/>
          <w:shd w:val="clear" w:color="auto" w:fill="C00000"/>
          <w:color w:val="FFFFFF"/>
        </w:rPr>
        <w:t xml:space="preserve"> [2IZW]</w:t>
      </w:r>
      <w:r>
        <w:rPr>
          <w:highlight w:val="cyan"/>
          <w:shd w:val="clear" w:color="auto" w:fill="C00000"/>
          <w:color w:val="FFFFFF"/>
        </w:rPr>
        <w:t xml:space="preserve">.</w:t>
      </w:r>
    </w:p>
    <w:p>
      <w:pPr>
        <w:pStyle w:val="Yellow"/>
        <w:rPr/>
      </w:pPr>
      <w:r>
        <w:rPr>
          <w:b/>
        </w:rPr>
        <w:t xml:space="preserve">Proverbs 17:11</w:t>
      </w:r>
      <w:r>
        <w:rPr/>
        <w:t xml:space="preserve"> — </w:t>
      </w:r>
      <w:r>
        <w:rPr>
          <w:shd w:fill="B7DDE8" w:val="clear"/>
        </w:rPr>
        <w:t xml:space="preserve">An evil man seeks only rebellion</w:t>
      </w:r>
      <w:r>
        <w:rPr>
          <w:b w:val="false"/>
          <w:i w:val="false"/>
          <w:color w:val="000000"/>
          <w:u w:val="none"/>
        </w:rPr>
        <w:t xml:space="preserve"> [1IDN]</w:t>
      </w:r>
      <w:r>
        <w:rPr/>
        <w:t xml:space="preserve">; </w:t>
      </w:r>
      <w:r>
        <w:rPr>
          <w:shd w:fill="B7DDE8" w:val="clear"/>
        </w:rPr>
        <w:t xml:space="preserve">a cruel messenger will be sent against him</w:t>
      </w:r>
      <w:r>
        <w:rPr>
          <w:b w:val="false"/>
          <w:i w:val="false"/>
          <w:color w:val="000000"/>
          <w:u w:val="none"/>
        </w:rPr>
        <w:t xml:space="preserve"> [1IDO]</w:t>
      </w:r>
      <w:r>
        <w:rPr/>
        <w:t xml:space="preserve">.</w:t>
      </w:r>
    </w:p>
    <w:p>
      <w:pPr>
        <w:pStyle w:val="Yellow"/>
        <w:rPr/>
      </w:pPr>
      <w:r>
        <w:rPr>
          <w:b/>
        </w:rPr>
        <w:t xml:space="preserve">Proverbs 18:3</w:t>
      </w:r>
      <w:r>
        <w:rPr/>
        <w:t xml:space="preserve"> — </w:t>
      </w:r>
      <w:r>
        <w:rPr>
          <w:shd w:fill="B7DDE8" w:val="clear"/>
        </w:rPr>
        <w:t xml:space="preserve">With a wicked man comes contempt as well</w:t>
      </w:r>
      <w:r>
        <w:rPr>
          <w:b w:val="false"/>
          <w:i w:val="false"/>
          <w:color w:val="000000"/>
          <w:u w:val="none"/>
        </w:rPr>
        <w:t xml:space="preserve"> [1HTG]</w:t>
      </w:r>
      <w:r>
        <w:rPr/>
        <w:t xml:space="preserve">, and </w:t>
      </w:r>
      <w:r>
        <w:rPr>
          <w:shd w:fill="B7DDE8" w:val="clear"/>
        </w:rPr>
        <w:t xml:space="preserve">shame is accompanied by disgrace</w:t>
      </w:r>
      <w:r>
        <w:rPr>
          <w:b w:val="false"/>
          <w:i w:val="false"/>
          <w:color w:val="000000"/>
          <w:u w:val="none"/>
        </w:rPr>
        <w:t xml:space="preserve"> [1HTH]</w:t>
      </w:r>
      <w:r>
        <w:rPr/>
        <w:t xml:space="preserve">.</w:t>
      </w:r>
    </w:p>
    <w:p>
      <w:pPr>
        <w:pStyle w:val="Yellow"/>
        <w:rPr/>
      </w:pPr>
      <w:r>
        <w:rPr>
          <w:b/>
        </w:rPr>
        <w:t xml:space="preserve">Proverbs 19:29</w:t>
      </w:r>
      <w:r>
        <w:rPr/>
        <w:t xml:space="preserve"> — </w:t>
      </w:r>
      <w:r>
        <w:rPr>
          <w:shd w:fill="B7DDE8" w:val="clear"/>
        </w:rPr>
        <w:t xml:space="preserve">Judgments are prepared for mockers</w:t>
      </w:r>
      <w:r>
        <w:rPr>
          <w:b w:val="false"/>
          <w:i w:val="false"/>
          <w:color w:val="000000"/>
          <w:u w:val="none"/>
        </w:rPr>
        <w:t xml:space="preserve"> [1HHP]</w:t>
      </w:r>
      <w:r>
        <w:rPr/>
        <w:t xml:space="preserve">, and </w:t>
      </w:r>
      <w:r>
        <w:rPr>
          <w:shd w:fill="548235" w:val="clear" w:color="auto"/>
          <w:color w:val="FFFFFF"/>
        </w:rPr>
        <w:t xml:space="preserve">beatings for the backs of fools</w:t>
      </w:r>
      <w:r>
        <w:rPr>
          <w:b w:val="false"/>
          <w:i w:val="false"/>
          <w:color w:val="FFFFFF"/>
          <w:u w:val="none"/>
          <w:shd w:val="clear" w:color="auto" w:fill="548235"/>
        </w:rPr>
        <w:t xml:space="preserve"> [1HHQ]</w:t>
      </w:r>
      <w:r>
        <w:rPr/>
        <w:t xml:space="preserve">.</w:t>
      </w:r>
    </w:p>
    <w:p>
      <w:pPr>
        <w:pStyle w:val="Yellow"/>
        <w:rPr/>
      </w:pPr>
      <w:r>
        <w:rPr>
          <w:b/>
        </w:rPr>
        <w:t>Proverbs 20:17</w:t>
      </w:r>
      <w:r>
        <w:rPr/>
        <w:t xml:space="preserve"> — </w:t>
      </w:r>
      <w:r>
        <w:rPr>
          <w:shd w:val="clear" w:fill="B7DDE8"/>
        </w:rPr>
        <w:t>Food gained by fraud is sweet to a man</w:t>
      </w:r>
      <w:r>
        <w:rPr>
          <w:b w:val="false"/>
          <w:i w:val="false"/>
          <w:color w:val="000000"/>
          <w:u w:val="none"/>
        </w:rPr>
        <w:t xml:space="preserve"> [1EEL]</w:t>
      </w:r>
      <w:r>
        <w:rPr/>
        <w:t xml:space="preserve">, but </w:t>
      </w:r>
      <w:r>
        <w:rPr>
          <w:shd w:val="clear" w:fill="B7DDE8"/>
        </w:rPr>
        <w:t>later his mouth is full of gravel</w:t>
      </w:r>
      <w:r>
        <w:rPr>
          <w:b w:val="false"/>
          <w:i w:val="false"/>
          <w:color w:val="000000"/>
          <w:u w:val="none"/>
        </w:rPr>
        <w:t xml:space="preserve"> [1EEM]</w:t>
      </w:r>
      <w:r>
        <w:rPr/>
        <w:t>.</w:t>
      </w:r>
    </w:p>
    <w:p>
      <w:pPr>
        <w:pStyle w:val="Yellow"/>
        <w:rPr/>
      </w:pPr>
      <w:r>
        <w:rPr>
          <w:b/>
        </w:rPr>
        <w:t xml:space="preserve">Proverbs 21:7</w:t>
      </w:r>
      <w:r>
        <w:rPr/>
        <w:t xml:space="preserve"> — </w:t>
      </w:r>
      <w:r>
        <w:rPr>
          <w:shd w:fill="F4B183" w:val="clear" w:color="auto"/>
          <w:color w:val="000000"/>
        </w:rPr>
        <w:t xml:space="preserve">The violence of the wicked will sweep them away</w:t>
      </w:r>
      <w:r>
        <w:rPr>
          <w:b w:val="false"/>
          <w:i w:val="false"/>
          <w:color w:val="000000"/>
          <w:u w:val="none"/>
          <w:shd w:val="clear" w:color="auto" w:fill="F4B183"/>
        </w:rPr>
        <w:t xml:space="preserve"> [1HGO]</w:t>
      </w:r>
      <w:r>
        <w:rPr/>
        <w:t xml:space="preserve"> </w:t>
      </w:r>
      <w:r>
        <w:rPr>
          <w:shd w:fill="B7DDE8" w:val="clear"/>
        </w:rPr>
        <w:t xml:space="preserve">because they refuse to do what is just</w:t>
      </w:r>
      <w:r>
        <w:rPr>
          <w:b w:val="false"/>
          <w:i w:val="false"/>
          <w:color w:val="000000"/>
          <w:u w:val="none"/>
        </w:rPr>
        <w:t xml:space="preserve"> [1HGP]</w:t>
      </w:r>
      <w:r>
        <w:rPr/>
        <w:t xml:space="preserve">.</w:t>
      </w:r>
    </w:p>
    <w:p>
      <w:pPr>
        <w:pStyle w:val="Yellow"/>
        <w:rPr/>
      </w:pPr>
      <w:r>
        <w:rPr>
          <w:b/>
        </w:rPr>
        <w:t xml:space="preserve">Proverbs 21:10</w:t>
      </w:r>
      <w:r>
        <w:rPr/>
        <w:t xml:space="preserve"> — </w:t>
      </w:r>
      <w:r>
        <w:rPr>
          <w:shd w:fill="B7DDE8" w:val="clear"/>
        </w:rPr>
        <w:t xml:space="preserve">The soul of the wicked man craves evil</w:t>
      </w:r>
      <w:r>
        <w:rPr>
          <w:b w:val="false"/>
          <w:i w:val="false"/>
          <w:color w:val="000000"/>
          <w:u w:val="none"/>
        </w:rPr>
        <w:t xml:space="preserve"> [1HSQ]</w:t>
      </w:r>
      <w:r>
        <w:rPr/>
        <w:t xml:space="preserve">; </w:t>
      </w:r>
      <w:r>
        <w:rPr>
          <w:shd w:fill="B7DDE8" w:val="clear"/>
        </w:rPr>
        <w:t xml:space="preserve">his neighbor finds no favor in his eyes</w:t>
      </w:r>
      <w:r>
        <w:rPr>
          <w:b w:val="false"/>
          <w:i w:val="false"/>
          <w:color w:val="000000"/>
          <w:u w:val="none"/>
        </w:rPr>
        <w:t xml:space="preserve"> [1HSR]</w:t>
      </w:r>
      <w:r>
        <w:rPr/>
        <w:t xml:space="preserve">.</w:t>
      </w:r>
    </w:p>
    <w:p>
      <w:pPr>
        <w:pStyle w:val="Yellow"/>
        <w:rPr/>
      </w:pPr>
      <w:r>
        <w:rPr>
          <w:b/>
          <w:shd w:val="clear" w:color="auto" w:fill="C00000"/>
          <w:color w:val="FFFFFF"/>
        </w:rPr>
        <w:t xml:space="preserve">Proverbs 24:8</w:t>
      </w:r>
      <w:r>
        <w:rPr>
          <w:shd w:val="clear" w:color="auto" w:fill="C00000"/>
          <w:color w:val="FFFFFF"/>
        </w:rPr>
        <w:t xml:space="preserve"> — </w:t>
      </w:r>
      <w:r>
        <w:rPr>
          <w:shd w:val="clear" w:color="auto" w:fill="C00000"/>
          <w:color w:val="FFFFFF"/>
        </w:rPr>
        <w:t xml:space="preserve">He who plots evil will be called a schemer</w:t>
      </w:r>
      <w:r>
        <w:rPr>
          <w:b w:val="false"/>
          <w:i w:val="false"/>
          <w:u w:val="none"/>
          <w:shd w:val="clear" w:color="auto" w:fill="C00000"/>
          <w:color w:val="FFFFFF"/>
        </w:rPr>
        <w:t xml:space="preserve"> [1HSD]</w:t>
      </w:r>
      <w:r>
        <w:rPr>
          <w:shd w:val="clear" w:color="auto" w:fill="C00000"/>
          <w:color w:val="FFFFFF"/>
        </w:rPr>
        <w:t xml:space="preserve">.</w:t>
      </w:r>
    </w:p>
    <w:p>
      <w:pPr>
        <w:pStyle w:val="Yellow"/>
        <w:rPr/>
      </w:pPr>
      <w:r>
        <w:rPr>
          <w:b/>
        </w:rPr>
        <w:t xml:space="preserve">Proverbs 24:20</w:t>
      </w:r>
      <w:r>
        <w:rPr/>
        <w:t xml:space="preserve"> — </w:t>
      </w:r>
      <w:r>
        <w:rPr>
          <w:shd w:fill="B7DDE8" w:val="clear"/>
        </w:rPr>
        <w:t xml:space="preserve">the evil man has no future</w:t>
      </w:r>
      <w:r>
        <w:rPr>
          <w:b w:val="false"/>
          <w:i w:val="false"/>
          <w:color w:val="000000"/>
          <w:u w:val="none"/>
        </w:rPr>
        <w:t xml:space="preserve"> [1HSJ]</w:t>
      </w:r>
      <w:r>
        <w:rPr/>
        <w:t xml:space="preserve">; </w:t>
      </w:r>
      <w:r>
        <w:rPr>
          <w:shd w:val="clear" w:color="auto" w:fill="D9C3E6"/>
        </w:rPr>
        <w:t xml:space="preserve">the lamp of the wicked will be extinguished</w:t>
      </w:r>
      <w:r>
        <w:rPr>
          <w:b w:val="false"/>
          <w:i w:val="false"/>
          <w:u w:val="none"/>
          <w:color w:val="000000"/>
        </w:rPr>
        <w:t xml:space="preserve"> [2FFL]</w:t>
      </w:r>
      <w:r>
        <w:rPr>
          <w:shd w:val="clear" w:color="auto" w:fill="D9C3E6"/>
        </w:rPr>
        <w:t xml:space="preserve">.</w:t>
      </w:r>
    </w:p>
    <w:p>
      <w:pPr>
        <w:pStyle w:val="Yellow"/>
        <w:rPr/>
      </w:pPr>
      <w:r>
        <w:rPr>
          <w:b/>
        </w:rPr>
        <w:t xml:space="preserve">Proverbs 29:6</w:t>
      </w:r>
      <w:r>
        <w:rPr/>
        <w:t xml:space="preserve"> — </w:t>
      </w:r>
      <w:r>
        <w:rPr>
          <w:shd w:fill="B7DDE8" w:val="clear"/>
        </w:rPr>
        <w:t xml:space="preserve">An evil man is caught by his own sin</w:t>
      </w:r>
      <w:r>
        <w:rPr>
          <w:b w:val="false"/>
          <w:i w:val="false"/>
          <w:color w:val="000000"/>
          <w:u w:val="none"/>
        </w:rPr>
        <w:t xml:space="preserve"> [1HVQ]</w:t>
      </w:r>
      <w:r>
        <w:rPr/>
        <w:t xml:space="preserve">, but </w:t>
      </w:r>
      <w:r>
        <w:rPr>
          <w:shd w:fill="B7DDE8" w:val="clear"/>
        </w:rPr>
        <w:t xml:space="preserve">a righteous one sings and rejoices</w:t>
      </w:r>
      <w:r>
        <w:rPr>
          <w:b w:val="false"/>
          <w:i w:val="false"/>
          <w:color w:val="000000"/>
          <w:u w:val="none"/>
        </w:rPr>
        <w:t xml:space="preserve"> [1HVR]</w:t>
      </w:r>
      <w:r>
        <w:rPr/>
        <w:t xml:space="preserve">.</w:t>
      </w:r>
    </w:p>
    <w:p>
      <w:pPr>
        <w:pStyle w:val="Yellow"/>
        <w:rPr/>
      </w:pPr>
      <w:r>
        <w:rPr>
          <w:b/>
          <w:shd w:val="clear" w:color="auto" w:fill="C00000"/>
          <w:color w:val="FFFFFF"/>
        </w:rPr>
        <w:t xml:space="preserve">Ecclesiastes 8:8</w:t>
      </w:r>
      <w:r>
        <w:rPr>
          <w:shd w:val="clear" w:color="auto" w:fill="C00000"/>
          <w:color w:val="FFFFFF"/>
        </w:rPr>
        <w:t xml:space="preserve"> — </w:t>
      </w:r>
      <w:r>
        <w:rPr>
          <w:shd w:val="clear" w:color="auto" w:fill="C00000"/>
          <w:color w:val="FFFFFF"/>
        </w:rPr>
        <w:t xml:space="preserve">As no one can be discharged in wartime, so wickedness will not release those who practice it</w:t>
      </w:r>
      <w:r>
        <w:rPr>
          <w:b w:val="false"/>
          <w:i w:val="false"/>
          <w:u w:val="none"/>
          <w:shd w:val="clear" w:color="auto" w:fill="C00000"/>
          <w:color w:val="FFFFFF"/>
        </w:rPr>
        <w:t xml:space="preserve"> [1HYB]</w:t>
      </w:r>
      <w:r>
        <w:rPr>
          <w:shd w:val="clear" w:color="auto" w:fill="C00000"/>
          <w:color w:val="FFFFFF"/>
        </w:rPr>
        <w:t xml:space="preserve">.</w:t>
      </w:r>
    </w:p>
    <w:p>
      <w:pPr>
        <w:pStyle w:val="Yellow"/>
        <w:rPr/>
        <w:pBdr>
          <w:left w:val="single" w:sz="28" w:space="5" w:color="C00000"/>
        </w:pBdr>
      </w:pPr>
      <w:r>
        <w:rPr/>
        <w:t xml:space="preserve">(Is1:27 “Zion will be redeemed”) </w:t>
      </w:r>
      <w:r>
        <w:rPr>
          <w:b/>
        </w:rPr>
        <w:t xml:space="preserve">Isaiah 1:28</w:t>
      </w:r>
      <w:r>
        <w:rPr/>
        <w:t xml:space="preserve"> — {But} </w:t>
      </w:r>
      <w:r>
        <w:rPr>
          <w:shd w:fill="B7DDE8" w:val="clear"/>
        </w:rPr>
        <w:t xml:space="preserve">rebels and sinners will together be shattered</w:t>
      </w:r>
      <w:r>
        <w:rPr>
          <w:b w:val="false"/>
          <w:i w:val="false"/>
          <w:color w:val="000000"/>
          <w:u w:val="none"/>
        </w:rPr>
        <w:t xml:space="preserve"> [1JUI]</w:t>
      </w:r>
      <w:r>
        <w:rPr/>
        <w:t xml:space="preserve">, and </w:t>
      </w:r>
      <w:r>
        <w:rPr>
          <w:shd w:fill="B7DDE8" w:val="clear"/>
        </w:rPr>
        <w:t xml:space="preserve">those who forsake the LORD will perish</w:t>
      </w:r>
      <w:r>
        <w:rPr>
          <w:b w:val="false"/>
          <w:i w:val="false"/>
          <w:u w:val="none"/>
          <w:color w:val="000000"/>
        </w:rPr>
        <w:t xml:space="preserve"> [1JUJ]</w:t>
      </w:r>
      <w:r>
        <w:rPr/>
        <w:t xml:space="preserve">.</w:t>
      </w:r>
    </w:p>
    <w:p>
      <w:pPr>
        <w:pStyle w:val="Yellow"/>
        <w:rPr/>
      </w:pPr>
      <w:r>
        <w:rPr>
          <w:b/>
        </w:rPr>
        <w:t xml:space="preserve">Isaiah 3:9</w:t>
      </w:r>
      <w:r>
        <w:rPr/>
        <w:t xml:space="preserve"> — </w:t>
      </w:r>
      <w:r>
        <w:rPr>
          <w:shd w:fill="B7DDE8" w:val="clear"/>
        </w:rPr>
        <w:t xml:space="preserve">The expression on their faces testifies against them</w:t>
      </w:r>
      <w:r>
        <w:rPr>
          <w:b w:val="false"/>
          <w:i w:val="false"/>
          <w:color w:val="000000"/>
          <w:u w:val="none"/>
        </w:rPr>
        <w:t xml:space="preserve"> [1JFV]</w:t>
      </w:r>
      <w:r>
        <w:rPr/>
        <w:t xml:space="preserve">, and </w:t>
      </w:r>
      <w:r>
        <w:rPr>
          <w:shd w:fill="B7DDE8" w:val="clear"/>
        </w:rPr>
        <w:t xml:space="preserve">like Sodom they flaunt their sin; they do not conceal it</w:t>
      </w:r>
      <w:r>
        <w:rPr>
          <w:b w:val="false"/>
          <w:i w:val="false"/>
          <w:u w:val="none"/>
          <w:color w:val="000000"/>
        </w:rPr>
        <w:t xml:space="preserve"> [1JFW]</w:t>
      </w:r>
      <w:r>
        <w:rPr/>
        <w:t xml:space="preserve">. Woe to them, for </w:t>
      </w:r>
      <w:r>
        <w:rPr>
          <w:shd w:fill="B7DDE8" w:val="clear"/>
        </w:rPr>
        <w:t xml:space="preserve">they have brought disaster upon themselves</w:t>
      </w:r>
      <w:r>
        <w:rPr>
          <w:b w:val="false"/>
          <w:i w:val="false"/>
          <w:color w:val="000000"/>
          <w:u w:val="none"/>
        </w:rPr>
        <w:t xml:space="preserve"> [1JFX]</w:t>
      </w:r>
      <w:r>
        <w:rPr/>
        <w:t xml:space="preserve">.</w:t>
      </w:r>
    </w:p>
    <w:p>
      <w:pPr>
        <w:pStyle w:val="Yellow"/>
        <w:rPr/>
      </w:pPr>
      <w:r>
        <w:rPr/>
        <w:t xml:space="preserve">(Is5:11–12 because the revelers disregard God’s actions) </w:t>
      </w:r>
      <w:r>
        <w:rPr>
          <w:b/>
        </w:rPr>
        <w:t xml:space="preserve">Isaiah 5:13–14</w:t>
      </w:r>
      <w:r>
        <w:rPr/>
        <w:t xml:space="preserve"> — {Therefore} </w:t>
      </w:r>
      <w:r>
        <w:rPr>
          <w:shd w:fill="F4B183" w:val="clear" w:color="auto"/>
          <w:color w:val="000000"/>
        </w:rPr>
        <w:t xml:space="preserve">My people will go into exile for their lack of understanding</w:t>
      </w:r>
      <w:r>
        <w:rPr>
          <w:b w:val="false"/>
          <w:i w:val="false"/>
          <w:color w:val="000000"/>
          <w:u w:val="none"/>
          <w:shd w:val="clear" w:color="auto" w:fill="F4B183"/>
        </w:rPr>
        <w:t xml:space="preserve"> [1KAM]</w:t>
      </w:r>
      <w:r>
        <w:rPr/>
        <w:t xml:space="preserve">; </w:t>
      </w:r>
      <w:r>
        <w:rPr>
          <w:shd w:fill="B7DDE8" w:val="clear"/>
        </w:rPr>
        <w:t xml:space="preserve">their dignitaries are starving</w:t>
      </w:r>
      <w:r>
        <w:rPr>
          <w:b w:val="false"/>
          <w:i w:val="false"/>
          <w:color w:val="000000"/>
          <w:u w:val="none"/>
        </w:rPr>
        <w:t xml:space="preserve"> [1KAN]</w:t>
      </w:r>
      <w:r>
        <w:rPr/>
        <w:t xml:space="preserve"> and </w:t>
      </w:r>
      <w:r>
        <w:rPr>
          <w:shd w:fill="B7DDE8" w:val="clear"/>
        </w:rPr>
        <w:t xml:space="preserve">their masses are parched with thirst</w:t>
      </w:r>
      <w:r>
        <w:rPr>
          <w:b w:val="false"/>
          <w:i w:val="false"/>
          <w:color w:val="000000"/>
          <w:u w:val="none"/>
        </w:rPr>
        <w:t xml:space="preserve"> [1KAO]</w:t>
      </w:r>
      <w:r>
        <w:rPr/>
        <w:t xml:space="preserve">. Therefore </w:t>
      </w:r>
      <w:r>
        <w:rPr>
          <w:shd w:fill="B7DDE8" w:val="clear"/>
        </w:rPr>
        <w:t xml:space="preserve">Sheol enlarges its throat and opens wide its enormous jaws</w:t>
      </w:r>
      <w:r>
        <w:rPr>
          <w:b w:val="false"/>
          <w:i w:val="false"/>
          <w:color w:val="000000"/>
          <w:u w:val="none"/>
        </w:rPr>
        <w:t xml:space="preserve"> [1KAP]</w:t>
      </w:r>
      <w:r>
        <w:rPr/>
        <w:t xml:space="preserve">, and </w:t>
      </w:r>
      <w:r>
        <w:rPr>
          <w:shd w:fill="B7DDE8" w:val="clear"/>
        </w:rPr>
        <w:t xml:space="preserve">down go Zion’s nobles and masses, her revelers and carousers</w:t>
      </w:r>
      <w:r>
        <w:rPr>
          <w:b w:val="false"/>
          <w:i w:val="false"/>
          <w:color w:val="000000"/>
          <w:u w:val="none"/>
        </w:rPr>
        <w:t xml:space="preserve"> [1KAQ]</w:t>
      </w:r>
      <w:r>
        <w:rPr/>
        <w:t xml:space="preserve">!</w:t>
      </w:r>
    </w:p>
    <w:p>
      <w:pPr>
        <w:pStyle w:val="Yellow"/>
        <w:rPr/>
      </w:pPr>
      <w:r>
        <w:rPr/>
        <w:t xml:space="preserve">(Is52:13 “My Servant”) </w:t>
      </w:r>
      <w:r>
        <w:rPr>
          <w:b/>
        </w:rPr>
        <w:t xml:space="preserve">Isaiah 53:6</w:t>
      </w:r>
      <w:r>
        <w:rPr/>
        <w:t xml:space="preserve"> — </w:t>
      </w:r>
      <w:r>
        <w:rPr>
          <w:shd w:fill="B7DDE8" w:val="clear"/>
        </w:rPr>
        <w:t xml:space="preserve">We all like sheep have gone astray</w:t>
      </w:r>
      <w:r>
        <w:rPr>
          <w:b w:val="false"/>
          <w:i w:val="false"/>
          <w:color w:val="000000"/>
          <w:u w:val="none"/>
        </w:rPr>
        <w:t xml:space="preserve"> [2HTQ]</w:t>
      </w:r>
      <w:r>
        <w:rPr/>
        <w:t xml:space="preserve">, </w:t>
      </w:r>
      <w:r>
        <w:rPr>
          <w:shd w:fill="B7DDE8" w:val="clear"/>
        </w:rPr>
        <w:t xml:space="preserve">each one has turned to his own way</w:t>
      </w:r>
      <w:r>
        <w:rPr>
          <w:b w:val="false"/>
          <w:i w:val="false"/>
          <w:color w:val="000000"/>
          <w:u w:val="none"/>
        </w:rPr>
        <w:t xml:space="preserve"> [1HTR]</w:t>
      </w:r>
      <w:r>
        <w:rPr/>
        <w:t xml:space="preserve">; and </w:t>
      </w:r>
      <w:r>
        <w:rPr>
          <w:shd w:fill="B7DDE8" w:val="clear"/>
        </w:rPr>
        <w:t xml:space="preserve">the LORD has laid upon {Him} the iniquity of us all</w:t>
      </w:r>
      <w:r>
        <w:rPr>
          <w:b w:val="false"/>
          <w:i w:val="false"/>
          <w:color w:val="000000"/>
          <w:u w:val="none"/>
        </w:rPr>
        <w:t xml:space="preserve"> [1HTS]</w:t>
      </w:r>
      <w:r>
        <w:rPr/>
        <w:t xml:space="preserve">.</w:t>
      </w:r>
    </w:p>
    <w:p>
      <w:pPr>
        <w:pStyle w:val="Yellow"/>
        <w:rPr/>
      </w:pPr>
      <w:r>
        <w:rPr/>
        <w:t xml:space="preserve">(Je6:13–14 Judah’s greedy and deceitful people) </w:t>
      </w:r>
      <w:r>
        <w:rPr>
          <w:b/>
        </w:rPr>
        <w:t xml:space="preserve">Jeremiah 6:15</w:t>
      </w:r>
      <w:r>
        <w:rPr/>
        <w:t xml:space="preserve"> — </w:t>
      </w:r>
      <w:r>
        <w:rPr>
          <w:shd w:fill="B7DDE8" w:val="clear"/>
        </w:rPr>
        <w:t xml:space="preserve">Are {they} ashamed of the abomination they have committed? No, they have no shame at all; they do not even know how to blush</w:t>
      </w:r>
      <w:r>
        <w:rPr>
          <w:b w:val="false"/>
          <w:i w:val="false"/>
          <w:color w:val="000000"/>
          <w:u w:val="none"/>
        </w:rPr>
        <w:t xml:space="preserve"> [1JIL]</w:t>
      </w:r>
      <w:r>
        <w:rPr/>
        <w:t xml:space="preserve">. So </w:t>
      </w:r>
      <w:r>
        <w:rPr>
          <w:shd w:fill="B7DDE8" w:val="clear"/>
        </w:rPr>
        <w:t xml:space="preserve">they will fall among the fallen</w:t>
      </w:r>
      <w:r>
        <w:rPr>
          <w:b w:val="false"/>
          <w:i w:val="false"/>
          <w:color w:val="000000"/>
          <w:u w:val="none"/>
        </w:rPr>
        <w:t xml:space="preserve"> [1JIM]</w:t>
      </w:r>
      <w:r>
        <w:rPr/>
        <w:t xml:space="preserve">; </w:t>
      </w:r>
      <w:r>
        <w:rPr>
          <w:shd w:fill="B7DDE8" w:val="clear"/>
        </w:rPr>
        <w:t xml:space="preserve">when I punish them, they will collapse</w:t>
      </w:r>
      <w:r>
        <w:rPr>
          <w:b w:val="false"/>
          <w:i w:val="false"/>
          <w:color w:val="000000"/>
          <w:u w:val="none"/>
        </w:rPr>
        <w:t xml:space="preserve"> [1JIN]</w:t>
      </w:r>
      <w:r>
        <w:rPr/>
        <w:t xml:space="preserve">,” says the LORD.</w:t>
      </w:r>
    </w:p>
    <w:p>
      <w:pPr>
        <w:pStyle w:val="Green"/>
        <w:rPr/>
      </w:pPr>
      <w:r>
        <w:rPr>
          <w:b/>
        </w:rPr>
        <w:t>Jeremiah 13:23</w:t>
      </w:r>
      <w:r>
        <w:rPr/>
        <w:t xml:space="preserve"> — </w:t>
      </w:r>
      <w:r>
        <w:rPr>
          <w:shd w:fill="B7DDE8" w:val="clear"/>
        </w:rPr>
        <w:t>Can the Ethiopian change his skin, or the leopard his spots</w:t>
      </w:r>
      <w:r>
        <w:rPr>
          <w:b w:val="false"/>
          <w:i w:val="false"/>
          <w:color w:val="000000"/>
          <w:u w:val="none"/>
        </w:rPr>
        <w:t xml:space="preserve"> [1MBC]</w:t>
      </w:r>
      <w:r>
        <w:rPr/>
        <w:t xml:space="preserve">? </w:t>
      </w:r>
      <w:r>
        <w:rPr>
          <w:shd w:fill="B7DDE8" w:val="clear"/>
        </w:rPr>
        <w:t>Neither are you able to do good—you who are accustomed to doing evil</w:t>
      </w:r>
      <w:r>
        <w:rPr>
          <w:b w:val="false"/>
          <w:i w:val="false"/>
          <w:color w:val="000000"/>
          <w:u w:val="none"/>
        </w:rPr>
        <w:t xml:space="preserve"> [1MBD]</w:t>
      </w:r>
      <w:r>
        <w:rPr/>
        <w:t>.</w:t>
      </w:r>
    </w:p>
    <w:p>
      <w:pPr>
        <w:pStyle w:val="Yellow"/>
        <w:rPr/>
      </w:pPr>
      <w:r>
        <w:rPr>
          <w:b/>
        </w:rPr>
        <w:t>Jeremiah 17:13</w:t>
      </w:r>
      <w:r>
        <w:rPr/>
        <w:t xml:space="preserve"> — </w:t>
      </w:r>
      <w:r>
        <w:rPr>
          <w:shd w:val="clear" w:fill="B7DDE8"/>
        </w:rPr>
        <w:t>O LORD, the hope of Israel</w:t>
      </w:r>
      <w:r>
        <w:rPr>
          <w:b w:val="false"/>
          <w:i w:val="false"/>
          <w:color w:val="000000"/>
          <w:u w:val="none"/>
        </w:rPr>
        <w:t xml:space="preserve"> [2BOO]</w:t>
      </w:r>
      <w:r>
        <w:rPr/>
        <w:t xml:space="preserve">, </w:t>
      </w:r>
      <w:r>
        <w:rPr>
          <w:shd w:val="clear" w:fill="B7DDE8"/>
        </w:rPr>
        <w:t>all who abandon You will be put to shame</w:t>
      </w:r>
      <w:r>
        <w:rPr>
          <w:b w:val="false"/>
          <w:i w:val="false"/>
          <w:u w:val="none"/>
          <w:color w:val="000000"/>
        </w:rPr>
        <w:t xml:space="preserve"> [1DHN]</w:t>
      </w:r>
      <w:r>
        <w:rPr/>
        <w:t xml:space="preserve">. </w:t>
      </w:r>
      <w:r>
        <w:rPr>
          <w:shd w:val="clear" w:fill="B7DDE8"/>
        </w:rPr>
        <w:t>All who turn away will be written in the dust</w:t>
      </w:r>
      <w:r>
        <w:rPr>
          <w:b w:val="false"/>
          <w:i w:val="false"/>
          <w:color w:val="000000"/>
          <w:u w:val="none"/>
        </w:rPr>
        <w:t xml:space="preserve"> [1DHO]</w:t>
      </w:r>
      <w:r>
        <w:rPr/>
        <w:t xml:space="preserve">, for </w:t>
      </w:r>
      <w:r>
        <w:rPr>
          <w:shd w:val="clear" w:fill="B7DDE8"/>
        </w:rPr>
        <w:t>they have abandoned the LORD</w:t>
      </w:r>
      <w:r>
        <w:rPr>
          <w:b w:val="false"/>
          <w:i w:val="false"/>
          <w:color w:val="000000"/>
          <w:u w:val="none"/>
        </w:rPr>
        <w:t xml:space="preserve"> [1DHP]</w:t>
      </w:r>
      <w:r>
        <w:rPr>
          <w:color w:val="auto"/>
        </w:rPr>
        <w:t xml:space="preserve">, </w:t>
      </w:r>
      <w:r>
        <w:rPr>
          <w:color w:val="auto"/>
        </w:rPr>
        <w:t>the fountain of living water</w:t>
      </w:r>
      <w:r>
        <w:rPr>
          <w:b w:val="false"/>
          <w:i w:val="false"/>
          <w:color w:val="FFFFFF"/>
          <w:u w:val="none"/>
          <w:shd w:val="clear" w:color="auto" w:fill="548235"/>
        </w:rPr>
        <w:t xml:space="preserve"> [1DHQ]</w:t>
      </w:r>
      <w:r>
        <w:rPr>
          <w:shd w:val="clear" w:color="auto" w:fill="548235"/>
          <w:color w:val="FFFFFF"/>
        </w:rPr>
        <w:t>.</w:t>
      </w:r>
    </w:p>
    <w:p>
      <w:pPr>
        <w:pStyle w:val="Yellow"/>
        <w:rPr/>
      </w:pPr>
      <w:r>
        <w:rPr/>
        <w:t xml:space="preserve">(Je20:10 Jeremiah’s persecutors hoped to “prevail against him”) </w:t>
      </w:r>
      <w:r>
        <w:rPr>
          <w:b/>
        </w:rPr>
        <w:t>Jeremiah 20:11</w:t>
      </w:r>
      <w:r>
        <w:rPr/>
        <w:t xml:space="preserve"> — {But} </w:t>
      </w:r>
      <w:r>
        <w:rPr>
          <w:shd w:val="clear" w:fill="B7DDE8"/>
        </w:rPr>
        <w:t>the LORD is with me like a fearsome warrior</w:t>
      </w:r>
      <w:r>
        <w:rPr>
          <w:b w:val="false"/>
          <w:i w:val="false"/>
          <w:u w:val="none"/>
          <w:color w:val="000000"/>
        </w:rPr>
        <w:t xml:space="preserve"> [1DKC]</w:t>
      </w:r>
      <w:r>
        <w:rPr/>
        <w:t xml:space="preserve">. Therefore, </w:t>
      </w:r>
      <w:r>
        <w:rPr>
          <w:shd w:val="clear" w:fill="B7DDE8"/>
        </w:rPr>
        <w:t>my persecutors will stumble</w:t>
      </w:r>
      <w:r>
        <w:rPr>
          <w:b w:val="false"/>
          <w:i w:val="false"/>
          <w:color w:val="000000"/>
          <w:u w:val="none"/>
        </w:rPr>
        <w:t xml:space="preserve"> [1DKD]</w:t>
      </w:r>
      <w:r>
        <w:rPr/>
        <w:t xml:space="preserve"> and </w:t>
      </w:r>
      <w:r>
        <w:rPr>
          <w:shd w:val="clear" w:fill="B7DDE8"/>
        </w:rPr>
        <w:t>will not prevail</w:t>
      </w:r>
      <w:r>
        <w:rPr>
          <w:b w:val="false"/>
          <w:i w:val="false"/>
          <w:u w:val="none"/>
          <w:color w:val="000000"/>
        </w:rPr>
        <w:t xml:space="preserve"> [2DKE]</w:t>
      </w:r>
      <w:r>
        <w:rPr/>
        <w:t xml:space="preserve">. Since </w:t>
      </w:r>
      <w:r>
        <w:rPr>
          <w:shd w:val="clear" w:fill="B7DDE8"/>
        </w:rPr>
        <w:t>they have not succeeded</w:t>
      </w:r>
      <w:r>
        <w:rPr>
          <w:b w:val="false"/>
          <w:i w:val="false"/>
          <w:color w:val="000000"/>
          <w:u w:val="none"/>
        </w:rPr>
        <w:t xml:space="preserve"> [1DKF]</w:t>
      </w:r>
      <w:r>
        <w:rPr/>
        <w:t xml:space="preserve">, </w:t>
      </w:r>
      <w:r>
        <w:rPr>
          <w:shd w:val="clear" w:fill="B7DDE8"/>
        </w:rPr>
        <w:t>they will be utterly put to shame</w:t>
      </w:r>
      <w:r>
        <w:rPr>
          <w:b w:val="false"/>
          <w:i w:val="false"/>
          <w:color w:val="000000"/>
          <w:u w:val="none"/>
        </w:rPr>
        <w:t xml:space="preserve"> [3TH]</w:t>
      </w:r>
      <w:r>
        <w:rPr/>
        <w:t xml:space="preserve">, </w:t>
      </w:r>
      <w:r>
        <w:rPr>
          <w:shd w:val="clear" w:fill="B7DDE8"/>
        </w:rPr>
        <w:t>with an everlasting disgrace that will never be forgotten</w:t>
      </w:r>
      <w:r>
        <w:rPr>
          <w:b w:val="false"/>
          <w:i w:val="false"/>
          <w:color w:val="000000"/>
          <w:u w:val="none"/>
        </w:rPr>
        <w:t xml:space="preserve"> [1DKG]</w:t>
      </w:r>
      <w:r>
        <w:rPr/>
        <w:t>.</w:t>
      </w:r>
    </w:p>
    <w:p>
      <w:pPr>
        <w:pStyle w:val="Yellow"/>
        <w:rPr/>
      </w:pPr>
      <w:r>
        <w:rPr>
          <w:color w:val="auto"/>
        </w:rPr>
        <w:t xml:space="preserve">(Je22:17ᶜ because Jehoiakim’s “eyes and heart are set” on “dishonest gain,” “shedding innocent blood,” and “extortion and oppression”¹) </w:t>
      </w:r>
      <w:r>
        <w:rPr>
          <w:b/>
          <w:color w:val="auto"/>
        </w:rPr>
        <w:t xml:space="preserve">Jeremiah 22:18–19</w:t>
      </w:r>
      <w:r>
        <w:rPr>
          <w:color w:val="auto"/>
        </w:rPr>
        <w:t xml:space="preserve"> — {Therefore} this is what the LORD says concerning Jehoiakim son of Josiah king of Judah: “</w:t>
      </w:r>
      <w:r>
        <w:rPr>
          <w:color w:val="auto"/>
        </w:rPr>
        <w:t xml:space="preserve">They will not mourn for him: ‘Alas, my brother! Alas, my sister!’</w:t>
      </w:r>
      <w:r>
        <w:rPr>
          <w:b w:val="false"/>
          <w:i w:val="false"/>
          <w:color w:val="auto"/>
          <w:u w:val="none"/>
        </w:rPr>
        <w:t xml:space="preserve"> [1KTW]</w:t>
      </w:r>
      <w:r>
        <w:rPr>
          <w:color w:val="auto"/>
        </w:rPr>
        <w:t xml:space="preserve"> </w:t>
      </w:r>
      <w:r>
        <w:rPr>
          <w:color w:val="auto"/>
        </w:rPr>
        <w:t xml:space="preserve">They will not mourn for him: ‘Alas, my master! Alas, his splendor!’</w:t>
      </w:r>
      <w:r>
        <w:rPr>
          <w:b w:val="false"/>
          <w:i w:val="false"/>
          <w:color w:val="auto"/>
          <w:u w:val="none"/>
        </w:rPr>
        <w:t xml:space="preserve"> [1KTW]</w:t>
      </w:r>
      <w:r>
        <w:rPr>
          <w:color w:val="auto"/>
        </w:rPr>
        <w:t xml:space="preserve"> </w:t>
      </w:r>
      <w:r>
        <w:rPr>
          <w:color w:val="auto"/>
        </w:rPr>
        <w:t xml:space="preserve">He will be buried like a donkey</w:t>
      </w:r>
      <w:r>
        <w:rPr>
          <w:b w:val="false"/>
          <w:i w:val="false"/>
          <w:color w:val="auto"/>
          <w:u w:val="none"/>
        </w:rPr>
        <w:t xml:space="preserve"> [1KTX]</w:t>
      </w:r>
      <w:r>
        <w:rPr>
          <w:color w:val="auto"/>
        </w:rPr>
        <w:t xml:space="preserve">, </w:t>
      </w:r>
      <w:r>
        <w:rPr>
          <w:color w:val="auto"/>
        </w:rPr>
        <w:t xml:space="preserve">dragged away and thrown outside the gates of Jerusalem</w:t>
      </w:r>
      <w:r>
        <w:rPr>
          <w:b w:val="false"/>
          <w:i w:val="false"/>
          <w:color w:val="auto"/>
          <w:u w:val="none"/>
        </w:rPr>
        <w:t xml:space="preserve"> [1KTY]</w:t>
      </w:r>
      <w:r>
        <w:rPr>
          <w:color w:val="auto"/>
        </w:rPr>
        <w:t xml:space="preserve">.</w:t>
      </w:r>
    </w:p>
    <w:p>
      <w:pPr>
        <w:pStyle w:val="Yellow"/>
        <w:rPr/>
      </w:pPr>
      <w:r>
        <w:rPr>
          <w:b/>
        </w:rPr>
        <w:t xml:space="preserve">Jeremiah 36:3</w:t>
      </w:r>
      <w:r>
        <w:rPr/>
        <w:t xml:space="preserve"> — Perhaps </w:t>
      </w:r>
      <w:r>
        <w:rPr>
          <w:shd w:fill="B7DDE8" w:val="clear"/>
        </w:rPr>
        <w:t xml:space="preserve">when the people of Judah hear about all the calamity I plan to bring upon them, each of them will turn from his wicked way</w:t>
      </w:r>
      <w:r>
        <w:rPr>
          <w:b w:val="false"/>
          <w:i w:val="false"/>
          <w:color w:val="000000"/>
          <w:u w:val="none"/>
        </w:rPr>
        <w:t xml:space="preserve"> [1JZU]</w:t>
      </w:r>
      <w:r>
        <w:rPr/>
        <w:t xml:space="preserve">. Then </w:t>
      </w:r>
      <w:r>
        <w:rPr>
          <w:shd w:fill="B7DDE8" w:val="clear"/>
        </w:rPr>
        <w:t xml:space="preserve">I will forgive their iniquity and their sin</w:t>
      </w:r>
      <w:r>
        <w:rPr>
          <w:b w:val="false"/>
          <w:i w:val="false"/>
          <w:color w:val="000000"/>
          <w:u w:val="none"/>
        </w:rPr>
        <w:t xml:space="preserve"> [1JZV]</w:t>
      </w:r>
      <w:r>
        <w:rPr/>
        <w:t xml:space="preserve">.”</w:t>
      </w:r>
    </w:p>
    <w:p>
      <w:pPr>
        <w:pStyle w:val="Yellow"/>
        <w:rPr/>
      </w:pPr>
      <w:r>
        <w:rPr>
          <w:shd w:val="clear" w:color="auto" w:fill="548235"/>
          <w:color w:val="FFFFFF"/>
        </w:rPr>
        <w:t xml:space="preserve">(Je50:24ᶜ because Babylon “challenged the LORD”) </w:t>
      </w:r>
      <w:r>
        <w:rPr>
          <w:b/>
          <w:shd w:val="clear" w:color="auto" w:fill="548235"/>
          <w:color w:val="FFFFFF"/>
        </w:rPr>
        <w:t xml:space="preserve">Jeremiah 50:23</w:t>
      </w:r>
      <w:r>
        <w:rPr>
          <w:shd w:val="clear" w:color="auto" w:fill="548235"/>
          <w:color w:val="FFFFFF"/>
        </w:rPr>
        <w:t xml:space="preserve"> — </w:t>
      </w:r>
      <w:r>
        <w:rPr>
          <w:shd w:fill="548235" w:val="clear" w:color="auto"/>
          <w:color w:val="FFFFFF"/>
        </w:rPr>
        <w:t xml:space="preserve">What a horror Babylon has become among the nations</w:t>
      </w:r>
      <w:r>
        <w:rPr>
          <w:b w:val="false"/>
          <w:i w:val="false"/>
          <w:color w:val="FFFFFF"/>
          <w:u w:val="none"/>
          <w:shd w:val="clear" w:color="auto" w:fill="548235"/>
        </w:rPr>
        <w:t xml:space="preserve"> [1KBZ]</w:t>
      </w:r>
      <w:r>
        <w:rPr>
          <w:shd w:val="clear" w:color="auto" w:fill="548235"/>
          <w:color w:val="FFFFFF"/>
        </w:rPr>
        <w:t xml:space="preserve">!</w:t>
      </w:r>
    </w:p>
    <w:p>
      <w:pPr>
        <w:pStyle w:val="Yellow"/>
        <w:rPr/>
      </w:pPr>
      <w:r>
        <w:rPr>
          <w:b/>
          <w:shd w:val="clear" w:color="auto" w:fill="C00000"/>
          <w:color w:val="FFFFFF"/>
        </w:rPr>
        <w:t xml:space="preserve">Lamentations 1:8</w:t>
      </w:r>
      <w:r>
        <w:rPr>
          <w:shd w:val="clear" w:color="auto" w:fill="C00000"/>
          <w:color w:val="FFFFFF"/>
        </w:rPr>
        <w:t xml:space="preserve"> — </w:t>
      </w:r>
      <w:r>
        <w:rPr>
          <w:shd w:val="clear" w:color="auto" w:fill="C00000"/>
          <w:color w:val="FFFFFF"/>
        </w:rPr>
        <w:t xml:space="preserve">Jerusalem has sinned greatly</w:t>
      </w:r>
      <w:r>
        <w:rPr>
          <w:b w:val="false"/>
          <w:i w:val="false"/>
          <w:u w:val="none"/>
          <w:shd w:val="clear" w:color="auto" w:fill="C00000"/>
          <w:color w:val="FFFFFF"/>
        </w:rPr>
        <w:t xml:space="preserve"> [1JZW]</w:t>
      </w:r>
      <w:r>
        <w:rPr>
          <w:shd w:val="clear" w:color="auto" w:fill="C00000"/>
          <w:color w:val="FFFFFF"/>
        </w:rPr>
        <w:t xml:space="preserve">; therefore </w:t>
      </w:r>
      <w:r>
        <w:rPr>
          <w:shd w:val="clear" w:color="auto" w:fill="C00000"/>
          <w:color w:val="FFFFFF"/>
        </w:rPr>
        <w:t xml:space="preserve">she has become an object of scorn</w:t>
      </w:r>
      <w:r>
        <w:rPr>
          <w:b w:val="false"/>
          <w:i w:val="false"/>
          <w:u w:val="none"/>
          <w:shd w:val="clear" w:color="auto" w:fill="C00000"/>
          <w:color w:val="FFFFFF"/>
        </w:rPr>
        <w:t xml:space="preserve"> [1JZX]</w:t>
      </w:r>
      <w:r>
        <w:rPr>
          <w:shd w:val="clear" w:color="auto" w:fill="C00000"/>
          <w:color w:val="FFFFFF"/>
        </w:rPr>
        <w:t xml:space="preserve">. </w:t>
      </w:r>
      <w:r>
        <w:rPr>
          <w:shd w:val="clear" w:color="auto" w:fill="C00000"/>
          <w:color w:val="FFFFFF"/>
        </w:rPr>
        <w:t xml:space="preserve">All who honored her now despise her</w:t>
      </w:r>
      <w:r>
        <w:rPr>
          <w:b w:val="false"/>
          <w:i w:val="false"/>
          <w:u w:val="none"/>
          <w:shd w:val="clear" w:color="auto" w:fill="C00000"/>
          <w:color w:val="FFFFFF"/>
        </w:rPr>
        <w:t xml:space="preserve"> [1JZY]</w:t>
      </w:r>
      <w:r>
        <w:rPr>
          <w:shd w:val="clear" w:color="auto" w:fill="C00000"/>
          <w:color w:val="FFFFFF"/>
        </w:rPr>
        <w:t xml:space="preserve">, for </w:t>
      </w:r>
      <w:r>
        <w:rPr>
          <w:shd w:val="clear" w:color="auto" w:fill="C00000"/>
          <w:color w:val="FFFFFF"/>
        </w:rPr>
        <w:t xml:space="preserve">they have seen her nakedness</w:t>
      </w:r>
      <w:r>
        <w:rPr>
          <w:b w:val="false"/>
          <w:i w:val="false"/>
          <w:u w:val="none"/>
          <w:shd w:val="clear" w:color="auto" w:fill="C00000"/>
          <w:color w:val="FFFFFF"/>
        </w:rPr>
        <w:t xml:space="preserve"> [1JZZ]</w:t>
      </w:r>
      <w:r>
        <w:rPr>
          <w:shd w:val="clear" w:color="auto" w:fill="C00000"/>
          <w:color w:val="FFFFFF"/>
        </w:rPr>
        <w:t xml:space="preserve">; </w:t>
      </w:r>
      <w:r>
        <w:rPr>
          <w:shd w:val="clear" w:color="auto" w:fill="C00000"/>
          <w:color w:val="FFFFFF"/>
        </w:rPr>
        <w:t xml:space="preserve">she herself groans and turns away</w:t>
      </w:r>
      <w:r>
        <w:rPr>
          <w:b w:val="false"/>
          <w:i w:val="false"/>
          <w:u w:val="none"/>
          <w:shd w:val="clear" w:color="auto" w:fill="C00000"/>
          <w:color w:val="FFFFFF"/>
        </w:rPr>
        <w:t xml:space="preserve"> [1KAA]</w:t>
      </w:r>
      <w:r>
        <w:rPr>
          <w:shd w:val="clear" w:color="auto" w:fill="C00000"/>
          <w:color w:val="FFFFFF"/>
        </w:rPr>
        <w:t xml:space="preserve">.</w:t>
      </w:r>
    </w:p>
    <w:p>
      <w:pPr>
        <w:pStyle w:val="Yellow"/>
        <w:rPr/>
      </w:pPr>
      <w:r>
        <w:rPr>
          <w:b/>
        </w:rPr>
        <w:t xml:space="preserve">Ezekiel 8:17–18</w:t>
      </w:r>
      <w:r>
        <w:rPr/>
        <w:t xml:space="preserve"> — Is it not enough for </w:t>
      </w:r>
      <w:r>
        <w:rPr>
          <w:shd w:fill="B7DDE8" w:val="clear"/>
        </w:rPr>
        <w:t xml:space="preserve">the house of Judah to commit the abominations they are practicing here</w:t>
      </w:r>
      <w:r>
        <w:rPr>
          <w:b w:val="false"/>
          <w:i w:val="false"/>
          <w:color w:val="000000"/>
          <w:u w:val="none"/>
        </w:rPr>
        <w:t xml:space="preserve"> [1KGM]</w:t>
      </w:r>
      <w:r>
        <w:rPr/>
        <w:t xml:space="preserve">, that </w:t>
      </w:r>
      <w:r>
        <w:rPr>
          <w:shd w:fill="B7DDE8" w:val="clear"/>
        </w:rPr>
        <w:t xml:space="preserve">they must also fill the land with violence</w:t>
      </w:r>
      <w:r>
        <w:rPr>
          <w:b w:val="false"/>
          <w:i w:val="false"/>
          <w:u w:val="none"/>
          <w:color w:val="000000"/>
        </w:rPr>
        <w:t xml:space="preserve"> [1KGN]</w:t>
      </w:r>
      <w:r>
        <w:rPr/>
        <w:t xml:space="preserve"> and </w:t>
      </w:r>
      <w:r>
        <w:rPr>
          <w:shd w:fill="B7DDE8" w:val="clear"/>
        </w:rPr>
        <w:t xml:space="preserve">continually provoke Me to anger</w:t>
      </w:r>
      <w:r>
        <w:rPr>
          <w:b w:val="false"/>
          <w:i w:val="false"/>
          <w:color w:val="000000"/>
          <w:u w:val="none"/>
        </w:rPr>
        <w:t xml:space="preserve"> [1KGO]</w:t>
      </w:r>
      <w:r>
        <w:rPr/>
        <w:t xml:space="preserve">? Look, </w:t>
      </w:r>
      <w:r>
        <w:rPr>
          <w:shd w:fill="B7DDE8" w:val="clear"/>
        </w:rPr>
        <w:t xml:space="preserve">they are even putting the branch to their nose</w:t>
      </w:r>
      <w:r>
        <w:rPr>
          <w:b w:val="false"/>
          <w:i w:val="false"/>
          <w:color w:val="000000"/>
          <w:u w:val="none"/>
        </w:rPr>
        <w:t xml:space="preserve"> [1KGP]</w:t>
      </w:r>
      <w:r>
        <w:rPr/>
        <w:t xml:space="preserve">! Therefore </w:t>
      </w:r>
      <w:r>
        <w:rPr>
          <w:shd w:fill="B7DDE8" w:val="clear"/>
        </w:rPr>
        <w:t xml:space="preserve">I will respond with wrath</w:t>
      </w:r>
      <w:r>
        <w:rPr>
          <w:b w:val="false"/>
          <w:i w:val="false"/>
          <w:color w:val="000000"/>
          <w:u w:val="none"/>
        </w:rPr>
        <w:t xml:space="preserve"> [1KGQ]</w:t>
      </w:r>
      <w:r>
        <w:rPr/>
        <w:t xml:space="preserve">. </w:t>
      </w:r>
      <w:r>
        <w:rPr>
          <w:shd w:fill="B7DDE8" w:val="clear"/>
        </w:rPr>
        <w:t xml:space="preserve">I will not look on them with pity</w:t>
      </w:r>
      <w:r>
        <w:rPr>
          <w:b w:val="false"/>
          <w:i w:val="false"/>
          <w:color w:val="000000"/>
          <w:u w:val="none"/>
        </w:rPr>
        <w:t xml:space="preserve"> [1KGR]</w:t>
      </w:r>
      <w:r>
        <w:rPr/>
        <w:t xml:space="preserve">, </w:t>
      </w:r>
      <w:r>
        <w:rPr>
          <w:shd w:fill="B7DDE8" w:val="clear"/>
        </w:rPr>
        <w:t xml:space="preserve">nor will I spare them</w:t>
      </w:r>
      <w:r>
        <w:rPr>
          <w:b w:val="false"/>
          <w:i w:val="false"/>
          <w:color w:val="000000"/>
          <w:u w:val="none"/>
        </w:rPr>
        <w:t xml:space="preserve"> [1KGS]</w:t>
      </w:r>
      <w:r>
        <w:rPr/>
        <w:t xml:space="preserve">. </w:t>
      </w:r>
      <w:r>
        <w:rPr>
          <w:shd w:fill="B7DDE8" w:val="clear"/>
        </w:rPr>
        <w:t xml:space="preserve">Although they shout loudly in My ears, I will not listen to them</w:t>
      </w:r>
      <w:r>
        <w:rPr>
          <w:b w:val="false"/>
          <w:i w:val="false"/>
          <w:u w:val="none"/>
          <w:color w:val="000000"/>
        </w:rPr>
        <w:t xml:space="preserve"> [1KGT]</w:t>
      </w:r>
      <w:r>
        <w:rPr/>
        <w:t xml:space="preserve">.”</w:t>
      </w:r>
    </w:p>
    <w:p>
      <w:pPr>
        <w:pStyle w:val="Yellow"/>
        <w:rPr/>
      </w:pPr>
      <w:r>
        <w:rPr/>
        <w:t xml:space="preserve">(Eze18:10 “violent son”) </w:t>
      </w:r>
      <w:r>
        <w:rPr>
          <w:b/>
        </w:rPr>
        <w:t xml:space="preserve">Ezekiel 18:18</w:t>
      </w:r>
      <w:r>
        <w:rPr/>
        <w:t xml:space="preserve"> — As for </w:t>
      </w:r>
      <w:r>
        <w:rPr>
          <w:shd w:fill="B7DDE8" w:val="clear"/>
        </w:rPr>
        <w:t xml:space="preserve">{his father}, he will die for his own iniquity</w:t>
      </w:r>
      <w:r>
        <w:rPr>
          <w:b w:val="false"/>
          <w:i w:val="false"/>
          <w:color w:val="000000"/>
          <w:u w:val="none"/>
        </w:rPr>
        <w:t xml:space="preserve"> [1ISH]</w:t>
      </w:r>
      <w:r>
        <w:rPr/>
        <w:t xml:space="preserve">, </w:t>
      </w:r>
      <w:r>
        <w:rPr>
          <w:shd w:fill="B7DDE8" w:val="clear"/>
        </w:rPr>
        <w:t xml:space="preserve">because he practiced extortion, robbed his brother, and did what was wrong among his people</w:t>
      </w:r>
      <w:r>
        <w:rPr>
          <w:b w:val="false"/>
          <w:i w:val="false"/>
          <w:color w:val="000000"/>
          <w:u w:val="none"/>
        </w:rPr>
        <w:t xml:space="preserve"> [1ISI]</w:t>
      </w:r>
      <w:r>
        <w:rPr/>
        <w:t xml:space="preserve">.</w:t>
      </w:r>
    </w:p>
    <w:p>
      <w:pPr>
        <w:pStyle w:val="Green"/>
        <w:rPr/>
      </w:pPr>
      <w:r>
        <w:rPr>
          <w:b/>
          <w:u w:val="none"/>
        </w:rPr>
        <w:t xml:space="preserve">Ezekiel 18:21–22</w:t>
      </w:r>
      <w:r>
        <w:rPr>
          <w:u w:val="none"/>
        </w:rPr>
        <w:t xml:space="preserve"> — </w:t>
      </w:r>
      <w:r>
        <w:rPr>
          <w:u w:val="none"/>
          <w:shd w:fill="B7DDE8" w:val="clear"/>
        </w:rPr>
        <w:t xml:space="preserve">If the wicked man turns from all the sins he has committed, keeps all My statutes, and does what is just and right</w:t>
      </w:r>
      <w:r>
        <w:rPr>
          <w:b w:val="false"/>
          <w:i w:val="false"/>
          <w:color w:val="000000"/>
          <w:u w:val="none"/>
        </w:rPr>
        <w:t xml:space="preserve"> [1ITG]</w:t>
      </w:r>
      <w:r>
        <w:rPr>
          <w:u w:val="none"/>
        </w:rPr>
        <w:t xml:space="preserve">, </w:t>
      </w:r>
      <w:r>
        <w:rPr>
          <w:u w:val="none"/>
          <w:shd w:fill="B7DDE8" w:val="clear"/>
        </w:rPr>
        <w:t xml:space="preserve">he will surely live; he will not die</w:t>
      </w:r>
      <w:r>
        <w:rPr>
          <w:b w:val="false"/>
          <w:i w:val="false"/>
          <w:u w:val="none"/>
          <w:color w:val="000000"/>
        </w:rPr>
        <w:t xml:space="preserve"> [3ITE]</w:t>
      </w:r>
      <w:r>
        <w:rPr>
          <w:u w:val="none"/>
        </w:rPr>
        <w:t xml:space="preserve">. </w:t>
      </w:r>
      <w:r>
        <w:rPr>
          <w:u w:val="none"/>
          <w:shd w:fill="B7DDE8" w:val="clear"/>
        </w:rPr>
        <w:t xml:space="preserve">None of the transgressions he has committed will be held against him</w:t>
      </w:r>
      <w:r>
        <w:rPr>
          <w:b w:val="false"/>
          <w:i w:val="false"/>
          <w:u w:val="none"/>
          <w:color w:val="000000"/>
        </w:rPr>
        <w:t xml:space="preserve"> [2ITH]</w:t>
      </w:r>
      <w:r>
        <w:rPr>
          <w:u w:val="none"/>
        </w:rPr>
        <w:t xml:space="preserve">. </w:t>
      </w:r>
      <w:r>
        <w:rPr>
          <w:u w:val="none"/>
          <w:shd w:fill="B7DDE8" w:val="clear"/>
        </w:rPr>
        <w:t xml:space="preserve">Because of the righteousness he has practiced, he will live</w:t>
      </w:r>
      <w:r>
        <w:rPr>
          <w:b w:val="false"/>
          <w:i w:val="false"/>
          <w:color w:val="000000"/>
          <w:u w:val="none"/>
        </w:rPr>
        <w:t xml:space="preserve"> [1ITI]</w:t>
      </w:r>
      <w:r>
        <w:rPr>
          <w:u w:val="none"/>
        </w:rPr>
        <w:t xml:space="preserve">.</w:t>
      </w:r>
    </w:p>
    <w:p>
      <w:pPr>
        <w:pStyle w:val="Yellow"/>
        <w:rPr/>
        <w:shd w:val="clear" w:color="auto" w:fill="E4DFEC"/>
        <w:pBdr>
          <w:left w:val="single" w:sz="28" w:space="5" w:color="7030A0"/>
        </w:pBdr>
      </w:pPr>
      <w:r>
        <w:rPr>
          <w:b/>
        </w:rPr>
        <w:t xml:space="preserve">Ezekiel 18:23</w:t>
      </w:r>
      <w:r>
        <w:rPr/>
        <w:t xml:space="preserve"> — </w:t>
      </w:r>
      <w:r>
        <w:rPr>
          <w:shd w:fill="B7DDE8" w:val="clear"/>
        </w:rPr>
        <w:t xml:space="preserve">Do I take any pleasure in the death of the wicked?</w:t>
      </w:r>
      <w:r>
        <w:rPr>
          <w:b w:val="false"/>
          <w:i w:val="false"/>
          <w:color w:val="000000"/>
          <w:u w:val="none"/>
        </w:rPr>
        <w:t xml:space="preserve"> [2IYW]</w:t>
      </w:r>
      <w:r>
        <w:rPr/>
        <w:t xml:space="preserve"> declares the Lord GOD. </w:t>
      </w:r>
      <w:r>
        <w:rPr>
          <w:shd w:fill="F4B183" w:val="clear" w:color="auto"/>
          <w:color w:val="000000"/>
        </w:rPr>
        <w:t xml:space="preserve">Wouldn’t I prefer that he turn from his ways and live?</w:t>
      </w:r>
      <w:r>
        <w:rPr>
          <w:b w:val="false"/>
          <w:i w:val="false"/>
          <w:color w:val="000000"/>
          <w:u w:val="none"/>
          <w:shd w:val="clear" w:color="auto" w:fill="F4B183"/>
        </w:rPr>
        <w:t xml:space="preserve"> [2IYX]</w:t>
      </w:r>
    </w:p>
    <w:p>
      <w:pPr>
        <w:pStyle w:val="Yellow"/>
        <w:rPr/>
      </w:pPr>
      <w:r>
        <w:rPr>
          <w:shd w:val="clear" w:color="auto" w:fill="C00000"/>
          <w:color w:val="FFFFFF"/>
        </w:rPr>
        <w:t xml:space="preserve">(Eze33:7ᶜ after God “made you a watchman” / 8 If Ezekiel fails to “speak out”¹) </w:t>
      </w:r>
      <w:r>
        <w:rPr>
          <w:b/>
          <w:shd w:val="clear" w:color="auto" w:fill="C00000"/>
          <w:color w:val="FFFFFF"/>
        </w:rPr>
        <w:t xml:space="preserve">Ezekiel 33:9</w:t>
      </w:r>
      <w:r>
        <w:rPr>
          <w:shd w:val="clear" w:color="auto" w:fill="C00000"/>
          <w:color w:val="FFFFFF"/>
        </w:rPr>
        <w:t xml:space="preserve"> — {But} </w:t>
      </w:r>
      <w:r>
        <w:rPr>
          <w:shd w:val="clear" w:color="auto" w:fill="C00000"/>
          <w:color w:val="FFFFFF"/>
        </w:rPr>
        <w:t xml:space="preserve">if you warn the wicked man to turn from his way, and he does not turn from it</w:t>
      </w:r>
      <w:r>
        <w:rPr>
          <w:b w:val="false"/>
          <w:i w:val="false"/>
          <w:u w:val="none"/>
          <w:shd w:val="clear" w:color="auto" w:fill="C00000"/>
          <w:color w:val="FFFFFF"/>
        </w:rPr>
        <w:t xml:space="preserve"> [2ISR]</w:t>
      </w:r>
      <w:r>
        <w:rPr>
          <w:shd w:val="clear" w:color="auto" w:fill="C00000"/>
          <w:color w:val="FFFFFF"/>
        </w:rPr>
        <w:t xml:space="preserve">, </w:t>
      </w:r>
      <w:r>
        <w:rPr>
          <w:shd w:val="clear" w:color="auto" w:fill="C00000"/>
          <w:color w:val="FFFFFF"/>
        </w:rPr>
        <w:t xml:space="preserve">he will die in his iniquity</w:t>
      </w:r>
      <w:r>
        <w:rPr>
          <w:b w:val="false"/>
          <w:i w:val="false"/>
          <w:u w:val="none"/>
          <w:shd w:val="clear" w:color="auto" w:fill="C00000"/>
          <w:color w:val="FFFFFF"/>
        </w:rPr>
        <w:t xml:space="preserve"> [2ISP]</w:t>
      </w:r>
      <w:r>
        <w:rPr>
          <w:shd w:val="clear" w:color="auto" w:fill="C00000"/>
          <w:color w:val="FFFFFF"/>
        </w:rPr>
        <w:t xml:space="preserve">, but </w:t>
      </w:r>
      <w:r>
        <w:rPr>
          <w:shd w:val="clear" w:color="auto" w:fill="C00000"/>
          <w:color w:val="FFFFFF"/>
        </w:rPr>
        <w:t xml:space="preserve">you will have saved your life</w:t>
      </w:r>
      <w:r>
        <w:rPr>
          <w:b w:val="false"/>
          <w:i w:val="false"/>
          <w:u w:val="none"/>
          <w:shd w:val="clear" w:color="auto" w:fill="C00000"/>
          <w:color w:val="FFFFFF"/>
        </w:rPr>
        <w:t xml:space="preserve"> [3ISS]</w:t>
      </w:r>
      <w:r>
        <w:rPr>
          <w:shd w:val="clear" w:color="auto" w:fill="C00000"/>
          <w:color w:val="FFFFFF"/>
        </w:rPr>
        <w:t xml:space="preserve">.</w:t>
      </w:r>
    </w:p>
    <w:p>
      <w:pPr>
        <w:pStyle w:val="Yellow"/>
        <w:rPr/>
      </w:pPr>
      <w:r>
        <w:rPr>
          <w:b/>
          <w:u w:val="none"/>
        </w:rPr>
        <w:t>Ezekiel 33:18-19</w:t>
      </w:r>
      <w:r>
        <w:rPr>
          <w:u w:val="none"/>
        </w:rPr>
        <w:t xml:space="preserve"> — </w:t>
      </w:r>
      <w:r>
        <w:rPr>
          <w:u w:val="none"/>
          <w:shd w:val="clear" w:color="auto" w:fill="D9C3E6"/>
        </w:rPr>
        <w:t>If a righteous man turns from his righteousness and commits iniquity</w:t>
      </w:r>
      <w:r>
        <w:rPr>
          <w:b w:val="false"/>
          <w:i w:val="false"/>
          <w:color w:val="000000"/>
          <w:u w:val="none"/>
        </w:rPr>
        <w:t xml:space="preserve"> [4IST]</w:t>
      </w:r>
      <w:r>
        <w:rPr>
          <w:u w:val="none"/>
          <w:shd w:val="clear" w:color="auto" w:fill="D9C3E6"/>
        </w:rPr>
        <w:t xml:space="preserve">, </w:t>
      </w:r>
      <w:r>
        <w:rPr>
          <w:u w:val="none"/>
          <w:shd w:val="clear" w:color="auto" w:fill="D9C3E6"/>
        </w:rPr>
        <w:t>he will die for it</w:t>
      </w:r>
      <w:r>
        <w:rPr>
          <w:b w:val="false"/>
          <w:i w:val="false"/>
          <w:color w:val="000000"/>
          <w:u w:val="none"/>
        </w:rPr>
        <w:t xml:space="preserve"> [3ISV]</w:t>
      </w:r>
      <w:r>
        <w:rPr>
          <w:u w:val="none"/>
        </w:rPr>
        <w:t xml:space="preserve">. But </w:t>
      </w:r>
      <w:r>
        <w:rPr>
          <w:u w:val="none"/>
          <w:shd w:fill="B7DDE8" w:val="clear"/>
        </w:rPr>
        <w:t>if a wicked man turns from his wickedness and does what is just and right</w:t>
      </w:r>
      <w:r>
        <w:rPr>
          <w:b w:val="false"/>
          <w:i w:val="false"/>
          <w:u w:val="none"/>
          <w:color w:val="000000"/>
        </w:rPr>
        <w:t xml:space="preserve"> [2ITB]</w:t>
      </w:r>
      <w:r>
        <w:rPr>
          <w:u w:val="none"/>
        </w:rPr>
        <w:t xml:space="preserve">, </w:t>
      </w:r>
      <w:r>
        <w:rPr>
          <w:u w:val="none"/>
          <w:shd w:fill="B7DDE8" w:val="clear"/>
        </w:rPr>
        <w:t>he will live because of this</w:t>
      </w:r>
      <w:r>
        <w:rPr>
          <w:b w:val="false"/>
          <w:i w:val="false"/>
          <w:u w:val="none"/>
          <w:color w:val="000000"/>
        </w:rPr>
        <w:t xml:space="preserve"> [1ITF]</w:t>
      </w:r>
      <w:r>
        <w:rPr>
          <w:u w:val="none"/>
        </w:rPr>
        <w:t>.</w:t>
      </w:r>
    </w:p>
    <w:p>
      <w:pPr>
        <w:pStyle w:val="Yellow"/>
        <w:rPr/>
      </w:pPr>
      <w:r>
        <w:rPr>
          <w:b/>
        </w:rPr>
        <w:t xml:space="preserve">Amos 5:11</w:t>
      </w:r>
      <w:r>
        <w:rPr/>
        <w:t xml:space="preserve"> — Therefore, </w:t>
      </w:r>
      <w:r>
        <w:rPr>
          <w:shd w:fill="B7DDE8" w:val="clear"/>
        </w:rPr>
        <w:t xml:space="preserve">because you trample on the poor and exact from him a tax of grain</w:t>
      </w:r>
      <w:r>
        <w:rPr>
          <w:b w:val="false"/>
          <w:i w:val="false"/>
          <w:color w:val="000000"/>
          <w:u w:val="none"/>
        </w:rPr>
        <w:t xml:space="preserve"> [1GWX]</w:t>
      </w:r>
      <w:r>
        <w:rPr>
          <w:shd w:val="clear" w:color="auto" w:fill="548235"/>
          <w:color w:val="FFFFFF"/>
        </w:rPr>
        <w:t xml:space="preserve">, </w:t>
      </w:r>
      <w:r>
        <w:rPr>
          <w:shd w:fill="548235" w:val="clear" w:color="auto"/>
          <w:color w:val="FFFFFF"/>
        </w:rPr>
        <w:t xml:space="preserve">you will never live in the stone houses you have built</w:t>
      </w:r>
      <w:r>
        <w:rPr>
          <w:b w:val="false"/>
          <w:i w:val="false"/>
          <w:color w:val="FFFFFF"/>
          <w:u w:val="none"/>
          <w:shd w:val="clear" w:color="auto" w:fill="548235"/>
        </w:rPr>
        <w:t xml:space="preserve"> [1GWY]</w:t>
      </w:r>
      <w:r>
        <w:rPr>
          <w:shd w:val="clear" w:color="auto" w:fill="548235"/>
          <w:color w:val="FFFFFF"/>
        </w:rPr>
        <w:t xml:space="preserve">; </w:t>
      </w:r>
      <w:r>
        <w:rPr>
          <w:shd w:fill="548235" w:val="clear" w:color="auto"/>
          <w:color w:val="FFFFFF"/>
        </w:rPr>
        <w:t xml:space="preserve">you will never drink the wine from the lush vineyards you have planted</w:t>
      </w:r>
      <w:r>
        <w:rPr>
          <w:b w:val="false"/>
          <w:i w:val="false"/>
          <w:color w:val="FFFFFF"/>
          <w:u w:val="none"/>
          <w:shd w:val="clear" w:color="auto" w:fill="548235"/>
        </w:rPr>
        <w:t xml:space="preserve"> [1GWZ]</w:t>
      </w:r>
      <w:r>
        <w:rPr>
          <w:shd w:val="clear" w:color="auto" w:fill="548235"/>
          <w:color w:val="FFFFFF"/>
        </w:rPr>
        <w:t xml:space="preserve">.</w:t>
      </w:r>
    </w:p>
    <w:p>
      <w:pPr>
        <w:pStyle w:val="Yellow"/>
        <w:rPr/>
      </w:pPr>
      <w:r>
        <w:rPr/>
        <w:t xml:space="preserve">(Mic7:9ᶜ After the LORD “executes justice for me”¹) </w:t>
      </w:r>
      <w:r>
        <w:rPr>
          <w:b/>
        </w:rPr>
        <w:t xml:space="preserve">Micah 7:10</w:t>
      </w:r>
      <w:r>
        <w:rPr/>
        <w:t xml:space="preserve"> — {Then} </w:t>
      </w:r>
      <w:r>
        <w:rPr>
          <w:shd w:fill="B7DDE8" w:val="clear"/>
        </w:rPr>
        <w:t xml:space="preserve">my enemy will see and will be covered with shame</w:t>
      </w:r>
      <w:r>
        <w:rPr>
          <w:b w:val="false"/>
          <w:i w:val="false"/>
          <w:color w:val="000000"/>
          <w:u w:val="none"/>
        </w:rPr>
        <w:t xml:space="preserve"> [1JZC]</w:t>
      </w:r>
      <w:r>
        <w:rPr/>
        <w:t xml:space="preserve">—</w:t>
      </w:r>
      <w:r>
        <w:rPr>
          <w:shd w:fill="B7DDE8" w:val="clear"/>
        </w:rPr>
        <w:t xml:space="preserve">she who said to me, “Where is the LORD your God?”</w:t>
      </w:r>
      <w:r>
        <w:rPr>
          <w:b w:val="false"/>
          <w:i w:val="false"/>
          <w:u w:val="none"/>
          <w:color w:val="000000"/>
        </w:rPr>
        <w:t xml:space="preserve"> [1JZD]</w:t>
      </w:r>
      <w:r>
        <w:rPr/>
        <w:t xml:space="preserve"> </w:t>
      </w:r>
      <w:r>
        <w:rPr>
          <w:shd w:fill="B7DDE8" w:val="clear"/>
        </w:rPr>
        <w:t xml:space="preserve">My eyes will see her</w:t>
      </w:r>
      <w:r>
        <w:rPr>
          <w:b w:val="false"/>
          <w:i w:val="false"/>
          <w:color w:val="000000"/>
          <w:u w:val="none"/>
        </w:rPr>
        <w:t xml:space="preserve"> [1JZE]</w:t>
      </w:r>
      <w:r>
        <w:rPr/>
        <w:t xml:space="preserve">; at that time </w:t>
      </w:r>
      <w:r>
        <w:rPr>
          <w:shd w:fill="B7DDE8" w:val="clear"/>
        </w:rPr>
        <w:t xml:space="preserve">she will be trampled like mud in the streets</w:t>
      </w:r>
      <w:r>
        <w:rPr>
          <w:b w:val="false"/>
          <w:i w:val="false"/>
          <w:color w:val="000000"/>
          <w:u w:val="none"/>
        </w:rPr>
        <w:t xml:space="preserve"> [1JZF]</w:t>
      </w:r>
      <w:r>
        <w:rPr/>
        <w:t xml:space="preserve">.</w:t>
      </w:r>
    </w:p>
    <w:p>
      <w:pPr>
        <w:pStyle w:val="Yellow"/>
        <w:rPr/>
      </w:pPr>
      <w:r>
        <w:rPr>
          <w:b/>
          <w:u w:val="none"/>
        </w:rPr>
        <w:t>Habakkuk 2:4</w:t>
      </w:r>
      <w:r>
        <w:rPr>
          <w:u w:val="none"/>
        </w:rPr>
        <w:t xml:space="preserve"> — Look at </w:t>
      </w:r>
      <w:r>
        <w:rPr>
          <w:u w:val="none"/>
          <w:shd w:val="clear" w:fill="B7DDE8"/>
        </w:rPr>
        <w:t>the proud one; his soul is not upright</w:t>
      </w:r>
      <w:r>
        <w:rPr>
          <w:b w:val="false"/>
          <w:i w:val="false"/>
          <w:color w:val="000000"/>
          <w:u w:val="none"/>
        </w:rPr>
        <w:t xml:space="preserve"> [1CYI]</w:t>
      </w:r>
      <w:r>
        <w:rPr>
          <w:u w:val="none"/>
        </w:rPr>
        <w:t xml:space="preserve">—but </w:t>
      </w:r>
      <w:r>
        <w:rPr>
          <w:u w:val="none"/>
          <w:shd w:val="clear" w:fill="B7DDE8"/>
        </w:rPr>
        <w:t>the righteous will live by faith</w:t>
      </w:r>
      <w:r>
        <w:rPr>
          <w:b w:val="false"/>
          <w:i w:val="false"/>
          <w:color w:val="000000"/>
          <w:u w:val="none"/>
        </w:rPr>
        <w:t xml:space="preserve"> [4CBJ]</w:t>
      </w:r>
      <w:r>
        <w:rPr>
          <w:u w:val="none"/>
        </w:rPr>
        <w:t>.</w:t>
      </w:r>
    </w:p>
    <w:p>
      <w:pPr>
        <w:pStyle w:val="Yellow"/>
        <w:rPr/>
      </w:pPr>
      <w:r>
        <w:rPr>
          <w:b/>
        </w:rPr>
        <w:t xml:space="preserve">Zechariah 8:17</w:t>
      </w:r>
      <w:r>
        <w:rPr/>
        <w:t xml:space="preserve"> — </w:t>
      </w:r>
      <w:r>
        <w:rPr>
          <w:shd w:fill="B7DDE8" w:val="clear"/>
        </w:rPr>
        <w:t xml:space="preserve">do not plot evil in your hearts against your neighbor</w:t>
      </w:r>
      <w:r>
        <w:rPr>
          <w:b w:val="false"/>
          <w:i w:val="false"/>
          <w:color w:val="000000"/>
          <w:u w:val="none"/>
        </w:rPr>
        <w:t xml:space="preserve"> [1HRL]</w:t>
      </w:r>
      <w:r>
        <w:rPr/>
        <w:t xml:space="preserve">, and </w:t>
      </w:r>
      <w:r>
        <w:rPr>
          <w:shd w:fill="B7DDE8" w:val="clear"/>
        </w:rPr>
        <w:t xml:space="preserve">do not love to swear falsely</w:t>
      </w:r>
      <w:r>
        <w:rPr>
          <w:b w:val="false"/>
          <w:i w:val="false"/>
          <w:color w:val="000000"/>
          <w:u w:val="none"/>
        </w:rPr>
        <w:t xml:space="preserve"> [1HRM]</w:t>
      </w:r>
      <w:r>
        <w:rPr/>
        <w:t xml:space="preserve">, for </w:t>
      </w:r>
      <w:r>
        <w:rPr>
          <w:shd w:fill="B7DDE8" w:val="clear"/>
        </w:rPr>
        <w:t xml:space="preserve">I hate all these things</w:t>
      </w:r>
      <w:r>
        <w:rPr>
          <w:b w:val="false"/>
          <w:i w:val="false"/>
          <w:color w:val="000000"/>
          <w:u w:val="none"/>
        </w:rPr>
        <w:t xml:space="preserve"> [1HRN]</w:t>
      </w:r>
      <w:r>
        <w:rPr/>
        <w:t xml:space="preserve">.</w:t>
      </w:r>
    </w:p>
    <w:p>
      <w:pPr>
        <w:pStyle w:val="Yellow"/>
        <w:rPr/>
      </w:pPr>
      <w:r>
        <w:rPr>
          <w:b/>
        </w:rPr>
        <w:t>Malachi 2:17</w:t>
      </w:r>
      <w:r>
        <w:rPr/>
        <w:t xml:space="preserve"> — </w:t>
      </w:r>
      <w:r>
        <w:rPr>
          <w:shd w:val="clear" w:fill="B7DDE8"/>
        </w:rPr>
        <w:t>You have wearied the LORD with your words</w:t>
      </w:r>
      <w:r>
        <w:rPr>
          <w:b w:val="false"/>
          <w:i w:val="false"/>
          <w:color w:val="000000"/>
          <w:u w:val="none"/>
        </w:rPr>
        <w:t xml:space="preserve"> [1ETN]</w:t>
      </w:r>
      <w:r>
        <w:rPr/>
        <w:t>; yet you ask, “How have we wearied Him?” By saying, “</w:t>
      </w:r>
      <w:r>
        <w:rPr>
          <w:shd w:val="clear" w:fill="B7DDE8"/>
        </w:rPr>
        <w:t>All who do evil are good in the sight of the LORD, and in them He delights</w:t>
      </w:r>
      <w:r>
        <w:rPr>
          <w:b w:val="false"/>
          <w:i w:val="false"/>
          <w:color w:val="000000"/>
          <w:u w:val="none"/>
        </w:rPr>
        <w:t xml:space="preserve"> [1ETO]</w:t>
      </w:r>
      <w:r>
        <w:rPr/>
        <w:t>,” or, “Where is the God of justice?”</w:t>
      </w:r>
    </w:p>
    <w:p>
      <w:pPr>
        <w:pStyle w:val="Yellow"/>
        <w:rPr/>
        <w:pBdr>
          <w:left w:val="single" w:sz="28" w:space="5" w:color="C00000"/>
        </w:pBdr>
      </w:pPr>
      <w:r>
        <w:rPr>
          <w:b/>
          <w:shd w:val="clear" w:color="auto" w:fill="548235"/>
          <w:color w:val="FFFFFF"/>
        </w:rPr>
        <w:t>Luke 6:25</w:t>
      </w:r>
      <w:r>
        <w:rPr>
          <w:shd w:val="clear" w:color="auto" w:fill="548235"/>
          <w:color w:val="FFFFFF"/>
        </w:rPr>
        <w:t xml:space="preserve"> — </w:t>
      </w:r>
      <w:r>
        <w:rPr>
          <w:shd w:fill="548235" w:val="clear" w:color="auto"/>
          <w:color w:val="FFFFFF"/>
        </w:rPr>
        <w:t>Woe to you who are well fed now, for you will hunger</w:t>
      </w:r>
      <w:r>
        <w:rPr>
          <w:b w:val="false"/>
          <w:i w:val="false"/>
          <w:color w:val="FFFFFF"/>
          <w:u w:val="none"/>
          <w:shd w:val="clear" w:color="auto" w:fill="548235"/>
        </w:rPr>
        <w:t xml:space="preserve"> [1LUS]</w:t>
      </w:r>
      <w:r>
        <w:rPr>
          <w:shd w:val="clear" w:color="auto" w:fill="548235"/>
          <w:color w:val="FFFFFF"/>
        </w:rPr>
        <w:t xml:space="preserve">. </w:t>
      </w:r>
      <w:r>
        <w:rPr>
          <w:shd w:fill="548235" w:val="clear" w:color="auto"/>
          <w:color w:val="FFFFFF"/>
        </w:rPr>
        <w:t>Woe to you who laugh now, for you will mourn and weep</w:t>
      </w:r>
      <w:r>
        <w:rPr>
          <w:b w:val="false"/>
          <w:i w:val="false"/>
          <w:color w:val="FFFFFF"/>
          <w:u w:val="none"/>
          <w:shd w:val="clear" w:color="auto" w:fill="548235"/>
        </w:rPr>
        <w:t xml:space="preserve"> [1LUT]</w:t>
      </w:r>
      <w:r>
        <w:rPr>
          <w:shd w:val="clear" w:color="auto" w:fill="548235"/>
          <w:color w:val="FFFFFF"/>
        </w:rPr>
        <w:t>.</w:t>
      </w:r>
    </w:p>
    <w:p>
      <w:pPr>
        <w:pStyle w:val="Yellow"/>
        <w:rPr/>
      </w:pPr>
      <w:r>
        <w:rPr>
          <w:b/>
        </w:rPr>
        <w:t xml:space="preserve">John 8:34</w:t>
      </w:r>
      <w:r>
        <w:rPr/>
        <w:t xml:space="preserve"> — “Truly, truly, I tell you, </w:t>
      </w:r>
      <w:r>
        <w:rPr>
          <w:shd w:fill="B7DDE8" w:val="clear"/>
        </w:rPr>
        <w:t xml:space="preserve">everyone who sins is a slave to sin</w:t>
      </w:r>
      <w:r>
        <w:rPr>
          <w:b w:val="false"/>
          <w:i w:val="false"/>
          <w:color w:val="000000"/>
          <w:u w:val="none"/>
        </w:rPr>
        <w:t xml:space="preserve"> [1HUZ]</w:t>
      </w:r>
      <w:r>
        <w:rPr/>
        <w:t xml:space="preserve">.</w:t>
      </w:r>
    </w:p>
    <w:p>
      <w:pPr>
        <w:pStyle w:val="Yellow"/>
        <w:rPr/>
      </w:pPr>
      <w:r>
        <w:rPr>
          <w:b/>
          <w:shd w:val="clear" w:color="auto" w:fill="548235"/>
          <w:color w:val="FFFFFF"/>
        </w:rPr>
        <w:t xml:space="preserve">Romans 2:12</w:t>
      </w:r>
      <w:r>
        <w:rPr>
          <w:shd w:val="clear" w:color="auto" w:fill="548235"/>
          <w:color w:val="FFFFFF"/>
        </w:rPr>
        <w:t xml:space="preserve"> — </w:t>
      </w:r>
      <w:r>
        <w:rPr>
          <w:shd w:fill="548235" w:val="clear" w:color="auto"/>
          <w:color w:val="FFFFFF"/>
        </w:rPr>
        <w:t xml:space="preserve">All who sin apart from the law will also perish apart from the law</w:t>
      </w:r>
      <w:r>
        <w:rPr>
          <w:b w:val="false"/>
          <w:i w:val="false"/>
          <w:color w:val="FFFFFF"/>
          <w:u w:val="none"/>
          <w:shd w:val="clear" w:color="auto" w:fill="548235"/>
        </w:rPr>
        <w:t xml:space="preserve"> [1IMP]</w:t>
      </w:r>
      <w:r>
        <w:rPr>
          <w:shd w:val="clear" w:color="auto" w:fill="548235"/>
          <w:color w:val="FFFFFF"/>
        </w:rPr>
        <w:t xml:space="preserve">, and </w:t>
      </w:r>
      <w:r>
        <w:rPr>
          <w:shd w:fill="548235" w:val="clear" w:color="auto"/>
          <w:color w:val="FFFFFF"/>
        </w:rPr>
        <w:t xml:space="preserve">all who sin under the law will be judged by the law</w:t>
      </w:r>
      <w:r>
        <w:rPr>
          <w:b w:val="false"/>
          <w:i w:val="false"/>
          <w:color w:val="FFFFFF"/>
          <w:u w:val="none"/>
          <w:shd w:val="clear" w:color="auto" w:fill="548235"/>
        </w:rPr>
        <w:t xml:space="preserve"> [1IMQ]</w:t>
      </w:r>
      <w:r>
        <w:rPr>
          <w:shd w:val="clear" w:color="auto" w:fill="548235"/>
          <w:color w:val="FFFFFF"/>
        </w:rPr>
        <w:t xml:space="preserve">.</w:t>
      </w:r>
    </w:p>
    <w:p>
      <w:pPr>
        <w:pStyle w:val="Yellow"/>
        <w:rPr/>
      </w:pPr>
      <w:r>
        <w:rPr>
          <w:b/>
        </w:rPr>
        <w:t xml:space="preserve">Romans 3:9</w:t>
      </w:r>
      <w:r>
        <w:rPr/>
        <w:t xml:space="preserve"> — </w:t>
      </w:r>
      <w:r>
        <w:rPr>
          <w:shd w:fill="B7DDE8" w:val="clear"/>
        </w:rPr>
        <w:t xml:space="preserve">Jews and Greeks alike are all under sin</w:t>
      </w:r>
      <w:r>
        <w:rPr>
          <w:b w:val="false"/>
          <w:i w:val="false"/>
          <w:color w:val="000000"/>
          <w:u w:val="none"/>
        </w:rPr>
        <w:t xml:space="preserve"> [1HVC]</w:t>
      </w:r>
      <w:r>
        <w:rPr/>
        <w:t xml:space="preserve">.</w:t>
      </w:r>
    </w:p>
    <w:p>
      <w:pPr>
        <w:pStyle w:val="Yellow"/>
        <w:rPr/>
      </w:pPr>
      <w:r>
        <w:rPr>
          <w:b/>
          <w:highlight w:val="cyan"/>
          <w:shd w:val="clear" w:color="auto" w:fill="C00000"/>
          <w:color w:val="FFFFFF"/>
        </w:rPr>
        <w:t>Romans 3:12</w:t>
      </w:r>
      <w:r>
        <w:rPr>
          <w:highlight w:val="cyan"/>
          <w:shd w:val="clear" w:color="auto" w:fill="C00000"/>
          <w:color w:val="FFFFFF"/>
        </w:rPr>
        <w:t xml:space="preserve"> — </w:t>
      </w:r>
      <w:r>
        <w:rPr>
          <w:highlight w:val="cyan"/>
          <w:shd w:val="clear" w:color="auto" w:fill="C00000"/>
          <w:color w:val="FFFFFF"/>
        </w:rPr>
        <w:t>All have turned away</w:t>
      </w:r>
      <w:r>
        <w:rPr>
          <w:b w:val="false"/>
          <w:i w:val="false"/>
          <w:u w:val="none"/>
          <w:shd w:val="clear" w:color="auto" w:fill="C00000"/>
          <w:color w:val="FFFFFF"/>
        </w:rPr>
        <w:t xml:space="preserve"> [2MAT]</w:t>
      </w:r>
      <w:r>
        <w:rPr>
          <w:highlight w:val="cyan"/>
          <w:shd w:val="clear" w:color="auto" w:fill="C00000"/>
          <w:color w:val="FFFFFF"/>
        </w:rPr>
        <w:t xml:space="preserve">, </w:t>
      </w:r>
      <w:r>
        <w:rPr>
          <w:highlight w:val="cyan"/>
          <w:shd w:val="clear" w:color="auto" w:fill="C00000"/>
          <w:color w:val="FFFFFF"/>
        </w:rPr>
        <w:t>they have together become worthless</w:t>
      </w:r>
      <w:r>
        <w:rPr>
          <w:b w:val="false"/>
          <w:i w:val="false"/>
          <w:u w:val="none"/>
          <w:shd w:val="clear" w:color="auto" w:fill="C00000"/>
          <w:color w:val="FFFFFF"/>
        </w:rPr>
        <w:t xml:space="preserve"> [1MAW]</w:t>
      </w:r>
      <w:r>
        <w:rPr>
          <w:highlight w:val="cyan"/>
          <w:shd w:val="clear" w:color="auto" w:fill="C00000"/>
          <w:color w:val="FFFFFF"/>
        </w:rPr>
        <w:t xml:space="preserve">; </w:t>
      </w:r>
      <w:r>
        <w:rPr>
          <w:highlight w:val="cyan"/>
          <w:shd w:val="clear" w:color="auto" w:fill="C00000"/>
          <w:color w:val="FFFFFF"/>
        </w:rPr>
        <w:t>there is no one who does good, not even one</w:t>
      </w:r>
      <w:r>
        <w:rPr>
          <w:b w:val="false"/>
          <w:i w:val="false"/>
          <w:u w:val="none"/>
          <w:shd w:val="clear" w:color="auto" w:fill="C00000"/>
          <w:color w:val="FFFFFF"/>
        </w:rPr>
        <w:t xml:space="preserve"> [2MAV]</w:t>
      </w:r>
      <w:r>
        <w:rPr>
          <w:highlight w:val="cyan"/>
          <w:shd w:val="clear" w:color="auto" w:fill="C00000"/>
          <w:color w:val="FFFFFF"/>
        </w:rPr>
        <w:t>.</w:t>
      </w:r>
    </w:p>
    <w:p>
      <w:pPr>
        <w:pStyle w:val="Yellow"/>
        <w:rPr/>
      </w:pPr>
      <w:r>
        <w:rPr/>
        <w:t xml:space="preserve">(Ro3:21ᶜ Righteousness “apart from the law”¹) </w:t>
      </w:r>
      <w:r>
        <w:rPr>
          <w:b/>
        </w:rPr>
        <w:t>Romans 3:22–24</w:t>
      </w:r>
      <w:r>
        <w:rPr/>
        <w:t xml:space="preserve"> — </w:t>
      </w:r>
      <w:r>
        <w:rPr>
          <w:shd w:val="clear" w:fill="B7DDE8"/>
        </w:rPr>
        <w:t>{And this righteousness} from God comes through faith in Jesus Christ</w:t>
      </w:r>
      <w:r>
        <w:rPr>
          <w:b w:val="false"/>
          <w:i w:val="false"/>
          <w:color w:val="000000"/>
          <w:u w:val="none"/>
        </w:rPr>
        <w:t xml:space="preserve"> [2CBQ]</w:t>
      </w:r>
      <w:r>
        <w:rPr>
          <w:shd w:val="clear" w:fill="B7DDE8"/>
        </w:rPr>
        <w:t xml:space="preserve"> to all who believe</w:t>
      </w:r>
      <w:r>
        <w:rPr>
          <w:b w:val="false"/>
          <w:i w:val="false"/>
          <w:color w:val="000000"/>
          <w:u w:val="none"/>
        </w:rPr>
        <w:t xml:space="preserve"> [1CBR]</w:t>
      </w:r>
      <w:r>
        <w:rPr/>
        <w:t xml:space="preserve">. </w:t>
      </w:r>
      <w:r>
        <w:rPr>
          <w:shd w:val="clear" w:fill="B7DDE8"/>
        </w:rPr>
        <w:t>There is no distinction</w:t>
      </w:r>
      <w:r>
        <w:rPr>
          <w:b w:val="false"/>
          <w:i w:val="false"/>
          <w:color w:val="000000"/>
          <w:u w:val="none"/>
        </w:rPr>
        <w:t xml:space="preserve"> [1CBS]</w:t>
      </w:r>
      <w:r>
        <w:rPr/>
        <w:t xml:space="preserve">, for </w:t>
      </w:r>
      <w:r>
        <w:rPr>
          <w:shd w:val="clear" w:fill="B7DDE8"/>
        </w:rPr>
        <w:t>all have sinned</w:t>
      </w:r>
      <w:r>
        <w:rPr>
          <w:b w:val="false"/>
          <w:i w:val="false"/>
          <w:color w:val="000000"/>
          <w:u w:val="none"/>
        </w:rPr>
        <w:t xml:space="preserve"> [1CBT]</w:t>
      </w:r>
      <w:r>
        <w:rPr/>
        <w:t xml:space="preserve"> and </w:t>
      </w:r>
      <w:r>
        <w:rPr>
          <w:shd w:val="clear" w:fill="B7DDE8"/>
        </w:rPr>
        <w:t>fall short of the glory of God</w:t>
      </w:r>
      <w:r>
        <w:rPr>
          <w:b w:val="false"/>
          <w:i w:val="false"/>
          <w:color w:val="000000"/>
          <w:u w:val="none"/>
        </w:rPr>
        <w:t xml:space="preserve"> [1CBU]</w:t>
      </w:r>
      <w:r>
        <w:rPr/>
        <w:t xml:space="preserve">, and </w:t>
      </w:r>
      <w:r>
        <w:rPr>
          <w:shd w:val="clear" w:fill="B7DDE8"/>
        </w:rPr>
        <w:t>are justified freely by His grace</w:t>
      </w:r>
      <w:r>
        <w:rPr>
          <w:b w:val="false"/>
          <w:i w:val="false"/>
          <w:color w:val="000000"/>
          <w:u w:val="none"/>
        </w:rPr>
        <w:t xml:space="preserve"> [2CBV]</w:t>
      </w:r>
      <w:r>
        <w:rPr/>
        <w:t xml:space="preserve"> </w:t>
      </w:r>
      <w:r>
        <w:rPr>
          <w:shd w:val="clear" w:fill="B7DDE8"/>
        </w:rPr>
        <w:t>through the redemption that is in Christ Jesus</w:t>
      </w:r>
      <w:r>
        <w:rPr>
          <w:b w:val="false"/>
          <w:i w:val="false"/>
          <w:color w:val="000000"/>
          <w:u w:val="none"/>
        </w:rPr>
        <w:t xml:space="preserve"> [1CBW]</w:t>
      </w:r>
      <w:r>
        <w:rPr/>
        <w:t>.</w:t>
      </w:r>
    </w:p>
    <w:p>
      <w:pPr>
        <w:pStyle w:val="Yellow"/>
        <w:rPr/>
      </w:pPr>
      <w:r>
        <w:rPr/>
        <w:t xml:space="preserve">(Ro5:14 “Adam”) </w:t>
      </w:r>
      <w:r>
        <w:rPr>
          <w:b/>
        </w:rPr>
        <w:t xml:space="preserve">Romans 5:12</w:t>
      </w:r>
      <w:r>
        <w:rPr/>
        <w:t xml:space="preserve"> — just as </w:t>
      </w:r>
      <w:r>
        <w:rPr>
          <w:shd w:fill="B7DDE8" w:val="clear"/>
        </w:rPr>
        <w:t xml:space="preserve">sin entered the world through {one man}</w:t>
      </w:r>
      <w:r>
        <w:rPr>
          <w:b w:val="false"/>
          <w:i w:val="false"/>
          <w:color w:val="000000"/>
          <w:u w:val="none"/>
        </w:rPr>
        <w:t xml:space="preserve"> [1IUE]</w:t>
      </w:r>
      <w:r>
        <w:rPr/>
        <w:t xml:space="preserve">, and </w:t>
      </w:r>
      <w:r>
        <w:rPr>
          <w:shd w:fill="B7DDE8" w:val="clear"/>
        </w:rPr>
        <w:t xml:space="preserve">death through sin</w:t>
      </w:r>
      <w:r>
        <w:rPr>
          <w:b w:val="false"/>
          <w:i w:val="false"/>
          <w:color w:val="000000"/>
          <w:u w:val="none"/>
        </w:rPr>
        <w:t xml:space="preserve"> [1IUF]</w:t>
      </w:r>
      <w:r>
        <w:rPr/>
        <w:t xml:space="preserve">, so also </w:t>
      </w:r>
      <w:r>
        <w:rPr>
          <w:shd w:fill="B7DDE8" w:val="clear"/>
        </w:rPr>
        <w:t xml:space="preserve">death was passed on to all men, because all sinned</w:t>
      </w:r>
      <w:r>
        <w:rPr>
          <w:b w:val="false"/>
          <w:i w:val="false"/>
          <w:color w:val="000000"/>
          <w:u w:val="none"/>
        </w:rPr>
        <w:t xml:space="preserve"> [1IUG]</w:t>
      </w:r>
      <w:r>
        <w:rPr/>
        <w:t xml:space="preserve">.</w:t>
      </w:r>
    </w:p>
    <w:p>
      <w:pPr>
        <w:pStyle w:val="Yellow"/>
        <w:rPr/>
      </w:pPr>
      <w:r>
        <w:rPr>
          <w:b/>
        </w:rPr>
        <w:t>Romans 5:20–21</w:t>
      </w:r>
      <w:r>
        <w:rPr/>
        <w:t xml:space="preserve"> — </w:t>
      </w:r>
      <w:r>
        <w:rPr>
          <w:shd w:val="clear" w:fill="B7DDE8"/>
        </w:rPr>
        <w:t>The law came in so that the trespass would increase</w:t>
      </w:r>
      <w:r>
        <w:rPr>
          <w:b w:val="false"/>
          <w:i w:val="false"/>
          <w:color w:val="000000"/>
          <w:u w:val="none"/>
        </w:rPr>
        <w:t xml:space="preserve"> [1CLR]</w:t>
      </w:r>
      <w:r>
        <w:rPr/>
        <w:t xml:space="preserve">; but </w:t>
      </w:r>
      <w:r>
        <w:rPr>
          <w:shd w:val="clear" w:fill="B7DDE8"/>
        </w:rPr>
        <w:t>where sin increased</w:t>
      </w:r>
      <w:r>
        <w:rPr>
          <w:b w:val="false"/>
          <w:i w:val="false"/>
          <w:color w:val="000000"/>
          <w:u w:val="none"/>
        </w:rPr>
        <w:t xml:space="preserve"> [1CLS]</w:t>
      </w:r>
      <w:r>
        <w:rPr/>
        <w:t xml:space="preserve">, </w:t>
      </w:r>
      <w:r>
        <w:rPr>
          <w:shd w:val="clear" w:fill="B7DDE8"/>
        </w:rPr>
        <w:t>grace increased all the more</w:t>
      </w:r>
      <w:r>
        <w:rPr>
          <w:b w:val="false"/>
          <w:i w:val="false"/>
          <w:color w:val="000000"/>
          <w:u w:val="none"/>
        </w:rPr>
        <w:t xml:space="preserve"> [1CLT]</w:t>
      </w:r>
      <w:r>
        <w:rPr/>
        <w:t xml:space="preserve">, so that, just as </w:t>
      </w:r>
      <w:r>
        <w:rPr>
          <w:shd w:val="clear" w:fill="B7DDE8"/>
        </w:rPr>
        <w:t>sin reigned in death</w:t>
      </w:r>
      <w:r>
        <w:rPr>
          <w:b w:val="false"/>
          <w:i w:val="false"/>
          <w:color w:val="000000"/>
          <w:u w:val="none"/>
        </w:rPr>
        <w:t xml:space="preserve"> [1CLU]</w:t>
      </w:r>
      <w:r>
        <w:rPr/>
        <w:t xml:space="preserve">, so also </w:t>
      </w:r>
      <w:r>
        <w:rPr>
          <w:shd w:val="clear" w:fill="B7DDE8"/>
        </w:rPr>
        <w:t>grace might reign through righteousness</w:t>
      </w:r>
      <w:r>
        <w:rPr>
          <w:b w:val="false"/>
          <w:i w:val="false"/>
          <w:color w:val="000000"/>
          <w:u w:val="none"/>
        </w:rPr>
        <w:t xml:space="preserve"> [1CLV]</w:t>
      </w:r>
      <w:r>
        <w:rPr/>
        <w:t xml:space="preserve"> </w:t>
      </w:r>
      <w:r>
        <w:rPr>
          <w:shd w:val="clear" w:fill="B7DDE8"/>
        </w:rPr>
        <w:t>to bring eternal life through Jesus Christ our Lord</w:t>
      </w:r>
      <w:r>
        <w:rPr>
          <w:b w:val="false"/>
          <w:i w:val="false"/>
          <w:color w:val="000000"/>
          <w:u w:val="none"/>
        </w:rPr>
        <w:t xml:space="preserve"> [1CLW]</w:t>
      </w:r>
      <w:r>
        <w:rPr/>
        <w:t>.</w:t>
      </w:r>
    </w:p>
    <w:p>
      <w:pPr>
        <w:pStyle w:val="Yellow"/>
        <w:rPr/>
      </w:pPr>
      <w:r>
        <w:t xml:space="preserve">(Ro6:4 “Christ”) </w:t>
      </w:r>
      <w:r>
        <w:rPr>
          <w:b/>
        </w:rPr>
        <w:t>Romans 6:6-7</w:t>
      </w:r>
      <w:r>
        <w:t xml:space="preserve"> — We know that </w:t>
      </w:r>
      <w:r>
        <w:rPr>
          <w:shd w:fill="B7DDE8" w:val="clear"/>
        </w:rPr>
        <w:t>our old self was crucified with {Him}</w:t>
      </w:r>
      <w:r>
        <w:rPr>
          <w:b w:val="false"/>
          <w:i w:val="false"/>
          <w:color w:val="000000"/>
          <w:u w:val="none"/>
        </w:rPr>
        <w:t xml:space="preserve"> [1BDM]</w:t>
      </w:r>
      <w:r>
        <w:rPr>
          <w:shd w:fill="548235" w:val="clear" w:color="auto"/>
          <w:color w:val="FFFFFF"/>
        </w:rPr>
        <w:t xml:space="preserve"> so that the body of sin might be rendered powerless</w:t>
      </w:r>
      <w:r>
        <w:rPr>
          <w:b w:val="false"/>
          <w:i w:val="false"/>
          <w:color w:val="FFFFFF"/>
          <w:u w:val="none"/>
          <w:shd w:val="clear" w:color="auto" w:fill="548235"/>
        </w:rPr>
        <w:t xml:space="preserve"> [1BDN]</w:t>
      </w:r>
      <w:r>
        <w:rPr>
          <w:shd w:val="clear" w:color="auto" w:fill="548235"/>
          <w:color w:val="FFFFFF"/>
        </w:rPr>
        <w:t xml:space="preserve">, </w:t>
      </w:r>
      <w:r>
        <w:rPr>
          <w:shd w:fill="548235" w:val="clear" w:color="auto"/>
          <w:color w:val="FFFFFF"/>
        </w:rPr>
        <w:t>that we should no longer be slaves to sin</w:t>
      </w:r>
      <w:r>
        <w:rPr>
          <w:b w:val="false"/>
          <w:i w:val="false"/>
          <w:color w:val="FFFFFF"/>
          <w:u w:val="none"/>
          <w:shd w:val="clear" w:color="auto" w:fill="548235"/>
        </w:rPr>
        <w:t xml:space="preserve"> [1BDO]</w:t>
      </w:r>
      <w:r>
        <w:rPr>
          <w:shd w:val="clear" w:color="auto" w:fill="548235"/>
          <w:color w:val="FFFFFF"/>
        </w:rPr>
        <w:t xml:space="preserve">. For </w:t>
      </w:r>
      <w:r>
        <w:rPr>
          <w:shd w:fill="548235" w:val="clear" w:color="auto"/>
          <w:color w:val="FFFFFF"/>
        </w:rPr>
        <w:t>anyone who has died has been freed from sin</w:t>
      </w:r>
      <w:r>
        <w:rPr>
          <w:b w:val="false"/>
          <w:i w:val="false"/>
          <w:color w:val="FFFFFF"/>
          <w:u w:val="none"/>
          <w:shd w:val="clear" w:color="auto" w:fill="548235"/>
        </w:rPr>
        <w:t xml:space="preserve"> [1BDP]</w:t>
      </w:r>
      <w:r>
        <w:rPr>
          <w:shd w:val="clear" w:color="auto" w:fill="548235"/>
          <w:color w:val="FFFFFF"/>
        </w:rPr>
        <w:t>.</w:t>
      </w:r>
    </w:p>
    <w:p>
      <w:pPr>
        <w:pStyle w:val="Yellow"/>
        <w:rPr/>
      </w:pPr>
      <w:r>
        <w:rPr/>
        <w:t xml:space="preserve">(Ro6:13 “parts of your body”) </w:t>
      </w:r>
      <w:r>
        <w:rPr>
          <w:b/>
        </w:rPr>
        <w:t xml:space="preserve">Romans 6:19</w:t>
      </w:r>
      <w:r>
        <w:rPr/>
        <w:t xml:space="preserve"> — Just as </w:t>
      </w:r>
      <w:r>
        <w:rPr>
          <w:shd w:fill="B7DDE8" w:val="clear"/>
        </w:rPr>
        <w:t xml:space="preserve">you used to offer the parts of your body in slavery to impurity and to escalating wickedness</w:t>
      </w:r>
      <w:r>
        <w:rPr>
          <w:b w:val="false"/>
          <w:i w:val="false"/>
          <w:color w:val="000000"/>
          <w:u w:val="none"/>
        </w:rPr>
        <w:t xml:space="preserve"> [1HXZ]</w:t>
      </w:r>
      <w:r>
        <w:rPr>
          <w:shd w:val="clear" w:color="auto" w:fill="548235"/>
          <w:color w:val="FFFFFF"/>
        </w:rPr>
        <w:t xml:space="preserve">, so </w:t>
      </w:r>
      <w:r>
        <w:rPr>
          <w:shd w:fill="548235" w:val="clear" w:color="auto"/>
          <w:color w:val="FFFFFF"/>
        </w:rPr>
        <w:t xml:space="preserve">now offer them in slavery to righteousness leading to holiness</w:t>
      </w:r>
      <w:r>
        <w:rPr>
          <w:b w:val="false"/>
          <w:i w:val="false"/>
          <w:color w:val="FFFFFF"/>
          <w:u w:val="none"/>
          <w:shd w:val="clear" w:color="auto" w:fill="548235"/>
        </w:rPr>
        <w:t xml:space="preserve"> [1HYA]</w:t>
      </w:r>
      <w:r>
        <w:rPr>
          <w:shd w:val="clear" w:color="auto" w:fill="548235"/>
          <w:color w:val="FFFFFF"/>
        </w:rPr>
        <w:t xml:space="preserve">.</w:t>
      </w:r>
    </w:p>
    <w:p>
      <w:pPr>
        <w:pStyle w:val="Yellow"/>
        <w:rPr/>
      </w:pPr>
      <w:r>
        <w:rPr/>
        <w:t xml:space="preserve">(Ro6:19 “impurity” and “escalating wickedness”) </w:t>
      </w:r>
      <w:r>
        <w:rPr>
          <w:b/>
        </w:rPr>
        <w:t xml:space="preserve">Romans 6:21</w:t>
      </w:r>
      <w:r>
        <w:rPr/>
        <w:t xml:space="preserve"> — </w:t>
      </w:r>
      <w:r>
        <w:rPr>
          <w:shd w:fill="B7DDE8" w:val="clear"/>
        </w:rPr>
        <w:t xml:space="preserve">The outcome of {those things} is death</w:t>
      </w:r>
      <w:r>
        <w:rPr>
          <w:b w:val="false"/>
          <w:i w:val="false"/>
          <w:color w:val="000000"/>
          <w:u w:val="none"/>
        </w:rPr>
        <w:t xml:space="preserve"> [1IYP]</w:t>
      </w:r>
      <w:r>
        <w:rPr/>
        <w:t xml:space="preserve">.</w:t>
      </w:r>
    </w:p>
    <w:p>
      <w:pPr>
        <w:pStyle w:val="Yellow"/>
        <w:rPr/>
      </w:pPr>
      <w:r>
        <w:rPr/>
        <w:t xml:space="preserve">&lt;34&gt;(Ro7:7 Commandment: “Do not covet.”¹ ²) </w:t>
      </w:r>
      <w:r>
        <w:rPr>
          <w:b/>
        </w:rPr>
        <w:t xml:space="preserve">Romans 7:8-10</w:t>
      </w:r>
      <w:r>
        <w:rPr/>
        <w:t xml:space="preserve"> — {But} </w:t>
      </w:r>
      <w:r>
        <w:rPr>
          <w:shd w:fill="B7DDE8" w:val="clear"/>
        </w:rPr>
        <w:t xml:space="preserve">sin, seizing its opportunity through the {commandment}, produced in me every kind of covetous desire</w:t>
      </w:r>
      <w:r>
        <w:rPr>
          <w:b w:val="false"/>
          <w:i w:val="false"/>
          <w:color w:val="000000"/>
          <w:u w:val="none"/>
        </w:rPr>
        <w:t xml:space="preserve"> [1HWV]</w:t>
      </w:r>
      <w:r>
        <w:rPr/>
        <w:t xml:space="preserve">. </w:t>
      </w:r>
      <w:r>
        <w:rPr>
          <w:shd w:fill="B7DDE8" w:val="clear"/>
        </w:rPr>
        <w:t xml:space="preserve">Once I was alive apart from the law</w:t>
      </w:r>
      <w:r>
        <w:rPr>
          <w:b w:val="false"/>
          <w:i w:val="false"/>
          <w:color w:val="000000"/>
          <w:u w:val="none"/>
        </w:rPr>
        <w:t xml:space="preserve"> [1HWW]</w:t>
      </w:r>
      <w:r>
        <w:rPr/>
        <w:t xml:space="preserve">; but </w:t>
      </w:r>
      <w:r>
        <w:rPr>
          <w:shd w:fill="B7DDE8" w:val="clear"/>
        </w:rPr>
        <w:t xml:space="preserve">when the commandment came, sin sprang to life and I died</w:t>
      </w:r>
      <w:r>
        <w:rPr>
          <w:b w:val="false"/>
          <w:i w:val="false"/>
          <w:color w:val="000000"/>
          <w:u w:val="none"/>
        </w:rPr>
        <w:t xml:space="preserve"> [1HWX]</w:t>
      </w:r>
      <w:r>
        <w:rPr/>
        <w:t xml:space="preserve">. So I discovered that </w:t>
      </w:r>
      <w:r>
        <w:rPr>
          <w:shd w:fill="B7DDE8" w:val="clear"/>
        </w:rPr>
        <w:t xml:space="preserve">the very commandment that was meant to bring life actually brought death</w:t>
      </w:r>
      <w:r>
        <w:rPr>
          <w:b w:val="false"/>
          <w:i w:val="false"/>
          <w:color w:val="000000"/>
          <w:u w:val="none"/>
        </w:rPr>
        <w:t xml:space="preserve"> [1HWY]</w:t>
      </w:r>
      <w:r>
        <w:rPr/>
        <w:t xml:space="preserve">. For </w:t>
      </w:r>
      <w:r>
        <w:rPr>
          <w:shd w:fill="B7DDE8" w:val="clear"/>
        </w:rPr>
        <w:t xml:space="preserve">sin, seizing its opportunity through the commandment, deceived me</w:t>
      </w:r>
      <w:r>
        <w:rPr>
          <w:b w:val="false"/>
          <w:i w:val="false"/>
          <w:color w:val="000000"/>
          <w:u w:val="none"/>
        </w:rPr>
        <w:t xml:space="preserve"> [1HWZ]</w:t>
      </w:r>
      <w:r>
        <w:rPr/>
        <w:t xml:space="preserve"> and </w:t>
      </w:r>
      <w:r>
        <w:rPr>
          <w:shd w:fill="B7DDE8" w:val="clear"/>
        </w:rPr>
        <w:t xml:space="preserve">through the commandment put me to death</w:t>
      </w:r>
      <w:r>
        <w:rPr>
          <w:b w:val="false"/>
          <w:i w:val="false"/>
          <w:color w:val="000000"/>
          <w:u w:val="none"/>
        </w:rPr>
        <w:t xml:space="preserve"> [1HXA]</w:t>
      </w:r>
      <w:r>
        <w:rPr/>
        <w:t xml:space="preserve">.</w:t>
      </w:r>
    </w:p>
    <w:p>
      <w:pPr>
        <w:pStyle w:val="Yellow"/>
        <w:rPr/>
      </w:pPr>
      <w:r>
        <w:rPr/>
        <w:t xml:space="preserve">&lt;34&gt;(Ro7:12 “commandment is holy, righteous, and good”) </w:t>
      </w:r>
      <w:r>
        <w:rPr>
          <w:b/>
        </w:rPr>
        <w:t xml:space="preserve">Romans 7:13</w:t>
      </w:r>
      <w:r>
        <w:rPr/>
        <w:t xml:space="preserve"> — </w:t>
      </w:r>
      <w:r>
        <w:rPr>
          <w:shd w:fill="B7DDE8" w:val="clear"/>
        </w:rPr>
        <w:t xml:space="preserve">Did {that which is good}, then, become death to me? Certainly not</w:t>
      </w:r>
      <w:r>
        <w:rPr>
          <w:b w:val="false"/>
          <w:i w:val="false"/>
          <w:color w:val="000000"/>
          <w:u w:val="none"/>
        </w:rPr>
        <w:t xml:space="preserve"> [1HXB]</w:t>
      </w:r>
      <w:r>
        <w:rPr/>
        <w:t xml:space="preserve">! But in order that </w:t>
      </w:r>
      <w:r>
        <w:rPr>
          <w:shd w:fill="B7DDE8" w:val="clear"/>
        </w:rPr>
        <w:t xml:space="preserve">sin might be exposed as sin</w:t>
      </w:r>
      <w:r>
        <w:rPr>
          <w:b w:val="false"/>
          <w:i w:val="false"/>
          <w:color w:val="000000"/>
          <w:u w:val="none"/>
        </w:rPr>
        <w:t xml:space="preserve"> [1HXC]</w:t>
      </w:r>
      <w:r>
        <w:rPr/>
        <w:t xml:space="preserve">, </w:t>
      </w:r>
      <w:r>
        <w:rPr>
          <w:shd w:fill="B7DDE8" w:val="clear"/>
        </w:rPr>
        <w:t xml:space="preserve">it produced death in me through what was good</w:t>
      </w:r>
      <w:r>
        <w:rPr>
          <w:b w:val="false"/>
          <w:i w:val="false"/>
          <w:color w:val="000000"/>
          <w:u w:val="none"/>
        </w:rPr>
        <w:t xml:space="preserve"> [1HXD]</w:t>
      </w:r>
      <w:r>
        <w:rPr/>
        <w:t xml:space="preserve">, so that </w:t>
      </w:r>
      <w:r>
        <w:rPr>
          <w:shd w:fill="B7DDE8" w:val="clear"/>
        </w:rPr>
        <w:t xml:space="preserve">through the commandment sin might become utterly sinful</w:t>
      </w:r>
      <w:r>
        <w:rPr>
          <w:b w:val="false"/>
          <w:i w:val="false"/>
          <w:color w:val="000000"/>
          <w:u w:val="none"/>
        </w:rPr>
        <w:t xml:space="preserve"> [1HXE]</w:t>
      </w:r>
      <w:r>
        <w:rPr/>
        <w:t xml:space="preserve">.</w:t>
      </w:r>
    </w:p>
    <w:p>
      <w:pPr>
        <w:pStyle w:val="Yellow"/>
        <w:rPr/>
      </w:pPr>
      <w:r>
        <w:rPr/>
        <w:t xml:space="preserve">&lt;34&gt;</w:t>
      </w:r>
      <w:r>
        <w:rPr>
          <w:b/>
        </w:rPr>
        <w:t xml:space="preserve">Romans 7:22-23</w:t>
      </w:r>
      <w:r>
        <w:rPr/>
        <w:t xml:space="preserve"> — For </w:t>
      </w:r>
      <w:r>
        <w:rPr>
          <w:shd w:fill="B7DDE8" w:val="clear"/>
        </w:rPr>
        <w:t xml:space="preserve">in my inner being I delight in God’s law</w:t>
      </w:r>
      <w:r>
        <w:rPr>
          <w:b w:val="false"/>
          <w:i w:val="false"/>
          <w:u w:val="none"/>
          <w:color w:val="000000"/>
        </w:rPr>
        <w:t xml:space="preserve"> [1HXF]</w:t>
      </w:r>
      <w:r>
        <w:rPr/>
        <w:t xml:space="preserve">. 23 But </w:t>
      </w:r>
      <w:r>
        <w:rPr>
          <w:shd w:fill="B7DDE8" w:val="clear"/>
        </w:rPr>
        <w:t xml:space="preserve">I see another law at work in my body</w:t>
      </w:r>
      <w:r>
        <w:rPr>
          <w:b w:val="false"/>
          <w:i w:val="false"/>
          <w:color w:val="000000"/>
          <w:u w:val="none"/>
        </w:rPr>
        <w:t xml:space="preserve"> [1HXG]</w:t>
      </w:r>
      <w:r>
        <w:rPr/>
        <w:t xml:space="preserve">, </w:t>
      </w:r>
      <w:r>
        <w:rPr>
          <w:shd w:fill="B7DDE8" w:val="clear"/>
        </w:rPr>
        <w:t xml:space="preserve">warring against the law of my mind</w:t>
      </w:r>
      <w:r>
        <w:rPr>
          <w:b w:val="false"/>
          <w:i w:val="false"/>
          <w:color w:val="000000"/>
          <w:u w:val="none"/>
        </w:rPr>
        <w:t xml:space="preserve"> [1HXH]</w:t>
      </w:r>
      <w:r>
        <w:rPr/>
        <w:t xml:space="preserve"> and </w:t>
      </w:r>
      <w:r>
        <w:rPr>
          <w:shd w:fill="B7DDE8" w:val="clear"/>
        </w:rPr>
        <w:t xml:space="preserve">holding me captive to the law of sin that dwells within me</w:t>
      </w:r>
      <w:r>
        <w:rPr>
          <w:b w:val="false"/>
          <w:i w:val="false"/>
          <w:color w:val="000000"/>
          <w:u w:val="none"/>
        </w:rPr>
        <w:t xml:space="preserve"> [1HXI]</w:t>
      </w:r>
      <w:r>
        <w:rPr/>
        <w:t xml:space="preserve">.</w:t>
      </w:r>
    </w:p>
    <w:p>
      <w:pPr>
        <w:pStyle w:val="Yellow"/>
        <w:rPr/>
      </w:pPr>
      <w:r>
        <w:rPr/>
        <w:t xml:space="preserve">&lt;34&gt;</w:t>
      </w:r>
      <w:r>
        <w:rPr>
          <w:b/>
        </w:rPr>
        <w:t xml:space="preserve">Romans 7:24–25</w:t>
      </w:r>
      <w:r>
        <w:rPr/>
        <w:t xml:space="preserve"> — </w:t>
      </w:r>
      <w:r>
        <w:rPr>
          <w:shd w:fill="B7DDE8" w:val="clear"/>
        </w:rPr>
        <w:t xml:space="preserve">What a wretched man I am</w:t>
      </w:r>
      <w:r>
        <w:rPr>
          <w:b w:val="false"/>
          <w:i w:val="false"/>
          <w:color w:val="000000"/>
          <w:u w:val="none"/>
        </w:rPr>
        <w:t xml:space="preserve"> [1HXJ]</w:t>
      </w:r>
      <w:r>
        <w:rPr/>
        <w:t xml:space="preserve">! </w:t>
      </w:r>
      <w:r>
        <w:rPr>
          <w:shd w:fill="B7DDE8" w:val="clear"/>
        </w:rPr>
        <w:t xml:space="preserve">{Who} will rescue me from this body of death</w:t>
      </w:r>
      <w:r>
        <w:rPr>
          <w:b w:val="false"/>
          <w:i w:val="false"/>
          <w:color w:val="000000"/>
          <w:u w:val="none"/>
        </w:rPr>
        <w:t xml:space="preserve"> [1HXK]</w:t>
      </w:r>
      <w:r>
        <w:rPr/>
        <w:t xml:space="preserve">? </w:t>
      </w:r>
      <w:r>
        <w:rPr>
          <w:shd w:fill="B7DDE8" w:val="clear"/>
        </w:rPr>
        <w:t xml:space="preserve">Thanks be to God, through Jesus Christ our Lord</w:t>
      </w:r>
      <w:r>
        <w:rPr>
          <w:b w:val="false"/>
          <w:i w:val="false"/>
          <w:color w:val="000000"/>
          <w:u w:val="none"/>
        </w:rPr>
        <w:t xml:space="preserve"> [1HXL]</w:t>
      </w:r>
      <w:r>
        <w:rPr/>
        <w:t xml:space="preserve">!</w:t>
      </w:r>
    </w:p>
    <w:p>
      <w:pPr>
        <w:pStyle w:val="Yellow"/>
        <w:rPr/>
      </w:pPr>
      <w:r>
        <w:rPr/>
        <w:t xml:space="preserve">&lt;34&gt;</w:t>
      </w:r>
      <w:r>
        <w:rPr>
          <w:b/>
        </w:rPr>
        <w:t xml:space="preserve">Romans 8:1</w:t>
      </w:r>
      <w:r>
        <w:rPr/>
        <w:t xml:space="preserve"> — Therefore, </w:t>
      </w:r>
      <w:r>
        <w:rPr>
          <w:shd w:fill="B7DDE8" w:val="clear"/>
        </w:rPr>
        <w:t xml:space="preserve">there is now no condemnation for those who are in Christ Jesus</w:t>
      </w:r>
      <w:r>
        <w:rPr>
          <w:b w:val="false"/>
          <w:i w:val="false"/>
          <w:color w:val="000000"/>
          <w:u w:val="none"/>
        </w:rPr>
        <w:t xml:space="preserve"> [1HXM]</w:t>
      </w:r>
      <w:r>
        <w:rPr/>
        <w:t xml:space="preserve">.</w:t>
      </w:r>
    </w:p>
    <w:p>
      <w:pPr>
        <w:pStyle w:val="Yellow"/>
        <w:rPr/>
      </w:pPr>
      <w:r>
        <w:rPr/>
        <w:t xml:space="preserve">(Ro7:4–6ᶜ Before Christ, “we lived according to the flesh”) </w:t>
      </w:r>
      <w:r>
        <w:rPr>
          <w:b/>
        </w:rPr>
        <w:t xml:space="preserve">Romans 7:14</w:t>
      </w:r>
      <w:r>
        <w:rPr/>
        <w:t xml:space="preserve"> — </w:t>
      </w:r>
      <w:r>
        <w:rPr>
          <w:shd w:fill="B7DDE8" w:val="clear"/>
        </w:rPr>
        <w:t xml:space="preserve">I am unspiritual</w:t>
      </w:r>
      <w:r>
        <w:rPr>
          <w:b w:val="false"/>
          <w:i w:val="false"/>
          <w:color w:val="000000"/>
          <w:u w:val="none"/>
        </w:rPr>
        <w:t xml:space="preserve"> [1HVA]</w:t>
      </w:r>
      <w:r>
        <w:rPr/>
        <w:t xml:space="preserve">, </w:t>
      </w:r>
      <w:r>
        <w:rPr>
          <w:shd w:fill="B7DDE8" w:val="clear"/>
        </w:rPr>
        <w:t xml:space="preserve">sold as a slave to sin</w:t>
      </w:r>
      <w:r>
        <w:rPr>
          <w:b w:val="false"/>
          <w:i w:val="false"/>
          <w:color w:val="000000"/>
          <w:u w:val="none"/>
        </w:rPr>
        <w:t xml:space="preserve"> [1HVB]</w:t>
      </w:r>
      <w:r>
        <w:rPr/>
        <w:t xml:space="preserve">.</w:t>
      </w:r>
    </w:p>
    <w:p>
      <w:pPr>
        <w:pStyle w:val="Yellow"/>
        <w:rPr/>
      </w:pPr>
      <w:r>
        <w:rPr>
          <w:color w:val="auto"/>
        </w:rPr>
        <w:t xml:space="preserve">(Ro7:16ᶜ If I “do what I do not want to do”¹) </w:t>
      </w:r>
      <w:r>
        <w:rPr>
          <w:b/>
          <w:color w:val="auto"/>
        </w:rPr>
        <w:t xml:space="preserve">Romans 7:17</w:t>
      </w:r>
      <w:r>
        <w:rPr>
          <w:color w:val="auto"/>
        </w:rPr>
        <w:t xml:space="preserve"> — {In that case}, </w:t>
      </w:r>
      <w:r>
        <w:rPr>
          <w:color w:val="auto"/>
        </w:rPr>
        <w:t xml:space="preserve">it is no longer I who do it</w:t>
      </w:r>
      <w:r>
        <w:rPr>
          <w:b w:val="false"/>
          <w:i w:val="false"/>
          <w:color w:val="auto"/>
          <w:u w:val="none"/>
        </w:rPr>
        <w:t xml:space="preserve"> [2HVD]</w:t>
      </w:r>
      <w:r>
        <w:rPr>
          <w:color w:val="auto"/>
        </w:rPr>
        <w:t xml:space="preserve">, but </w:t>
      </w:r>
      <w:r>
        <w:rPr>
          <w:color w:val="auto"/>
        </w:rPr>
        <w:t xml:space="preserve">it is sin living in me that does it</w:t>
      </w:r>
      <w:r>
        <w:rPr>
          <w:b w:val="false"/>
          <w:i w:val="false"/>
          <w:color w:val="auto"/>
          <w:u w:val="none"/>
        </w:rPr>
        <w:t xml:space="preserve"> [2HVE]</w:t>
      </w:r>
      <w:r>
        <w:rPr>
          <w:color w:val="auto"/>
        </w:rPr>
        <w:t xml:space="preserve">.</w:t>
      </w:r>
    </w:p>
    <w:p>
      <w:pPr>
        <w:pStyle w:val="Yellow"/>
        <w:rPr/>
        <w:shd w:val="clear" w:color="auto" w:fill="E4DFEC"/>
        <w:pBdr>
          <w:left w:val="single" w:sz="28" w:space="5" w:color="7030A0"/>
        </w:pBdr>
      </w:pPr>
      <w:r>
        <w:rPr>
          <w:b/>
        </w:rPr>
        <w:t xml:space="preserve">Romans 7:20</w:t>
      </w:r>
      <w:r>
        <w:rPr/>
        <w:t xml:space="preserve"> — And if I do what I do not want, </w:t>
      </w:r>
      <w:r>
        <w:rPr>
          <w:shd w:fill="B7DDE8" w:val="clear"/>
        </w:rPr>
        <w:t xml:space="preserve">it is no longer I who do it</w:t>
      </w:r>
      <w:r>
        <w:rPr>
          <w:b w:val="false"/>
          <w:i w:val="false"/>
          <w:color w:val="000000"/>
          <w:u w:val="none"/>
        </w:rPr>
        <w:t xml:space="preserve"> [2HVD]</w:t>
      </w:r>
      <w:r>
        <w:rPr/>
        <w:t xml:space="preserve">, but </w:t>
      </w:r>
      <w:r>
        <w:rPr>
          <w:shd w:fill="B7DDE8" w:val="clear"/>
        </w:rPr>
        <w:t xml:space="preserve">it is sin living in me that does it</w:t>
      </w:r>
      <w:r>
        <w:rPr>
          <w:b w:val="false"/>
          <w:i w:val="false"/>
          <w:color w:val="000000"/>
          <w:u w:val="none"/>
        </w:rPr>
        <w:t xml:space="preserve"> [2HVE]</w:t>
      </w:r>
      <w:r>
        <w:rPr/>
        <w:t xml:space="preserve">.</w:t>
      </w:r>
    </w:p>
    <w:p>
      <w:pPr>
        <w:pStyle w:val="Yellow"/>
        <w:rPr/>
      </w:pPr>
      <w:r>
        <w:rPr>
          <w:b/>
        </w:rPr>
        <w:t>Romans 7:21</w:t>
      </w:r>
      <w:r>
        <w:rPr/>
        <w:t xml:space="preserve"> — So </w:t>
      </w:r>
      <w:r>
        <w:rPr>
          <w:shd w:fill="B7DDE8" w:val="clear"/>
        </w:rPr>
        <w:t>this is the principle I have discovered</w:t>
      </w:r>
      <w:r>
        <w:rPr>
          <w:b w:val="false"/>
          <w:i w:val="false"/>
          <w:color w:val="000000"/>
          <w:u w:val="none"/>
        </w:rPr>
        <w:t xml:space="preserve"> [1MAY]</w:t>
      </w:r>
      <w:r>
        <w:rPr/>
        <w:t xml:space="preserve">: </w:t>
      </w:r>
      <w:r>
        <w:rPr>
          <w:shd w:fill="B7DDE8" w:val="clear"/>
        </w:rPr>
        <w:t>When I want to do good, evil is right there with me</w:t>
      </w:r>
      <w:r>
        <w:rPr>
          <w:b w:val="false"/>
          <w:i w:val="false"/>
          <w:color w:val="000000"/>
          <w:u w:val="none"/>
        </w:rPr>
        <w:t xml:space="preserve"> [1MAZ]</w:t>
      </w:r>
      <w:r>
        <w:rPr/>
        <w:t>.</w:t>
      </w:r>
    </w:p>
    <w:p>
      <w:pPr>
        <w:pStyle w:val="Yellow"/>
        <w:rPr/>
      </w:pPr>
      <w:r>
        <w:rPr>
          <w:b/>
        </w:rPr>
        <w:t>Romans 11:32</w:t>
      </w:r>
      <w:r>
        <w:rPr/>
        <w:t xml:space="preserve"> — For </w:t>
      </w:r>
      <w:r>
        <w:rPr>
          <w:shd w:fill="B7DDE8" w:val="clear"/>
        </w:rPr>
        <w:t>God has consigned everyone to disobedience</w:t>
      </w:r>
      <w:r>
        <w:rPr>
          <w:b w:val="false"/>
          <w:i w:val="false"/>
          <w:color w:val="000000"/>
          <w:u w:val="none"/>
        </w:rPr>
        <w:t xml:space="preserve"> [1FTV]</w:t>
      </w:r>
      <w:r>
        <w:rPr/>
        <w:t xml:space="preserve"> </w:t>
      </w:r>
      <w:r>
        <w:rPr>
          <w:shd w:fill="B7DDE8" w:val="clear"/>
        </w:rPr>
        <w:t>so that He may have mercy on everyone</w:t>
      </w:r>
      <w:r>
        <w:rPr>
          <w:b w:val="false"/>
          <w:i w:val="false"/>
          <w:color w:val="000000"/>
          <w:u w:val="none"/>
        </w:rPr>
        <w:t xml:space="preserve"> [1FTW]</w:t>
      </w:r>
      <w:r>
        <w:rPr/>
        <w:t>.</w:t>
      </w:r>
    </w:p>
    <w:p>
      <w:pPr>
        <w:pStyle w:val="Yellow"/>
        <w:rPr/>
      </w:pPr>
      <w:r>
        <w:rPr/>
        <w:t xml:space="preserve">(Pp3:18ᶜ “enemies of the cross of Christ”) </w:t>
      </w:r>
      <w:r>
        <w:rPr>
          <w:b/>
        </w:rPr>
        <w:t xml:space="preserve">Philippians 3:19</w:t>
      </w:r>
      <w:r>
        <w:rPr/>
        <w:t xml:space="preserve"> — </w:t>
      </w:r>
      <w:r>
        <w:rPr>
          <w:shd w:fill="B7DDE8" w:val="clear"/>
        </w:rPr>
        <w:t xml:space="preserve">{Their} end is destruction</w:t>
      </w:r>
      <w:r>
        <w:rPr>
          <w:b w:val="false"/>
          <w:i w:val="false"/>
          <w:color w:val="000000"/>
          <w:u w:val="none"/>
        </w:rPr>
        <w:t xml:space="preserve"> [1JRH]</w:t>
      </w:r>
      <w:r>
        <w:rPr/>
        <w:t xml:space="preserve">, </w:t>
      </w:r>
      <w:r>
        <w:rPr>
          <w:shd w:fill="B7DDE8" w:val="clear"/>
        </w:rPr>
        <w:t xml:space="preserve">their god is their belly</w:t>
      </w:r>
      <w:r>
        <w:rPr>
          <w:b w:val="false"/>
          <w:i w:val="false"/>
          <w:color w:val="000000"/>
          <w:u w:val="none"/>
        </w:rPr>
        <w:t xml:space="preserve"> [1JRI]</w:t>
      </w:r>
      <w:r>
        <w:rPr/>
        <w:t xml:space="preserve">, and </w:t>
      </w:r>
      <w:r>
        <w:rPr>
          <w:shd w:fill="B7DDE8" w:val="clear"/>
        </w:rPr>
        <w:t xml:space="preserve">their glory is in their shame</w:t>
      </w:r>
      <w:r>
        <w:rPr>
          <w:b w:val="false"/>
          <w:i w:val="false"/>
          <w:color w:val="000000"/>
          <w:u w:val="none"/>
        </w:rPr>
        <w:t xml:space="preserve"> [1JRJ]</w:t>
      </w:r>
      <w:r>
        <w:rPr/>
        <w:t xml:space="preserve">. </w:t>
      </w:r>
      <w:r>
        <w:rPr>
          <w:shd w:fill="B7DDE8" w:val="clear"/>
        </w:rPr>
        <w:t xml:space="preserve">Their minds are set on earthly things</w:t>
      </w:r>
      <w:r>
        <w:rPr>
          <w:b w:val="false"/>
          <w:i w:val="false"/>
          <w:color w:val="000000"/>
          <w:u w:val="none"/>
        </w:rPr>
        <w:t xml:space="preserve"> [1JRK]</w:t>
      </w:r>
      <w:r>
        <w:rPr/>
        <w:t xml:space="preserve">.</w:t>
      </w:r>
    </w:p>
    <w:p>
      <w:pPr>
        <w:pStyle w:val="Yellow"/>
        <w:rPr/>
      </w:pPr>
      <w:r>
        <w:rPr>
          <w:b/>
        </w:rPr>
        <w:t>1 Timothy 1:13</w:t>
      </w:r>
      <w:r>
        <w:rPr/>
        <w:t xml:space="preserve"> — </w:t>
      </w:r>
      <w:r>
        <w:rPr>
          <w:shd w:fill="548235" w:val="clear" w:color="auto"/>
          <w:color w:val="FFFFFF"/>
        </w:rPr>
        <w:t>I was formerly a blasphemer, a persecutor, and a violent man</w:t>
      </w:r>
      <w:r>
        <w:rPr>
          <w:b w:val="false"/>
          <w:i w:val="false"/>
          <w:color w:val="FFFFFF"/>
          <w:u w:val="none"/>
          <w:shd w:val="clear" w:color="auto" w:fill="548235"/>
        </w:rPr>
        <w:t xml:space="preserve"> [1FSK]</w:t>
      </w:r>
      <w:r>
        <w:rPr/>
        <w:t xml:space="preserve">; yet </w:t>
      </w:r>
      <w:r>
        <w:rPr>
          <w:shd w:fill="B7DDE8" w:val="clear"/>
        </w:rPr>
        <w:t>because I had acted in ignorance and unbelief</w:t>
      </w:r>
      <w:r>
        <w:rPr>
          <w:b w:val="false"/>
          <w:i w:val="false"/>
          <w:color w:val="000000"/>
          <w:u w:val="none"/>
        </w:rPr>
        <w:t xml:space="preserve"> [1FSL]</w:t>
      </w:r>
      <w:r>
        <w:rPr/>
        <w:t xml:space="preserve">, </w:t>
      </w:r>
      <w:r>
        <w:rPr>
          <w:shd w:fill="B7DDE8" w:val="clear"/>
        </w:rPr>
        <w:t>I was shown mercy</w:t>
      </w:r>
      <w:r>
        <w:rPr>
          <w:b w:val="false"/>
          <w:i w:val="false"/>
          <w:color w:val="000000"/>
          <w:u w:val="none"/>
        </w:rPr>
        <w:t xml:space="preserve"> [2CKM]</w:t>
      </w:r>
      <w:r>
        <w:rPr/>
        <w:t>.</w:t>
      </w:r>
    </w:p>
    <w:p>
      <w:pPr>
        <w:pStyle w:val="Yellow"/>
        <w:rPr/>
      </w:pPr>
      <w:r>
        <w:rPr>
          <w:b/>
        </w:rPr>
        <w:t xml:space="preserve">James 3:6</w:t>
      </w:r>
      <w:r>
        <w:rPr/>
        <w:t xml:space="preserve"> — </w:t>
      </w:r>
      <w:r>
        <w:rPr>
          <w:shd w:fill="B7DDE8" w:val="clear"/>
        </w:rPr>
        <w:t xml:space="preserve">The tongue also is a fire</w:t>
      </w:r>
      <w:r>
        <w:rPr>
          <w:b w:val="false"/>
          <w:i w:val="false"/>
          <w:color w:val="000000"/>
          <w:u w:val="none"/>
        </w:rPr>
        <w:t xml:space="preserve"> [1JLC]</w:t>
      </w:r>
      <w:r>
        <w:rPr/>
        <w:t xml:space="preserve">, </w:t>
      </w:r>
      <w:r>
        <w:rPr>
          <w:shd w:fill="B7DDE8" w:val="clear"/>
        </w:rPr>
        <w:t xml:space="preserve">a world of wickedness among the parts of the body</w:t>
      </w:r>
      <w:r>
        <w:rPr>
          <w:b w:val="false"/>
          <w:i w:val="false"/>
          <w:color w:val="000000"/>
          <w:u w:val="none"/>
        </w:rPr>
        <w:t xml:space="preserve"> [1JLD]</w:t>
      </w:r>
      <w:r>
        <w:rPr/>
        <w:t xml:space="preserve">. </w:t>
      </w:r>
      <w:r>
        <w:rPr>
          <w:shd w:fill="B7DDE8" w:val="clear"/>
        </w:rPr>
        <w:t xml:space="preserve">It pollutes the whole person</w:t>
      </w:r>
      <w:r>
        <w:rPr>
          <w:b w:val="false"/>
          <w:i w:val="false"/>
          <w:color w:val="000000"/>
          <w:u w:val="none"/>
        </w:rPr>
        <w:t xml:space="preserve"> [1JLE]</w:t>
      </w:r>
      <w:r>
        <w:rPr/>
        <w:t xml:space="preserve">, </w:t>
      </w:r>
      <w:r>
        <w:rPr>
          <w:shd w:fill="B7DDE8" w:val="clear"/>
        </w:rPr>
        <w:t xml:space="preserve">sets the course of his life on fire</w:t>
      </w:r>
      <w:r>
        <w:rPr>
          <w:b w:val="false"/>
          <w:i w:val="false"/>
          <w:color w:val="000000"/>
          <w:u w:val="none"/>
        </w:rPr>
        <w:t xml:space="preserve"> [1JLF]</w:t>
      </w:r>
      <w:r>
        <w:rPr/>
        <w:t xml:space="preserve">, and </w:t>
      </w:r>
      <w:r>
        <w:rPr>
          <w:shd w:fill="B7DDE8" w:val="clear"/>
        </w:rPr>
        <w:t xml:space="preserve">is itself set on fire by hell</w:t>
      </w:r>
      <w:r>
        <w:rPr>
          <w:b w:val="false"/>
          <w:i w:val="false"/>
          <w:color w:val="000000"/>
          <w:u w:val="none"/>
        </w:rPr>
        <w:t xml:space="preserve"> [1JLG]</w:t>
      </w:r>
      <w:r>
        <w:rPr/>
        <w:t xml:space="preserve">.</w:t>
      </w:r>
    </w:p>
    <w:p>
      <w:pPr>
        <w:pStyle w:val="Yellow"/>
        <w:rPr/>
      </w:pPr>
      <w:r>
        <w:rPr>
          <w:b/>
        </w:rPr>
        <w:t xml:space="preserve">James 4:12</w:t>
      </w:r>
      <w:r>
        <w:rPr/>
        <w:t xml:space="preserve"> — Brothers, </w:t>
      </w:r>
      <w:r>
        <w:rPr>
          <w:shd w:fill="B7DDE8" w:val="clear"/>
        </w:rPr>
        <w:t xml:space="preserve">do not slander one another</w:t>
      </w:r>
      <w:r>
        <w:rPr>
          <w:b w:val="false"/>
          <w:i w:val="false"/>
          <w:color w:val="000000"/>
          <w:u w:val="none"/>
        </w:rPr>
        <w:t xml:space="preserve"> [1IMR]</w:t>
      </w:r>
      <w:r>
        <w:rPr/>
        <w:t xml:space="preserve">. </w:t>
      </w:r>
      <w:r>
        <w:rPr>
          <w:shd w:fill="B7DDE8" w:val="clear"/>
        </w:rPr>
        <w:t xml:space="preserve">Anyone who speaks against his brother or judges him speaks against the law and judges it</w:t>
      </w:r>
      <w:r>
        <w:rPr>
          <w:b w:val="false"/>
          <w:i w:val="false"/>
          <w:color w:val="000000"/>
          <w:u w:val="none"/>
        </w:rPr>
        <w:t xml:space="preserve"> [1IMS]</w:t>
      </w:r>
      <w:r>
        <w:rPr/>
        <w:t xml:space="preserve">. And </w:t>
      </w:r>
      <w:r>
        <w:rPr>
          <w:shd w:fill="B7DDE8" w:val="clear"/>
        </w:rPr>
        <w:t xml:space="preserve">if you judge the law, you are not a practitioner of the law, but a judge of it</w:t>
      </w:r>
      <w:r>
        <w:rPr>
          <w:b w:val="false"/>
          <w:i w:val="false"/>
          <w:color w:val="000000"/>
          <w:u w:val="none"/>
        </w:rPr>
        <w:t xml:space="preserve"> [1IMT]</w:t>
      </w:r>
      <w:r>
        <w:rPr/>
        <w:t xml:space="preserve">. </w:t>
      </w:r>
      <w:r>
        <w:rPr>
          <w:shd w:fill="B7DDE8" w:val="clear"/>
        </w:rPr>
        <w:t xml:space="preserve">There is only one Lawgiver and Judge</w:t>
      </w:r>
      <w:r>
        <w:rPr>
          <w:b w:val="false"/>
          <w:i w:val="false"/>
          <w:u w:val="none"/>
          <w:color w:val="000000"/>
        </w:rPr>
        <w:t xml:space="preserve"> [1IMU]</w:t>
      </w:r>
      <w:r>
        <w:rPr/>
        <w:t xml:space="preserve">, </w:t>
      </w:r>
      <w:r>
        <w:rPr>
          <w:shd w:fill="B7DDE8" w:val="clear"/>
        </w:rPr>
        <w:t xml:space="preserve">the One who is able to save and destroy</w:t>
      </w:r>
      <w:r>
        <w:rPr>
          <w:b w:val="false"/>
          <w:i w:val="false"/>
          <w:color w:val="000000"/>
          <w:u w:val="none"/>
        </w:rPr>
        <w:t xml:space="preserve"> [2BTM]</w:t>
      </w:r>
      <w:r>
        <w:rPr>
          <w:b w:val="false"/>
          <w:i w:val="false"/>
          <w:color w:val="000000"/>
          <w:u w:val="none"/>
        </w:rPr>
        <w:t xml:space="preserve"> [1IMV]</w:t>
      </w:r>
      <w:r>
        <w:rPr/>
        <w:t xml:space="preserve">. But </w:t>
      </w:r>
      <w:r>
        <w:rPr>
          <w:shd w:fill="B7DDE8" w:val="clear"/>
        </w:rPr>
        <w:t xml:space="preserve">who are you to judge your neighbor?</w:t>
      </w:r>
      <w:r>
        <w:rPr>
          <w:b w:val="false"/>
          <w:i w:val="false"/>
          <w:color w:val="000000"/>
          <w:u w:val="none"/>
        </w:rPr>
        <w:t xml:space="preserve"> [1IMW]</w:t>
      </w:r>
    </w:p>
    <w:p>
      <w:pPr>
        <w:pStyle w:val="Yellow"/>
        <w:rPr/>
      </w:pPr>
      <w:r>
        <w:rPr>
          <w:b/>
        </w:rPr>
        <w:t xml:space="preserve">1 Peter 4:3-4</w:t>
      </w:r>
      <w:r>
        <w:rPr/>
        <w:t xml:space="preserve"> — For </w:t>
      </w:r>
      <w:r>
        <w:rPr>
          <w:shd w:fill="B7DDE8" w:val="clear"/>
        </w:rPr>
        <w:t xml:space="preserve">you have spent enough time in the past carrying out the same desires as the Gentiles: living in debauchery, lust, drunkenness, orgies, carousing, and detestable idolatry</w:t>
      </w:r>
      <w:r>
        <w:rPr>
          <w:b w:val="false"/>
          <w:i w:val="false"/>
          <w:color w:val="000000"/>
          <w:u w:val="none"/>
        </w:rPr>
        <w:t xml:space="preserve"> [1IDE]</w:t>
      </w:r>
      <w:r>
        <w:rPr/>
        <w:t xml:space="preserve">. Because of this, </w:t>
      </w:r>
      <w:r>
        <w:rPr>
          <w:shd w:fill="B7DDE8" w:val="clear"/>
        </w:rPr>
        <w:t xml:space="preserve">they consider it strange of you not to plunge with them into the same flood of reckless indiscretion</w:t>
      </w:r>
      <w:r>
        <w:rPr>
          <w:b w:val="false"/>
          <w:i w:val="false"/>
          <w:color w:val="000000"/>
          <w:u w:val="none"/>
        </w:rPr>
        <w:t xml:space="preserve"> [1IDF]</w:t>
      </w:r>
      <w:r>
        <w:rPr/>
        <w:t xml:space="preserve">, and </w:t>
      </w:r>
      <w:r>
        <w:rPr>
          <w:shd w:fill="B7DDE8" w:val="clear"/>
        </w:rPr>
        <w:t xml:space="preserve">they heap abuse on you</w:t>
      </w:r>
      <w:r>
        <w:rPr>
          <w:b w:val="false"/>
          <w:i w:val="false"/>
          <w:color w:val="000000"/>
          <w:u w:val="none"/>
        </w:rPr>
        <w:t xml:space="preserve"> [1IDG]</w:t>
      </w:r>
      <w:r>
        <w:rPr/>
        <w:t xml:space="preserve">.</w:t>
      </w:r>
    </w:p>
    <w:p>
      <w:pPr>
        <w:pStyle w:val="Yellow"/>
        <w:rPr/>
      </w:pPr>
      <w:r>
        <w:rPr/>
        <w:t xml:space="preserve">(2Pe2:1 “false teachers”) </w:t>
      </w:r>
      <w:r>
        <w:rPr>
          <w:b/>
        </w:rPr>
        <w:t xml:space="preserve">2 Peter 2:14</w:t>
      </w:r>
      <w:r>
        <w:rPr/>
        <w:t xml:space="preserve"> — </w:t>
      </w:r>
      <w:r>
        <w:rPr>
          <w:shd w:fill="B7DDE8" w:val="clear"/>
        </w:rPr>
        <w:t xml:space="preserve">{They} consider it a pleasure to carouse in broad daylight</w:t>
      </w:r>
      <w:r>
        <w:rPr>
          <w:b w:val="false"/>
          <w:i w:val="false"/>
          <w:u w:val="none"/>
          <w:color w:val="000000"/>
        </w:rPr>
        <w:t xml:space="preserve"> [1GOP]</w:t>
      </w:r>
      <w:r>
        <w:rPr/>
        <w:t xml:space="preserve">. </w:t>
      </w:r>
      <w:r>
        <w:rPr>
          <w:shd w:fill="B7DDE8" w:val="clear"/>
        </w:rPr>
        <w:t xml:space="preserve">They are blots and blemishes, reveling in their deception as they feast with you</w:t>
      </w:r>
      <w:r>
        <w:rPr>
          <w:b w:val="false"/>
          <w:i w:val="false"/>
          <w:u w:val="none"/>
          <w:color w:val="000000"/>
        </w:rPr>
        <w:t xml:space="preserve"> [1GOQ]</w:t>
      </w:r>
      <w:r>
        <w:rPr/>
        <w:t xml:space="preserve">. 14 </w:t>
      </w:r>
      <w:r>
        <w:rPr>
          <w:shd w:fill="B7DDE8" w:val="clear"/>
        </w:rPr>
        <w:t xml:space="preserve">Their eyes are full of adultery</w:t>
      </w:r>
      <w:r>
        <w:rPr>
          <w:b w:val="false"/>
          <w:i w:val="false"/>
          <w:color w:val="000000"/>
          <w:u w:val="none"/>
        </w:rPr>
        <w:t xml:space="preserve"> [1GOR]</w:t>
      </w:r>
      <w:r>
        <w:rPr/>
        <w:t xml:space="preserve">; </w:t>
      </w:r>
      <w:r>
        <w:rPr>
          <w:shd w:fill="B7DDE8" w:val="clear"/>
        </w:rPr>
        <w:t xml:space="preserve">their desire for sin is never satisfied</w:t>
      </w:r>
      <w:r>
        <w:rPr>
          <w:b w:val="false"/>
          <w:i w:val="false"/>
          <w:color w:val="000000"/>
          <w:u w:val="none"/>
        </w:rPr>
        <w:t xml:space="preserve"> [1GOS]</w:t>
      </w:r>
      <w:r>
        <w:rPr/>
        <w:t xml:space="preserve">; </w:t>
      </w:r>
      <w:r>
        <w:rPr>
          <w:shd w:fill="B7DDE8" w:val="clear"/>
        </w:rPr>
        <w:t xml:space="preserve">they seduce the unstable</w:t>
      </w:r>
      <w:r>
        <w:rPr>
          <w:b w:val="false"/>
          <w:i w:val="false"/>
          <w:u w:val="none"/>
          <w:color w:val="000000"/>
        </w:rPr>
        <w:t xml:space="preserve"> [1GOT]</w:t>
      </w:r>
      <w:r>
        <w:rPr/>
        <w:t xml:space="preserve">. </w:t>
      </w:r>
      <w:r>
        <w:rPr>
          <w:shd w:fill="B7DDE8" w:val="clear"/>
        </w:rPr>
        <w:t xml:space="preserve">They are accursed children</w:t>
      </w:r>
      <w:r>
        <w:rPr>
          <w:b w:val="false"/>
          <w:i w:val="false"/>
          <w:u w:val="none"/>
          <w:color w:val="000000"/>
        </w:rPr>
        <w:t xml:space="preserve"> [1GOU]</w:t>
      </w:r>
      <w:r>
        <w:rPr/>
        <w:t xml:space="preserve"> </w:t>
      </w:r>
      <w:r>
        <w:rPr>
          <w:shd w:fill="B7DDE8" w:val="clear"/>
        </w:rPr>
        <w:t xml:space="preserve">with hearts trained in greed</w:t>
      </w:r>
      <w:r>
        <w:rPr>
          <w:b w:val="false"/>
          <w:i w:val="false"/>
          <w:color w:val="000000"/>
          <w:u w:val="none"/>
        </w:rPr>
        <w:t xml:space="preserve"> [1GOV]</w:t>
      </w:r>
      <w:r>
        <w:rPr/>
        <w:t xml:space="preserve">.</w:t>
      </w:r>
    </w:p>
    <w:p>
      <w:pPr>
        <w:pStyle w:val="Yellow"/>
        <w:rPr/>
      </w:pPr>
      <w:r>
        <w:rPr/>
        <w:t xml:space="preserve">(1Jn1:5 “God”) </w:t>
      </w:r>
      <w:r>
        <w:rPr>
          <w:b/>
        </w:rPr>
        <w:t>1 John 1:10</w:t>
      </w:r>
      <w:r>
        <w:rPr/>
        <w:t xml:space="preserve"> — </w:t>
      </w:r>
      <w:r>
        <w:rPr>
          <w:shd w:fill="B7DDE8" w:val="clear"/>
        </w:rPr>
        <w:t>If we say we have not sinned, we make {Him} out to be a liar</w:t>
      </w:r>
      <w:r>
        <w:rPr>
          <w:b w:val="false"/>
          <w:i w:val="false"/>
          <w:color w:val="000000"/>
          <w:u w:val="none"/>
        </w:rPr>
        <w:t xml:space="preserve"> [1LZA]</w:t>
      </w:r>
      <w:r>
        <w:rPr/>
        <w:t xml:space="preserve">, and </w:t>
      </w:r>
      <w:r>
        <w:rPr>
          <w:shd w:fill="B7DDE8" w:val="clear"/>
        </w:rPr>
        <w:t>His word is not in us</w:t>
      </w:r>
      <w:r>
        <w:rPr>
          <w:b w:val="false"/>
          <w:i w:val="false"/>
          <w:color w:val="000000"/>
          <w:u w:val="none"/>
        </w:rPr>
        <w:t xml:space="preserve"> [1LZB]</w:t>
      </w:r>
      <w:r>
        <w:rPr/>
        <w:t>.</w:t>
      </w:r>
    </w:p>
    <w:p>
      <w:pPr>
        <w:pStyle w:val="Yellow"/>
        <w:rPr/>
      </w:pPr>
      <w:r>
        <w:rPr>
          <w:b/>
          <w:highlight w:val="cyan"/>
          <w:u w:val="none"/>
          <w:shd w:val="clear" w:color="auto" w:fill="C00000"/>
          <w:color w:val="FFFFFF"/>
        </w:rPr>
        <w:t xml:space="preserve">1 John 5:16-17</w:t>
      </w:r>
      <w:r>
        <w:rPr>
          <w:highlight w:val="cyan"/>
          <w:u w:val="none"/>
          <w:shd w:val="clear" w:color="auto" w:fill="C00000"/>
          <w:color w:val="FFFFFF"/>
        </w:rPr>
        <w:t xml:space="preserve"> — </w:t>
      </w:r>
      <w:r>
        <w:rPr>
          <w:u w:val="none"/>
          <w:shd w:val="clear" w:color="auto" w:fill="C00000"/>
          <w:color w:val="FFFFFF"/>
        </w:rPr>
        <w:t xml:space="preserve">If anyone sees his brother committing a sin not leading to death, he should ask God</w:t>
      </w:r>
      <w:r>
        <w:rPr>
          <w:b w:val="false"/>
          <w:i w:val="false"/>
          <w:u w:val="none"/>
          <w:shd w:val="clear" w:color="auto" w:fill="C00000"/>
          <w:color w:val="FFFFFF"/>
        </w:rPr>
        <w:t xml:space="preserve"> [3IWI]</w:t>
      </w:r>
      <w:r>
        <w:rPr>
          <w:u w:val="none"/>
          <w:shd w:val="clear" w:color="auto" w:fill="C00000"/>
          <w:color w:val="FFFFFF"/>
        </w:rPr>
        <w:t xml:space="preserve">, </w:t>
      </w:r>
      <w:r>
        <w:rPr>
          <w:u w:val="none"/>
          <w:shd w:val="clear" w:color="auto" w:fill="C00000"/>
          <w:color w:val="FFFFFF"/>
        </w:rPr>
        <w:t xml:space="preserve">who will give life to those who commit this kind of sin</w:t>
      </w:r>
      <w:r>
        <w:rPr>
          <w:b w:val="false"/>
          <w:i w:val="false"/>
          <w:u w:val="none"/>
          <w:shd w:val="clear" w:color="auto" w:fill="C00000"/>
          <w:color w:val="FFFFFF"/>
        </w:rPr>
        <w:t xml:space="preserve"> [3IWJ]</w:t>
      </w:r>
      <w:r>
        <w:rPr>
          <w:u w:val="none"/>
          <w:shd w:val="clear" w:color="auto" w:fill="C00000"/>
          <w:color w:val="FFFFFF"/>
        </w:rPr>
        <w:t xml:space="preserve">. </w:t>
      </w:r>
      <w:r>
        <w:rPr>
          <w:u w:val="none"/>
          <w:shd w:val="clear" w:color="auto" w:fill="C00000"/>
          <w:color w:val="FFFFFF"/>
        </w:rPr>
        <w:t xml:space="preserve">There is a sin that leads to death</w:t>
      </w:r>
      <w:r>
        <w:rPr>
          <w:b w:val="false"/>
          <w:i w:val="false"/>
          <w:u w:val="none"/>
          <w:shd w:val="clear" w:color="auto" w:fill="C00000"/>
          <w:color w:val="FFFFFF"/>
        </w:rPr>
        <w:t xml:space="preserve"> [3IWK]</w:t>
      </w:r>
      <w:r>
        <w:rPr>
          <w:u w:val="none"/>
          <w:shd w:val="clear" w:color="auto" w:fill="C00000"/>
          <w:color w:val="FFFFFF"/>
        </w:rPr>
        <w:t xml:space="preserve">; </w:t>
      </w:r>
      <w:r>
        <w:rPr>
          <w:u w:val="none"/>
          <w:shd w:val="clear" w:color="auto" w:fill="C00000"/>
          <w:color w:val="FFFFFF"/>
        </w:rPr>
        <w:t xml:space="preserve">I am not saying he should ask regarding that sin</w:t>
      </w:r>
      <w:r>
        <w:rPr>
          <w:b w:val="false"/>
          <w:i w:val="false"/>
          <w:u w:val="none"/>
          <w:shd w:val="clear" w:color="auto" w:fill="C00000"/>
          <w:color w:val="FFFFFF"/>
        </w:rPr>
        <w:t xml:space="preserve"> [3IWL]</w:t>
      </w:r>
      <w:r>
        <w:rPr>
          <w:u w:val="none"/>
          <w:shd w:val="clear" w:color="auto" w:fill="C00000"/>
          <w:color w:val="FFFFFF"/>
        </w:rPr>
        <w:t xml:space="preserve">. </w:t>
      </w:r>
      <w:r>
        <w:rPr>
          <w:u w:val="none"/>
          <w:shd w:val="clear" w:color="auto" w:fill="C00000"/>
          <w:color w:val="FFFFFF"/>
        </w:rPr>
        <w:t xml:space="preserve">All unrighteousness is sin</w:t>
      </w:r>
      <w:r>
        <w:rPr>
          <w:b w:val="false"/>
          <w:i w:val="false"/>
          <w:u w:val="none"/>
          <w:shd w:val="clear" w:color="auto" w:fill="C00000"/>
          <w:color w:val="FFFFFF"/>
        </w:rPr>
        <w:t xml:space="preserve"> [3IWM]</w:t>
      </w:r>
      <w:r>
        <w:rPr>
          <w:u w:val="none"/>
          <w:shd w:val="clear" w:color="auto" w:fill="C00000"/>
          <w:color w:val="FFFFFF"/>
        </w:rPr>
        <w:t xml:space="preserve">, yet </w:t>
      </w:r>
      <w:r>
        <w:rPr>
          <w:u w:val="none"/>
          <w:shd w:val="clear" w:color="auto" w:fill="C00000"/>
          <w:color w:val="FFFFFF"/>
        </w:rPr>
        <w:t xml:space="preserve">there is sin that does not lead to death</w:t>
      </w:r>
      <w:r>
        <w:rPr>
          <w:b w:val="false"/>
          <w:i w:val="false"/>
          <w:u w:val="none"/>
          <w:shd w:val="clear" w:color="auto" w:fill="C00000"/>
          <w:color w:val="FFFFFF"/>
        </w:rPr>
        <w:t xml:space="preserve"> [3IWN]</w:t>
      </w:r>
      <w:r>
        <w:rPr>
          <w:u w:val="none"/>
          <w:shd w:val="clear" w:color="auto" w:fill="C00000"/>
          <w:color w:val="FFFFFF"/>
        </w:rPr>
        <w:t xml:space="preserve">.</w:t>
      </w:r>
    </w:p>
    <w:p>
      <w:pPr>
        <w:pStyle w:val="Yellow"/>
        <w:rPr/>
      </w:pPr>
      <w:r>
        <w:rPr>
          <w:b/>
        </w:rPr>
        <w:t xml:space="preserve">Jude 1:8-10</w:t>
      </w:r>
      <w:r>
        <w:rPr/>
        <w:t xml:space="preserve"> — Yet in the same way </w:t>
      </w:r>
      <w:r>
        <w:rPr>
          <w:shd w:fill="B7DDE8" w:val="clear"/>
        </w:rPr>
        <w:t xml:space="preserve">these dreamers defile their bodies, reject authority, and slander glorious beings</w:t>
      </w:r>
      <w:r>
        <w:rPr>
          <w:b w:val="false"/>
          <w:i w:val="false"/>
          <w:color w:val="000000"/>
          <w:u w:val="none"/>
        </w:rPr>
        <w:t xml:space="preserve"> [1JQV]</w:t>
      </w:r>
      <w:r>
        <w:rPr>
          <w:b w:val="false"/>
          <w:i w:val="false"/>
          <w:color w:val="000000"/>
          <w:u w:val="none"/>
        </w:rPr>
        <w:t xml:space="preserve"> [1JQW]</w:t>
      </w:r>
      <w:r>
        <w:rPr>
          <w:b w:val="false"/>
          <w:i w:val="false"/>
          <w:color w:val="000000"/>
          <w:u w:val="none"/>
        </w:rPr>
        <w:t xml:space="preserve"> [1JQX]</w:t>
      </w:r>
      <w:r>
        <w:rPr/>
        <w:t xml:space="preserve">. But even </w:t>
      </w:r>
      <w:r>
        <w:rPr>
          <w:shd w:fill="B7DDE8" w:val="clear"/>
        </w:rPr>
        <w:t xml:space="preserve">the archangel Michael, when he disputed with the devil over the body of Moses</w:t>
      </w:r>
      <w:r>
        <w:rPr>
          <w:b w:val="false"/>
          <w:i w:val="false"/>
          <w:color w:val="000000"/>
          <w:u w:val="none"/>
        </w:rPr>
        <w:t xml:space="preserve"> [1JQY]</w:t>
      </w:r>
      <w:r>
        <w:rPr/>
        <w:t xml:space="preserve">, </w:t>
      </w:r>
      <w:r>
        <w:rPr>
          <w:shd w:fill="B7DDE8" w:val="clear"/>
        </w:rPr>
        <w:t xml:space="preserve">did not presume to bring a slanderous charge against him</w:t>
      </w:r>
      <w:r>
        <w:rPr>
          <w:b w:val="false"/>
          <w:i w:val="false"/>
          <w:color w:val="000000"/>
          <w:u w:val="none"/>
        </w:rPr>
        <w:t xml:space="preserve"> [1JQZ]</w:t>
      </w:r>
      <w:r>
        <w:rPr/>
        <w:t xml:space="preserve">, but said, “</w:t>
      </w:r>
      <w:r>
        <w:rPr>
          <w:shd w:fill="B7DDE8" w:val="clear"/>
        </w:rPr>
        <w:t xml:space="preserve">The Lord rebuke you</w:t>
      </w:r>
      <w:r>
        <w:rPr>
          <w:b w:val="false"/>
          <w:i w:val="false"/>
          <w:color w:val="000000"/>
          <w:u w:val="none"/>
        </w:rPr>
        <w:t xml:space="preserve"> [1JRA]</w:t>
      </w:r>
      <w:r>
        <w:rPr/>
        <w:t xml:space="preserve">!” </w:t>
      </w:r>
      <w:r>
        <w:rPr>
          <w:shd w:fill="B7DDE8" w:val="clear"/>
        </w:rPr>
        <w:t xml:space="preserve">These men, however, slander what they do not understand</w:t>
      </w:r>
      <w:r>
        <w:rPr>
          <w:b w:val="false"/>
          <w:i w:val="false"/>
          <w:color w:val="000000"/>
          <w:u w:val="none"/>
        </w:rPr>
        <w:t xml:space="preserve"> [2IDV]</w:t>
      </w:r>
      <w:r>
        <w:rPr/>
        <w:t xml:space="preserve">, and </w:t>
      </w:r>
      <w:r>
        <w:rPr>
          <w:shd w:fill="B7DDE8" w:val="clear"/>
        </w:rPr>
        <w:t xml:space="preserve">like irrational animals</w:t>
      </w:r>
      <w:r>
        <w:rPr>
          <w:b w:val="false"/>
          <w:i w:val="false"/>
          <w:color w:val="000000"/>
          <w:u w:val="none"/>
        </w:rPr>
        <w:t xml:space="preserve"> [1JRB]</w:t>
      </w:r>
      <w:r>
        <w:rPr/>
        <w:t xml:space="preserve">, </w:t>
      </w:r>
      <w:r>
        <w:rPr>
          <w:shd w:fill="B7DDE8" w:val="clear"/>
        </w:rPr>
        <w:t xml:space="preserve">they will be destroyed by the things they do instinctively</w:t>
      </w:r>
      <w:r>
        <w:rPr>
          <w:b w:val="false"/>
          <w:i w:val="false"/>
          <w:color w:val="000000"/>
          <w:u w:val="none"/>
        </w:rPr>
        <w:t xml:space="preserve"> [1JRC]</w:t>
      </w:r>
      <w:r>
        <w:rPr/>
        <w:t xml:space="preserve">.</w:t>
      </w:r>
    </w:p>
    <w:p>
      <w:pPr>
        <w:pStyle w:val="Yellow"/>
        <w:rPr/>
      </w:pPr>
      <w:r>
        <w:rPr>
          <w:b/>
        </w:rPr>
        <w:t xml:space="preserve">Jude 1:14–15</w:t>
      </w:r>
      <w:r>
        <w:rPr/>
        <w:t xml:space="preserve"> — “Behold, </w:t>
      </w:r>
      <w:r>
        <w:rPr>
          <w:shd w:fill="B7DDE8" w:val="clear"/>
        </w:rPr>
        <w:t xml:space="preserve">the Lord is coming with myriads of His holy ones</w:t>
      </w:r>
      <w:r>
        <w:rPr>
          <w:b w:val="false"/>
          <w:i w:val="false"/>
          <w:color w:val="000000"/>
          <w:u w:val="none"/>
        </w:rPr>
        <w:t xml:space="preserve"> [1IDK]</w:t>
      </w:r>
      <w:r>
        <w:rPr/>
        <w:t xml:space="preserve"> </w:t>
      </w:r>
      <w:r>
        <w:rPr>
          <w:shd w:fill="B7DDE8" w:val="clear"/>
        </w:rPr>
        <w:t xml:space="preserve">to execute judgment on everyone</w:t>
      </w:r>
      <w:r>
        <w:rPr>
          <w:b w:val="false"/>
          <w:i w:val="false"/>
          <w:color w:val="000000"/>
          <w:u w:val="none"/>
        </w:rPr>
        <w:t xml:space="preserve"> [1IDL]</w:t>
      </w:r>
      <w:r>
        <w:rPr/>
        <w:t xml:space="preserve">, and </w:t>
      </w:r>
      <w:r>
        <w:rPr>
          <w:shd w:fill="B7DDE8" w:val="clear"/>
        </w:rPr>
        <w:t xml:space="preserve">to convict all the ungodly of every ungodly act of wickedness and every harsh word spoken against Him by ungodly sinners</w:t>
      </w:r>
      <w:r>
        <w:rPr>
          <w:b w:val="false"/>
          <w:i w:val="false"/>
          <w:color w:val="000000"/>
          <w:u w:val="none"/>
        </w:rPr>
        <w:t xml:space="preserve"> [1IDM]</w:t>
      </w:r>
      <w:r>
        <w:rPr/>
        <w:t xml:space="preserve">.”</w:t>
      </w:r>
    </w:p>
    <w:p>
      <w:pPr>
        <w:pStyle w:val="Yellow"/>
        <w:rPr/>
      </w:pPr>
      <w:r>
        <w:rPr/>
        <w:t xml:space="preserve">(Ju1:4 “ungodly ones”) </w:t>
      </w:r>
      <w:r>
        <w:rPr>
          <w:b/>
        </w:rPr>
        <w:t xml:space="preserve">Jude 1:16</w:t>
      </w:r>
      <w:r>
        <w:rPr/>
        <w:t xml:space="preserve"> —  </w:t>
      </w:r>
      <w:r>
        <w:rPr>
          <w:shd w:fill="B7DDE8" w:val="clear"/>
        </w:rPr>
        <w:t xml:space="preserve">{These men} are discontented grumblers</w:t>
      </w:r>
      <w:r>
        <w:rPr>
          <w:b w:val="false"/>
          <w:i w:val="false"/>
          <w:u w:val="none"/>
          <w:color w:val="000000"/>
        </w:rPr>
        <w:t xml:space="preserve"> [1LGK]</w:t>
      </w:r>
      <w:r>
        <w:rPr/>
        <w:t xml:space="preserve">, </w:t>
      </w:r>
      <w:r>
        <w:rPr>
          <w:shd w:fill="B7DDE8" w:val="clear"/>
        </w:rPr>
        <w:t xml:space="preserve">following after their own lusts</w:t>
      </w:r>
      <w:r>
        <w:rPr>
          <w:b w:val="false"/>
          <w:i w:val="false"/>
          <w:color w:val="000000"/>
          <w:u w:val="none"/>
        </w:rPr>
        <w:t xml:space="preserve"> [1LGL]</w:t>
      </w:r>
      <w:r>
        <w:rPr/>
        <w:t xml:space="preserve">; </w:t>
      </w:r>
      <w:r>
        <w:rPr>
          <w:shd w:fill="B7DDE8" w:val="clear"/>
        </w:rPr>
        <w:t xml:space="preserve">their mouths spew arrogance</w:t>
      </w:r>
      <w:r>
        <w:rPr>
          <w:b w:val="false"/>
          <w:i w:val="false"/>
          <w:color w:val="000000"/>
          <w:u w:val="none"/>
        </w:rPr>
        <w:t xml:space="preserve"> [1LGM]</w:t>
      </w:r>
      <w:r>
        <w:rPr>
          <w:shd w:val="clear" w:color="auto" w:fill="548235"/>
          <w:color w:val="FFFFFF"/>
        </w:rPr>
        <w:t xml:space="preserve">; </w:t>
      </w:r>
      <w:r>
        <w:rPr>
          <w:shd w:fill="548235" w:val="clear" w:color="auto"/>
          <w:color w:val="FFFFFF"/>
        </w:rPr>
        <w:t xml:space="preserve">they flatter others for their own advantage</w:t>
      </w:r>
      <w:r>
        <w:rPr>
          <w:b w:val="false"/>
          <w:i w:val="false"/>
          <w:color w:val="FFFFFF"/>
          <w:u w:val="none"/>
          <w:shd w:val="clear" w:color="auto" w:fill="548235"/>
        </w:rPr>
        <w:t xml:space="preserve"> [1LGN]</w:t>
      </w:r>
      <w:r>
        <w:rPr>
          <w:shd w:val="clear" w:color="auto" w:fill="548235"/>
          <w:color w:val="FFFFFF"/>
        </w:rPr>
        <w:t xml:space="preserve">.</w:t>
      </w:r>
    </w:p>
    <w:p>
      <w:r>
        <w:rPr>
          <w:b/>
          <w:sz w:val="32"/>
        </w:rPr>
        <w:t>God's Love  (40)</w:t>
      </w:r>
    </w:p>
    <w:p>
      <w:pPr>
        <w:pStyle w:val="Yellow"/>
        <w:rPr/>
      </w:pPr>
      <w:r>
        <w:rPr/>
        <w:t xml:space="preserve">(2Sa7:14 God will discipline David’s descendant) </w:t>
      </w:r>
      <w:r>
        <w:rPr>
          <w:b/>
        </w:rPr>
        <w:t>2 Samuel 7:15</w:t>
      </w:r>
      <w:r>
        <w:rPr/>
        <w:t xml:space="preserve"> — {But} </w:t>
      </w:r>
      <w:r>
        <w:rPr>
          <w:shd w:fill="B7DDE8" w:val="clear"/>
        </w:rPr>
        <w:t>My loving devotion will never be removed from {him}</w:t>
      </w:r>
      <w:r>
        <w:rPr>
          <w:b w:val="false"/>
          <w:i w:val="false"/>
          <w:u w:val="none"/>
          <w:color w:val="000000"/>
        </w:rPr>
        <w:t xml:space="preserve"> [2AIO]</w:t>
      </w:r>
      <w:r>
        <w:rPr/>
        <w:t xml:space="preserve"> </w:t>
      </w:r>
      <w:r>
        <w:rPr>
          <w:shd w:fill="B7DDE8" w:val="clear"/>
        </w:rPr>
        <w:t>as I removed it from Saul</w:t>
      </w:r>
      <w:r>
        <w:rPr>
          <w:b w:val="false"/>
          <w:i w:val="false"/>
          <w:color w:val="000000"/>
          <w:u w:val="none"/>
        </w:rPr>
        <w:t xml:space="preserve"> [1FPT]</w:t>
      </w:r>
      <w:r>
        <w:rPr/>
        <w:t xml:space="preserve">, </w:t>
      </w:r>
      <w:r>
        <w:rPr>
          <w:shd w:fill="B7DDE8" w:val="clear"/>
        </w:rPr>
        <w:t>whom I removed from before you</w:t>
      </w:r>
      <w:r>
        <w:rPr>
          <w:b w:val="false"/>
          <w:i w:val="false"/>
          <w:color w:val="000000"/>
          <w:u w:val="none"/>
        </w:rPr>
        <w:t xml:space="preserve"> [1FPU]</w:t>
      </w:r>
      <w:r>
        <w:rPr/>
        <w:t>.</w:t>
      </w:r>
    </w:p>
    <w:p>
      <w:pPr>
        <w:pStyle w:val="Yellow"/>
        <w:rPr/>
      </w:pPr>
      <w:r>
        <w:rPr/>
        <w:t xml:space="preserve">(Ezr3:10–11 the LORD) </w:t>
      </w:r>
      <w:r>
        <w:rPr>
          <w:b/>
        </w:rPr>
        <w:t>Ezra 3:11</w:t>
      </w:r>
      <w:r>
        <w:rPr/>
        <w:t xml:space="preserve"> — “For </w:t>
      </w:r>
      <w:r>
        <w:rPr>
          <w:shd w:val="clear" w:color="auto" w:fill="D9C3E6"/>
        </w:rPr>
        <w:t>{He} is good</w:t>
      </w:r>
      <w:r>
        <w:rPr>
          <w:b w:val="false"/>
          <w:i w:val="false"/>
          <w:color w:val="000000"/>
          <w:u w:val="none"/>
        </w:rPr>
        <w:t xml:space="preserve"> [7FD]</w:t>
      </w:r>
      <w:r>
        <w:rPr/>
        <w:t xml:space="preserve">; for </w:t>
      </w:r>
      <w:r>
        <w:rPr>
          <w:shd w:fill="F4B183" w:val="clear" w:color="auto"/>
          <w:color w:val="000000"/>
        </w:rPr>
        <w:t>His loving devotion to Israel endures forever</w:t>
      </w:r>
      <w:r>
        <w:rPr>
          <w:b w:val="false"/>
          <w:i w:val="false"/>
          <w:color w:val="000000"/>
          <w:u w:val="none"/>
          <w:shd w:val="clear" w:color="auto" w:fill="F4B183"/>
        </w:rPr>
        <w:t xml:space="preserve"> [1FPX]</w:t>
      </w:r>
      <w:r>
        <w:rPr/>
        <w:t>.”</w:t>
      </w:r>
    </w:p>
    <w:p>
      <w:pPr>
        <w:pStyle w:val="Yellow"/>
        <w:rPr/>
      </w:pPr>
      <w:r>
        <w:rPr>
          <w:b/>
        </w:rPr>
        <w:t>Job 10:12</w:t>
      </w:r>
      <w:r>
        <w:t xml:space="preserve"> — </w:t>
      </w:r>
      <w:r>
        <w:rPr>
          <w:shd w:fill="B7DDE8" w:val="clear"/>
        </w:rPr>
        <w:t>You have granted me life and loving devotion</w:t>
      </w:r>
      <w:r>
        <w:rPr>
          <w:b w:val="false"/>
          <w:i w:val="false"/>
          <w:color w:val="000000"/>
          <w:u w:val="none"/>
        </w:rPr>
        <w:t xml:space="preserve"> [1BEE]</w:t>
      </w:r>
      <w:r>
        <w:t xml:space="preserve">, and </w:t>
      </w:r>
      <w:r>
        <w:rPr>
          <w:color w:val="000000"/>
        </w:rPr>
        <w:t>Your care has preserved my spirit</w:t>
      </w:r>
      <w:r>
        <w:rPr>
          <w:b w:val="false"/>
          <w:i w:val="false"/>
          <w:color w:val="000000"/>
          <w:u w:val="none"/>
        </w:rPr>
        <w:t xml:space="preserve"> [1BEF]</w:t>
      </w:r>
      <w:r>
        <w:t>.</w:t>
      </w:r>
    </w:p>
    <w:p>
      <w:pPr>
        <w:pStyle w:val="Yellow"/>
        <w:rPr/>
      </w:pPr>
      <w:r>
        <w:rPr>
          <w:b/>
        </w:rPr>
        <w:t>Psalm 32:10</w:t>
      </w:r>
      <w:r>
        <w:rPr/>
        <w:t xml:space="preserve"> — </w:t>
      </w:r>
      <w:r>
        <w:rPr>
          <w:shd w:val="clear" w:fill="B7DDE8"/>
        </w:rPr>
        <w:t>Many are the sorrows of the wicked</w:t>
      </w:r>
      <w:r>
        <w:rPr>
          <w:b w:val="false"/>
          <w:i w:val="false"/>
          <w:color w:val="000000"/>
          <w:u w:val="none"/>
        </w:rPr>
        <w:t xml:space="preserve"> [1CUB]</w:t>
      </w:r>
      <w:r>
        <w:rPr/>
        <w:t xml:space="preserve">, but </w:t>
      </w:r>
      <w:r>
        <w:rPr>
          <w:shd w:val="clear" w:fill="B7DDE8"/>
        </w:rPr>
        <w:t>loving devotion surrounds him who trusts in the LORD</w:t>
      </w:r>
      <w:r>
        <w:rPr>
          <w:b w:val="false"/>
          <w:i w:val="false"/>
          <w:color w:val="000000"/>
          <w:u w:val="none"/>
        </w:rPr>
        <w:t xml:space="preserve"> [1CUC]</w:t>
      </w:r>
      <w:r>
        <w:rPr/>
        <w:t>.</w:t>
      </w:r>
    </w:p>
    <w:p>
      <w:pPr>
        <w:pStyle w:val="Yellow"/>
        <w:rPr/>
      </w:pPr>
      <w:r>
        <w:rPr>
          <w:b/>
        </w:rPr>
        <w:t>Psalm 36:5</w:t>
      </w:r>
      <w:r>
        <w:rPr/>
        <w:t xml:space="preserve"> — </w:t>
      </w:r>
      <w:r>
        <w:rPr>
          <w:shd w:fill="B7DDE8" w:val="clear"/>
        </w:rPr>
        <w:t>Your loving devotion, O LORD, reaches to the heavens</w:t>
      </w:r>
      <w:r>
        <w:rPr>
          <w:b w:val="false"/>
          <w:i w:val="false"/>
          <w:color w:val="000000"/>
          <w:u w:val="none"/>
        </w:rPr>
        <w:t xml:space="preserve"> [1FPN]</w:t>
      </w:r>
      <w:r>
        <w:rPr>
          <w:shd w:val="clear" w:color="auto" w:fill="548235"/>
          <w:color w:val="FFFFFF"/>
        </w:rPr>
        <w:t xml:space="preserve">, </w:t>
      </w:r>
      <w:r>
        <w:rPr>
          <w:shd w:fill="548235" w:val="clear" w:color="auto"/>
          <w:color w:val="FFFFFF"/>
        </w:rPr>
        <w:t>Your faithfulness to the clouds</w:t>
      </w:r>
      <w:r>
        <w:rPr>
          <w:b w:val="false"/>
          <w:i w:val="false"/>
          <w:color w:val="FFFFFF"/>
          <w:u w:val="none"/>
          <w:shd w:val="clear" w:color="auto" w:fill="548235"/>
        </w:rPr>
        <w:t xml:space="preserve"> [2FPM]</w:t>
      </w:r>
      <w:r>
        <w:rPr>
          <w:shd w:val="clear" w:color="auto" w:fill="548235"/>
          <w:color w:val="FFFFFF"/>
        </w:rPr>
        <w:t>.</w:t>
      </w:r>
    </w:p>
    <w:p>
      <w:pPr>
        <w:pStyle w:val="Yellow"/>
        <w:rPr/>
      </w:pPr>
      <w:r>
        <w:rPr>
          <w:b/>
        </w:rPr>
        <w:t>Psalm 40:11</w:t>
      </w:r>
      <w:r>
        <w:rPr/>
        <w:t xml:space="preserve"> — </w:t>
      </w:r>
      <w:r>
        <w:rPr>
          <w:shd w:val="clear" w:fill="B7DDE8"/>
        </w:rPr>
        <w:t>Your loving devotion and faithfulness will always guard me</w:t>
      </w:r>
      <w:r>
        <w:rPr>
          <w:b w:val="false"/>
          <w:i w:val="false"/>
          <w:color w:val="000000"/>
          <w:u w:val="none"/>
        </w:rPr>
        <w:t xml:space="preserve"> [1EAY]</w:t>
      </w:r>
      <w:r>
        <w:rPr/>
        <w:t>.</w:t>
      </w:r>
    </w:p>
    <w:p>
      <w:pPr>
        <w:pStyle w:val="Yellow"/>
        <w:rPr/>
      </w:pPr>
      <w:r>
        <w:rPr>
          <w:b/>
        </w:rPr>
        <w:t>Psalm 52:1</w:t>
      </w:r>
      <w:r>
        <w:rPr/>
        <w:t xml:space="preserve"> — </w:t>
      </w:r>
      <w:r>
        <w:rPr>
          <w:shd w:fill="B7DDE8" w:val="clear"/>
        </w:rPr>
        <w:t>The loving devotion of God endures all day long</w:t>
      </w:r>
      <w:r>
        <w:rPr>
          <w:b w:val="false"/>
          <w:i w:val="false"/>
          <w:color w:val="000000"/>
          <w:u w:val="none"/>
        </w:rPr>
        <w:t xml:space="preserve"> [1FPW]</w:t>
      </w:r>
      <w:r>
        <w:rPr/>
        <w:t>.</w:t>
      </w:r>
    </w:p>
    <w:p>
      <w:pPr>
        <w:pStyle w:val="Yellow"/>
        <w:rPr/>
        <w:pBdr>
          <w:left w:val="single" w:sz="28" w:space="5" w:color="C00000"/>
        </w:pBdr>
      </w:pPr>
      <w:r>
        <w:rPr>
          <w:b/>
        </w:rPr>
        <w:t>Psalm 59:9-10</w:t>
      </w:r>
      <w:r>
        <w:rPr/>
        <w:t xml:space="preserve"> — </w:t>
      </w:r>
      <w:r>
        <w:rPr>
          <w:shd w:val="clear" w:fill="B7DDE8"/>
        </w:rPr>
        <w:t>I will keep watch for You</w:t>
      </w:r>
      <w:r>
        <w:rPr>
          <w:b w:val="false"/>
          <w:i w:val="false"/>
          <w:color w:val="000000"/>
          <w:u w:val="none"/>
        </w:rPr>
        <w:t xml:space="preserve"> [1EAU]</w:t>
      </w:r>
      <w:r>
        <w:rPr/>
        <w:t xml:space="preserve">, </w:t>
      </w:r>
      <w:r>
        <w:rPr>
          <w:shd w:val="clear" w:fill="B7DDE8"/>
        </w:rPr>
        <w:t>O my strength</w:t>
      </w:r>
      <w:r>
        <w:rPr>
          <w:b w:val="false"/>
          <w:i w:val="false"/>
          <w:u w:val="none"/>
          <w:color w:val="000000"/>
        </w:rPr>
        <w:t xml:space="preserve"> [7LI]</w:t>
      </w:r>
      <w:r>
        <w:rPr/>
        <w:t xml:space="preserve">, because </w:t>
      </w:r>
      <w:r>
        <w:rPr>
          <w:shd w:val="clear" w:fill="B7DDE8"/>
        </w:rPr>
        <w:t>You, O God, are my fortress</w:t>
      </w:r>
      <w:r>
        <w:rPr>
          <w:b w:val="false"/>
          <w:i w:val="false"/>
          <w:color w:val="000000"/>
          <w:u w:val="none"/>
        </w:rPr>
        <w:t xml:space="preserve"> [12GJ]</w:t>
      </w:r>
      <w:r>
        <w:rPr/>
        <w:t xml:space="preserve">. </w:t>
      </w:r>
      <w:r>
        <w:rPr>
          <w:shd w:val="clear" w:fill="B7DDE8"/>
        </w:rPr>
        <w:t>My God of loving devotion will come to meet me</w:t>
      </w:r>
      <w:r>
        <w:rPr>
          <w:b w:val="false"/>
          <w:i w:val="false"/>
          <w:u w:val="none"/>
          <w:color w:val="000000"/>
        </w:rPr>
        <w:t xml:space="preserve"> [1EAV]</w:t>
      </w:r>
      <w:r>
        <w:rPr/>
        <w:t xml:space="preserve">; </w:t>
      </w:r>
      <w:r>
        <w:rPr>
          <w:shd w:val="clear" w:fill="B7DDE8"/>
        </w:rPr>
        <w:t>God will let me stare down my foes</w:t>
      </w:r>
      <w:r>
        <w:rPr>
          <w:b w:val="false"/>
          <w:i w:val="false"/>
          <w:color w:val="000000"/>
          <w:u w:val="none"/>
        </w:rPr>
        <w:t xml:space="preserve"> [1EAW]</w:t>
      </w:r>
      <w:r>
        <w:rPr/>
        <w:t>.</w:t>
      </w:r>
    </w:p>
    <w:p>
      <w:pPr>
        <w:pStyle w:val="Yellow"/>
        <w:rPr/>
        <w:shd w:val="clear" w:color="auto" w:fill="E4DFEC"/>
        <w:pBdr>
          <w:left w:val="single" w:sz="28" w:space="5" w:color="7030A0"/>
        </w:pBdr>
      </w:pPr>
      <w:r>
        <w:rPr>
          <w:b/>
        </w:rPr>
        <w:t>Psalm 59:17</w:t>
      </w:r>
      <w:r>
        <w:rPr/>
        <w:t xml:space="preserve"> — </w:t>
      </w:r>
      <w:r>
        <w:rPr>
          <w:shd w:val="clear" w:fill="B7DDE8"/>
        </w:rPr>
        <w:t>You, O God, are my fortress</w:t>
      </w:r>
      <w:r>
        <w:rPr>
          <w:b w:val="false"/>
          <w:i w:val="false"/>
          <w:color w:val="000000"/>
          <w:u w:val="none"/>
        </w:rPr>
        <w:t xml:space="preserve"> [12GJ]</w:t>
      </w:r>
      <w:r>
        <w:rPr/>
        <w:t xml:space="preserve">, </w:t>
      </w:r>
      <w:r>
        <w:rPr>
          <w:shd w:val="clear" w:fill="548235" w:color="auto"/>
          <w:color w:val="FFFFFF"/>
        </w:rPr>
        <w:t>my God of loving devotion</w:t>
      </w:r>
      <w:r>
        <w:rPr>
          <w:b w:val="false"/>
          <w:i w:val="false"/>
          <w:color w:val="FFFFFF"/>
          <w:u w:val="none"/>
          <w:shd w:val="clear" w:color="auto" w:fill="548235"/>
        </w:rPr>
        <w:t xml:space="preserve"> [1EAX]</w:t>
      </w:r>
      <w:r>
        <w:rPr/>
        <w:t>.</w:t>
      </w:r>
    </w:p>
    <w:p>
      <w:pPr>
        <w:pStyle w:val="Yellow"/>
        <w:rPr/>
      </w:pPr>
      <w:r>
        <w:rPr>
          <w:b/>
        </w:rPr>
        <w:t>Psalm 63:3</w:t>
      </w:r>
      <w:r>
        <w:rPr/>
        <w:t xml:space="preserve"> — Because </w:t>
      </w:r>
      <w:r>
        <w:rPr>
          <w:shd w:val="clear" w:fill="F4B183" w:color="auto"/>
          <w:color w:val="000000"/>
        </w:rPr>
        <w:t>Your loving devotion is better than life</w:t>
      </w:r>
      <w:r>
        <w:rPr>
          <w:b w:val="false"/>
          <w:i w:val="false"/>
          <w:color w:val="000000"/>
          <w:u w:val="none"/>
          <w:shd w:val="clear" w:color="auto" w:fill="F4B183"/>
        </w:rPr>
        <w:t xml:space="preserve"> [1FOV]</w:t>
      </w:r>
      <w:r>
        <w:rPr/>
        <w:t xml:space="preserve">, </w:t>
      </w:r>
      <w:r>
        <w:rPr>
          <w:shd w:val="clear" w:fill="B7DDE8"/>
        </w:rPr>
        <w:t>my lips will glorify You</w:t>
      </w:r>
      <w:r>
        <w:rPr>
          <w:b w:val="false"/>
          <w:i w:val="false"/>
          <w:color w:val="000000"/>
          <w:u w:val="none"/>
        </w:rPr>
        <w:t xml:space="preserve"> [1FOW]</w:t>
      </w:r>
      <w:r>
        <w:rPr/>
        <w:t>.</w:t>
      </w:r>
    </w:p>
    <w:p>
      <w:pPr>
        <w:pStyle w:val="Yellow"/>
        <w:rPr/>
      </w:pPr>
      <w:r>
        <w:rPr>
          <w:b/>
          <w:shd w:val="clear" w:color="auto" w:fill="548235"/>
          <w:color w:val="FFFFFF"/>
        </w:rPr>
        <w:t>Psalm 94:18</w:t>
      </w:r>
      <w:r>
        <w:rPr>
          <w:shd w:val="clear" w:color="auto" w:fill="548235"/>
          <w:color w:val="FFFFFF"/>
        </w:rPr>
        <w:t xml:space="preserve"> — </w:t>
      </w:r>
      <w:r>
        <w:rPr>
          <w:shd w:fill="548235" w:val="clear" w:color="auto"/>
          <w:color w:val="FFFFFF"/>
        </w:rPr>
        <w:t>If I say, “My foot is slipping,” Your loving devotion, O LORD, supports me</w:t>
      </w:r>
      <w:r>
        <w:rPr>
          <w:b w:val="false"/>
          <w:i w:val="false"/>
          <w:color w:val="FFFFFF"/>
          <w:u w:val="none"/>
          <w:shd w:val="clear" w:color="auto" w:fill="548235"/>
        </w:rPr>
        <w:t xml:space="preserve"> [1FPV]</w:t>
      </w:r>
      <w:r>
        <w:rPr>
          <w:shd w:val="clear" w:color="auto" w:fill="548235"/>
          <w:color w:val="FFFFFF"/>
        </w:rPr>
        <w:t>.</w:t>
      </w:r>
    </w:p>
    <w:p>
      <w:pPr>
        <w:pStyle w:val="Green"/>
        <w:rPr/>
      </w:pPr>
      <w:r>
        <w:rPr>
          <w:b/>
          <w:u w:val="none"/>
          <w:shd w:val="clear" w:color="auto" w:fill="C00000"/>
          <w:color w:val="FFFFFF"/>
        </w:rPr>
        <w:t>Psalm 103:8</w:t>
      </w:r>
      <w:r>
        <w:rPr>
          <w:u w:val="none"/>
          <w:shd w:val="clear" w:color="auto" w:fill="C00000"/>
          <w:color w:val="FFFFFF"/>
        </w:rPr>
        <w:t xml:space="preserve"> — </w:t>
      </w:r>
      <w:r>
        <w:rPr>
          <w:u w:val="none"/>
          <w:shd w:val="clear" w:color="auto" w:fill="C00000"/>
          <w:color w:val="FFFFFF"/>
        </w:rPr>
        <w:t>The LORD is compassionate and gracious</w:t>
      </w:r>
      <w:r>
        <w:rPr>
          <w:b w:val="false"/>
          <w:i w:val="false"/>
          <w:u w:val="none"/>
          <w:shd w:val="clear" w:color="auto" w:fill="C00000"/>
          <w:color w:val="FFFFFF"/>
        </w:rPr>
        <w:t xml:space="preserve"> [19FI]</w:t>
      </w:r>
      <w:r>
        <w:rPr>
          <w:u w:val="none"/>
          <w:shd w:val="clear" w:color="auto" w:fill="C00000"/>
          <w:color w:val="FFFFFF"/>
        </w:rPr>
        <w:t xml:space="preserve">, </w:t>
      </w:r>
      <w:r>
        <w:rPr>
          <w:u w:val="none"/>
          <w:shd w:val="clear" w:color="auto" w:fill="C00000"/>
          <w:color w:val="FFFFFF"/>
        </w:rPr>
        <w:t>slow to anger</w:t>
      </w:r>
      <w:r>
        <w:rPr>
          <w:b w:val="false"/>
          <w:i w:val="false"/>
          <w:u w:val="none"/>
          <w:shd w:val="clear" w:color="auto" w:fill="C00000"/>
          <w:color w:val="FFFFFF"/>
        </w:rPr>
        <w:t xml:space="preserve"> [9FOC]</w:t>
      </w:r>
      <w:r>
        <w:rPr>
          <w:u w:val="none"/>
          <w:shd w:val="clear" w:color="auto" w:fill="C00000"/>
          <w:color w:val="FFFFFF"/>
        </w:rPr>
        <w:t xml:space="preserve">, </w:t>
      </w:r>
      <w:r>
        <w:rPr>
          <w:u w:val="none"/>
          <w:shd w:val="clear" w:color="auto" w:fill="C00000"/>
          <w:color w:val="FFFFFF"/>
        </w:rPr>
        <w:t>abounding in loving devotion</w:t>
      </w:r>
      <w:r>
        <w:rPr>
          <w:b w:val="false"/>
          <w:i w:val="false"/>
          <w:u w:val="none"/>
          <w:shd w:val="clear" w:color="auto" w:fill="C00000"/>
          <w:color w:val="FFFFFF"/>
        </w:rPr>
        <w:t xml:space="preserve"> [6FOD]</w:t>
      </w:r>
      <w:r>
        <w:rPr>
          <w:u w:val="none"/>
          <w:shd w:val="clear" w:color="auto" w:fill="C00000"/>
          <w:color w:val="FFFFFF"/>
        </w:rPr>
        <w:t>.</w:t>
      </w:r>
    </w:p>
    <w:p>
      <w:pPr>
        <w:pStyle w:val="Green"/>
        <w:rPr/>
      </w:pPr>
      <w:r>
        <w:rPr/>
        <w:t xml:space="preserve">(Ps103:10 “He has not dealt with us according to our sins” / Ps103:8 “the LORD”) </w:t>
      </w:r>
      <w:r>
        <w:rPr>
          <w:b/>
        </w:rPr>
        <w:t>Psalm 103:11</w:t>
      </w:r>
      <w:r>
        <w:rPr/>
        <w:t xml:space="preserve"> — {For} </w:t>
      </w:r>
      <w:r>
        <w:rPr>
          <w:shd w:val="clear" w:fill="B7DDE8"/>
        </w:rPr>
        <w:t>as high as the heavens are above the earth, so great is {His} loving devotion for those who fear Him</w:t>
      </w:r>
      <w:r>
        <w:rPr>
          <w:b w:val="false"/>
          <w:i w:val="false"/>
          <w:color w:val="000000"/>
          <w:u w:val="none"/>
        </w:rPr>
        <w:t xml:space="preserve"> [1FOU]</w:t>
      </w:r>
      <w:r>
        <w:rPr/>
        <w:t>.</w:t>
      </w:r>
    </w:p>
    <w:p>
      <w:pPr>
        <w:pStyle w:val="Yellow"/>
        <w:rPr/>
      </w:pPr>
      <w:r>
        <w:rPr>
          <w:b/>
          <w:color w:val="auto"/>
        </w:rPr>
        <w:t>Psalm 108:4</w:t>
      </w:r>
      <w:r>
        <w:rPr>
          <w:color w:val="auto"/>
        </w:rPr>
        <w:t xml:space="preserve"> — For </w:t>
      </w:r>
      <w:r>
        <w:rPr>
          <w:color w:val="auto"/>
        </w:rPr>
        <w:t>Your loving devotion extends beyond the heavens</w:t>
      </w:r>
      <w:r>
        <w:rPr>
          <w:b w:val="false"/>
          <w:i w:val="false"/>
          <w:u w:val="none"/>
          <w:color w:val="auto"/>
        </w:rPr>
        <w:t xml:space="preserve"> [1FPL]</w:t>
      </w:r>
      <w:r>
        <w:rPr>
          <w:color w:val="auto"/>
        </w:rPr>
        <w:t xml:space="preserve">, and </w:t>
      </w:r>
      <w:r>
        <w:rPr>
          <w:color w:val="auto"/>
        </w:rPr>
        <w:t>Your faithfulness reaches to the clouds</w:t>
      </w:r>
      <w:r>
        <w:rPr>
          <w:b w:val="false"/>
          <w:i w:val="false"/>
          <w:u w:val="none"/>
          <w:color w:val="auto"/>
        </w:rPr>
        <w:t xml:space="preserve"> [2FPM]</w:t>
      </w:r>
      <w:r>
        <w:rPr>
          <w:color w:val="auto"/>
        </w:rPr>
        <w:t>.</w:t>
      </w:r>
    </w:p>
    <w:p>
      <w:pPr>
        <w:pStyle w:val="Yellow"/>
        <w:rPr/>
      </w:pPr>
      <w:r>
        <w:rPr>
          <w:u w:val="none"/>
          <w:color w:val="000000"/>
        </w:rPr>
        <w:t xml:space="preserve">(Ps117:1 “Praise the LORD”) </w:t>
      </w:r>
      <w:r>
        <w:rPr>
          <w:b/>
          <w:u w:val="none"/>
          <w:color w:val="000000"/>
        </w:rPr>
        <w:t xml:space="preserve">Psalm 117:2</w:t>
      </w:r>
      <w:r>
        <w:rPr>
          <w:u w:val="none"/>
          <w:color w:val="000000"/>
        </w:rPr>
        <w:t xml:space="preserve"> — {For} </w:t>
      </w:r>
      <w:r>
        <w:rPr>
          <w:u w:val="none"/>
          <w:color w:val="000000"/>
        </w:rPr>
        <w:t xml:space="preserve">great is {His} loving devotion toward us</w:t>
      </w:r>
      <w:r>
        <w:rPr>
          <w:b w:val="false"/>
          <w:i w:val="false"/>
          <w:color w:val="000000"/>
          <w:u w:val="none"/>
        </w:rPr>
        <w:t xml:space="preserve"> [2EAZ]</w:t>
      </w:r>
      <w:r>
        <w:rPr>
          <w:u w:val="none"/>
          <w:color w:val="000000"/>
        </w:rPr>
        <w:t xml:space="preserve">, and </w:t>
      </w:r>
      <w:r>
        <w:rPr>
          <w:u w:val="none"/>
          <w:color w:val="000000"/>
        </w:rPr>
        <w:t xml:space="preserve">the faithfulness of the LORD endures forever</w:t>
      </w:r>
      <w:r>
        <w:rPr>
          <w:b w:val="false"/>
          <w:i w:val="false"/>
          <w:color w:val="000000"/>
          <w:u w:val="none"/>
        </w:rPr>
        <w:t xml:space="preserve"> [4HG]</w:t>
      </w:r>
      <w:r>
        <w:rPr>
          <w:u w:val="none"/>
          <w:color w:val="000000"/>
        </w:rPr>
        <w:t xml:space="preserve">. Hallelujah!</w:t>
      </w:r>
    </w:p>
    <w:p>
      <w:pPr>
        <w:pStyle w:val="Yellow"/>
        <w:rPr/>
      </w:pPr>
      <w:r>
        <w:rPr>
          <w:shd w:val="clear" w:color="auto" w:fill="C00000"/>
          <w:color w:val="FFFFFF"/>
        </w:rPr>
        <w:t xml:space="preserve">(Ps118:1 “the LORD”) </w:t>
      </w:r>
      <w:r>
        <w:rPr>
          <w:b/>
          <w:shd w:val="clear" w:color="auto" w:fill="C00000"/>
          <w:color w:val="FFFFFF"/>
        </w:rPr>
        <w:t>Psalm 118:2</w:t>
      </w:r>
      <w:r>
        <w:rPr>
          <w:shd w:val="clear" w:color="auto" w:fill="C00000"/>
          <w:color w:val="FFFFFF"/>
        </w:rPr>
        <w:t xml:space="preserve"> — “</w:t>
      </w:r>
      <w:r>
        <w:rPr>
          <w:shd w:val="clear" w:color="auto" w:fill="C00000"/>
          <w:color w:val="FFFFFF"/>
        </w:rPr>
        <w:t xml:space="preserve">{His} </w:t>
      </w:r>
      <w:r>
        <w:rPr>
          <w:shd w:val="clear" w:color="auto" w:fill="C00000"/>
          <w:color w:val="FFFFFF"/>
        </w:rPr>
        <w:t>loving devotion endures forever</w:t>
      </w:r>
      <w:r>
        <w:rPr>
          <w:b w:val="false"/>
          <w:i w:val="false"/>
          <w:u w:val="none"/>
          <w:shd w:val="clear" w:color="auto" w:fill="C00000"/>
          <w:color w:val="FFFFFF"/>
        </w:rPr>
        <w:t xml:space="preserve"> [6HI]</w:t>
      </w:r>
      <w:r>
        <w:rPr>
          <w:shd w:val="clear" w:color="auto" w:fill="C00000"/>
          <w:color w:val="FFFFFF"/>
        </w:rPr>
        <w:t>.”</w:t>
      </w:r>
    </w:p>
    <w:p>
      <w:pPr>
        <w:pStyle w:val="Yellow"/>
        <w:rPr/>
      </w:pPr>
      <w:r>
        <w:rPr>
          <w:b/>
          <w:shd w:val="clear" w:color="auto" w:fill="C00000"/>
          <w:color w:val="FFFFFF"/>
        </w:rPr>
        <w:t>Psalm 119:64</w:t>
      </w:r>
      <w:r>
        <w:rPr>
          <w:shd w:val="clear" w:color="auto" w:fill="C00000"/>
          <w:color w:val="FFFFFF"/>
        </w:rPr>
        <w:t xml:space="preserve"> — </w:t>
      </w:r>
      <w:r>
        <w:rPr>
          <w:shd w:val="clear" w:color="auto" w:fill="C00000"/>
          <w:color w:val="FFFFFF"/>
        </w:rPr>
        <w:t>The earth is filled with Your loving devotion, O LORD</w:t>
      </w:r>
      <w:r>
        <w:rPr>
          <w:b w:val="false"/>
          <w:i w:val="false"/>
          <w:u w:val="none"/>
          <w:shd w:val="clear" w:color="auto" w:fill="C00000"/>
          <w:color w:val="FFFFFF"/>
        </w:rPr>
        <w:t xml:space="preserve"> [2FPB]</w:t>
      </w:r>
      <w:r>
        <w:rPr>
          <w:shd w:val="clear" w:color="auto" w:fill="C00000"/>
          <w:color w:val="FFFFFF"/>
        </w:rPr>
        <w:t>;</w:t>
      </w:r>
    </w:p>
    <w:p>
      <w:pPr>
        <w:pStyle w:val="Yellow"/>
        <w:rPr/>
      </w:pPr>
      <w:r>
        <w:rPr>
          <w:u w:val="none"/>
        </w:rPr>
        <w:t xml:space="preserve">(Ps144:1 “the LORD”) </w:t>
      </w:r>
      <w:r>
        <w:rPr>
          <w:b/>
          <w:u w:val="none"/>
        </w:rPr>
        <w:t>Psalm 144:2</w:t>
      </w:r>
      <w:r>
        <w:rPr>
          <w:u w:val="none"/>
        </w:rPr>
        <w:t xml:space="preserve"> — </w:t>
      </w:r>
      <w:r>
        <w:rPr>
          <w:u w:val="none"/>
          <w:shd w:val="clear" w:fill="B7DDE8"/>
        </w:rPr>
        <w:t>{He} is my steadfast love</w:t>
      </w:r>
      <w:r>
        <w:rPr>
          <w:b w:val="false"/>
          <w:i w:val="false"/>
          <w:color w:val="000000"/>
          <w:u w:val="none"/>
        </w:rPr>
        <w:t xml:space="preserve"> [1CUT]</w:t>
      </w:r>
      <w:r>
        <w:rPr>
          <w:u w:val="none"/>
        </w:rPr>
        <w:t xml:space="preserve"> and </w:t>
      </w:r>
      <w:r>
        <w:rPr>
          <w:u w:val="none"/>
          <w:shd w:val="clear" w:fill="B7DDE8"/>
        </w:rPr>
        <w:t>my fortress</w:t>
      </w:r>
      <w:r>
        <w:rPr>
          <w:b w:val="false"/>
          <w:i w:val="false"/>
          <w:color w:val="000000"/>
          <w:u w:val="none"/>
        </w:rPr>
        <w:t xml:space="preserve"> [12GJ]</w:t>
      </w:r>
      <w:r>
        <w:rPr>
          <w:u w:val="none"/>
        </w:rPr>
        <w:t xml:space="preserve">, </w:t>
      </w:r>
      <w:r>
        <w:rPr>
          <w:u w:val="none"/>
          <w:shd w:val="clear" w:fill="B7DDE8"/>
        </w:rPr>
        <w:t>my stronghold</w:t>
      </w:r>
      <w:r>
        <w:rPr>
          <w:b w:val="false"/>
          <w:i w:val="false"/>
          <w:color w:val="000000"/>
          <w:u w:val="none"/>
        </w:rPr>
        <w:t xml:space="preserve"> [3CUU]</w:t>
      </w:r>
      <w:r>
        <w:rPr>
          <w:u w:val="none"/>
        </w:rPr>
        <w:t xml:space="preserve"> and </w:t>
      </w:r>
      <w:r>
        <w:rPr>
          <w:u w:val="none"/>
          <w:shd w:val="clear" w:fill="B7DDE8"/>
        </w:rPr>
        <w:t>my deliverer</w:t>
      </w:r>
      <w:r>
        <w:rPr>
          <w:b w:val="false"/>
          <w:i w:val="false"/>
          <w:color w:val="000000"/>
          <w:u w:val="none"/>
        </w:rPr>
        <w:t xml:space="preserve"> [5CUV]</w:t>
      </w:r>
      <w:r>
        <w:rPr>
          <w:u w:val="none"/>
        </w:rPr>
        <w:t xml:space="preserve">. </w:t>
      </w:r>
      <w:r>
        <w:rPr>
          <w:u w:val="none"/>
        </w:rPr>
        <w:t>He is my shield</w:t>
      </w:r>
      <w:r>
        <w:rPr>
          <w:b w:val="false"/>
          <w:i w:val="false"/>
          <w:u w:val="none"/>
          <w:color w:val="000000"/>
        </w:rPr>
        <w:t xml:space="preserve"> [7CUW]</w:t>
      </w:r>
      <w:r>
        <w:rPr>
          <w:u w:val="none"/>
        </w:rPr>
        <w:t xml:space="preserve">, </w:t>
      </w:r>
      <w:r>
        <w:rPr>
          <w:u w:val="none"/>
        </w:rPr>
        <w:t>in whom I take refuge</w:t>
      </w:r>
      <w:r>
        <w:rPr>
          <w:b w:val="false"/>
          <w:i w:val="false"/>
          <w:color w:val="000000"/>
          <w:u w:val="none"/>
        </w:rPr>
        <w:t xml:space="preserve"> [3BRL]</w:t>
      </w:r>
      <w:r>
        <w:rPr>
          <w:u w:val="none"/>
        </w:rPr>
        <w:t xml:space="preserve">, </w:t>
      </w:r>
      <w:r>
        <w:rPr>
          <w:u w:val="none"/>
        </w:rPr>
        <w:t>who subdues peoples under me</w:t>
      </w:r>
      <w:r>
        <w:rPr>
          <w:b w:val="false"/>
          <w:i w:val="false"/>
          <w:color w:val="000000"/>
          <w:u w:val="none"/>
        </w:rPr>
        <w:t xml:space="preserve"> [3CUX]</w:t>
      </w:r>
      <w:r>
        <w:rPr>
          <w:u w:val="none"/>
        </w:rPr>
        <w:t>.</w:t>
      </w:r>
    </w:p>
    <w:p>
      <w:pPr>
        <w:pStyle w:val="Yellow"/>
        <w:rPr/>
      </w:pPr>
      <w:r>
        <w:rPr>
          <w:b/>
          <w:u w:val="none"/>
          <w:shd w:val="clear" w:color="auto" w:fill="C00000"/>
          <w:color w:val="FFFFFF"/>
        </w:rPr>
        <w:t>Psalm 145:8</w:t>
      </w:r>
      <w:r>
        <w:rPr>
          <w:u w:val="none"/>
          <w:shd w:val="clear" w:color="auto" w:fill="C00000"/>
          <w:color w:val="FFFFFF"/>
        </w:rPr>
        <w:t xml:space="preserve"> — </w:t>
      </w:r>
      <w:r>
        <w:rPr>
          <w:u w:val="none"/>
          <w:shd w:val="clear" w:color="auto" w:fill="C00000"/>
          <w:color w:val="FFFFFF"/>
        </w:rPr>
        <w:t>The LORD is gracious and compassionate</w:t>
      </w:r>
      <w:r>
        <w:rPr>
          <w:b w:val="false"/>
          <w:i w:val="false"/>
          <w:u w:val="none"/>
          <w:shd w:val="clear" w:color="auto" w:fill="C00000"/>
          <w:color w:val="FFFFFF"/>
        </w:rPr>
        <w:t xml:space="preserve"> [19FI]</w:t>
      </w:r>
      <w:r>
        <w:rPr>
          <w:u w:val="none"/>
          <w:shd w:val="clear" w:color="auto" w:fill="C00000"/>
          <w:color w:val="FFFFFF"/>
        </w:rPr>
        <w:t xml:space="preserve">, </w:t>
      </w:r>
      <w:r>
        <w:rPr>
          <w:u w:val="none"/>
          <w:shd w:val="clear" w:color="auto" w:fill="C00000"/>
          <w:color w:val="FFFFFF"/>
        </w:rPr>
        <w:t>slow to anger</w:t>
      </w:r>
      <w:r>
        <w:rPr>
          <w:b w:val="false"/>
          <w:i w:val="false"/>
          <w:u w:val="none"/>
          <w:shd w:val="clear" w:color="auto" w:fill="C00000"/>
          <w:color w:val="FFFFFF"/>
        </w:rPr>
        <w:t xml:space="preserve"> [9FOC]</w:t>
      </w:r>
      <w:r>
        <w:rPr>
          <w:u w:val="none"/>
          <w:shd w:val="clear" w:color="auto" w:fill="C00000"/>
          <w:color w:val="FFFFFF"/>
        </w:rPr>
        <w:t xml:space="preserve"> and </w:t>
      </w:r>
      <w:r>
        <w:rPr>
          <w:u w:val="none"/>
          <w:shd w:val="clear" w:color="auto" w:fill="C00000"/>
          <w:color w:val="FFFFFF"/>
        </w:rPr>
        <w:t>abounding in loving devotion</w:t>
      </w:r>
      <w:r>
        <w:rPr>
          <w:b w:val="false"/>
          <w:i w:val="false"/>
          <w:u w:val="none"/>
          <w:shd w:val="clear" w:color="auto" w:fill="C00000"/>
          <w:color w:val="FFFFFF"/>
        </w:rPr>
        <w:t xml:space="preserve"> [6FOD]</w:t>
      </w:r>
      <w:r>
        <w:rPr>
          <w:u w:val="none"/>
          <w:shd w:val="clear" w:color="auto" w:fill="C00000"/>
          <w:color w:val="FFFFFF"/>
        </w:rPr>
        <w:t>.</w:t>
      </w:r>
    </w:p>
    <w:p>
      <w:pPr>
        <w:pStyle w:val="Yellow"/>
        <w:rPr/>
      </w:pPr>
      <w:r>
        <w:rPr>
          <w:b/>
        </w:rPr>
        <w:t>Proverbs 14:22</w:t>
      </w:r>
      <w:r>
        <w:rPr/>
        <w:t xml:space="preserve"> — But </w:t>
      </w:r>
      <w:r>
        <w:rPr>
          <w:shd w:fill="B7DDE8" w:val="clear"/>
        </w:rPr>
        <w:t>those who plan goodness find loving devotion and faithfulness</w:t>
      </w:r>
      <w:r>
        <w:rPr>
          <w:b w:val="false"/>
          <w:i w:val="false"/>
          <w:color w:val="000000"/>
          <w:u w:val="none"/>
        </w:rPr>
        <w:t xml:space="preserve"> [1FPO]</w:t>
      </w:r>
      <w:r>
        <w:rPr/>
        <w:t>.</w:t>
      </w:r>
    </w:p>
    <w:p>
      <w:pPr>
        <w:pStyle w:val="Yellow"/>
        <w:rPr/>
      </w:pPr>
      <w:r>
        <w:rPr>
          <w:b/>
        </w:rPr>
        <w:t>Proverbs 15:9</w:t>
      </w:r>
      <w:r>
        <w:rPr/>
        <w:t xml:space="preserve"> — </w:t>
      </w:r>
      <w:r>
        <w:rPr>
          <w:shd w:val="clear" w:fill="B7DDE8"/>
        </w:rPr>
        <w:t>The LORD detests the way of the wicked</w:t>
      </w:r>
      <w:r>
        <w:rPr>
          <w:b w:val="false"/>
          <w:i w:val="false"/>
          <w:color w:val="000000"/>
          <w:u w:val="none"/>
        </w:rPr>
        <w:t xml:space="preserve"> [1FHC]</w:t>
      </w:r>
      <w:r>
        <w:rPr>
          <w:shd w:val="clear" w:color="auto" w:fill="548235"/>
          <w:color w:val="FFFFFF"/>
        </w:rPr>
        <w:t xml:space="preserve">, but </w:t>
      </w:r>
      <w:r>
        <w:rPr>
          <w:shd w:val="clear" w:fill="548235" w:color="auto"/>
          <w:color w:val="FFFFFF"/>
        </w:rPr>
        <w:t>He loves those who pursue righteousness</w:t>
      </w:r>
      <w:r>
        <w:rPr>
          <w:b w:val="false"/>
          <w:i w:val="false"/>
          <w:color w:val="FFFFFF"/>
          <w:u w:val="none"/>
          <w:shd w:val="clear" w:color="auto" w:fill="548235"/>
        </w:rPr>
        <w:t xml:space="preserve"> [1FHD]</w:t>
      </w:r>
      <w:r>
        <w:rPr>
          <w:shd w:val="clear" w:color="auto" w:fill="548235"/>
          <w:color w:val="FFFFFF"/>
        </w:rPr>
        <w:t>.</w:t>
      </w:r>
    </w:p>
    <w:p>
      <w:pPr>
        <w:pStyle w:val="Yellow"/>
        <w:rPr/>
      </w:pPr>
      <w:r>
        <w:rPr/>
        <w:t xml:space="preserve">(Is1:3 “Israel”) </w:t>
      </w:r>
      <w:r>
        <w:rPr>
          <w:b/>
        </w:rPr>
        <w:t xml:space="preserve">Isaiah 1:2</w:t>
      </w:r>
      <w:r>
        <w:rPr/>
        <w:t xml:space="preserve"> — “</w:t>
      </w:r>
      <w:r>
        <w:rPr>
          <w:shd w:fill="B7DDE8" w:val="clear"/>
        </w:rPr>
        <w:t xml:space="preserve">I have raised {children} and brought them up</w:t>
      </w:r>
      <w:r>
        <w:rPr>
          <w:b w:val="false"/>
          <w:i w:val="false"/>
          <w:color w:val="000000"/>
          <w:u w:val="none"/>
        </w:rPr>
        <w:t xml:space="preserve"> [1ICH]</w:t>
      </w:r>
      <w:r>
        <w:rPr/>
        <w:t xml:space="preserve">, but </w:t>
      </w:r>
      <w:r>
        <w:rPr>
          <w:color w:val="000000"/>
        </w:rPr>
        <w:t xml:space="preserve">they have rebelled against Me</w:t>
      </w:r>
      <w:r>
        <w:rPr>
          <w:b w:val="false"/>
          <w:i w:val="false"/>
          <w:color w:val="000000"/>
          <w:u w:val="none"/>
        </w:rPr>
        <w:t xml:space="preserve"> [1ICI]</w:t>
      </w:r>
      <w:r>
        <w:rPr/>
        <w:t xml:space="preserve">.</w:t>
      </w:r>
    </w:p>
    <w:p>
      <w:pPr>
        <w:pStyle w:val="Yellow"/>
        <w:rPr/>
      </w:pPr>
      <w:r>
        <w:rPr/>
        <w:t xml:space="preserve">(Is38:1–3 after Hezekiah became “mortally ill” and “prayed to the LORD”) </w:t>
      </w:r>
      <w:r>
        <w:rPr>
          <w:b/>
        </w:rPr>
        <w:t>Isaiah 38:17</w:t>
      </w:r>
      <w:r>
        <w:rPr/>
        <w:t xml:space="preserve"> — Surely </w:t>
      </w:r>
      <w:r>
        <w:rPr>
          <w:shd w:val="clear" w:fill="B7DDE8"/>
        </w:rPr>
        <w:t>for my own welfare I had such great anguish</w:t>
      </w:r>
      <w:r>
        <w:rPr>
          <w:b w:val="false"/>
          <w:i w:val="false"/>
          <w:color w:val="000000"/>
          <w:u w:val="none"/>
        </w:rPr>
        <w:t xml:space="preserve"> [1DPC]</w:t>
      </w:r>
      <w:r>
        <w:rPr/>
        <w:t xml:space="preserve">; but </w:t>
      </w:r>
      <w:r>
        <w:rPr>
          <w:shd w:val="clear" w:fill="B7DDE8"/>
        </w:rPr>
        <w:t>Your love has delivered me from the pit of oblivion</w:t>
      </w:r>
      <w:r>
        <w:rPr>
          <w:b w:val="false"/>
          <w:i w:val="false"/>
          <w:color w:val="000000"/>
          <w:u w:val="none"/>
        </w:rPr>
        <w:t xml:space="preserve"> [1DPD]</w:t>
      </w:r>
      <w:r>
        <w:rPr/>
        <w:t xml:space="preserve">, for </w:t>
      </w:r>
      <w:r>
        <w:rPr>
          <w:shd w:val="clear" w:fill="B7DDE8"/>
        </w:rPr>
        <w:t>You have cast all my sins behind Your back</w:t>
      </w:r>
      <w:r>
        <w:rPr>
          <w:b w:val="false"/>
          <w:i w:val="false"/>
          <w:color w:val="000000"/>
          <w:u w:val="none"/>
        </w:rPr>
        <w:t xml:space="preserve"> [1DPE]</w:t>
      </w:r>
      <w:r>
        <w:rPr/>
        <w:t>.</w:t>
      </w:r>
    </w:p>
    <w:p>
      <w:pPr>
        <w:pStyle w:val="Yellow"/>
        <w:rPr/>
      </w:pPr>
      <w:r>
        <w:rPr>
          <w:b/>
        </w:rPr>
        <w:t>Isaiah 54:10</w:t>
      </w:r>
      <w:r>
        <w:t xml:space="preserve"> — </w:t>
      </w:r>
      <w:r>
        <w:rPr>
          <w:shd w:fill="B7DDE8" w:val="clear"/>
        </w:rPr>
        <w:t>Though the mountains may be removed and the hills may be shaken, My loving devotion will not depart from you</w:t>
      </w:r>
      <w:r>
        <w:rPr>
          <w:b w:val="false"/>
          <w:i w:val="false"/>
          <w:color w:val="000000"/>
          <w:u w:val="none"/>
        </w:rPr>
        <w:t xml:space="preserve"> [1AHM]</w:t>
      </w:r>
      <w:r>
        <w:t xml:space="preserve">, and </w:t>
      </w:r>
      <w:r>
        <w:rPr>
          <w:shd w:fill="B7DDE8" w:val="clear"/>
        </w:rPr>
        <w:t>My covenant of peace will not be broken</w:t>
      </w:r>
      <w:r>
        <w:rPr>
          <w:b w:val="false"/>
          <w:i w:val="false"/>
          <w:color w:val="000000"/>
          <w:u w:val="none"/>
        </w:rPr>
        <w:t xml:space="preserve"> [1AHN]</w:t>
      </w:r>
      <w:r>
        <w:t xml:space="preserve">,” says the LORD, </w:t>
      </w:r>
      <w:r>
        <w:rPr>
          <w:shd w:fill="F4B183" w:val="clear" w:color="auto"/>
          <w:color w:val="000000"/>
        </w:rPr>
        <w:t>who has compassion on you</w:t>
      </w:r>
      <w:r>
        <w:rPr>
          <w:b w:val="false"/>
          <w:i w:val="false"/>
          <w:color w:val="000000"/>
          <w:u w:val="none"/>
          <w:shd w:val="clear" w:color="auto" w:fill="F4B183"/>
        </w:rPr>
        <w:t xml:space="preserve"> [19FI]</w:t>
      </w:r>
      <w:r>
        <w:t>.</w:t>
      </w:r>
    </w:p>
    <w:p>
      <w:pPr>
        <w:pStyle w:val="Green"/>
        <w:rPr/>
      </w:pPr>
      <w:r>
        <w:rPr>
          <w:b/>
          <w:u w:val="none"/>
        </w:rPr>
        <w:t>Jeremiah 31:3</w:t>
      </w:r>
      <w:r>
        <w:rPr>
          <w:u w:val="none"/>
        </w:rPr>
        <w:t xml:space="preserve"> — “</w:t>
      </w:r>
      <w:r>
        <w:rPr>
          <w:u w:val="none"/>
          <w:shd w:fill="B7DDE8" w:val="clear"/>
        </w:rPr>
        <w:t>I have loved you with an everlasting love</w:t>
      </w:r>
      <w:r>
        <w:rPr>
          <w:b w:val="false"/>
          <w:i w:val="false"/>
          <w:color w:val="000000"/>
          <w:u w:val="none"/>
        </w:rPr>
        <w:t xml:space="preserve"> [1FPP]</w:t>
      </w:r>
      <w:r>
        <w:rPr>
          <w:u w:val="none"/>
        </w:rPr>
        <w:t xml:space="preserve">; therefore </w:t>
      </w:r>
      <w:r>
        <w:rPr>
          <w:u w:val="none"/>
          <w:shd w:fill="B7DDE8" w:val="clear"/>
        </w:rPr>
        <w:t>I have drawn you with loving devotion</w:t>
      </w:r>
      <w:r>
        <w:rPr>
          <w:b w:val="false"/>
          <w:i w:val="false"/>
          <w:color w:val="000000"/>
          <w:u w:val="none"/>
        </w:rPr>
        <w:t xml:space="preserve"> [1FPQ]</w:t>
      </w:r>
      <w:r>
        <w:rPr>
          <w:u w:val="none"/>
        </w:rPr>
        <w:t>.</w:t>
      </w:r>
    </w:p>
    <w:p>
      <w:pPr>
        <w:pStyle w:val="Yellow"/>
        <w:rPr/>
      </w:pPr>
      <w:r>
        <w:rPr>
          <w:b/>
        </w:rPr>
        <w:t xml:space="preserve">Hosea 3:1</w:t>
      </w:r>
      <w:r>
        <w:rPr/>
        <w:t xml:space="preserve"> — </w:t>
      </w:r>
      <w:r>
        <w:rPr>
          <w:shd w:fill="B7DDE8" w:val="clear"/>
        </w:rPr>
        <w:t xml:space="preserve">the LORD loves the Israelites, though they turn to other gods and love to offer raisin cakes to idols</w:t>
      </w:r>
      <w:r>
        <w:rPr>
          <w:b w:val="false"/>
          <w:i w:val="false"/>
          <w:color w:val="000000"/>
          <w:u w:val="none"/>
        </w:rPr>
        <w:t xml:space="preserve"> [1HYW]</w:t>
      </w:r>
      <w:r>
        <w:rPr/>
        <w:t xml:space="preserve">.”</w:t>
      </w:r>
    </w:p>
    <w:p>
      <w:pPr>
        <w:pStyle w:val="Yellow"/>
        <w:rPr/>
      </w:pPr>
      <w:r>
        <w:rPr>
          <w:u w:val="none"/>
        </w:rPr>
        <w:t xml:space="preserve">(Ho14:2–3ᶜ if Israel¹ obeys “return to the LORD” and renounces “Our gods!”) </w:t>
      </w:r>
      <w:r>
        <w:rPr>
          <w:b/>
          <w:u w:val="none"/>
        </w:rPr>
        <w:t>Hosea 14:4</w:t>
      </w:r>
      <w:r>
        <w:rPr>
          <w:u w:val="none"/>
        </w:rPr>
        <w:t xml:space="preserve"> — </w:t>
      </w:r>
      <w:r>
        <w:rPr>
          <w:u w:val="none"/>
          <w:shd w:val="clear" w:fill="B7DDE8"/>
        </w:rPr>
        <w:t>I will heal {their} apostasy</w:t>
      </w:r>
      <w:r>
        <w:rPr>
          <w:b w:val="false"/>
          <w:i w:val="false"/>
          <w:color w:val="000000"/>
          <w:u w:val="none"/>
        </w:rPr>
        <w:t xml:space="preserve"> [2EPY]</w:t>
      </w:r>
      <w:r>
        <w:rPr>
          <w:u w:val="none"/>
        </w:rPr>
        <w:t xml:space="preserve">; </w:t>
      </w:r>
      <w:r>
        <w:rPr>
          <w:u w:val="none"/>
          <w:shd w:val="clear" w:fill="B7DDE8"/>
        </w:rPr>
        <w:t>I will freely love them</w:t>
      </w:r>
      <w:r>
        <w:rPr>
          <w:b w:val="false"/>
          <w:i w:val="false"/>
          <w:color w:val="000000"/>
          <w:u w:val="none"/>
        </w:rPr>
        <w:t xml:space="preserve"> [1EPZ]</w:t>
      </w:r>
      <w:r>
        <w:rPr>
          <w:u w:val="none"/>
        </w:rPr>
        <w:t xml:space="preserve">, for </w:t>
      </w:r>
      <w:r>
        <w:rPr>
          <w:u w:val="none"/>
          <w:shd w:val="clear" w:fill="F4B183" w:color="auto"/>
          <w:color w:val="000000"/>
        </w:rPr>
        <w:t>My anger has turned away from them</w:t>
      </w:r>
      <w:r>
        <w:rPr>
          <w:b w:val="false"/>
          <w:i w:val="false"/>
          <w:color w:val="000000"/>
          <w:u w:val="none"/>
          <w:shd w:val="clear" w:color="auto" w:fill="F4B183"/>
        </w:rPr>
        <w:t xml:space="preserve"> [3EQA]</w:t>
      </w:r>
      <w:r>
        <w:rPr>
          <w:u w:val="none"/>
        </w:rPr>
        <w:t>.</w:t>
      </w:r>
    </w:p>
    <w:p>
      <w:pPr>
        <w:pStyle w:val="Yellow"/>
        <w:rPr/>
      </w:pPr>
      <w:r>
        <w:rPr/>
        <w:t xml:space="preserve">(Jon2:7 “LORD”) </w:t>
      </w:r>
      <w:r>
        <w:rPr>
          <w:b/>
        </w:rPr>
        <w:t xml:space="preserve">Jonah 2:8</w:t>
      </w:r>
      <w:r>
        <w:rPr/>
        <w:t xml:space="preserve"> — </w:t>
      </w:r>
      <w:r>
        <w:rPr>
          <w:shd w:fill="B7DDE8" w:val="clear"/>
        </w:rPr>
        <w:t xml:space="preserve">Those who cling to worthless idols forsake {His} loving devotion</w:t>
      </w:r>
      <w:r>
        <w:rPr>
          <w:b w:val="false"/>
          <w:i w:val="false"/>
          <w:color w:val="000000"/>
          <w:u w:val="none"/>
        </w:rPr>
        <w:t xml:space="preserve"> [1HZT]</w:t>
      </w:r>
      <w:r>
        <w:rPr/>
        <w:t xml:space="preserve">.</w:t>
      </w:r>
    </w:p>
    <w:p>
      <w:pPr>
        <w:pStyle w:val="Yellow"/>
        <w:rPr/>
      </w:pPr>
      <w:r>
        <w:rPr>
          <w:b/>
          <w:highlight w:val="cyan"/>
          <w:shd w:val="clear" w:color="auto" w:fill="F4B183"/>
          <w:color w:val="000000"/>
        </w:rPr>
        <w:t>John 13:34</w:t>
      </w:r>
      <w:r>
        <w:rPr>
          <w:highlight w:val="cyan"/>
          <w:shd w:val="clear" w:color="auto" w:fill="F4B183"/>
          <w:color w:val="000000"/>
        </w:rPr>
        <w:t xml:space="preserve"> — </w:t>
      </w:r>
      <w:r>
        <w:rPr>
          <w:highlight w:val="cyan"/>
          <w:shd w:fill="F4B183" w:val="clear" w:color="auto"/>
          <w:color w:val="000000"/>
        </w:rPr>
        <w:t>I have loved you</w:t>
      </w:r>
      <w:r>
        <w:rPr>
          <w:b w:val="false"/>
          <w:i w:val="false"/>
          <w:color w:val="000000"/>
          <w:u w:val="none"/>
          <w:shd w:val="clear" w:color="auto" w:fill="F4B183"/>
        </w:rPr>
        <w:t xml:space="preserve"> [11ALI]</w:t>
      </w:r>
    </w:p>
    <w:p>
      <w:pPr>
        <w:pStyle w:val="Yellow"/>
        <w:rPr/>
        <w:shd w:val="clear" w:color="auto" w:fill="E4DFEC"/>
        <w:pBdr>
          <w:left w:val="single" w:sz="28" w:space="5" w:color="B4A7D6"/>
        </w:pBdr>
      </w:pPr>
      <w:r>
        <w:rPr>
          <w:b/>
          <w:u w:val="none"/>
        </w:rPr>
        <w:t>John 15:9</w:t>
      </w:r>
      <w:r>
        <w:rPr>
          <w:u w:val="none"/>
        </w:rPr>
        <w:t xml:space="preserve"> — </w:t>
      </w:r>
      <w:r>
        <w:rPr>
          <w:u w:val="none"/>
          <w:shd w:fill="B7DDE8" w:val="clear"/>
        </w:rPr>
        <w:t>As the Father has loved Me</w:t>
      </w:r>
      <w:r>
        <w:rPr>
          <w:b w:val="false"/>
          <w:i w:val="false"/>
          <w:color w:val="000000"/>
          <w:u w:val="none"/>
        </w:rPr>
        <w:t xml:space="preserve"> [2FTI]</w:t>
      </w:r>
      <w:r>
        <w:rPr>
          <w:u w:val="none"/>
        </w:rPr>
        <w:t xml:space="preserve">, </w:t>
      </w:r>
      <w:r>
        <w:rPr>
          <w:u w:val="none"/>
          <w:shd w:fill="B7DDE8" w:val="clear"/>
        </w:rPr>
        <w:t>so have I loved you</w:t>
      </w:r>
      <w:r>
        <w:rPr>
          <w:b w:val="false"/>
          <w:i w:val="false"/>
          <w:color w:val="000000"/>
          <w:u w:val="none"/>
        </w:rPr>
        <w:t xml:space="preserve"> [11ALI]</w:t>
      </w:r>
      <w:r>
        <w:rPr>
          <w:u w:val="none"/>
        </w:rPr>
        <w:t>.</w:t>
      </w:r>
    </w:p>
    <w:p>
      <w:pPr>
        <w:pStyle w:val="Yellow"/>
        <w:rPr/>
      </w:pPr>
      <w:r>
        <w:rPr>
          <w:b/>
          <w:highlight w:val="cyan"/>
          <w:shd w:val="clear" w:color="auto" w:fill="C00000"/>
          <w:color w:val="FFFFFF"/>
        </w:rPr>
        <w:t>John 15:12</w:t>
      </w:r>
      <w:r>
        <w:rPr>
          <w:highlight w:val="cyan"/>
          <w:shd w:val="clear" w:color="auto" w:fill="C00000"/>
          <w:color w:val="FFFFFF"/>
        </w:rPr>
        <w:t xml:space="preserve"> — </w:t>
      </w:r>
      <w:r>
        <w:rPr>
          <w:highlight w:val="cyan"/>
          <w:shd w:val="clear" w:color="auto" w:fill="C00000"/>
          <w:color w:val="FFFFFF"/>
        </w:rPr>
        <w:t>I have loved you</w:t>
      </w:r>
      <w:r>
        <w:rPr>
          <w:b w:val="false"/>
          <w:i w:val="false"/>
          <w:u w:val="none"/>
          <w:shd w:val="clear" w:color="auto" w:fill="C00000"/>
          <w:color w:val="FFFFFF"/>
        </w:rPr>
        <w:t xml:space="preserve"> [11ALI]</w:t>
      </w:r>
      <w:r>
        <w:rPr>
          <w:highlight w:val="cyan"/>
          <w:shd w:val="clear" w:color="auto" w:fill="C00000"/>
          <w:color w:val="FFFFFF"/>
        </w:rPr>
        <w:t>.</w:t>
      </w:r>
    </w:p>
    <w:p>
      <w:pPr>
        <w:pStyle w:val="Yellow"/>
        <w:rPr/>
      </w:pPr>
      <w:r>
        <w:rPr>
          <w:u w:val="none"/>
          <w:shd w:val="clear" w:color="auto" w:fill="C00000"/>
          <w:color w:val="FFFFFF"/>
        </w:rPr>
        <w:t xml:space="preserve">(Jn17:8,20–21ᶜ All who “believe”¹) </w:t>
      </w:r>
      <w:r>
        <w:rPr>
          <w:b/>
          <w:u w:val="none"/>
          <w:shd w:val="clear" w:color="auto" w:fill="C00000"/>
          <w:color w:val="FFFFFF"/>
        </w:rPr>
        <w:t xml:space="preserve">John 17:23</w:t>
      </w:r>
      <w:r>
        <w:rPr>
          <w:u w:val="none"/>
          <w:shd w:val="clear" w:color="auto" w:fill="C00000"/>
          <w:color w:val="FFFFFF"/>
        </w:rPr>
        <w:t xml:space="preserve"> — </w:t>
      </w:r>
      <w:r>
        <w:rPr>
          <w:u w:val="none"/>
          <w:shd w:val="clear" w:color="auto" w:fill="C00000"/>
          <w:color w:val="FFFFFF"/>
        </w:rPr>
        <w:t xml:space="preserve">You sent Me</w:t>
      </w:r>
      <w:r>
        <w:rPr>
          <w:b w:val="false"/>
          <w:i w:val="false"/>
          <w:u w:val="none"/>
          <w:shd w:val="clear" w:color="auto" w:fill="C00000"/>
          <w:color w:val="FFFFFF"/>
        </w:rPr>
        <w:t xml:space="preserve"> [4LBE]</w:t>
      </w:r>
      <w:r>
        <w:rPr>
          <w:u w:val="none"/>
          <w:shd w:val="clear" w:color="auto" w:fill="C00000"/>
          <w:color w:val="FFFFFF"/>
        </w:rPr>
        <w:t xml:space="preserve"> and </w:t>
      </w:r>
      <w:r>
        <w:rPr>
          <w:u w:val="none"/>
          <w:shd w:val="clear" w:color="auto" w:fill="C00000"/>
          <w:color w:val="FFFFFF"/>
        </w:rPr>
        <w:t xml:space="preserve">have loved {them} just as You have loved Me</w:t>
      </w:r>
      <w:r>
        <w:rPr>
          <w:b w:val="false"/>
          <w:i w:val="false"/>
          <w:u w:val="none"/>
          <w:shd w:val="clear" w:color="auto" w:fill="C00000"/>
          <w:color w:val="FFFFFF"/>
        </w:rPr>
        <w:t xml:space="preserve"> [11ALI]</w:t>
      </w:r>
      <w:r>
        <w:rPr>
          <w:u w:val="none"/>
          <w:shd w:val="clear" w:color="auto" w:fill="C00000"/>
          <w:color w:val="FFFFFF"/>
        </w:rPr>
        <w:t xml:space="preserve">.</w:t>
      </w:r>
    </w:p>
    <w:p>
      <w:pPr>
        <w:pStyle w:val="Yellow"/>
        <w:rPr/>
      </w:pPr>
      <w:r>
        <w:rPr/>
        <w:t xml:space="preserve">(Jn17:20ᶜ All who “believe”¹) </w:t>
      </w:r>
      <w:r>
        <w:rPr>
          <w:b/>
        </w:rPr>
        <w:t>John 17:26</w:t>
      </w:r>
      <w:r>
        <w:rPr/>
        <w:t xml:space="preserve"> — </w:t>
      </w:r>
      <w:r>
        <w:rPr>
          <w:shd w:fill="B7DDE8" w:val="clear"/>
        </w:rPr>
        <w:t>I have made Your name known to {them}</w:t>
      </w:r>
      <w:r>
        <w:rPr>
          <w:b w:val="false"/>
          <w:i w:val="false"/>
          <w:color w:val="000000"/>
          <w:u w:val="none"/>
        </w:rPr>
        <w:t xml:space="preserve"> [2UB]</w:t>
      </w:r>
      <w:r>
        <w:rPr/>
        <w:t xml:space="preserve"> and </w:t>
      </w:r>
      <w:r>
        <w:rPr>
          <w:shd w:fill="B7DDE8" w:val="clear"/>
        </w:rPr>
        <w:t>will continue to make it known</w:t>
      </w:r>
      <w:r>
        <w:rPr>
          <w:b w:val="false"/>
          <w:i w:val="false"/>
          <w:color w:val="000000"/>
          <w:u w:val="none"/>
        </w:rPr>
        <w:t xml:space="preserve"> [1LXH]</w:t>
      </w:r>
      <w:r>
        <w:rPr/>
        <w:t xml:space="preserve">, </w:t>
      </w:r>
      <w:r>
        <w:rPr>
          <w:shd w:fill="B7DDE8" w:val="clear"/>
        </w:rPr>
        <w:t>so that the love You have for Me may be in them, and I in them</w:t>
      </w:r>
      <w:r>
        <w:rPr>
          <w:b w:val="false"/>
          <w:i w:val="false"/>
          <w:color w:val="000000"/>
          <w:u w:val="none"/>
        </w:rPr>
        <w:t xml:space="preserve"> [1LXI]</w:t>
      </w:r>
      <w:r>
        <w:rPr/>
        <w:t>.”</w:t>
      </w:r>
    </w:p>
    <w:p>
      <w:pPr>
        <w:pStyle w:val="Yellow"/>
        <w:rPr/>
      </w:pPr>
      <w:r>
        <w:rPr/>
        <w:t xml:space="preserve">&lt;35&gt;</w:t>
      </w:r>
      <w:r>
        <w:rPr>
          <w:b/>
        </w:rPr>
        <w:t xml:space="preserve">Romans 8:2</w:t>
      </w:r>
      <w:r>
        <w:rPr/>
        <w:t xml:space="preserve"> — For </w:t>
      </w:r>
      <w:r>
        <w:rPr>
          <w:shd w:fill="B7DDE8" w:val="clear"/>
        </w:rPr>
        <w:t xml:space="preserve">in Christ Jesus the law of the Spirit of life set you free from the law of sin and death</w:t>
      </w:r>
      <w:r>
        <w:rPr>
          <w:b w:val="false"/>
          <w:i w:val="false"/>
          <w:color w:val="000000"/>
          <w:u w:val="none"/>
        </w:rPr>
        <w:t xml:space="preserve"> [1IMX]</w:t>
      </w:r>
      <w:r>
        <w:rPr/>
        <w:t xml:space="preserve">.</w:t>
      </w:r>
    </w:p>
    <w:p>
      <w:pPr>
        <w:pStyle w:val="Yellow"/>
        <w:rPr/>
      </w:pPr>
      <w:r>
        <w:rPr/>
        <w:t xml:space="preserve">&lt;35&gt;</w:t>
      </w:r>
      <w:r>
        <w:rPr>
          <w:b/>
        </w:rPr>
        <w:t xml:space="preserve">Romans 8:3–4</w:t>
      </w:r>
      <w:r>
        <w:rPr/>
        <w:t xml:space="preserve"> — For </w:t>
      </w:r>
      <w:r>
        <w:rPr>
          <w:shd w:fill="B7DDE8" w:val="clear"/>
        </w:rPr>
        <w:t xml:space="preserve">what the law was powerless to do in that it was weakened by the flesh</w:t>
      </w:r>
      <w:r>
        <w:rPr>
          <w:b w:val="false"/>
          <w:i w:val="false"/>
          <w:color w:val="000000"/>
          <w:u w:val="none"/>
        </w:rPr>
        <w:t xml:space="preserve"> [1IMY]</w:t>
      </w:r>
      <w:r>
        <w:rPr/>
        <w:t xml:space="preserve">, </w:t>
      </w:r>
      <w:r>
        <w:rPr>
          <w:shd w:fill="B7DDE8" w:val="clear"/>
        </w:rPr>
        <w:t xml:space="preserve">God did by sending His own Son in the likeness of sinful man, as an offering for sin</w:t>
      </w:r>
      <w:r>
        <w:rPr>
          <w:b w:val="false"/>
          <w:i w:val="false"/>
          <w:color w:val="000000"/>
          <w:u w:val="none"/>
        </w:rPr>
        <w:t xml:space="preserve"> [1IMZ]</w:t>
      </w:r>
      <w:r>
        <w:rPr/>
        <w:t xml:space="preserve">. </w:t>
      </w:r>
      <w:r>
        <w:rPr>
          <w:shd w:fill="B7DDE8" w:val="clear"/>
        </w:rPr>
        <w:t xml:space="preserve">He thus condemned sin in the flesh</w:t>
      </w:r>
      <w:r>
        <w:rPr>
          <w:b w:val="false"/>
          <w:i w:val="false"/>
          <w:color w:val="000000"/>
          <w:u w:val="none"/>
        </w:rPr>
        <w:t xml:space="preserve"> [1INA]</w:t>
      </w:r>
      <w:r>
        <w:rPr/>
        <w:t xml:space="preserve">, </w:t>
      </w:r>
      <w:r>
        <w:rPr>
          <w:shd w:fill="B7DDE8" w:val="clear"/>
        </w:rPr>
        <w:t xml:space="preserve">so that the righteous standard of the law might be fulfilled in us, who do not walk according to the flesh but according to the Spirit</w:t>
      </w:r>
      <w:r>
        <w:rPr>
          <w:b w:val="false"/>
          <w:i w:val="false"/>
          <w:color w:val="000000"/>
          <w:u w:val="none"/>
        </w:rPr>
        <w:t xml:space="preserve"> [1INB]</w:t>
      </w:r>
      <w:r>
        <w:rPr/>
        <w:t xml:space="preserve">.</w:t>
      </w:r>
    </w:p>
    <w:p>
      <w:pPr>
        <w:pStyle w:val="Yellow"/>
        <w:rPr/>
      </w:pPr>
      <w:r>
        <w:rPr/>
        <w:t xml:space="preserve">&lt;35&gt;</w:t>
      </w:r>
      <w:r>
        <w:rPr>
          <w:b/>
        </w:rPr>
        <w:t xml:space="preserve">Romans 8:35</w:t>
      </w:r>
      <w:r>
        <w:rPr/>
        <w:t xml:space="preserve"> — </w:t>
      </w:r>
      <w:r>
        <w:rPr>
          <w:shd w:fill="B7DDE8" w:val="clear"/>
        </w:rPr>
        <w:t xml:space="preserve">Who shall separate us from the love of Christ? Shall trouble or distress or persecution or famine or nakedness or danger or sword?</w:t>
      </w:r>
      <w:r>
        <w:rPr>
          <w:b w:val="false"/>
          <w:i w:val="false"/>
          <w:color w:val="000000"/>
          <w:u w:val="none"/>
        </w:rPr>
        <w:t xml:space="preserve"> [1INC]</w:t>
      </w:r>
    </w:p>
    <w:p>
      <w:pPr>
        <w:pStyle w:val="Yellow"/>
        <w:rPr/>
      </w:pPr>
      <w:r>
        <w:rPr/>
        <w:t xml:space="preserve">&lt;35&gt;</w:t>
      </w:r>
      <w:r>
        <w:rPr>
          <w:b/>
        </w:rPr>
        <w:t xml:space="preserve">Romans 8:37-39</w:t>
      </w:r>
      <w:r>
        <w:rPr/>
        <w:t xml:space="preserve"> — No, </w:t>
      </w:r>
      <w:r>
        <w:rPr>
          <w:shd w:fill="B7DDE8" w:val="clear"/>
        </w:rPr>
        <w:t xml:space="preserve">in all these things we are more than conquerors through Him who loved us</w:t>
      </w:r>
      <w:r>
        <w:rPr>
          <w:b w:val="false"/>
          <w:i w:val="false"/>
          <w:color w:val="000000"/>
          <w:u w:val="none"/>
        </w:rPr>
        <w:t xml:space="preserve"> [1IND]</w:t>
      </w:r>
      <w:r>
        <w:rPr/>
        <w:t xml:space="preserve">. For I am convinced that </w:t>
      </w:r>
      <w:r>
        <w:rPr>
          <w:shd w:fill="B7DDE8" w:val="clear"/>
        </w:rPr>
        <w:t xml:space="preserve">neither death nor life, neither angels nor principalities, neither the present nor the future, nor any powers, neither height nor depth, nor anything else in all creation, will be able to separate us from the love of God that is in Christ Jesus our Lord</w:t>
      </w:r>
      <w:r>
        <w:rPr>
          <w:b w:val="false"/>
          <w:i w:val="false"/>
          <w:color w:val="000000"/>
          <w:u w:val="none"/>
        </w:rPr>
        <w:t xml:space="preserve"> [1INE]</w:t>
      </w:r>
      <w:r>
        <w:rPr/>
        <w:t xml:space="preserve">.</w:t>
      </w:r>
    </w:p>
    <w:p>
      <w:pPr>
        <w:pStyle w:val="Yellow"/>
        <w:rPr/>
      </w:pPr>
      <w:r>
        <w:rPr>
          <w:b/>
          <w:shd w:val="clear" w:color="auto" w:fill="548235"/>
          <w:color w:val="FFFFFF"/>
        </w:rPr>
        <w:t xml:space="preserve">1 John 4:8</w:t>
      </w:r>
      <w:r>
        <w:rPr>
          <w:shd w:val="clear" w:color="auto" w:fill="548235"/>
          <w:color w:val="FFFFFF"/>
        </w:rPr>
        <w:t xml:space="preserve"> — </w:t>
      </w:r>
      <w:r>
        <w:rPr>
          <w:shd w:fill="548235" w:val="clear" w:color="auto"/>
          <w:color w:val="FFFFFF"/>
        </w:rPr>
        <w:t xml:space="preserve">Whoever does not love does not know God</w:t>
      </w:r>
      <w:r>
        <w:rPr>
          <w:b w:val="false"/>
          <w:i w:val="false"/>
          <w:color w:val="FFFFFF"/>
          <w:u w:val="none"/>
          <w:shd w:val="clear" w:color="auto" w:fill="548235"/>
        </w:rPr>
        <w:t xml:space="preserve"> [1LDT]</w:t>
      </w:r>
      <w:r>
        <w:rPr>
          <w:shd w:val="clear" w:color="auto" w:fill="548235"/>
          <w:color w:val="FFFFFF"/>
        </w:rPr>
        <w:t xml:space="preserve">, because </w:t>
      </w:r>
      <w:r>
        <w:rPr>
          <w:shd w:fill="548235" w:val="clear" w:color="auto"/>
          <w:color w:val="FFFFFF"/>
        </w:rPr>
        <w:t xml:space="preserve">God is love</w:t>
      </w:r>
      <w:r>
        <w:rPr>
          <w:b w:val="false"/>
          <w:i w:val="false"/>
          <w:color w:val="FFFFFF"/>
          <w:u w:val="none"/>
          <w:shd w:val="clear" w:color="auto" w:fill="548235"/>
        </w:rPr>
        <w:t xml:space="preserve"> [2INX]</w:t>
      </w:r>
      <w:r>
        <w:rPr>
          <w:shd w:val="clear" w:color="auto" w:fill="548235"/>
          <w:color w:val="FFFFFF"/>
        </w:rPr>
        <w:t xml:space="preserve">.</w:t>
      </w:r>
    </w:p>
    <w:p>
      <w:pPr>
        <w:pStyle w:val="Yellow"/>
        <w:rPr/>
      </w:pPr>
      <w:r>
        <w:rPr>
          <w:b/>
        </w:rPr>
        <w:t>1 John 4:9</w:t>
      </w:r>
      <w:r>
        <w:rPr/>
        <w:t xml:space="preserve"> — </w:t>
      </w:r>
      <w:r>
        <w:rPr>
          <w:shd w:val="clear" w:fill="B7DDE8"/>
        </w:rPr>
        <w:t>This is how God’s love was revealed among us</w:t>
      </w:r>
      <w:r>
        <w:rPr>
          <w:b w:val="false"/>
          <w:i w:val="false"/>
          <w:color w:val="000000"/>
          <w:u w:val="none"/>
        </w:rPr>
        <w:t xml:space="preserve"> [1TY]</w:t>
      </w:r>
      <w:r>
        <w:rPr/>
        <w:t xml:space="preserve">: </w:t>
      </w:r>
      <w:r>
        <w:rPr>
          <w:shd w:val="clear" w:fill="B7DDE8"/>
        </w:rPr>
        <w:t>God sent His one and only Son into the world</w:t>
      </w:r>
      <w:r>
        <w:rPr>
          <w:b w:val="false"/>
          <w:i w:val="false"/>
          <w:color w:val="000000"/>
          <w:u w:val="none"/>
        </w:rPr>
        <w:t xml:space="preserve"> [2TZ]</w:t>
      </w:r>
      <w:r>
        <w:rPr/>
        <w:t xml:space="preserve">, </w:t>
      </w:r>
      <w:r>
        <w:rPr>
          <w:shd w:val="clear" w:fill="B7DDE8"/>
        </w:rPr>
        <w:t>so that we might live through Him</w:t>
      </w:r>
      <w:r>
        <w:rPr>
          <w:b w:val="false"/>
          <w:i w:val="false"/>
          <w:color w:val="000000"/>
          <w:u w:val="none"/>
        </w:rPr>
        <w:t xml:space="preserve"> [1UA]</w:t>
      </w:r>
      <w:r>
        <w:rPr/>
        <w:t>.</w:t>
      </w:r>
    </w:p>
    <w:p>
      <w:pPr>
        <w:pStyle w:val="Yellow"/>
        <w:rPr/>
      </w:pPr>
      <w:r>
        <w:rPr>
          <w:b/>
          <w:u w:val="none"/>
        </w:rPr>
        <w:t>1 John 4:10</w:t>
      </w:r>
      <w:r>
        <w:rPr>
          <w:u w:val="none"/>
        </w:rPr>
        <w:t xml:space="preserve"> — And </w:t>
      </w:r>
      <w:r>
        <w:rPr>
          <w:u w:val="none"/>
          <w:shd w:fill="B7DDE8" w:val="clear"/>
        </w:rPr>
        <w:t>love consists in this: not that we loved God, but that He loved us</w:t>
      </w:r>
      <w:r>
        <w:rPr>
          <w:b w:val="false"/>
          <w:i w:val="false"/>
          <w:color w:val="000000"/>
          <w:u w:val="none"/>
        </w:rPr>
        <w:t xml:space="preserve"> [2BAM]</w:t>
      </w:r>
      <w:r>
        <w:rPr>
          <w:u w:val="none"/>
        </w:rPr>
        <w:t xml:space="preserve"> and </w:t>
      </w:r>
      <w:r>
        <w:rPr>
          <w:u w:val="none"/>
          <w:shd w:fill="B7DDE8" w:val="clear"/>
        </w:rPr>
        <w:t>sent His Son</w:t>
      </w:r>
      <w:r>
        <w:rPr>
          <w:b w:val="false"/>
          <w:i w:val="false"/>
          <w:color w:val="000000"/>
          <w:u w:val="none"/>
        </w:rPr>
        <w:t xml:space="preserve"> [2BAO]</w:t>
      </w:r>
      <w:r>
        <w:rPr>
          <w:u w:val="none"/>
          <w:shd w:fill="B7DDE8" w:val="clear"/>
        </w:rPr>
        <w:t xml:space="preserve"> as the atoning sacrifice for our sins</w:t>
      </w:r>
      <w:r>
        <w:rPr>
          <w:b w:val="false"/>
          <w:i w:val="false"/>
          <w:color w:val="000000"/>
          <w:u w:val="none"/>
        </w:rPr>
        <w:t xml:space="preserve"> [2BAP]</w:t>
      </w:r>
      <w:r>
        <w:rPr>
          <w:u w:val="none"/>
        </w:rPr>
        <w:t>.</w:t>
      </w:r>
    </w:p>
    <w:p>
      <w:r>
        <w:rPr>
          <w:b/>
          <w:sz w:val="32"/>
        </w:rPr>
        <w:t>Wisdom  (63)</w:t>
      </w:r>
    </w:p>
    <w:p>
      <w:pPr>
        <w:pStyle w:val="Yellow"/>
        <w:rPr/>
      </w:pPr>
      <w:r>
        <w:rPr>
          <w:shd w:val="clear" w:color="auto" w:fill="548235"/>
          <w:color w:val="FFFFFF"/>
        </w:rPr>
        <w:t xml:space="preserve">(1Ki3:10 “Solomon”) </w:t>
      </w:r>
      <w:r>
        <w:rPr>
          <w:b/>
          <w:shd w:val="clear" w:color="auto" w:fill="548235"/>
          <w:color w:val="FFFFFF"/>
        </w:rPr>
        <w:t xml:space="preserve">1 Kings 3:28</w:t>
      </w:r>
      <w:r>
        <w:rPr>
          <w:shd w:val="clear" w:color="auto" w:fill="548235"/>
          <w:color w:val="FFFFFF"/>
        </w:rPr>
        <w:t xml:space="preserve"> — </w:t>
      </w:r>
      <w:r>
        <w:rPr>
          <w:shd w:fill="548235" w:val="clear" w:color="auto"/>
          <w:color w:val="FFFFFF"/>
        </w:rPr>
        <w:t xml:space="preserve">the wisdom of God was in {him} to administer justice</w:t>
      </w:r>
      <w:r>
        <w:rPr>
          <w:b w:val="false"/>
          <w:i w:val="false"/>
          <w:color w:val="FFFFFF"/>
          <w:u w:val="none"/>
          <w:shd w:val="clear" w:color="auto" w:fill="548235"/>
        </w:rPr>
        <w:t xml:space="preserve"> [1GVY]</w:t>
      </w:r>
      <w:r>
        <w:rPr>
          <w:shd w:val="clear" w:color="auto" w:fill="548235"/>
          <w:color w:val="FFFFFF"/>
        </w:rPr>
        <w:t xml:space="preserve">.</w:t>
      </w:r>
    </w:p>
    <w:p>
      <w:pPr>
        <w:pStyle w:val="Yellow"/>
        <w:rPr/>
      </w:pPr>
      <w:r>
        <w:rPr/>
        <w:t xml:space="preserve">(Job28:23–27 God) </w:t>
      </w:r>
      <w:r>
        <w:rPr>
          <w:b/>
        </w:rPr>
        <w:t>Job 28:28</w:t>
      </w:r>
      <w:r>
        <w:rPr/>
        <w:t xml:space="preserve"> — {He} said to man, ‘Behold, </w:t>
      </w:r>
      <w:r>
        <w:rPr>
          <w:shd w:fill="B7DDE8" w:val="clear"/>
        </w:rPr>
        <w:t xml:space="preserve">the fear of the Lord, that is </w:t>
      </w:r>
      <w:r>
        <w:rPr>
          <w:shd w:fill="B7DDE8" w:val="clear"/>
        </w:rPr>
        <w:t>wisdom</w:t>
      </w:r>
      <w:r>
        <w:rPr>
          <w:b w:val="false"/>
          <w:i w:val="false"/>
          <w:u w:val="none"/>
          <w:color w:val="000000"/>
        </w:rPr>
        <w:t xml:space="preserve"> [1XZ]</w:t>
      </w:r>
      <w:r>
        <w:rPr/>
        <w:t xml:space="preserve">, and </w:t>
      </w:r>
      <w:r>
        <w:rPr>
          <w:shd w:fill="B7DDE8" w:val="clear"/>
        </w:rPr>
        <w:t xml:space="preserve">to </w:t>
      </w:r>
      <w:r>
        <w:rPr>
          <w:shd w:fill="B7DDE8" w:val="clear"/>
        </w:rPr>
        <w:t>turn away from evil</w:t>
      </w:r>
      <w:r>
        <w:rPr>
          <w:shd w:fill="B7DDE8" w:val="clear"/>
        </w:rPr>
        <w:t xml:space="preserve"> is </w:t>
      </w:r>
      <w:r>
        <w:rPr>
          <w:shd w:fill="B7DDE8" w:val="clear"/>
        </w:rPr>
        <w:t>understanding</w:t>
      </w:r>
      <w:r>
        <w:rPr>
          <w:b w:val="false"/>
          <w:i w:val="false"/>
          <w:color w:val="000000"/>
          <w:u w:val="none"/>
        </w:rPr>
        <w:t xml:space="preserve"> [1YA]</w:t>
      </w:r>
      <w:r>
        <w:rPr/>
        <w:t>.’”</w:t>
      </w:r>
    </w:p>
    <w:p>
      <w:pPr>
        <w:pStyle w:val="Yellow"/>
        <w:rPr/>
      </w:pPr>
      <w:r>
        <w:rPr>
          <w:shd w:val="clear" w:color="auto" w:fill="548235"/>
          <w:color w:val="FFFFFF"/>
        </w:rPr>
        <w:t xml:space="preserve">(Job38:1 the LORD) </w:t>
      </w:r>
      <w:r>
        <w:rPr>
          <w:b/>
          <w:shd w:val="clear" w:color="auto" w:fill="548235"/>
          <w:color w:val="FFFFFF"/>
        </w:rPr>
        <w:t>Job 38:36</w:t>
      </w:r>
      <w:r>
        <w:rPr>
          <w:shd w:val="clear" w:color="auto" w:fill="548235"/>
          <w:color w:val="FFFFFF"/>
        </w:rPr>
        <w:t xml:space="preserve"> — </w:t>
      </w:r>
      <w:r>
        <w:rPr>
          <w:shd w:fill="548235" w:val="clear" w:color="auto"/>
          <w:color w:val="FFFFFF"/>
        </w:rPr>
        <w:t xml:space="preserve">{Who} has put </w:t>
      </w:r>
      <w:r>
        <w:rPr>
          <w:shd w:fill="548235" w:val="clear" w:color="auto"/>
          <w:color w:val="FFFFFF"/>
        </w:rPr>
        <w:t>wisdom</w:t>
      </w:r>
      <w:r>
        <w:rPr>
          <w:shd w:fill="548235" w:val="clear" w:color="auto"/>
          <w:color w:val="FFFFFF"/>
        </w:rPr>
        <w:t xml:space="preserve"> in the heart or given </w:t>
      </w:r>
      <w:r>
        <w:rPr>
          <w:shd w:fill="548235" w:val="clear" w:color="auto"/>
          <w:color w:val="FFFFFF"/>
        </w:rPr>
        <w:t>understanding</w:t>
      </w:r>
      <w:r>
        <w:rPr>
          <w:shd w:fill="548235" w:val="clear" w:color="auto"/>
          <w:color w:val="FFFFFF"/>
        </w:rPr>
        <w:t xml:space="preserve"> to the mind</w:t>
      </w:r>
      <w:r>
        <w:rPr>
          <w:b w:val="false"/>
          <w:i w:val="false"/>
          <w:color w:val="FFFFFF"/>
          <w:u w:val="none"/>
          <w:shd w:val="clear" w:color="auto" w:fill="548235"/>
        </w:rPr>
        <w:t xml:space="preserve"> [1YR]</w:t>
      </w:r>
      <w:r>
        <w:rPr>
          <w:shd w:val="clear" w:color="auto" w:fill="548235"/>
          <w:color w:val="FFFFFF"/>
        </w:rPr>
        <w:t>?</w:t>
      </w:r>
    </w:p>
    <w:p>
      <w:pPr>
        <w:pStyle w:val="Yellow"/>
        <w:rPr/>
      </w:pPr>
      <w:r>
        <w:rPr>
          <w:b/>
        </w:rPr>
        <w:t>Psalm 19:7</w:t>
      </w:r>
      <w:r>
        <w:rPr/>
        <w:t xml:space="preserve"> — </w:t>
      </w:r>
      <w:r>
        <w:rPr>
          <w:shd w:fill="B7DDE8" w:val="clear"/>
        </w:rPr>
        <w:t>The Law of the LORD is perfect, reviving the soul</w:t>
      </w:r>
      <w:r>
        <w:rPr>
          <w:b w:val="false"/>
          <w:i w:val="false"/>
          <w:color w:val="000000"/>
          <w:u w:val="none"/>
        </w:rPr>
        <w:t xml:space="preserve"> [1AAN]</w:t>
      </w:r>
      <w:r>
        <w:rPr/>
        <w:t xml:space="preserve">; </w:t>
      </w:r>
      <w:r>
        <w:rPr>
          <w:shd w:fill="B7DDE8" w:val="clear"/>
        </w:rPr>
        <w:t>the testimony of the LORD is trustworthy, making wise the simple</w:t>
      </w:r>
      <w:r>
        <w:rPr>
          <w:b w:val="false"/>
          <w:i w:val="false"/>
          <w:color w:val="000000"/>
          <w:u w:val="none"/>
        </w:rPr>
        <w:t xml:space="preserve"> [1AAO]</w:t>
      </w:r>
      <w:r>
        <w:rPr/>
        <w:t>.</w:t>
      </w:r>
    </w:p>
    <w:p>
      <w:pPr>
        <w:pStyle w:val="Yellow"/>
        <w:rPr/>
      </w:pPr>
      <w:r>
        <w:rPr>
          <w:b/>
          <w:u w:val="none"/>
        </w:rPr>
        <w:t>Psalm 51:6</w:t>
      </w:r>
      <w:r>
        <w:rPr>
          <w:u w:val="none"/>
        </w:rPr>
        <w:t xml:space="preserve"> — </w:t>
      </w:r>
      <w:r>
        <w:rPr>
          <w:u w:val="none"/>
          <w:shd w:val="clear" w:fill="B7DDE8"/>
        </w:rPr>
        <w:t>You teach me wisdom in the inmost place</w:t>
      </w:r>
      <w:r>
        <w:rPr>
          <w:b w:val="false"/>
          <w:i w:val="false"/>
          <w:color w:val="000000"/>
          <w:u w:val="none"/>
        </w:rPr>
        <w:t xml:space="preserve"> [1DLV]</w:t>
      </w:r>
      <w:r>
        <w:rPr>
          <w:u w:val="none"/>
        </w:rPr>
        <w:t>.</w:t>
      </w:r>
    </w:p>
    <w:p>
      <w:pPr>
        <w:pStyle w:val="Green"/>
        <w:rPr/>
      </w:pPr>
      <w:r>
        <w:rPr>
          <w:b/>
        </w:rPr>
        <w:t>Psalm 111:10</w:t>
      </w:r>
      <w:r>
        <w:rPr/>
        <w:t xml:space="preserve"> — </w:t>
      </w:r>
      <w:r>
        <w:rPr>
          <w:shd w:val="clear" w:color="auto" w:fill="D9C3E6"/>
        </w:rPr>
        <w:t xml:space="preserve">The fear of the LORD is the beginning of </w:t>
      </w:r>
      <w:r>
        <w:rPr>
          <w:shd w:val="clear" w:color="auto" w:fill="D9C3E6"/>
        </w:rPr>
        <w:t>wisdom</w:t>
      </w:r>
      <w:r>
        <w:rPr>
          <w:b w:val="false"/>
          <w:i w:val="false"/>
          <w:color w:val="000000"/>
          <w:u w:val="none"/>
        </w:rPr>
        <w:t xml:space="preserve"> [2YB]</w:t>
      </w:r>
      <w:r>
        <w:rPr>
          <w:shd w:val="clear" w:color="auto" w:fill="D9C3E6"/>
        </w:rPr>
        <w:t xml:space="preserve">; </w:t>
      </w:r>
      <w:r>
        <w:rPr>
          <w:shd w:fill="B7DDE8" w:val="clear"/>
        </w:rPr>
        <w:t xml:space="preserve">all who follow His precepts gain rich </w:t>
      </w:r>
      <w:r>
        <w:rPr>
          <w:shd w:fill="B7DDE8" w:val="clear"/>
        </w:rPr>
        <w:t>understanding</w:t>
      </w:r>
      <w:r>
        <w:rPr>
          <w:b w:val="false"/>
          <w:i w:val="false"/>
          <w:color w:val="000000"/>
          <w:u w:val="none"/>
        </w:rPr>
        <w:t xml:space="preserve"> [1YC]</w:t>
      </w:r>
      <w:r>
        <w:rPr/>
        <w:t>.</w:t>
      </w:r>
    </w:p>
    <w:p>
      <w:pPr>
        <w:pStyle w:val="Yellow"/>
        <w:rPr/>
      </w:pPr>
      <w:r>
        <w:rPr>
          <w:b/>
        </w:rPr>
        <w:t xml:space="preserve">Psalm 119:98</w:t>
      </w:r>
      <w:r>
        <w:rPr/>
        <w:t xml:space="preserve"> — </w:t>
      </w:r>
      <w:r>
        <w:rPr>
          <w:shd w:fill="B7DDE8" w:val="clear"/>
        </w:rPr>
        <w:t xml:space="preserve">Your commandments make me wiser than my enemies</w:t>
      </w:r>
      <w:r>
        <w:rPr>
          <w:b w:val="false"/>
          <w:i w:val="false"/>
          <w:u w:val="none"/>
          <w:color w:val="000000"/>
        </w:rPr>
        <w:t xml:space="preserve"> [1JYS]</w:t>
      </w:r>
      <w:r>
        <w:rPr/>
        <w:t xml:space="preserve">, for </w:t>
      </w:r>
      <w:r>
        <w:rPr>
          <w:shd w:fill="B7DDE8" w:val="clear"/>
        </w:rPr>
        <w:t xml:space="preserve">they are always with me</w:t>
      </w:r>
      <w:r>
        <w:rPr>
          <w:b w:val="false"/>
          <w:i w:val="false"/>
          <w:color w:val="000000"/>
          <w:u w:val="none"/>
        </w:rPr>
        <w:t xml:space="preserve"> [1JYT]</w:t>
      </w:r>
      <w:r>
        <w:rPr/>
        <w:t xml:space="preserve">.</w:t>
      </w:r>
    </w:p>
    <w:p>
      <w:pPr>
        <w:pStyle w:val="Yellow"/>
        <w:rPr/>
      </w:pPr>
      <w:r>
        <w:rPr>
          <w:b/>
          <w:shd w:val="clear" w:color="auto" w:fill="548235"/>
          <w:color w:val="FFFFFF"/>
        </w:rPr>
        <w:t>Psalm 119:99</w:t>
      </w:r>
      <w:r>
        <w:rPr>
          <w:shd w:val="clear" w:color="auto" w:fill="548235"/>
          <w:color w:val="FFFFFF"/>
        </w:rPr>
        <w:t xml:space="preserve"> — </w:t>
      </w:r>
      <w:r>
        <w:rPr>
          <w:shd w:fill="548235" w:val="clear" w:color="auto"/>
          <w:color w:val="FFFFFF"/>
        </w:rPr>
        <w:t>I have more insight than all my teachers, for Your testimonies are my meditation</w:t>
      </w:r>
      <w:r>
        <w:rPr>
          <w:b w:val="false"/>
          <w:i w:val="false"/>
          <w:color w:val="FFFFFF"/>
          <w:u w:val="none"/>
          <w:shd w:val="clear" w:color="auto" w:fill="548235"/>
        </w:rPr>
        <w:t xml:space="preserve"> [1AAM]</w:t>
      </w:r>
      <w:r>
        <w:rPr>
          <w:shd w:val="clear" w:color="auto" w:fill="548235"/>
          <w:color w:val="FFFFFF"/>
        </w:rPr>
        <w:t>.</w:t>
      </w:r>
    </w:p>
    <w:p>
      <w:pPr>
        <w:pStyle w:val="Yellow"/>
        <w:rPr/>
        <w:pBdr>
          <w:left w:val="single" w:sz="28" w:space="5" w:color="C00000"/>
        </w:pBdr>
      </w:pPr>
      <w:r>
        <w:rPr>
          <w:b/>
        </w:rPr>
        <w:t>Psalm 119:100</w:t>
      </w:r>
      <w:r>
        <w:rPr/>
        <w:t xml:space="preserve"> — </w:t>
      </w:r>
      <w:r>
        <w:rPr>
          <w:shd w:val="clear" w:fill="F4B183" w:color="auto"/>
          <w:color w:val="000000"/>
        </w:rPr>
        <w:t>I discern more than the elders</w:t>
      </w:r>
      <w:r>
        <w:rPr>
          <w:b w:val="false"/>
          <w:i w:val="false"/>
          <w:color w:val="000000"/>
          <w:u w:val="none"/>
          <w:shd w:val="clear" w:color="auto" w:fill="F4B183"/>
        </w:rPr>
        <w:t xml:space="preserve"> [1FMF]</w:t>
      </w:r>
      <w:r>
        <w:rPr/>
        <w:t xml:space="preserve">, for </w:t>
      </w:r>
      <w:r>
        <w:rPr>
          <w:shd w:val="clear" w:fill="B7DDE8"/>
        </w:rPr>
        <w:t>I obey Your precepts</w:t>
      </w:r>
      <w:r>
        <w:rPr>
          <w:b w:val="false"/>
          <w:i w:val="false"/>
          <w:color w:val="000000"/>
          <w:u w:val="none"/>
        </w:rPr>
        <w:t xml:space="preserve"> [1FMG]</w:t>
      </w:r>
      <w:r>
        <w:rPr/>
        <w:t>.</w:t>
      </w:r>
    </w:p>
    <w:p>
      <w:pPr>
        <w:pStyle w:val="Yellow"/>
        <w:rPr/>
      </w:pPr>
      <w:r>
        <w:rPr>
          <w:b/>
        </w:rPr>
        <w:t>Psalm 119:104</w:t>
      </w:r>
      <w:r>
        <w:rPr/>
        <w:t xml:space="preserve"> — </w:t>
      </w:r>
      <w:r>
        <w:rPr>
          <w:shd w:fill="B7DDE8" w:val="clear"/>
        </w:rPr>
        <w:t xml:space="preserve">I gain </w:t>
      </w:r>
      <w:r>
        <w:rPr>
          <w:shd w:fill="B7DDE8" w:val="clear"/>
        </w:rPr>
        <w:t>understanding</w:t>
      </w:r>
      <w:r>
        <w:rPr>
          <w:shd w:fill="B7DDE8" w:val="clear"/>
        </w:rPr>
        <w:t xml:space="preserve"> from Your precepts</w:t>
      </w:r>
      <w:r>
        <w:rPr>
          <w:b w:val="false"/>
          <w:i w:val="false"/>
          <w:u w:val="none"/>
          <w:color w:val="000000"/>
        </w:rPr>
        <w:t xml:space="preserve"> [1YD]</w:t>
      </w:r>
      <w:r>
        <w:rPr>
          <w:shd w:val="clear" w:color="auto" w:fill="548235"/>
          <w:color w:val="FFFFFF"/>
        </w:rPr>
        <w:t xml:space="preserve">; </w:t>
      </w:r>
      <w:r>
        <w:rPr>
          <w:shd w:fill="548235" w:val="clear" w:color="auto"/>
          <w:color w:val="FFFFFF"/>
        </w:rPr>
        <w:t>therefore I hate every false way</w:t>
      </w:r>
      <w:r>
        <w:rPr>
          <w:b w:val="false"/>
          <w:i w:val="false"/>
          <w:color w:val="FFFFFF"/>
          <w:u w:val="none"/>
          <w:shd w:val="clear" w:color="auto" w:fill="548235"/>
        </w:rPr>
        <w:t xml:space="preserve"> [1YE]</w:t>
      </w:r>
      <w:r>
        <w:rPr>
          <w:shd w:val="clear" w:color="auto" w:fill="548235"/>
          <w:color w:val="FFFFFF"/>
        </w:rPr>
        <w:t>.</w:t>
      </w:r>
    </w:p>
    <w:p>
      <w:pPr>
        <w:pStyle w:val="Yellow"/>
        <w:rPr/>
      </w:pPr>
      <w:r>
        <w:rPr>
          <w:b/>
        </w:rPr>
        <w:t>Psalm 141:5</w:t>
      </w:r>
      <w:r>
        <w:rPr/>
        <w:t xml:space="preserve"> — </w:t>
      </w:r>
      <w:r>
        <w:rPr>
          <w:shd w:val="clear" w:fill="B7DDE8"/>
        </w:rPr>
        <w:t>Let the righteous man strike me</w:t>
      </w:r>
      <w:r>
        <w:rPr>
          <w:b w:val="false"/>
          <w:i w:val="false"/>
          <w:color w:val="000000"/>
          <w:u w:val="none"/>
        </w:rPr>
        <w:t xml:space="preserve"> [1FOX]</w:t>
      </w:r>
      <w:r>
        <w:rPr/>
        <w:t xml:space="preserve">; </w:t>
      </w:r>
      <w:r>
        <w:rPr>
          <w:shd w:val="clear" w:fill="B7DDE8"/>
        </w:rPr>
        <w:t>let his rebuke be an act of loving devotion</w:t>
      </w:r>
      <w:r>
        <w:rPr>
          <w:b w:val="false"/>
          <w:i w:val="false"/>
          <w:color w:val="000000"/>
          <w:u w:val="none"/>
        </w:rPr>
        <w:t xml:space="preserve"> [1FOY]</w:t>
      </w:r>
      <w:r>
        <w:rPr/>
        <w:t xml:space="preserve">. </w:t>
      </w:r>
      <w:r>
        <w:rPr>
          <w:shd w:val="clear" w:fill="B7DDE8"/>
        </w:rPr>
        <w:t>It is oil for my head</w:t>
      </w:r>
      <w:r>
        <w:rPr>
          <w:b w:val="false"/>
          <w:i w:val="false"/>
          <w:color w:val="000000"/>
          <w:u w:val="none"/>
        </w:rPr>
        <w:t xml:space="preserve"> [1FOZ]</w:t>
      </w:r>
      <w:r>
        <w:rPr/>
        <w:t xml:space="preserve">; </w:t>
      </w:r>
      <w:r>
        <w:rPr>
          <w:shd w:val="clear" w:fill="B7DDE8"/>
        </w:rPr>
        <w:t>let me not refuse it</w:t>
      </w:r>
      <w:r>
        <w:rPr>
          <w:b w:val="false"/>
          <w:i w:val="false"/>
          <w:color w:val="000000"/>
          <w:u w:val="none"/>
        </w:rPr>
        <w:t xml:space="preserve"> [1FPA]</w:t>
      </w:r>
      <w:r>
        <w:rPr/>
        <w:t>.</w:t>
      </w:r>
    </w:p>
    <w:p>
      <w:pPr>
        <w:pStyle w:val="Green"/>
        <w:rPr/>
      </w:pPr>
      <w:r>
        <w:rPr>
          <w:b/>
          <w:u w:val="none"/>
        </w:rPr>
        <w:t xml:space="preserve">Proverbs 1:7</w:t>
      </w:r>
      <w:r>
        <w:rPr>
          <w:u w:val="none"/>
        </w:rPr>
        <w:t xml:space="preserve"> — </w:t>
      </w:r>
      <w:r>
        <w:rPr>
          <w:u w:val="none"/>
          <w:shd w:fill="B7DDE8" w:val="clear"/>
        </w:rPr>
        <w:t xml:space="preserve">The fear of the LORD is the beginning of knowledge</w:t>
      </w:r>
      <w:r>
        <w:rPr>
          <w:b w:val="false"/>
          <w:i w:val="false"/>
          <w:color w:val="000000"/>
          <w:u w:val="none"/>
        </w:rPr>
        <w:t xml:space="preserve"> [1HOH]</w:t>
      </w:r>
      <w:r>
        <w:rPr>
          <w:u w:val="none"/>
        </w:rPr>
        <w:t xml:space="preserve">, but </w:t>
      </w:r>
      <w:r>
        <w:rPr>
          <w:u w:val="none"/>
          <w:shd w:fill="B7DDE8" w:val="clear"/>
        </w:rPr>
        <w:t xml:space="preserve">fools despise wisdom and discipline</w:t>
      </w:r>
      <w:r>
        <w:rPr>
          <w:b w:val="false"/>
          <w:i w:val="false"/>
          <w:color w:val="000000"/>
          <w:u w:val="none"/>
        </w:rPr>
        <w:t xml:space="preserve"> [1HOI]</w:t>
      </w:r>
      <w:r>
        <w:rPr>
          <w:u w:val="none"/>
        </w:rPr>
        <w:t xml:space="preserve">.</w:t>
      </w:r>
    </w:p>
    <w:p>
      <w:pPr>
        <w:pStyle w:val="Yellow"/>
        <w:rPr/>
      </w:pPr>
      <w:r>
        <w:rPr>
          <w:b/>
        </w:rPr>
        <w:t xml:space="preserve">Proverbs 1:33</w:t>
      </w:r>
      <w:r>
        <w:rPr/>
        <w:t xml:space="preserve"> — </w:t>
      </w:r>
      <w:r>
        <w:rPr>
          <w:shd w:fill="B7DDE8" w:val="clear"/>
        </w:rPr>
        <w:t xml:space="preserve">whoever listens to me will dwell in safety</w:t>
      </w:r>
      <w:r>
        <w:rPr>
          <w:b w:val="false"/>
          <w:i w:val="false"/>
          <w:color w:val="000000"/>
          <w:u w:val="none"/>
        </w:rPr>
        <w:t xml:space="preserve"> [1HSX]</w:t>
      </w:r>
      <w:r>
        <w:rPr/>
        <w:t xml:space="preserve">, </w:t>
      </w:r>
      <w:r>
        <w:rPr>
          <w:shd w:fill="B7DDE8" w:val="clear"/>
        </w:rPr>
        <w:t xml:space="preserve">secure from the fear of evil</w:t>
      </w:r>
      <w:r>
        <w:rPr>
          <w:b w:val="false"/>
          <w:i w:val="false"/>
          <w:color w:val="000000"/>
          <w:u w:val="none"/>
        </w:rPr>
        <w:t xml:space="preserve"> [1HSY]</w:t>
      </w:r>
      <w:r>
        <w:rPr/>
        <w:t xml:space="preserve">.”</w:t>
      </w:r>
    </w:p>
    <w:p>
      <w:pPr>
        <w:pStyle w:val="Yellow"/>
        <w:rPr/>
      </w:pPr>
      <w:r>
        <w:rPr/>
        <w:t xml:space="preserve">(Pr2:1–4 if you “accept my words” and “direct your heart to understanding”) </w:t>
      </w:r>
      <w:r>
        <w:rPr>
          <w:b/>
        </w:rPr>
        <w:t>Proverbs 2:5</w:t>
      </w:r>
      <w:r>
        <w:rPr/>
        <w:t xml:space="preserve"> — </w:t>
      </w:r>
      <w:r>
        <w:rPr>
          <w:shd w:val="clear" w:fill="B7DDE8"/>
        </w:rPr>
        <w:t>you will discern the fear of the LORD</w:t>
      </w:r>
      <w:r>
        <w:rPr>
          <w:b w:val="false"/>
          <w:i w:val="false"/>
          <w:color w:val="000000"/>
          <w:u w:val="none"/>
        </w:rPr>
        <w:t xml:space="preserve"> [1RX]</w:t>
      </w:r>
      <w:r>
        <w:rPr/>
        <w:t xml:space="preserve"> and </w:t>
      </w:r>
      <w:r>
        <w:rPr>
          <w:shd w:val="clear" w:fill="B7DDE8"/>
        </w:rPr>
        <w:t>discover the knowledge of God</w:t>
      </w:r>
      <w:r>
        <w:rPr>
          <w:b w:val="false"/>
          <w:i w:val="false"/>
          <w:color w:val="000000"/>
          <w:u w:val="none"/>
        </w:rPr>
        <w:t xml:space="preserve"> [1RY]</w:t>
      </w:r>
      <w:r>
        <w:rPr/>
        <w:t>.</w:t>
      </w:r>
    </w:p>
    <w:p>
      <w:pPr>
        <w:pStyle w:val="Yellow"/>
        <w:rPr/>
      </w:pPr>
      <w:r>
        <w:rPr>
          <w:b/>
          <w:u w:val="none"/>
          <w:shd w:fill="F4CCCC" w:val="clear"/>
        </w:rPr>
        <w:t xml:space="preserve">Proverbs 2:6</w:t>
      </w:r>
      <w:r>
        <w:rPr>
          <w:u w:val="none"/>
          <w:shd w:fill="F4CCCC" w:val="clear"/>
        </w:rPr>
        <w:t xml:space="preserve"> — For </w:t>
      </w:r>
      <w:r>
        <w:rPr>
          <w:u w:val="none"/>
          <w:shd w:fill="B7DDE8" w:val="clear"/>
        </w:rPr>
        <w:t xml:space="preserve">the LORD gives wisdom</w:t>
      </w:r>
      <w:r>
        <w:rPr>
          <w:b w:val="false"/>
          <w:i w:val="false"/>
          <w:color w:val="000000"/>
          <w:u w:val="none"/>
        </w:rPr>
        <w:t xml:space="preserve"> [1HNI]</w:t>
      </w:r>
      <w:r>
        <w:rPr>
          <w:u w:val="none"/>
          <w:shd w:fill="F4CCCC" w:val="clear"/>
        </w:rPr>
        <w:t xml:space="preserve">; </w:t>
      </w:r>
      <w:r>
        <w:rPr>
          <w:u w:val="none"/>
          <w:shd w:fill="B7DDE8" w:val="clear"/>
        </w:rPr>
        <w:t xml:space="preserve">from His mouth come knowledge and understanding</w:t>
      </w:r>
      <w:r>
        <w:rPr>
          <w:b w:val="false"/>
          <w:i w:val="false"/>
          <w:color w:val="000000"/>
          <w:u w:val="none"/>
        </w:rPr>
        <w:t xml:space="preserve"> [1HNJ]</w:t>
      </w:r>
      <w:r>
        <w:rPr>
          <w:u w:val="none"/>
          <w:shd w:fill="F4CCCC" w:val="clear"/>
        </w:rPr>
        <w:t xml:space="preserve">.</w:t>
      </w:r>
    </w:p>
    <w:p>
      <w:pPr>
        <w:pStyle w:val="Yellow"/>
        <w:rPr/>
      </w:pPr>
      <w:r>
        <w:rPr/>
        <w:t xml:space="preserve">(Pr2:1–4 if you “accept my words” and “direct your heart to understanding”) </w:t>
      </w:r>
      <w:r>
        <w:rPr>
          <w:b/>
        </w:rPr>
        <w:t xml:space="preserve">Proverbs 2:10–12</w:t>
      </w:r>
      <w:r>
        <w:rPr/>
        <w:t xml:space="preserve"> — </w:t>
      </w:r>
      <w:r>
        <w:rPr>
          <w:shd w:fill="B7DDE8" w:val="clear"/>
        </w:rPr>
        <w:t xml:space="preserve">wisdom will enter your heart</w:t>
      </w:r>
      <w:r>
        <w:rPr>
          <w:b w:val="false"/>
          <w:i w:val="false"/>
          <w:color w:val="000000"/>
          <w:u w:val="none"/>
        </w:rPr>
        <w:t xml:space="preserve"> [1HNQ]</w:t>
      </w:r>
      <w:r>
        <w:rPr/>
        <w:t xml:space="preserve">, and </w:t>
      </w:r>
      <w:r>
        <w:rPr>
          <w:shd w:fill="B7DDE8" w:val="clear"/>
        </w:rPr>
        <w:t xml:space="preserve">knowledge will delight your soul</w:t>
      </w:r>
      <w:r>
        <w:rPr>
          <w:b w:val="false"/>
          <w:i w:val="false"/>
          <w:u w:val="none"/>
          <w:color w:val="000000"/>
        </w:rPr>
        <w:t xml:space="preserve"> [1HNR]</w:t>
      </w:r>
      <w:r>
        <w:rPr/>
        <w:t xml:space="preserve">. </w:t>
      </w:r>
      <w:r>
        <w:rPr>
          <w:shd w:fill="B7DDE8" w:val="clear"/>
        </w:rPr>
        <w:t xml:space="preserve">Discretion will watch over you</w:t>
      </w:r>
      <w:r>
        <w:rPr>
          <w:b w:val="false"/>
          <w:i w:val="false"/>
          <w:color w:val="000000"/>
          <w:u w:val="none"/>
        </w:rPr>
        <w:t xml:space="preserve"> [1HNS]</w:t>
      </w:r>
      <w:r>
        <w:rPr/>
        <w:t xml:space="preserve">, and </w:t>
      </w:r>
      <w:r>
        <w:rPr>
          <w:shd w:fill="B7DDE8" w:val="clear"/>
        </w:rPr>
        <w:t xml:space="preserve">understanding will guard you</w:t>
      </w:r>
      <w:r>
        <w:rPr>
          <w:b w:val="false"/>
          <w:i w:val="false"/>
          <w:color w:val="000000"/>
          <w:u w:val="none"/>
        </w:rPr>
        <w:t xml:space="preserve"> [1HNT]</w:t>
      </w:r>
      <w:r>
        <w:rPr/>
        <w:t xml:space="preserve">, </w:t>
      </w:r>
      <w:r>
        <w:rPr>
          <w:shd w:fill="B7DDE8" w:val="clear"/>
        </w:rPr>
        <w:t xml:space="preserve">to deliver you from the way of evil, from the man who speaks perversity</w:t>
      </w:r>
      <w:r>
        <w:rPr>
          <w:b w:val="false"/>
          <w:i w:val="false"/>
          <w:color w:val="000000"/>
          <w:u w:val="none"/>
        </w:rPr>
        <w:t xml:space="preserve"> [1HNU]</w:t>
      </w:r>
      <w:r>
        <w:rPr/>
        <w:t xml:space="preserve">,</w:t>
      </w:r>
    </w:p>
    <w:p>
      <w:pPr>
        <w:pStyle w:val="Yellow"/>
        <w:rPr/>
      </w:pPr>
      <w:r>
        <w:rPr/>
        <w:t xml:space="preserve">(Pr2:1–4 if you accept the teaching and seek wisdom / Pr2:11 “understanding will guard you”) </w:t>
      </w:r>
      <w:r>
        <w:rPr>
          <w:b/>
        </w:rPr>
        <w:t>Proverbs 2:16</w:t>
      </w:r>
      <w:r>
        <w:rPr/>
        <w:t xml:space="preserve"> — </w:t>
      </w:r>
      <w:r>
        <w:rPr>
          <w:shd w:val="clear" w:fill="B7DDE8"/>
        </w:rPr>
        <w:t>{It} will rescue you from the forbidden woman</w:t>
      </w:r>
      <w:r>
        <w:rPr>
          <w:b w:val="false"/>
          <w:i w:val="false"/>
          <w:color w:val="000000"/>
          <w:u w:val="none"/>
        </w:rPr>
        <w:t xml:space="preserve"> [1DQU]</w:t>
      </w:r>
      <w:r>
        <w:rPr/>
        <w:t xml:space="preserve">, </w:t>
      </w:r>
      <w:r>
        <w:rPr>
          <w:shd w:val="clear" w:fill="B7DDE8"/>
        </w:rPr>
        <w:t>from the stranger with seductive words</w:t>
      </w:r>
      <w:r>
        <w:rPr>
          <w:b w:val="false"/>
          <w:i w:val="false"/>
          <w:color w:val="000000"/>
          <w:u w:val="none"/>
        </w:rPr>
        <w:t xml:space="preserve"> [1DQV]</w:t>
      </w:r>
    </w:p>
    <w:p>
      <w:pPr>
        <w:pStyle w:val="Yellow"/>
        <w:rPr/>
      </w:pPr>
      <w:r>
        <w:rPr>
          <w:b/>
          <w:shd w:val="clear" w:color="auto" w:fill="548235"/>
          <w:color w:val="FFFFFF"/>
        </w:rPr>
        <w:t xml:space="preserve">Proverbs 3:13</w:t>
      </w:r>
      <w:r>
        <w:rPr>
          <w:shd w:val="clear" w:color="auto" w:fill="548235"/>
          <w:color w:val="FFFFFF"/>
        </w:rPr>
        <w:t xml:space="preserve"> — </w:t>
      </w:r>
      <w:r>
        <w:rPr>
          <w:shd w:fill="548235" w:val="clear" w:color="auto"/>
          <w:color w:val="FFFFFF"/>
        </w:rPr>
        <w:t xml:space="preserve">Blessed is the man who finds wisdom, the man who acquires understanding</w:t>
      </w:r>
      <w:r>
        <w:rPr>
          <w:b w:val="false"/>
          <w:i w:val="false"/>
          <w:color w:val="FFFFFF"/>
          <w:u w:val="none"/>
          <w:shd w:val="clear" w:color="auto" w:fill="548235"/>
        </w:rPr>
        <w:t xml:space="preserve"> [1HNE]</w:t>
      </w:r>
      <w:r>
        <w:rPr>
          <w:shd w:val="clear" w:color="auto" w:fill="548235"/>
          <w:color w:val="FFFFFF"/>
        </w:rPr>
        <w:t xml:space="preserve">,</w:t>
      </w:r>
    </w:p>
    <w:p>
      <w:pPr>
        <w:pStyle w:val="Yellow"/>
        <w:rPr/>
      </w:pPr>
      <w:r>
        <w:rPr/>
        <w:t xml:space="preserve">(Pr3:21 “Preserve sound judgment and discernment”) </w:t>
      </w:r>
      <w:r>
        <w:rPr>
          <w:b/>
        </w:rPr>
        <w:t xml:space="preserve">Proverbs 3:23</w:t>
      </w:r>
      <w:r>
        <w:rPr/>
        <w:t xml:space="preserve"> — </w:t>
      </w:r>
      <w:r>
        <w:rPr>
          <w:shd w:fill="B7DDE8" w:val="clear"/>
        </w:rPr>
        <w:t xml:space="preserve">{Then} you will go on your way in safety</w:t>
      </w:r>
      <w:r>
        <w:rPr>
          <w:b w:val="false"/>
          <w:i w:val="false"/>
          <w:color w:val="000000"/>
          <w:u w:val="none"/>
        </w:rPr>
        <w:t xml:space="preserve"> [1HPV]</w:t>
      </w:r>
      <w:r>
        <w:rPr/>
        <w:t xml:space="preserve">, and </w:t>
      </w:r>
      <w:r>
        <w:rPr>
          <w:shd w:fill="B7DDE8" w:val="clear"/>
        </w:rPr>
        <w:t xml:space="preserve">your foot will not stumble</w:t>
      </w:r>
      <w:r>
        <w:rPr>
          <w:b w:val="false"/>
          <w:i w:val="false"/>
          <w:color w:val="000000"/>
          <w:u w:val="none"/>
        </w:rPr>
        <w:t xml:space="preserve"> [1HPW]</w:t>
      </w:r>
      <w:r>
        <w:rPr/>
        <w:t xml:space="preserve">.</w:t>
      </w:r>
    </w:p>
    <w:p>
      <w:pPr>
        <w:pStyle w:val="Yellow"/>
        <w:rPr/>
      </w:pPr>
      <w:r>
        <w:rPr/>
        <w:t xml:space="preserve">(Pr3:21 “Preserve sound judgment and discernment”) </w:t>
      </w:r>
      <w:r>
        <w:rPr>
          <w:b/>
        </w:rPr>
        <w:t>Proverbs 3:24</w:t>
      </w:r>
      <w:r>
        <w:rPr/>
        <w:t xml:space="preserve"> — </w:t>
      </w:r>
      <w:r>
        <w:rPr>
          <w:shd w:val="clear" w:fill="B7DDE8"/>
        </w:rPr>
        <w:t>When you lie down, you will not be afraid</w:t>
      </w:r>
      <w:r>
        <w:rPr>
          <w:b w:val="false"/>
          <w:i w:val="false"/>
          <w:color w:val="000000"/>
          <w:u w:val="none"/>
        </w:rPr>
        <w:t xml:space="preserve"> [1EWR]</w:t>
      </w:r>
      <w:r>
        <w:rPr/>
        <w:t xml:space="preserve">; </w:t>
      </w:r>
      <w:r>
        <w:rPr>
          <w:shd w:val="clear" w:fill="B7DDE8"/>
        </w:rPr>
        <w:t>when you rest, your sleep will be sweet</w:t>
      </w:r>
      <w:r>
        <w:rPr>
          <w:b w:val="false"/>
          <w:i w:val="false"/>
          <w:color w:val="000000"/>
          <w:u w:val="none"/>
        </w:rPr>
        <w:t xml:space="preserve"> [1EWS]</w:t>
      </w:r>
      <w:r>
        <w:rPr/>
        <w:t>.</w:t>
      </w:r>
    </w:p>
    <w:p>
      <w:pPr>
        <w:pStyle w:val="Yellow"/>
        <w:rPr/>
      </w:pPr>
      <w:r>
        <w:rPr>
          <w:b/>
        </w:rPr>
        <w:t xml:space="preserve">Proverbs 4:6</w:t>
      </w:r>
      <w:r>
        <w:rPr/>
        <w:t xml:space="preserve"> — </w:t>
      </w:r>
      <w:r>
        <w:rPr>
          <w:shd w:fill="B7DDE8" w:val="clear"/>
        </w:rPr>
        <w:t xml:space="preserve">Do not forsake wisdom, and she will preserve you</w:t>
      </w:r>
      <w:r>
        <w:rPr>
          <w:b w:val="false"/>
          <w:i w:val="false"/>
          <w:color w:val="000000"/>
          <w:u w:val="none"/>
        </w:rPr>
        <w:t xml:space="preserve"> [1HOW]</w:t>
      </w:r>
      <w:r>
        <w:rPr/>
        <w:t xml:space="preserve">; </w:t>
      </w:r>
      <w:r>
        <w:rPr>
          <w:shd w:fill="B7DDE8" w:val="clear"/>
        </w:rPr>
        <w:t xml:space="preserve">love her, and she will guard you</w:t>
      </w:r>
      <w:r>
        <w:rPr>
          <w:b w:val="false"/>
          <w:i w:val="false"/>
          <w:color w:val="000000"/>
          <w:u w:val="none"/>
        </w:rPr>
        <w:t xml:space="preserve"> [1HOX]</w:t>
      </w:r>
      <w:r>
        <w:rPr/>
        <w:t xml:space="preserve">.</w:t>
      </w:r>
    </w:p>
    <w:p>
      <w:pPr>
        <w:pStyle w:val="Yellow"/>
        <w:rPr/>
      </w:pPr>
      <w:r>
        <w:rPr>
          <w:b/>
        </w:rPr>
        <w:t xml:space="preserve">Proverbs 4:10</w:t>
      </w:r>
      <w:r>
        <w:rPr/>
        <w:t xml:space="preserve"> — </w:t>
      </w:r>
      <w:r>
        <w:rPr>
          <w:shd w:fill="B7DDE8" w:val="clear"/>
        </w:rPr>
        <w:t xml:space="preserve">Listen, my son, and receive my words</w:t>
      </w:r>
      <w:r>
        <w:rPr>
          <w:b w:val="false"/>
          <w:i w:val="false"/>
          <w:u w:val="none"/>
          <w:color w:val="000000"/>
        </w:rPr>
        <w:t xml:space="preserve"> [1HHE]</w:t>
      </w:r>
      <w:r>
        <w:rPr/>
        <w:t xml:space="preserve">, and </w:t>
      </w:r>
      <w:r>
        <w:rPr>
          <w:shd w:fill="B7DDE8" w:val="clear"/>
        </w:rPr>
        <w:t xml:space="preserve">the years of your life will be many</w:t>
      </w:r>
      <w:r>
        <w:rPr>
          <w:b w:val="false"/>
          <w:i w:val="false"/>
          <w:color w:val="000000"/>
          <w:u w:val="none"/>
        </w:rPr>
        <w:t xml:space="preserve"> [1HHF]</w:t>
      </w:r>
      <w:r>
        <w:rPr/>
        <w:t xml:space="preserve">.</w:t>
      </w:r>
    </w:p>
    <w:p>
      <w:pPr>
        <w:pStyle w:val="Yellow"/>
        <w:rPr/>
      </w:pPr>
      <w:r>
        <w:rPr>
          <w:shd w:val="clear" w:color="auto" w:fill="548235"/>
          <w:color w:val="FFFFFF"/>
        </w:rPr>
        <w:t xml:space="preserve">(Pr4:10 if you “receive my words”) </w:t>
      </w:r>
      <w:r>
        <w:rPr>
          <w:b/>
          <w:shd w:val="clear" w:color="auto" w:fill="548235"/>
          <w:color w:val="FFFFFF"/>
        </w:rPr>
        <w:t xml:space="preserve">Proverbs 4:12</w:t>
      </w:r>
      <w:r>
        <w:rPr>
          <w:shd w:val="clear" w:color="auto" w:fill="548235"/>
          <w:color w:val="FFFFFF"/>
        </w:rPr>
        <w:t xml:space="preserve"> — </w:t>
      </w:r>
      <w:r>
        <w:rPr>
          <w:shd w:fill="548235" w:val="clear" w:color="auto"/>
          <w:color w:val="FFFFFF"/>
        </w:rPr>
        <w:t xml:space="preserve">When you walk, your steps will not be impeded</w:t>
      </w:r>
      <w:r>
        <w:rPr>
          <w:b w:val="false"/>
          <w:i w:val="false"/>
          <w:color w:val="FFFFFF"/>
          <w:u w:val="none"/>
          <w:shd w:val="clear" w:color="auto" w:fill="548235"/>
        </w:rPr>
        <w:t xml:space="preserve"> [1HQN]</w:t>
      </w:r>
      <w:r>
        <w:rPr>
          <w:shd w:val="clear" w:color="auto" w:fill="548235"/>
          <w:color w:val="FFFFFF"/>
        </w:rPr>
        <w:t xml:space="preserve">; </w:t>
      </w:r>
      <w:r>
        <w:rPr>
          <w:shd w:fill="548235" w:val="clear" w:color="auto"/>
          <w:color w:val="FFFFFF"/>
        </w:rPr>
        <w:t xml:space="preserve">when you run, you will not stumble</w:t>
      </w:r>
      <w:r>
        <w:rPr>
          <w:b w:val="false"/>
          <w:i w:val="false"/>
          <w:color w:val="FFFFFF"/>
          <w:u w:val="none"/>
          <w:shd w:val="clear" w:color="auto" w:fill="548235"/>
        </w:rPr>
        <w:t xml:space="preserve"> [1HQO]</w:t>
      </w:r>
      <w:r>
        <w:rPr>
          <w:shd w:val="clear" w:color="auto" w:fill="548235"/>
          <w:color w:val="FFFFFF"/>
        </w:rPr>
        <w:t xml:space="preserve">.</w:t>
      </w:r>
    </w:p>
    <w:p>
      <w:pPr>
        <w:pStyle w:val="Yellow"/>
        <w:rPr/>
      </w:pPr>
      <w:r>
        <w:rPr>
          <w:b/>
        </w:rPr>
        <w:t>Proverbs 4:13</w:t>
      </w:r>
      <w:r>
        <w:rPr/>
        <w:t xml:space="preserve"> — </w:t>
      </w:r>
      <w:r>
        <w:rPr>
          <w:shd w:val="clear" w:fill="B7DDE8"/>
        </w:rPr>
        <w:t>Hold on to instruction</w:t>
      </w:r>
      <w:r>
        <w:rPr>
          <w:b w:val="false"/>
          <w:i w:val="false"/>
          <w:color w:val="000000"/>
          <w:u w:val="none"/>
        </w:rPr>
        <w:t xml:space="preserve"> [1DWA]</w:t>
      </w:r>
      <w:r>
        <w:rPr/>
        <w:t xml:space="preserve">; </w:t>
      </w:r>
      <w:r>
        <w:rPr>
          <w:shd w:val="clear" w:fill="B7DDE8"/>
        </w:rPr>
        <w:t>do not let go</w:t>
      </w:r>
      <w:r>
        <w:rPr>
          <w:b w:val="false"/>
          <w:i w:val="false"/>
          <w:color w:val="000000"/>
          <w:u w:val="none"/>
        </w:rPr>
        <w:t xml:space="preserve"> [1DWB]</w:t>
      </w:r>
      <w:r>
        <w:rPr/>
        <w:t xml:space="preserve">. </w:t>
      </w:r>
      <w:r>
        <w:rPr>
          <w:shd w:val="clear" w:fill="B7DDE8"/>
        </w:rPr>
        <w:t>Guard it</w:t>
      </w:r>
      <w:r>
        <w:rPr>
          <w:b w:val="false"/>
          <w:i w:val="false"/>
          <w:color w:val="000000"/>
          <w:u w:val="none"/>
        </w:rPr>
        <w:t xml:space="preserve"> [1DWC]</w:t>
      </w:r>
      <w:r>
        <w:rPr/>
        <w:t xml:space="preserve">, for </w:t>
      </w:r>
      <w:r>
        <w:rPr>
          <w:shd w:val="clear" w:fill="B7DDE8"/>
        </w:rPr>
        <w:t>it is your life</w:t>
      </w:r>
      <w:r>
        <w:rPr>
          <w:b w:val="false"/>
          <w:i w:val="false"/>
          <w:color w:val="000000"/>
          <w:u w:val="none"/>
        </w:rPr>
        <w:t xml:space="preserve"> [1DWD]</w:t>
      </w:r>
      <w:r>
        <w:rPr/>
        <w:t>.</w:t>
      </w:r>
    </w:p>
    <w:p>
      <w:pPr>
        <w:pStyle w:val="Yellow"/>
        <w:rPr/>
      </w:pPr>
      <w:r>
        <w:rPr>
          <w:b/>
        </w:rPr>
        <w:t>Proverbs 4:20–22</w:t>
      </w:r>
      <w:r>
        <w:rPr/>
        <w:t xml:space="preserve"> — My son, </w:t>
      </w:r>
      <w:r>
        <w:rPr>
          <w:shd w:val="clear" w:fill="B7DDE8"/>
        </w:rPr>
        <w:t>pay attention to my words; incline your ear to my sayings. Do not lose sight of them; keep them within your heart</w:t>
      </w:r>
      <w:r>
        <w:rPr>
          <w:b w:val="false"/>
          <w:i w:val="false"/>
          <w:color w:val="000000"/>
          <w:u w:val="none"/>
        </w:rPr>
        <w:t xml:space="preserve"> [1ESW]</w:t>
      </w:r>
      <w:r>
        <w:rPr/>
        <w:t xml:space="preserve">. For </w:t>
      </w:r>
      <w:r>
        <w:rPr>
          <w:shd w:val="clear" w:fill="B7DDE8"/>
        </w:rPr>
        <w:t>they are life to those who find them</w:t>
      </w:r>
      <w:r>
        <w:rPr>
          <w:b w:val="false"/>
          <w:i w:val="false"/>
          <w:u w:val="none"/>
          <w:color w:val="000000"/>
        </w:rPr>
        <w:t xml:space="preserve"> [1ESX]</w:t>
      </w:r>
      <w:r>
        <w:rPr/>
        <w:t xml:space="preserve">, and </w:t>
      </w:r>
      <w:r>
        <w:rPr>
          <w:shd w:val="clear" w:fill="B7DDE8"/>
        </w:rPr>
        <w:t>health to the whole body</w:t>
      </w:r>
      <w:r>
        <w:rPr>
          <w:b w:val="false"/>
          <w:i w:val="false"/>
          <w:color w:val="000000"/>
          <w:u w:val="none"/>
        </w:rPr>
        <w:t xml:space="preserve"> [1ESY]</w:t>
      </w:r>
      <w:r>
        <w:rPr/>
        <w:t>.</w:t>
      </w:r>
    </w:p>
    <w:p>
      <w:pPr>
        <w:pStyle w:val="Yellow"/>
        <w:rPr/>
      </w:pPr>
      <w:r>
        <w:rPr>
          <w:b/>
        </w:rPr>
        <w:t>Proverbs 6:20–22</w:t>
      </w:r>
      <w:r>
        <w:rPr/>
        <w:t xml:space="preserve"> — My son, </w:t>
      </w:r>
      <w:r>
        <w:rPr>
          <w:shd w:val="clear" w:fill="B7DDE8"/>
        </w:rPr>
        <w:t>keep your father’s commandment</w:t>
      </w:r>
      <w:r>
        <w:rPr>
          <w:b w:val="false"/>
          <w:i w:val="false"/>
          <w:color w:val="000000"/>
          <w:u w:val="none"/>
        </w:rPr>
        <w:t xml:space="preserve"> [1DKN]</w:t>
      </w:r>
      <w:r>
        <w:rPr/>
        <w:t xml:space="preserve">, and </w:t>
      </w:r>
      <w:r>
        <w:rPr>
          <w:shd w:val="clear" w:fill="B7DDE8"/>
        </w:rPr>
        <w:t>do not forsake your mother’s teaching</w:t>
      </w:r>
      <w:r>
        <w:rPr>
          <w:b w:val="false"/>
          <w:i w:val="false"/>
          <w:color w:val="000000"/>
          <w:u w:val="none"/>
        </w:rPr>
        <w:t xml:space="preserve"> [1DKO]</w:t>
      </w:r>
      <w:r>
        <w:rPr/>
        <w:t xml:space="preserve">. </w:t>
      </w:r>
      <w:r>
        <w:rPr>
          <w:shd w:val="clear" w:fill="B7DDE8"/>
        </w:rPr>
        <w:t>Bind them always upon your heart</w:t>
      </w:r>
      <w:r>
        <w:rPr>
          <w:b w:val="false"/>
          <w:i w:val="false"/>
          <w:color w:val="000000"/>
          <w:u w:val="none"/>
        </w:rPr>
        <w:t xml:space="preserve"> [1DKP]</w:t>
      </w:r>
      <w:r>
        <w:rPr/>
        <w:t xml:space="preserve">; </w:t>
      </w:r>
      <w:r>
        <w:rPr>
          <w:shd w:val="clear" w:fill="B7DDE8"/>
        </w:rPr>
        <w:t>tie them around your neck</w:t>
      </w:r>
      <w:r>
        <w:rPr>
          <w:b w:val="false"/>
          <w:i w:val="false"/>
          <w:color w:val="000000"/>
          <w:u w:val="none"/>
        </w:rPr>
        <w:t xml:space="preserve"> [1DKQ]</w:t>
      </w:r>
      <w:r>
        <w:rPr/>
        <w:t xml:space="preserve">. </w:t>
      </w:r>
      <w:r>
        <w:rPr>
          <w:shd w:val="clear" w:fill="B7DDE8"/>
        </w:rPr>
        <w:t>When you walk, they will guide you</w:t>
      </w:r>
      <w:r>
        <w:rPr>
          <w:b w:val="false"/>
          <w:i w:val="false"/>
          <w:color w:val="000000"/>
          <w:u w:val="none"/>
        </w:rPr>
        <w:t xml:space="preserve"> [1DKR]</w:t>
      </w:r>
      <w:r>
        <w:rPr/>
        <w:t xml:space="preserve">; </w:t>
      </w:r>
      <w:r>
        <w:rPr>
          <w:shd w:val="clear" w:fill="B7DDE8"/>
        </w:rPr>
        <w:t>when you lie down, they will watch over you</w:t>
      </w:r>
      <w:r>
        <w:rPr>
          <w:b w:val="false"/>
          <w:i w:val="false"/>
          <w:color w:val="000000"/>
          <w:u w:val="none"/>
        </w:rPr>
        <w:t xml:space="preserve"> [1DKS]</w:t>
      </w:r>
      <w:r>
        <w:rPr/>
        <w:t xml:space="preserve">; </w:t>
      </w:r>
      <w:r>
        <w:rPr>
          <w:shd w:val="clear" w:fill="B7DDE8"/>
        </w:rPr>
        <w:t>when you awake, they will speak to you</w:t>
      </w:r>
      <w:r>
        <w:rPr>
          <w:b w:val="false"/>
          <w:i w:val="false"/>
          <w:color w:val="000000"/>
          <w:u w:val="none"/>
        </w:rPr>
        <w:t xml:space="preserve"> [1DKT]</w:t>
      </w:r>
      <w:r>
        <w:rPr/>
        <w:t>.</w:t>
      </w:r>
    </w:p>
    <w:p>
      <w:pPr>
        <w:pStyle w:val="Yellow"/>
        <w:rPr/>
      </w:pPr>
      <w:r>
        <w:rPr/>
        <w:t xml:space="preserve">(Pr6:20–21 if you keep “your father’s commandment” and “your mother’s teaching”) </w:t>
      </w:r>
      <w:r>
        <w:rPr>
          <w:b/>
        </w:rPr>
        <w:t xml:space="preserve">Proverbs 6:23–24</w:t>
      </w:r>
      <w:r>
        <w:rPr/>
        <w:t xml:space="preserve"> — {For} </w:t>
      </w:r>
      <w:r>
        <w:rPr>
          <w:shd w:fill="B7DDE8" w:val="clear"/>
        </w:rPr>
        <w:t xml:space="preserve">this commandment is a lamp</w:t>
      </w:r>
      <w:r>
        <w:rPr>
          <w:b w:val="false"/>
          <w:i w:val="false"/>
          <w:color w:val="000000"/>
          <w:u w:val="none"/>
        </w:rPr>
        <w:t xml:space="preserve"> [1HPJ]</w:t>
      </w:r>
      <w:r>
        <w:rPr/>
        <w:t xml:space="preserve">, </w:t>
      </w:r>
      <w:r>
        <w:rPr>
          <w:shd w:fill="B7DDE8" w:val="clear"/>
        </w:rPr>
        <w:t xml:space="preserve">this teaching is a light</w:t>
      </w:r>
      <w:r>
        <w:rPr>
          <w:b w:val="false"/>
          <w:i w:val="false"/>
          <w:color w:val="000000"/>
          <w:u w:val="none"/>
        </w:rPr>
        <w:t xml:space="preserve"> [1HPK]</w:t>
      </w:r>
      <w:r>
        <w:rPr/>
        <w:t xml:space="preserve">, and </w:t>
      </w:r>
      <w:r>
        <w:rPr>
          <w:shd w:fill="548235" w:val="clear" w:color="auto"/>
          <w:color w:val="FFFFFF"/>
        </w:rPr>
        <w:t xml:space="preserve">the reproofs of discipline are the way to life</w:t>
      </w:r>
      <w:r>
        <w:rPr>
          <w:b w:val="false"/>
          <w:i w:val="false"/>
          <w:color w:val="FFFFFF"/>
          <w:u w:val="none"/>
          <w:shd w:val="clear" w:color="auto" w:fill="548235"/>
        </w:rPr>
        <w:t xml:space="preserve"> [1HPL]</w:t>
      </w:r>
      <w:r>
        <w:rPr>
          <w:shd w:val="clear" w:color="auto" w:fill="548235"/>
          <w:color w:val="FFFFFF"/>
        </w:rPr>
        <w:t xml:space="preserve">, </w:t>
      </w:r>
      <w:r>
        <w:rPr>
          <w:shd w:fill="548235" w:val="clear" w:color="auto"/>
          <w:color w:val="FFFFFF"/>
        </w:rPr>
        <w:t xml:space="preserve">to keep you from the evil woman, from the smooth tongue of the adulteress</w:t>
      </w:r>
      <w:r>
        <w:rPr>
          <w:b w:val="false"/>
          <w:i w:val="false"/>
          <w:color w:val="FFFFFF"/>
          <w:u w:val="none"/>
          <w:shd w:val="clear" w:color="auto" w:fill="548235"/>
        </w:rPr>
        <w:t xml:space="preserve"> [1HPM]</w:t>
      </w:r>
      <w:r>
        <w:rPr/>
        <w:t xml:space="preserve">.</w:t>
      </w:r>
    </w:p>
    <w:p>
      <w:pPr>
        <w:pStyle w:val="Yellow"/>
        <w:rPr/>
      </w:pPr>
      <w:r>
        <w:rPr/>
        <w:t xml:space="preserve">(Pr7:1–2 “my words” and “my commandments”) </w:t>
      </w:r>
      <w:r>
        <w:rPr>
          <w:b/>
        </w:rPr>
        <w:t xml:space="preserve">Proverbs 7:3–5</w:t>
      </w:r>
      <w:r>
        <w:rPr/>
        <w:t xml:space="preserve"> — </w:t>
      </w:r>
      <w:r>
        <w:rPr>
          <w:shd w:fill="B7DDE8" w:val="clear"/>
        </w:rPr>
        <w:t xml:space="preserve">Tie {them} to your fingers; write them on the tablet of your heart</w:t>
      </w:r>
      <w:r>
        <w:rPr>
          <w:b w:val="false"/>
          <w:i w:val="false"/>
          <w:color w:val="000000"/>
          <w:u w:val="none"/>
        </w:rPr>
        <w:t xml:space="preserve"> [1HNN]</w:t>
      </w:r>
      <w:r>
        <w:rPr/>
        <w:t xml:space="preserve">. </w:t>
      </w:r>
      <w:r>
        <w:rPr>
          <w:shd w:fill="B7DDE8" w:val="clear"/>
        </w:rPr>
        <w:t xml:space="preserve">Say to wisdom, “You are my sister,” and call understanding your kinsman</w:t>
      </w:r>
      <w:r>
        <w:rPr>
          <w:b w:val="false"/>
          <w:i w:val="false"/>
          <w:color w:val="000000"/>
          <w:u w:val="none"/>
        </w:rPr>
        <w:t xml:space="preserve"> [1HNO]</w:t>
      </w:r>
      <w:r>
        <w:rPr/>
        <w:t xml:space="preserve">, </w:t>
      </w:r>
      <w:r>
        <w:rPr>
          <w:shd w:fill="B7DDE8" w:val="clear"/>
        </w:rPr>
        <w:t xml:space="preserve">that they may keep you from the adulteress, from the stranger with seductive words</w:t>
      </w:r>
      <w:r>
        <w:rPr>
          <w:b w:val="false"/>
          <w:i w:val="false"/>
          <w:color w:val="000000"/>
          <w:u w:val="none"/>
        </w:rPr>
        <w:t xml:space="preserve"> [1HNP]</w:t>
      </w:r>
      <w:r>
        <w:rPr/>
        <w:t xml:space="preserve">.</w:t>
      </w:r>
    </w:p>
    <w:p>
      <w:pPr>
        <w:pStyle w:val="Yellow"/>
        <w:rPr/>
      </w:pPr>
      <w:r>
        <w:rPr>
          <w:shd w:val="clear" w:color="auto" w:fill="548235"/>
          <w:color w:val="FFFFFF"/>
        </w:rPr>
        <w:t xml:space="preserve">(Pr8:12 Wisdom impersonated “I, wisdom”) </w:t>
      </w:r>
      <w:r>
        <w:rPr>
          <w:b/>
          <w:shd w:val="clear" w:color="auto" w:fill="548235"/>
          <w:color w:val="FFFFFF"/>
        </w:rPr>
        <w:t xml:space="preserve">Proverbs 8:17</w:t>
      </w:r>
      <w:r>
        <w:rPr>
          <w:shd w:val="clear" w:color="auto" w:fill="548235"/>
          <w:color w:val="FFFFFF"/>
        </w:rPr>
        <w:t xml:space="preserve"> — </w:t>
      </w:r>
      <w:r>
        <w:rPr>
          <w:shd w:fill="548235" w:val="clear" w:color="auto"/>
          <w:color w:val="FFFFFF"/>
        </w:rPr>
        <w:t xml:space="preserve">{I} love those who love me</w:t>
      </w:r>
      <w:r>
        <w:rPr>
          <w:b w:val="false"/>
          <w:i w:val="false"/>
          <w:color w:val="FFFFFF"/>
          <w:u w:val="none"/>
          <w:shd w:val="clear" w:color="auto" w:fill="548235"/>
        </w:rPr>
        <w:t xml:space="preserve"> [1HSV]</w:t>
      </w:r>
      <w:r>
        <w:rPr>
          <w:shd w:val="clear" w:color="auto" w:fill="548235"/>
          <w:color w:val="FFFFFF"/>
        </w:rPr>
        <w:t xml:space="preserve">, and </w:t>
      </w:r>
      <w:r>
        <w:rPr>
          <w:shd w:fill="548235" w:val="clear" w:color="auto"/>
          <w:color w:val="FFFFFF"/>
        </w:rPr>
        <w:t xml:space="preserve">those who seek me early shall find me</w:t>
      </w:r>
      <w:r>
        <w:rPr>
          <w:b w:val="false"/>
          <w:i w:val="false"/>
          <w:color w:val="FFFFFF"/>
          <w:u w:val="none"/>
          <w:shd w:val="clear" w:color="auto" w:fill="548235"/>
        </w:rPr>
        <w:t xml:space="preserve"> [1HSW]</w:t>
      </w:r>
      <w:r>
        <w:rPr>
          <w:shd w:val="clear" w:color="auto" w:fill="548235"/>
          <w:color w:val="FFFFFF"/>
        </w:rPr>
        <w:t xml:space="preserve">.</w:t>
      </w:r>
    </w:p>
    <w:p>
      <w:pPr>
        <w:pStyle w:val="Yellow"/>
        <w:rPr/>
      </w:pPr>
      <w:r>
        <w:rPr/>
        <w:t xml:space="preserve">(Pr8:12 Wisdom impersonated “I, wisdom”) </w:t>
      </w:r>
      <w:r>
        <w:rPr>
          <w:b/>
        </w:rPr>
        <w:t>Proverbs 8:34–35</w:t>
      </w:r>
      <w:r>
        <w:rPr/>
        <w:t xml:space="preserve"> — </w:t>
      </w:r>
      <w:r>
        <w:rPr>
          <w:shd w:val="clear" w:fill="B7DDE8"/>
        </w:rPr>
        <w:t>Blessed is the man who listens to {me}, watching daily at my doors, waiting at the posts of my doorway</w:t>
      </w:r>
      <w:r>
        <w:rPr>
          <w:b w:val="false"/>
          <w:i w:val="false"/>
          <w:color w:val="000000"/>
          <w:u w:val="none"/>
        </w:rPr>
        <w:t xml:space="preserve"> [1EIR]</w:t>
      </w:r>
      <w:r>
        <w:rPr/>
        <w:t xml:space="preserve">. For </w:t>
      </w:r>
      <w:r>
        <w:rPr>
          <w:shd w:val="clear" w:fill="B7DDE8"/>
        </w:rPr>
        <w:t>whoever finds me finds life</w:t>
      </w:r>
      <w:r>
        <w:rPr>
          <w:b w:val="false"/>
          <w:i w:val="false"/>
          <w:color w:val="000000"/>
          <w:u w:val="none"/>
        </w:rPr>
        <w:t xml:space="preserve"> [1EIS]</w:t>
      </w:r>
      <w:r>
        <w:rPr/>
        <w:t xml:space="preserve"> and </w:t>
      </w:r>
      <w:r>
        <w:rPr>
          <w:shd w:val="clear" w:fill="B7DDE8"/>
        </w:rPr>
        <w:t>obtains the favor of the LORD</w:t>
      </w:r>
      <w:r>
        <w:rPr>
          <w:b w:val="false"/>
          <w:i w:val="false"/>
          <w:color w:val="000000"/>
          <w:u w:val="none"/>
        </w:rPr>
        <w:t xml:space="preserve"> [2EIT]</w:t>
      </w:r>
      <w:r>
        <w:rPr/>
        <w:t>.</w:t>
      </w:r>
    </w:p>
    <w:p>
      <w:pPr>
        <w:pStyle w:val="Yellow"/>
        <w:rPr/>
      </w:pPr>
      <w:r>
        <w:rPr/>
        <w:t xml:space="preserve">(Pr8:12 Wisdom impersonated “I, wisdom”) </w:t>
      </w:r>
      <w:r>
        <w:rPr>
          <w:b/>
        </w:rPr>
        <w:t xml:space="preserve">Proverbs 8:36</w:t>
      </w:r>
      <w:r>
        <w:rPr/>
        <w:t xml:space="preserve"> — But </w:t>
      </w:r>
      <w:r>
        <w:rPr>
          <w:shd w:fill="B7DDE8" w:val="clear"/>
        </w:rPr>
        <w:t xml:space="preserve">he who fails to find {me} harms himself</w:t>
      </w:r>
      <w:r>
        <w:rPr>
          <w:b w:val="false"/>
          <w:i w:val="false"/>
          <w:color w:val="000000"/>
          <w:u w:val="none"/>
        </w:rPr>
        <w:t xml:space="preserve"> [1IUW]</w:t>
      </w:r>
      <w:r>
        <w:rPr/>
        <w:t xml:space="preserve">; </w:t>
      </w:r>
      <w:r>
        <w:rPr>
          <w:shd w:fill="F4B183" w:val="clear" w:color="auto"/>
          <w:color w:val="000000"/>
        </w:rPr>
        <w:t xml:space="preserve">all who hate me love death</w:t>
      </w:r>
      <w:r>
        <w:rPr>
          <w:b w:val="false"/>
          <w:i w:val="false"/>
          <w:color w:val="000000"/>
          <w:u w:val="none"/>
          <w:shd w:val="clear" w:color="auto" w:fill="F4B183"/>
        </w:rPr>
        <w:t xml:space="preserve"> [1IUX]</w:t>
      </w:r>
      <w:r>
        <w:rPr/>
        <w:t xml:space="preserve">.”</w:t>
      </w:r>
    </w:p>
    <w:p>
      <w:pPr>
        <w:pStyle w:val="Yellow"/>
        <w:rPr/>
      </w:pPr>
      <w:r>
        <w:rPr>
          <w:b/>
        </w:rPr>
        <w:t xml:space="preserve">Proverbs 9:8–9</w:t>
      </w:r>
      <w:r>
        <w:rPr/>
        <w:t xml:space="preserve"> — </w:t>
      </w:r>
      <w:r>
        <w:rPr>
          <w:shd w:fill="B7DDE8" w:val="clear"/>
        </w:rPr>
        <w:t xml:space="preserve">Do not rebuke a mocker, or he will hate you</w:t>
      </w:r>
      <w:r>
        <w:rPr>
          <w:b w:val="false"/>
          <w:i w:val="false"/>
          <w:u w:val="none"/>
          <w:color w:val="000000"/>
        </w:rPr>
        <w:t xml:space="preserve"> [1HIW]</w:t>
      </w:r>
      <w:r>
        <w:rPr/>
        <w:t xml:space="preserve">; </w:t>
      </w:r>
      <w:r>
        <w:rPr>
          <w:shd w:fill="B7DDE8" w:val="clear"/>
        </w:rPr>
        <w:t xml:space="preserve">rebuke a wise man, and he will love you</w:t>
      </w:r>
      <w:r>
        <w:rPr>
          <w:b w:val="false"/>
          <w:i w:val="false"/>
          <w:color w:val="000000"/>
          <w:u w:val="none"/>
        </w:rPr>
        <w:t xml:space="preserve"> [1HIX]</w:t>
      </w:r>
      <w:r>
        <w:rPr/>
        <w:t xml:space="preserve">. </w:t>
      </w:r>
      <w:r>
        <w:rPr>
          <w:shd w:fill="B7DDE8" w:val="clear"/>
        </w:rPr>
        <w:t xml:space="preserve">Instruct a wise man, and he will be wiser still</w:t>
      </w:r>
      <w:r>
        <w:rPr>
          <w:b w:val="false"/>
          <w:i w:val="false"/>
          <w:color w:val="000000"/>
          <w:u w:val="none"/>
        </w:rPr>
        <w:t xml:space="preserve"> [1HIY]</w:t>
      </w:r>
      <w:r>
        <w:rPr/>
        <w:t xml:space="preserve">; </w:t>
      </w:r>
      <w:r>
        <w:rPr>
          <w:shd w:fill="B7DDE8" w:val="clear"/>
        </w:rPr>
        <w:t xml:space="preserve">teach a righteous man, and he will increase his learning</w:t>
      </w:r>
      <w:r>
        <w:rPr>
          <w:b w:val="false"/>
          <w:i w:val="false"/>
          <w:color w:val="000000"/>
          <w:u w:val="none"/>
        </w:rPr>
        <w:t xml:space="preserve"> [1HIZ]</w:t>
      </w:r>
      <w:r>
        <w:rPr/>
        <w:t xml:space="preserve">.</w:t>
      </w:r>
    </w:p>
    <w:p>
      <w:pPr>
        <w:pStyle w:val="Yellow"/>
        <w:rPr/>
      </w:pPr>
      <w:r>
        <w:rPr>
          <w:b/>
        </w:rPr>
        <w:t>Proverbs 10:17</w:t>
      </w:r>
      <w:r>
        <w:rPr/>
        <w:t xml:space="preserve"> — </w:t>
      </w:r>
      <w:r>
        <w:rPr>
          <w:shd w:fill="B7DDE8" w:val="clear"/>
        </w:rPr>
        <w:t>Whoever heeds instruction is on the path to life</w:t>
      </w:r>
      <w:r>
        <w:rPr>
          <w:b w:val="false"/>
          <w:i w:val="false"/>
          <w:color w:val="000000"/>
          <w:u w:val="none"/>
        </w:rPr>
        <w:t xml:space="preserve"> [1VK]</w:t>
      </w:r>
      <w:r>
        <w:rPr/>
        <w:t xml:space="preserve">, but </w:t>
      </w:r>
      <w:r>
        <w:rPr>
          <w:shd w:fill="B7DDE8" w:val="clear"/>
        </w:rPr>
        <w:t xml:space="preserve">he who ignores </w:t>
      </w:r>
      <w:r>
        <w:rPr>
          <w:shd w:fill="B7DDE8" w:val="clear"/>
        </w:rPr>
        <w:t>reproof</w:t>
      </w:r>
      <w:r>
        <w:rPr>
          <w:shd w:fill="B7DDE8" w:val="clear"/>
        </w:rPr>
        <w:t xml:space="preserve"> goes astray</w:t>
      </w:r>
      <w:r>
        <w:rPr>
          <w:b w:val="false"/>
          <w:i w:val="false"/>
          <w:color w:val="000000"/>
          <w:u w:val="none"/>
        </w:rPr>
        <w:t xml:space="preserve"> [1VL]</w:t>
      </w:r>
      <w:r>
        <w:rPr/>
        <w:t>.</w:t>
      </w:r>
    </w:p>
    <w:p>
      <w:pPr>
        <w:pStyle w:val="Yellow"/>
        <w:rPr/>
      </w:pPr>
      <w:r>
        <w:rPr>
          <w:b/>
        </w:rPr>
        <w:t xml:space="preserve">Proverbs 13:14</w:t>
      </w:r>
      <w:r>
        <w:rPr/>
        <w:t xml:space="preserve"> — </w:t>
      </w:r>
      <w:r>
        <w:rPr>
          <w:shd w:fill="B7DDE8" w:val="clear"/>
        </w:rPr>
        <w:t xml:space="preserve">The teaching of the wise is a fountain of life</w:t>
      </w:r>
      <w:r>
        <w:rPr>
          <w:b w:val="false"/>
          <w:i w:val="false"/>
          <w:u w:val="none"/>
          <w:color w:val="000000"/>
        </w:rPr>
        <w:t xml:space="preserve"> [1HIO]</w:t>
      </w:r>
      <w:r>
        <w:rPr/>
        <w:t xml:space="preserve">, </w:t>
      </w:r>
      <w:r>
        <w:rPr>
          <w:shd w:fill="B7DDE8" w:val="clear"/>
        </w:rPr>
        <w:t xml:space="preserve">turning one from the snares of death</w:t>
      </w:r>
      <w:r>
        <w:rPr>
          <w:b w:val="false"/>
          <w:i w:val="false"/>
          <w:color w:val="000000"/>
          <w:u w:val="none"/>
        </w:rPr>
        <w:t xml:space="preserve"> [2HIP]</w:t>
      </w:r>
      <w:r>
        <w:rPr/>
        <w:t xml:space="preserve">.</w:t>
      </w:r>
    </w:p>
    <w:p>
      <w:pPr>
        <w:pStyle w:val="Yellow"/>
        <w:rPr/>
      </w:pPr>
      <w:r>
        <w:rPr>
          <w:b/>
        </w:rPr>
        <w:t xml:space="preserve">Proverbs 13:20</w:t>
      </w:r>
      <w:r>
        <w:rPr/>
        <w:t xml:space="preserve"> — </w:t>
      </w:r>
      <w:r>
        <w:rPr>
          <w:shd w:fill="B7DDE8" w:val="clear"/>
        </w:rPr>
        <w:t xml:space="preserve">He who walks with the wise will become wise</w:t>
      </w:r>
      <w:r>
        <w:rPr>
          <w:b w:val="false"/>
          <w:i w:val="false"/>
          <w:color w:val="000000"/>
          <w:u w:val="none"/>
        </w:rPr>
        <w:t xml:space="preserve"> [1HHZ]</w:t>
      </w:r>
      <w:r>
        <w:rPr/>
        <w:t xml:space="preserve">, but </w:t>
      </w:r>
      <w:r>
        <w:rPr>
          <w:shd w:fill="B7DDE8" w:val="clear"/>
        </w:rPr>
        <w:t xml:space="preserve">the companion of fools will be destroyed</w:t>
      </w:r>
      <w:r>
        <w:rPr>
          <w:b w:val="false"/>
          <w:i w:val="false"/>
          <w:color w:val="000000"/>
          <w:u w:val="none"/>
        </w:rPr>
        <w:t xml:space="preserve"> [1HIA]</w:t>
      </w:r>
      <w:r>
        <w:rPr/>
        <w:t xml:space="preserve">.</w:t>
      </w:r>
    </w:p>
    <w:p>
      <w:pPr>
        <w:pStyle w:val="Yellow"/>
        <w:rPr/>
      </w:pPr>
      <w:r>
        <w:rPr>
          <w:b/>
        </w:rPr>
        <w:t xml:space="preserve">Proverbs 14:6</w:t>
      </w:r>
      <w:r>
        <w:rPr/>
        <w:t xml:space="preserve"> — </w:t>
      </w:r>
      <w:r>
        <w:rPr>
          <w:shd w:fill="B7DDE8" w:val="clear"/>
        </w:rPr>
        <w:t xml:space="preserve">A mocker seeks wisdom and finds none</w:t>
      </w:r>
      <w:r>
        <w:rPr>
          <w:b w:val="false"/>
          <w:i w:val="false"/>
          <w:color w:val="000000"/>
          <w:u w:val="none"/>
        </w:rPr>
        <w:t xml:space="preserve"> [1HJC]</w:t>
      </w:r>
      <w:r>
        <w:rPr/>
        <w:t xml:space="preserve">, but </w:t>
      </w:r>
      <w:r>
        <w:rPr>
          <w:shd w:fill="B7DDE8" w:val="clear"/>
        </w:rPr>
        <w:t xml:space="preserve">knowledge comes easily to the discerning</w:t>
      </w:r>
      <w:r>
        <w:rPr>
          <w:b w:val="false"/>
          <w:i w:val="false"/>
          <w:color w:val="000000"/>
          <w:u w:val="none"/>
        </w:rPr>
        <w:t xml:space="preserve"> [1HJD]</w:t>
      </w:r>
      <w:r>
        <w:rPr/>
        <w:t xml:space="preserve">.</w:t>
      </w:r>
    </w:p>
    <w:p>
      <w:pPr>
        <w:pStyle w:val="Yellow"/>
        <w:rPr/>
      </w:pPr>
      <w:r>
        <w:rPr>
          <w:b/>
        </w:rPr>
        <w:t xml:space="preserve">Proverbs 15:24</w:t>
      </w:r>
      <w:r>
        <w:rPr/>
        <w:t xml:space="preserve"> — </w:t>
      </w:r>
      <w:r>
        <w:rPr>
          <w:shd w:fill="B7DDE8" w:val="clear"/>
        </w:rPr>
        <w:t xml:space="preserve">The path of life leads upward for the wise</w:t>
      </w:r>
      <w:r>
        <w:rPr>
          <w:b w:val="false"/>
          <w:i w:val="false"/>
          <w:color w:val="000000"/>
          <w:u w:val="none"/>
        </w:rPr>
        <w:t xml:space="preserve"> [1HIM]</w:t>
      </w:r>
      <w:r>
        <w:rPr/>
        <w:t xml:space="preserve">, </w:t>
      </w:r>
      <w:r>
        <w:rPr>
          <w:shd w:fill="B7DDE8" w:val="clear"/>
        </w:rPr>
        <w:t xml:space="preserve">that he may avoid going down to Sheol</w:t>
      </w:r>
      <w:r>
        <w:rPr>
          <w:b w:val="false"/>
          <w:i w:val="false"/>
          <w:color w:val="000000"/>
          <w:u w:val="none"/>
        </w:rPr>
        <w:t xml:space="preserve"> [1HIN]</w:t>
      </w:r>
      <w:r>
        <w:rPr/>
        <w:t xml:space="preserve">.</w:t>
      </w:r>
    </w:p>
    <w:p>
      <w:pPr>
        <w:pStyle w:val="Yellow"/>
        <w:rPr/>
      </w:pPr>
      <w:r>
        <w:rPr>
          <w:b/>
          <w:shd w:val="clear" w:color="auto" w:fill="C00000"/>
          <w:color w:val="FFFFFF"/>
        </w:rPr>
        <w:t xml:space="preserve">Proverbs 15:31</w:t>
      </w:r>
      <w:r>
        <w:rPr>
          <w:shd w:val="clear" w:color="auto" w:fill="C00000"/>
          <w:color w:val="FFFFFF"/>
        </w:rPr>
        <w:t xml:space="preserve"> — </w:t>
      </w:r>
      <w:r>
        <w:rPr>
          <w:shd w:val="clear" w:color="auto" w:fill="C00000"/>
          <w:color w:val="FFFFFF"/>
        </w:rPr>
        <w:t xml:space="preserve">He who listens to life-giving reproof will dwell among the wise</w:t>
      </w:r>
      <w:r>
        <w:rPr>
          <w:b w:val="false"/>
          <w:i w:val="false"/>
          <w:u w:val="none"/>
          <w:shd w:val="clear" w:color="auto" w:fill="C00000"/>
          <w:color w:val="FFFFFF"/>
        </w:rPr>
        <w:t xml:space="preserve"> [1HIS]</w:t>
      </w:r>
      <w:r>
        <w:rPr>
          <w:shd w:val="clear" w:color="auto" w:fill="C00000"/>
          <w:color w:val="FFFFFF"/>
        </w:rPr>
        <w:t xml:space="preserve">.</w:t>
      </w:r>
    </w:p>
    <w:p>
      <w:pPr>
        <w:pStyle w:val="Yellow"/>
        <w:rPr/>
      </w:pPr>
      <w:r>
        <w:rPr>
          <w:b/>
        </w:rPr>
        <w:t xml:space="preserve">Proverbs 15:32</w:t>
      </w:r>
      <w:r>
        <w:rPr/>
        <w:t xml:space="preserve"> — </w:t>
      </w:r>
      <w:r>
        <w:rPr>
          <w:shd w:fill="B7DDE8" w:val="clear"/>
        </w:rPr>
        <w:t xml:space="preserve">He who ignores discipline despises himself</w:t>
      </w:r>
      <w:r>
        <w:rPr>
          <w:b w:val="false"/>
          <w:i w:val="false"/>
          <w:color w:val="000000"/>
          <w:u w:val="none"/>
        </w:rPr>
        <w:t xml:space="preserve"> [1HPB]</w:t>
      </w:r>
      <w:r>
        <w:rPr>
          <w:shd w:val="clear" w:color="auto" w:fill="548235"/>
          <w:color w:val="FFFFFF"/>
        </w:rPr>
        <w:t xml:space="preserve">, but </w:t>
      </w:r>
      <w:r>
        <w:rPr>
          <w:shd w:fill="548235" w:val="clear" w:color="auto"/>
          <w:color w:val="FFFFFF"/>
        </w:rPr>
        <w:t xml:space="preserve">whoever heeds correction gains understanding</w:t>
      </w:r>
      <w:r>
        <w:rPr>
          <w:b w:val="false"/>
          <w:i w:val="false"/>
          <w:color w:val="FFFFFF"/>
          <w:u w:val="none"/>
          <w:shd w:val="clear" w:color="auto" w:fill="548235"/>
        </w:rPr>
        <w:t xml:space="preserve"> [1HPC]</w:t>
      </w:r>
      <w:r>
        <w:rPr>
          <w:shd w:val="clear" w:color="auto" w:fill="548235"/>
          <w:color w:val="FFFFFF"/>
        </w:rPr>
        <w:t xml:space="preserve">.</w:t>
      </w:r>
    </w:p>
    <w:p>
      <w:pPr>
        <w:pStyle w:val="Yellow"/>
        <w:rPr/>
      </w:pPr>
      <w:r>
        <w:rPr>
          <w:b/>
        </w:rPr>
        <w:t xml:space="preserve">Proverbs 15:33</w:t>
      </w:r>
      <w:r>
        <w:rPr/>
        <w:t xml:space="preserve"> — </w:t>
      </w:r>
      <w:r>
        <w:rPr>
          <w:shd w:fill="B7DDE8" w:val="clear"/>
        </w:rPr>
        <w:t xml:space="preserve">The fear of the LORD is the instruction of wisdom</w:t>
      </w:r>
      <w:r>
        <w:rPr>
          <w:b w:val="false"/>
          <w:i w:val="false"/>
          <w:u w:val="none"/>
          <w:color w:val="000000"/>
        </w:rPr>
        <w:t xml:space="preserve"> [1HDL]</w:t>
      </w:r>
      <w:r>
        <w:rPr/>
        <w:t xml:space="preserve">, and </w:t>
      </w:r>
      <w:r>
        <w:rPr>
          <w:shd w:fill="B7DDE8" w:val="clear"/>
        </w:rPr>
        <w:t xml:space="preserve">humility comes before honor</w:t>
      </w:r>
      <w:r>
        <w:rPr>
          <w:b w:val="false"/>
          <w:i w:val="false"/>
          <w:color w:val="000000"/>
          <w:u w:val="none"/>
        </w:rPr>
        <w:t xml:space="preserve"> [2HDM]</w:t>
      </w:r>
      <w:r>
        <w:rPr/>
        <w:t xml:space="preserve">.</w:t>
      </w:r>
    </w:p>
    <w:p>
      <w:pPr>
        <w:pStyle w:val="Yellow"/>
        <w:rPr/>
      </w:pPr>
      <w:r>
        <w:rPr>
          <w:b/>
        </w:rPr>
        <w:t xml:space="preserve">Proverbs 16:22</w:t>
      </w:r>
      <w:r>
        <w:rPr/>
        <w:t xml:space="preserve"> — </w:t>
      </w:r>
      <w:r>
        <w:rPr>
          <w:shd w:fill="B7DDE8" w:val="clear"/>
        </w:rPr>
        <w:t xml:space="preserve">Understanding is a fountain of life to its possessor</w:t>
      </w:r>
      <w:r>
        <w:rPr>
          <w:b w:val="false"/>
          <w:i w:val="false"/>
          <w:color w:val="000000"/>
          <w:u w:val="none"/>
        </w:rPr>
        <w:t xml:space="preserve"> [1HPF]</w:t>
      </w:r>
      <w:r>
        <w:rPr/>
        <w:t xml:space="preserve">, but </w:t>
      </w:r>
      <w:r>
        <w:rPr>
          <w:shd w:fill="B7DDE8" w:val="clear"/>
        </w:rPr>
        <w:t xml:space="preserve">the discipline of fools is folly</w:t>
      </w:r>
      <w:r>
        <w:rPr>
          <w:b w:val="false"/>
          <w:i w:val="false"/>
          <w:color w:val="000000"/>
          <w:u w:val="none"/>
        </w:rPr>
        <w:t xml:space="preserve"> [1HPG]</w:t>
      </w:r>
      <w:r>
        <w:rPr/>
        <w:t xml:space="preserve">.</w:t>
      </w:r>
    </w:p>
    <w:p>
      <w:pPr>
        <w:pStyle w:val="Yellow"/>
        <w:rPr/>
      </w:pPr>
      <w:r>
        <w:rPr>
          <w:b/>
        </w:rPr>
        <w:t xml:space="preserve">Proverbs 18:15</w:t>
      </w:r>
      <w:r>
        <w:rPr/>
        <w:t xml:space="preserve"> — </w:t>
      </w:r>
      <w:r>
        <w:rPr>
          <w:shd w:fill="B7DDE8" w:val="clear"/>
        </w:rPr>
        <w:t xml:space="preserve">The heart of the discerning acquires knowledge</w:t>
      </w:r>
      <w:r>
        <w:rPr>
          <w:b w:val="false"/>
          <w:i w:val="false"/>
          <w:color w:val="000000"/>
          <w:u w:val="none"/>
        </w:rPr>
        <w:t xml:space="preserve"> [1HJA]</w:t>
      </w:r>
      <w:r>
        <w:rPr/>
        <w:t xml:space="preserve">, and </w:t>
      </w:r>
      <w:r>
        <w:rPr>
          <w:shd w:fill="B7DDE8" w:val="clear"/>
        </w:rPr>
        <w:t xml:space="preserve">the ear of the wise seeks it out</w:t>
      </w:r>
      <w:r>
        <w:rPr>
          <w:b w:val="false"/>
          <w:i w:val="false"/>
          <w:color w:val="000000"/>
          <w:u w:val="none"/>
        </w:rPr>
        <w:t xml:space="preserve"> [1HJB]</w:t>
      </w:r>
      <w:r>
        <w:rPr/>
        <w:t xml:space="preserve">.</w:t>
      </w:r>
    </w:p>
    <w:p>
      <w:pPr>
        <w:pStyle w:val="Yellow"/>
        <w:rPr/>
      </w:pPr>
      <w:r>
        <w:rPr>
          <w:b/>
        </w:rPr>
        <w:t xml:space="preserve">Proverbs 19:8</w:t>
      </w:r>
      <w:r>
        <w:rPr/>
        <w:t xml:space="preserve"> — </w:t>
      </w:r>
      <w:r>
        <w:rPr>
          <w:shd w:fill="B7DDE8" w:val="clear"/>
        </w:rPr>
        <w:t xml:space="preserve">He who acquires wisdom loves himself</w:t>
      </w:r>
      <w:r>
        <w:rPr>
          <w:b w:val="false"/>
          <w:i w:val="false"/>
          <w:color w:val="000000"/>
          <w:u w:val="none"/>
        </w:rPr>
        <w:t xml:space="preserve"> [1HNC]</w:t>
      </w:r>
      <w:r>
        <w:rPr/>
        <w:t xml:space="preserve">; </w:t>
      </w:r>
      <w:r>
        <w:rPr>
          <w:shd w:fill="B7DDE8" w:val="clear"/>
        </w:rPr>
        <w:t xml:space="preserve">one who safeguards understanding will find success</w:t>
      </w:r>
      <w:r>
        <w:rPr>
          <w:b w:val="false"/>
          <w:i w:val="false"/>
          <w:color w:val="000000"/>
          <w:u w:val="none"/>
        </w:rPr>
        <w:t xml:space="preserve"> [1HND]</w:t>
      </w:r>
      <w:r>
        <w:rPr/>
        <w:t xml:space="preserve">.</w:t>
      </w:r>
    </w:p>
    <w:p>
      <w:pPr>
        <w:pStyle w:val="Yellow"/>
        <w:rPr/>
      </w:pPr>
      <w:r>
        <w:rPr>
          <w:b/>
        </w:rPr>
        <w:t xml:space="preserve">Proverbs 19:25</w:t>
      </w:r>
      <w:r>
        <w:rPr/>
        <w:t xml:space="preserve"> — </w:t>
      </w:r>
      <w:r>
        <w:rPr>
          <w:shd w:fill="B7DDE8" w:val="clear"/>
        </w:rPr>
        <w:t xml:space="preserve">Strike a mocker, and the simple will beware</w:t>
      </w:r>
      <w:r>
        <w:rPr>
          <w:b w:val="false"/>
          <w:i w:val="false"/>
          <w:u w:val="none"/>
          <w:color w:val="000000"/>
        </w:rPr>
        <w:t xml:space="preserve"> [1HJG]</w:t>
      </w:r>
      <w:r>
        <w:rPr/>
        <w:t xml:space="preserve">; </w:t>
      </w:r>
      <w:r>
        <w:rPr>
          <w:shd w:fill="B7DDE8" w:val="clear"/>
        </w:rPr>
        <w:t xml:space="preserve">rebuke the discerning man, and he will gain knowledge</w:t>
      </w:r>
      <w:r>
        <w:rPr>
          <w:b w:val="false"/>
          <w:i w:val="false"/>
          <w:color w:val="000000"/>
          <w:u w:val="none"/>
        </w:rPr>
        <w:t xml:space="preserve"> [1HJH]</w:t>
      </w:r>
      <w:r>
        <w:rPr/>
        <w:t xml:space="preserve">.</w:t>
      </w:r>
    </w:p>
    <w:p>
      <w:pPr>
        <w:pStyle w:val="Yellow"/>
        <w:rPr/>
      </w:pPr>
      <w:r>
        <w:rPr>
          <w:b/>
        </w:rPr>
        <w:t xml:space="preserve">Proverbs 20:30</w:t>
      </w:r>
      <w:r>
        <w:rPr/>
        <w:t xml:space="preserve"> — </w:t>
      </w:r>
      <w:r>
        <w:rPr>
          <w:shd w:fill="B7DDE8" w:val="clear"/>
        </w:rPr>
        <w:t xml:space="preserve">Lashes and wounds scour evil</w:t>
      </w:r>
      <w:r>
        <w:rPr>
          <w:b w:val="false"/>
          <w:i w:val="false"/>
          <w:color w:val="000000"/>
          <w:u w:val="none"/>
        </w:rPr>
        <w:t xml:space="preserve"> [1HSE]</w:t>
      </w:r>
      <w:r>
        <w:rPr/>
        <w:t xml:space="preserve">, and </w:t>
      </w:r>
      <w:r>
        <w:rPr>
          <w:shd w:fill="B7DDE8" w:val="clear"/>
        </w:rPr>
        <w:t xml:space="preserve">beatings cleanse the inmost parts</w:t>
      </w:r>
      <w:r>
        <w:rPr>
          <w:b w:val="false"/>
          <w:i w:val="false"/>
          <w:color w:val="000000"/>
          <w:u w:val="none"/>
        </w:rPr>
        <w:t xml:space="preserve"> [1HSF]</w:t>
      </w:r>
      <w:r>
        <w:rPr/>
        <w:t xml:space="preserve">.</w:t>
      </w:r>
    </w:p>
    <w:p>
      <w:pPr>
        <w:pStyle w:val="Yellow"/>
        <w:rPr/>
      </w:pPr>
      <w:r>
        <w:rPr>
          <w:b/>
        </w:rPr>
        <w:t xml:space="preserve">Proverbs 21:11</w:t>
      </w:r>
      <w:r>
        <w:rPr/>
        <w:t xml:space="preserve"> — </w:t>
      </w:r>
      <w:r>
        <w:rPr>
          <w:shd w:fill="B7DDE8" w:val="clear"/>
        </w:rPr>
        <w:t xml:space="preserve">When a mocker is punished, the simple gain wisdom</w:t>
      </w:r>
      <w:r>
        <w:rPr>
          <w:b w:val="false"/>
          <w:i w:val="false"/>
          <w:color w:val="000000"/>
          <w:u w:val="none"/>
        </w:rPr>
        <w:t xml:space="preserve"> [1HJE]</w:t>
      </w:r>
      <w:r>
        <w:rPr>
          <w:shd w:val="clear" w:color="auto" w:fill="548235"/>
          <w:color w:val="FFFFFF"/>
        </w:rPr>
        <w:t xml:space="preserve">; and </w:t>
      </w:r>
      <w:r>
        <w:rPr>
          <w:shd w:fill="548235" w:val="clear" w:color="auto"/>
          <w:color w:val="FFFFFF"/>
        </w:rPr>
        <w:t xml:space="preserve">when a wise man is instructed, he acquires knowledge</w:t>
      </w:r>
      <w:r>
        <w:rPr>
          <w:b w:val="false"/>
          <w:i w:val="false"/>
          <w:color w:val="FFFFFF"/>
          <w:u w:val="none"/>
          <w:shd w:val="clear" w:color="auto" w:fill="548235"/>
        </w:rPr>
        <w:t xml:space="preserve"> [1HJF]</w:t>
      </w:r>
      <w:r>
        <w:rPr>
          <w:shd w:val="clear" w:color="auto" w:fill="548235"/>
          <w:color w:val="FFFFFF"/>
        </w:rPr>
        <w:t xml:space="preserve">.</w:t>
      </w:r>
    </w:p>
    <w:p>
      <w:pPr>
        <w:pStyle w:val="Yellow"/>
        <w:rPr/>
      </w:pPr>
      <w:r>
        <w:rPr>
          <w:b/>
        </w:rPr>
        <w:t xml:space="preserve">Proverbs 24:21–22</w:t>
      </w:r>
      <w:r>
        <w:rPr/>
        <w:t xml:space="preserve"> — My son, </w:t>
      </w:r>
      <w:r>
        <w:rPr>
          <w:shd w:fill="B7DDE8" w:val="clear"/>
        </w:rPr>
        <w:t xml:space="preserve">fear the LORD and the king</w:t>
      </w:r>
      <w:r>
        <w:rPr>
          <w:b w:val="false"/>
          <w:i w:val="false"/>
          <w:color w:val="000000"/>
          <w:u w:val="none"/>
        </w:rPr>
        <w:t xml:space="preserve"> [1JTQ]</w:t>
      </w:r>
      <w:r>
        <w:rPr/>
        <w:t xml:space="preserve">, and </w:t>
      </w:r>
      <w:r>
        <w:rPr>
          <w:shd w:fill="B7DDE8" w:val="clear"/>
        </w:rPr>
        <w:t xml:space="preserve">do not associate with the rebellious</w:t>
      </w:r>
      <w:r>
        <w:rPr>
          <w:b w:val="false"/>
          <w:i w:val="false"/>
          <w:color w:val="000000"/>
          <w:u w:val="none"/>
        </w:rPr>
        <w:t xml:space="preserve"> [1JTR]</w:t>
      </w:r>
      <w:r>
        <w:rPr/>
        <w:t xml:space="preserve">. For </w:t>
      </w:r>
      <w:r>
        <w:rPr>
          <w:shd w:fill="B7DDE8" w:val="clear"/>
        </w:rPr>
        <w:t xml:space="preserve">they will bring sudden destruction</w:t>
      </w:r>
      <w:r>
        <w:rPr>
          <w:b w:val="false"/>
          <w:i w:val="false"/>
          <w:u w:val="none"/>
          <w:color w:val="000000"/>
        </w:rPr>
        <w:t xml:space="preserve"> [1JTS]</w:t>
      </w:r>
      <w:r>
        <w:rPr/>
        <w:t xml:space="preserve">.</w:t>
      </w:r>
    </w:p>
    <w:p>
      <w:pPr>
        <w:pStyle w:val="Yellow"/>
        <w:rPr/>
      </w:pPr>
      <w:r>
        <w:rPr>
          <w:b/>
        </w:rPr>
        <w:t xml:space="preserve">Proverbs 28:26</w:t>
      </w:r>
      <w:r>
        <w:rPr/>
        <w:t xml:space="preserve"> — </w:t>
      </w:r>
      <w:r>
        <w:rPr>
          <w:shd w:fill="B7DDE8" w:val="clear"/>
        </w:rPr>
        <w:t xml:space="preserve">He who trusts in himself is a fool</w:t>
      </w:r>
      <w:r>
        <w:rPr>
          <w:b w:val="false"/>
          <w:i w:val="false"/>
          <w:color w:val="000000"/>
          <w:u w:val="none"/>
        </w:rPr>
        <w:t xml:space="preserve"> [1HOB]</w:t>
      </w:r>
      <w:r>
        <w:rPr/>
        <w:t xml:space="preserve">, but </w:t>
      </w:r>
      <w:r>
        <w:rPr>
          <w:shd w:fill="F4B183" w:val="clear" w:color="auto"/>
          <w:color w:val="000000"/>
        </w:rPr>
        <w:t xml:space="preserve">one who walks in wisdom will be safe</w:t>
      </w:r>
      <w:r>
        <w:rPr>
          <w:b w:val="false"/>
          <w:i w:val="false"/>
          <w:color w:val="000000"/>
          <w:u w:val="none"/>
          <w:shd w:val="clear" w:color="auto" w:fill="F4B183"/>
        </w:rPr>
        <w:t xml:space="preserve"> [1HOC]</w:t>
      </w:r>
      <w:r>
        <w:rPr/>
        <w:t xml:space="preserve">.</w:t>
      </w:r>
    </w:p>
    <w:p>
      <w:pPr>
        <w:pStyle w:val="Yellow"/>
        <w:rPr/>
      </w:pPr>
      <w:r>
        <w:rPr>
          <w:b/>
          <w:shd w:val="clear" w:color="auto" w:fill="548235"/>
          <w:color w:val="FFFFFF"/>
        </w:rPr>
        <w:t xml:space="preserve">Ecclesiastes 7:5</w:t>
      </w:r>
      <w:r>
        <w:rPr>
          <w:shd w:val="clear" w:color="auto" w:fill="548235"/>
          <w:color w:val="FFFFFF"/>
        </w:rPr>
        <w:t xml:space="preserve"> — </w:t>
      </w:r>
      <w:r>
        <w:rPr>
          <w:shd w:fill="548235" w:val="clear" w:color="auto"/>
          <w:color w:val="FFFFFF"/>
        </w:rPr>
        <w:t xml:space="preserve">It is better to heed a wise man’s rebuke than to listen to the song of fools</w:t>
      </w:r>
      <w:r>
        <w:rPr>
          <w:b w:val="false"/>
          <w:i w:val="false"/>
          <w:color w:val="FFFFFF"/>
          <w:u w:val="none"/>
          <w:shd w:val="clear" w:color="auto" w:fill="548235"/>
        </w:rPr>
        <w:t xml:space="preserve"> [1HIL]</w:t>
      </w:r>
      <w:r>
        <w:rPr>
          <w:shd w:val="clear" w:color="auto" w:fill="548235"/>
          <w:color w:val="FFFFFF"/>
        </w:rPr>
        <w:t xml:space="preserve">.</w:t>
      </w:r>
    </w:p>
    <w:p>
      <w:pPr>
        <w:pStyle w:val="Green"/>
        <w:rPr/>
      </w:pPr>
      <w:r>
        <w:rPr>
          <w:u w:val="none"/>
        </w:rPr>
        <w:t xml:space="preserve">(Da2:20 “God”) </w:t>
      </w:r>
      <w:r>
        <w:rPr>
          <w:b/>
          <w:u w:val="none"/>
        </w:rPr>
        <w:t xml:space="preserve">Daniel 2:21</w:t>
      </w:r>
      <w:r>
        <w:rPr>
          <w:u w:val="none"/>
        </w:rPr>
        <w:t xml:space="preserve"> — </w:t>
      </w:r>
      <w:r>
        <w:rPr>
          <w:u w:val="none"/>
          <w:shd w:fill="B7DDE8" w:val="clear"/>
        </w:rPr>
        <w:t xml:space="preserve">{He} changes the times and seasons</w:t>
      </w:r>
      <w:r>
        <w:rPr>
          <w:b w:val="false"/>
          <w:i w:val="false"/>
          <w:color w:val="000000"/>
          <w:u w:val="none"/>
        </w:rPr>
        <w:t xml:space="preserve"> [1KSK]</w:t>
      </w:r>
      <w:r>
        <w:rPr>
          <w:u w:val="none"/>
        </w:rPr>
        <w:t xml:space="preserve">; </w:t>
      </w:r>
      <w:r>
        <w:rPr>
          <w:u w:val="none"/>
          <w:shd w:fill="B7DDE8" w:val="clear"/>
        </w:rPr>
        <w:t xml:space="preserve">He removes kings</w:t>
      </w:r>
      <w:r>
        <w:rPr>
          <w:b w:val="false"/>
          <w:i w:val="false"/>
          <w:color w:val="000000"/>
          <w:u w:val="none"/>
        </w:rPr>
        <w:t xml:space="preserve"> [1KSL]</w:t>
      </w:r>
      <w:r>
        <w:rPr>
          <w:u w:val="none"/>
        </w:rPr>
        <w:t xml:space="preserve"> and </w:t>
      </w:r>
      <w:r>
        <w:rPr>
          <w:u w:val="none"/>
          <w:shd w:fill="B7DDE8" w:val="clear"/>
        </w:rPr>
        <w:t xml:space="preserve">establishes them</w:t>
      </w:r>
      <w:r>
        <w:rPr>
          <w:b w:val="false"/>
          <w:i w:val="false"/>
          <w:color w:val="000000"/>
          <w:u w:val="none"/>
        </w:rPr>
        <w:t xml:space="preserve"> [1KSM]</w:t>
      </w:r>
      <w:r>
        <w:rPr>
          <w:u w:val="none"/>
        </w:rPr>
        <w:t xml:space="preserve">. </w:t>
      </w:r>
      <w:r>
        <w:rPr>
          <w:u w:val="none"/>
          <w:shd w:fill="B7DDE8" w:val="clear"/>
        </w:rPr>
        <w:t xml:space="preserve">He gives wisdom to the wise</w:t>
      </w:r>
      <w:r>
        <w:rPr>
          <w:b w:val="false"/>
          <w:i w:val="false"/>
          <w:u w:val="none"/>
          <w:color w:val="000000"/>
        </w:rPr>
        <w:t xml:space="preserve"> [1KSN]</w:t>
      </w:r>
      <w:r>
        <w:rPr>
          <w:u w:val="none"/>
        </w:rPr>
        <w:t xml:space="preserve"> and </w:t>
      </w:r>
      <w:r>
        <w:rPr>
          <w:u w:val="none"/>
          <w:shd w:fill="B7DDE8" w:val="clear"/>
        </w:rPr>
        <w:t xml:space="preserve">knowledge to the discerning</w:t>
      </w:r>
      <w:r>
        <w:rPr>
          <w:b w:val="false"/>
          <w:i w:val="false"/>
          <w:u w:val="none"/>
          <w:color w:val="000000"/>
        </w:rPr>
        <w:t xml:space="preserve"> [1KSO]</w:t>
      </w:r>
      <w:r>
        <w:rPr>
          <w:u w:val="none"/>
        </w:rPr>
        <w:t xml:space="preserve">.</w:t>
      </w:r>
    </w:p>
    <w:p>
      <w:pPr>
        <w:pStyle w:val="Yellow"/>
        <w:rPr/>
      </w:pPr>
      <w:r>
        <w:rPr>
          <w:shd w:val="clear" w:color="auto" w:fill="548235"/>
          <w:color w:val="FFFFFF"/>
        </w:rPr>
        <w:t xml:space="preserve">(Jn13:5 Jesus “began to wash the disciples’ feet”) </w:t>
      </w:r>
      <w:r>
        <w:rPr>
          <w:b/>
          <w:shd w:val="clear" w:color="auto" w:fill="548235"/>
          <w:color w:val="FFFFFF"/>
        </w:rPr>
        <w:t>John 13:7</w:t>
      </w:r>
      <w:r>
        <w:rPr>
          <w:shd w:val="clear" w:color="auto" w:fill="548235"/>
          <w:color w:val="FFFFFF"/>
        </w:rPr>
        <w:t xml:space="preserve"> — “</w:t>
      </w:r>
      <w:r>
        <w:rPr>
          <w:shd w:fill="548235" w:val="clear" w:color="auto"/>
          <w:color w:val="FFFFFF"/>
        </w:rPr>
        <w:t>You do not realize now {what I am doing}</w:t>
      </w:r>
      <w:r>
        <w:rPr>
          <w:b w:val="false"/>
          <w:i w:val="false"/>
          <w:color w:val="FFFFFF"/>
          <w:u w:val="none"/>
          <w:shd w:val="clear" w:color="auto" w:fill="548235"/>
        </w:rPr>
        <w:t xml:space="preserve"> [1LUW]</w:t>
      </w:r>
      <w:r>
        <w:rPr>
          <w:shd w:val="clear" w:color="auto" w:fill="548235"/>
          <w:color w:val="FFFFFF"/>
        </w:rPr>
        <w:t xml:space="preserve">, but </w:t>
      </w:r>
      <w:r>
        <w:rPr>
          <w:shd w:fill="548235" w:val="clear" w:color="auto"/>
          <w:color w:val="FFFFFF"/>
        </w:rPr>
        <w:t>later you will understand</w:t>
      </w:r>
      <w:r>
        <w:rPr>
          <w:b w:val="false"/>
          <w:i w:val="false"/>
          <w:color w:val="FFFFFF"/>
          <w:u w:val="none"/>
          <w:shd w:val="clear" w:color="auto" w:fill="548235"/>
        </w:rPr>
        <w:t xml:space="preserve"> [1LUX]</w:t>
      </w:r>
      <w:r>
        <w:rPr>
          <w:shd w:val="clear" w:color="auto" w:fill="548235"/>
          <w:color w:val="FFFFFF"/>
        </w:rPr>
        <w:t>.”</w:t>
      </w:r>
    </w:p>
    <w:p>
      <w:pPr>
        <w:pStyle w:val="Yellow"/>
        <w:rPr/>
      </w:pPr>
      <w:r>
        <w:rPr>
          <w:b/>
        </w:rPr>
        <w:t>Acts 7:9-10</w:t>
      </w:r>
      <w:r>
        <w:rPr/>
        <w:t xml:space="preserve"> — Because </w:t>
      </w:r>
      <w:r>
        <w:rPr>
          <w:shd w:val="clear" w:fill="B7DDE8"/>
        </w:rPr>
        <w:t>the patriarchs were jealous of Joseph</w:t>
      </w:r>
      <w:r>
        <w:rPr>
          <w:b w:val="false"/>
          <w:i w:val="false"/>
          <w:color w:val="000000"/>
          <w:u w:val="none"/>
        </w:rPr>
        <w:t xml:space="preserve"> [1DQZ]</w:t>
      </w:r>
      <w:r>
        <w:rPr/>
        <w:t xml:space="preserve">, </w:t>
      </w:r>
      <w:r>
        <w:rPr>
          <w:shd w:val="clear" w:fill="B7DDE8"/>
        </w:rPr>
        <w:t>they sold him as a slave into Egypt</w:t>
      </w:r>
      <w:r>
        <w:rPr>
          <w:b w:val="false"/>
          <w:i w:val="false"/>
          <w:color w:val="000000"/>
          <w:u w:val="none"/>
        </w:rPr>
        <w:t xml:space="preserve"> [1DRA]</w:t>
      </w:r>
      <w:r>
        <w:rPr/>
        <w:t xml:space="preserve">. But </w:t>
      </w:r>
      <w:r>
        <w:rPr>
          <w:shd w:val="clear" w:fill="B7DDE8"/>
        </w:rPr>
        <w:t>God was with him</w:t>
      </w:r>
      <w:r>
        <w:rPr>
          <w:b w:val="false"/>
          <w:i w:val="false"/>
          <w:u w:val="none"/>
          <w:color w:val="000000"/>
        </w:rPr>
        <w:t xml:space="preserve"> [5DRB]</w:t>
      </w:r>
      <w:r>
        <w:rPr/>
        <w:t xml:space="preserve"> and </w:t>
      </w:r>
      <w:r>
        <w:rPr>
          <w:shd w:val="clear" w:fill="B7DDE8"/>
        </w:rPr>
        <w:t>rescued {him} from all his troubles</w:t>
      </w:r>
      <w:r>
        <w:rPr>
          <w:b w:val="false"/>
          <w:i w:val="false"/>
          <w:color w:val="000000"/>
          <w:u w:val="none"/>
        </w:rPr>
        <w:t xml:space="preserve"> [1DRC]</w:t>
      </w:r>
      <w:r>
        <w:rPr/>
        <w:t xml:space="preserve">. </w:t>
      </w:r>
      <w:r>
        <w:rPr>
          <w:shd w:val="clear" w:fill="B7DDE8"/>
        </w:rPr>
        <w:t>He granted Joseph favor</w:t>
      </w:r>
      <w:r>
        <w:rPr>
          <w:b w:val="false"/>
          <w:i w:val="false"/>
          <w:color w:val="000000"/>
          <w:u w:val="none"/>
        </w:rPr>
        <w:t xml:space="preserve"> [1DRD]</w:t>
      </w:r>
      <w:r>
        <w:rPr/>
        <w:t xml:space="preserve"> and </w:t>
      </w:r>
      <w:r>
        <w:rPr>
          <w:shd w:val="clear" w:fill="B7DDE8"/>
        </w:rPr>
        <w:t>wisdom in the sight of Pharaoh king of Egypt</w:t>
      </w:r>
      <w:r>
        <w:rPr>
          <w:b w:val="false"/>
          <w:i w:val="false"/>
          <w:u w:val="none"/>
          <w:color w:val="000000"/>
        </w:rPr>
        <w:t xml:space="preserve"> [1DRE]</w:t>
      </w:r>
    </w:p>
    <w:p>
      <w:pPr>
        <w:pStyle w:val="Yellow"/>
        <w:rPr/>
      </w:pPr>
      <w:r>
        <w:rPr>
          <w:b/>
        </w:rPr>
        <w:t>Romans 11:33</w:t>
      </w:r>
      <w:r>
        <w:rPr/>
        <w:t xml:space="preserve"> — O, </w:t>
      </w:r>
      <w:r>
        <w:rPr>
          <w:shd w:val="clear" w:fill="B7DDE8"/>
        </w:rPr>
        <w:t>the depth of the riches of the wisdom and knowledge of God</w:t>
      </w:r>
      <w:r>
        <w:rPr>
          <w:b w:val="false"/>
          <w:i w:val="false"/>
          <w:color w:val="000000"/>
          <w:u w:val="none"/>
        </w:rPr>
        <w:t xml:space="preserve"> [1EMD]</w:t>
      </w:r>
      <w:r>
        <w:rPr/>
        <w:t xml:space="preserve">! </w:t>
      </w:r>
      <w:r>
        <w:rPr>
          <w:shd w:val="clear" w:fill="B7DDE8"/>
        </w:rPr>
        <w:t>How unsearchable are His judgments</w:t>
      </w:r>
      <w:r>
        <w:rPr>
          <w:b w:val="false"/>
          <w:i w:val="false"/>
          <w:color w:val="000000"/>
          <w:u w:val="none"/>
        </w:rPr>
        <w:t xml:space="preserve"> [1EME]</w:t>
      </w:r>
      <w:r>
        <w:rPr/>
        <w:t xml:space="preserve">, and </w:t>
      </w:r>
      <w:r>
        <w:rPr>
          <w:shd w:val="clear" w:fill="B7DDE8"/>
        </w:rPr>
        <w:t>untraceable His ways</w:t>
      </w:r>
      <w:r>
        <w:rPr>
          <w:b w:val="false"/>
          <w:i w:val="false"/>
          <w:color w:val="000000"/>
          <w:u w:val="none"/>
        </w:rPr>
        <w:t xml:space="preserve"> [1EMF]</w:t>
      </w:r>
      <w:r>
        <w:rPr/>
        <w:t>!</w:t>
      </w:r>
    </w:p>
    <w:p>
      <w:pPr>
        <w:pStyle w:val="Yellow"/>
        <w:rPr/>
      </w:pPr>
      <w:r>
        <w:rPr/>
        <w:t xml:space="preserve">(1Co1:23 “Christ crucified, a stumbling block to Jews and foolishness to Gentiles”) </w:t>
      </w:r>
      <w:r>
        <w:rPr>
          <w:b/>
        </w:rPr>
        <w:t>1 Corinthians 1:24</w:t>
      </w:r>
      <w:r>
        <w:rPr/>
        <w:t xml:space="preserve"> — {but} </w:t>
      </w:r>
      <w:r>
        <w:rPr>
          <w:shd w:fill="B7DDE8" w:val="clear"/>
        </w:rPr>
        <w:t xml:space="preserve">to those who are called, both Jews and Greeks, Christ the power of God and the </w:t>
      </w:r>
      <w:r>
        <w:rPr>
          <w:shd w:fill="B7DDE8" w:val="clear"/>
        </w:rPr>
        <w:t>wisdom</w:t>
      </w:r>
      <w:r>
        <w:rPr>
          <w:shd w:fill="B7DDE8" w:val="clear"/>
        </w:rPr>
        <w:t xml:space="preserve"> of God</w:t>
      </w:r>
      <w:r>
        <w:rPr>
          <w:b w:val="false"/>
          <w:i w:val="false"/>
          <w:color w:val="000000"/>
          <w:u w:val="none"/>
        </w:rPr>
        <w:t xml:space="preserve"> [1XN]</w:t>
      </w:r>
      <w:r>
        <w:rPr/>
        <w:t>.</w:t>
      </w:r>
    </w:p>
    <w:p>
      <w:pPr>
        <w:pStyle w:val="Yellow"/>
        <w:rPr/>
      </w:pPr>
      <w:r>
        <w:rPr/>
        <w:t xml:space="preserve">(1Co1:27 “God”) </w:t>
      </w:r>
      <w:r>
        <w:rPr>
          <w:b/>
        </w:rPr>
        <w:t>1 Corinthians 1:30</w:t>
      </w:r>
      <w:r>
        <w:rPr/>
        <w:t xml:space="preserve"> — </w:t>
      </w:r>
      <w:r>
        <w:rPr>
          <w:shd w:val="clear" w:fill="B7DDE8"/>
        </w:rPr>
        <w:t>It is because of {Him} that you are in Christ Jesus</w:t>
      </w:r>
      <w:r>
        <w:rPr>
          <w:b w:val="false"/>
          <w:i w:val="false"/>
          <w:color w:val="000000"/>
          <w:u w:val="none"/>
        </w:rPr>
        <w:t xml:space="preserve"> [1BXA]</w:t>
      </w:r>
      <w:r>
        <w:rPr>
          <w:shd w:val="clear" w:fill="548235" w:color="auto"/>
          <w:color w:val="FFFFFF"/>
        </w:rPr>
        <w:t>, who has become for us wisdom from God: our righteousness, holiness, and redemption</w:t>
      </w:r>
      <w:r>
        <w:rPr>
          <w:b w:val="false"/>
          <w:i w:val="false"/>
          <w:color w:val="FFFFFF"/>
          <w:u w:val="none"/>
          <w:shd w:val="clear" w:color="auto" w:fill="548235"/>
        </w:rPr>
        <w:t xml:space="preserve"> [1BXB]</w:t>
      </w:r>
      <w:r>
        <w:rPr/>
        <w:t>.</w:t>
      </w:r>
    </w:p>
    <w:p>
      <w:pPr>
        <w:pStyle w:val="Yellow"/>
        <w:rPr/>
      </w:pPr>
      <w:r>
        <w:rPr>
          <w:b/>
        </w:rPr>
        <w:t>1 Corinthians 2:11</w:t>
      </w:r>
      <w:r>
        <w:t xml:space="preserve"> — For </w:t>
      </w:r>
      <w:r>
        <w:rPr>
          <w:shd w:fill="B7DDE8" w:val="clear"/>
        </w:rPr>
        <w:t>who among men knows the thoughts of man except his own spirit within him</w:t>
      </w:r>
      <w:r>
        <w:rPr>
          <w:b w:val="false"/>
          <w:i w:val="false"/>
          <w:color w:val="000000"/>
          <w:u w:val="none"/>
        </w:rPr>
        <w:t xml:space="preserve"> [1BFD]</w:t>
      </w:r>
      <w:r>
        <w:t xml:space="preserve">? So too, </w:t>
      </w:r>
      <w:r>
        <w:rPr>
          <w:shd w:fill="B7DDE8" w:val="clear"/>
        </w:rPr>
        <w:t>no one knows the thoughts of God except the Spirit of God</w:t>
      </w:r>
      <w:r>
        <w:rPr>
          <w:b w:val="false"/>
          <w:i w:val="false"/>
          <w:color w:val="000000"/>
          <w:u w:val="none"/>
        </w:rPr>
        <w:t xml:space="preserve"> [1BFE]</w:t>
      </w:r>
      <w:r>
        <w:t>.</w:t>
      </w:r>
    </w:p>
    <w:p>
      <w:pPr>
        <w:pStyle w:val="Yellow"/>
        <w:rPr/>
      </w:pPr>
      <w:r>
        <w:rPr>
          <w:b/>
        </w:rPr>
        <w:t>1 Corinthians 2:14</w:t>
      </w:r>
      <w:r>
        <w:t xml:space="preserve"> — </w:t>
      </w:r>
      <w:r>
        <w:rPr>
          <w:shd w:fill="B7DDE8" w:val="clear"/>
        </w:rPr>
        <w:t>The natural man does not accept the things that come from the Spirit of God</w:t>
      </w:r>
      <w:r>
        <w:rPr>
          <w:b w:val="false"/>
          <w:i w:val="false"/>
          <w:color w:val="000000"/>
          <w:u w:val="none"/>
        </w:rPr>
        <w:t xml:space="preserve"> [1BNO]</w:t>
      </w:r>
      <w:r>
        <w:t xml:space="preserve">. For </w:t>
      </w:r>
      <w:r>
        <w:rPr>
          <w:shd w:fill="B7DDE8" w:val="clear"/>
        </w:rPr>
        <w:t>they are foolishness to him</w:t>
      </w:r>
      <w:r>
        <w:rPr>
          <w:b w:val="false"/>
          <w:i w:val="false"/>
          <w:color w:val="000000"/>
          <w:u w:val="none"/>
        </w:rPr>
        <w:t xml:space="preserve"> [1BNP]</w:t>
      </w:r>
      <w:r>
        <w:t xml:space="preserve">, and </w:t>
      </w:r>
      <w:r>
        <w:rPr>
          <w:shd w:fill="B7DDE8" w:val="clear"/>
        </w:rPr>
        <w:t>he cannot understand them</w:t>
      </w:r>
      <w:r>
        <w:rPr>
          <w:b w:val="false"/>
          <w:i w:val="false"/>
          <w:color w:val="000000"/>
          <w:u w:val="none"/>
        </w:rPr>
        <w:t xml:space="preserve"> [1BNQ]</w:t>
      </w:r>
      <w:r>
        <w:t xml:space="preserve">, </w:t>
      </w:r>
      <w:r>
        <w:rPr>
          <w:shd w:fill="B7DDE8" w:val="clear"/>
        </w:rPr>
        <w:t>because they are spiritually discerned</w:t>
      </w:r>
      <w:r>
        <w:rPr>
          <w:b w:val="false"/>
          <w:i w:val="false"/>
          <w:color w:val="000000"/>
          <w:u w:val="none"/>
        </w:rPr>
        <w:t xml:space="preserve"> [1BNR]</w:t>
      </w:r>
      <w:r>
        <w:t>.</w:t>
      </w:r>
    </w:p>
    <w:p>
      <w:pPr>
        <w:pStyle w:val="Green"/>
        <w:rPr/>
      </w:pPr>
      <w:r>
        <w:rPr>
          <w:b/>
          <w:shd w:val="clear" w:color="auto" w:fill="548235"/>
          <w:color w:val="FFFFFF"/>
        </w:rPr>
        <w:t xml:space="preserve">1 Corinthians 15:33</w:t>
      </w:r>
      <w:r>
        <w:rPr>
          <w:shd w:val="clear" w:color="auto" w:fill="548235"/>
          <w:color w:val="FFFFFF"/>
        </w:rPr>
        <w:t xml:space="preserve"> — Do not be deceived: “</w:t>
      </w:r>
      <w:r>
        <w:rPr>
          <w:shd w:fill="548235" w:val="clear" w:color="auto"/>
          <w:color w:val="FFFFFF"/>
        </w:rPr>
        <w:t xml:space="preserve">Bad company corrupts good character</w:t>
      </w:r>
      <w:r>
        <w:rPr>
          <w:b w:val="false"/>
          <w:i w:val="false"/>
          <w:color w:val="FFFFFF"/>
          <w:u w:val="none"/>
          <w:shd w:val="clear" w:color="auto" w:fill="548235"/>
        </w:rPr>
        <w:t xml:space="preserve"> [1IFG]</w:t>
      </w:r>
      <w:r>
        <w:rPr>
          <w:shd w:val="clear" w:color="auto" w:fill="548235"/>
          <w:color w:val="FFFFFF"/>
        </w:rPr>
        <w:t xml:space="preserve">.”</w:t>
      </w:r>
    </w:p>
    <w:p>
      <w:pPr>
        <w:pStyle w:val="Green"/>
        <w:rPr/>
      </w:pPr>
      <w:r>
        <w:rPr>
          <w:b/>
          <w:u w:val="none"/>
        </w:rPr>
        <w:t xml:space="preserve">Colossians 1:9-12</w:t>
      </w:r>
      <w:r>
        <w:rPr>
          <w:u w:val="none"/>
        </w:rPr>
        <w:t xml:space="preserve"> — For this reason, since the day we heard about you, we have not stopped praying for you and </w:t>
      </w:r>
      <w:r>
        <w:rPr>
          <w:u w:val="none"/>
          <w:shd w:fill="B7DDE8" w:val="clear"/>
        </w:rPr>
        <w:t xml:space="preserve">asking God to fill you with the knowledge of His will in all spiritual wisdom and understanding</w:t>
      </w:r>
      <w:r>
        <w:rPr>
          <w:b w:val="false"/>
          <w:i w:val="false"/>
          <w:color w:val="000000"/>
          <w:u w:val="none"/>
        </w:rPr>
        <w:t xml:space="preserve"> [1HOL]</w:t>
      </w:r>
      <w:r>
        <w:rPr>
          <w:u w:val="none"/>
        </w:rPr>
        <w:t xml:space="preserve">, </w:t>
      </w:r>
      <w:r>
        <w:rPr>
          <w:u w:val="none"/>
          <w:shd w:fill="B7DDE8" w:val="clear"/>
        </w:rPr>
        <w:t xml:space="preserve">so that you may walk in a manner worthy of the Lord and may please Him in every way</w:t>
      </w:r>
      <w:r>
        <w:rPr>
          <w:b w:val="false"/>
          <w:i w:val="false"/>
          <w:color w:val="000000"/>
          <w:u w:val="none"/>
        </w:rPr>
        <w:t xml:space="preserve"> [1HOM]</w:t>
      </w:r>
      <w:r>
        <w:rPr>
          <w:u w:val="none"/>
        </w:rPr>
        <w:t xml:space="preserve">: </w:t>
      </w:r>
      <w:r>
        <w:rPr>
          <w:u w:val="none"/>
          <w:shd w:fill="B7DDE8" w:val="clear"/>
        </w:rPr>
        <w:t xml:space="preserve">bearing fruit in every good work</w:t>
      </w:r>
      <w:r>
        <w:rPr>
          <w:b w:val="false"/>
          <w:i w:val="false"/>
          <w:color w:val="000000"/>
          <w:u w:val="none"/>
        </w:rPr>
        <w:t xml:space="preserve"> [1HON]</w:t>
      </w:r>
      <w:r>
        <w:rPr>
          <w:u w:val="none"/>
        </w:rPr>
        <w:t xml:space="preserve">, </w:t>
      </w:r>
      <w:r>
        <w:rPr>
          <w:u w:val="none"/>
          <w:shd w:fill="B7DDE8" w:val="clear"/>
        </w:rPr>
        <w:t xml:space="preserve">growing in the knowledge of God</w:t>
      </w:r>
      <w:r>
        <w:rPr>
          <w:b w:val="false"/>
          <w:i w:val="false"/>
          <w:color w:val="000000"/>
          <w:u w:val="none"/>
        </w:rPr>
        <w:t xml:space="preserve"> [1HOO]</w:t>
      </w:r>
      <w:r>
        <w:rPr>
          <w:u w:val="none"/>
        </w:rPr>
        <w:t xml:space="preserve">, </w:t>
      </w:r>
      <w:r>
        <w:rPr>
          <w:u w:val="none"/>
          <w:shd w:fill="B7DDE8" w:val="clear"/>
        </w:rPr>
        <w:t xml:space="preserve">being strengthened with all power according to His glorious might</w:t>
      </w:r>
      <w:r>
        <w:rPr>
          <w:b w:val="false"/>
          <w:i w:val="false"/>
          <w:color w:val="000000"/>
          <w:u w:val="none"/>
        </w:rPr>
        <w:t xml:space="preserve"> [1HOP]</w:t>
      </w:r>
      <w:r>
        <w:rPr>
          <w:u w:val="none"/>
        </w:rPr>
        <w:t xml:space="preserve"> </w:t>
      </w:r>
      <w:r>
        <w:rPr>
          <w:u w:val="none"/>
          <w:shd w:fill="B7DDE8" w:val="clear"/>
        </w:rPr>
        <w:t xml:space="preserve">so that you may have full endurance and patience</w:t>
      </w:r>
      <w:r>
        <w:rPr>
          <w:b w:val="false"/>
          <w:i w:val="false"/>
          <w:color w:val="000000"/>
          <w:u w:val="none"/>
        </w:rPr>
        <w:t xml:space="preserve"> [1HOQ]</w:t>
      </w:r>
      <w:r>
        <w:rPr>
          <w:u w:val="none"/>
        </w:rPr>
        <w:t xml:space="preserve">, and </w:t>
      </w:r>
      <w:r>
        <w:rPr>
          <w:u w:val="none"/>
          <w:shd w:fill="B7DDE8" w:val="clear"/>
        </w:rPr>
        <w:t xml:space="preserve">joyfully giving thanks to the Father</w:t>
      </w:r>
      <w:r>
        <w:rPr>
          <w:b w:val="false"/>
          <w:i w:val="false"/>
          <w:color w:val="000000"/>
          <w:u w:val="none"/>
        </w:rPr>
        <w:t xml:space="preserve"> [1HOR]</w:t>
      </w:r>
      <w:r>
        <w:rPr>
          <w:u w:val="none"/>
        </w:rPr>
        <w:t xml:space="preserve">, </w:t>
      </w:r>
      <w:r>
        <w:rPr>
          <w:u w:val="none"/>
          <w:shd w:fill="B7DDE8" w:val="clear"/>
        </w:rPr>
        <w:t xml:space="preserve">who has qualified you to share in the inheritance of the saints in the light</w:t>
      </w:r>
      <w:r>
        <w:rPr>
          <w:b w:val="false"/>
          <w:i w:val="false"/>
          <w:color w:val="000000"/>
          <w:u w:val="none"/>
        </w:rPr>
        <w:t xml:space="preserve"> [1HOS]</w:t>
      </w:r>
      <w:r>
        <w:rPr>
          <w:u w:val="none"/>
        </w:rPr>
        <w:t xml:space="preserve">.</w:t>
      </w:r>
    </w:p>
    <w:p>
      <w:pPr>
        <w:pStyle w:val="Yellow"/>
        <w:rPr/>
      </w:pPr>
      <w:r>
        <w:rPr>
          <w:b/>
        </w:rPr>
        <w:t>Colossians 2:2–3</w:t>
      </w:r>
      <w:r>
        <w:rPr/>
        <w:t xml:space="preserve"> — </w:t>
      </w:r>
      <w:r>
        <w:rPr>
          <w:shd w:val="clear" w:fill="B7DDE8"/>
        </w:rPr>
        <w:t>Christ, in whom are hidden all the treasures of wisdom and knowledge</w:t>
      </w:r>
      <w:r>
        <w:rPr>
          <w:b w:val="false"/>
          <w:i w:val="false"/>
          <w:color w:val="000000"/>
          <w:u w:val="none"/>
        </w:rPr>
        <w:t xml:space="preserve"> [1RU]</w:t>
      </w:r>
      <w:r>
        <w:rPr/>
        <w:t>.</w:t>
      </w:r>
    </w:p>
    <w:p>
      <w:pPr>
        <w:pStyle w:val="Yellow"/>
        <w:rPr/>
      </w:pPr>
      <w:r>
        <w:rPr/>
        <w:t xml:space="preserve">(2Ti2:2ᶜ Anyone “qualified to teach others”) </w:t>
      </w:r>
      <w:r>
        <w:rPr>
          <w:b/>
        </w:rPr>
        <w:t xml:space="preserve">2 Timothy 2:7</w:t>
      </w:r>
      <w:r>
        <w:rPr/>
        <w:t xml:space="preserve"> — </w:t>
      </w:r>
      <w:r>
        <w:rPr>
          <w:shd w:fill="B7DDE8" w:val="clear"/>
        </w:rPr>
        <w:t xml:space="preserve">Consider what I am saying</w:t>
      </w:r>
      <w:r>
        <w:rPr>
          <w:b w:val="false"/>
          <w:i w:val="false"/>
          <w:color w:val="000000"/>
          <w:u w:val="none"/>
        </w:rPr>
        <w:t xml:space="preserve"> [1LJC]</w:t>
      </w:r>
      <w:r>
        <w:rPr/>
        <w:t xml:space="preserve">, for </w:t>
      </w:r>
      <w:r>
        <w:rPr>
          <w:shd w:fill="F4B183" w:val="clear" w:color="auto"/>
          <w:color w:val="000000"/>
        </w:rPr>
        <w:t xml:space="preserve">the Lord will give {you} insight into all things</w:t>
      </w:r>
      <w:r>
        <w:rPr>
          <w:b w:val="false"/>
          <w:i w:val="false"/>
          <w:color w:val="000000"/>
          <w:u w:val="none"/>
          <w:shd w:val="clear" w:color="auto" w:fill="F4B183"/>
        </w:rPr>
        <w:t xml:space="preserve"> [1LJD]</w:t>
      </w:r>
      <w:r>
        <w:rPr/>
        <w:t xml:space="preserve">.</w:t>
      </w:r>
    </w:p>
    <w:p>
      <w:pPr>
        <w:pStyle w:val="Yellow"/>
        <w:rPr/>
      </w:pPr>
      <w:r>
        <w:rPr>
          <w:b/>
        </w:rPr>
        <w:t>James 3:17</w:t>
      </w:r>
      <w:r>
        <w:rPr/>
        <w:t xml:space="preserve"> — But </w:t>
      </w:r>
      <w:r>
        <w:rPr>
          <w:shd w:fill="B7DDE8" w:val="clear"/>
        </w:rPr>
        <w:t>the wisdom from above is first of all pure, then peace-loving, gentle, accommodating, full of mercy and good fruit, impartial, and sincere</w:t>
      </w:r>
      <w:r>
        <w:rPr>
          <w:b w:val="false"/>
          <w:i w:val="false"/>
          <w:color w:val="000000"/>
          <w:u w:val="none"/>
        </w:rPr>
        <w:t xml:space="preserve"> [1FRJ]</w:t>
      </w:r>
      <w:r>
        <w:rPr/>
        <w:t>.</w:t>
      </w:r>
    </w:p>
    <w:p>
      <w:pPr>
        <w:pStyle w:val="Yellow"/>
        <w:rPr/>
      </w:pPr>
      <w:r>
        <w:rPr>
          <w:b/>
        </w:rPr>
        <w:t xml:space="preserve">2 Peter 1:3</w:t>
      </w:r>
      <w:r>
        <w:rPr/>
        <w:t xml:space="preserve"> — </w:t>
      </w:r>
      <w:r>
        <w:rPr>
          <w:shd w:fill="B7DDE8" w:val="clear"/>
        </w:rPr>
        <w:t xml:space="preserve">His divine power has given us everything we need for life and godliness through the knowledge of Him</w:t>
      </w:r>
      <w:r>
        <w:rPr>
          <w:b w:val="false"/>
          <w:i w:val="false"/>
          <w:color w:val="000000"/>
          <w:u w:val="none"/>
        </w:rPr>
        <w:t xml:space="preserve"> [1GCL]</w:t>
      </w:r>
      <w:r>
        <w:rPr/>
        <w:t xml:space="preserve"> </w:t>
      </w:r>
      <w:r>
        <w:rPr>
          <w:shd w:fill="B7DDE8" w:val="clear"/>
        </w:rPr>
        <w:t xml:space="preserve">who called us by His own glory and excellence</w:t>
      </w:r>
      <w:r>
        <w:rPr>
          <w:b w:val="false"/>
          <w:i w:val="false"/>
          <w:color w:val="000000"/>
          <w:u w:val="none"/>
        </w:rPr>
        <w:t xml:space="preserve"> [1GCM]</w:t>
      </w:r>
      <w:r>
        <w:rPr/>
        <w:t xml:space="preserve">.</w:t>
      </w:r>
    </w:p>
    <w:p>
      <w:r>
        <w:rPr>
          <w:b/>
          <w:sz w:val="32"/>
        </w:rPr>
        <w:t>Jealousy  (6)</w:t>
      </w:r>
    </w:p>
    <w:p>
      <w:pPr>
        <w:pStyle w:val="Yellow"/>
        <w:rPr/>
      </w:pPr>
      <w:r>
        <w:rPr>
          <w:b/>
        </w:rPr>
        <w:t>Exodus 34:14</w:t>
      </w:r>
      <w:r>
        <w:rPr/>
        <w:t xml:space="preserve"> — the LORD, </w:t>
      </w:r>
      <w:r>
        <w:rPr>
          <w:shd w:fill="B7DDE8" w:val="clear"/>
        </w:rPr>
        <w:t>whose name is Jealous</w:t>
      </w:r>
      <w:r>
        <w:rPr>
          <w:b w:val="false"/>
          <w:i w:val="false"/>
          <w:color w:val="000000"/>
          <w:u w:val="none"/>
        </w:rPr>
        <w:t xml:space="preserve"> [1LXJ]</w:t>
      </w:r>
      <w:r>
        <w:rPr/>
        <w:t xml:space="preserve">, is </w:t>
      </w:r>
      <w:r>
        <w:rPr>
          <w:shd w:fill="B7DDE8" w:val="clear"/>
        </w:rPr>
        <w:t>a jealous God</w:t>
      </w:r>
      <w:r>
        <w:rPr>
          <w:b w:val="false"/>
          <w:i w:val="false"/>
          <w:color w:val="000000"/>
          <w:u w:val="none"/>
        </w:rPr>
        <w:t xml:space="preserve"> [5FOQ]</w:t>
      </w:r>
      <w:r>
        <w:rPr/>
        <w:t>.</w:t>
      </w:r>
    </w:p>
    <w:p>
      <w:pPr>
        <w:pStyle w:val="Yellow"/>
        <w:rPr/>
      </w:pPr>
      <w:r>
        <w:rPr/>
        <w:t xml:space="preserve">(Ps78:55 “the tribes of Israel” / Ps78:56 “tested and disobeyed God Most High”) </w:t>
      </w:r>
      <w:r>
        <w:rPr>
          <w:b/>
        </w:rPr>
        <w:t xml:space="preserve">Psalm 78:58–60</w:t>
      </w:r>
      <w:r>
        <w:rPr/>
        <w:t xml:space="preserve"> — </w:t>
      </w:r>
      <w:r>
        <w:rPr>
          <w:shd w:fill="B7DDE8" w:val="clear"/>
        </w:rPr>
        <w:t xml:space="preserve">{They} enraged {Him} with their high places and provoked His jealousy with their idols</w:t>
      </w:r>
      <w:r>
        <w:rPr>
          <w:b w:val="false"/>
          <w:i w:val="false"/>
          <w:color w:val="000000"/>
          <w:u w:val="none"/>
        </w:rPr>
        <w:t xml:space="preserve"> [1IAT]</w:t>
      </w:r>
      <w:r>
        <w:rPr>
          <w:b w:val="false"/>
          <w:i w:val="false"/>
          <w:color w:val="000000"/>
          <w:u w:val="none"/>
        </w:rPr>
        <w:t xml:space="preserve"> [1IAU]</w:t>
      </w:r>
      <w:r>
        <w:rPr/>
        <w:t xml:space="preserve">. On hearing it, </w:t>
      </w:r>
      <w:r>
        <w:rPr>
          <w:shd w:fill="B7DDE8" w:val="clear"/>
        </w:rPr>
        <w:t xml:space="preserve">God was furious and rejected Israel completely</w:t>
      </w:r>
      <w:r>
        <w:rPr>
          <w:b w:val="false"/>
          <w:i w:val="false"/>
          <w:color w:val="000000"/>
          <w:u w:val="none"/>
        </w:rPr>
        <w:t xml:space="preserve"> [1IAV]</w:t>
      </w:r>
      <w:r>
        <w:rPr>
          <w:b w:val="false"/>
          <w:i w:val="false"/>
          <w:color w:val="000000"/>
          <w:u w:val="none"/>
        </w:rPr>
        <w:t xml:space="preserve"> [1IAW]</w:t>
      </w:r>
      <w:r>
        <w:rPr/>
        <w:t xml:space="preserve">. </w:t>
      </w:r>
      <w:r>
        <w:rPr>
          <w:shd w:fill="B7DDE8" w:val="clear"/>
        </w:rPr>
        <w:t xml:space="preserve">He abandoned the tabernacle of Shiloh, the tent He had pitched among men</w:t>
      </w:r>
      <w:r>
        <w:rPr>
          <w:b w:val="false"/>
          <w:i w:val="false"/>
          <w:color w:val="000000"/>
          <w:u w:val="none"/>
        </w:rPr>
        <w:t xml:space="preserve"> [1IAX]</w:t>
      </w:r>
      <w:r>
        <w:rPr/>
        <w:t xml:space="preserve">.</w:t>
      </w:r>
    </w:p>
    <w:p>
      <w:pPr>
        <w:pStyle w:val="Yellow"/>
        <w:rPr/>
      </w:pPr>
      <w:r>
        <w:rPr/>
        <w:t xml:space="preserve">(Eze5:11ᶜ because Jerusalem “defiled My sanctuary”¹) </w:t>
      </w:r>
      <w:r>
        <w:rPr>
          <w:b/>
        </w:rPr>
        <w:t xml:space="preserve">Ezekiel 5:13</w:t>
      </w:r>
      <w:r>
        <w:rPr/>
        <w:t xml:space="preserve"> — </w:t>
      </w:r>
      <w:r>
        <w:rPr>
          <w:shd w:fill="B7DDE8" w:val="clear"/>
        </w:rPr>
        <w:t xml:space="preserve">when My anger is spent and I have vented My wrath against {them}, I will be appeased</w:t>
      </w:r>
      <w:r>
        <w:rPr>
          <w:b w:val="false"/>
          <w:i w:val="false"/>
          <w:color w:val="000000"/>
          <w:u w:val="none"/>
        </w:rPr>
        <w:t xml:space="preserve"> [1JJH]</w:t>
      </w:r>
      <w:r>
        <w:rPr/>
        <w:t xml:space="preserve">. And </w:t>
      </w:r>
      <w:r>
        <w:rPr>
          <w:shd w:fill="B7DDE8" w:val="clear"/>
        </w:rPr>
        <w:t xml:space="preserve">when I have spent My wrath on them, they will know that I, the LORD, in My zeal have spoken</w:t>
      </w:r>
      <w:r>
        <w:rPr>
          <w:b w:val="false"/>
          <w:i w:val="false"/>
          <w:color w:val="000000"/>
          <w:u w:val="none"/>
        </w:rPr>
        <w:t xml:space="preserve"> [1JJI]</w:t>
      </w:r>
      <w:r>
        <w:rPr/>
        <w:t xml:space="preserve">.</w:t>
      </w:r>
    </w:p>
    <w:p>
      <w:pPr>
        <w:pStyle w:val="Yellow"/>
        <w:rPr/>
      </w:pPr>
      <w:r>
        <w:rPr>
          <w:b/>
        </w:rPr>
        <w:t xml:space="preserve">Zechariah 8:2</w:t>
      </w:r>
      <w:r>
        <w:rPr/>
        <w:t xml:space="preserve"> — </w:t>
      </w:r>
      <w:r>
        <w:rPr>
          <w:shd w:fill="B7DDE8" w:val="clear"/>
        </w:rPr>
        <w:t xml:space="preserve">I am jealous for Zion with great zeal</w:t>
      </w:r>
      <w:r>
        <w:rPr>
          <w:b w:val="false"/>
          <w:i w:val="false"/>
          <w:color w:val="000000"/>
          <w:u w:val="none"/>
        </w:rPr>
        <w:t xml:space="preserve"> [1KAL]</w:t>
      </w:r>
      <w:r>
        <w:rPr/>
        <w:t xml:space="preserve">; </w:t>
      </w:r>
      <w:r>
        <w:rPr>
          <w:shd w:fill="B7DDE8" w:val="clear"/>
        </w:rPr>
        <w:t xml:space="preserve">I am jealous for her with great fervor</w:t>
      </w:r>
      <w:r>
        <w:rPr>
          <w:b w:val="false"/>
          <w:i w:val="false"/>
          <w:color w:val="000000"/>
          <w:u w:val="none"/>
        </w:rPr>
        <w:t xml:space="preserve"> [1KAL]</w:t>
      </w:r>
      <w:r>
        <w:rPr/>
        <w:t xml:space="preserve">.</w:t>
      </w:r>
    </w:p>
    <w:p>
      <w:pPr>
        <w:pStyle w:val="Green"/>
        <w:rPr/>
      </w:pPr>
      <w:r>
        <w:rPr>
          <w:b/>
        </w:rPr>
        <w:t xml:space="preserve">2 Corinthians 7:10-11</w:t>
      </w:r>
      <w:r>
        <w:rPr/>
        <w:t xml:space="preserve"> — </w:t>
      </w:r>
      <w:r>
        <w:rPr>
          <w:shd w:fill="B7DDE8" w:val="clear"/>
        </w:rPr>
        <w:t xml:space="preserve">Godly sorrow brings repentance that leads to salvation without regret</w:t>
      </w:r>
      <w:r>
        <w:rPr>
          <w:b w:val="false"/>
          <w:i w:val="false"/>
          <w:color w:val="000000"/>
          <w:u w:val="none"/>
        </w:rPr>
        <w:t xml:space="preserve"> [1JGM]</w:t>
      </w:r>
      <w:r>
        <w:rPr/>
        <w:t xml:space="preserve">, but </w:t>
      </w:r>
      <w:r>
        <w:rPr>
          <w:shd w:fill="B7DDE8" w:val="clear"/>
        </w:rPr>
        <w:t xml:space="preserve">worldly sorrow brings death</w:t>
      </w:r>
      <w:r>
        <w:rPr>
          <w:b w:val="false"/>
          <w:i w:val="false"/>
          <w:color w:val="000000"/>
          <w:u w:val="none"/>
        </w:rPr>
        <w:t xml:space="preserve"> [1JGN]</w:t>
      </w:r>
      <w:r>
        <w:rPr/>
        <w:t xml:space="preserve">. Consider what </w:t>
      </w:r>
      <w:r>
        <w:rPr>
          <w:shd w:fill="B7DDE8" w:val="clear"/>
        </w:rPr>
        <w:t xml:space="preserve">this godly sorrow has produced in you: what earnestness, what eagerness to clear yourselves, what indignation, what alarm, what longing, what zeal, what vindication</w:t>
      </w:r>
      <w:r>
        <w:rPr>
          <w:b w:val="false"/>
          <w:i w:val="false"/>
          <w:color w:val="000000"/>
          <w:u w:val="none"/>
        </w:rPr>
        <w:t xml:space="preserve"> [1JGO]</w:t>
      </w:r>
      <w:r>
        <w:rPr/>
        <w:t xml:space="preserve">!</w:t>
      </w:r>
    </w:p>
    <w:p>
      <w:pPr>
        <w:pStyle w:val="Yellow"/>
        <w:rPr/>
      </w:pPr>
      <w:r>
        <w:rPr>
          <w:b/>
        </w:rPr>
        <w:t xml:space="preserve">James 3:16</w:t>
      </w:r>
      <w:r>
        <w:rPr/>
        <w:t xml:space="preserve"> — For </w:t>
      </w:r>
      <w:r>
        <w:rPr>
          <w:shd w:fill="B7DDE8" w:val="clear"/>
        </w:rPr>
        <w:t xml:space="preserve">where jealousy and selfish ambition exist</w:t>
      </w:r>
      <w:r>
        <w:rPr>
          <w:b w:val="false"/>
          <w:i w:val="false"/>
          <w:color w:val="000000"/>
          <w:u w:val="none"/>
        </w:rPr>
        <w:t xml:space="preserve"> [1LTW]</w:t>
      </w:r>
      <w:r>
        <w:rPr/>
        <w:t xml:space="preserve">, </w:t>
      </w:r>
      <w:r>
        <w:rPr>
          <w:shd w:fill="B7DDE8" w:val="clear"/>
        </w:rPr>
        <w:t xml:space="preserve">there will be disorder and every evil practice</w:t>
      </w:r>
      <w:r>
        <w:rPr>
          <w:b w:val="false"/>
          <w:i w:val="false"/>
          <w:color w:val="000000"/>
          <w:u w:val="none"/>
        </w:rPr>
        <w:t xml:space="preserve"> [1LTX]</w:t>
      </w:r>
      <w:r>
        <w:rPr/>
        <w:t xml:space="preserve">.</w:t>
      </w:r>
    </w:p>
    <w:p>
      <w:r>
        <w:rPr>
          <w:b/>
          <w:sz w:val="32"/>
        </w:rPr>
        <w:t>Vengeance  (5)</w:t>
      </w:r>
    </w:p>
    <w:p>
      <w:pPr>
        <w:pStyle w:val="Yellow"/>
        <w:rPr/>
      </w:pPr>
      <w:r>
        <w:rPr>
          <w:shd w:val="clear" w:color="auto" w:fill="548235"/>
          <w:color w:val="FFFFFF"/>
        </w:rPr>
        <w:t xml:space="preserve">(1Sa25:18–31 through Abigail’s intercession) </w:t>
      </w:r>
      <w:r>
        <w:rPr>
          <w:b/>
          <w:shd w:val="clear" w:color="auto" w:fill="548235"/>
          <w:color w:val="FFFFFF"/>
        </w:rPr>
        <w:t xml:space="preserve">1 Samuel 25:26</w:t>
      </w:r>
      <w:r>
        <w:rPr>
          <w:shd w:val="clear" w:color="auto" w:fill="548235"/>
          <w:color w:val="FFFFFF"/>
        </w:rPr>
        <w:t xml:space="preserve"> — </w:t>
      </w:r>
      <w:r>
        <w:rPr>
          <w:shd w:fill="548235" w:val="clear" w:color="auto"/>
          <w:color w:val="FFFFFF"/>
        </w:rPr>
        <w:t xml:space="preserve">the LORD has held you back from bloodshed</w:t>
      </w:r>
      <w:r>
        <w:rPr>
          <w:b w:val="false"/>
          <w:i w:val="false"/>
          <w:color w:val="FFFFFF"/>
          <w:u w:val="none"/>
          <w:shd w:val="clear" w:color="auto" w:fill="548235"/>
        </w:rPr>
        <w:t xml:space="preserve"> [1LGG]</w:t>
      </w:r>
      <w:r>
        <w:rPr>
          <w:shd w:val="clear" w:color="auto" w:fill="548235"/>
          <w:color w:val="FFFFFF"/>
        </w:rPr>
        <w:t xml:space="preserve"> and </w:t>
      </w:r>
      <w:r>
        <w:rPr>
          <w:shd w:fill="548235" w:val="clear" w:color="auto"/>
          <w:color w:val="FFFFFF"/>
        </w:rPr>
        <w:t xml:space="preserve">from avenging yourself with your own hand</w:t>
      </w:r>
      <w:r>
        <w:rPr>
          <w:b w:val="false"/>
          <w:i w:val="false"/>
          <w:color w:val="FFFFFF"/>
          <w:u w:val="none"/>
          <w:shd w:val="clear" w:color="auto" w:fill="548235"/>
        </w:rPr>
        <w:t xml:space="preserve"> [1LGH]</w:t>
      </w:r>
    </w:p>
    <w:p>
      <w:pPr>
        <w:pStyle w:val="Yellow"/>
        <w:rPr/>
      </w:pPr>
      <w:r>
        <w:rPr>
          <w:b/>
        </w:rPr>
        <w:t xml:space="preserve">Psalm 137:8</w:t>
      </w:r>
      <w:r>
        <w:rPr/>
        <w:t xml:space="preserve"> — </w:t>
      </w:r>
      <w:r>
        <w:rPr>
          <w:shd w:fill="B7DDE8" w:val="clear"/>
        </w:rPr>
        <w:t xml:space="preserve">O Daughter of Babylon, doomed to destruction</w:t>
      </w:r>
      <w:r>
        <w:rPr>
          <w:b w:val="false"/>
          <w:i w:val="false"/>
          <w:color w:val="000000"/>
          <w:u w:val="none"/>
        </w:rPr>
        <w:t xml:space="preserve"> [1JVK]</w:t>
      </w:r>
      <w:r>
        <w:rPr/>
        <w:t xml:space="preserve">, </w:t>
      </w:r>
      <w:r>
        <w:rPr>
          <w:shd w:fill="B7DDE8" w:val="clear"/>
        </w:rPr>
        <w:t xml:space="preserve">blessed is he who repays you as you have done to us</w:t>
      </w:r>
      <w:r>
        <w:rPr>
          <w:b w:val="false"/>
          <w:i w:val="false"/>
          <w:color w:val="000000"/>
          <w:u w:val="none"/>
        </w:rPr>
        <w:t xml:space="preserve"> [1JVL]</w:t>
      </w:r>
      <w:r>
        <w:rPr/>
        <w:t xml:space="preserve">.</w:t>
      </w:r>
    </w:p>
    <w:p>
      <w:pPr>
        <w:pStyle w:val="Yellow"/>
        <w:rPr/>
        <w:pBdr>
          <w:left w:val="single" w:sz="28" w:space="5" w:color="C00000"/>
        </w:pBdr>
      </w:pPr>
      <w:r>
        <w:rPr>
          <w:b/>
        </w:rPr>
        <w:t>Proverbs 20:22</w:t>
      </w:r>
      <w:r>
        <w:t xml:space="preserve"> — </w:t>
      </w:r>
      <w:r>
        <w:rPr>
          <w:shd w:fill="B7DDE8" w:val="clear"/>
        </w:rPr>
        <w:t>Do not say, “I will avenge this evil!”</w:t>
      </w:r>
      <w:r>
        <w:rPr>
          <w:b w:val="false"/>
          <w:i w:val="false"/>
          <w:color w:val="000000"/>
          <w:u w:val="none"/>
        </w:rPr>
        <w:t xml:space="preserve"> [1BTY]</w:t>
      </w:r>
      <w:r>
        <w:t xml:space="preserve"> </w:t>
      </w:r>
      <w:r>
        <w:rPr>
          <w:shd w:fill="B7DDE8" w:val="clear"/>
        </w:rPr>
        <w:t>Wait on the LORD</w:t>
      </w:r>
      <w:r>
        <w:rPr>
          <w:b w:val="false"/>
          <w:i w:val="false"/>
          <w:u w:val="none"/>
          <w:color w:val="000000"/>
        </w:rPr>
        <w:t xml:space="preserve"> [2BTZ]</w:t>
      </w:r>
      <w:r>
        <w:t xml:space="preserve">, and </w:t>
      </w:r>
      <w:r>
        <w:rPr>
          <w:shd w:fill="B7DDE8" w:val="clear"/>
        </w:rPr>
        <w:t>He will save you</w:t>
      </w:r>
      <w:r>
        <w:rPr>
          <w:b w:val="false"/>
          <w:i w:val="false"/>
          <w:color w:val="000000"/>
          <w:u w:val="none"/>
        </w:rPr>
        <w:t xml:space="preserve"> [1BUA]</w:t>
      </w:r>
      <w:r>
        <w:t>.</w:t>
      </w:r>
    </w:p>
    <w:p>
      <w:pPr>
        <w:pStyle w:val="Yellow"/>
        <w:rPr/>
      </w:pPr>
      <w:r>
        <w:rPr>
          <w:b/>
        </w:rPr>
        <w:t xml:space="preserve">Proverbs 24:17–18</w:t>
      </w:r>
      <w:r>
        <w:rPr/>
        <w:t xml:space="preserve"> — </w:t>
      </w:r>
      <w:r>
        <w:rPr>
          <w:shd w:fill="B7DDE8" w:val="clear"/>
        </w:rPr>
        <w:t xml:space="preserve">Do not gloat when your enemy falls, and do not let your heart rejoice when he stumbles</w:t>
      </w:r>
      <w:r>
        <w:rPr>
          <w:b w:val="false"/>
          <w:i w:val="false"/>
          <w:color w:val="000000"/>
          <w:u w:val="none"/>
        </w:rPr>
        <w:t xml:space="preserve"> [1JEL]</w:t>
      </w:r>
      <w:r>
        <w:rPr/>
        <w:t xml:space="preserve">, or </w:t>
      </w:r>
      <w:r>
        <w:rPr>
          <w:shd w:fill="B7DDE8" w:val="clear"/>
        </w:rPr>
        <w:t xml:space="preserve">the LORD will see and disapprove</w:t>
      </w:r>
      <w:r>
        <w:rPr>
          <w:b w:val="false"/>
          <w:i w:val="false"/>
          <w:color w:val="000000"/>
          <w:u w:val="none"/>
        </w:rPr>
        <w:t xml:space="preserve"> [1JEM]</w:t>
      </w:r>
      <w:r>
        <w:rPr/>
        <w:t xml:space="preserve">, and </w:t>
      </w:r>
      <w:r>
        <w:rPr>
          <w:shd w:fill="B7DDE8" w:val="clear"/>
        </w:rPr>
        <w:t xml:space="preserve">turn His wrath away from him</w:t>
      </w:r>
      <w:r>
        <w:rPr>
          <w:b w:val="false"/>
          <w:i w:val="false"/>
          <w:color w:val="000000"/>
          <w:u w:val="none"/>
        </w:rPr>
        <w:t xml:space="preserve"> [1JEN]</w:t>
      </w:r>
      <w:r>
        <w:rPr/>
        <w:t xml:space="preserve">.</w:t>
      </w:r>
    </w:p>
    <w:p>
      <w:pPr>
        <w:pStyle w:val="Yellow"/>
        <w:rPr/>
      </w:pPr>
      <w:r>
        <w:rPr>
          <w:b/>
        </w:rPr>
        <w:t>1 Peter 3:9</w:t>
      </w:r>
      <w:r>
        <w:rPr/>
        <w:t xml:space="preserve"> — </w:t>
      </w:r>
      <w:r>
        <w:rPr>
          <w:shd w:val="clear" w:fill="B7DDE8"/>
        </w:rPr>
        <w:t>Do not repay evil with evil or insult with insult, but with blessing</w:t>
      </w:r>
      <w:r>
        <w:rPr>
          <w:b w:val="false"/>
          <w:i w:val="false"/>
          <w:color w:val="000000"/>
          <w:u w:val="none"/>
        </w:rPr>
        <w:t xml:space="preserve"> [1EJL]</w:t>
      </w:r>
      <w:r>
        <w:rPr/>
        <w:t xml:space="preserve">, because </w:t>
      </w:r>
      <w:r>
        <w:rPr>
          <w:shd w:val="clear" w:fill="B7DDE8"/>
        </w:rPr>
        <w:t>to this you were called</w:t>
      </w:r>
      <w:r>
        <w:rPr>
          <w:b w:val="false"/>
          <w:i w:val="false"/>
          <w:color w:val="000000"/>
          <w:u w:val="none"/>
        </w:rPr>
        <w:t xml:space="preserve"> [1EJM]</w:t>
      </w:r>
      <w:r>
        <w:rPr/>
        <w:t xml:space="preserve"> so that </w:t>
      </w:r>
      <w:r>
        <w:rPr>
          <w:shd w:val="clear" w:fill="B7DDE8"/>
        </w:rPr>
        <w:t>you may inherit a blessing</w:t>
      </w:r>
      <w:r>
        <w:rPr>
          <w:b w:val="false"/>
          <w:i w:val="false"/>
          <w:color w:val="000000"/>
          <w:u w:val="none"/>
        </w:rPr>
        <w:t xml:space="preserve"> [1EJN]</w:t>
      </w:r>
      <w:r>
        <w:rPr/>
        <w:t>.</w:t>
      </w:r>
    </w:p>
    <w:p>
      <w:r>
        <w:rPr>
          <w:b/>
          <w:sz w:val="32"/>
        </w:rPr>
        <w:t>Self-Control  (28)</w:t>
      </w:r>
    </w:p>
    <w:p>
      <w:pPr>
        <w:pStyle w:val="Yellow"/>
        <w:rPr/>
      </w:pPr>
      <w:r>
        <w:rPr>
          <w:b/>
        </w:rPr>
        <w:t xml:space="preserve">Psalm 37:8</w:t>
      </w:r>
      <w:r>
        <w:rPr/>
        <w:t xml:space="preserve"> — </w:t>
      </w:r>
      <w:r>
        <w:rPr>
          <w:shd w:fill="B7DDE8" w:val="clear"/>
        </w:rPr>
        <w:t xml:space="preserve">Refrain from anger and abandon wrath</w:t>
      </w:r>
      <w:r>
        <w:rPr>
          <w:b w:val="false"/>
          <w:i w:val="false"/>
          <w:color w:val="000000"/>
          <w:u w:val="none"/>
        </w:rPr>
        <w:t xml:space="preserve"> [1JGU]</w:t>
      </w:r>
      <w:r>
        <w:rPr/>
        <w:t xml:space="preserve">; </w:t>
      </w:r>
      <w:r>
        <w:rPr>
          <w:shd w:fill="B7DDE8" w:val="clear"/>
        </w:rPr>
        <w:t xml:space="preserve">do not fret</w:t>
      </w:r>
      <w:r>
        <w:rPr>
          <w:b w:val="false"/>
          <w:i w:val="false"/>
          <w:color w:val="000000"/>
          <w:u w:val="none"/>
        </w:rPr>
        <w:t xml:space="preserve"> [1JGV]</w:t>
      </w:r>
      <w:r>
        <w:rPr/>
        <w:t xml:space="preserve">—</w:t>
      </w:r>
      <w:r>
        <w:rPr>
          <w:shd w:fill="B7DDE8" w:val="clear"/>
        </w:rPr>
        <w:t xml:space="preserve">it can only bring harm</w:t>
      </w:r>
      <w:r>
        <w:rPr>
          <w:b w:val="false"/>
          <w:i w:val="false"/>
          <w:color w:val="000000"/>
          <w:u w:val="none"/>
        </w:rPr>
        <w:t xml:space="preserve"> [1JGW]</w:t>
      </w:r>
      <w:r>
        <w:rPr/>
        <w:t xml:space="preserve">.</w:t>
      </w:r>
    </w:p>
    <w:p>
      <w:pPr>
        <w:pStyle w:val="Yellow"/>
        <w:rPr/>
      </w:pPr>
      <w:r>
        <w:rPr>
          <w:b/>
        </w:rPr>
        <w:t xml:space="preserve">Proverbs 14:29</w:t>
      </w:r>
      <w:r>
        <w:rPr/>
        <w:t xml:space="preserve"> — </w:t>
      </w:r>
      <w:r>
        <w:rPr>
          <w:shd w:fill="B7DDE8" w:val="clear"/>
        </w:rPr>
        <w:t xml:space="preserve">A patient man has great understanding</w:t>
      </w:r>
      <w:r>
        <w:rPr>
          <w:b w:val="false"/>
          <w:i w:val="false"/>
          <w:color w:val="000000"/>
          <w:u w:val="none"/>
        </w:rPr>
        <w:t xml:space="preserve"> [1HQR]</w:t>
      </w:r>
      <w:r>
        <w:rPr/>
        <w:t xml:space="preserve">, but </w:t>
      </w:r>
      <w:r>
        <w:rPr>
          <w:shd w:fill="F4B183" w:val="clear" w:color="auto"/>
          <w:color w:val="000000"/>
        </w:rPr>
        <w:t xml:space="preserve">a quick-tempered man promotes folly</w:t>
      </w:r>
      <w:r>
        <w:rPr>
          <w:b w:val="false"/>
          <w:i w:val="false"/>
          <w:color w:val="000000"/>
          <w:u w:val="none"/>
          <w:shd w:val="clear" w:color="auto" w:fill="F4B183"/>
        </w:rPr>
        <w:t xml:space="preserve"> [1HQS]</w:t>
      </w:r>
      <w:r>
        <w:rPr/>
        <w:t xml:space="preserve">.</w:t>
      </w:r>
    </w:p>
    <w:p>
      <w:pPr>
        <w:pStyle w:val="Yellow"/>
        <w:rPr/>
      </w:pPr>
      <w:r>
        <w:rPr>
          <w:b/>
        </w:rPr>
        <w:t xml:space="preserve">Proverbs 16:32</w:t>
      </w:r>
      <w:r>
        <w:rPr/>
        <w:t xml:space="preserve"> — </w:t>
      </w:r>
      <w:r>
        <w:rPr>
          <w:shd w:fill="B7DDE8" w:val="clear"/>
        </w:rPr>
        <w:t xml:space="preserve">He who is slow to anger is better than a warrior</w:t>
      </w:r>
      <w:r>
        <w:rPr>
          <w:b w:val="false"/>
          <w:i w:val="false"/>
          <w:color w:val="000000"/>
          <w:u w:val="none"/>
        </w:rPr>
        <w:t xml:space="preserve"> [1HCL]</w:t>
      </w:r>
      <w:r>
        <w:rPr>
          <w:shd w:val="clear" w:color="auto" w:fill="548235"/>
          <w:color w:val="FFFFFF"/>
        </w:rPr>
        <w:t xml:space="preserve">, and </w:t>
      </w:r>
      <w:r>
        <w:rPr>
          <w:shd w:fill="548235" w:val="clear" w:color="auto"/>
          <w:color w:val="FFFFFF"/>
        </w:rPr>
        <w:t xml:space="preserve">he who controls his temper is greater than one who captures a city</w:t>
      </w:r>
      <w:r>
        <w:rPr>
          <w:b w:val="false"/>
          <w:i w:val="false"/>
          <w:color w:val="FFFFFF"/>
          <w:u w:val="none"/>
          <w:shd w:val="clear" w:color="auto" w:fill="548235"/>
        </w:rPr>
        <w:t xml:space="preserve"> [1HCM]</w:t>
      </w:r>
      <w:r>
        <w:rPr>
          <w:shd w:val="clear" w:color="auto" w:fill="548235"/>
          <w:color w:val="FFFFFF"/>
        </w:rPr>
        <w:t xml:space="preserve">.</w:t>
      </w:r>
    </w:p>
    <w:p>
      <w:pPr>
        <w:pStyle w:val="Yellow"/>
        <w:rPr/>
      </w:pPr>
      <w:r>
        <w:rPr>
          <w:b/>
          <w:shd w:val="clear" w:color="auto" w:fill="F4B183"/>
          <w:color w:val="000000"/>
        </w:rPr>
        <w:t>Proverbs 19:19</w:t>
      </w:r>
      <w:r>
        <w:rPr>
          <w:shd w:val="clear" w:color="auto" w:fill="F4B183"/>
          <w:color w:val="000000"/>
        </w:rPr>
        <w:t xml:space="preserve"> — </w:t>
      </w:r>
      <w:r>
        <w:rPr>
          <w:shd w:val="clear" w:fill="F4B183" w:color="auto"/>
          <w:color w:val="000000"/>
        </w:rPr>
        <w:t>A man of great anger must pay the penalty</w:t>
      </w:r>
      <w:r>
        <w:rPr>
          <w:b w:val="false"/>
          <w:i w:val="false"/>
          <w:color w:val="000000"/>
          <w:u w:val="none"/>
          <w:shd w:val="clear" w:color="auto" w:fill="F4B183"/>
        </w:rPr>
        <w:t xml:space="preserve"> [1DPA]</w:t>
      </w:r>
      <w:r>
        <w:rPr>
          <w:shd w:val="clear" w:color="auto" w:fill="F4B183"/>
          <w:color w:val="000000"/>
        </w:rPr>
        <w:t xml:space="preserve">; </w:t>
      </w:r>
      <w:r>
        <w:rPr>
          <w:shd w:val="clear" w:fill="F4B183" w:color="auto"/>
          <w:color w:val="000000"/>
        </w:rPr>
        <w:t>if you rescue him, you will have to do so again</w:t>
      </w:r>
      <w:r>
        <w:rPr>
          <w:b w:val="false"/>
          <w:i w:val="false"/>
          <w:color w:val="000000"/>
          <w:u w:val="none"/>
          <w:shd w:val="clear" w:color="auto" w:fill="F4B183"/>
        </w:rPr>
        <w:t xml:space="preserve"> [1DPB]</w:t>
      </w:r>
      <w:r>
        <w:rPr>
          <w:shd w:val="clear" w:color="auto" w:fill="F4B183"/>
          <w:color w:val="000000"/>
        </w:rPr>
        <w:t>.</w:t>
      </w:r>
    </w:p>
    <w:p>
      <w:pPr>
        <w:pStyle w:val="Yellow"/>
        <w:rPr/>
      </w:pPr>
      <w:r>
        <w:rPr>
          <w:b/>
        </w:rPr>
        <w:t xml:space="preserve">Proverbs 20:1</w:t>
      </w:r>
      <w:r>
        <w:rPr/>
        <w:t xml:space="preserve"> — </w:t>
      </w:r>
      <w:r>
        <w:rPr>
          <w:shd w:fill="F4B183" w:val="clear" w:color="auto"/>
          <w:color w:val="000000"/>
        </w:rPr>
        <w:t xml:space="preserve">Wine is a mocker</w:t>
      </w:r>
      <w:r>
        <w:rPr>
          <w:b w:val="false"/>
          <w:i w:val="false"/>
          <w:color w:val="000000"/>
          <w:u w:val="none"/>
          <w:shd w:val="clear" w:color="auto" w:fill="F4B183"/>
        </w:rPr>
        <w:t xml:space="preserve"> [1HIT]</w:t>
      </w:r>
      <w:r>
        <w:rPr/>
        <w:t xml:space="preserve">, </w:t>
      </w:r>
      <w:r>
        <w:rPr>
          <w:shd w:fill="F4B183" w:val="clear" w:color="auto"/>
          <w:color w:val="000000"/>
        </w:rPr>
        <w:t xml:space="preserve">strong drink is a brawler</w:t>
      </w:r>
      <w:r>
        <w:rPr>
          <w:b w:val="false"/>
          <w:i w:val="false"/>
          <w:color w:val="000000"/>
          <w:u w:val="none"/>
          <w:shd w:val="clear" w:color="auto" w:fill="F4B183"/>
        </w:rPr>
        <w:t xml:space="preserve"> [1HIU]</w:t>
      </w:r>
      <w:r>
        <w:rPr/>
        <w:t xml:space="preserve">, and </w:t>
      </w:r>
      <w:r>
        <w:rPr>
          <w:shd w:fill="B7DDE8" w:val="clear"/>
        </w:rPr>
        <w:t xml:space="preserve">whoever is led astray by them is not wise</w:t>
      </w:r>
      <w:r>
        <w:rPr>
          <w:b w:val="false"/>
          <w:i w:val="false"/>
          <w:color w:val="000000"/>
          <w:u w:val="none"/>
        </w:rPr>
        <w:t xml:space="preserve"> [1HIV]</w:t>
      </w:r>
      <w:r>
        <w:rPr/>
        <w:t xml:space="preserve">.</w:t>
      </w:r>
    </w:p>
    <w:p>
      <w:pPr>
        <w:pStyle w:val="Yellow"/>
        <w:rPr/>
      </w:pPr>
      <w:r>
        <w:rPr>
          <w:b/>
        </w:rPr>
        <w:t xml:space="preserve">Proverbs 22:24–25</w:t>
      </w:r>
      <w:r>
        <w:rPr/>
        <w:t xml:space="preserve"> — </w:t>
      </w:r>
      <w:r>
        <w:rPr>
          <w:shd w:fill="B7DDE8" w:val="clear"/>
        </w:rPr>
        <w:t xml:space="preserve">Do not make friends with an angry man, and do not associate with a hot-tempered man</w:t>
      </w:r>
      <w:r>
        <w:rPr>
          <w:b w:val="false"/>
          <w:i w:val="false"/>
          <w:color w:val="000000"/>
          <w:u w:val="none"/>
        </w:rPr>
        <w:t xml:space="preserve"> [1IZX]</w:t>
      </w:r>
      <w:r>
        <w:rPr/>
        <w:t xml:space="preserve">, or </w:t>
      </w:r>
      <w:r>
        <w:rPr>
          <w:shd w:fill="B7DDE8" w:val="clear"/>
        </w:rPr>
        <w:t xml:space="preserve">you may learn his ways</w:t>
      </w:r>
      <w:r>
        <w:rPr>
          <w:b w:val="false"/>
          <w:i w:val="false"/>
          <w:color w:val="000000"/>
          <w:u w:val="none"/>
        </w:rPr>
        <w:t xml:space="preserve"> [1IZY]</w:t>
      </w:r>
      <w:r>
        <w:rPr/>
        <w:t xml:space="preserve"> and </w:t>
      </w:r>
      <w:r>
        <w:rPr>
          <w:shd w:fill="B7DDE8" w:val="clear"/>
        </w:rPr>
        <w:t xml:space="preserve">entangle yourself in a snare</w:t>
      </w:r>
      <w:r>
        <w:rPr>
          <w:b w:val="false"/>
          <w:i w:val="false"/>
          <w:color w:val="000000"/>
          <w:u w:val="none"/>
        </w:rPr>
        <w:t xml:space="preserve"> [1IZZ]</w:t>
      </w:r>
      <w:r>
        <w:rPr/>
        <w:t xml:space="preserve">.</w:t>
      </w:r>
    </w:p>
    <w:p>
      <w:pPr>
        <w:pStyle w:val="Yellow"/>
        <w:rPr/>
        <w:pBdr>
          <w:left w:val="single" w:sz="28" w:space="5" w:color="C00000"/>
        </w:pBdr>
      </w:pPr>
      <w:r>
        <w:rPr>
          <w:b/>
        </w:rPr>
        <w:t>Proverbs 23:20–21</w:t>
      </w:r>
      <w:r>
        <w:rPr/>
        <w:t xml:space="preserve"> — </w:t>
      </w:r>
      <w:r>
        <w:rPr>
          <w:shd w:val="clear" w:fill="B7DDE8"/>
        </w:rPr>
        <w:t>Do not join those who drink too much wine or gorge themselves on meat</w:t>
      </w:r>
      <w:r>
        <w:rPr>
          <w:b w:val="false"/>
          <w:i w:val="false"/>
          <w:color w:val="000000"/>
          <w:u w:val="none"/>
        </w:rPr>
        <w:t xml:space="preserve"> [1EBG]</w:t>
      </w:r>
      <w:r>
        <w:rPr/>
        <w:t xml:space="preserve">. For </w:t>
      </w:r>
      <w:r>
        <w:rPr>
          <w:shd w:val="clear" w:fill="B7DDE8"/>
        </w:rPr>
        <w:t>the drunkard and the glutton will come to poverty</w:t>
      </w:r>
      <w:r>
        <w:rPr>
          <w:b w:val="false"/>
          <w:i w:val="false"/>
          <w:color w:val="000000"/>
          <w:u w:val="none"/>
        </w:rPr>
        <w:t xml:space="preserve"> [1EBH]</w:t>
      </w:r>
      <w:r>
        <w:rPr/>
        <w:t xml:space="preserve">, and </w:t>
      </w:r>
      <w:r>
        <w:rPr>
          <w:shd w:val="clear" w:fill="B7DDE8"/>
        </w:rPr>
        <w:t>drowsiness will clothe them in rags</w:t>
      </w:r>
      <w:r>
        <w:rPr>
          <w:b w:val="false"/>
          <w:i w:val="false"/>
          <w:u w:val="none"/>
          <w:color w:val="000000"/>
        </w:rPr>
        <w:t xml:space="preserve"> [1EBI]</w:t>
      </w:r>
      <w:r>
        <w:rPr/>
        <w:t>.</w:t>
      </w:r>
    </w:p>
    <w:p>
      <w:pPr>
        <w:pStyle w:val="Yellow"/>
        <w:rPr/>
      </w:pPr>
      <w:r>
        <w:rPr>
          <w:shd w:val="clear" w:color="auto" w:fill="548235"/>
          <w:color w:val="FFFFFF"/>
        </w:rPr>
        <w:t xml:space="preserve">(Pr23:30 “Those who linger over wine”) </w:t>
      </w:r>
      <w:r>
        <w:rPr>
          <w:b/>
          <w:shd w:val="clear" w:color="auto" w:fill="548235"/>
          <w:color w:val="FFFFFF"/>
        </w:rPr>
        <w:t xml:space="preserve">Proverbs 23:29</w:t>
      </w:r>
      <w:r>
        <w:rPr>
          <w:shd w:val="clear" w:color="auto" w:fill="548235"/>
          <w:color w:val="FFFFFF"/>
        </w:rPr>
        <w:t xml:space="preserve"> — </w:t>
      </w:r>
      <w:r>
        <w:rPr>
          <w:shd w:fill="548235" w:val="clear" w:color="auto"/>
          <w:color w:val="FFFFFF"/>
        </w:rPr>
        <w:t xml:space="preserve">{Who} has woe? Who has sorrow? Who has contentions? Who has complaints? Who has needless wounds? Who has bloodshot eyes</w:t>
      </w:r>
      <w:r>
        <w:rPr>
          <w:b w:val="false"/>
          <w:i w:val="false"/>
          <w:color w:val="FFFFFF"/>
          <w:u w:val="none"/>
          <w:shd w:val="clear" w:color="auto" w:fill="548235"/>
        </w:rPr>
        <w:t xml:space="preserve"> [1HJK]</w:t>
      </w:r>
      <w:r>
        <w:rPr>
          <w:shd w:val="clear" w:color="auto" w:fill="548235"/>
          <w:color w:val="FFFFFF"/>
        </w:rPr>
        <w:t xml:space="preserve">?</w:t>
      </w:r>
    </w:p>
    <w:p>
      <w:pPr>
        <w:pStyle w:val="Yellow"/>
        <w:rPr/>
      </w:pPr>
      <w:r>
        <w:rPr>
          <w:b/>
        </w:rPr>
        <w:t>Proverbs 23:31–33</w:t>
      </w:r>
      <w:r>
        <w:rPr/>
        <w:t xml:space="preserve"> — </w:t>
      </w:r>
      <w:r>
        <w:rPr>
          <w:shd w:val="clear" w:fill="548235" w:color="auto"/>
          <w:color w:val="FFFFFF"/>
        </w:rPr>
        <w:t>Do not gaze at wine while it is red, when it sparkles in the cup and goes down smoothly</w:t>
      </w:r>
      <w:r>
        <w:rPr>
          <w:b w:val="false"/>
          <w:i w:val="false"/>
          <w:color w:val="FFFFFF"/>
          <w:u w:val="none"/>
          <w:shd w:val="clear" w:color="auto" w:fill="548235"/>
        </w:rPr>
        <w:t xml:space="preserve"> [1EMV]</w:t>
      </w:r>
      <w:r>
        <w:rPr/>
        <w:t xml:space="preserve">. </w:t>
      </w:r>
      <w:r>
        <w:rPr>
          <w:shd w:val="clear" w:fill="B7DDE8"/>
        </w:rPr>
        <w:t>In the end it bites like a snake and stings like a viper</w:t>
      </w:r>
      <w:r>
        <w:rPr>
          <w:b w:val="false"/>
          <w:i w:val="false"/>
          <w:color w:val="000000"/>
          <w:u w:val="none"/>
        </w:rPr>
        <w:t xml:space="preserve"> [1EMW]</w:t>
      </w:r>
      <w:r>
        <w:rPr/>
        <w:t xml:space="preserve">. </w:t>
      </w:r>
      <w:r>
        <w:rPr>
          <w:shd w:val="clear" w:fill="B7DDE8"/>
        </w:rPr>
        <w:t>Your eyes will see strange things</w:t>
      </w:r>
      <w:r>
        <w:rPr>
          <w:b w:val="false"/>
          <w:i w:val="false"/>
          <w:color w:val="000000"/>
          <w:u w:val="none"/>
        </w:rPr>
        <w:t xml:space="preserve"> [1EMX]</w:t>
      </w:r>
      <w:r>
        <w:rPr/>
        <w:t xml:space="preserve">, and </w:t>
      </w:r>
      <w:r>
        <w:rPr>
          <w:shd w:val="clear" w:fill="B7DDE8"/>
        </w:rPr>
        <w:t>your mind will utter perversities</w:t>
      </w:r>
      <w:r>
        <w:rPr>
          <w:b w:val="false"/>
          <w:i w:val="false"/>
          <w:color w:val="000000"/>
          <w:u w:val="none"/>
        </w:rPr>
        <w:t xml:space="preserve"> [1EMY]</w:t>
      </w:r>
      <w:r>
        <w:rPr/>
        <w:t>.</w:t>
      </w:r>
    </w:p>
    <w:p>
      <w:pPr>
        <w:pStyle w:val="Yellow"/>
        <w:rPr/>
      </w:pPr>
      <w:r>
        <w:rPr>
          <w:b/>
        </w:rPr>
        <w:t xml:space="preserve">Proverbs 25:16</w:t>
      </w:r>
      <w:r>
        <w:rPr/>
        <w:t xml:space="preserve"> — </w:t>
      </w:r>
      <w:r>
        <w:rPr>
          <w:shd w:fill="B7DDE8" w:val="clear"/>
        </w:rPr>
        <w:t xml:space="preserve">If you find honey, eat just what you need</w:t>
      </w:r>
      <w:r>
        <w:rPr>
          <w:b w:val="false"/>
          <w:i w:val="false"/>
          <w:color w:val="000000"/>
          <w:u w:val="none"/>
        </w:rPr>
        <w:t xml:space="preserve"> [1HAB]</w:t>
      </w:r>
      <w:r>
        <w:rPr/>
        <w:t xml:space="preserve">, </w:t>
      </w:r>
      <w:r>
        <w:rPr>
          <w:shd w:fill="B7DDE8" w:val="clear"/>
        </w:rPr>
        <w:t xml:space="preserve">lest you have too much and vomit it up</w:t>
      </w:r>
      <w:r>
        <w:rPr>
          <w:b w:val="false"/>
          <w:i w:val="false"/>
          <w:color w:val="000000"/>
          <w:u w:val="none"/>
        </w:rPr>
        <w:t xml:space="preserve"> [1HAC]</w:t>
      </w:r>
      <w:r>
        <w:rPr/>
        <w:t xml:space="preserve">.</w:t>
      </w:r>
    </w:p>
    <w:p>
      <w:pPr>
        <w:pStyle w:val="Yellow"/>
        <w:rPr/>
      </w:pPr>
      <w:r>
        <w:rPr>
          <w:b/>
        </w:rPr>
        <w:t xml:space="preserve">Proverbs 25:28</w:t>
      </w:r>
      <w:r>
        <w:rPr/>
        <w:t xml:space="preserve"> — </w:t>
      </w:r>
      <w:r>
        <w:rPr>
          <w:shd w:fill="B7DDE8" w:val="clear"/>
        </w:rPr>
        <w:t xml:space="preserve">Like a city whose walls are broken down is a man who does not control his temper</w:t>
      </w:r>
      <w:r>
        <w:rPr>
          <w:b w:val="false"/>
          <w:i w:val="false"/>
          <w:color w:val="000000"/>
          <w:u w:val="none"/>
        </w:rPr>
        <w:t xml:space="preserve"> [1HLX]</w:t>
      </w:r>
      <w:r>
        <w:rPr/>
        <w:t xml:space="preserve">.</w:t>
      </w:r>
    </w:p>
    <w:p>
      <w:pPr>
        <w:pStyle w:val="Yellow"/>
        <w:rPr/>
      </w:pPr>
      <w:r>
        <w:rPr>
          <w:b/>
          <w:shd w:val="clear" w:color="auto" w:fill="548235"/>
          <w:color w:val="FFFFFF"/>
        </w:rPr>
        <w:t xml:space="preserve">Proverbs 29:22</w:t>
      </w:r>
      <w:r>
        <w:rPr>
          <w:shd w:val="clear" w:color="auto" w:fill="548235"/>
          <w:color w:val="FFFFFF"/>
        </w:rPr>
        <w:t xml:space="preserve"> — </w:t>
      </w:r>
      <w:r>
        <w:rPr>
          <w:shd w:fill="548235" w:val="clear" w:color="auto"/>
          <w:color w:val="FFFFFF"/>
        </w:rPr>
        <w:t xml:space="preserve">An angry man stirs up dissension</w:t>
      </w:r>
      <w:r>
        <w:rPr>
          <w:b w:val="false"/>
          <w:i w:val="false"/>
          <w:color w:val="FFFFFF"/>
          <w:u w:val="none"/>
          <w:shd w:val="clear" w:color="auto" w:fill="548235"/>
        </w:rPr>
        <w:t xml:space="preserve"> [2HBN]</w:t>
      </w:r>
      <w:r>
        <w:rPr>
          <w:shd w:val="clear" w:color="auto" w:fill="548235"/>
          <w:color w:val="FFFFFF"/>
        </w:rPr>
        <w:t xml:space="preserve">, and </w:t>
      </w:r>
      <w:r>
        <w:rPr>
          <w:shd w:fill="548235" w:val="clear" w:color="auto"/>
          <w:color w:val="FFFFFF"/>
        </w:rPr>
        <w:t xml:space="preserve">a hot-tempered man abounds in transgression</w:t>
      </w:r>
      <w:r>
        <w:rPr>
          <w:b w:val="false"/>
          <w:i w:val="false"/>
          <w:color w:val="FFFFFF"/>
          <w:u w:val="none"/>
          <w:shd w:val="clear" w:color="auto" w:fill="548235"/>
        </w:rPr>
        <w:t xml:space="preserve"> [1IQU]</w:t>
      </w:r>
      <w:r>
        <w:rPr>
          <w:shd w:val="clear" w:color="auto" w:fill="548235"/>
          <w:color w:val="FFFFFF"/>
        </w:rPr>
        <w:t xml:space="preserve">.</w:t>
      </w:r>
    </w:p>
    <w:p>
      <w:pPr>
        <w:pStyle w:val="Yellow"/>
        <w:rPr/>
      </w:pPr>
      <w:r>
        <w:rPr>
          <w:b/>
        </w:rPr>
        <w:t xml:space="preserve">Ecclesiastes 7:9</w:t>
      </w:r>
      <w:r>
        <w:rPr/>
        <w:t xml:space="preserve"> — </w:t>
      </w:r>
      <w:r>
        <w:rPr>
          <w:shd w:fill="B7DDE8" w:val="clear"/>
        </w:rPr>
        <w:t xml:space="preserve">Do not be quickly provoked in your spirit</w:t>
      </w:r>
      <w:r>
        <w:rPr>
          <w:b w:val="false"/>
          <w:i w:val="false"/>
          <w:color w:val="000000"/>
          <w:u w:val="none"/>
        </w:rPr>
        <w:t xml:space="preserve"> [1HHT]</w:t>
      </w:r>
      <w:r>
        <w:rPr/>
        <w:t xml:space="preserve">, for </w:t>
      </w:r>
      <w:r>
        <w:rPr>
          <w:shd w:fill="B7DDE8" w:val="clear"/>
        </w:rPr>
        <w:t xml:space="preserve">anger settles in the lap of a fool</w:t>
      </w:r>
      <w:r>
        <w:rPr>
          <w:b w:val="false"/>
          <w:i w:val="false"/>
          <w:color w:val="000000"/>
          <w:u w:val="none"/>
        </w:rPr>
        <w:t xml:space="preserve"> [1HHU]</w:t>
      </w:r>
      <w:r>
        <w:rPr/>
        <w:t xml:space="preserve">.</w:t>
      </w:r>
    </w:p>
    <w:p>
      <w:pPr>
        <w:pStyle w:val="Yellow"/>
        <w:rPr/>
      </w:pPr>
      <w:r>
        <w:rPr>
          <w:b/>
          <w:color w:val="auto"/>
        </w:rPr>
        <w:t xml:space="preserve">Matthew 5:29</w:t>
      </w:r>
      <w:r>
        <w:rPr>
          <w:color w:val="auto"/>
        </w:rPr>
        <w:t xml:space="preserve"> — </w:t>
      </w:r>
      <w:r>
        <w:rPr>
          <w:color w:val="auto"/>
        </w:rPr>
        <w:t xml:space="preserve">If your right eye causes you to sin, </w:t>
      </w:r>
      <w:r>
        <w:rPr>
          <w:color w:val="auto"/>
        </w:rPr>
        <w:t xml:space="preserve">gouge it out and throw it away</w:t>
      </w:r>
      <w:r>
        <w:rPr>
          <w:b w:val="false"/>
          <w:i w:val="false"/>
          <w:u w:val="none"/>
          <w:color w:val="auto"/>
        </w:rPr>
        <w:t xml:space="preserve"> [3JLH]</w:t>
      </w:r>
      <w:r>
        <w:rPr>
          <w:color w:val="auto"/>
        </w:rPr>
        <w:t xml:space="preserve">. </w:t>
      </w:r>
      <w:r>
        <w:rPr>
          <w:color w:val="auto"/>
        </w:rPr>
        <w:t xml:space="preserve">It is better for you to lose one part of your body than for your whole body to be thrown into hell</w:t>
      </w:r>
      <w:r>
        <w:rPr>
          <w:b w:val="false"/>
          <w:i w:val="false"/>
          <w:u w:val="none"/>
          <w:color w:val="auto"/>
        </w:rPr>
        <w:t xml:space="preserve"> [2JLI]</w:t>
      </w:r>
      <w:r>
        <w:rPr>
          <w:color w:val="auto"/>
        </w:rPr>
        <w:t xml:space="preserve">.</w:t>
      </w:r>
    </w:p>
    <w:p>
      <w:pPr>
        <w:pStyle w:val="Yellow"/>
        <w:rPr/>
      </w:pPr>
      <w:r>
        <w:rPr>
          <w:b/>
          <w:color w:val="auto"/>
        </w:rPr>
        <w:t xml:space="preserve">Matthew 5:30</w:t>
      </w:r>
      <w:r>
        <w:rPr>
          <w:color w:val="auto"/>
        </w:rPr>
        <w:t xml:space="preserve"> — And </w:t>
      </w:r>
      <w:r>
        <w:rPr>
          <w:color w:val="auto"/>
        </w:rPr>
        <w:t xml:space="preserve">if your right hand causes you to sin, </w:t>
      </w:r>
      <w:r>
        <w:rPr>
          <w:color w:val="auto"/>
        </w:rPr>
        <w:t xml:space="preserve">cut it off and throw it away</w:t>
      </w:r>
      <w:r>
        <w:rPr>
          <w:b w:val="false"/>
          <w:i w:val="false"/>
          <w:u w:val="none"/>
          <w:color w:val="auto"/>
        </w:rPr>
        <w:t xml:space="preserve"> [2JLJ]</w:t>
      </w:r>
      <w:r>
        <w:rPr>
          <w:color w:val="auto"/>
        </w:rPr>
        <w:t xml:space="preserve">. </w:t>
      </w:r>
      <w:r>
        <w:rPr>
          <w:color w:val="auto"/>
        </w:rPr>
        <w:t xml:space="preserve">It is better for you to lose one part of your body than for your whole body to depart into hell</w:t>
      </w:r>
      <w:r>
        <w:rPr>
          <w:b w:val="false"/>
          <w:i w:val="false"/>
          <w:u w:val="none"/>
          <w:color w:val="auto"/>
        </w:rPr>
        <w:t xml:space="preserve"> [2JLI]</w:t>
      </w:r>
      <w:r>
        <w:rPr>
          <w:color w:val="auto"/>
        </w:rPr>
        <w:t xml:space="preserve">.</w:t>
      </w:r>
    </w:p>
    <w:p>
      <w:pPr>
        <w:pStyle w:val="Yellow"/>
        <w:rPr/>
      </w:pPr>
      <w:r>
        <w:rPr>
          <w:b/>
        </w:rPr>
        <w:t>Matthew 18:8</w:t>
      </w:r>
      <w:r>
        <w:rPr/>
        <w:t xml:space="preserve"> — </w:t>
      </w:r>
      <w:r>
        <w:rPr>
          <w:shd w:val="clear" w:fill="B7DDE8"/>
        </w:rPr>
        <w:t>If your hand or your foot causes you to sin, cut it off and throw it away</w:t>
      </w:r>
      <w:r>
        <w:rPr>
          <w:b w:val="false"/>
          <w:i w:val="false"/>
          <w:color w:val="000000"/>
          <w:u w:val="none"/>
        </w:rPr>
        <w:t xml:space="preserve"> [1EOG]</w:t>
      </w:r>
      <w:r>
        <w:rPr/>
        <w:t xml:space="preserve">. </w:t>
      </w:r>
      <w:r>
        <w:rPr>
          <w:shd w:val="clear" w:fill="B7DDE8"/>
        </w:rPr>
        <w:t>It is better for you to enter life crippled or lame than to have two hands and two feet and be thrown into the eternal fire</w:t>
      </w:r>
      <w:r>
        <w:rPr>
          <w:b w:val="false"/>
          <w:i w:val="false"/>
          <w:color w:val="000000"/>
          <w:u w:val="none"/>
        </w:rPr>
        <w:t xml:space="preserve"> [1EOH]</w:t>
      </w:r>
      <w:r>
        <w:rPr/>
        <w:t>.</w:t>
      </w:r>
    </w:p>
    <w:p>
      <w:pPr>
        <w:pStyle w:val="Yellow"/>
        <w:rPr/>
      </w:pPr>
      <w:r>
        <w:rPr>
          <w:b/>
          <w:u w:val="none"/>
          <w:shd w:val="clear" w:color="auto" w:fill="C00000"/>
          <w:color w:val="FFFFFF"/>
        </w:rPr>
        <w:t xml:space="preserve">Matthew 18:9</w:t>
      </w:r>
      <w:r>
        <w:rPr>
          <w:u w:val="none"/>
          <w:shd w:val="clear" w:color="auto" w:fill="C00000"/>
          <w:color w:val="FFFFFF"/>
        </w:rPr>
        <w:t xml:space="preserve"> — </w:t>
      </w:r>
      <w:r>
        <w:rPr>
          <w:u w:val="none"/>
          <w:shd w:val="clear" w:color="auto" w:fill="C00000"/>
          <w:color w:val="FFFFFF"/>
        </w:rPr>
        <w:t xml:space="preserve">if your eye causes you to sin, gouge it out and throw it away</w:t>
      </w:r>
      <w:r>
        <w:rPr>
          <w:b w:val="false"/>
          <w:i w:val="false"/>
          <w:u w:val="none"/>
          <w:shd w:val="clear" w:color="auto" w:fill="C00000"/>
          <w:color w:val="FFFFFF"/>
        </w:rPr>
        <w:t xml:space="preserve"> [3JLH]</w:t>
      </w:r>
      <w:r>
        <w:rPr>
          <w:u w:val="none"/>
          <w:shd w:val="clear" w:color="auto" w:fill="C00000"/>
          <w:color w:val="FFFFFF"/>
        </w:rPr>
        <w:t xml:space="preserve">. </w:t>
      </w:r>
      <w:r>
        <w:rPr>
          <w:u w:val="none"/>
          <w:shd w:val="clear" w:color="auto" w:fill="C00000"/>
          <w:color w:val="FFFFFF"/>
        </w:rPr>
        <w:t xml:space="preserve">It is better for you to enter life with one eye than to have two eyes and be thrown into the fire of hell</w:t>
      </w:r>
      <w:r>
        <w:rPr>
          <w:b w:val="false"/>
          <w:i w:val="false"/>
          <w:u w:val="none"/>
          <w:shd w:val="clear" w:color="auto" w:fill="C00000"/>
          <w:color w:val="FFFFFF"/>
        </w:rPr>
        <w:t xml:space="preserve"> [1JLL]</w:t>
      </w:r>
      <w:r>
        <w:rPr>
          <w:u w:val="none"/>
          <w:shd w:val="clear" w:color="auto" w:fill="C00000"/>
          <w:color w:val="FFFFFF"/>
        </w:rPr>
        <w:t xml:space="preserve">.</w:t>
      </w:r>
    </w:p>
    <w:p>
      <w:pPr>
        <w:pStyle w:val="Yellow"/>
        <w:rPr/>
      </w:pPr>
      <w:r>
        <w:rPr>
          <w:b/>
          <w:u w:val="none"/>
          <w:shd w:val="clear" w:color="auto" w:fill="C00000"/>
          <w:color w:val="FFFFFF"/>
        </w:rPr>
        <w:t xml:space="preserve">Mark 9:43</w:t>
      </w:r>
      <w:r>
        <w:rPr>
          <w:u w:val="none"/>
          <w:shd w:val="clear" w:color="auto" w:fill="C00000"/>
          <w:color w:val="FFFFFF"/>
        </w:rPr>
        <w:t xml:space="preserve"> — </w:t>
      </w:r>
      <w:r>
        <w:rPr>
          <w:u w:val="none"/>
          <w:shd w:val="clear" w:color="auto" w:fill="C00000"/>
          <w:color w:val="FFFFFF"/>
        </w:rPr>
        <w:t xml:space="preserve">If your hand causes you to sin, cut it off</w:t>
      </w:r>
      <w:r>
        <w:rPr>
          <w:b w:val="false"/>
          <w:i w:val="false"/>
          <w:u w:val="none"/>
          <w:shd w:val="clear" w:color="auto" w:fill="C00000"/>
          <w:color w:val="FFFFFF"/>
        </w:rPr>
        <w:t xml:space="preserve"> [2JLJ]</w:t>
      </w:r>
      <w:r>
        <w:rPr>
          <w:u w:val="none"/>
          <w:shd w:val="clear" w:color="auto" w:fill="C00000"/>
          <w:color w:val="FFFFFF"/>
        </w:rPr>
        <w:t xml:space="preserve">. </w:t>
      </w:r>
      <w:r>
        <w:rPr>
          <w:u w:val="none"/>
          <w:shd w:val="clear" w:color="auto" w:fill="C00000"/>
          <w:color w:val="FFFFFF"/>
        </w:rPr>
        <w:t xml:space="preserve">It is better for you to enter life crippled than to have two hands and go into hell, into the unquenchable fire</w:t>
      </w:r>
      <w:r>
        <w:rPr>
          <w:b w:val="false"/>
          <w:i w:val="false"/>
          <w:u w:val="none"/>
          <w:shd w:val="clear" w:color="auto" w:fill="C00000"/>
          <w:color w:val="FFFFFF"/>
        </w:rPr>
        <w:t xml:space="preserve"> [1JLK]</w:t>
      </w:r>
      <w:r>
        <w:rPr>
          <w:u w:val="none"/>
          <w:shd w:val="clear" w:color="auto" w:fill="C00000"/>
          <w:color w:val="FFFFFF"/>
        </w:rPr>
        <w:t xml:space="preserve">.</w:t>
      </w:r>
    </w:p>
    <w:p>
      <w:pPr>
        <w:pStyle w:val="Yellow"/>
        <w:rPr/>
      </w:pPr>
      <w:r>
        <w:rPr>
          <w:b/>
          <w:u w:val="none"/>
          <w:shd w:val="clear" w:color="auto" w:fill="C00000"/>
          <w:color w:val="FFFFFF"/>
        </w:rPr>
        <w:t>Mark 9:45</w:t>
      </w:r>
      <w:r>
        <w:rPr>
          <w:u w:val="none"/>
          <w:shd w:val="clear" w:color="auto" w:fill="C00000"/>
          <w:color w:val="FFFFFF"/>
        </w:rPr>
        <w:t xml:space="preserve"> — </w:t>
      </w:r>
      <w:r>
        <w:rPr>
          <w:u w:val="none"/>
          <w:shd w:val="clear" w:color="auto" w:fill="C00000"/>
          <w:color w:val="FFFFFF"/>
        </w:rPr>
        <w:t>If your foot causes you to sin, cut it off</w:t>
      </w:r>
      <w:r>
        <w:rPr>
          <w:b w:val="false"/>
          <w:i w:val="false"/>
          <w:u w:val="none"/>
          <w:shd w:val="clear" w:color="auto" w:fill="C00000"/>
          <w:color w:val="FFFFFF"/>
        </w:rPr>
        <w:t xml:space="preserve"> [1EOE]</w:t>
      </w:r>
      <w:r>
        <w:rPr>
          <w:u w:val="none"/>
          <w:shd w:val="clear" w:color="auto" w:fill="C00000"/>
          <w:color w:val="FFFFFF"/>
        </w:rPr>
        <w:t xml:space="preserve">. </w:t>
      </w:r>
      <w:r>
        <w:rPr>
          <w:u w:val="none"/>
          <w:shd w:val="clear" w:color="auto" w:fill="C00000"/>
          <w:color w:val="FFFFFF"/>
        </w:rPr>
        <w:t>It is better for you to enter life lame than to have two feet and be thrown into hell</w:t>
      </w:r>
      <w:r>
        <w:rPr>
          <w:b w:val="false"/>
          <w:i w:val="false"/>
          <w:u w:val="none"/>
          <w:shd w:val="clear" w:color="auto" w:fill="C00000"/>
          <w:color w:val="FFFFFF"/>
        </w:rPr>
        <w:t xml:space="preserve"> [1EOF]</w:t>
      </w:r>
      <w:r>
        <w:rPr>
          <w:u w:val="none"/>
          <w:shd w:val="clear" w:color="auto" w:fill="C00000"/>
          <w:color w:val="FFFFFF"/>
        </w:rPr>
        <w:t>.</w:t>
      </w:r>
    </w:p>
    <w:p>
      <w:pPr>
        <w:pStyle w:val="Yellow"/>
        <w:rPr/>
      </w:pPr>
      <w:r>
        <w:rPr>
          <w:b/>
        </w:rPr>
        <w:t xml:space="preserve">Mark 9:47</w:t>
      </w:r>
      <w:r>
        <w:rPr/>
        <w:t xml:space="preserve"> — And </w:t>
      </w:r>
      <w:r>
        <w:rPr>
          <w:shd w:fill="B7DDE8" w:val="clear"/>
        </w:rPr>
        <w:t xml:space="preserve">if your eye causes you to sin, </w:t>
      </w:r>
      <w:r>
        <w:rPr>
          <w:shd w:fill="B7DDE8" w:val="clear"/>
        </w:rPr>
        <w:t xml:space="preserve">pluck it out</w:t>
      </w:r>
      <w:r>
        <w:rPr>
          <w:b w:val="false"/>
          <w:i w:val="false"/>
          <w:color w:val="000000"/>
          <w:u w:val="none"/>
        </w:rPr>
        <w:t xml:space="preserve"> [3JLH]</w:t>
      </w:r>
      <w:r>
        <w:rPr/>
        <w:t xml:space="preserve">. </w:t>
      </w:r>
      <w:r>
        <w:rPr>
          <w:shd w:fill="B7DDE8" w:val="clear"/>
        </w:rPr>
        <w:t xml:space="preserve">It is better for you to enter the kingdom of God with one eye than to have two eyes and be thrown into hell</w:t>
      </w:r>
      <w:r>
        <w:rPr>
          <w:b w:val="false"/>
          <w:i w:val="false"/>
          <w:color w:val="000000"/>
          <w:u w:val="none"/>
        </w:rPr>
        <w:t xml:space="preserve"> [1JLM]</w:t>
      </w:r>
      <w:r>
        <w:rPr/>
        <w:t xml:space="preserve">,</w:t>
      </w:r>
    </w:p>
    <w:p>
      <w:pPr>
        <w:pStyle w:val="Yellow"/>
        <w:rPr/>
      </w:pPr>
      <w:r>
        <w:rPr>
          <w:b/>
          <w:shd w:val="clear" w:color="auto" w:fill="548235"/>
          <w:color w:val="FFFFFF"/>
        </w:rPr>
        <w:t xml:space="preserve">Romans 8:8</w:t>
      </w:r>
      <w:r>
        <w:rPr>
          <w:shd w:val="clear" w:color="auto" w:fill="548235"/>
          <w:color w:val="FFFFFF"/>
        </w:rPr>
        <w:t xml:space="preserve"> — </w:t>
      </w:r>
      <w:r>
        <w:rPr>
          <w:shd w:fill="548235" w:val="clear" w:color="auto"/>
          <w:color w:val="FFFFFF"/>
        </w:rPr>
        <w:t xml:space="preserve">Those controlled by the flesh cannot please God</w:t>
      </w:r>
      <w:r>
        <w:rPr>
          <w:b w:val="false"/>
          <w:i w:val="false"/>
          <w:color w:val="FFFFFF"/>
          <w:u w:val="none"/>
          <w:shd w:val="clear" w:color="auto" w:fill="548235"/>
        </w:rPr>
        <w:t xml:space="preserve"> [1IFC]</w:t>
      </w:r>
      <w:r>
        <w:rPr>
          <w:shd w:val="clear" w:color="auto" w:fill="548235"/>
          <w:color w:val="FFFFFF"/>
        </w:rPr>
        <w:t xml:space="preserve">.</w:t>
      </w:r>
    </w:p>
    <w:p>
      <w:pPr>
        <w:pStyle w:val="Yellow"/>
        <w:rPr/>
      </w:pPr>
      <w:r>
        <w:rPr>
          <w:b/>
          <w:shd w:val="clear" w:color="auto" w:fill="548235"/>
          <w:color w:val="FFFFFF"/>
        </w:rPr>
        <w:t>Galatians 5:24</w:t>
      </w:r>
      <w:r>
        <w:rPr>
          <w:shd w:val="clear" w:color="auto" w:fill="548235"/>
          <w:color w:val="FFFFFF"/>
        </w:rPr>
        <w:t xml:space="preserve"> — </w:t>
      </w:r>
      <w:r>
        <w:rPr>
          <w:shd w:fill="548235" w:val="clear" w:color="auto"/>
          <w:color w:val="FFFFFF"/>
        </w:rPr>
        <w:t>Those who belong to Christ Jesus have crucified the flesh with its passions and desires</w:t>
      </w:r>
      <w:r>
        <w:rPr>
          <w:b w:val="false"/>
          <w:i w:val="false"/>
          <w:color w:val="FFFFFF"/>
          <w:u w:val="none"/>
          <w:shd w:val="clear" w:color="auto" w:fill="548235"/>
        </w:rPr>
        <w:t xml:space="preserve"> [1AZO]</w:t>
      </w:r>
      <w:r>
        <w:rPr>
          <w:shd w:val="clear" w:color="auto" w:fill="548235"/>
          <w:color w:val="FFFFFF"/>
        </w:rPr>
        <w:t>.</w:t>
      </w:r>
    </w:p>
    <w:p>
      <w:pPr>
        <w:pStyle w:val="Yellow"/>
        <w:rPr/>
      </w:pPr>
      <w:r>
        <w:rPr>
          <w:b/>
        </w:rPr>
        <w:t>Ephesians 5:18</w:t>
      </w:r>
      <w:r>
        <w:rPr/>
        <w:t xml:space="preserve"> — </w:t>
      </w:r>
      <w:r>
        <w:rPr>
          <w:shd w:val="clear" w:fill="B7DDE8"/>
        </w:rPr>
        <w:t>Do not get drunk on wine</w:t>
      </w:r>
      <w:r>
        <w:rPr>
          <w:b w:val="false"/>
          <w:i w:val="false"/>
          <w:color w:val="000000"/>
          <w:u w:val="none"/>
        </w:rPr>
        <w:t xml:space="preserve"> [1DMT]</w:t>
      </w:r>
      <w:r>
        <w:rPr/>
        <w:t xml:space="preserve">, </w:t>
      </w:r>
      <w:r>
        <w:rPr>
          <w:shd w:val="clear" w:fill="F4B183" w:color="auto"/>
          <w:color w:val="000000"/>
        </w:rPr>
        <w:t>which leads to reckless indiscretion</w:t>
      </w:r>
      <w:r>
        <w:rPr>
          <w:b w:val="false"/>
          <w:i w:val="false"/>
          <w:color w:val="000000"/>
          <w:u w:val="none"/>
          <w:shd w:val="clear" w:color="auto" w:fill="F4B183"/>
        </w:rPr>
        <w:t xml:space="preserve"> [1DMU]</w:t>
      </w:r>
      <w:r>
        <w:rPr/>
        <w:t>.</w:t>
      </w:r>
    </w:p>
    <w:p>
      <w:pPr>
        <w:pStyle w:val="Yellow"/>
        <w:rPr/>
      </w:pPr>
      <w:r>
        <w:rPr>
          <w:b/>
        </w:rPr>
        <w:t xml:space="preserve">Colossians 3:5-6</w:t>
      </w:r>
      <w:r>
        <w:rPr/>
        <w:t xml:space="preserve">  — </w:t>
      </w:r>
      <w:r>
        <w:rPr>
          <w:shd w:fill="B7DDE8" w:val="clear"/>
        </w:rPr>
        <w:t xml:space="preserve">Put to death, therefore, the components of your earthly nature: sexual immorality, impurity, lust, evil desires, and greed, which is idolatry</w:t>
      </w:r>
      <w:r>
        <w:rPr>
          <w:b w:val="false"/>
          <w:i w:val="false"/>
          <w:color w:val="000000"/>
          <w:u w:val="none"/>
        </w:rPr>
        <w:t xml:space="preserve"> [1IUH]</w:t>
      </w:r>
      <w:r>
        <w:rPr/>
        <w:t xml:space="preserve">. </w:t>
      </w:r>
      <w:r>
        <w:rPr>
          <w:shd w:val="clear" w:color="auto" w:fill="D9C3E6"/>
        </w:rPr>
        <w:t xml:space="preserve">Because of these, the wrath of God is coming on the sons of disobedience</w:t>
      </w:r>
      <w:r>
        <w:rPr>
          <w:b w:val="false"/>
          <w:i w:val="false"/>
          <w:color w:val="000000"/>
          <w:u w:val="none"/>
        </w:rPr>
        <w:t xml:space="preserve"> [2AJP]</w:t>
      </w:r>
      <w:r>
        <w:rPr>
          <w:shd w:val="clear" w:color="auto" w:fill="D9C3E6"/>
        </w:rPr>
        <w:t xml:space="preserve">.</w:t>
      </w:r>
    </w:p>
    <w:p>
      <w:pPr>
        <w:pStyle w:val="Yellow"/>
        <w:rPr/>
      </w:pPr>
      <w:r>
        <w:rPr>
          <w:b/>
        </w:rPr>
        <w:t>2 Timothy 1:7</w:t>
      </w:r>
      <w:r>
        <w:rPr/>
        <w:t xml:space="preserve"> — For </w:t>
      </w:r>
      <w:r>
        <w:rPr>
          <w:shd w:fill="B7DDE8" w:val="clear"/>
        </w:rPr>
        <w:t>God has not given us a spirit of fear, but of power, love, and self-control</w:t>
      </w:r>
      <w:r>
        <w:rPr>
          <w:b w:val="false"/>
          <w:i w:val="false"/>
          <w:color w:val="000000"/>
          <w:u w:val="none"/>
        </w:rPr>
        <w:t xml:space="preserve"> [1LXE]</w:t>
      </w:r>
      <w:r>
        <w:rPr/>
        <w:t>.</w:t>
      </w:r>
    </w:p>
    <w:p>
      <w:pPr>
        <w:pStyle w:val="Yellow"/>
        <w:rPr/>
      </w:pPr>
      <w:r>
        <w:rPr>
          <w:b/>
        </w:rPr>
        <w:t xml:space="preserve">James 1:20</w:t>
      </w:r>
      <w:r>
        <w:rPr/>
        <w:t xml:space="preserve"> — for </w:t>
      </w:r>
      <w:r>
        <w:rPr>
          <w:shd w:fill="B7DDE8" w:val="clear"/>
        </w:rPr>
        <w:t xml:space="preserve">man’s anger does not bring about the righteousness that God desires</w:t>
      </w:r>
      <w:r>
        <w:rPr>
          <w:b w:val="false"/>
          <w:i w:val="false"/>
          <w:color w:val="000000"/>
          <w:u w:val="none"/>
        </w:rPr>
        <w:t xml:space="preserve"> [1JGZ]</w:t>
      </w:r>
      <w:r>
        <w:rPr/>
        <w:t xml:space="preserve">.</w:t>
      </w:r>
    </w:p>
    <w:p>
      <w:pPr>
        <w:pStyle w:val="Yellow"/>
        <w:rPr/>
      </w:pPr>
      <w:r>
        <w:rPr>
          <w:b/>
        </w:rPr>
        <w:t xml:space="preserve">James 4:1</w:t>
      </w:r>
      <w:r>
        <w:rPr/>
        <w:t xml:space="preserve"> — </w:t>
      </w:r>
      <w:r>
        <w:rPr>
          <w:shd w:fill="B7DDE8" w:val="clear"/>
        </w:rPr>
        <w:t xml:space="preserve">What causes conflicts and quarrels among you?</w:t>
      </w:r>
      <w:r>
        <w:rPr>
          <w:b w:val="false"/>
          <w:i w:val="false"/>
          <w:color w:val="000000"/>
          <w:u w:val="none"/>
        </w:rPr>
        <w:t xml:space="preserve"> [1KBX]</w:t>
      </w:r>
      <w:r>
        <w:rPr/>
        <w:t xml:space="preserve"> </w:t>
      </w:r>
      <w:r>
        <w:rPr>
          <w:shd w:fill="B7DDE8" w:val="clear"/>
        </w:rPr>
        <w:t xml:space="preserve">Don’t they come from the passions at war within you?</w:t>
      </w:r>
      <w:r>
        <w:rPr>
          <w:b w:val="false"/>
          <w:i w:val="false"/>
          <w:color w:val="000000"/>
          <w:u w:val="none"/>
        </w:rPr>
        <w:t xml:space="preserve"> [1KBY]</w:t>
      </w:r>
    </w:p>
    <w:p>
      <w:pPr>
        <w:pStyle w:val="Yellow"/>
        <w:rPr/>
      </w:pPr>
      <w:r>
        <w:rPr>
          <w:b/>
        </w:rPr>
        <w:t>1 Peter 2:11</w:t>
      </w:r>
      <w:r>
        <w:rPr/>
        <w:t xml:space="preserve"> — Beloved, I urge you, </w:t>
      </w:r>
      <w:r>
        <w:rPr>
          <w:shd w:fill="B7DDE8" w:val="clear"/>
        </w:rPr>
        <w:t>as foreigners and exiles</w:t>
      </w:r>
      <w:r>
        <w:rPr>
          <w:b w:val="false"/>
          <w:i w:val="false"/>
          <w:color w:val="000000"/>
          <w:u w:val="none"/>
        </w:rPr>
        <w:t xml:space="preserve"> [1FWU]</w:t>
      </w:r>
      <w:r>
        <w:rPr/>
        <w:t xml:space="preserve">, to </w:t>
      </w:r>
      <w:r>
        <w:rPr>
          <w:shd w:fill="B7DDE8" w:val="clear"/>
        </w:rPr>
        <w:t>abstain from the desires of the flesh</w:t>
      </w:r>
      <w:r>
        <w:rPr>
          <w:b w:val="false"/>
          <w:i w:val="false"/>
          <w:color w:val="000000"/>
          <w:u w:val="none"/>
        </w:rPr>
        <w:t xml:space="preserve"> [1FWV]</w:t>
      </w:r>
      <w:r>
        <w:rPr/>
        <w:t xml:space="preserve">, </w:t>
      </w:r>
      <w:r>
        <w:rPr>
          <w:shd w:fill="B7DDE8" w:val="clear"/>
        </w:rPr>
        <w:t>which war against your soul</w:t>
      </w:r>
      <w:r>
        <w:rPr>
          <w:b w:val="false"/>
          <w:i w:val="false"/>
          <w:color w:val="000000"/>
          <w:u w:val="none"/>
        </w:rPr>
        <w:t xml:space="preserve"> [1FWW]</w:t>
      </w:r>
      <w:r>
        <w:rPr/>
        <w:t>.</w:t>
      </w:r>
    </w:p>
    <w:p>
      <w:r>
        <w:rPr>
          <w:b/>
          <w:sz w:val="32"/>
        </w:rPr>
        <w:t>God's Nearness  (58)</w:t>
      </w:r>
    </w:p>
    <w:p>
      <w:pPr>
        <w:pStyle w:val="Yellow"/>
        <w:rPr/>
      </w:pPr>
      <w:r>
        <w:t xml:space="preserve">(Ge41:25 “Joseph”) </w:t>
      </w:r>
      <w:r>
        <w:rPr>
          <w:b/>
        </w:rPr>
        <w:t>Genesis 41:38-39</w:t>
      </w:r>
      <w:r>
        <w:t xml:space="preserve"> — So Pharaoh asked them, “</w:t>
      </w:r>
      <w:r>
        <w:rPr>
          <w:shd w:fill="548235" w:val="clear" w:color="auto"/>
          <w:color w:val="FFFFFF"/>
        </w:rPr>
        <w:t>Can we find anyone like {this man}, in whom the Spirit of God abides</w:t>
      </w:r>
      <w:r>
        <w:rPr>
          <w:b w:val="false"/>
          <w:i w:val="false"/>
          <w:color w:val="FFFFFF"/>
          <w:u w:val="none"/>
          <w:shd w:val="clear" w:color="auto" w:fill="548235"/>
        </w:rPr>
        <w:t xml:space="preserve"> [1BIZ]</w:t>
      </w:r>
      <w:r>
        <w:t xml:space="preserve">?” Since </w:t>
      </w:r>
      <w:r>
        <w:rPr>
          <w:shd w:fill="B7DDE8" w:val="clear"/>
        </w:rPr>
        <w:t>God has made all this known to you</w:t>
      </w:r>
      <w:r>
        <w:rPr>
          <w:b w:val="false"/>
          <w:i w:val="false"/>
          <w:color w:val="000000"/>
          <w:u w:val="none"/>
        </w:rPr>
        <w:t xml:space="preserve"> [1BJA]</w:t>
      </w:r>
      <w:r>
        <w:t xml:space="preserve">, </w:t>
      </w:r>
      <w:r>
        <w:rPr>
          <w:shd w:fill="B7DDE8" w:val="clear"/>
        </w:rPr>
        <w:t>there is no one as discerning and wise as you</w:t>
      </w:r>
      <w:r>
        <w:rPr>
          <w:b w:val="false"/>
          <w:i w:val="false"/>
          <w:color w:val="000000"/>
          <w:u w:val="none"/>
        </w:rPr>
        <w:t xml:space="preserve"> [1BJB]</w:t>
      </w:r>
      <w:r>
        <w:t>.</w:t>
      </w:r>
    </w:p>
    <w:p>
      <w:pPr>
        <w:pStyle w:val="Yellow"/>
        <w:rPr/>
      </w:pPr>
      <w:r>
        <w:rPr>
          <w:b/>
        </w:rPr>
        <w:t xml:space="preserve">Exodus 33:11</w:t>
      </w:r>
      <w:r>
        <w:rPr/>
        <w:t xml:space="preserve"> — Thus </w:t>
      </w:r>
      <w:r>
        <w:rPr>
          <w:shd w:fill="B7DDE8" w:val="clear"/>
        </w:rPr>
        <w:t xml:space="preserve">the LORD would speak to Moses face to face, as a man speaks to his friend</w:t>
      </w:r>
      <w:r>
        <w:rPr>
          <w:b w:val="false"/>
          <w:i w:val="false"/>
          <w:color w:val="000000"/>
          <w:u w:val="none"/>
        </w:rPr>
        <w:t xml:space="preserve"> [1HKJ]</w:t>
      </w:r>
      <w:r>
        <w:rPr/>
        <w:t xml:space="preserve">.</w:t>
      </w:r>
    </w:p>
    <w:p>
      <w:pPr>
        <w:pStyle w:val="Yellow"/>
        <w:rPr/>
        <w:shd w:val="clear" w:color="auto" w:fill="E4DFEC"/>
        <w:pBdr>
          <w:left w:val="single" w:sz="28" w:space="5" w:color="7030A0"/>
        </w:pBdr>
      </w:pPr>
      <w:r>
        <w:rPr>
          <w:shd w:val="clear" w:color="auto" w:fill="F4B183"/>
          <w:color w:val="000000"/>
        </w:rPr>
        <w:t xml:space="preserve">(Le26:3 obey God’s statutes and commandments) </w:t>
      </w:r>
      <w:r>
        <w:rPr>
          <w:b/>
          <w:shd w:val="clear" w:color="auto" w:fill="F4B183"/>
          <w:color w:val="000000"/>
        </w:rPr>
        <w:t xml:space="preserve">Leviticus 26:12</w:t>
      </w:r>
      <w:r>
        <w:rPr>
          <w:shd w:val="clear" w:color="auto" w:fill="F4B183"/>
          <w:color w:val="000000"/>
        </w:rPr>
        <w:t xml:space="preserve"> — </w:t>
      </w:r>
      <w:r>
        <w:rPr>
          <w:shd w:fill="F4B183" w:val="clear" w:color="auto"/>
          <w:color w:val="000000"/>
        </w:rPr>
        <w:t xml:space="preserve">I will walk among you</w:t>
      </w:r>
      <w:r>
        <w:rPr>
          <w:b w:val="false"/>
          <w:i w:val="false"/>
          <w:color w:val="000000"/>
          <w:u w:val="none"/>
          <w:shd w:val="clear" w:color="auto" w:fill="F4B183"/>
        </w:rPr>
        <w:t xml:space="preserve"> [2LAI]</w:t>
      </w:r>
      <w:r>
        <w:rPr>
          <w:shd w:val="clear" w:color="auto" w:fill="F4B183"/>
          <w:color w:val="000000"/>
        </w:rPr>
        <w:t xml:space="preserve"> and </w:t>
      </w:r>
      <w:r>
        <w:rPr>
          <w:shd w:fill="F4B183" w:val="clear" w:color="auto"/>
          <w:color w:val="000000"/>
        </w:rPr>
        <w:t xml:space="preserve">be your God, and you will be My people</w:t>
      </w:r>
      <w:r>
        <w:rPr>
          <w:b w:val="false"/>
          <w:i w:val="false"/>
          <w:color w:val="000000"/>
          <w:u w:val="none"/>
          <w:shd w:val="clear" w:color="auto" w:fill="F4B183"/>
        </w:rPr>
        <w:t xml:space="preserve"> [9ACE]</w:t>
      </w:r>
      <w:r>
        <w:rPr>
          <w:shd w:val="clear" w:color="auto" w:fill="F4B183"/>
          <w:color w:val="000000"/>
        </w:rPr>
        <w:t xml:space="preserve">.</w:t>
      </w:r>
    </w:p>
    <w:p>
      <w:pPr>
        <w:pStyle w:val="Yellow"/>
        <w:rPr/>
      </w:pPr>
      <w:r>
        <w:rPr>
          <w:b/>
        </w:rPr>
        <w:t xml:space="preserve">Deuteronomy 4:7</w:t>
      </w:r>
      <w:r>
        <w:rPr/>
        <w:t xml:space="preserve"> — </w:t>
      </w:r>
      <w:r>
        <w:rPr>
          <w:shd w:fill="B7DDE8" w:val="clear"/>
        </w:rPr>
        <w:t xml:space="preserve">what nation is great enough to have a god as near to them as the LORD our God is to us whenever we call on Him</w:t>
      </w:r>
      <w:r>
        <w:rPr>
          <w:b w:val="false"/>
          <w:i w:val="false"/>
          <w:color w:val="000000"/>
          <w:u w:val="none"/>
        </w:rPr>
        <w:t xml:space="preserve"> [1LAJ]</w:t>
      </w:r>
      <w:r>
        <w:rPr/>
        <w:t xml:space="preserve">?</w:t>
      </w:r>
    </w:p>
    <w:p>
      <w:pPr>
        <w:pStyle w:val="Yellow"/>
        <w:rPr/>
      </w:pPr>
      <w:r>
        <w:rPr>
          <w:b/>
          <w:u w:val="none"/>
        </w:rPr>
        <w:t>Joshua 1:9</w:t>
      </w:r>
      <w:r>
        <w:rPr>
          <w:u w:val="none"/>
        </w:rPr>
        <w:t xml:space="preserve"> — </w:t>
      </w:r>
      <w:r>
        <w:rPr>
          <w:u w:val="none"/>
          <w:color w:val="000000"/>
          <w:shd w:val="clear" w:color="auto" w:fill="D9C3E6"/>
        </w:rPr>
        <w:t>Do not be afraid</w:t>
      </w:r>
      <w:r>
        <w:rPr>
          <w:b w:val="false"/>
          <w:i w:val="false"/>
          <w:color w:val="000000"/>
          <w:u w:val="none"/>
          <w:shd w:val="clear" w:color="auto" w:fill="F4B183"/>
        </w:rPr>
        <w:t xml:space="preserve"> [17AKG]</w:t>
      </w:r>
      <w:r>
        <w:rPr>
          <w:u w:val="none"/>
          <w:shd w:val="clear" w:color="auto" w:fill="D9C3E6"/>
        </w:rPr>
        <w:t xml:space="preserve">; </w:t>
      </w:r>
      <w:r>
        <w:rPr>
          <w:u w:val="none"/>
          <w:shd w:val="clear" w:fill="F4B183" w:color="auto"/>
          <w:color w:val="000000"/>
        </w:rPr>
        <w:t>do not be discouraged</w:t>
      </w:r>
      <w:r>
        <w:rPr>
          <w:b w:val="false"/>
          <w:i w:val="false"/>
          <w:color w:val="000000"/>
          <w:u w:val="none"/>
          <w:shd w:val="clear" w:color="auto" w:fill="F4B183"/>
        </w:rPr>
        <w:t xml:space="preserve"> [4DOA]</w:t>
      </w:r>
      <w:r>
        <w:rPr>
          <w:u w:val="none"/>
        </w:rPr>
        <w:t xml:space="preserve">, for </w:t>
      </w:r>
      <w:r>
        <w:rPr>
          <w:u w:val="none"/>
          <w:shd w:val="clear" w:fill="B7DDE8"/>
        </w:rPr>
        <w:t>the LORD your God is with you wherever you go</w:t>
      </w:r>
      <w:r>
        <w:rPr>
          <w:b w:val="false"/>
          <w:i w:val="false"/>
          <w:color w:val="000000"/>
          <w:u w:val="none"/>
        </w:rPr>
        <w:t xml:space="preserve"> [1DOB]</w:t>
      </w:r>
      <w:r>
        <w:rPr>
          <w:u w:val="none"/>
        </w:rPr>
        <w:t>.”</w:t>
      </w:r>
    </w:p>
    <w:p>
      <w:pPr>
        <w:pStyle w:val="Yellow"/>
        <w:rPr/>
        <w:pBdr>
          <w:left w:val="single" w:sz="28" w:space="5" w:color="C00000"/>
        </w:pBdr>
      </w:pPr>
      <w:r>
        <w:rPr>
          <w:shd w:val="clear" w:color="auto" w:fill="F4B183"/>
          <w:color w:val="000000"/>
        </w:rPr>
        <w:t xml:space="preserve">(2Ch7:15 God attends temple prayers) </w:t>
      </w:r>
      <w:r>
        <w:rPr>
          <w:b/>
          <w:shd w:val="clear" w:color="auto" w:fill="F4B183"/>
          <w:color w:val="000000"/>
        </w:rPr>
        <w:t xml:space="preserve">2 Chronicles 7:16</w:t>
      </w:r>
      <w:r>
        <w:rPr>
          <w:shd w:val="clear" w:color="auto" w:fill="F4B183"/>
          <w:color w:val="000000"/>
        </w:rPr>
        <w:t xml:space="preserve"> — {For} </w:t>
      </w:r>
      <w:r>
        <w:rPr>
          <w:shd w:fill="F4B183" w:val="clear" w:color="auto"/>
          <w:color w:val="000000"/>
        </w:rPr>
        <w:t xml:space="preserve">I have now chosen and consecrated this temple so that My Name may be there forever</w:t>
      </w:r>
      <w:r>
        <w:rPr>
          <w:b w:val="false"/>
          <w:i w:val="false"/>
          <w:color w:val="000000"/>
          <w:u w:val="none"/>
          <w:shd w:val="clear" w:color="auto" w:fill="F4B183"/>
        </w:rPr>
        <w:t xml:space="preserve"> [1LTR]</w:t>
      </w:r>
      <w:r>
        <w:rPr>
          <w:shd w:val="clear" w:color="auto" w:fill="F4B183"/>
          <w:color w:val="000000"/>
        </w:rPr>
        <w:t xml:space="preserve">. </w:t>
      </w:r>
      <w:r>
        <w:rPr>
          <w:shd w:fill="F4B183" w:val="clear" w:color="auto"/>
          <w:color w:val="000000"/>
        </w:rPr>
        <w:t xml:space="preserve">My eyes and My heart will be there for all time</w:t>
      </w:r>
      <w:r>
        <w:rPr>
          <w:b w:val="false"/>
          <w:i w:val="false"/>
          <w:color w:val="000000"/>
          <w:u w:val="none"/>
          <w:shd w:val="clear" w:color="auto" w:fill="F4B183"/>
        </w:rPr>
        <w:t xml:space="preserve"> [1LTS]</w:t>
      </w:r>
      <w:r>
        <w:rPr>
          <w:shd w:val="clear" w:color="auto" w:fill="F4B183"/>
          <w:color w:val="000000"/>
        </w:rPr>
        <w:t xml:space="preserve">.</w:t>
      </w:r>
    </w:p>
    <w:p>
      <w:pPr>
        <w:pStyle w:val="Yellow"/>
        <w:rPr/>
      </w:pPr>
      <w:r>
        <w:rPr>
          <w:b/>
          <w:u w:val="none"/>
        </w:rPr>
        <w:t>2 Chronicles 15:2</w:t>
      </w:r>
      <w:r>
        <w:rPr>
          <w:u w:val="none"/>
        </w:rPr>
        <w:t xml:space="preserve"> — “</w:t>
      </w:r>
      <w:r>
        <w:rPr>
          <w:u w:val="none"/>
          <w:shd w:val="clear" w:fill="B7DDE8"/>
        </w:rPr>
        <w:t>Listen to me</w:t>
      </w:r>
      <w:r>
        <w:rPr>
          <w:b w:val="false"/>
          <w:i w:val="false"/>
          <w:color w:val="000000"/>
          <w:u w:val="none"/>
        </w:rPr>
        <w:t xml:space="preserve"> [1DKJ]</w:t>
      </w:r>
      <w:r>
        <w:rPr>
          <w:u w:val="none"/>
        </w:rPr>
        <w:t xml:space="preserve">, Asa and all Judah and Benjamin. </w:t>
      </w:r>
      <w:r>
        <w:rPr>
          <w:u w:val="none"/>
          <w:shd w:val="clear" w:fill="B7DDE8"/>
        </w:rPr>
        <w:t>The LORD is with you when you are with Him</w:t>
      </w:r>
      <w:r>
        <w:rPr>
          <w:b w:val="false"/>
          <w:i w:val="false"/>
          <w:color w:val="000000"/>
          <w:u w:val="none"/>
        </w:rPr>
        <w:t xml:space="preserve"> [1DKK]</w:t>
      </w:r>
      <w:r>
        <w:rPr>
          <w:u w:val="none"/>
        </w:rPr>
        <w:t xml:space="preserve">. </w:t>
      </w:r>
      <w:r>
        <w:rPr>
          <w:u w:val="none"/>
          <w:shd w:val="clear" w:fill="B7DDE8"/>
        </w:rPr>
        <w:t>If you seek Him, He will be found by you</w:t>
      </w:r>
      <w:r>
        <w:rPr>
          <w:b w:val="false"/>
          <w:i w:val="false"/>
          <w:color w:val="000000"/>
          <w:u w:val="none"/>
        </w:rPr>
        <w:t xml:space="preserve"> [1DKL]</w:t>
      </w:r>
      <w:r>
        <w:rPr>
          <w:u w:val="none"/>
        </w:rPr>
        <w:t xml:space="preserve">, but </w:t>
      </w:r>
      <w:r>
        <w:rPr>
          <w:u w:val="none"/>
          <w:shd w:val="clear" w:fill="B7DDE8"/>
        </w:rPr>
        <w:t>if you forsake Him, He will forsake you</w:t>
      </w:r>
      <w:r>
        <w:rPr>
          <w:b w:val="false"/>
          <w:i w:val="false"/>
          <w:color w:val="000000"/>
          <w:u w:val="none"/>
        </w:rPr>
        <w:t xml:space="preserve"> [1DKM]</w:t>
      </w:r>
      <w:r>
        <w:rPr>
          <w:u w:val="none"/>
        </w:rPr>
        <w:t>.</w:t>
      </w:r>
    </w:p>
    <w:p>
      <w:pPr>
        <w:pStyle w:val="Yellow"/>
        <w:rPr/>
      </w:pPr>
      <w:r>
        <w:rPr/>
        <w:t xml:space="preserve">(2Ch35:22 “Neco’s words” were “from the mouth of God”) </w:t>
      </w:r>
      <w:r>
        <w:rPr>
          <w:b/>
        </w:rPr>
        <w:t xml:space="preserve">2 Chronicles 35:21</w:t>
      </w:r>
      <w:r>
        <w:rPr/>
        <w:t xml:space="preserve"> — “</w:t>
      </w:r>
      <w:r>
        <w:rPr>
          <w:shd w:fill="B7DDE8" w:val="clear"/>
        </w:rPr>
        <w:t xml:space="preserve">God has told me to hurry</w:t>
      </w:r>
      <w:r>
        <w:rPr>
          <w:b w:val="false"/>
          <w:i w:val="false"/>
          <w:color w:val="000000"/>
          <w:u w:val="none"/>
        </w:rPr>
        <w:t xml:space="preserve"> [1JUY]</w:t>
      </w:r>
      <w:r>
        <w:rPr/>
        <w:t xml:space="preserve">. So </w:t>
      </w:r>
      <w:r>
        <w:rPr>
          <w:shd w:fill="B7DDE8" w:val="clear"/>
        </w:rPr>
        <w:t xml:space="preserve">stop opposing God, who is with me</w:t>
      </w:r>
      <w:r>
        <w:rPr>
          <w:b w:val="false"/>
          <w:i w:val="false"/>
          <w:u w:val="none"/>
          <w:color w:val="000000"/>
        </w:rPr>
        <w:t xml:space="preserve"> [1JUZ]</w:t>
      </w:r>
      <w:r>
        <w:rPr/>
        <w:t xml:space="preserve">, or </w:t>
      </w:r>
      <w:r>
        <w:rPr>
          <w:shd w:fill="B7DDE8" w:val="clear"/>
        </w:rPr>
        <w:t xml:space="preserve">He will destroy you</w:t>
      </w:r>
      <w:r>
        <w:rPr>
          <w:b w:val="false"/>
          <w:i w:val="false"/>
          <w:color w:val="000000"/>
          <w:u w:val="none"/>
        </w:rPr>
        <w:t xml:space="preserve"> [1JVA]</w:t>
      </w:r>
      <w:r>
        <w:rPr/>
        <w:t xml:space="preserve">!”</w:t>
      </w:r>
    </w:p>
    <w:p>
      <w:pPr>
        <w:pStyle w:val="Yellow"/>
        <w:rPr/>
      </w:pPr>
      <w:r>
        <w:rPr>
          <w:b/>
          <w:shd w:val="clear" w:color="auto" w:fill="548235"/>
          <w:color w:val="FFFFFF"/>
        </w:rPr>
        <w:t xml:space="preserve">Psalm 5:4</w:t>
      </w:r>
      <w:r>
        <w:rPr>
          <w:shd w:val="clear" w:color="auto" w:fill="548235"/>
          <w:color w:val="FFFFFF"/>
        </w:rPr>
        <w:t xml:space="preserve"> — </w:t>
      </w:r>
      <w:r>
        <w:rPr>
          <w:shd w:fill="548235" w:val="clear" w:color="auto"/>
          <w:color w:val="FFFFFF"/>
        </w:rPr>
        <w:t xml:space="preserve">You are not a God who delights in wickedness</w:t>
      </w:r>
      <w:r>
        <w:rPr>
          <w:b w:val="false"/>
          <w:i w:val="false"/>
          <w:color w:val="FFFFFF"/>
          <w:u w:val="none"/>
          <w:shd w:val="clear" w:color="auto" w:fill="548235"/>
        </w:rPr>
        <w:t xml:space="preserve"> [1HYC]</w:t>
      </w:r>
      <w:r>
        <w:rPr>
          <w:shd w:val="clear" w:color="auto" w:fill="548235"/>
          <w:color w:val="FFFFFF"/>
        </w:rPr>
        <w:t xml:space="preserve">; </w:t>
      </w:r>
      <w:r>
        <w:rPr>
          <w:shd w:fill="548235" w:val="clear" w:color="auto"/>
          <w:color w:val="FFFFFF"/>
        </w:rPr>
        <w:t xml:space="preserve">no evil can dwell with You</w:t>
      </w:r>
      <w:r>
        <w:rPr>
          <w:b w:val="false"/>
          <w:i w:val="false"/>
          <w:color w:val="FFFFFF"/>
          <w:u w:val="none"/>
          <w:shd w:val="clear" w:color="auto" w:fill="548235"/>
        </w:rPr>
        <w:t xml:space="preserve"> [1HYD]</w:t>
      </w:r>
      <w:r>
        <w:rPr>
          <w:shd w:val="clear" w:color="auto" w:fill="548235"/>
          <w:color w:val="FFFFFF"/>
        </w:rPr>
        <w:t xml:space="preserve">.</w:t>
      </w:r>
    </w:p>
    <w:p>
      <w:pPr>
        <w:pStyle w:val="Yellow"/>
        <w:rPr/>
      </w:pPr>
      <w:r>
        <w:rPr>
          <w:b/>
        </w:rPr>
        <w:t>Psalm 14:5</w:t>
      </w:r>
      <w:r>
        <w:rPr/>
        <w:t xml:space="preserve"> — </w:t>
      </w:r>
      <w:r>
        <w:rPr>
          <w:shd w:val="clear" w:fill="B7DDE8"/>
        </w:rPr>
        <w:t>God is in the company of the righteous</w:t>
      </w:r>
      <w:r>
        <w:rPr>
          <w:b w:val="false"/>
          <w:i w:val="false"/>
          <w:color w:val="000000"/>
          <w:u w:val="none"/>
        </w:rPr>
        <w:t xml:space="preserve"> [1FGI]</w:t>
      </w:r>
      <w:r>
        <w:rPr/>
        <w:t>.</w:t>
      </w:r>
    </w:p>
    <w:p>
      <w:pPr>
        <w:pStyle w:val="Yellow"/>
        <w:rPr/>
      </w:pPr>
      <w:r>
        <w:rPr/>
        <w:t xml:space="preserve">(Ps17:14 unlike worldly men satisfied in this life) </w:t>
      </w:r>
      <w:r>
        <w:rPr>
          <w:b/>
        </w:rPr>
        <w:t>Psalm 17:15</w:t>
      </w:r>
      <w:r>
        <w:rPr/>
        <w:t xml:space="preserve"> — {As for me}, </w:t>
      </w:r>
      <w:r>
        <w:rPr>
          <w:shd w:val="clear" w:fill="548235" w:color="auto"/>
          <w:color w:val="FFFFFF"/>
        </w:rPr>
        <w:t>I will behold Your face in righteousness</w:t>
      </w:r>
      <w:r>
        <w:rPr>
          <w:b w:val="false"/>
          <w:i w:val="false"/>
          <w:color w:val="FFFFFF"/>
          <w:u w:val="none"/>
          <w:shd w:val="clear" w:color="auto" w:fill="548235"/>
        </w:rPr>
        <w:t xml:space="preserve"> [1FJJ]</w:t>
      </w:r>
      <w:r>
        <w:rPr/>
        <w:t xml:space="preserve">; </w:t>
      </w:r>
      <w:r>
        <w:rPr>
          <w:shd w:val="clear" w:fill="B7DDE8"/>
        </w:rPr>
        <w:t>when I awake, I will be satisfied in Your presence</w:t>
      </w:r>
      <w:r>
        <w:rPr>
          <w:b w:val="false"/>
          <w:i w:val="false"/>
          <w:color w:val="000000"/>
          <w:u w:val="none"/>
        </w:rPr>
        <w:t xml:space="preserve"> [1FJK]</w:t>
      </w:r>
      <w:r>
        <w:rPr/>
        <w:t>.</w:t>
      </w:r>
    </w:p>
    <w:p>
      <w:pPr>
        <w:pStyle w:val="Yellow"/>
        <w:rPr/>
      </w:pPr>
      <w:r>
        <w:rPr>
          <w:b/>
        </w:rPr>
        <w:t>Psalm 23:6</w:t>
      </w:r>
      <w:r>
        <w:rPr/>
        <w:t xml:space="preserve"> — Surely </w:t>
      </w:r>
      <w:r>
        <w:rPr>
          <w:shd w:fill="548235" w:val="clear" w:color="auto"/>
          <w:color w:val="FFFFFF"/>
        </w:rPr>
        <w:t>goodness and mercy will follow me all the days of my life</w:t>
      </w:r>
      <w:r>
        <w:rPr>
          <w:b w:val="false"/>
          <w:i w:val="false"/>
          <w:color w:val="FFFFFF"/>
          <w:u w:val="none"/>
          <w:shd w:val="clear" w:color="auto" w:fill="548235"/>
        </w:rPr>
        <w:t xml:space="preserve"> [1FRB]</w:t>
      </w:r>
      <w:r>
        <w:rPr>
          <w:shd w:val="clear" w:color="auto" w:fill="548235"/>
          <w:color w:val="FFFFFF"/>
        </w:rPr>
        <w:t xml:space="preserve">, and </w:t>
      </w:r>
      <w:r>
        <w:rPr>
          <w:shd w:fill="B7DDE8" w:val="clear"/>
        </w:rPr>
        <w:t>I will dwell in the house of the LORD forever</w:t>
      </w:r>
      <w:r>
        <w:rPr>
          <w:b w:val="false"/>
          <w:i w:val="false"/>
          <w:color w:val="000000"/>
          <w:u w:val="none"/>
        </w:rPr>
        <w:t xml:space="preserve"> [1FRC]</w:t>
      </w:r>
      <w:r>
        <w:rPr/>
        <w:t>.</w:t>
      </w:r>
    </w:p>
    <w:p>
      <w:pPr>
        <w:pStyle w:val="Yellow"/>
        <w:rPr/>
      </w:pPr>
      <w:r>
        <w:rPr>
          <w:b/>
          <w:shd w:val="clear" w:color="auto" w:fill="548235"/>
          <w:color w:val="FFFFFF"/>
        </w:rPr>
        <w:t xml:space="preserve">Psalm 27:10</w:t>
      </w:r>
      <w:r>
        <w:rPr>
          <w:shd w:val="clear" w:color="auto" w:fill="548235"/>
          <w:color w:val="FFFFFF"/>
        </w:rPr>
        <w:t xml:space="preserve"> — Though </w:t>
      </w:r>
      <w:r>
        <w:rPr>
          <w:shd w:fill="548235" w:val="clear" w:color="auto"/>
          <w:color w:val="FFFFFF"/>
        </w:rPr>
        <w:t xml:space="preserve">my father and mother forsake me</w:t>
      </w:r>
      <w:r>
        <w:rPr>
          <w:b w:val="false"/>
          <w:i w:val="false"/>
          <w:color w:val="FFFFFF"/>
          <w:u w:val="none"/>
          <w:shd w:val="clear" w:color="auto" w:fill="548235"/>
        </w:rPr>
        <w:t xml:space="preserve"> [1GNT]</w:t>
      </w:r>
      <w:r>
        <w:rPr>
          <w:shd w:val="clear" w:color="auto" w:fill="548235"/>
          <w:color w:val="FFFFFF"/>
        </w:rPr>
        <w:t xml:space="preserve">, </w:t>
      </w:r>
      <w:r>
        <w:rPr>
          <w:shd w:fill="548235" w:val="clear" w:color="auto"/>
          <w:color w:val="FFFFFF"/>
        </w:rPr>
        <w:t xml:space="preserve">the LORD will receive me</w:t>
      </w:r>
      <w:r>
        <w:rPr>
          <w:b w:val="false"/>
          <w:i w:val="false"/>
          <w:color w:val="FFFFFF"/>
          <w:u w:val="none"/>
          <w:shd w:val="clear" w:color="auto" w:fill="548235"/>
        </w:rPr>
        <w:t xml:space="preserve"> [1GNU]</w:t>
      </w:r>
      <w:r>
        <w:rPr>
          <w:shd w:val="clear" w:color="auto" w:fill="548235"/>
          <w:color w:val="FFFFFF"/>
        </w:rPr>
        <w:t xml:space="preserve">.</w:t>
      </w:r>
    </w:p>
    <w:p>
      <w:pPr>
        <w:pStyle w:val="Yellow"/>
        <w:rPr/>
        <w:pBdr>
          <w:left w:val="single" w:sz="28" w:space="5" w:color="C00000"/>
        </w:pBdr>
      </w:pPr>
      <w:r>
        <w:rPr>
          <w:b/>
        </w:rPr>
        <w:t xml:space="preserve">Psalm 30:7</w:t>
      </w:r>
      <w:r>
        <w:rPr/>
        <w:t xml:space="preserve"> — O LORD, </w:t>
      </w:r>
      <w:r>
        <w:rPr>
          <w:shd w:val="clear" w:color="auto" w:fill="D9C3E6"/>
        </w:rPr>
        <w:t xml:space="preserve">You favored me</w:t>
      </w:r>
      <w:r>
        <w:rPr>
          <w:b w:val="false"/>
          <w:i w:val="false"/>
          <w:color w:val="000000"/>
          <w:u w:val="none"/>
        </w:rPr>
        <w:t xml:space="preserve"> [2KEK]</w:t>
      </w:r>
      <w:r>
        <w:rPr>
          <w:shd w:val="clear" w:color="auto" w:fill="D9C3E6"/>
        </w:rPr>
        <w:t xml:space="preserve">; </w:t>
      </w:r>
      <w:r>
        <w:rPr>
          <w:shd w:fill="F4B183" w:val="clear" w:color="auto"/>
          <w:color w:val="000000"/>
        </w:rPr>
        <w:t xml:space="preserve">You made my mountain stand strong</w:t>
      </w:r>
      <w:r>
        <w:rPr>
          <w:b w:val="false"/>
          <w:i w:val="false"/>
          <w:color w:val="000000"/>
          <w:u w:val="none"/>
          <w:shd w:val="clear" w:color="auto" w:fill="F4B183"/>
        </w:rPr>
        <w:t xml:space="preserve"> [1LJF]</w:t>
      </w:r>
      <w:r>
        <w:rPr/>
        <w:t xml:space="preserve">. </w:t>
      </w:r>
      <w:r>
        <w:rPr>
          <w:shd w:fill="F4B183" w:val="clear" w:color="auto"/>
          <w:color w:val="000000"/>
        </w:rPr>
        <w:t xml:space="preserve">When You hid Your face, I was dismayed</w:t>
      </w:r>
      <w:r>
        <w:rPr>
          <w:b w:val="false"/>
          <w:i w:val="false"/>
          <w:color w:val="000000"/>
          <w:u w:val="none"/>
          <w:shd w:val="clear" w:color="auto" w:fill="F4B183"/>
        </w:rPr>
        <w:t xml:space="preserve"> [1LJG]</w:t>
      </w:r>
      <w:r>
        <w:rPr/>
        <w:t xml:space="preserve">.</w:t>
      </w:r>
    </w:p>
    <w:p>
      <w:pPr>
        <w:pStyle w:val="Yellow"/>
        <w:rPr/>
      </w:pPr>
      <w:r>
        <w:rPr>
          <w:b/>
          <w:u w:val="none"/>
        </w:rPr>
        <w:t>Psalm 31:22</w:t>
      </w:r>
      <w:r>
        <w:rPr>
          <w:u w:val="none"/>
        </w:rPr>
        <w:t xml:space="preserve"> — </w:t>
      </w:r>
      <w:r>
        <w:rPr>
          <w:u w:val="none"/>
          <w:shd w:val="clear" w:fill="F4B183" w:color="auto"/>
          <w:color w:val="000000"/>
        </w:rPr>
        <w:t>In my alarm I said, “I am cut off from Your sight!”</w:t>
      </w:r>
      <w:r>
        <w:rPr>
          <w:b w:val="false"/>
          <w:i w:val="false"/>
          <w:color w:val="000000"/>
          <w:u w:val="none"/>
          <w:shd w:val="clear" w:color="auto" w:fill="F4B183"/>
        </w:rPr>
        <w:t xml:space="preserve"> [1CQG]</w:t>
      </w:r>
      <w:r>
        <w:rPr>
          <w:u w:val="none"/>
        </w:rPr>
        <w:t xml:space="preserve"> But </w:t>
      </w:r>
      <w:r>
        <w:rPr>
          <w:u w:val="none"/>
          <w:shd w:val="clear" w:fill="B7DDE8"/>
        </w:rPr>
        <w:t>You heard my plea for mercy</w:t>
      </w:r>
      <w:r>
        <w:rPr>
          <w:b w:val="false"/>
          <w:i w:val="false"/>
          <w:color w:val="000000"/>
          <w:u w:val="none"/>
        </w:rPr>
        <w:t xml:space="preserve"> [13CNM]</w:t>
      </w:r>
      <w:r>
        <w:rPr>
          <w:u w:val="none"/>
        </w:rPr>
        <w:t xml:space="preserve"> </w:t>
      </w:r>
      <w:r>
        <w:rPr>
          <w:u w:val="none"/>
          <w:shd w:val="clear" w:fill="B7DDE8"/>
        </w:rPr>
        <w:t>when I called to You for help</w:t>
      </w:r>
      <w:r>
        <w:rPr>
          <w:b w:val="false"/>
          <w:i w:val="false"/>
          <w:color w:val="000000"/>
          <w:u w:val="none"/>
        </w:rPr>
        <w:t xml:space="preserve"> [2CQH]</w:t>
      </w:r>
      <w:r>
        <w:rPr>
          <w:u w:val="none"/>
        </w:rPr>
        <w:t>.</w:t>
      </w:r>
    </w:p>
    <w:p>
      <w:pPr>
        <w:pStyle w:val="Yellow"/>
        <w:rPr/>
      </w:pPr>
      <w:r>
        <w:rPr>
          <w:b/>
        </w:rPr>
        <w:t xml:space="preserve">Psalm 34:18</w:t>
      </w:r>
      <w:r>
        <w:rPr/>
        <w:t xml:space="preserve"> — </w:t>
      </w:r>
      <w:r>
        <w:rPr>
          <w:shd w:fill="B7DDE8" w:val="clear"/>
        </w:rPr>
        <w:t xml:space="preserve">The LORD is near to the brokenhearted</w:t>
      </w:r>
      <w:r>
        <w:rPr>
          <w:b w:val="false"/>
          <w:i w:val="false"/>
          <w:color w:val="000000"/>
          <w:u w:val="none"/>
        </w:rPr>
        <w:t xml:space="preserve"> [1LQE]</w:t>
      </w:r>
      <w:r>
        <w:rPr/>
        <w:t xml:space="preserve">; </w:t>
      </w:r>
      <w:r>
        <w:rPr>
          <w:color w:val="000000"/>
        </w:rPr>
        <w:t xml:space="preserve">He saves the contrite in spirit</w:t>
      </w:r>
      <w:r>
        <w:rPr>
          <w:b w:val="false"/>
          <w:i w:val="false"/>
          <w:color w:val="000000"/>
          <w:u w:val="none"/>
        </w:rPr>
        <w:t xml:space="preserve"> [1LQF]</w:t>
      </w:r>
      <w:r>
        <w:rPr/>
        <w:t xml:space="preserve">.</w:t>
      </w:r>
    </w:p>
    <w:p>
      <w:pPr>
        <w:pStyle w:val="Yellow"/>
        <w:rPr/>
        <w:shd w:val="clear" w:color="auto" w:fill="E4DFEC"/>
        <w:pBdr>
          <w:left w:val="single" w:sz="28" w:space="5" w:color="B4A7D6"/>
        </w:pBdr>
      </w:pPr>
      <w:r>
        <w:rPr>
          <w:b/>
          <w:u w:val="none"/>
          <w:shd w:fill="F4CCCC" w:val="clear"/>
        </w:rPr>
        <w:t>Psalm 46:7</w:t>
      </w:r>
      <w:r>
        <w:rPr>
          <w:u w:val="none"/>
          <w:shd w:fill="F4CCCC" w:val="clear"/>
        </w:rPr>
        <w:t xml:space="preserve"> — </w:t>
      </w:r>
      <w:r>
        <w:rPr>
          <w:u w:val="none"/>
          <w:shd w:val="clear" w:fill="B7DDE8"/>
        </w:rPr>
        <w:t>The LORD of Hosts is with us</w:t>
      </w:r>
      <w:r>
        <w:rPr>
          <w:b w:val="false"/>
          <w:i w:val="false"/>
          <w:color w:val="000000"/>
          <w:u w:val="none"/>
        </w:rPr>
        <w:t xml:space="preserve"> [14DJY]</w:t>
      </w:r>
      <w:r>
        <w:rPr>
          <w:u w:val="none"/>
          <w:shd w:fill="F4CCCC" w:val="clear"/>
        </w:rPr>
        <w:t xml:space="preserve">; </w:t>
      </w:r>
      <w:r>
        <w:rPr>
          <w:u w:val="none"/>
          <w:shd w:val="clear" w:fill="B7DDE8"/>
        </w:rPr>
        <w:t>the God of Jacob is our fortress</w:t>
      </w:r>
      <w:r>
        <w:rPr>
          <w:b w:val="false"/>
          <w:i w:val="false"/>
          <w:color w:val="000000"/>
          <w:u w:val="none"/>
        </w:rPr>
        <w:t xml:space="preserve"> [12GJ]</w:t>
      </w:r>
      <w:r>
        <w:rPr>
          <w:u w:val="none"/>
          <w:shd w:fill="F4CCCC" w:val="clear"/>
        </w:rPr>
        <w:t>. Selah</w:t>
      </w:r>
    </w:p>
    <w:p>
      <w:pPr>
        <w:pStyle w:val="Yellow"/>
        <w:rPr/>
        <w:pBdr>
          <w:left w:val="single" w:sz="28" w:space="5" w:color="C00000"/>
        </w:pBdr>
      </w:pPr>
      <w:r>
        <w:rPr>
          <w:shd w:val="clear" w:color="auto" w:fill="548235"/>
          <w:color w:val="FFFFFF"/>
        </w:rPr>
        <w:t xml:space="preserve">(Ps73:22 “I was senseless and ignorant”) </w:t>
      </w:r>
      <w:r>
        <w:rPr>
          <w:b/>
          <w:shd w:val="clear" w:color="auto" w:fill="548235"/>
          <w:color w:val="FFFFFF"/>
        </w:rPr>
        <w:t xml:space="preserve">Psalm 73:23</w:t>
      </w:r>
      <w:r>
        <w:rPr>
          <w:shd w:val="clear" w:color="auto" w:fill="548235"/>
          <w:color w:val="FFFFFF"/>
        </w:rPr>
        <w:t xml:space="preserve"> — {Yet} </w:t>
      </w:r>
      <w:r>
        <w:rPr>
          <w:shd w:fill="548235" w:val="clear" w:color="auto"/>
          <w:color w:val="FFFFFF"/>
        </w:rPr>
        <w:t xml:space="preserve">I am always with You</w:t>
      </w:r>
      <w:r>
        <w:rPr>
          <w:b w:val="false"/>
          <w:i w:val="false"/>
          <w:color w:val="FFFFFF"/>
          <w:u w:val="none"/>
          <w:shd w:val="clear" w:color="auto" w:fill="548235"/>
        </w:rPr>
        <w:t xml:space="preserve"> [1LGP]</w:t>
      </w:r>
      <w:r>
        <w:rPr>
          <w:shd w:val="clear" w:color="auto" w:fill="548235"/>
          <w:color w:val="FFFFFF"/>
        </w:rPr>
        <w:t xml:space="preserve">; </w:t>
      </w:r>
      <w:r>
        <w:rPr>
          <w:shd w:fill="548235" w:val="clear" w:color="auto"/>
          <w:color w:val="FFFFFF"/>
        </w:rPr>
        <w:t xml:space="preserve">You hold my right hand</w:t>
      </w:r>
      <w:r>
        <w:rPr>
          <w:b w:val="false"/>
          <w:i w:val="false"/>
          <w:color w:val="FFFFFF"/>
          <w:u w:val="none"/>
          <w:shd w:val="clear" w:color="auto" w:fill="548235"/>
        </w:rPr>
        <w:t xml:space="preserve"> [2CWC]</w:t>
      </w:r>
      <w:r>
        <w:rPr>
          <w:shd w:val="clear" w:color="auto" w:fill="548235"/>
          <w:color w:val="FFFFFF"/>
        </w:rPr>
        <w:t xml:space="preserve">.</w:t>
      </w:r>
    </w:p>
    <w:p>
      <w:pPr>
        <w:pStyle w:val="Yellow"/>
        <w:rPr/>
        <w:pBdr>
          <w:left w:val="single" w:sz="28" w:space="5" w:color="C00000"/>
        </w:pBdr>
      </w:pPr>
      <w:r>
        <w:rPr>
          <w:b/>
        </w:rPr>
        <w:t>Psalm 84:4</w:t>
      </w:r>
      <w:r>
        <w:rPr/>
        <w:t xml:space="preserve"> — </w:t>
      </w:r>
      <w:r>
        <w:rPr>
          <w:shd w:val="clear" w:fill="F4B183" w:color="auto"/>
          <w:color w:val="000000"/>
        </w:rPr>
        <w:t>How blessed are those who dwell in Your house</w:t>
      </w:r>
      <w:r>
        <w:rPr>
          <w:b w:val="false"/>
          <w:i w:val="false"/>
          <w:color w:val="000000"/>
          <w:u w:val="none"/>
          <w:shd w:val="clear" w:color="auto" w:fill="F4B183"/>
        </w:rPr>
        <w:t xml:space="preserve"> [1EKR]</w:t>
      </w:r>
      <w:r>
        <w:rPr/>
        <w:t xml:space="preserve">! </w:t>
      </w:r>
      <w:r>
        <w:rPr>
          <w:shd w:val="clear" w:fill="B7DDE8"/>
        </w:rPr>
        <w:t>They are ever praising You</w:t>
      </w:r>
      <w:r>
        <w:rPr>
          <w:b w:val="false"/>
          <w:i w:val="false"/>
          <w:color w:val="000000"/>
          <w:u w:val="none"/>
        </w:rPr>
        <w:t xml:space="preserve"> [1EKS]</w:t>
      </w:r>
      <w:r>
        <w:rPr/>
        <w:t>. Selah</w:t>
      </w:r>
    </w:p>
    <w:p>
      <w:pPr>
        <w:pStyle w:val="Yellow"/>
        <w:rPr/>
      </w:pPr>
      <w:r>
        <w:rPr>
          <w:b/>
        </w:rPr>
        <w:t>Psalm 89:15–16</w:t>
      </w:r>
      <w:r>
        <w:rPr/>
        <w:t xml:space="preserve"> — </w:t>
      </w:r>
      <w:r>
        <w:rPr>
          <w:shd w:val="clear" w:fill="F4B183" w:color="auto"/>
          <w:color w:val="000000"/>
        </w:rPr>
        <w:t>Blessed are those who know the joyful sound, who walk, O LORD, in the light of Your presence</w:t>
      </w:r>
      <w:r>
        <w:rPr>
          <w:b w:val="false"/>
          <w:i w:val="false"/>
          <w:color w:val="000000"/>
          <w:u w:val="none"/>
          <w:shd w:val="clear" w:color="auto" w:fill="F4B183"/>
        </w:rPr>
        <w:t xml:space="preserve"> [1EIJ]</w:t>
      </w:r>
      <w:r>
        <w:rPr/>
        <w:t xml:space="preserve">. </w:t>
      </w:r>
      <w:r>
        <w:rPr>
          <w:shd w:val="clear" w:fill="B7DDE8"/>
        </w:rPr>
        <w:t>They rejoice in Your name all day long</w:t>
      </w:r>
      <w:r>
        <w:rPr>
          <w:b w:val="false"/>
          <w:i w:val="false"/>
          <w:color w:val="000000"/>
          <w:u w:val="none"/>
        </w:rPr>
        <w:t xml:space="preserve"> [1EIK]</w:t>
      </w:r>
      <w:r>
        <w:rPr/>
        <w:t xml:space="preserve">, and </w:t>
      </w:r>
      <w:r>
        <w:rPr>
          <w:shd w:val="clear" w:fill="B7DDE8"/>
        </w:rPr>
        <w:t>in Your righteousness they exult</w:t>
      </w:r>
      <w:r>
        <w:rPr>
          <w:b w:val="false"/>
          <w:i w:val="false"/>
          <w:color w:val="000000"/>
          <w:u w:val="none"/>
        </w:rPr>
        <w:t xml:space="preserve"> [1EIL]</w:t>
      </w:r>
      <w:r>
        <w:rPr/>
        <w:t>.</w:t>
      </w:r>
    </w:p>
    <w:p>
      <w:pPr>
        <w:pStyle w:val="Yellow"/>
        <w:rPr/>
        <w:shd w:val="clear" w:color="auto" w:fill="E4DFEC"/>
        <w:pBdr>
          <w:left w:val="single" w:sz="28" w:space="5" w:color="B4A7D6"/>
        </w:pBdr>
      </w:pPr>
      <w:r>
        <w:rPr>
          <w:b/>
        </w:rPr>
        <w:t xml:space="preserve">Psalm 118:6</w:t>
      </w:r>
      <w:r>
        <w:rPr/>
        <w:t xml:space="preserve"> — </w:t>
      </w:r>
      <w:r>
        <w:rPr>
          <w:shd w:fill="B7DDE8" w:val="clear"/>
        </w:rPr>
        <w:t xml:space="preserve">The LORD is on my side</w:t>
      </w:r>
      <w:r>
        <w:rPr>
          <w:b w:val="false"/>
          <w:i w:val="false"/>
          <w:color w:val="000000"/>
          <w:u w:val="none"/>
        </w:rPr>
        <w:t xml:space="preserve"> [2DSA]</w:t>
      </w:r>
      <w:r>
        <w:rPr/>
        <w:t xml:space="preserve">; </w:t>
      </w:r>
      <w:r>
        <w:rPr>
          <w:shd w:fill="B7DDE8" w:val="clear"/>
        </w:rPr>
        <w:t xml:space="preserve">I will not be afraid</w:t>
      </w:r>
      <w:r>
        <w:rPr>
          <w:b w:val="false"/>
          <w:i w:val="false"/>
          <w:u w:val="none"/>
          <w:color w:val="000000"/>
        </w:rPr>
        <w:t xml:space="preserve"> [4CJE]</w:t>
      </w:r>
      <w:r>
        <w:rPr/>
        <w:t xml:space="preserve">. </w:t>
      </w:r>
      <w:r>
        <w:rPr>
          <w:shd w:fill="B7DDE8" w:val="clear"/>
        </w:rPr>
        <w:t xml:space="preserve">What can man do to me</w:t>
      </w:r>
      <w:r>
        <w:rPr>
          <w:b w:val="false"/>
          <w:i w:val="false"/>
          <w:color w:val="000000"/>
          <w:u w:val="none"/>
        </w:rPr>
        <w:t xml:space="preserve"> [2LLD]</w:t>
      </w:r>
      <w:r>
        <w:rPr/>
        <w:t xml:space="preserve">?</w:t>
      </w:r>
    </w:p>
    <w:p>
      <w:pPr>
        <w:pStyle w:val="Yellow"/>
        <w:rPr/>
      </w:pPr>
      <w:r>
        <w:rPr>
          <w:b/>
          <w:shd w:val="clear" w:color="auto" w:fill="548235"/>
          <w:color w:val="FFFFFF"/>
        </w:rPr>
        <w:t xml:space="preserve">Psalm 139:8</w:t>
      </w:r>
      <w:r>
        <w:rPr>
          <w:shd w:val="clear" w:color="auto" w:fill="548235"/>
          <w:color w:val="FFFFFF"/>
        </w:rPr>
        <w:t xml:space="preserve"> — </w:t>
      </w:r>
      <w:r>
        <w:rPr>
          <w:shd w:fill="548235" w:val="clear" w:color="auto"/>
          <w:color w:val="FFFFFF"/>
        </w:rPr>
        <w:t xml:space="preserve">If I ascend to the heavens, You are there</w:t>
      </w:r>
      <w:r>
        <w:rPr>
          <w:b w:val="false"/>
          <w:i w:val="false"/>
          <w:color w:val="FFFFFF"/>
          <w:u w:val="none"/>
          <w:shd w:val="clear" w:color="auto" w:fill="548235"/>
        </w:rPr>
        <w:t xml:space="preserve"> [1JWJ]</w:t>
      </w:r>
      <w:r>
        <w:rPr>
          <w:shd w:val="clear" w:color="auto" w:fill="548235"/>
          <w:color w:val="FFFFFF"/>
        </w:rPr>
        <w:t xml:space="preserve">; </w:t>
      </w:r>
      <w:r>
        <w:rPr>
          <w:shd w:fill="548235" w:val="clear" w:color="auto"/>
          <w:color w:val="FFFFFF"/>
        </w:rPr>
        <w:t xml:space="preserve">if I make my bed in Sheol, You are there</w:t>
      </w:r>
      <w:r>
        <w:rPr>
          <w:b w:val="false"/>
          <w:i w:val="false"/>
          <w:color w:val="FFFFFF"/>
          <w:u w:val="none"/>
          <w:shd w:val="clear" w:color="auto" w:fill="548235"/>
        </w:rPr>
        <w:t xml:space="preserve"> [1JWK]</w:t>
      </w:r>
      <w:r>
        <w:rPr>
          <w:shd w:val="clear" w:color="auto" w:fill="548235"/>
          <w:color w:val="FFFFFF"/>
        </w:rPr>
        <w:t xml:space="preserve">.</w:t>
      </w:r>
    </w:p>
    <w:p>
      <w:pPr>
        <w:pStyle w:val="Yellow"/>
        <w:rPr/>
      </w:pPr>
      <w:r>
        <w:rPr>
          <w:b/>
        </w:rPr>
        <w:t xml:space="preserve">Psalm 140:13</w:t>
      </w:r>
      <w:r>
        <w:rPr/>
        <w:t xml:space="preserve"> — Surely </w:t>
      </w:r>
      <w:r>
        <w:rPr>
          <w:shd w:fill="B7DDE8" w:val="clear"/>
        </w:rPr>
        <w:t xml:space="preserve">the righteous will praise Your name</w:t>
      </w:r>
      <w:r>
        <w:rPr>
          <w:b w:val="false"/>
          <w:i w:val="false"/>
          <w:color w:val="000000"/>
          <w:u w:val="none"/>
        </w:rPr>
        <w:t xml:space="preserve"> [1GFT]</w:t>
      </w:r>
      <w:r>
        <w:rPr/>
        <w:t xml:space="preserve">; </w:t>
      </w:r>
      <w:r>
        <w:rPr>
          <w:shd w:fill="B7DDE8" w:val="clear"/>
        </w:rPr>
        <w:t xml:space="preserve">the upright will dwell in Your presence</w:t>
      </w:r>
      <w:r>
        <w:rPr>
          <w:b w:val="false"/>
          <w:i w:val="false"/>
          <w:color w:val="000000"/>
          <w:u w:val="none"/>
        </w:rPr>
        <w:t xml:space="preserve"> [1GFU]</w:t>
      </w:r>
      <w:r>
        <w:rPr/>
        <w:t xml:space="preserve">.</w:t>
      </w:r>
    </w:p>
    <w:p>
      <w:pPr>
        <w:pStyle w:val="Yellow"/>
        <w:rPr/>
      </w:pPr>
      <w:r>
        <w:rPr>
          <w:b/>
          <w:shd w:val="clear" w:color="auto" w:fill="548235"/>
          <w:color w:val="FFFFFF"/>
        </w:rPr>
        <w:t>Psalm 145:18</w:t>
      </w:r>
      <w:r>
        <w:rPr>
          <w:shd w:val="clear" w:color="auto" w:fill="548235"/>
          <w:color w:val="FFFFFF"/>
        </w:rPr>
        <w:t xml:space="preserve"> — </w:t>
      </w:r>
      <w:r>
        <w:rPr>
          <w:shd w:val="clear" w:fill="548235" w:color="auto"/>
          <w:color w:val="FFFFFF"/>
        </w:rPr>
        <w:t>The LORD is near to all who call on Him, to all who call out to Him in truth</w:t>
      </w:r>
      <w:r>
        <w:rPr>
          <w:b w:val="false"/>
          <w:i w:val="false"/>
          <w:color w:val="FFFFFF"/>
          <w:u w:val="none"/>
          <w:shd w:val="clear" w:color="auto" w:fill="548235"/>
        </w:rPr>
        <w:t xml:space="preserve"> [1RI]</w:t>
      </w:r>
      <w:r>
        <w:rPr>
          <w:shd w:val="clear" w:color="auto" w:fill="548235"/>
          <w:color w:val="FFFFFF"/>
        </w:rPr>
        <w:t>.</w:t>
      </w:r>
    </w:p>
    <w:p>
      <w:pPr>
        <w:pStyle w:val="Yellow"/>
        <w:rPr/>
      </w:pPr>
      <w:r>
        <w:rPr>
          <w:b/>
          <w:u w:val="none"/>
        </w:rPr>
        <w:t>Proverbs 15:29</w:t>
      </w:r>
      <w:r>
        <w:rPr>
          <w:u w:val="none"/>
        </w:rPr>
        <w:t xml:space="preserve"> — </w:t>
      </w:r>
      <w:r>
        <w:rPr>
          <w:u w:val="none"/>
          <w:shd w:val="clear" w:fill="F4B183" w:color="auto"/>
          <w:color w:val="000000"/>
        </w:rPr>
        <w:t>The LORD is far from the wicked</w:t>
      </w:r>
      <w:r>
        <w:rPr>
          <w:b w:val="false"/>
          <w:i w:val="false"/>
          <w:color w:val="000000"/>
          <w:u w:val="none"/>
          <w:shd w:val="clear" w:color="auto" w:fill="F4B183"/>
        </w:rPr>
        <w:t xml:space="preserve"> [1CQV]</w:t>
      </w:r>
      <w:r>
        <w:rPr>
          <w:u w:val="none"/>
        </w:rPr>
        <w:t xml:space="preserve">, but </w:t>
      </w:r>
      <w:r>
        <w:rPr>
          <w:u w:val="none"/>
          <w:shd w:val="clear" w:fill="B7DDE8"/>
        </w:rPr>
        <w:t>He hears the prayer of the righteous</w:t>
      </w:r>
      <w:r>
        <w:rPr>
          <w:b w:val="false"/>
          <w:i w:val="false"/>
          <w:color w:val="000000"/>
          <w:u w:val="none"/>
        </w:rPr>
        <w:t xml:space="preserve"> [4CQW]</w:t>
      </w:r>
      <w:r>
        <w:rPr>
          <w:u w:val="none"/>
        </w:rPr>
        <w:t>.</w:t>
      </w:r>
    </w:p>
    <w:p>
      <w:pPr>
        <w:pStyle w:val="Yellow"/>
        <w:rPr/>
      </w:pPr>
      <w:r>
        <w:rPr>
          <w:b/>
        </w:rPr>
        <w:t xml:space="preserve">Isaiah 2:6</w:t>
      </w:r>
      <w:r>
        <w:rPr/>
        <w:t xml:space="preserve"> — </w:t>
      </w:r>
      <w:r>
        <w:rPr>
          <w:shd w:fill="B7DDE8" w:val="clear"/>
        </w:rPr>
        <w:t xml:space="preserve">You have abandoned Your people, the house of Jacob, because they are filled with influences from the east</w:t>
      </w:r>
      <w:r>
        <w:rPr>
          <w:b w:val="false"/>
          <w:i w:val="false"/>
          <w:u w:val="none"/>
          <w:color w:val="000000"/>
        </w:rPr>
        <w:t xml:space="preserve"> [1KGH]</w:t>
      </w:r>
      <w:r>
        <w:rPr/>
        <w:t xml:space="preserve">; </w:t>
      </w:r>
      <w:r>
        <w:rPr>
          <w:shd w:fill="B7DDE8" w:val="clear"/>
        </w:rPr>
        <w:t xml:space="preserve">they are soothsayers like the Philistines</w:t>
      </w:r>
      <w:r>
        <w:rPr>
          <w:b w:val="false"/>
          <w:i w:val="false"/>
          <w:color w:val="000000"/>
          <w:u w:val="none"/>
        </w:rPr>
        <w:t xml:space="preserve"> [1KGI]</w:t>
      </w:r>
      <w:r>
        <w:rPr/>
        <w:t xml:space="preserve">; </w:t>
      </w:r>
      <w:r>
        <w:rPr>
          <w:shd w:fill="B7DDE8" w:val="clear"/>
        </w:rPr>
        <w:t xml:space="preserve">they strike hands with the children of foreigners</w:t>
      </w:r>
      <w:r>
        <w:rPr>
          <w:b w:val="false"/>
          <w:i w:val="false"/>
          <w:color w:val="000000"/>
          <w:u w:val="none"/>
        </w:rPr>
        <w:t xml:space="preserve"> [1KGJ]</w:t>
      </w:r>
      <w:r>
        <w:rPr/>
        <w:t xml:space="preserve">.</w:t>
      </w:r>
    </w:p>
    <w:p>
      <w:pPr>
        <w:pStyle w:val="Yellow"/>
        <w:rPr/>
      </w:pPr>
      <w:r>
        <w:rPr/>
        <w:t xml:space="preserve">(Is59:1 “the arm of the LORD is not too short to save”) </w:t>
      </w:r>
      <w:r>
        <w:rPr>
          <w:b/>
        </w:rPr>
        <w:t xml:space="preserve">Isaiah 59:2</w:t>
      </w:r>
      <w:r>
        <w:rPr/>
        <w:t xml:space="preserve"> — {But} </w:t>
      </w:r>
      <w:r>
        <w:rPr>
          <w:shd w:fill="B7DDE8" w:val="clear"/>
        </w:rPr>
        <w:t xml:space="preserve">your iniquities have built barriers between you and your God</w:t>
      </w:r>
      <w:r>
        <w:rPr>
          <w:b w:val="false"/>
          <w:i w:val="false"/>
          <w:color w:val="000000"/>
          <w:u w:val="none"/>
        </w:rPr>
        <w:t xml:space="preserve"> [1HYH]</w:t>
      </w:r>
      <w:r>
        <w:rPr/>
        <w:t xml:space="preserve">, and </w:t>
      </w:r>
      <w:r>
        <w:rPr>
          <w:shd w:fill="B7DDE8" w:val="clear"/>
        </w:rPr>
        <w:t xml:space="preserve">your sins have hidden His face from you, so that He does not hear</w:t>
      </w:r>
      <w:r>
        <w:rPr>
          <w:b w:val="false"/>
          <w:i w:val="false"/>
          <w:color w:val="000000"/>
          <w:u w:val="none"/>
        </w:rPr>
        <w:t xml:space="preserve"> [1HYI]</w:t>
      </w:r>
      <w:r>
        <w:rPr/>
        <w:t xml:space="preserve">.</w:t>
      </w:r>
    </w:p>
    <w:p>
      <w:pPr>
        <w:pStyle w:val="Yellow"/>
        <w:rPr/>
      </w:pPr>
      <w:r>
        <w:rPr>
          <w:b/>
        </w:rPr>
        <w:t>Jeremiah 23:23-24</w:t>
      </w:r>
      <w:r>
        <w:rPr/>
        <w:t xml:space="preserve"> — “</w:t>
      </w:r>
      <w:r>
        <w:rPr>
          <w:shd w:fill="B7DDE8" w:val="clear"/>
        </w:rPr>
        <w:t>Am I only a God nearby</w:t>
      </w:r>
      <w:r>
        <w:rPr>
          <w:b w:val="false"/>
          <w:i w:val="false"/>
          <w:color w:val="000000"/>
          <w:u w:val="none"/>
        </w:rPr>
        <w:t xml:space="preserve"> [1KC]</w:t>
      </w:r>
      <w:r>
        <w:rPr/>
        <w:t>,” declares the LORD, “</w:t>
      </w:r>
      <w:r>
        <w:rPr>
          <w:shd w:fill="B7DDE8" w:val="clear"/>
        </w:rPr>
        <w:t>and not a God far away</w:t>
      </w:r>
      <w:r>
        <w:rPr>
          <w:b w:val="false"/>
          <w:i w:val="false"/>
          <w:color w:val="000000"/>
          <w:u w:val="none"/>
        </w:rPr>
        <w:t xml:space="preserve"> [1KC]</w:t>
      </w:r>
      <w:r>
        <w:rPr/>
        <w:t>?” “</w:t>
      </w:r>
      <w:r>
        <w:rPr>
          <w:shd w:fill="B7DDE8" w:val="clear"/>
        </w:rPr>
        <w:t>Can a man hide in secret places where I cannot see him</w:t>
      </w:r>
      <w:r>
        <w:rPr>
          <w:b w:val="false"/>
          <w:i w:val="false"/>
          <w:color w:val="000000"/>
          <w:u w:val="none"/>
        </w:rPr>
        <w:t xml:space="preserve"> [1KD]</w:t>
      </w:r>
      <w:r>
        <w:rPr/>
        <w:t>?” declares the LORD. “</w:t>
      </w:r>
      <w:r>
        <w:rPr>
          <w:shd w:fill="B7DDE8" w:val="clear"/>
        </w:rPr>
        <w:t>Do I not fill the heavens and the earth</w:t>
      </w:r>
      <w:r>
        <w:rPr>
          <w:b w:val="false"/>
          <w:i w:val="false"/>
          <w:color w:val="000000"/>
          <w:u w:val="none"/>
        </w:rPr>
        <w:t xml:space="preserve"> [1KC]</w:t>
      </w:r>
      <w:r>
        <w:rPr/>
        <w:t>?” declares the LORD.</w:t>
      </w:r>
    </w:p>
    <w:p>
      <w:pPr>
        <w:pStyle w:val="Yellow"/>
        <w:rPr/>
      </w:pPr>
      <w:r>
        <w:rPr>
          <w:shd w:val="clear" w:color="auto" w:fill="548235"/>
          <w:color w:val="FFFFFF"/>
        </w:rPr>
        <w:t xml:space="preserve">(Je32:2 “Jerusalem”) </w:t>
      </w:r>
      <w:r>
        <w:rPr>
          <w:b/>
          <w:shd w:val="clear" w:color="auto" w:fill="548235"/>
          <w:color w:val="FFFFFF"/>
        </w:rPr>
        <w:t xml:space="preserve">Jeremiah 33:5</w:t>
      </w:r>
      <w:r>
        <w:rPr>
          <w:shd w:val="clear" w:color="auto" w:fill="548235"/>
          <w:color w:val="FFFFFF"/>
        </w:rPr>
        <w:t xml:space="preserve"> — </w:t>
      </w:r>
      <w:r>
        <w:rPr>
          <w:shd w:fill="548235" w:val="clear" w:color="auto"/>
          <w:color w:val="FFFFFF"/>
        </w:rPr>
        <w:t xml:space="preserve">I have hidden My face from {this city} because of all its wickedness</w:t>
      </w:r>
      <w:r>
        <w:rPr>
          <w:b w:val="false"/>
          <w:i w:val="false"/>
          <w:color w:val="FFFFFF"/>
          <w:u w:val="none"/>
          <w:shd w:val="clear" w:color="auto" w:fill="548235"/>
        </w:rPr>
        <w:t xml:space="preserve"> [1HYJ]</w:t>
      </w:r>
      <w:r>
        <w:rPr>
          <w:shd w:val="clear" w:color="auto" w:fill="548235"/>
          <w:color w:val="FFFFFF"/>
        </w:rPr>
        <w:t xml:space="preserve">.</w:t>
      </w:r>
    </w:p>
    <w:p>
      <w:pPr>
        <w:pStyle w:val="Yellow"/>
        <w:rPr/>
        <w:pBdr>
          <w:left w:val="single" w:sz="28" w:space="5" w:color="C00000"/>
        </w:pBdr>
      </w:pPr>
      <w:r>
        <w:rPr>
          <w:u w:val="none"/>
        </w:rPr>
        <w:t xml:space="preserve">(Eze37:21 “the Israelites”) </w:t>
      </w:r>
      <w:r>
        <w:rPr>
          <w:b/>
          <w:u w:val="none"/>
        </w:rPr>
        <w:t xml:space="preserve">Ezekiel 37:27</w:t>
      </w:r>
      <w:r>
        <w:rPr>
          <w:u w:val="none"/>
        </w:rPr>
        <w:t xml:space="preserve"> — </w:t>
      </w:r>
      <w:r>
        <w:rPr>
          <w:u w:val="none"/>
          <w:shd w:fill="B7DDE8" w:val="clear"/>
        </w:rPr>
        <w:t xml:space="preserve">My dwelling place will be with {them}</w:t>
      </w:r>
      <w:r>
        <w:rPr>
          <w:b w:val="false"/>
          <w:i w:val="false"/>
          <w:color w:val="000000"/>
          <w:u w:val="none"/>
        </w:rPr>
        <w:t xml:space="preserve"> [3EZE]</w:t>
      </w:r>
      <w:r>
        <w:rPr>
          <w:u w:val="none"/>
          <w:shd w:fill="F4CCCC" w:val="clear"/>
        </w:rPr>
        <w:t xml:space="preserve">; </w:t>
      </w:r>
      <w:r>
        <w:rPr>
          <w:u w:val="none"/>
          <w:shd w:fill="F4B183" w:val="clear" w:color="auto"/>
          <w:color w:val="000000"/>
        </w:rPr>
        <w:t xml:space="preserve">I will be their God, and they will be My people</w:t>
      </w:r>
      <w:r>
        <w:rPr>
          <w:b w:val="false"/>
          <w:i w:val="false"/>
          <w:color w:val="000000"/>
          <w:u w:val="none"/>
          <w:shd w:val="clear" w:color="auto" w:fill="F4B183"/>
        </w:rPr>
        <w:t xml:space="preserve"> [9ACE]</w:t>
      </w:r>
      <w:r>
        <w:rPr>
          <w:u w:val="none"/>
        </w:rPr>
        <w:t xml:space="preserve">.</w:t>
      </w:r>
    </w:p>
    <w:p>
      <w:pPr>
        <w:pStyle w:val="Yellow"/>
        <w:rPr/>
      </w:pPr>
      <w:r>
        <w:rPr>
          <w:b/>
        </w:rPr>
        <w:t>Amos 5:14</w:t>
      </w:r>
      <w:r>
        <w:rPr/>
        <w:t xml:space="preserve"> — </w:t>
      </w:r>
      <w:r>
        <w:rPr>
          <w:shd w:val="clear" w:fill="B7DDE8"/>
        </w:rPr>
        <w:t>Seek good, not evil, so that you may live</w:t>
      </w:r>
      <w:r>
        <w:rPr>
          <w:b w:val="false"/>
          <w:i w:val="false"/>
          <w:color w:val="000000"/>
          <w:u w:val="none"/>
        </w:rPr>
        <w:t xml:space="preserve"> [1DNW]</w:t>
      </w:r>
      <w:r>
        <w:rPr/>
        <w:t xml:space="preserve">. And </w:t>
      </w:r>
      <w:r>
        <w:rPr>
          <w:shd w:val="clear" w:fill="B7DDE8"/>
        </w:rPr>
        <w:t>the LORD, the God of Hosts, will be with you, as you have claimed</w:t>
      </w:r>
      <w:r>
        <w:rPr>
          <w:b w:val="false"/>
          <w:i w:val="false"/>
          <w:color w:val="000000"/>
          <w:u w:val="none"/>
        </w:rPr>
        <w:t xml:space="preserve"> [1DNX]</w:t>
      </w:r>
      <w:r>
        <w:rPr/>
        <w:t>.</w:t>
      </w:r>
    </w:p>
    <w:p>
      <w:pPr>
        <w:pStyle w:val="Yellow"/>
        <w:rPr/>
        <w:shd w:val="clear" w:color="auto" w:fill="E4DFEC"/>
        <w:pBdr>
          <w:left w:val="single" w:sz="28" w:space="5" w:color="7030A0"/>
        </w:pBdr>
      </w:pPr>
      <w:r>
        <w:rPr>
          <w:u w:val="none"/>
          <w:shd w:fill="F4CCCC" w:val="clear"/>
        </w:rPr>
        <w:t xml:space="preserve">(Hag1:12ᶜ “all the remnant of the people, obeyed the voice of the LORD”) </w:t>
      </w:r>
      <w:r>
        <w:rPr>
          <w:b/>
          <w:u w:val="none"/>
          <w:shd w:fill="F4CCCC" w:val="clear"/>
        </w:rPr>
        <w:t>Haggai 1:13</w:t>
      </w:r>
      <w:r>
        <w:rPr>
          <w:u w:val="none"/>
          <w:shd w:fill="F4CCCC" w:val="clear"/>
        </w:rPr>
        <w:t xml:space="preserve"> — “</w:t>
      </w:r>
      <w:r>
        <w:rPr>
          <w:u w:val="none"/>
          <w:shd w:val="clear" w:fill="B7DDE8"/>
        </w:rPr>
        <w:t>I am with you</w:t>
      </w:r>
      <w:r>
        <w:rPr>
          <w:b w:val="false"/>
          <w:i w:val="false"/>
          <w:color w:val="000000"/>
          <w:u w:val="none"/>
        </w:rPr>
        <w:t xml:space="preserve"> [14DJY]</w:t>
      </w:r>
      <w:r>
        <w:rPr>
          <w:u w:val="none"/>
          <w:shd w:fill="F4CCCC" w:val="clear"/>
        </w:rPr>
        <w:t>,” declares the LORD.</w:t>
      </w:r>
    </w:p>
    <w:p>
      <w:pPr>
        <w:pStyle w:val="Yellow"/>
        <w:rPr/>
      </w:pPr>
      <w:r>
        <w:rPr>
          <w:shd w:val="clear" w:color="auto" w:fill="C00000"/>
          <w:color w:val="FFFFFF"/>
        </w:rPr>
        <w:t xml:space="preserve">(Hag1:12ᶜ “all the remnant of the people, obeyed the voice of the LORD”) </w:t>
      </w:r>
      <w:r>
        <w:rPr>
          <w:b/>
          <w:shd w:val="clear" w:color="auto" w:fill="C00000"/>
          <w:color w:val="FFFFFF"/>
        </w:rPr>
        <w:t>Haggai 2:5</w:t>
      </w:r>
      <w:r>
        <w:rPr>
          <w:shd w:val="clear" w:color="auto" w:fill="C00000"/>
          <w:color w:val="FFFFFF"/>
        </w:rPr>
        <w:t xml:space="preserve"> — </w:t>
      </w:r>
      <w:r>
        <w:rPr>
          <w:shd w:val="clear" w:color="auto" w:fill="C00000"/>
          <w:color w:val="FFFFFF"/>
        </w:rPr>
        <w:t>My Spirit remains among you</w:t>
      </w:r>
      <w:r>
        <w:rPr>
          <w:b w:val="false"/>
          <w:i w:val="false"/>
          <w:u w:val="none"/>
          <w:shd w:val="clear" w:color="auto" w:fill="C00000"/>
          <w:color w:val="FFFFFF"/>
        </w:rPr>
        <w:t xml:space="preserve"> [2AKF]</w:t>
      </w:r>
      <w:r>
        <w:rPr>
          <w:shd w:val="clear" w:color="auto" w:fill="C00000"/>
          <w:color w:val="FFFFFF"/>
        </w:rPr>
        <w:t xml:space="preserve">; </w:t>
      </w:r>
      <w:r>
        <w:rPr>
          <w:shd w:val="clear" w:color="auto" w:fill="C00000"/>
          <w:color w:val="FFFFFF"/>
        </w:rPr>
        <w:t>do not be afraid</w:t>
      </w:r>
      <w:r>
        <w:rPr>
          <w:b w:val="false"/>
          <w:i w:val="false"/>
          <w:u w:val="none"/>
          <w:shd w:val="clear" w:color="auto" w:fill="C00000"/>
          <w:color w:val="FFFFFF"/>
        </w:rPr>
        <w:t xml:space="preserve"> [17AKG]</w:t>
      </w:r>
      <w:r>
        <w:rPr>
          <w:shd w:val="clear" w:color="auto" w:fill="C00000"/>
          <w:color w:val="FFFFFF"/>
        </w:rPr>
        <w:t>.”</w:t>
      </w:r>
    </w:p>
    <w:p>
      <w:pPr>
        <w:pStyle w:val="Yellow"/>
        <w:rPr/>
      </w:pPr>
      <w:r>
        <w:rPr>
          <w:b/>
        </w:rPr>
        <w:t xml:space="preserve">Zechariah 1:3</w:t>
      </w:r>
      <w:r>
        <w:rPr/>
        <w:t xml:space="preserve"> — ‘</w:t>
      </w:r>
      <w:r>
        <w:rPr>
          <w:shd w:fill="F4B183" w:val="clear" w:color="auto"/>
          <w:color w:val="000000"/>
        </w:rPr>
        <w:t xml:space="preserve">Return to Me</w:t>
      </w:r>
      <w:r>
        <w:rPr>
          <w:b w:val="false"/>
          <w:i w:val="false"/>
          <w:color w:val="000000"/>
          <w:u w:val="none"/>
          <w:shd w:val="clear" w:color="auto" w:fill="F4B183"/>
        </w:rPr>
        <w:t xml:space="preserve"> [5BZM]</w:t>
      </w:r>
      <w:r>
        <w:rPr/>
        <w:t xml:space="preserve">, declares the LORD of Hosts, and </w:t>
      </w:r>
      <w:r>
        <w:rPr>
          <w:shd w:fill="B7DDE8" w:val="clear"/>
        </w:rPr>
        <w:t xml:space="preserve">I will return to you</w:t>
      </w:r>
      <w:r>
        <w:rPr>
          <w:b w:val="false"/>
          <w:i w:val="false"/>
          <w:color w:val="000000"/>
          <w:u w:val="none"/>
        </w:rPr>
        <w:t xml:space="preserve"> [2LSM]</w:t>
      </w:r>
      <w:r>
        <w:rPr/>
        <w:t xml:space="preserve">, says the LORD of Hosts.’</w:t>
      </w:r>
    </w:p>
    <w:p>
      <w:pPr>
        <w:pStyle w:val="Yellow"/>
        <w:rPr/>
        <w:pBdr>
          <w:left w:val="single" w:sz="28" w:space="5" w:color="C00000"/>
        </w:pBdr>
      </w:pPr>
      <w:r>
        <w:rPr>
          <w:b/>
          <w:shd w:val="clear" w:color="auto" w:fill="F4B183"/>
          <w:color w:val="000000"/>
        </w:rPr>
        <w:t>Zechariah 2:10</w:t>
      </w:r>
      <w:r>
        <w:rPr>
          <w:shd w:val="clear" w:color="auto" w:fill="F4B183"/>
          <w:color w:val="000000"/>
        </w:rPr>
        <w:t xml:space="preserve"> — “</w:t>
      </w:r>
      <w:r>
        <w:rPr>
          <w:shd w:fill="F4B183" w:val="clear" w:color="auto"/>
          <w:color w:val="000000"/>
        </w:rPr>
        <w:t>Shout for joy and be glad, O Daughter of Zion</w:t>
      </w:r>
      <w:r>
        <w:rPr>
          <w:b w:val="false"/>
          <w:i w:val="false"/>
          <w:color w:val="000000"/>
          <w:u w:val="none"/>
          <w:shd w:val="clear" w:color="auto" w:fill="F4B183"/>
        </w:rPr>
        <w:t xml:space="preserve"> [2FKM]</w:t>
      </w:r>
      <w:r>
        <w:rPr>
          <w:shd w:val="clear" w:color="auto" w:fill="F4B183"/>
          <w:color w:val="000000"/>
        </w:rPr>
        <w:t xml:space="preserve">, for </w:t>
      </w:r>
      <w:r>
        <w:rPr>
          <w:shd w:fill="F4B183" w:val="clear" w:color="auto"/>
          <w:color w:val="000000"/>
        </w:rPr>
        <w:t>I am coming to dwell among you</w:t>
      </w:r>
      <w:r>
        <w:rPr>
          <w:b w:val="false"/>
          <w:i w:val="false"/>
          <w:color w:val="000000"/>
          <w:u w:val="none"/>
          <w:shd w:val="clear" w:color="auto" w:fill="F4B183"/>
        </w:rPr>
        <w:t xml:space="preserve"> [3EZE]</w:t>
      </w:r>
      <w:r>
        <w:rPr>
          <w:shd w:val="clear" w:color="auto" w:fill="F4B183"/>
          <w:color w:val="000000"/>
        </w:rPr>
        <w:t>,” declares the LORD.</w:t>
      </w:r>
    </w:p>
    <w:p>
      <w:pPr>
        <w:pStyle w:val="Yellow"/>
        <w:rPr/>
        <w:shd w:val="clear" w:color="auto" w:fill="E4DFEC"/>
        <w:pBdr>
          <w:left w:val="single" w:sz="28" w:space="5" w:color="7030A0"/>
        </w:pBdr>
      </w:pPr>
      <w:r>
        <w:rPr>
          <w:b/>
          <w:shd w:val="clear" w:color="auto" w:fill="548235"/>
          <w:color w:val="FFFFFF"/>
        </w:rPr>
        <w:t xml:space="preserve">Malachi 3:7</w:t>
      </w:r>
      <w:r>
        <w:rPr>
          <w:shd w:val="clear" w:color="auto" w:fill="548235"/>
          <w:color w:val="FFFFFF"/>
        </w:rPr>
        <w:t xml:space="preserve"> — </w:t>
      </w:r>
      <w:r>
        <w:rPr>
          <w:shd w:fill="548235" w:val="clear" w:color="auto"/>
          <w:color w:val="FFFFFF"/>
        </w:rPr>
        <w:t xml:space="preserve">Return to Me</w:t>
      </w:r>
      <w:r>
        <w:rPr>
          <w:b w:val="false"/>
          <w:i w:val="false"/>
          <w:color w:val="FFFFFF"/>
          <w:u w:val="none"/>
          <w:shd w:val="clear" w:color="auto" w:fill="548235"/>
        </w:rPr>
        <w:t xml:space="preserve"> [5BZM]</w:t>
      </w:r>
      <w:r>
        <w:rPr>
          <w:shd w:val="clear" w:color="auto" w:fill="548235"/>
          <w:color w:val="FFFFFF"/>
        </w:rPr>
        <w:t xml:space="preserve">, and </w:t>
      </w:r>
      <w:r>
        <w:rPr>
          <w:shd w:fill="548235" w:val="clear" w:color="auto"/>
          <w:color w:val="FFFFFF"/>
        </w:rPr>
        <w:t xml:space="preserve">I will return to you</w:t>
      </w:r>
      <w:r>
        <w:rPr>
          <w:b w:val="false"/>
          <w:i w:val="false"/>
          <w:color w:val="FFFFFF"/>
          <w:u w:val="none"/>
          <w:shd w:val="clear" w:color="auto" w:fill="548235"/>
        </w:rPr>
        <w:t xml:space="preserve"> [2LSM]</w:t>
      </w:r>
      <w:r>
        <w:rPr>
          <w:shd w:val="clear" w:color="auto" w:fill="548235"/>
          <w:color w:val="FFFFFF"/>
        </w:rPr>
        <w:t xml:space="preserve">,” says the LORD of Hosts.</w:t>
      </w:r>
    </w:p>
    <w:p>
      <w:pPr>
        <w:pStyle w:val="Yellow"/>
        <w:rPr/>
      </w:pPr>
      <w:r>
        <w:rPr>
          <w:b/>
          <w:shd w:val="clear" w:color="auto" w:fill="548235"/>
          <w:color w:val="FFFFFF"/>
        </w:rPr>
        <w:t xml:space="preserve">Matthew 18:20</w:t>
      </w:r>
      <w:r>
        <w:rPr>
          <w:shd w:val="clear" w:color="auto" w:fill="548235"/>
          <w:color w:val="FFFFFF"/>
        </w:rPr>
        <w:t xml:space="preserve"> — </w:t>
      </w:r>
      <w:r>
        <w:rPr>
          <w:shd w:fill="548235" w:val="clear" w:color="auto"/>
          <w:color w:val="FFFFFF"/>
        </w:rPr>
        <w:t xml:space="preserve">where two or three gather together in My name, there am I with them</w:t>
      </w:r>
      <w:r>
        <w:rPr>
          <w:b w:val="false"/>
          <w:i w:val="false"/>
          <w:color w:val="FFFFFF"/>
          <w:u w:val="none"/>
          <w:shd w:val="clear" w:color="auto" w:fill="548235"/>
        </w:rPr>
        <w:t xml:space="preserve"> [1KMG]</w:t>
      </w:r>
      <w:r>
        <w:rPr>
          <w:shd w:val="clear" w:color="auto" w:fill="548235"/>
          <w:color w:val="FFFFFF"/>
        </w:rPr>
        <w:t xml:space="preserve">.”</w:t>
      </w:r>
    </w:p>
    <w:p>
      <w:pPr>
        <w:pStyle w:val="Yellow"/>
        <w:rPr/>
      </w:pPr>
      <w:r>
        <w:rPr>
          <w:b/>
          <w:u w:val="none"/>
        </w:rPr>
        <w:t>Matthew 28:20</w:t>
      </w:r>
      <w:r>
        <w:rPr>
          <w:u w:val="none"/>
        </w:rPr>
        <w:t xml:space="preserve"> — surely </w:t>
      </w:r>
      <w:r>
        <w:rPr>
          <w:u w:val="none"/>
          <w:shd w:val="clear" w:fill="B7DDE8"/>
        </w:rPr>
        <w:t>I am with you always, even to the end of the age</w:t>
      </w:r>
      <w:r>
        <w:rPr>
          <w:b w:val="false"/>
          <w:i w:val="false"/>
          <w:color w:val="000000"/>
          <w:u w:val="none"/>
        </w:rPr>
        <w:t xml:space="preserve"> [1DIT]</w:t>
      </w:r>
      <w:r>
        <w:rPr>
          <w:u w:val="none"/>
        </w:rPr>
        <w:t>.”</w:t>
      </w:r>
    </w:p>
    <w:p>
      <w:pPr>
        <w:pStyle w:val="Yellow"/>
        <w:rPr/>
      </w:pPr>
      <w:r>
        <w:rPr>
          <w:b/>
        </w:rPr>
        <w:t xml:space="preserve">John 6:56</w:t>
      </w:r>
      <w:r>
        <w:rPr/>
        <w:t xml:space="preserve"> — </w:t>
      </w:r>
      <w:r>
        <w:rPr>
          <w:shd w:fill="B7DDE8" w:val="clear"/>
        </w:rPr>
        <w:t xml:space="preserve">Whoever eats My flesh and drinks My blood remains in Me, and I in him</w:t>
      </w:r>
      <w:r>
        <w:rPr>
          <w:b w:val="false"/>
          <w:i w:val="false"/>
          <w:color w:val="000000"/>
          <w:u w:val="none"/>
        </w:rPr>
        <w:t xml:space="preserve"> [1IET]</w:t>
      </w:r>
      <w:r>
        <w:rPr/>
        <w:t xml:space="preserve">.</w:t>
      </w:r>
    </w:p>
    <w:p>
      <w:pPr>
        <w:pStyle w:val="Yellow"/>
        <w:rPr/>
      </w:pPr>
      <w:r>
        <w:rPr>
          <w:b/>
          <w:shd w:val="clear" w:color="auto" w:fill="548235"/>
          <w:color w:val="FFFFFF"/>
        </w:rPr>
        <w:t>John 10:37–38</w:t>
      </w:r>
      <w:r>
        <w:rPr>
          <w:shd w:val="clear" w:color="auto" w:fill="548235"/>
          <w:color w:val="FFFFFF"/>
        </w:rPr>
        <w:t xml:space="preserve"> — </w:t>
      </w:r>
      <w:r>
        <w:rPr>
          <w:shd w:val="clear" w:fill="548235" w:color="auto"/>
          <w:color w:val="FFFFFF"/>
        </w:rPr>
        <w:t>If I am not doing the works of My Father, then do not believe Me</w:t>
      </w:r>
      <w:r>
        <w:rPr>
          <w:b w:val="false"/>
          <w:i w:val="false"/>
          <w:color w:val="FFFFFF"/>
          <w:u w:val="none"/>
          <w:shd w:val="clear" w:color="auto" w:fill="548235"/>
        </w:rPr>
        <w:t xml:space="preserve"> [1DEF]</w:t>
      </w:r>
      <w:r>
        <w:rPr>
          <w:shd w:val="clear" w:color="auto" w:fill="548235"/>
          <w:color w:val="FFFFFF"/>
        </w:rPr>
        <w:t xml:space="preserve">. But </w:t>
      </w:r>
      <w:r>
        <w:rPr>
          <w:shd w:val="clear" w:fill="548235" w:color="auto"/>
          <w:color w:val="FFFFFF"/>
        </w:rPr>
        <w:t>if I am doing them, even though you do not believe Me, believe the works themselves</w:t>
      </w:r>
      <w:r>
        <w:rPr>
          <w:b w:val="false"/>
          <w:i w:val="false"/>
          <w:color w:val="FFFFFF"/>
          <w:u w:val="none"/>
          <w:shd w:val="clear" w:color="auto" w:fill="548235"/>
        </w:rPr>
        <w:t xml:space="preserve"> [1DEG]</w:t>
      </w:r>
      <w:r>
        <w:rPr>
          <w:shd w:val="clear" w:color="auto" w:fill="548235"/>
          <w:color w:val="FFFFFF"/>
        </w:rPr>
        <w:t xml:space="preserve">, </w:t>
      </w:r>
      <w:r>
        <w:rPr>
          <w:shd w:val="clear" w:fill="548235" w:color="auto"/>
          <w:color w:val="FFFFFF"/>
        </w:rPr>
        <w:t>so that you may know and understand that the Father is in Me</w:t>
      </w:r>
      <w:r>
        <w:rPr>
          <w:b w:val="false"/>
          <w:i w:val="false"/>
          <w:color w:val="FFFFFF"/>
          <w:u w:val="none"/>
          <w:shd w:val="clear" w:color="auto" w:fill="548235"/>
        </w:rPr>
        <w:t xml:space="preserve"> [1DEH]</w:t>
      </w:r>
      <w:r>
        <w:rPr>
          <w:shd w:val="clear" w:color="auto" w:fill="548235"/>
          <w:color w:val="FFFFFF"/>
        </w:rPr>
        <w:t xml:space="preserve">, and </w:t>
      </w:r>
      <w:r>
        <w:rPr>
          <w:shd w:val="clear" w:fill="548235" w:color="auto"/>
          <w:color w:val="FFFFFF"/>
        </w:rPr>
        <w:t>I am in the Father</w:t>
      </w:r>
      <w:r>
        <w:rPr>
          <w:b w:val="false"/>
          <w:i w:val="false"/>
          <w:color w:val="FFFFFF"/>
          <w:u w:val="none"/>
          <w:shd w:val="clear" w:color="auto" w:fill="548235"/>
        </w:rPr>
        <w:t xml:space="preserve"> [1DEI]</w:t>
      </w:r>
      <w:r>
        <w:rPr>
          <w:shd w:val="clear" w:color="auto" w:fill="548235"/>
          <w:color w:val="FFFFFF"/>
        </w:rPr>
        <w:t>.”</w:t>
      </w:r>
    </w:p>
    <w:p>
      <w:pPr>
        <w:pStyle w:val="Yellow"/>
        <w:rPr/>
      </w:pPr>
      <w:r>
        <w:rPr>
          <w:b/>
        </w:rPr>
        <w:t xml:space="preserve">John 14:3</w:t>
      </w:r>
      <w:r>
        <w:rPr/>
        <w:t xml:space="preserve"> — And </w:t>
      </w:r>
      <w:r>
        <w:rPr>
          <w:shd w:fill="B7DDE8" w:val="clear"/>
        </w:rPr>
        <w:t xml:space="preserve">if I go and prepare a place for you</w:t>
      </w:r>
      <w:r>
        <w:rPr>
          <w:b w:val="false"/>
          <w:i w:val="false"/>
          <w:color w:val="000000"/>
          <w:u w:val="none"/>
        </w:rPr>
        <w:t xml:space="preserve"> [1LIY]</w:t>
      </w:r>
      <w:r>
        <w:rPr/>
        <w:t xml:space="preserve">, </w:t>
      </w:r>
      <w:r>
        <w:rPr>
          <w:shd w:fill="B7DDE8" w:val="clear"/>
        </w:rPr>
        <w:t xml:space="preserve">I will come back</w:t>
      </w:r>
      <w:r>
        <w:rPr>
          <w:b w:val="false"/>
          <w:i w:val="false"/>
          <w:color w:val="000000"/>
          <w:u w:val="none"/>
        </w:rPr>
        <w:t xml:space="preserve"> [1LIZ]</w:t>
      </w:r>
      <w:r>
        <w:rPr/>
        <w:t xml:space="preserve"> and </w:t>
      </w:r>
      <w:r>
        <w:rPr>
          <w:shd w:fill="B7DDE8" w:val="clear"/>
        </w:rPr>
        <w:t xml:space="preserve">welcome you into My presence</w:t>
      </w:r>
      <w:r>
        <w:rPr>
          <w:b w:val="false"/>
          <w:i w:val="false"/>
          <w:color w:val="000000"/>
          <w:u w:val="none"/>
        </w:rPr>
        <w:t xml:space="preserve"> [1LJA]</w:t>
      </w:r>
      <w:r>
        <w:rPr/>
        <w:t xml:space="preserve">, so that </w:t>
      </w:r>
      <w:r>
        <w:rPr>
          <w:shd w:fill="B7DDE8" w:val="clear"/>
        </w:rPr>
        <w:t xml:space="preserve">you also may be where I am</w:t>
      </w:r>
      <w:r>
        <w:rPr>
          <w:b w:val="false"/>
          <w:i w:val="false"/>
          <w:color w:val="000000"/>
          <w:u w:val="none"/>
        </w:rPr>
        <w:t xml:space="preserve"> [1LJB]</w:t>
      </w:r>
      <w:r>
        <w:rPr/>
        <w:t xml:space="preserve">.</w:t>
      </w:r>
    </w:p>
    <w:p>
      <w:pPr>
        <w:pStyle w:val="Yellow"/>
        <w:rPr/>
      </w:pPr>
      <w:r>
        <w:rPr>
          <w:b/>
        </w:rPr>
        <w:t>John 14:6</w:t>
      </w:r>
      <w:r>
        <w:rPr/>
        <w:t xml:space="preserve"> — “</w:t>
      </w:r>
      <w:r>
        <w:rPr>
          <w:shd w:val="clear" w:fill="B7DDE8"/>
        </w:rPr>
        <w:t>I am the way and the truth and the life</w:t>
      </w:r>
      <w:r>
        <w:rPr>
          <w:b w:val="false"/>
          <w:i w:val="false"/>
          <w:color w:val="000000"/>
          <w:u w:val="none"/>
        </w:rPr>
        <w:t xml:space="preserve"> [1RG]</w:t>
      </w:r>
      <w:r>
        <w:rPr/>
        <w:t xml:space="preserve">. </w:t>
      </w:r>
      <w:r>
        <w:rPr>
          <w:shd w:val="clear" w:fill="B7DDE8"/>
        </w:rPr>
        <w:t>No one comes to the Father except through Me</w:t>
      </w:r>
      <w:r>
        <w:rPr>
          <w:b w:val="false"/>
          <w:i w:val="false"/>
          <w:color w:val="000000"/>
          <w:u w:val="none"/>
        </w:rPr>
        <w:t xml:space="preserve"> [1RH]</w:t>
      </w:r>
      <w:r>
        <w:rPr/>
        <w:t>.</w:t>
      </w:r>
    </w:p>
    <w:p>
      <w:pPr>
        <w:pStyle w:val="Yellow"/>
        <w:rPr/>
      </w:pPr>
      <w:r>
        <w:rPr/>
        <w:t xml:space="preserve">(Jn14:26 The Holy Spirit¹) </w:t>
      </w:r>
      <w:r>
        <w:rPr>
          <w:b/>
        </w:rPr>
        <w:t>John 14:17</w:t>
      </w:r>
      <w:r>
        <w:rPr/>
        <w:t xml:space="preserve"> — </w:t>
      </w:r>
      <w:r>
        <w:rPr>
          <w:color w:val="000000"/>
        </w:rPr>
        <w:t>The world cannot receive {Him}, because it neither sees Him nor knows Him</w:t>
      </w:r>
      <w:r>
        <w:rPr>
          <w:b w:val="false"/>
          <w:i w:val="false"/>
          <w:color w:val="000000"/>
          <w:u w:val="none"/>
        </w:rPr>
        <w:t xml:space="preserve"> [1LWP]</w:t>
      </w:r>
      <w:r>
        <w:rPr/>
        <w:t xml:space="preserve">. But </w:t>
      </w:r>
      <w:r>
        <w:rPr>
          <w:shd w:fill="B7DDE8" w:val="clear"/>
        </w:rPr>
        <w:t>you do know Him</w:t>
      </w:r>
      <w:r>
        <w:rPr>
          <w:b w:val="false"/>
          <w:i w:val="false"/>
          <w:color w:val="000000"/>
          <w:u w:val="none"/>
        </w:rPr>
        <w:t xml:space="preserve"> [1LWQ]</w:t>
      </w:r>
      <w:r>
        <w:rPr/>
        <w:t xml:space="preserve">, for </w:t>
      </w:r>
      <w:r>
        <w:rPr>
          <w:shd w:fill="B7DDE8" w:val="clear"/>
        </w:rPr>
        <w:t>He abides with you</w:t>
      </w:r>
      <w:r>
        <w:rPr>
          <w:b w:val="false"/>
          <w:i w:val="false"/>
          <w:color w:val="000000"/>
          <w:u w:val="none"/>
        </w:rPr>
        <w:t xml:space="preserve"> [1LWR]</w:t>
      </w:r>
      <w:r>
        <w:rPr/>
        <w:t xml:space="preserve"> and </w:t>
      </w:r>
      <w:r>
        <w:rPr>
          <w:shd w:fill="B7DDE8" w:val="clear"/>
        </w:rPr>
        <w:t>will be in you</w:t>
      </w:r>
      <w:r>
        <w:rPr>
          <w:b w:val="false"/>
          <w:i w:val="false"/>
          <w:color w:val="000000"/>
          <w:u w:val="none"/>
        </w:rPr>
        <w:t xml:space="preserve"> [1LWS]</w:t>
      </w:r>
      <w:r>
        <w:rPr/>
        <w:t>.</w:t>
      </w:r>
    </w:p>
    <w:p>
      <w:pPr>
        <w:pStyle w:val="Yellow"/>
        <w:rPr/>
      </w:pPr>
      <w:r>
        <w:rPr/>
        <w:t xml:space="preserve">(Jn14:15-19ᶜ Jesus leaves and “Spirit of truth” received¹) </w:t>
      </w:r>
      <w:r>
        <w:rPr>
          <w:b/>
        </w:rPr>
        <w:t xml:space="preserve">John 14:20</w:t>
      </w:r>
      <w:r>
        <w:rPr/>
        <w:t xml:space="preserve"> — {On that day} </w:t>
      </w:r>
      <w:r>
        <w:rPr>
          <w:shd w:fill="B7DDE8" w:val="clear"/>
        </w:rPr>
        <w:t xml:space="preserve">you will know that I am in My Father</w:t>
      </w:r>
      <w:r>
        <w:rPr>
          <w:b w:val="false"/>
          <w:i w:val="false"/>
          <w:color w:val="000000"/>
          <w:u w:val="none"/>
        </w:rPr>
        <w:t xml:space="preserve"> [1LIM]</w:t>
      </w:r>
      <w:r>
        <w:rPr/>
        <w:t xml:space="preserve">, and </w:t>
      </w:r>
      <w:r>
        <w:rPr>
          <w:shd w:fill="B7DDE8" w:val="clear"/>
        </w:rPr>
        <w:t xml:space="preserve">you are in Me</w:t>
      </w:r>
      <w:r>
        <w:rPr>
          <w:b w:val="false"/>
          <w:i w:val="false"/>
          <w:color w:val="000000"/>
          <w:u w:val="none"/>
        </w:rPr>
        <w:t xml:space="preserve"> [1LIN]</w:t>
      </w:r>
      <w:r>
        <w:rPr/>
        <w:t xml:space="preserve">, and </w:t>
      </w:r>
      <w:r>
        <w:rPr>
          <w:shd w:fill="548235" w:val="clear" w:color="auto"/>
          <w:color w:val="FFFFFF"/>
        </w:rPr>
        <w:t xml:space="preserve">I am in you</w:t>
      </w:r>
      <w:r>
        <w:rPr>
          <w:b w:val="false"/>
          <w:i w:val="false"/>
          <w:color w:val="FFFFFF"/>
          <w:u w:val="none"/>
          <w:shd w:val="clear" w:color="auto" w:fill="548235"/>
        </w:rPr>
        <w:t xml:space="preserve"> [1LIO]</w:t>
      </w:r>
      <w:r>
        <w:rPr/>
        <w:t xml:space="preserve">.</w:t>
      </w:r>
    </w:p>
    <w:p>
      <w:pPr>
        <w:pStyle w:val="Yellow"/>
        <w:rPr/>
      </w:pPr>
      <w:r>
        <w:rPr>
          <w:b/>
        </w:rPr>
        <w:t>John 14:23</w:t>
      </w:r>
      <w:r>
        <w:rPr/>
        <w:t xml:space="preserve"> — </w:t>
      </w:r>
      <w:r>
        <w:rPr>
          <w:color w:val="auto"/>
        </w:rPr>
        <w:t>If anyone loves Me, he will keep My word</w:t>
      </w:r>
      <w:r>
        <w:rPr>
          <w:b w:val="false"/>
          <w:i w:val="false"/>
          <w:color w:val="auto"/>
          <w:u w:val="none"/>
        </w:rPr>
        <w:t xml:space="preserve"> [1TO]</w:t>
      </w:r>
      <w:r>
        <w:rPr/>
        <w:t xml:space="preserve">. </w:t>
      </w:r>
      <w:r>
        <w:rPr>
          <w:shd w:val="clear" w:fill="B7DDE8"/>
        </w:rPr>
        <w:t>My Father will love him</w:t>
      </w:r>
      <w:r>
        <w:rPr>
          <w:b w:val="false"/>
          <w:i w:val="false"/>
          <w:color w:val="000000"/>
          <w:u w:val="none"/>
        </w:rPr>
        <w:t xml:space="preserve"> [2TP]</w:t>
      </w:r>
      <w:r>
        <w:rPr/>
        <w:t xml:space="preserve">, and </w:t>
      </w:r>
      <w:r>
        <w:rPr>
          <w:shd w:val="clear" w:fill="B7DDE8"/>
        </w:rPr>
        <w:t>We will come to him</w:t>
      </w:r>
      <w:r>
        <w:rPr>
          <w:b w:val="false"/>
          <w:i w:val="false"/>
          <w:color w:val="000000"/>
          <w:u w:val="none"/>
        </w:rPr>
        <w:t xml:space="preserve"> [1TQ]</w:t>
      </w:r>
      <w:r>
        <w:rPr/>
        <w:t xml:space="preserve"> and </w:t>
      </w:r>
      <w:r>
        <w:rPr>
          <w:shd w:val="clear" w:fill="B7DDE8"/>
        </w:rPr>
        <w:t>make Our home with him</w:t>
      </w:r>
      <w:r>
        <w:rPr>
          <w:b w:val="false"/>
          <w:i w:val="false"/>
          <w:color w:val="000000"/>
          <w:u w:val="none"/>
        </w:rPr>
        <w:t xml:space="preserve"> [1TR]</w:t>
      </w:r>
      <w:r>
        <w:rPr/>
        <w:t>.</w:t>
      </w:r>
    </w:p>
    <w:p>
      <w:pPr>
        <w:pStyle w:val="Yellow"/>
        <w:rPr/>
      </w:pPr>
      <w:r>
        <w:rPr/>
        <w:t xml:space="preserve">(Jn15:12,14ᶜ If you obey Jesus’ command to “love one another”) </w:t>
      </w:r>
      <w:r>
        <w:rPr>
          <w:b/>
        </w:rPr>
        <w:t>John 15:15</w:t>
      </w:r>
      <w:r>
        <w:rPr/>
        <w:t xml:space="preserve"> — </w:t>
      </w:r>
      <w:r>
        <w:rPr>
          <w:shd w:fill="B7DDE8" w:val="clear"/>
        </w:rPr>
        <w:t>No longer do I call you servants</w:t>
      </w:r>
      <w:r>
        <w:rPr>
          <w:b w:val="false"/>
          <w:i w:val="false"/>
          <w:color w:val="000000"/>
          <w:u w:val="none"/>
        </w:rPr>
        <w:t xml:space="preserve"> [1LUY]</w:t>
      </w:r>
      <w:r>
        <w:rPr/>
        <w:t xml:space="preserve">, for </w:t>
      </w:r>
      <w:r>
        <w:rPr>
          <w:shd w:fill="B7DDE8" w:val="clear"/>
        </w:rPr>
        <w:t>a servant does not understand what his master is doing</w:t>
      </w:r>
      <w:r>
        <w:rPr>
          <w:b w:val="false"/>
          <w:i w:val="false"/>
          <w:color w:val="000000"/>
          <w:u w:val="none"/>
        </w:rPr>
        <w:t xml:space="preserve"> [1LUZ]</w:t>
      </w:r>
      <w:r>
        <w:rPr/>
        <w:t xml:space="preserve">. But </w:t>
      </w:r>
      <w:r>
        <w:rPr>
          <w:shd w:fill="B7DDE8" w:val="clear"/>
        </w:rPr>
        <w:t>I have called you friends</w:t>
      </w:r>
      <w:r>
        <w:rPr>
          <w:b w:val="false"/>
          <w:i w:val="false"/>
          <w:color w:val="000000"/>
          <w:u w:val="none"/>
        </w:rPr>
        <w:t xml:space="preserve"> [1LVA]</w:t>
      </w:r>
      <w:r>
        <w:rPr/>
        <w:t xml:space="preserve">, </w:t>
      </w:r>
      <w:r>
        <w:rPr>
          <w:shd w:fill="B7DDE8" w:val="clear"/>
        </w:rPr>
        <w:t>because everything I have learned from My Father I have made known to you</w:t>
      </w:r>
      <w:r>
        <w:rPr>
          <w:b w:val="false"/>
          <w:i w:val="false"/>
          <w:color w:val="000000"/>
          <w:u w:val="none"/>
        </w:rPr>
        <w:t xml:space="preserve"> [1LVB]</w:t>
      </w:r>
      <w:r>
        <w:rPr/>
        <w:t>.</w:t>
      </w:r>
    </w:p>
    <w:p>
      <w:pPr>
        <w:pStyle w:val="Yellow"/>
        <w:rPr/>
      </w:pPr>
      <w:r>
        <w:rPr>
          <w:b/>
          <w:u w:val="none"/>
        </w:rPr>
        <w:t>Romans 5:1-2</w:t>
      </w:r>
      <w:r>
        <w:rPr>
          <w:u w:val="none"/>
        </w:rPr>
        <w:t xml:space="preserve"> — Therefore, since </w:t>
      </w:r>
      <w:r>
        <w:rPr>
          <w:u w:val="none"/>
          <w:shd w:val="clear" w:fill="F4B183" w:color="auto"/>
          <w:color w:val="000000"/>
        </w:rPr>
        <w:t>we have been justified through faith</w:t>
      </w:r>
      <w:r>
        <w:rPr>
          <w:b w:val="false"/>
          <w:i w:val="false"/>
          <w:color w:val="000000"/>
          <w:u w:val="none"/>
          <w:shd w:val="clear" w:color="auto" w:fill="F4B183"/>
        </w:rPr>
        <w:t xml:space="preserve"> [1CBK]</w:t>
      </w:r>
      <w:r>
        <w:rPr>
          <w:u w:val="none"/>
        </w:rPr>
        <w:t xml:space="preserve">, </w:t>
      </w:r>
      <w:r>
        <w:rPr>
          <w:u w:val="none"/>
          <w:shd w:val="clear" w:fill="B7DDE8"/>
        </w:rPr>
        <w:t>we have peace with God</w:t>
      </w:r>
      <w:r>
        <w:rPr>
          <w:b w:val="false"/>
          <w:i w:val="false"/>
          <w:color w:val="000000"/>
          <w:u w:val="none"/>
        </w:rPr>
        <w:t xml:space="preserve"> [1CBL]</w:t>
      </w:r>
      <w:r>
        <w:rPr>
          <w:u w:val="none"/>
          <w:shd w:val="clear" w:fill="B7DDE8"/>
        </w:rPr>
        <w:t xml:space="preserve"> through our Lord Jesus Christ</w:t>
      </w:r>
      <w:r>
        <w:rPr>
          <w:b w:val="false"/>
          <w:i w:val="false"/>
          <w:color w:val="000000"/>
          <w:u w:val="none"/>
        </w:rPr>
        <w:t xml:space="preserve"> [1CBM]</w:t>
      </w:r>
      <w:r>
        <w:rPr>
          <w:u w:val="none"/>
        </w:rPr>
        <w:t xml:space="preserve">, through whom </w:t>
      </w:r>
      <w:r>
        <w:rPr>
          <w:u w:val="none"/>
          <w:shd w:val="clear" w:fill="B7DDE8"/>
        </w:rPr>
        <w:t>we have gained access by faith into this grace</w:t>
      </w:r>
      <w:r>
        <w:rPr>
          <w:b w:val="false"/>
          <w:i w:val="false"/>
          <w:color w:val="000000"/>
          <w:u w:val="none"/>
        </w:rPr>
        <w:t xml:space="preserve"> [1CBN]</w:t>
      </w:r>
      <w:r>
        <w:rPr>
          <w:u w:val="none"/>
          <w:shd w:val="clear" w:fill="B7DDE8"/>
        </w:rPr>
        <w:t xml:space="preserve"> in which we stand</w:t>
      </w:r>
      <w:r>
        <w:rPr>
          <w:b w:val="false"/>
          <w:i w:val="false"/>
          <w:color w:val="000000"/>
          <w:u w:val="none"/>
        </w:rPr>
        <w:t xml:space="preserve"> [1CBO]</w:t>
      </w:r>
      <w:r>
        <w:rPr>
          <w:u w:val="none"/>
        </w:rPr>
        <w:t xml:space="preserve">. And </w:t>
      </w:r>
      <w:r>
        <w:rPr>
          <w:u w:val="none"/>
          <w:shd w:val="clear" w:fill="B7DDE8"/>
        </w:rPr>
        <w:t>we rejoice in the hope of the glory of God</w:t>
      </w:r>
      <w:r>
        <w:rPr>
          <w:b w:val="false"/>
          <w:i w:val="false"/>
          <w:color w:val="000000"/>
          <w:u w:val="none"/>
        </w:rPr>
        <w:t xml:space="preserve"> [1CBP]</w:t>
      </w:r>
      <w:r>
        <w:rPr>
          <w:u w:val="none"/>
        </w:rPr>
        <w:t>.</w:t>
      </w:r>
    </w:p>
    <w:p>
      <w:pPr>
        <w:pStyle w:val="Yellow"/>
        <w:rPr/>
      </w:pPr>
      <w:r>
        <w:rPr>
          <w:b/>
        </w:rPr>
        <w:t xml:space="preserve">Romans 8:31</w:t>
      </w:r>
      <w:r>
        <w:rPr/>
        <w:t xml:space="preserve"> — </w:t>
      </w:r>
      <w:r>
        <w:rPr>
          <w:shd w:fill="B7DDE8" w:val="clear"/>
        </w:rPr>
        <w:t xml:space="preserve">If God is for us, who can be against us</w:t>
      </w:r>
      <w:r>
        <w:rPr>
          <w:b w:val="false"/>
          <w:i w:val="false"/>
          <w:color w:val="000000"/>
          <w:u w:val="none"/>
        </w:rPr>
        <w:t xml:space="preserve"> [1LBO]</w:t>
      </w:r>
      <w:r>
        <w:rPr/>
        <w:t xml:space="preserve">?</w:t>
      </w:r>
    </w:p>
    <w:p>
      <w:pPr>
        <w:pStyle w:val="Yellow"/>
        <w:rPr/>
        <w:shd w:val="clear" w:color="auto" w:fill="E4DFEC"/>
        <w:pBdr>
          <w:left w:val="single" w:sz="28" w:space="5" w:color="B4A7D6"/>
        </w:pBdr>
      </w:pPr>
      <w:r>
        <w:rPr>
          <w:b/>
          <w:u w:val="none"/>
        </w:rPr>
        <w:t xml:space="preserve">1 Corinthians 3:16</w:t>
      </w:r>
      <w:r>
        <w:rPr>
          <w:u w:val="none"/>
        </w:rPr>
        <w:t xml:space="preserve"> — Do you not know that </w:t>
      </w:r>
      <w:r>
        <w:rPr>
          <w:u w:val="none"/>
          <w:shd w:fill="B7DDE8" w:val="clear"/>
        </w:rPr>
        <w:t xml:space="preserve">you yourselves are God’s temple</w:t>
      </w:r>
      <w:r>
        <w:rPr>
          <w:b w:val="false"/>
          <w:i w:val="false"/>
          <w:color w:val="000000"/>
          <w:u w:val="none"/>
        </w:rPr>
        <w:t xml:space="preserve"> [3JXE]</w:t>
      </w:r>
      <w:r>
        <w:rPr>
          <w:u w:val="none"/>
        </w:rPr>
        <w:t xml:space="preserve">, and that </w:t>
      </w:r>
      <w:r>
        <w:rPr>
          <w:u w:val="none"/>
          <w:shd w:fill="B7DDE8" w:val="clear"/>
        </w:rPr>
        <w:t xml:space="preserve">God’s Spirit dwells in you</w:t>
      </w:r>
      <w:r>
        <w:rPr>
          <w:b w:val="false"/>
          <w:i w:val="false"/>
          <w:color w:val="000000"/>
          <w:u w:val="none"/>
        </w:rPr>
        <w:t xml:space="preserve"> [2BLC]</w:t>
      </w:r>
      <w:r>
        <w:rPr>
          <w:u w:val="none"/>
        </w:rPr>
        <w:t xml:space="preserve">?</w:t>
      </w:r>
    </w:p>
    <w:p>
      <w:pPr>
        <w:pStyle w:val="Yellow"/>
        <w:rPr/>
      </w:pPr>
      <w:r>
        <w:rPr>
          <w:b/>
          <w:u w:val="none"/>
        </w:rPr>
        <w:t xml:space="preserve">2 Corinthians 6:16</w:t>
      </w:r>
      <w:r>
        <w:rPr>
          <w:u w:val="none"/>
        </w:rPr>
        <w:t xml:space="preserve"> — For </w:t>
      </w:r>
      <w:r>
        <w:rPr>
          <w:u w:val="none"/>
        </w:rPr>
        <w:t xml:space="preserve">we are the temple of the living God</w:t>
      </w:r>
      <w:r>
        <w:rPr>
          <w:b w:val="false"/>
          <w:i w:val="false"/>
          <w:color w:val="000000"/>
          <w:u w:val="none"/>
        </w:rPr>
        <w:t xml:space="preserve"> [3JXE]</w:t>
      </w:r>
      <w:r>
        <w:rPr>
          <w:u w:val="none"/>
        </w:rPr>
        <w:t xml:space="preserve">. As God has said: “</w:t>
      </w:r>
      <w:r>
        <w:rPr>
          <w:u w:val="none"/>
          <w:color w:val="000000"/>
        </w:rPr>
        <w:t xml:space="preserve">I will dwell with them</w:t>
      </w:r>
      <w:r>
        <w:rPr>
          <w:b w:val="false"/>
          <w:i w:val="false"/>
          <w:color w:val="000000"/>
          <w:u w:val="none"/>
        </w:rPr>
        <w:t xml:space="preserve"> [2DIV]</w:t>
      </w:r>
      <w:r>
        <w:rPr>
          <w:u w:val="none"/>
        </w:rPr>
        <w:t xml:space="preserve"> and </w:t>
      </w:r>
      <w:r>
        <w:rPr>
          <w:u w:val="none"/>
          <w:color w:val="000000"/>
        </w:rPr>
        <w:t xml:space="preserve">walk among them</w:t>
      </w:r>
      <w:r>
        <w:rPr>
          <w:b w:val="false"/>
          <w:i w:val="false"/>
          <w:color w:val="000000"/>
          <w:u w:val="none"/>
        </w:rPr>
        <w:t xml:space="preserve"> [2LAI]</w:t>
      </w:r>
      <w:r>
        <w:rPr>
          <w:u w:val="none"/>
        </w:rPr>
        <w:t xml:space="preserve">, and </w:t>
      </w:r>
      <w:r>
        <w:rPr>
          <w:u w:val="none"/>
          <w:color w:val="000000"/>
        </w:rPr>
        <w:t xml:space="preserve">I will be their God, and they will be My people</w:t>
      </w:r>
      <w:r>
        <w:rPr>
          <w:b w:val="false"/>
          <w:i w:val="false"/>
          <w:color w:val="000000"/>
          <w:u w:val="none"/>
        </w:rPr>
        <w:t xml:space="preserve"> [9ACE]</w:t>
      </w:r>
      <w:r>
        <w:rPr>
          <w:u w:val="none"/>
        </w:rPr>
        <w:t xml:space="preserve">.”</w:t>
      </w:r>
    </w:p>
    <w:p>
      <w:pPr>
        <w:pStyle w:val="Yellow"/>
        <w:rPr/>
      </w:pPr>
      <w:r>
        <w:rPr/>
        <w:t xml:space="preserve">(2Co6:16 “we are the temple of the living God”) </w:t>
      </w:r>
      <w:r>
        <w:rPr>
          <w:b/>
        </w:rPr>
        <w:t>2 Corinthians 6:17-18</w:t>
      </w:r>
      <w:r>
        <w:rPr/>
        <w:t xml:space="preserve"> — “{Therefore} </w:t>
      </w:r>
      <w:r>
        <w:rPr/>
        <w:t>come out from among them and be separate</w:t>
      </w:r>
      <w:r>
        <w:rPr>
          <w:b w:val="false"/>
          <w:i w:val="false"/>
          <w:color w:val="000000"/>
          <w:u w:val="none"/>
        </w:rPr>
        <w:t xml:space="preserve"> [2HL]</w:t>
      </w:r>
      <w:r>
        <w:rPr/>
        <w:t xml:space="preserve">, says the Lord. </w:t>
      </w:r>
      <w:r>
        <w:rPr>
          <w:shd w:fill="B7DDE8" w:val="clear"/>
        </w:rPr>
        <w:t>Touch no unclean thing</w:t>
      </w:r>
      <w:r>
        <w:rPr>
          <w:b w:val="false"/>
          <w:i w:val="false"/>
          <w:u w:val="none"/>
          <w:color w:val="000000"/>
        </w:rPr>
        <w:t xml:space="preserve"> [2DZT]</w:t>
      </w:r>
      <w:r>
        <w:rPr/>
        <w:t xml:space="preserve">, and </w:t>
      </w:r>
      <w:r>
        <w:rPr>
          <w:shd w:fill="B7DDE8" w:val="clear"/>
        </w:rPr>
        <w:t>I will receive you</w:t>
      </w:r>
      <w:r>
        <w:rPr>
          <w:b w:val="false"/>
          <w:i w:val="false"/>
          <w:u w:val="none"/>
          <w:color w:val="000000"/>
        </w:rPr>
        <w:t xml:space="preserve"> [1HM]</w:t>
      </w:r>
      <w:r>
        <w:rPr>
          <w:color w:val="auto"/>
        </w:rPr>
        <w:t>.” And: “</w:t>
      </w:r>
      <w:r>
        <w:rPr>
          <w:color w:val="auto"/>
        </w:rPr>
        <w:t>I will be a Father to you, and you will be My sons and daughters</w:t>
      </w:r>
      <w:r>
        <w:rPr>
          <w:b w:val="false"/>
          <w:i w:val="false"/>
          <w:color w:val="auto"/>
          <w:u w:val="none"/>
        </w:rPr>
        <w:t xml:space="preserve"> [1HN]</w:t>
      </w:r>
      <w:r>
        <w:rPr/>
        <w:t>, says the Lord Almighty.”</w:t>
      </w:r>
    </w:p>
    <w:p>
      <w:pPr>
        <w:pStyle w:val="Yellow"/>
        <w:rPr/>
      </w:pPr>
      <w:r>
        <w:rPr>
          <w:b/>
          <w:shd w:val="clear" w:color="auto" w:fill="548235"/>
          <w:color w:val="FFFFFF"/>
        </w:rPr>
        <w:t>Ephesians 2:13</w:t>
      </w:r>
      <w:r>
        <w:rPr>
          <w:shd w:val="clear" w:color="auto" w:fill="548235"/>
          <w:color w:val="FFFFFF"/>
        </w:rPr>
        <w:t xml:space="preserve"> — But now </w:t>
      </w:r>
      <w:r>
        <w:rPr>
          <w:shd w:fill="548235" w:val="clear" w:color="auto"/>
          <w:color w:val="FFFFFF"/>
        </w:rPr>
        <w:t>in Christ Jesus you who once were far away have been brought near through the blood of Christ</w:t>
      </w:r>
      <w:r>
        <w:rPr>
          <w:b w:val="false"/>
          <w:i w:val="false"/>
          <w:color w:val="FFFFFF"/>
          <w:u w:val="none"/>
          <w:shd w:val="clear" w:color="auto" w:fill="548235"/>
        </w:rPr>
        <w:t xml:space="preserve"> [1BCK]</w:t>
      </w:r>
      <w:r>
        <w:rPr>
          <w:shd w:val="clear" w:color="auto" w:fill="548235"/>
          <w:color w:val="FFFFFF"/>
        </w:rPr>
        <w:t>.</w:t>
      </w:r>
    </w:p>
    <w:p>
      <w:pPr>
        <w:pStyle w:val="Yellow"/>
        <w:rPr/>
      </w:pPr>
      <w:r>
        <w:rPr>
          <w:b/>
          <w:shd w:val="clear" w:color="auto" w:fill="F4B183"/>
          <w:color w:val="000000"/>
        </w:rPr>
        <w:t xml:space="preserve">Philippians 4:5</w:t>
      </w:r>
      <w:r>
        <w:rPr>
          <w:shd w:val="clear" w:color="auto" w:fill="F4B183"/>
          <w:color w:val="000000"/>
        </w:rPr>
        <w:t xml:space="preserve"> — </w:t>
      </w:r>
      <w:r>
        <w:rPr>
          <w:shd w:fill="F4B183" w:val="clear" w:color="auto"/>
          <w:color w:val="000000"/>
        </w:rPr>
        <w:t xml:space="preserve">The Lord is near</w:t>
      </w:r>
      <w:r>
        <w:rPr>
          <w:b w:val="false"/>
          <w:i w:val="false"/>
          <w:color w:val="000000"/>
          <w:u w:val="none"/>
          <w:shd w:val="clear" w:color="auto" w:fill="F4B183"/>
        </w:rPr>
        <w:t xml:space="preserve"> [1LQG]</w:t>
      </w:r>
      <w:r>
        <w:rPr>
          <w:shd w:val="clear" w:color="auto" w:fill="F4B183"/>
          <w:color w:val="000000"/>
        </w:rPr>
        <w:t xml:space="preserve">.</w:t>
      </w:r>
    </w:p>
    <w:p>
      <w:pPr>
        <w:pStyle w:val="Yellow"/>
        <w:rPr/>
      </w:pPr>
      <w:r>
        <w:rPr>
          <w:shd w:val="clear" w:color="auto" w:fill="C00000"/>
          <w:color w:val="FFFFFF"/>
        </w:rPr>
        <w:t xml:space="preserve">(He10:17ᶜ “Their sins and lawless acts I will remember no more”) </w:t>
      </w:r>
      <w:r>
        <w:rPr>
          <w:b/>
          <w:shd w:val="clear" w:color="auto" w:fill="C00000"/>
          <w:color w:val="FFFFFF"/>
        </w:rPr>
        <w:t>Hebrews 10:19–20</w:t>
      </w:r>
      <w:r>
        <w:rPr>
          <w:shd w:val="clear" w:color="auto" w:fill="C00000"/>
          <w:color w:val="FFFFFF"/>
        </w:rPr>
        <w:t xml:space="preserve"> — {Therefore}, brothers, since </w:t>
      </w:r>
      <w:r>
        <w:rPr>
          <w:shd w:val="clear" w:color="auto" w:fill="C00000"/>
          <w:color w:val="FFFFFF"/>
        </w:rPr>
        <w:t>we have confidence to enter the Most Holy Place by the blood of Jesus</w:t>
      </w:r>
      <w:r>
        <w:rPr>
          <w:b w:val="false"/>
          <w:i w:val="false"/>
          <w:u w:val="none"/>
          <w:shd w:val="clear" w:color="auto" w:fill="C00000"/>
          <w:color w:val="FFFFFF"/>
        </w:rPr>
        <w:t xml:space="preserve"> [2BCE]</w:t>
      </w:r>
      <w:r>
        <w:rPr>
          <w:shd w:val="clear" w:color="auto" w:fill="C00000"/>
          <w:color w:val="FFFFFF"/>
        </w:rPr>
        <w:t xml:space="preserve">, by </w:t>
      </w:r>
      <w:r>
        <w:rPr>
          <w:shd w:val="clear" w:color="auto" w:fill="C00000"/>
          <w:color w:val="FFFFFF"/>
        </w:rPr>
        <w:t>the new and living way opened for us through the curtain of His body</w:t>
      </w:r>
      <w:r>
        <w:rPr>
          <w:b w:val="false"/>
          <w:i w:val="false"/>
          <w:u w:val="none"/>
          <w:shd w:val="clear" w:color="auto" w:fill="C00000"/>
          <w:color w:val="FFFFFF"/>
        </w:rPr>
        <w:t xml:space="preserve"> [2BCF]</w:t>
      </w:r>
    </w:p>
    <w:p>
      <w:pPr>
        <w:pStyle w:val="Yellow"/>
        <w:rPr/>
      </w:pPr>
      <w:r>
        <w:rPr>
          <w:b/>
        </w:rPr>
        <w:t xml:space="preserve">James 4:8</w:t>
      </w:r>
      <w:r>
        <w:rPr/>
        <w:t xml:space="preserve"> — </w:t>
      </w:r>
      <w:r>
        <w:rPr>
          <w:shd w:fill="B7DDE8" w:val="clear"/>
        </w:rPr>
        <w:t xml:space="preserve">Draw near to God</w:t>
      </w:r>
      <w:r>
        <w:rPr>
          <w:b w:val="false"/>
          <w:i w:val="false"/>
          <w:color w:val="000000"/>
          <w:u w:val="none"/>
        </w:rPr>
        <w:t xml:space="preserve"> [1LQH]</w:t>
      </w:r>
      <w:r>
        <w:rPr/>
        <w:t xml:space="preserve">, and </w:t>
      </w:r>
      <w:r>
        <w:rPr>
          <w:shd w:fill="B7DDE8" w:val="clear"/>
        </w:rPr>
        <w:t xml:space="preserve">He will draw near to you</w:t>
      </w:r>
      <w:r>
        <w:rPr>
          <w:b w:val="false"/>
          <w:i w:val="false"/>
          <w:color w:val="000000"/>
          <w:u w:val="none"/>
        </w:rPr>
        <w:t xml:space="preserve"> [1LQI]</w:t>
      </w:r>
      <w:r>
        <w:rPr/>
        <w:t xml:space="preserve">.</w:t>
      </w:r>
    </w:p>
    <w:p>
      <w:pPr>
        <w:pStyle w:val="Yellow"/>
        <w:rPr/>
      </w:pPr>
      <w:r>
        <w:rPr>
          <w:b/>
        </w:rPr>
        <w:t>1 John 4:15</w:t>
      </w:r>
      <w:r>
        <w:t xml:space="preserve"> — </w:t>
      </w:r>
      <w:r>
        <w:rPr>
          <w:shd w:fill="B7DDE8" w:val="clear"/>
        </w:rPr>
        <w:t xml:space="preserve">If anyone confesses that </w:t>
      </w:r>
      <w:r>
        <w:rPr>
          <w:shd w:fill="B7DDE8" w:val="clear"/>
        </w:rPr>
        <w:t>Jesus is the Son of God</w:t>
      </w:r>
      <w:r>
        <w:rPr>
          <w:b w:val="false"/>
          <w:i w:val="false"/>
          <w:color w:val="000000"/>
          <w:u w:val="none"/>
        </w:rPr>
        <w:t xml:space="preserve"> [1CIH]</w:t>
      </w:r>
      <w:r>
        <w:rPr>
          <w:shd w:fill="548235" w:val="clear" w:color="auto"/>
          <w:color w:val="FFFFFF"/>
        </w:rPr>
        <w:t>, God abides in him</w:t>
      </w:r>
      <w:r>
        <w:rPr>
          <w:b w:val="false"/>
          <w:i w:val="false"/>
          <w:color w:val="FFFFFF"/>
          <w:u w:val="none"/>
          <w:shd w:val="clear" w:color="auto" w:fill="548235"/>
        </w:rPr>
        <w:t xml:space="preserve"> [1APH]</w:t>
      </w:r>
      <w:r>
        <w:rPr>
          <w:shd w:fill="548235" w:val="clear" w:color="auto"/>
          <w:color w:val="FFFFFF"/>
        </w:rPr>
        <w:t>, and he in God</w:t>
      </w:r>
      <w:r>
        <w:rPr>
          <w:b w:val="false"/>
          <w:i w:val="false"/>
          <w:color w:val="FFFFFF"/>
          <w:u w:val="none"/>
          <w:shd w:val="clear" w:color="auto" w:fill="548235"/>
        </w:rPr>
        <w:t xml:space="preserve"> [1API]</w:t>
      </w:r>
      <w:r>
        <w:rPr>
          <w:shd w:val="clear" w:color="auto" w:fill="548235"/>
          <w:color w:val="FFFFFF"/>
        </w:rPr>
        <w:t>.</w:t>
      </w:r>
    </w:p>
    <w:p>
      <w:pPr>
        <w:pStyle w:val="Yellow"/>
        <w:rPr/>
      </w:pPr>
      <w:r>
        <w:rPr>
          <w:b/>
        </w:rPr>
        <w:t>Revelation 3:20</w:t>
      </w:r>
      <w:r>
        <w:rPr/>
        <w:t xml:space="preserve"> — Behold, </w:t>
      </w:r>
      <w:r>
        <w:rPr>
          <w:shd w:fill="B7DDE8" w:val="clear"/>
        </w:rPr>
        <w:t>I stand at the door and knock</w:t>
      </w:r>
      <w:r>
        <w:rPr>
          <w:b w:val="false"/>
          <w:i w:val="false"/>
          <w:color w:val="000000"/>
          <w:u w:val="none"/>
        </w:rPr>
        <w:t xml:space="preserve"> [1LXW]</w:t>
      </w:r>
      <w:r>
        <w:rPr/>
        <w:t xml:space="preserve">. </w:t>
      </w:r>
      <w:r>
        <w:rPr>
          <w:shd w:fill="B7DDE8" w:val="clear"/>
        </w:rPr>
        <w:t>If anyone hears My voice and opens the door</w:t>
      </w:r>
      <w:r>
        <w:rPr>
          <w:b w:val="false"/>
          <w:i w:val="false"/>
          <w:color w:val="000000"/>
          <w:u w:val="none"/>
        </w:rPr>
        <w:t xml:space="preserve"> [1LXX]</w:t>
      </w:r>
      <w:r>
        <w:rPr/>
        <w:t xml:space="preserve">, </w:t>
      </w:r>
      <w:r>
        <w:rPr>
          <w:shd w:fill="B7DDE8" w:val="clear"/>
        </w:rPr>
        <w:t>I will come in and dine with him, and he with Me</w:t>
      </w:r>
      <w:r>
        <w:rPr>
          <w:b w:val="false"/>
          <w:i w:val="false"/>
          <w:color w:val="000000"/>
          <w:u w:val="none"/>
        </w:rPr>
        <w:t xml:space="preserve"> [1LXY]</w:t>
      </w:r>
      <w:r>
        <w:rPr/>
        <w:t>.</w:t>
      </w:r>
    </w:p>
    <w:p>
      <w:pPr>
        <w:pStyle w:val="Yellow"/>
        <w:rPr/>
        <w:pBdr>
          <w:left w:val="single" w:sz="28" w:space="5" w:color="C00000"/>
        </w:pBdr>
      </w:pPr>
      <w:r>
        <w:rPr>
          <w:b/>
          <w:u w:val="none"/>
        </w:rPr>
        <w:t>Revelation 21:3</w:t>
      </w:r>
      <w:r>
        <w:rPr>
          <w:u w:val="none"/>
        </w:rPr>
        <w:t xml:space="preserve"> — Behold, </w:t>
      </w:r>
      <w:r>
        <w:rPr>
          <w:u w:val="none"/>
          <w:shd w:val="clear" w:fill="B7DDE8"/>
        </w:rPr>
        <w:t>the dwelling place of God is with man</w:t>
      </w:r>
      <w:r>
        <w:rPr>
          <w:b w:val="false"/>
          <w:i w:val="false"/>
          <w:color w:val="000000"/>
          <w:u w:val="none"/>
        </w:rPr>
        <w:t xml:space="preserve"> [1DIU]</w:t>
      </w:r>
      <w:r>
        <w:rPr>
          <w:u w:val="none"/>
        </w:rPr>
        <w:t xml:space="preserve">, and </w:t>
      </w:r>
      <w:r>
        <w:rPr>
          <w:u w:val="none"/>
          <w:shd w:val="clear" w:fill="B7DDE8"/>
        </w:rPr>
        <w:t>He will dwell with them</w:t>
      </w:r>
      <w:r>
        <w:rPr>
          <w:b w:val="false"/>
          <w:i w:val="false"/>
          <w:color w:val="000000"/>
          <w:u w:val="none"/>
        </w:rPr>
        <w:t xml:space="preserve"> [2DIV]</w:t>
      </w:r>
      <w:r>
        <w:rPr>
          <w:u w:val="none"/>
        </w:rPr>
        <w:t xml:space="preserve">. </w:t>
      </w:r>
      <w:r>
        <w:rPr>
          <w:u w:val="none"/>
          <w:shd w:val="clear" w:fill="B7DDE8"/>
        </w:rPr>
        <w:t>They will be His people</w:t>
      </w:r>
      <w:r>
        <w:rPr>
          <w:b w:val="false"/>
          <w:i w:val="false"/>
          <w:u w:val="none"/>
          <w:color w:val="000000"/>
        </w:rPr>
        <w:t xml:space="preserve"> [1DIW]</w:t>
      </w:r>
      <w:r>
        <w:rPr>
          <w:u w:val="none"/>
        </w:rPr>
        <w:t xml:space="preserve">, and </w:t>
      </w:r>
      <w:r>
        <w:rPr>
          <w:u w:val="none"/>
          <w:shd w:val="clear" w:fill="B7DDE8"/>
        </w:rPr>
        <w:t>God Himself will be with them as their God</w:t>
      </w:r>
      <w:r>
        <w:rPr>
          <w:b w:val="false"/>
          <w:i w:val="false"/>
          <w:color w:val="000000"/>
          <w:u w:val="none"/>
        </w:rPr>
        <w:t xml:space="preserve"> [1DIX]</w:t>
      </w:r>
      <w:r>
        <w:rPr>
          <w:u w:val="none"/>
        </w:rPr>
        <w:t>.</w:t>
      </w:r>
    </w:p>
    <w:p>
      <w:r>
        <w:rPr>
          <w:b/>
          <w:sz w:val="32"/>
        </w:rPr>
        <w:t>Law of Moses Blessings  (47)</w:t>
      </w:r>
    </w:p>
    <w:p>
      <w:pPr>
        <w:pStyle w:val="Yellow"/>
        <w:rPr/>
      </w:pPr>
      <w:r>
        <w:rPr>
          <w:b/>
        </w:rPr>
        <w:t>Genesis 39:23</w:t>
      </w:r>
      <w:r>
        <w:rPr/>
        <w:t xml:space="preserve"> — </w:t>
      </w:r>
      <w:r>
        <w:rPr>
          <w:shd w:fill="B7DDE8" w:val="clear"/>
        </w:rPr>
        <w:t>the LORD was with Joseph</w:t>
      </w:r>
      <w:r>
        <w:rPr>
          <w:b w:val="false"/>
          <w:i w:val="false"/>
          <w:u w:val="none"/>
          <w:color w:val="000000"/>
        </w:rPr>
        <w:t xml:space="preserve"> [5DRB]</w:t>
      </w:r>
      <w:r>
        <w:rPr/>
        <w:t xml:space="preserve"> and </w:t>
      </w:r>
      <w:r>
        <w:rPr>
          <w:shd w:fill="B7DDE8" w:val="clear"/>
        </w:rPr>
        <w:t>gave him success in whatever he did</w:t>
      </w:r>
      <w:r>
        <w:rPr>
          <w:b w:val="false"/>
          <w:i w:val="false"/>
          <w:color w:val="000000"/>
          <w:u w:val="none"/>
        </w:rPr>
        <w:t xml:space="preserve"> [1MCH]</w:t>
      </w:r>
      <w:r>
        <w:rPr/>
        <w:t>.</w:t>
      </w:r>
    </w:p>
    <w:p>
      <w:pPr>
        <w:pStyle w:val="Yellow"/>
        <w:rPr/>
      </w:pPr>
      <w:r>
        <w:rPr>
          <w:b/>
          <w:u w:val="none"/>
        </w:rPr>
        <w:t>Exodus 15:26</w:t>
      </w:r>
      <w:r>
        <w:rPr>
          <w:u w:val="none"/>
        </w:rPr>
        <w:t xml:space="preserve"> — “</w:t>
      </w:r>
      <w:r>
        <w:rPr>
          <w:u w:val="none"/>
          <w:shd w:val="clear" w:fill="B7DDE8"/>
        </w:rPr>
        <w:t>If you will listen carefully to the voice of the LORD your God, and do what is right in His eyes, and pay attention to His commands, and keep all His statutes, then I will not bring on you any of the diseases I inflicted on the Egyptians</w:t>
      </w:r>
      <w:r>
        <w:rPr>
          <w:b w:val="false"/>
          <w:i w:val="false"/>
          <w:color w:val="000000"/>
          <w:u w:val="none"/>
        </w:rPr>
        <w:t xml:space="preserve"> [1ESZ]</w:t>
      </w:r>
      <w:r>
        <w:rPr>
          <w:u w:val="none"/>
        </w:rPr>
        <w:t>.</w:t>
      </w:r>
      <w:r>
        <w:rPr>
          <w:u w:val="none"/>
        </w:rPr>
        <w:t xml:space="preserve"> For </w:t>
      </w:r>
      <w:r>
        <w:rPr>
          <w:u w:val="none"/>
          <w:shd w:val="clear" w:fill="B7DDE8"/>
        </w:rPr>
        <w:t>I am the LORD who heals you</w:t>
      </w:r>
      <w:r>
        <w:rPr>
          <w:b w:val="false"/>
          <w:i w:val="false"/>
          <w:color w:val="000000"/>
          <w:u w:val="none"/>
        </w:rPr>
        <w:t xml:space="preserve"> [1ETA]</w:t>
      </w:r>
      <w:r>
        <w:rPr>
          <w:u w:val="none"/>
          <w:shd w:fill="F4CCCC" w:val="clear"/>
        </w:rPr>
        <w:t>.</w:t>
      </w:r>
      <w:r>
        <w:rPr>
          <w:u w:val="none"/>
        </w:rPr>
        <w:t>”</w:t>
      </w:r>
    </w:p>
    <w:p>
      <w:pPr>
        <w:pStyle w:val="Yellow"/>
        <w:rPr/>
      </w:pPr>
      <w:r>
        <w:rPr>
          <w:b/>
        </w:rPr>
        <w:t>Exodus 19:5</w:t>
      </w:r>
      <w:r>
        <w:t xml:space="preserve"> — Now </w:t>
      </w:r>
      <w:r>
        <w:rPr>
          <w:shd w:fill="B7DDE8" w:val="clear"/>
        </w:rPr>
        <w:t>if you will indeed obey My voice and keep My covenant, you will be My treasured possession out of all the nations</w:t>
      </w:r>
      <w:r>
        <w:rPr>
          <w:b w:val="false"/>
          <w:i w:val="false"/>
          <w:color w:val="000000"/>
          <w:u w:val="none"/>
        </w:rPr>
        <w:t xml:space="preserve"> [1AIB]</w:t>
      </w:r>
      <w:r>
        <w:t>—</w:t>
      </w:r>
      <w:r>
        <w:t xml:space="preserve">for </w:t>
      </w:r>
      <w:r>
        <w:rPr>
          <w:shd w:fill="B7DDE8" w:val="clear"/>
        </w:rPr>
        <w:t>the whole earth is Mine</w:t>
      </w:r>
      <w:r>
        <w:rPr>
          <w:b w:val="false"/>
          <w:i w:val="false"/>
          <w:color w:val="000000"/>
          <w:u w:val="none"/>
        </w:rPr>
        <w:t xml:space="preserve"> [3MV]</w:t>
      </w:r>
      <w:r>
        <w:t>.</w:t>
      </w:r>
    </w:p>
    <w:p>
      <w:pPr>
        <w:pStyle w:val="Yellow"/>
        <w:rPr/>
      </w:pPr>
      <w:r>
        <w:rPr>
          <w:b/>
          <w:u w:val="none"/>
          <w:shd w:val="clear" w:color="auto" w:fill="C00000"/>
          <w:color w:val="FFFFFF"/>
        </w:rPr>
        <w:t xml:space="preserve">Exodus 20:12</w:t>
      </w:r>
      <w:r>
        <w:rPr>
          <w:u w:val="none"/>
          <w:shd w:val="clear" w:color="auto" w:fill="C00000"/>
          <w:color w:val="FFFFFF"/>
        </w:rPr>
        <w:t xml:space="preserve"> — </w:t>
      </w:r>
      <w:r>
        <w:rPr>
          <w:u w:val="none"/>
          <w:shd w:val="clear" w:color="auto" w:fill="C00000"/>
          <w:color w:val="FFFFFF"/>
        </w:rPr>
        <w:t xml:space="preserve">Honor your father and mother</w:t>
      </w:r>
      <w:r>
        <w:rPr>
          <w:b w:val="false"/>
          <w:i w:val="false"/>
          <w:u w:val="none"/>
          <w:shd w:val="clear" w:color="auto" w:fill="C00000"/>
          <w:color w:val="FFFFFF"/>
        </w:rPr>
        <w:t xml:space="preserve"> [4FZL]</w:t>
      </w:r>
      <w:r>
        <w:rPr>
          <w:u w:val="none"/>
          <w:shd w:val="clear" w:color="auto" w:fill="C00000"/>
          <w:color w:val="FFFFFF"/>
        </w:rPr>
        <w:t xml:space="preserve">, so that </w:t>
      </w:r>
      <w:r>
        <w:rPr>
          <w:u w:val="none"/>
          <w:shd w:val="clear" w:color="auto" w:fill="C00000"/>
          <w:color w:val="FFFFFF"/>
        </w:rPr>
        <w:t xml:space="preserve">your days may be long in the land that the LORD your God is giving you</w:t>
      </w:r>
      <w:r>
        <w:rPr>
          <w:b w:val="false"/>
          <w:i w:val="false"/>
          <w:u w:val="none"/>
          <w:shd w:val="clear" w:color="auto" w:fill="C00000"/>
          <w:color w:val="FFFFFF"/>
        </w:rPr>
        <w:t xml:space="preserve"> [4EHO]</w:t>
      </w:r>
      <w:r>
        <w:rPr>
          <w:u w:val="none"/>
          <w:shd w:val="clear" w:color="auto" w:fill="C00000"/>
          <w:color w:val="FFFFFF"/>
        </w:rPr>
        <w:t xml:space="preserve">.</w:t>
      </w:r>
    </w:p>
    <w:p>
      <w:pPr>
        <w:pStyle w:val="Yellow"/>
        <w:rPr/>
      </w:pPr>
      <w:r>
        <w:rPr>
          <w:b/>
          <w:shd w:val="clear" w:color="auto" w:fill="548235"/>
          <w:color w:val="FFFFFF"/>
        </w:rPr>
        <w:t xml:space="preserve">Leviticus 20:26</w:t>
      </w:r>
      <w:r>
        <w:rPr>
          <w:shd w:val="clear" w:color="auto" w:fill="548235"/>
          <w:color w:val="FFFFFF"/>
        </w:rPr>
        <w:t xml:space="preserve"> — </w:t>
      </w:r>
      <w:r>
        <w:rPr>
          <w:shd w:fill="548235" w:val="clear" w:color="auto"/>
          <w:color w:val="FFFFFF"/>
        </w:rPr>
        <w:t xml:space="preserve">I have set you apart from the nations to be My own</w:t>
      </w:r>
      <w:r>
        <w:rPr>
          <w:b w:val="false"/>
          <w:i w:val="false"/>
          <w:color w:val="FFFFFF"/>
          <w:u w:val="none"/>
          <w:shd w:val="clear" w:color="auto" w:fill="548235"/>
        </w:rPr>
        <w:t xml:space="preserve"> [1LOC]</w:t>
      </w:r>
      <w:r>
        <w:rPr>
          <w:shd w:val="clear" w:color="auto" w:fill="548235"/>
          <w:color w:val="FFFFFF"/>
        </w:rPr>
        <w:t xml:space="preserve">.</w:t>
      </w:r>
    </w:p>
    <w:p>
      <w:pPr>
        <w:pStyle w:val="Yellow"/>
        <w:rPr/>
      </w:pPr>
      <w:r>
        <w:rPr/>
        <w:t xml:space="preserve">(Le26:3 obey God’s statutes and commandments) </w:t>
      </w:r>
      <w:r>
        <w:rPr>
          <w:b/>
        </w:rPr>
        <w:t>Leviticus 26:5</w:t>
      </w:r>
      <w:r>
        <w:rPr/>
        <w:t xml:space="preserve"> — </w:t>
      </w:r>
      <w:r>
        <w:rPr>
          <w:shd w:val="clear" w:fill="B7DDE8"/>
        </w:rPr>
        <w:t>Your threshing will continue until the grape harvest, and the grape harvest will continue until sowing time</w:t>
      </w:r>
      <w:r>
        <w:rPr>
          <w:b w:val="false"/>
          <w:i w:val="false"/>
          <w:color w:val="000000"/>
          <w:u w:val="none"/>
        </w:rPr>
        <w:t xml:space="preserve"> [1EEU]</w:t>
      </w:r>
      <w:r>
        <w:rPr/>
        <w:t xml:space="preserve">; </w:t>
      </w:r>
      <w:r>
        <w:rPr>
          <w:shd w:val="clear" w:fill="B7DDE8"/>
        </w:rPr>
        <w:t>you will have your fill of food to eat</w:t>
      </w:r>
      <w:r>
        <w:rPr>
          <w:b w:val="false"/>
          <w:i w:val="false"/>
          <w:color w:val="000000"/>
          <w:u w:val="none"/>
        </w:rPr>
        <w:t xml:space="preserve"> [1EEV]</w:t>
      </w:r>
      <w:r>
        <w:rPr/>
        <w:t xml:space="preserve"> and </w:t>
      </w:r>
      <w:r>
        <w:rPr>
          <w:shd w:val="clear" w:fill="548235" w:color="auto"/>
          <w:color w:val="FFFFFF"/>
        </w:rPr>
        <w:t>will dwell securely in your land</w:t>
      </w:r>
      <w:r>
        <w:rPr>
          <w:b w:val="false"/>
          <w:i w:val="false"/>
          <w:color w:val="FFFFFF"/>
          <w:u w:val="none"/>
          <w:shd w:val="clear" w:color="auto" w:fill="548235"/>
        </w:rPr>
        <w:t xml:space="preserve"> [1EEW]</w:t>
      </w:r>
      <w:r>
        <w:rPr/>
        <w:t>.</w:t>
      </w:r>
    </w:p>
    <w:p>
      <w:pPr>
        <w:pStyle w:val="Yellow"/>
        <w:rPr/>
      </w:pPr>
      <w:r>
        <w:rPr/>
        <w:t xml:space="preserve">(Le26:3 obey God’s statutes and commandments) </w:t>
      </w:r>
      <w:r>
        <w:rPr>
          <w:b/>
        </w:rPr>
        <w:t>Leviticus 26:6</w:t>
      </w:r>
      <w:r>
        <w:rPr/>
        <w:t xml:space="preserve"> — And </w:t>
      </w:r>
      <w:r>
        <w:rPr>
          <w:shd w:val="clear" w:fill="B7DDE8"/>
        </w:rPr>
        <w:t>I will give peace to the land</w:t>
      </w:r>
      <w:r>
        <w:rPr>
          <w:b w:val="false"/>
          <w:i w:val="false"/>
          <w:color w:val="000000"/>
          <w:u w:val="none"/>
        </w:rPr>
        <w:t xml:space="preserve"> [1EWT]</w:t>
      </w:r>
      <w:r>
        <w:rPr/>
        <w:t xml:space="preserve">, and </w:t>
      </w:r>
      <w:r>
        <w:rPr>
          <w:shd w:val="clear" w:fill="B7DDE8"/>
        </w:rPr>
        <w:t>you will lie down with nothing to fear</w:t>
      </w:r>
      <w:r>
        <w:rPr>
          <w:b w:val="false"/>
          <w:i w:val="false"/>
          <w:color w:val="000000"/>
          <w:u w:val="none"/>
        </w:rPr>
        <w:t xml:space="preserve"> [1EWU]</w:t>
      </w:r>
      <w:r>
        <w:rPr/>
        <w:t xml:space="preserve">. </w:t>
      </w:r>
      <w:r>
        <w:rPr>
          <w:shd w:val="clear" w:fill="B7DDE8"/>
        </w:rPr>
        <w:t>I will rid the land of dangerous animals</w:t>
      </w:r>
      <w:r>
        <w:rPr>
          <w:b w:val="false"/>
          <w:i w:val="false"/>
          <w:color w:val="000000"/>
          <w:u w:val="none"/>
        </w:rPr>
        <w:t xml:space="preserve"> [1EWV]</w:t>
      </w:r>
      <w:r>
        <w:rPr/>
        <w:t xml:space="preserve">, and </w:t>
      </w:r>
      <w:r>
        <w:rPr>
          <w:shd w:val="clear" w:fill="B7DDE8"/>
        </w:rPr>
        <w:t>no sword will pass through your land</w:t>
      </w:r>
      <w:r>
        <w:rPr>
          <w:b w:val="false"/>
          <w:i w:val="false"/>
          <w:color w:val="000000"/>
          <w:u w:val="none"/>
        </w:rPr>
        <w:t xml:space="preserve"> [1EWW]</w:t>
      </w:r>
      <w:r>
        <w:rPr/>
        <w:t>.</w:t>
      </w:r>
    </w:p>
    <w:p>
      <w:pPr>
        <w:pStyle w:val="Yellow"/>
        <w:rPr/>
      </w:pPr>
      <w:r>
        <w:rPr>
          <w:u w:val="none"/>
        </w:rPr>
        <w:t xml:space="preserve">(Le26:3 obey God’s statutes and commandments) </w:t>
      </w:r>
      <w:r>
        <w:rPr>
          <w:b/>
          <w:u w:val="none"/>
        </w:rPr>
        <w:t>Leviticus 26:7</w:t>
      </w:r>
      <w:r>
        <w:rPr>
          <w:u w:val="none"/>
        </w:rPr>
        <w:t xml:space="preserve"> — </w:t>
      </w:r>
      <w:r>
        <w:rPr>
          <w:u w:val="none"/>
          <w:shd w:val="clear" w:fill="B7DDE8"/>
        </w:rPr>
        <w:t>You will pursue your enemies</w:t>
      </w:r>
      <w:r>
        <w:rPr>
          <w:b w:val="false"/>
          <w:i w:val="false"/>
          <w:color w:val="000000"/>
          <w:u w:val="none"/>
        </w:rPr>
        <w:t xml:space="preserve"> [1DSQ]</w:t>
      </w:r>
      <w:r>
        <w:rPr>
          <w:u w:val="none"/>
        </w:rPr>
        <w:t xml:space="preserve">, and </w:t>
      </w:r>
      <w:r>
        <w:rPr>
          <w:u w:val="none"/>
          <w:shd w:val="clear" w:fill="B7DDE8"/>
        </w:rPr>
        <w:t>they will fall by the sword before you</w:t>
      </w:r>
      <w:r>
        <w:rPr>
          <w:b w:val="false"/>
          <w:i w:val="false"/>
          <w:color w:val="000000"/>
          <w:u w:val="none"/>
        </w:rPr>
        <w:t xml:space="preserve"> [2DSP]</w:t>
      </w:r>
      <w:r>
        <w:rPr>
          <w:u w:val="none"/>
        </w:rPr>
        <w:t>.</w:t>
      </w:r>
    </w:p>
    <w:p>
      <w:pPr>
        <w:pStyle w:val="Yellow"/>
        <w:rPr/>
      </w:pPr>
      <w:r>
        <w:rPr>
          <w:u w:val="none"/>
        </w:rPr>
        <w:t xml:space="preserve">(Le26:3 obey God’s statutes and commandments) </w:t>
      </w:r>
      <w:r>
        <w:rPr>
          <w:b/>
          <w:u w:val="none"/>
        </w:rPr>
        <w:t>Leviticus 26:8</w:t>
      </w:r>
      <w:r>
        <w:rPr>
          <w:u w:val="none"/>
        </w:rPr>
        <w:t xml:space="preserve"> — </w:t>
      </w:r>
      <w:r>
        <w:rPr>
          <w:u w:val="none"/>
          <w:shd w:val="clear" w:fill="B7DDE8"/>
        </w:rPr>
        <w:t>Five of you will pursue a hundred</w:t>
      </w:r>
      <w:r>
        <w:rPr>
          <w:b w:val="false"/>
          <w:i w:val="false"/>
          <w:color w:val="000000"/>
          <w:u w:val="none"/>
        </w:rPr>
        <w:t xml:space="preserve"> [1DSN]</w:t>
      </w:r>
      <w:r>
        <w:rPr>
          <w:u w:val="none"/>
        </w:rPr>
        <w:t xml:space="preserve">, and </w:t>
      </w:r>
      <w:r>
        <w:rPr>
          <w:u w:val="none"/>
          <w:shd w:val="clear" w:fill="B7DDE8"/>
        </w:rPr>
        <w:t>a hundred of you will pursue ten thousand</w:t>
      </w:r>
      <w:r>
        <w:rPr>
          <w:b w:val="false"/>
          <w:i w:val="false"/>
          <w:color w:val="000000"/>
          <w:u w:val="none"/>
        </w:rPr>
        <w:t xml:space="preserve"> [1DSO]</w:t>
      </w:r>
      <w:r>
        <w:rPr>
          <w:u w:val="none"/>
        </w:rPr>
        <w:t xml:space="preserve">, and </w:t>
      </w:r>
      <w:r>
        <w:rPr>
          <w:u w:val="none"/>
          <w:shd w:val="clear" w:fill="B7DDE8"/>
        </w:rPr>
        <w:t>your enemies will fall by the sword before you</w:t>
      </w:r>
      <w:r>
        <w:rPr>
          <w:b w:val="false"/>
          <w:i w:val="false"/>
          <w:color w:val="000000"/>
          <w:u w:val="none"/>
        </w:rPr>
        <w:t xml:space="preserve"> [2DSP]</w:t>
      </w:r>
      <w:r>
        <w:rPr>
          <w:u w:val="none"/>
        </w:rPr>
        <w:t>.</w:t>
      </w:r>
    </w:p>
    <w:p>
      <w:pPr>
        <w:pStyle w:val="Yellow"/>
        <w:rPr/>
      </w:pPr>
      <w:r>
        <w:t xml:space="preserve">(Le26:3 obey God’s statutes and commandments) </w:t>
      </w:r>
      <w:r>
        <w:rPr>
          <w:b/>
        </w:rPr>
        <w:t>Leviticus 26:9</w:t>
      </w:r>
      <w:r>
        <w:t xml:space="preserve"> — </w:t>
      </w:r>
      <w:r>
        <w:rPr>
          <w:shd w:fill="B7DDE8" w:val="clear"/>
        </w:rPr>
        <w:t>I will turn toward you</w:t>
      </w:r>
      <w:r>
        <w:rPr>
          <w:b w:val="false"/>
          <w:i w:val="false"/>
          <w:color w:val="000000"/>
          <w:u w:val="none"/>
        </w:rPr>
        <w:t xml:space="preserve"> [1AEI]</w:t>
      </w:r>
      <w:r>
        <w:t xml:space="preserve"> and </w:t>
      </w:r>
      <w:r>
        <w:rPr>
          <w:shd w:fill="B7DDE8" w:val="clear"/>
        </w:rPr>
        <w:t>make you fruitful</w:t>
      </w:r>
      <w:r>
        <w:rPr>
          <w:b w:val="false"/>
          <w:i w:val="false"/>
          <w:color w:val="000000"/>
          <w:u w:val="none"/>
        </w:rPr>
        <w:t xml:space="preserve"> [1CHR]</w:t>
      </w:r>
      <w:r>
        <w:t xml:space="preserve"> and </w:t>
      </w:r>
      <w:r>
        <w:rPr>
          <w:shd w:fill="B7DDE8" w:val="clear"/>
        </w:rPr>
        <w:t>multiply you</w:t>
      </w:r>
      <w:r>
        <w:rPr>
          <w:b w:val="false"/>
          <w:i w:val="false"/>
          <w:color w:val="000000"/>
          <w:u w:val="none"/>
        </w:rPr>
        <w:t xml:space="preserve"> [4CHS]</w:t>
      </w:r>
      <w:r>
        <w:t xml:space="preserve">, and </w:t>
      </w:r>
      <w:r>
        <w:rPr>
          <w:shd w:fill="B7DDE8" w:val="clear"/>
        </w:rPr>
        <w:t>I will establish My covenant with you</w:t>
      </w:r>
      <w:r>
        <w:rPr>
          <w:b w:val="false"/>
          <w:i w:val="false"/>
          <w:color w:val="000000"/>
          <w:u w:val="none"/>
        </w:rPr>
        <w:t xml:space="preserve"> [1AEK]</w:t>
      </w:r>
      <w:r>
        <w:t>.</w:t>
      </w:r>
    </w:p>
    <w:p>
      <w:pPr>
        <w:pStyle w:val="Yellow"/>
        <w:rPr/>
      </w:pPr>
      <w:r>
        <w:rPr>
          <w:shd w:val="clear" w:color="auto" w:fill="548235"/>
          <w:color w:val="FFFFFF"/>
        </w:rPr>
        <w:t xml:space="preserve">(Le26:3 obey God’s statutes and commandments) </w:t>
      </w:r>
      <w:r>
        <w:rPr>
          <w:b/>
          <w:shd w:val="clear" w:color="auto" w:fill="548235"/>
          <w:color w:val="FFFFFF"/>
        </w:rPr>
        <w:t>Leviticus 26:10</w:t>
      </w:r>
      <w:r>
        <w:rPr>
          <w:shd w:val="clear" w:color="auto" w:fill="548235"/>
          <w:color w:val="FFFFFF"/>
        </w:rPr>
        <w:t xml:space="preserve"> — </w:t>
      </w:r>
      <w:r>
        <w:rPr>
          <w:shd w:val="clear" w:fill="548235" w:color="auto"/>
          <w:color w:val="FFFFFF"/>
        </w:rPr>
        <w:t>You will still be eating the old supply of grain when you need to clear it out to make room for the new</w:t>
      </w:r>
      <w:r>
        <w:rPr>
          <w:b w:val="false"/>
          <w:i w:val="false"/>
          <w:color w:val="FFFFFF"/>
          <w:u w:val="none"/>
          <w:shd w:val="clear" w:color="auto" w:fill="548235"/>
        </w:rPr>
        <w:t xml:space="preserve"> [1EEC]</w:t>
      </w:r>
      <w:r>
        <w:rPr>
          <w:shd w:val="clear" w:color="auto" w:fill="548235"/>
          <w:color w:val="FFFFFF"/>
        </w:rPr>
        <w:t>.</w:t>
      </w:r>
    </w:p>
    <w:p>
      <w:pPr>
        <w:pStyle w:val="Yellow"/>
        <w:rPr/>
      </w:pPr>
      <w:r>
        <w:rPr/>
        <w:t xml:space="preserve">(Le26:3 obey God’s statutes and commandments) </w:t>
      </w:r>
      <w:r>
        <w:rPr>
          <w:b/>
        </w:rPr>
        <w:t xml:space="preserve">Leviticus 26:11</w:t>
      </w:r>
      <w:r>
        <w:rPr/>
        <w:t xml:space="preserve"> — And </w:t>
      </w:r>
      <w:r>
        <w:rPr>
          <w:color w:val="000000"/>
        </w:rPr>
        <w:t xml:space="preserve">I will make My dwelling place among you</w:t>
      </w:r>
      <w:r>
        <w:rPr>
          <w:b w:val="false"/>
          <w:i w:val="false"/>
          <w:color w:val="000000"/>
          <w:u w:val="none"/>
        </w:rPr>
        <w:t xml:space="preserve"> [3EZE]</w:t>
      </w:r>
      <w:r>
        <w:rPr/>
        <w:t xml:space="preserve">, and </w:t>
      </w:r>
      <w:r>
        <w:rPr>
          <w:shd w:fill="B7DDE8" w:val="clear"/>
        </w:rPr>
        <w:t xml:space="preserve">My soul will not despise you</w:t>
      </w:r>
      <w:r>
        <w:rPr>
          <w:b w:val="false"/>
          <w:i w:val="false"/>
          <w:color w:val="000000"/>
          <w:u w:val="none"/>
        </w:rPr>
        <w:t xml:space="preserve"> [1KYK]</w:t>
      </w:r>
      <w:r>
        <w:rPr/>
        <w:t xml:space="preserve">.</w:t>
      </w:r>
    </w:p>
    <w:p>
      <w:pPr>
        <w:pStyle w:val="Yellow"/>
        <w:rPr/>
      </w:pPr>
      <w:r>
        <w:rPr>
          <w:u w:val="none"/>
          <w:color w:val="auto"/>
        </w:rPr>
        <w:t xml:space="preserve">(Le26:40–41 confess, humble themselves, and make amends) </w:t>
      </w:r>
      <w:r>
        <w:rPr>
          <w:b/>
          <w:u w:val="none"/>
          <w:color w:val="auto"/>
        </w:rPr>
        <w:t>Leviticus 26:42</w:t>
      </w:r>
      <w:r>
        <w:rPr>
          <w:u w:val="none"/>
          <w:color w:val="auto"/>
        </w:rPr>
        <w:t xml:space="preserve"> — </w:t>
      </w:r>
      <w:r>
        <w:rPr>
          <w:u w:val="none"/>
          <w:color w:val="auto"/>
        </w:rPr>
        <w:t>{then} I will remember My covenant with Jacob and My covenant with Isaac and My covenant with Abraham</w:t>
      </w:r>
      <w:r>
        <w:rPr>
          <w:b w:val="false"/>
          <w:i w:val="false"/>
          <w:color w:val="auto"/>
          <w:u w:val="none"/>
        </w:rPr>
        <w:t xml:space="preserve"> [1AGG]</w:t>
      </w:r>
      <w:r>
        <w:rPr>
          <w:u w:val="none"/>
          <w:color w:val="auto"/>
        </w:rPr>
        <w:t xml:space="preserve">, and </w:t>
      </w:r>
      <w:r>
        <w:rPr>
          <w:u w:val="none"/>
          <w:color w:val="auto"/>
        </w:rPr>
        <w:t>I will remember the land</w:t>
      </w:r>
      <w:r>
        <w:rPr>
          <w:b w:val="false"/>
          <w:i w:val="false"/>
          <w:color w:val="auto"/>
          <w:u w:val="none"/>
        </w:rPr>
        <w:t xml:space="preserve"> [1AGH]</w:t>
      </w:r>
      <w:r>
        <w:rPr>
          <w:u w:val="none"/>
          <w:color w:val="auto"/>
        </w:rPr>
        <w:t>.</w:t>
      </w:r>
    </w:p>
    <w:p>
      <w:pPr>
        <w:pStyle w:val="Yellow"/>
        <w:rPr/>
      </w:pPr>
      <w:r>
        <w:rPr>
          <w:b/>
        </w:rPr>
        <w:t>Deuteronomy 1:10</w:t>
      </w:r>
      <w:r>
        <w:rPr/>
        <w:t xml:space="preserve"> — </w:t>
      </w:r>
      <w:r>
        <w:rPr>
          <w:shd w:val="clear" w:fill="B7DDE8"/>
        </w:rPr>
        <w:t>The LORD your God has multiplied you, so that today you are as numerous as the stars in the sky</w:t>
      </w:r>
      <w:r>
        <w:rPr>
          <w:b w:val="false"/>
          <w:i w:val="false"/>
          <w:color w:val="000000"/>
          <w:u w:val="none"/>
        </w:rPr>
        <w:t xml:space="preserve"> [1EJO]</w:t>
      </w:r>
      <w:r>
        <w:rPr/>
        <w:t>.</w:t>
      </w:r>
    </w:p>
    <w:p>
      <w:pPr>
        <w:pStyle w:val="Yellow"/>
        <w:rPr/>
      </w:pPr>
      <w:r>
        <w:rPr>
          <w:u w:val="none"/>
          <w:shd w:val="clear" w:color="auto" w:fill="548235"/>
          <w:color w:val="FFFFFF"/>
        </w:rPr>
        <w:t xml:space="preserve">(De4:27 “scatter you among the peoples”) </w:t>
      </w:r>
      <w:r>
        <w:rPr>
          <w:b/>
          <w:u w:val="none"/>
          <w:shd w:val="clear" w:color="auto" w:fill="548235"/>
          <w:color w:val="FFFFFF"/>
        </w:rPr>
        <w:t>Deuteronomy 4:29</w:t>
      </w:r>
      <w:r>
        <w:rPr>
          <w:u w:val="none"/>
          <w:shd w:val="clear" w:color="auto" w:fill="548235"/>
          <w:color w:val="FFFFFF"/>
        </w:rPr>
        <w:t xml:space="preserve"> — </w:t>
      </w:r>
      <w:r>
        <w:rPr>
          <w:u w:val="none"/>
          <w:shd w:val="clear" w:fill="548235" w:color="auto"/>
          <w:color w:val="FFFFFF"/>
        </w:rPr>
        <w:t>if {from there} you will seek the LORD your God, you will find Him if you seek Him with all your heart and with all your soul</w:t>
      </w:r>
      <w:r>
        <w:rPr>
          <w:b w:val="false"/>
          <w:i w:val="false"/>
          <w:color w:val="FFFFFF"/>
          <w:u w:val="none"/>
          <w:shd w:val="clear" w:color="auto" w:fill="548235"/>
        </w:rPr>
        <w:t xml:space="preserve"> [1DEZ]</w:t>
      </w:r>
      <w:r>
        <w:rPr>
          <w:u w:val="none"/>
          <w:shd w:val="clear" w:color="auto" w:fill="548235"/>
          <w:color w:val="FFFFFF"/>
        </w:rPr>
        <w:t>.</w:t>
      </w:r>
    </w:p>
    <w:p>
      <w:pPr>
        <w:pStyle w:val="Yellow"/>
        <w:rPr/>
      </w:pPr>
      <w:r>
        <w:rPr>
          <w:b/>
          <w:u w:val="none"/>
          <w:shd w:val="clear" w:color="auto" w:fill="548235"/>
          <w:color w:val="FFFFFF"/>
        </w:rPr>
        <w:t>Deuteronomy 4:31</w:t>
      </w:r>
      <w:r>
        <w:rPr>
          <w:u w:val="none"/>
          <w:shd w:val="clear" w:color="auto" w:fill="548235"/>
          <w:color w:val="FFFFFF"/>
        </w:rPr>
        <w:t xml:space="preserve"> — </w:t>
      </w:r>
      <w:r>
        <w:rPr>
          <w:u w:val="none"/>
          <w:color w:val="auto"/>
          <w:shd w:val="clear" w:color="auto" w:fill="D9C3E6"/>
        </w:rPr>
        <w:t>the LORD your God is a merciful God</w:t>
      </w:r>
      <w:r>
        <w:rPr>
          <w:b w:val="false"/>
          <w:i w:val="false"/>
          <w:color w:val="FFFFFF"/>
          <w:u w:val="none"/>
          <w:shd w:val="clear" w:color="auto" w:fill="548235"/>
        </w:rPr>
        <w:t xml:space="preserve"> [19FI]</w:t>
      </w:r>
      <w:r>
        <w:rPr>
          <w:u w:val="none"/>
          <w:color w:val="auto"/>
          <w:shd w:val="clear" w:color="auto" w:fill="D9C3E6"/>
        </w:rPr>
        <w:t xml:space="preserve">; </w:t>
      </w:r>
      <w:r>
        <w:rPr>
          <w:u w:val="none"/>
          <w:shd w:fill="548235" w:val="clear" w:color="auto"/>
          <w:color w:val="FFFFFF"/>
        </w:rPr>
        <w:t>He will not abandon you</w:t>
      </w:r>
      <w:r>
        <w:rPr>
          <w:b w:val="false"/>
          <w:i w:val="false"/>
          <w:color w:val="FFFFFF"/>
          <w:u w:val="none"/>
          <w:shd w:val="clear" w:color="auto" w:fill="548235"/>
        </w:rPr>
        <w:t xml:space="preserve"> [1AEA]</w:t>
      </w:r>
      <w:r>
        <w:rPr>
          <w:u w:val="none"/>
          <w:shd w:val="clear" w:color="auto" w:fill="548235"/>
          <w:color w:val="FFFFFF"/>
        </w:rPr>
        <w:t xml:space="preserve"> </w:t>
      </w:r>
      <w:r>
        <w:rPr>
          <w:u w:val="none"/>
          <w:shd w:fill="548235" w:val="clear" w:color="auto"/>
          <w:color w:val="FFFFFF"/>
        </w:rPr>
        <w:t>or destroy you</w:t>
      </w:r>
      <w:r>
        <w:rPr>
          <w:b w:val="false"/>
          <w:i w:val="false"/>
          <w:color w:val="FFFFFF"/>
          <w:u w:val="none"/>
          <w:shd w:val="clear" w:color="auto" w:fill="548235"/>
        </w:rPr>
        <w:t xml:space="preserve"> [1AEB]</w:t>
      </w:r>
      <w:r>
        <w:rPr>
          <w:u w:val="none"/>
          <w:shd w:val="clear" w:color="auto" w:fill="548235"/>
          <w:color w:val="FFFFFF"/>
        </w:rPr>
        <w:t xml:space="preserve"> </w:t>
      </w:r>
      <w:r>
        <w:rPr>
          <w:u w:val="none"/>
          <w:shd w:fill="548235" w:val="clear" w:color="auto"/>
          <w:color w:val="FFFFFF"/>
        </w:rPr>
        <w:t>or forget the covenant with your fathers, which He swore to them by oath</w:t>
      </w:r>
      <w:r>
        <w:rPr>
          <w:b w:val="false"/>
          <w:i w:val="false"/>
          <w:color w:val="FFFFFF"/>
          <w:u w:val="none"/>
          <w:shd w:val="clear" w:color="auto" w:fill="548235"/>
        </w:rPr>
        <w:t xml:space="preserve"> [1AEC]</w:t>
      </w:r>
      <w:r>
        <w:rPr>
          <w:u w:val="none"/>
          <w:shd w:val="clear" w:color="auto" w:fill="548235"/>
          <w:color w:val="FFFFFF"/>
        </w:rPr>
        <w:t>.</w:t>
      </w:r>
    </w:p>
    <w:p>
      <w:pPr>
        <w:pStyle w:val="Yellow"/>
        <w:rPr/>
      </w:pPr>
      <w:r>
        <w:rPr>
          <w:b/>
          <w:u w:val="none"/>
        </w:rPr>
        <w:t>Deuteronomy 4:40</w:t>
      </w:r>
      <w:r>
        <w:rPr>
          <w:u w:val="none"/>
        </w:rPr>
        <w:t xml:space="preserve"> — </w:t>
      </w:r>
      <w:r>
        <w:rPr>
          <w:u w:val="none"/>
          <w:shd w:val="clear" w:fill="B7DDE8"/>
        </w:rPr>
        <w:t>Keep His statutes and commandments, which I am giving you today</w:t>
      </w:r>
      <w:r>
        <w:rPr>
          <w:b w:val="false"/>
          <w:i w:val="false"/>
          <w:color w:val="000000"/>
          <w:u w:val="none"/>
        </w:rPr>
        <w:t xml:space="preserve"> [1EHM]</w:t>
      </w:r>
      <w:r>
        <w:rPr>
          <w:u w:val="none"/>
        </w:rPr>
        <w:t xml:space="preserve">, so that </w:t>
      </w:r>
      <w:r>
        <w:rPr>
          <w:u w:val="none"/>
          <w:shd w:val="clear" w:fill="B7DDE8"/>
        </w:rPr>
        <w:t>you and your children after you may prosper</w:t>
      </w:r>
      <w:r>
        <w:rPr>
          <w:b w:val="false"/>
          <w:i w:val="false"/>
          <w:color w:val="000000"/>
          <w:u w:val="none"/>
        </w:rPr>
        <w:t xml:space="preserve"> [1EHN]</w:t>
      </w:r>
      <w:r>
        <w:rPr>
          <w:u w:val="none"/>
        </w:rPr>
        <w:t xml:space="preserve">, and that </w:t>
      </w:r>
      <w:r>
        <w:rPr>
          <w:u w:val="none"/>
          <w:shd w:val="clear" w:fill="B7DDE8"/>
        </w:rPr>
        <w:t>you may live long in the land that the LORD your God is giving you for all time</w:t>
      </w:r>
      <w:r>
        <w:rPr>
          <w:b w:val="false"/>
          <w:i w:val="false"/>
          <w:color w:val="000000"/>
          <w:u w:val="none"/>
        </w:rPr>
        <w:t xml:space="preserve"> [4EHO]</w:t>
      </w:r>
      <w:r>
        <w:rPr>
          <w:u w:val="none"/>
        </w:rPr>
        <w:t>.</w:t>
      </w:r>
    </w:p>
    <w:p>
      <w:pPr>
        <w:pStyle w:val="Yellow"/>
        <w:rPr/>
      </w:pPr>
      <w:r>
        <w:rPr>
          <w:b/>
          <w:u w:val="none"/>
        </w:rPr>
        <w:t>Deuteronomy 5:9–10</w:t>
      </w:r>
      <w:r>
        <w:rPr>
          <w:u w:val="none"/>
        </w:rPr>
        <w:t xml:space="preserve"> — </w:t>
      </w:r>
      <w:r>
        <w:rPr>
          <w:u w:val="none"/>
          <w:shd w:val="clear" w:fill="B7DDE8"/>
        </w:rPr>
        <w:t>I, the LORD your God, am a jealous God</w:t>
      </w:r>
      <w:r>
        <w:rPr>
          <w:b w:val="false"/>
          <w:i w:val="false"/>
          <w:u w:val="none"/>
          <w:color w:val="000000"/>
        </w:rPr>
        <w:t xml:space="preserve"> [5FOQ]</w:t>
      </w:r>
      <w:r>
        <w:rPr>
          <w:u w:val="none"/>
        </w:rPr>
        <w:t xml:space="preserve">, </w:t>
      </w:r>
      <w:r>
        <w:rPr>
          <w:u w:val="none"/>
          <w:shd w:val="clear" w:fill="B7DDE8"/>
        </w:rPr>
        <w:t>visiting the iniquity of the fathers on their children to the third and fourth generations of those who hate Me</w:t>
      </w:r>
      <w:r>
        <w:rPr>
          <w:b w:val="false"/>
          <w:i w:val="false"/>
          <w:color w:val="000000"/>
          <w:u w:val="none"/>
        </w:rPr>
        <w:t xml:space="preserve"> [2FOR]</w:t>
      </w:r>
      <w:r>
        <w:rPr>
          <w:u w:val="none"/>
        </w:rPr>
        <w:t xml:space="preserve">, but </w:t>
      </w:r>
      <w:r>
        <w:rPr>
          <w:u w:val="none"/>
          <w:shd w:val="clear" w:fill="B7DDE8"/>
        </w:rPr>
        <w:t>showing loving devotion to a thousand generations of those who love Me and keep My commandments</w:t>
      </w:r>
      <w:r>
        <w:rPr>
          <w:b w:val="false"/>
          <w:i w:val="false"/>
          <w:u w:val="none"/>
          <w:color w:val="000000"/>
        </w:rPr>
        <w:t xml:space="preserve"> [1FOS]</w:t>
      </w:r>
      <w:r>
        <w:rPr>
          <w:u w:val="none"/>
        </w:rPr>
        <w:t>.</w:t>
      </w:r>
    </w:p>
    <w:p>
      <w:pPr>
        <w:pStyle w:val="Yellow"/>
        <w:rPr/>
        <w:pBdr>
          <w:left w:val="single" w:sz="28" w:space="5" w:color="C00000"/>
        </w:pBdr>
      </w:pPr>
      <w:r>
        <w:rPr>
          <w:b/>
        </w:rPr>
        <w:t xml:space="preserve">Deuteronomy 5:16</w:t>
      </w:r>
      <w:r>
        <w:rPr/>
        <w:t xml:space="preserve"> — </w:t>
      </w:r>
      <w:r>
        <w:rPr>
          <w:shd w:fill="B7DDE8" w:val="clear"/>
        </w:rPr>
        <w:t xml:space="preserve">Honor your father and your mother</w:t>
      </w:r>
      <w:r>
        <w:rPr>
          <w:b w:val="false"/>
          <w:i w:val="false"/>
          <w:u w:val="none"/>
          <w:color w:val="000000"/>
        </w:rPr>
        <w:t xml:space="preserve"> [4FZL]</w:t>
      </w:r>
      <w:r>
        <w:rPr/>
        <w:t xml:space="preserve">, </w:t>
      </w:r>
      <w:r>
        <w:rPr>
          <w:shd w:fill="B7DDE8" w:val="clear"/>
        </w:rPr>
        <w:t xml:space="preserve">as the LORD your God has commanded you</w:t>
      </w:r>
      <w:r>
        <w:rPr>
          <w:b w:val="false"/>
          <w:i w:val="false"/>
          <w:color w:val="000000"/>
          <w:u w:val="none"/>
        </w:rPr>
        <w:t xml:space="preserve"> [1FZM]</w:t>
      </w:r>
      <w:r>
        <w:rPr/>
        <w:t xml:space="preserve">, so that </w:t>
      </w:r>
      <w:r>
        <w:rPr>
          <w:shd w:fill="B7DDE8" w:val="clear"/>
        </w:rPr>
        <w:t xml:space="preserve">your days may be long and that it may go well with you in the land that the LORD your God is giving you</w:t>
      </w:r>
      <w:r>
        <w:rPr>
          <w:b w:val="false"/>
          <w:i w:val="false"/>
          <w:color w:val="000000"/>
          <w:u w:val="none"/>
        </w:rPr>
        <w:t xml:space="preserve"> [4EHO]</w:t>
      </w:r>
      <w:r>
        <w:rPr>
          <w:b w:val="false"/>
          <w:i w:val="false"/>
          <w:color w:val="000000"/>
          <w:u w:val="none"/>
        </w:rPr>
        <w:t xml:space="preserve"> [3AMQ]</w:t>
      </w:r>
      <w:r>
        <w:rPr/>
        <w:t xml:space="preserve">.</w:t>
      </w:r>
    </w:p>
    <w:p>
      <w:pPr>
        <w:pStyle w:val="Yellow"/>
        <w:rPr/>
      </w:pPr>
      <w:r>
        <w:rPr>
          <w:b/>
        </w:rPr>
        <w:t>Deuteronomy 7:6</w:t>
      </w:r>
      <w:r>
        <w:rPr/>
        <w:t xml:space="preserve"> — </w:t>
      </w:r>
      <w:r>
        <w:rPr>
          <w:color w:val="auto"/>
        </w:rPr>
        <w:t>you are a people holy to the LORD your God</w:t>
      </w:r>
      <w:r>
        <w:rPr>
          <w:b w:val="false"/>
          <w:i w:val="false"/>
          <w:color w:val="auto"/>
          <w:u w:val="none"/>
        </w:rPr>
        <w:t xml:space="preserve"> [1FJL]</w:t>
      </w:r>
      <w:r>
        <w:rPr>
          <w:color w:val="auto"/>
        </w:rPr>
        <w:t xml:space="preserve">. </w:t>
      </w:r>
      <w:r>
        <w:rPr>
          <w:shd w:val="clear" w:fill="B7DDE8"/>
        </w:rPr>
        <w:t>The LORD your God has chosen you to be a people for His prized possession out of all peoples on the face of the earth</w:t>
      </w:r>
      <w:r>
        <w:rPr>
          <w:b w:val="false"/>
          <w:i w:val="false"/>
          <w:color w:val="000000"/>
          <w:u w:val="none"/>
        </w:rPr>
        <w:t xml:space="preserve"> [2FJM]</w:t>
      </w:r>
      <w:r>
        <w:rPr/>
        <w:t>.</w:t>
      </w:r>
    </w:p>
    <w:p>
      <w:pPr>
        <w:pStyle w:val="Yellow"/>
        <w:rPr/>
      </w:pPr>
      <w:r>
        <w:rPr>
          <w:b/>
          <w:u w:val="none"/>
        </w:rPr>
        <w:t>Deuteronomy 7:9</w:t>
      </w:r>
      <w:r>
        <w:rPr>
          <w:u w:val="none"/>
        </w:rPr>
        <w:t xml:space="preserve"> — </w:t>
      </w:r>
      <w:r>
        <w:rPr>
          <w:u w:val="none"/>
          <w:shd w:fill="B7DDE8" w:val="clear"/>
        </w:rPr>
        <w:t>the LORD your God is God</w:t>
      </w:r>
      <w:r>
        <w:rPr>
          <w:b w:val="false"/>
          <w:i w:val="false"/>
          <w:color w:val="000000"/>
          <w:u w:val="none"/>
        </w:rPr>
        <w:t xml:space="preserve"> [1AII]</w:t>
      </w:r>
      <w:r>
        <w:rPr>
          <w:u w:val="none"/>
        </w:rPr>
        <w:t xml:space="preserve">, </w:t>
      </w:r>
      <w:r>
        <w:rPr>
          <w:u w:val="none"/>
          <w:shd w:fill="B7DDE8" w:val="clear"/>
        </w:rPr>
        <w:t>the faithful God</w:t>
      </w:r>
      <w:r>
        <w:rPr>
          <w:b w:val="false"/>
          <w:i w:val="false"/>
          <w:u w:val="none"/>
          <w:color w:val="000000"/>
        </w:rPr>
        <w:t xml:space="preserve"> [11GW]</w:t>
      </w:r>
      <w:r>
        <w:rPr>
          <w:u w:val="none"/>
        </w:rPr>
        <w:t xml:space="preserve"> </w:t>
      </w:r>
      <w:r>
        <w:rPr>
          <w:u w:val="none"/>
          <w:shd w:fill="B7DDE8" w:val="clear"/>
        </w:rPr>
        <w:t>who keeps His covenant of loving devotion for a thousand generations of those who love Him and keep His commandments</w:t>
      </w:r>
      <w:r>
        <w:rPr>
          <w:b w:val="false"/>
          <w:i w:val="false"/>
          <w:color w:val="000000"/>
          <w:u w:val="none"/>
        </w:rPr>
        <w:t xml:space="preserve"> [1AIJ]</w:t>
      </w:r>
      <w:r>
        <w:rPr>
          <w:u w:val="none"/>
        </w:rPr>
        <w:t>.</w:t>
      </w:r>
    </w:p>
    <w:p>
      <w:pPr>
        <w:pStyle w:val="Yellow"/>
        <w:rPr/>
      </w:pPr>
      <w:r>
        <w:rPr>
          <w:b/>
          <w:u w:val="none"/>
          <w:shd w:val="clear" w:color="auto" w:fill="548235"/>
          <w:color w:val="FFFFFF"/>
        </w:rPr>
        <w:t>Deuteronomy 7:12</w:t>
      </w:r>
      <w:r>
        <w:rPr>
          <w:u w:val="none"/>
          <w:shd w:val="clear" w:color="auto" w:fill="548235"/>
          <w:color w:val="FFFFFF"/>
        </w:rPr>
        <w:t xml:space="preserve"> — </w:t>
      </w:r>
      <w:r>
        <w:rPr>
          <w:u w:val="none"/>
          <w:shd w:fill="548235" w:val="clear" w:color="auto"/>
          <w:color w:val="FFFFFF"/>
        </w:rPr>
        <w:t>If you listen to these ordinances and keep them carefully, then the LORD your God will keep His covenant and the loving devotion that He swore to your fathers</w:t>
      </w:r>
      <w:r>
        <w:rPr>
          <w:b w:val="false"/>
          <w:i w:val="false"/>
          <w:color w:val="FFFFFF"/>
          <w:u w:val="none"/>
          <w:shd w:val="clear" w:color="auto" w:fill="548235"/>
        </w:rPr>
        <w:t xml:space="preserve"> [1AIM]</w:t>
      </w:r>
      <w:r>
        <w:rPr>
          <w:u w:val="none"/>
          <w:shd w:val="clear" w:color="auto" w:fill="548235"/>
          <w:color w:val="FFFFFF"/>
        </w:rPr>
        <w:t>.</w:t>
      </w:r>
    </w:p>
    <w:p>
      <w:pPr>
        <w:pStyle w:val="Yellow"/>
        <w:rPr/>
      </w:pPr>
      <w:r>
        <w:rPr>
          <w:u w:val="none"/>
        </w:rPr>
        <w:t xml:space="preserve">(De7:12 the LORD your God) </w:t>
      </w:r>
      <w:r>
        <w:rPr>
          <w:b/>
          <w:u w:val="none"/>
        </w:rPr>
        <w:t>Deuteronomy 7:13</w:t>
      </w:r>
      <w:r>
        <w:rPr>
          <w:u w:val="none"/>
        </w:rPr>
        <w:t xml:space="preserve"> — </w:t>
      </w:r>
      <w:r>
        <w:rPr>
          <w:u w:val="none"/>
          <w:shd w:val="clear" w:fill="B7DDE8"/>
        </w:rPr>
        <w:t>{He} will love you and bless you and multiply you</w:t>
      </w:r>
      <w:r>
        <w:rPr>
          <w:b w:val="false"/>
          <w:i w:val="false"/>
          <w:u w:val="none"/>
          <w:color w:val="000000"/>
        </w:rPr>
        <w:t xml:space="preserve"> [11ALI]</w:t>
      </w:r>
      <w:r>
        <w:rPr>
          <w:b w:val="false"/>
          <w:i w:val="false"/>
          <w:color w:val="000000"/>
          <w:u w:val="none"/>
        </w:rPr>
        <w:t xml:space="preserve"> [1EHV]</w:t>
      </w:r>
      <w:r>
        <w:rPr>
          <w:b w:val="false"/>
          <w:i w:val="false"/>
          <w:u w:val="none"/>
          <w:color w:val="000000"/>
        </w:rPr>
        <w:t xml:space="preserve"> [4CHS]</w:t>
      </w:r>
      <w:r>
        <w:rPr>
          <w:u w:val="none"/>
        </w:rPr>
        <w:t xml:space="preserve">. </w:t>
      </w:r>
      <w:r>
        <w:rPr>
          <w:u w:val="none"/>
          <w:shd w:val="clear" w:fill="B7DDE8"/>
        </w:rPr>
        <w:t>He will bless the fruit of your womb and the produce of your land—your grain, new wine, and oil, the young of your herds and the lambs of your flocks—in the land that He swore to your fathers to give you</w:t>
      </w:r>
      <w:r>
        <w:rPr>
          <w:b w:val="false"/>
          <w:i w:val="false"/>
          <w:color w:val="000000"/>
          <w:u w:val="none"/>
        </w:rPr>
        <w:t xml:space="preserve"> [1EHW]</w:t>
      </w:r>
      <w:r>
        <w:rPr>
          <w:u w:val="none"/>
        </w:rPr>
        <w:t>.</w:t>
      </w:r>
    </w:p>
    <w:p>
      <w:pPr>
        <w:pStyle w:val="Yellow"/>
        <w:rPr/>
      </w:pPr>
      <w:r>
        <w:rPr/>
        <w:t xml:space="preserve">(De7:12 keep God’s ordinances) </w:t>
      </w:r>
      <w:r>
        <w:rPr>
          <w:b/>
        </w:rPr>
        <w:t>Deuteronomy 7:14</w:t>
      </w:r>
      <w:r>
        <w:rPr/>
        <w:t xml:space="preserve"> — </w:t>
      </w:r>
      <w:r>
        <w:rPr>
          <w:shd w:val="clear" w:fill="B7DDE8"/>
        </w:rPr>
        <w:t>You will be blessed above all peoples</w:t>
      </w:r>
      <w:r>
        <w:rPr>
          <w:b w:val="false"/>
          <w:i w:val="false"/>
          <w:color w:val="000000"/>
          <w:u w:val="none"/>
        </w:rPr>
        <w:t xml:space="preserve"> [1EGO]</w:t>
      </w:r>
      <w:r>
        <w:rPr/>
        <w:t xml:space="preserve">; </w:t>
      </w:r>
      <w:r>
        <w:rPr>
          <w:shd w:val="clear" w:fill="B7DDE8"/>
        </w:rPr>
        <w:t>among you there will be no barren man or woman or livestock</w:t>
      </w:r>
      <w:r>
        <w:rPr>
          <w:b w:val="false"/>
          <w:i w:val="false"/>
          <w:color w:val="000000"/>
          <w:u w:val="none"/>
        </w:rPr>
        <w:t xml:space="preserve"> [1EGP]</w:t>
      </w:r>
      <w:r>
        <w:rPr/>
        <w:t>.</w:t>
      </w:r>
    </w:p>
    <w:p>
      <w:pPr>
        <w:pStyle w:val="Yellow"/>
        <w:rPr/>
      </w:pPr>
      <w:r>
        <w:rPr/>
        <w:t xml:space="preserve">(De7:12 keep God’s ordinances) </w:t>
      </w:r>
      <w:r>
        <w:rPr>
          <w:b/>
        </w:rPr>
        <w:t>Deuteronomy 7:15</w:t>
      </w:r>
      <w:r>
        <w:rPr/>
        <w:t xml:space="preserve"> — And </w:t>
      </w:r>
      <w:r>
        <w:rPr>
          <w:color w:val="auto"/>
        </w:rPr>
        <w:t>the LORD will remove from you all sickness</w:t>
      </w:r>
      <w:r>
        <w:rPr>
          <w:b w:val="false"/>
          <w:i w:val="false"/>
          <w:color w:val="auto"/>
          <w:u w:val="none"/>
        </w:rPr>
        <w:t xml:space="preserve"> [1EUC]</w:t>
      </w:r>
      <w:r>
        <w:rPr>
          <w:color w:val="auto"/>
        </w:rPr>
        <w:t xml:space="preserve">. </w:t>
      </w:r>
      <w:r>
        <w:rPr>
          <w:color w:val="auto"/>
        </w:rPr>
        <w:t>He will not lay upon you any of the terrible diseases you knew in Egypt</w:t>
      </w:r>
      <w:r>
        <w:rPr>
          <w:b w:val="false"/>
          <w:i w:val="false"/>
          <w:color w:val="auto"/>
          <w:u w:val="none"/>
        </w:rPr>
        <w:t xml:space="preserve"> [1EUD]</w:t>
      </w:r>
      <w:r>
        <w:rPr>
          <w:color w:val="auto"/>
        </w:rPr>
        <w:t xml:space="preserve">, but </w:t>
      </w:r>
      <w:r>
        <w:rPr>
          <w:shd w:val="clear" w:fill="B7DDE8"/>
        </w:rPr>
        <w:t>He will inflict them on all who hate you</w:t>
      </w:r>
      <w:r>
        <w:rPr>
          <w:b w:val="false"/>
          <w:i w:val="false"/>
          <w:color w:val="000000"/>
          <w:u w:val="none"/>
        </w:rPr>
        <w:t xml:space="preserve"> [1EUE]</w:t>
      </w:r>
      <w:r>
        <w:rPr/>
        <w:t>.</w:t>
      </w:r>
    </w:p>
    <w:p>
      <w:pPr>
        <w:pStyle w:val="Yellow"/>
        <w:rPr/>
      </w:pPr>
      <w:r>
        <w:rPr>
          <w:b/>
        </w:rPr>
        <w:t>Deuteronomy 8:18</w:t>
      </w:r>
      <w:r>
        <w:t xml:space="preserve"> — </w:t>
      </w:r>
      <w:r>
        <w:rPr>
          <w:shd w:fill="B7DDE8" w:val="clear"/>
        </w:rPr>
        <w:t>it is the LORD your God who gives you the power to gain wealth</w:t>
      </w:r>
      <w:r>
        <w:rPr>
          <w:b w:val="false"/>
          <w:i w:val="false"/>
          <w:color w:val="000000"/>
          <w:u w:val="none"/>
        </w:rPr>
        <w:t xml:space="preserve"> [1AEG]</w:t>
      </w:r>
      <w:r>
        <w:rPr>
          <w:shd w:val="clear" w:color="auto" w:fill="548235"/>
          <w:color w:val="FFFFFF"/>
        </w:rPr>
        <w:t xml:space="preserve">, </w:t>
      </w:r>
      <w:r>
        <w:rPr>
          <w:shd w:fill="548235" w:val="clear" w:color="auto"/>
          <w:color w:val="FFFFFF"/>
        </w:rPr>
        <w:t>in order to confirm His covenant that He swore to your fathers even to this day</w:t>
      </w:r>
      <w:r>
        <w:rPr>
          <w:b w:val="false"/>
          <w:i w:val="false"/>
          <w:color w:val="FFFFFF"/>
          <w:u w:val="none"/>
          <w:shd w:val="clear" w:color="auto" w:fill="548235"/>
        </w:rPr>
        <w:t xml:space="preserve"> [1AEH]</w:t>
      </w:r>
      <w:r>
        <w:rPr>
          <w:shd w:val="clear" w:color="auto" w:fill="548235"/>
          <w:color w:val="FFFFFF"/>
        </w:rPr>
        <w:t>.</w:t>
      </w:r>
    </w:p>
    <w:p>
      <w:pPr>
        <w:pStyle w:val="Yellow"/>
        <w:rPr/>
      </w:pPr>
      <w:r>
        <w:rPr>
          <w:b/>
        </w:rPr>
        <w:t>Deuteronomy 11:8</w:t>
      </w:r>
      <w:r>
        <w:rPr/>
        <w:t xml:space="preserve"> — </w:t>
      </w:r>
      <w:r>
        <w:rPr>
          <w:shd w:fill="B7DDE8" w:val="clear"/>
        </w:rPr>
        <w:t xml:space="preserve">You shall therefore keep every </w:t>
      </w:r>
      <w:r>
        <w:rPr>
          <w:shd w:fill="B7DDE8" w:val="clear"/>
        </w:rPr>
        <w:t>commandment</w:t>
      </w:r>
      <w:r>
        <w:rPr>
          <w:shd w:fill="B7DDE8" w:val="clear"/>
        </w:rPr>
        <w:t xml:space="preserve"> I am giving you today, so that you may have the strength to go in and </w:t>
      </w:r>
      <w:r>
        <w:rPr>
          <w:shd w:fill="B7DDE8" w:val="clear"/>
        </w:rPr>
        <w:t>possess</w:t>
      </w:r>
      <w:r>
        <w:rPr>
          <w:shd w:fill="B7DDE8" w:val="clear"/>
        </w:rPr>
        <w:t xml:space="preserve"> the land that you are crossing the Jordan to </w:t>
      </w:r>
      <w:r>
        <w:rPr>
          <w:shd w:fill="B7DDE8" w:val="clear"/>
        </w:rPr>
        <w:t>possess</w:t>
      </w:r>
      <w:r>
        <w:rPr>
          <w:b w:val="false"/>
          <w:i w:val="false"/>
          <w:color w:val="000000"/>
          <w:u w:val="none"/>
        </w:rPr>
        <w:t xml:space="preserve"> [1VU]</w:t>
      </w:r>
      <w:r>
        <w:rPr/>
        <w:t>,</w:t>
      </w:r>
    </w:p>
    <w:p>
      <w:pPr>
        <w:pStyle w:val="Yellow"/>
        <w:rPr/>
      </w:pPr>
      <w:r>
        <w:rPr>
          <w:shd w:val="clear" w:color="auto" w:fill="548235"/>
          <w:color w:val="FFFFFF"/>
        </w:rPr>
        <w:t xml:space="preserve">(De11:18–20 keep and teach God’s words) </w:t>
      </w:r>
      <w:r>
        <w:rPr>
          <w:b/>
          <w:shd w:val="clear" w:color="auto" w:fill="548235"/>
          <w:color w:val="FFFFFF"/>
        </w:rPr>
        <w:t>Deuteronomy 11:21</w:t>
      </w:r>
      <w:r>
        <w:rPr>
          <w:shd w:val="clear" w:color="auto" w:fill="548235"/>
          <w:color w:val="FFFFFF"/>
        </w:rPr>
        <w:t xml:space="preserve"> — {so that} </w:t>
      </w:r>
      <w:r>
        <w:rPr>
          <w:shd w:fill="548235" w:val="clear" w:color="auto"/>
          <w:color w:val="FFFFFF"/>
        </w:rPr>
        <w:t>as long as the heavens are above the earth, your days and those of your children may be multiplied in the land that the LORD swore to give your fathers</w:t>
      </w:r>
      <w:r>
        <w:rPr>
          <w:b w:val="false"/>
          <w:i w:val="false"/>
          <w:color w:val="FFFFFF"/>
          <w:u w:val="none"/>
          <w:shd w:val="clear" w:color="auto" w:fill="548235"/>
        </w:rPr>
        <w:t xml:space="preserve"> [1ABA]</w:t>
      </w:r>
      <w:r>
        <w:rPr>
          <w:shd w:val="clear" w:color="auto" w:fill="548235"/>
          <w:color w:val="FFFFFF"/>
        </w:rPr>
        <w:t>.</w:t>
      </w:r>
    </w:p>
    <w:p>
      <w:pPr>
        <w:pStyle w:val="Yellow"/>
        <w:rPr/>
      </w:pPr>
      <w:r>
        <w:rPr>
          <w:b/>
        </w:rPr>
        <w:t>Deuteronomy 11:22–23</w:t>
      </w:r>
      <w:r>
        <w:rPr/>
        <w:t xml:space="preserve"> — For </w:t>
      </w:r>
      <w:r>
        <w:rPr>
          <w:color w:val="000000"/>
        </w:rPr>
        <w:t>if you carefully keep all these commandments I am giving you to follow—to love the LORD your God, to walk in all His ways, and to hold fast to Him</w:t>
      </w:r>
      <w:r>
        <w:rPr>
          <w:b w:val="false"/>
          <w:i w:val="false"/>
          <w:color w:val="000000"/>
          <w:u w:val="none"/>
        </w:rPr>
        <w:t xml:space="preserve"> [1FLW]</w:t>
      </w:r>
      <w:r>
        <w:rPr/>
        <w:t xml:space="preserve">—then </w:t>
      </w:r>
      <w:r>
        <w:rPr>
          <w:shd w:val="clear" w:fill="B7DDE8"/>
        </w:rPr>
        <w:t>the LORD will drive out all these nations before you</w:t>
      </w:r>
      <w:r>
        <w:rPr>
          <w:b w:val="false"/>
          <w:i w:val="false"/>
          <w:color w:val="000000"/>
          <w:u w:val="none"/>
        </w:rPr>
        <w:t xml:space="preserve"> [1FLX]</w:t>
      </w:r>
      <w:r>
        <w:rPr/>
        <w:t xml:space="preserve">, and </w:t>
      </w:r>
      <w:r>
        <w:rPr>
          <w:shd w:val="clear" w:fill="B7DDE8"/>
        </w:rPr>
        <w:t>you will dispossess nations greater and stronger than you</w:t>
      </w:r>
      <w:r>
        <w:rPr>
          <w:b w:val="false"/>
          <w:i w:val="false"/>
          <w:color w:val="000000"/>
          <w:u w:val="none"/>
        </w:rPr>
        <w:t xml:space="preserve"> [1FLY]</w:t>
      </w:r>
      <w:r>
        <w:rPr/>
        <w:t>.</w:t>
      </w:r>
    </w:p>
    <w:p>
      <w:pPr>
        <w:pStyle w:val="Yellow"/>
        <w:rPr/>
      </w:pPr>
      <w:r>
        <w:rPr>
          <w:b/>
          <w:shd w:val="clear" w:color="auto" w:fill="C00000"/>
          <w:color w:val="FFFFFF"/>
        </w:rPr>
        <w:t>Deuteronomy 14:2</w:t>
      </w:r>
      <w:r>
        <w:rPr>
          <w:shd w:val="clear" w:color="auto" w:fill="C00000"/>
          <w:color w:val="FFFFFF"/>
        </w:rPr>
        <w:t xml:space="preserve"> — </w:t>
      </w:r>
      <w:r>
        <w:rPr>
          <w:shd w:val="clear" w:color="auto" w:fill="C00000"/>
          <w:color w:val="FFFFFF"/>
        </w:rPr>
        <w:t>The LORD has chosen you to be a people for His prized possession out of all the peoples on the face of the earth</w:t>
      </w:r>
      <w:r>
        <w:rPr>
          <w:b w:val="false"/>
          <w:i w:val="false"/>
          <w:u w:val="none"/>
          <w:shd w:val="clear" w:color="auto" w:fill="C00000"/>
          <w:color w:val="FFFFFF"/>
        </w:rPr>
        <w:t xml:space="preserve"> [2FJM]</w:t>
      </w:r>
      <w:r>
        <w:rPr>
          <w:shd w:val="clear" w:color="auto" w:fill="C00000"/>
          <w:color w:val="FFFFFF"/>
        </w:rPr>
        <w:t>.</w:t>
      </w:r>
    </w:p>
    <w:p>
      <w:pPr>
        <w:pStyle w:val="Yellow"/>
        <w:rPr/>
      </w:pPr>
      <w:r>
        <w:rPr>
          <w:b/>
        </w:rPr>
        <w:t>Deuteronomy 15:4–5</w:t>
      </w:r>
      <w:r>
        <w:rPr/>
        <w:t xml:space="preserve"> — </w:t>
      </w:r>
      <w:r>
        <w:rPr>
          <w:shd w:val="clear" w:fill="B7DDE8"/>
        </w:rPr>
        <w:t>There will be no poor among you</w:t>
      </w:r>
      <w:r>
        <w:rPr>
          <w:b w:val="false"/>
          <w:i w:val="false"/>
          <w:color w:val="000000"/>
          <w:u w:val="none"/>
        </w:rPr>
        <w:t xml:space="preserve"> [1EHS]</w:t>
      </w:r>
      <w:r>
        <w:rPr/>
        <w:t xml:space="preserve">, however, because </w:t>
      </w:r>
      <w:r>
        <w:rPr>
          <w:shd w:val="clear" w:fill="B7DDE8"/>
        </w:rPr>
        <w:t>the LORD will surely bless you in the land that the LORD your God is giving you to possess as an inheritance</w:t>
      </w:r>
      <w:r>
        <w:rPr>
          <w:b w:val="false"/>
          <w:i w:val="false"/>
          <w:color w:val="000000"/>
          <w:u w:val="none"/>
        </w:rPr>
        <w:t xml:space="preserve"> [1EHT]</w:t>
      </w:r>
      <w:r>
        <w:rPr/>
        <w:t xml:space="preserve">, </w:t>
      </w:r>
      <w:r>
        <w:rPr>
          <w:color w:val="000000"/>
        </w:rPr>
        <w:t>if only you obey the LORD your God and are careful to follow all these commandments I am giving you today</w:t>
      </w:r>
      <w:r>
        <w:rPr>
          <w:b w:val="false"/>
          <w:i w:val="false"/>
          <w:color w:val="000000"/>
          <w:u w:val="none"/>
        </w:rPr>
        <w:t xml:space="preserve"> [1EHU]</w:t>
      </w:r>
      <w:r>
        <w:rPr/>
        <w:t>.</w:t>
      </w:r>
    </w:p>
    <w:p>
      <w:pPr>
        <w:pStyle w:val="Yellow"/>
        <w:rPr/>
      </w:pPr>
      <w:r>
        <w:rPr>
          <w:b/>
        </w:rPr>
        <w:t>Deuteronomy 15:6</w:t>
      </w:r>
      <w:r>
        <w:t xml:space="preserve"> — </w:t>
      </w:r>
      <w:r>
        <w:rPr>
          <w:shd w:fill="B7DDE8" w:val="clear"/>
        </w:rPr>
        <w:t>When the LORD your God blesses you as He has promised, you will lend to many nations but borrow from none</w:t>
      </w:r>
      <w:r>
        <w:rPr>
          <w:b w:val="false"/>
          <w:i w:val="false"/>
          <w:color w:val="000000"/>
          <w:u w:val="none"/>
        </w:rPr>
        <w:t xml:space="preserve"> [1AKK]</w:t>
      </w:r>
      <w:r>
        <w:t xml:space="preserve">; </w:t>
      </w:r>
      <w:r>
        <w:rPr>
          <w:shd w:fill="B7DDE8" w:val="clear"/>
        </w:rPr>
        <w:t>you will rule over many nations but be ruled by none</w:t>
      </w:r>
      <w:r>
        <w:rPr>
          <w:b w:val="false"/>
          <w:i w:val="false"/>
          <w:color w:val="000000"/>
          <w:u w:val="none"/>
        </w:rPr>
        <w:t xml:space="preserve"> [1AKL]</w:t>
      </w:r>
      <w:r>
        <w:t>.</w:t>
      </w:r>
    </w:p>
    <w:p>
      <w:pPr>
        <w:pStyle w:val="Yellow"/>
        <w:rPr/>
        <w:pBdr>
          <w:left w:val="single" w:sz="28" w:space="5" w:color="C00000"/>
        </w:pBdr>
      </w:pPr>
      <w:r>
        <w:rPr/>
        <w:t xml:space="preserve">(De15:7 poor brother) </w:t>
      </w:r>
      <w:r>
        <w:rPr>
          <w:b/>
        </w:rPr>
        <w:t xml:space="preserve">Deuteronomy 15:10</w:t>
      </w:r>
      <w:r>
        <w:rPr/>
        <w:t xml:space="preserve"> — </w:t>
      </w:r>
      <w:r>
        <w:rPr>
          <w:shd w:fill="F4B183" w:val="clear" w:color="auto"/>
          <w:color w:val="000000"/>
        </w:rPr>
        <w:t xml:space="preserve">Give generously to {him}, and do not let your heart be grieved when you do so</w:t>
      </w:r>
      <w:r>
        <w:rPr>
          <w:b w:val="false"/>
          <w:i w:val="false"/>
          <w:color w:val="000000"/>
          <w:u w:val="none"/>
          <w:shd w:val="clear" w:color="auto" w:fill="F4B183"/>
        </w:rPr>
        <w:t xml:space="preserve"> [1GYJ]</w:t>
      </w:r>
      <w:r>
        <w:rPr>
          <w:shd w:val="clear" w:color="auto" w:fill="548235"/>
          <w:color w:val="FFFFFF"/>
        </w:rPr>
        <w:t xml:space="preserve">. And </w:t>
      </w:r>
      <w:r>
        <w:rPr>
          <w:shd w:fill="548235" w:val="clear" w:color="auto"/>
          <w:color w:val="FFFFFF"/>
        </w:rPr>
        <w:t xml:space="preserve">because of this the LORD your God will bless you in all your work and in everything to which you put your hand</w:t>
      </w:r>
      <w:r>
        <w:rPr>
          <w:b w:val="false"/>
          <w:i w:val="false"/>
          <w:color w:val="FFFFFF"/>
          <w:u w:val="none"/>
          <w:shd w:val="clear" w:color="auto" w:fill="548235"/>
        </w:rPr>
        <w:t xml:space="preserve"> [1GYK]</w:t>
      </w:r>
      <w:r>
        <w:rPr>
          <w:shd w:val="clear" w:color="auto" w:fill="548235"/>
          <w:color w:val="FFFFFF"/>
        </w:rPr>
        <w:t xml:space="preserve">.</w:t>
      </w:r>
    </w:p>
    <w:p>
      <w:pPr>
        <w:pStyle w:val="Yellow"/>
        <w:rPr/>
      </w:pPr>
      <w:r>
        <w:rPr>
          <w:b/>
        </w:rPr>
        <w:t>Deuteronomy 23:14</w:t>
      </w:r>
      <w:r>
        <w:rPr/>
        <w:t xml:space="preserve"> — For </w:t>
      </w:r>
      <w:r>
        <w:rPr>
          <w:shd w:val="clear" w:fill="B7DDE8"/>
        </w:rPr>
        <w:t>the LORD your God walks throughout your camp</w:t>
      </w:r>
      <w:r>
        <w:rPr>
          <w:b w:val="false"/>
          <w:i w:val="false"/>
          <w:u w:val="none"/>
          <w:color w:val="000000"/>
        </w:rPr>
        <w:t xml:space="preserve"> [1DYM]</w:t>
      </w:r>
      <w:r>
        <w:rPr/>
        <w:t xml:space="preserve"> </w:t>
      </w:r>
      <w:r>
        <w:rPr>
          <w:shd w:val="clear" w:fill="B7DDE8"/>
        </w:rPr>
        <w:t>to protect you</w:t>
      </w:r>
      <w:r>
        <w:rPr>
          <w:b w:val="false"/>
          <w:i w:val="false"/>
          <w:color w:val="000000"/>
          <w:u w:val="none"/>
        </w:rPr>
        <w:t xml:space="preserve"> [1DYN]</w:t>
      </w:r>
      <w:r>
        <w:rPr/>
        <w:t xml:space="preserve"> and </w:t>
      </w:r>
      <w:r>
        <w:rPr>
          <w:shd w:val="clear" w:fill="B7DDE8"/>
        </w:rPr>
        <w:t>deliver your enemies to you</w:t>
      </w:r>
      <w:r>
        <w:rPr>
          <w:b w:val="false"/>
          <w:i w:val="false"/>
          <w:color w:val="000000"/>
          <w:u w:val="none"/>
        </w:rPr>
        <w:t xml:space="preserve"> [1DYO]</w:t>
      </w:r>
      <w:r>
        <w:rPr/>
        <w:t>.</w:t>
      </w:r>
    </w:p>
    <w:p>
      <w:pPr>
        <w:pStyle w:val="Yellow"/>
        <w:rPr/>
        <w:pBdr>
          <w:left w:val="single" w:sz="28" w:space="5" w:color="C00000"/>
        </w:pBdr>
      </w:pPr>
      <w:r>
        <w:rPr>
          <w:b/>
          <w:shd w:val="clear" w:color="auto" w:fill="548235"/>
          <w:color w:val="FFFFFF"/>
        </w:rPr>
        <w:t>Deuteronomy 26:18–19</w:t>
      </w:r>
      <w:r>
        <w:rPr>
          <w:shd w:val="clear" w:color="auto" w:fill="548235"/>
          <w:color w:val="FFFFFF"/>
        </w:rPr>
        <w:t xml:space="preserve"> — And today </w:t>
      </w:r>
      <w:r>
        <w:rPr>
          <w:shd w:fill="548235" w:val="clear" w:color="auto"/>
          <w:color w:val="FFFFFF"/>
        </w:rPr>
        <w:t>the LORD has proclaimed that you are His people and treasured possession as He promised</w:t>
      </w:r>
      <w:r>
        <w:rPr>
          <w:b w:val="false"/>
          <w:i w:val="false"/>
          <w:color w:val="FFFFFF"/>
          <w:u w:val="none"/>
          <w:shd w:val="clear" w:color="auto" w:fill="548235"/>
        </w:rPr>
        <w:t xml:space="preserve"> [1AHX]</w:t>
      </w:r>
      <w:r>
        <w:rPr>
          <w:shd w:val="clear" w:color="auto" w:fill="548235"/>
          <w:color w:val="FFFFFF"/>
        </w:rPr>
        <w:t xml:space="preserve">, that </w:t>
      </w:r>
      <w:r>
        <w:rPr>
          <w:shd w:fill="548235" w:val="clear" w:color="auto"/>
          <w:color w:val="FFFFFF"/>
        </w:rPr>
        <w:t>you are to keep all His commandments</w:t>
      </w:r>
      <w:r>
        <w:rPr>
          <w:b w:val="false"/>
          <w:i w:val="false"/>
          <w:color w:val="FFFFFF"/>
          <w:u w:val="none"/>
          <w:shd w:val="clear" w:color="auto" w:fill="548235"/>
        </w:rPr>
        <w:t xml:space="preserve"> [1AHY]</w:t>
      </w:r>
      <w:r>
        <w:rPr>
          <w:shd w:val="clear" w:color="auto" w:fill="548235"/>
          <w:color w:val="FFFFFF"/>
        </w:rPr>
        <w:t xml:space="preserve">, that </w:t>
      </w:r>
      <w:r>
        <w:rPr>
          <w:shd w:fill="548235" w:val="clear" w:color="auto"/>
          <w:color w:val="FFFFFF"/>
        </w:rPr>
        <w:t>He will set you high in praise and name and honor above all the nations He has made</w:t>
      </w:r>
      <w:r>
        <w:rPr>
          <w:b w:val="false"/>
          <w:i w:val="false"/>
          <w:color w:val="FFFFFF"/>
          <w:u w:val="none"/>
          <w:shd w:val="clear" w:color="auto" w:fill="548235"/>
        </w:rPr>
        <w:t xml:space="preserve"> [1AHZ]</w:t>
      </w:r>
      <w:r>
        <w:rPr>
          <w:shd w:val="clear" w:color="auto" w:fill="548235"/>
          <w:color w:val="FFFFFF"/>
        </w:rPr>
        <w:t xml:space="preserve">, and that </w:t>
      </w:r>
      <w:r>
        <w:rPr>
          <w:shd w:fill="548235" w:val="clear" w:color="auto"/>
          <w:color w:val="FFFFFF"/>
        </w:rPr>
        <w:t>you will be a holy people to the LORD your God, as He has promised</w:t>
      </w:r>
      <w:r>
        <w:rPr>
          <w:b w:val="false"/>
          <w:i w:val="false"/>
          <w:color w:val="FFFFFF"/>
          <w:u w:val="none"/>
          <w:shd w:val="clear" w:color="auto" w:fill="548235"/>
        </w:rPr>
        <w:t xml:space="preserve"> [1AIA]</w:t>
      </w:r>
      <w:r>
        <w:rPr>
          <w:shd w:val="clear" w:color="auto" w:fill="548235"/>
          <w:color w:val="FFFFFF"/>
        </w:rPr>
        <w:t>.</w:t>
      </w:r>
    </w:p>
    <w:p>
      <w:pPr>
        <w:pStyle w:val="Yellow"/>
        <w:rPr/>
      </w:pPr>
      <w:r>
        <w:rPr>
          <w:color w:val="auto"/>
        </w:rPr>
        <w:t xml:space="preserve">(De30:1–2 return and obey the LORD) </w:t>
      </w:r>
      <w:r>
        <w:rPr>
          <w:b/>
          <w:color w:val="auto"/>
        </w:rPr>
        <w:t xml:space="preserve">Deuteronomy 30:3-4</w:t>
      </w:r>
      <w:r>
        <w:rPr>
          <w:color w:val="auto"/>
        </w:rPr>
        <w:t xml:space="preserve"> — {then} </w:t>
      </w:r>
      <w:r>
        <w:rPr>
          <w:color w:val="auto"/>
        </w:rPr>
        <w:t xml:space="preserve">{He} will restore you from captivity</w:t>
      </w:r>
      <w:r>
        <w:rPr>
          <w:b w:val="false"/>
          <w:i w:val="false"/>
          <w:color w:val="auto"/>
          <w:u w:val="none"/>
        </w:rPr>
        <w:t xml:space="preserve"> [2BGR]</w:t>
      </w:r>
      <w:r>
        <w:rPr>
          <w:color w:val="auto"/>
        </w:rPr>
        <w:t xml:space="preserve"> and </w:t>
      </w:r>
      <w:r>
        <w:rPr>
          <w:color w:val="auto"/>
        </w:rPr>
        <w:t xml:space="preserve">have compassion on you</w:t>
      </w:r>
      <w:r>
        <w:rPr>
          <w:b w:val="false"/>
          <w:i w:val="false"/>
          <w:color w:val="auto"/>
          <w:u w:val="none"/>
        </w:rPr>
        <w:t xml:space="preserve"> [1KME]</w:t>
      </w:r>
      <w:r>
        <w:rPr>
          <w:color w:val="auto"/>
        </w:rPr>
        <w:t xml:space="preserve"> and </w:t>
      </w:r>
      <w:r>
        <w:rPr>
          <w:color w:val="auto"/>
        </w:rPr>
        <w:t xml:space="preserve">gather you from all the nations to which the LORD your God has scattered you</w:t>
      </w:r>
      <w:r>
        <w:rPr>
          <w:b w:val="false"/>
          <w:i w:val="false"/>
          <w:color w:val="auto"/>
          <w:u w:val="none"/>
        </w:rPr>
        <w:t xml:space="preserve"> [1KMF]</w:t>
      </w:r>
      <w:r>
        <w:rPr>
          <w:color w:val="auto"/>
        </w:rPr>
        <w:t xml:space="preserve">. </w:t>
      </w:r>
      <w:r>
        <w:rPr>
          <w:color w:val="auto"/>
        </w:rPr>
        <w:t xml:space="preserve">Even if you have been banished to the farthest horizon, He will gather you and return you from there</w:t>
      </w:r>
      <w:r>
        <w:rPr>
          <w:b w:val="false"/>
          <w:i w:val="false"/>
          <w:color w:val="auto"/>
          <w:u w:val="none"/>
        </w:rPr>
        <w:t xml:space="preserve"> [1KMF]</w:t>
      </w:r>
      <w:r>
        <w:rPr>
          <w:color w:val="auto"/>
        </w:rPr>
        <w:t xml:space="preserve">.</w:t>
      </w:r>
    </w:p>
    <w:p>
      <w:pPr>
        <w:pStyle w:val="Yellow"/>
        <w:rPr/>
      </w:pPr>
      <w:r>
        <w:rPr/>
        <w:t xml:space="preserve">(De30:1–2 return and obey the LORD) </w:t>
      </w:r>
      <w:r>
        <w:rPr>
          <w:b/>
        </w:rPr>
        <w:t>Deuteronomy 30:5</w:t>
      </w:r>
      <w:r>
        <w:rPr/>
        <w:t xml:space="preserve"> — And </w:t>
      </w:r>
      <w:r>
        <w:rPr>
          <w:shd w:val="clear" w:fill="B7DDE8"/>
        </w:rPr>
        <w:t>the LORD your God will bring you into the land your fathers possessed</w:t>
      </w:r>
      <w:r>
        <w:rPr>
          <w:b w:val="false"/>
          <w:i w:val="false"/>
          <w:color w:val="000000"/>
          <w:u w:val="none"/>
        </w:rPr>
        <w:t xml:space="preserve"> [1EHA]</w:t>
      </w:r>
      <w:r>
        <w:rPr/>
        <w:t xml:space="preserve">, and </w:t>
      </w:r>
      <w:r>
        <w:rPr>
          <w:shd w:val="clear" w:fill="B7DDE8"/>
        </w:rPr>
        <w:t>you will take possession of it</w:t>
      </w:r>
      <w:r>
        <w:rPr>
          <w:b w:val="false"/>
          <w:i w:val="false"/>
          <w:color w:val="000000"/>
          <w:u w:val="none"/>
        </w:rPr>
        <w:t xml:space="preserve"> [1EHB]</w:t>
      </w:r>
      <w:r>
        <w:rPr/>
        <w:t xml:space="preserve">. </w:t>
      </w:r>
      <w:r>
        <w:rPr>
          <w:shd w:val="clear" w:fill="B7DDE8"/>
        </w:rPr>
        <w:t>He will cause you to prosper</w:t>
      </w:r>
      <w:r>
        <w:rPr>
          <w:b w:val="false"/>
          <w:i w:val="false"/>
          <w:color w:val="000000"/>
          <w:u w:val="none"/>
        </w:rPr>
        <w:t xml:space="preserve"> [1EHC]</w:t>
      </w:r>
      <w:r>
        <w:rPr/>
        <w:t xml:space="preserve"> and </w:t>
      </w:r>
      <w:r>
        <w:rPr>
          <w:shd w:val="clear" w:fill="B7DDE8"/>
        </w:rPr>
        <w:t>multiply more than your fathers</w:t>
      </w:r>
      <w:r>
        <w:rPr>
          <w:b w:val="false"/>
          <w:i w:val="false"/>
          <w:color w:val="000000"/>
          <w:u w:val="none"/>
        </w:rPr>
        <w:t xml:space="preserve"> [1EHD]</w:t>
      </w:r>
      <w:r>
        <w:rPr/>
        <w:t>.</w:t>
      </w:r>
    </w:p>
    <w:p>
      <w:pPr>
        <w:pStyle w:val="Yellow"/>
        <w:rPr/>
      </w:pPr>
      <w:r>
        <w:rPr/>
        <w:t xml:space="preserve">(De30:1–2 return and obey the LORD) </w:t>
      </w:r>
      <w:r>
        <w:rPr>
          <w:b/>
        </w:rPr>
        <w:t xml:space="preserve">Deuteronomy 30:7</w:t>
      </w:r>
      <w:r>
        <w:rPr/>
        <w:t xml:space="preserve"> — {Then} </w:t>
      </w:r>
      <w:r>
        <w:rPr>
          <w:shd w:fill="B7DDE8" w:val="clear"/>
        </w:rPr>
        <w:t xml:space="preserve">the LORD your God will put all these curses upon your enemies who hate you and persecute you</w:t>
      </w:r>
      <w:r>
        <w:rPr>
          <w:b w:val="false"/>
          <w:i w:val="false"/>
          <w:color w:val="000000"/>
          <w:u w:val="none"/>
        </w:rPr>
        <w:t xml:space="preserve"> [1JZG]</w:t>
      </w:r>
      <w:r>
        <w:rPr/>
        <w:t xml:space="preserve">.</w:t>
      </w:r>
    </w:p>
    <w:p>
      <w:pPr>
        <w:pStyle w:val="Yellow"/>
        <w:rPr/>
      </w:pPr>
      <w:r>
        <w:rPr>
          <w:shd w:val="clear" w:color="auto" w:fill="548235"/>
          <w:color w:val="FFFFFF"/>
        </w:rPr>
        <w:t xml:space="preserve">(De30:10 if you obey and return to the LORD) </w:t>
      </w:r>
      <w:r>
        <w:rPr>
          <w:b/>
          <w:shd w:val="clear" w:color="auto" w:fill="548235"/>
          <w:color w:val="FFFFFF"/>
        </w:rPr>
        <w:t>Deuteronomy 30:9</w:t>
      </w:r>
      <w:r>
        <w:rPr>
          <w:shd w:val="clear" w:color="auto" w:fill="548235"/>
          <w:color w:val="FFFFFF"/>
        </w:rPr>
        <w:t xml:space="preserve"> — {So} </w:t>
      </w:r>
      <w:r>
        <w:rPr>
          <w:shd w:val="clear" w:fill="548235" w:color="auto"/>
          <w:color w:val="FFFFFF"/>
        </w:rPr>
        <w:t>the LORD your God will make you abound in all the work of your hands and in the fruit of your womb, the offspring of your livestock, and the produce of your land</w:t>
      </w:r>
      <w:r>
        <w:rPr>
          <w:b w:val="false"/>
          <w:i w:val="false"/>
          <w:color w:val="FFFFFF"/>
          <w:u w:val="none"/>
          <w:shd w:val="clear" w:color="auto" w:fill="548235"/>
        </w:rPr>
        <w:t xml:space="preserve"> [1EHX]</w:t>
      </w:r>
      <w:r>
        <w:rPr>
          <w:shd w:val="clear" w:color="auto" w:fill="548235"/>
          <w:color w:val="FFFFFF"/>
        </w:rPr>
        <w:t xml:space="preserve">. Indeed, </w:t>
      </w:r>
      <w:r>
        <w:rPr>
          <w:shd w:val="clear" w:fill="548235" w:color="auto"/>
          <w:color w:val="FFFFFF"/>
        </w:rPr>
        <w:t>the LORD will again delight in your prosperity, as He delighted in that of your fathers</w:t>
      </w:r>
      <w:r>
        <w:rPr>
          <w:b w:val="false"/>
          <w:i w:val="false"/>
          <w:color w:val="FFFFFF"/>
          <w:u w:val="none"/>
          <w:shd w:val="clear" w:color="auto" w:fill="548235"/>
        </w:rPr>
        <w:t xml:space="preserve"> [1EHY]</w:t>
      </w:r>
      <w:r>
        <w:rPr>
          <w:shd w:val="clear" w:color="auto" w:fill="548235"/>
          <w:color w:val="FFFFFF"/>
        </w:rPr>
        <w:t>,</w:t>
      </w:r>
    </w:p>
    <w:p>
      <w:pPr>
        <w:pStyle w:val="Yellow"/>
        <w:rPr/>
      </w:pPr>
      <w:r>
        <w:rPr>
          <w:b/>
        </w:rPr>
        <w:t xml:space="preserve">Deuteronomy 33:29</w:t>
      </w:r>
      <w:r>
        <w:rPr/>
        <w:t xml:space="preserve"> — </w:t>
      </w:r>
      <w:r>
        <w:rPr>
          <w:shd w:fill="B7DDE8" w:val="clear"/>
        </w:rPr>
        <w:t xml:space="preserve">Blessed are you, O Israel</w:t>
      </w:r>
      <w:r>
        <w:rPr>
          <w:b w:val="false"/>
          <w:i w:val="false"/>
          <w:color w:val="000000"/>
          <w:u w:val="none"/>
        </w:rPr>
        <w:t xml:space="preserve"> [1JYI]</w:t>
      </w:r>
      <w:r>
        <w:rPr/>
        <w:t xml:space="preserve">! Who is like you, </w:t>
      </w:r>
      <w:r>
        <w:rPr>
          <w:shd w:fill="B7DDE8" w:val="clear"/>
        </w:rPr>
        <w:t xml:space="preserve">a people saved by the LORD</w:t>
      </w:r>
      <w:r>
        <w:rPr>
          <w:b w:val="false"/>
          <w:i w:val="false"/>
          <w:color w:val="000000"/>
          <w:u w:val="none"/>
        </w:rPr>
        <w:t xml:space="preserve"> [1JYJ]</w:t>
      </w:r>
      <w:r>
        <w:rPr/>
        <w:t xml:space="preserve">? </w:t>
      </w:r>
      <w:r>
        <w:rPr>
          <w:shd w:fill="B7DDE8" w:val="clear"/>
        </w:rPr>
        <w:t xml:space="preserve">He is the shield that protects you</w:t>
      </w:r>
      <w:r>
        <w:rPr>
          <w:b w:val="false"/>
          <w:i w:val="false"/>
          <w:color w:val="000000"/>
          <w:u w:val="none"/>
        </w:rPr>
        <w:t xml:space="preserve"> [1JYK]</w:t>
      </w:r>
      <w:r>
        <w:rPr/>
        <w:t xml:space="preserve">, </w:t>
      </w:r>
      <w:r>
        <w:rPr>
          <w:shd w:fill="B7DDE8" w:val="clear"/>
        </w:rPr>
        <w:t xml:space="preserve">the sword in which you boast</w:t>
      </w:r>
      <w:r>
        <w:rPr>
          <w:b w:val="false"/>
          <w:i w:val="false"/>
          <w:color w:val="000000"/>
          <w:u w:val="none"/>
        </w:rPr>
        <w:t xml:space="preserve"> [1JYL]</w:t>
      </w:r>
      <w:r>
        <w:rPr/>
        <w:t xml:space="preserve">. </w:t>
      </w:r>
      <w:r>
        <w:rPr>
          <w:shd w:fill="B7DDE8" w:val="clear"/>
        </w:rPr>
        <w:t xml:space="preserve">Your enemies will cower before you</w:t>
      </w:r>
      <w:r>
        <w:rPr>
          <w:b w:val="false"/>
          <w:i w:val="false"/>
          <w:color w:val="000000"/>
          <w:u w:val="none"/>
        </w:rPr>
        <w:t xml:space="preserve"> [1JYM]</w:t>
      </w:r>
      <w:r>
        <w:rPr/>
        <w:t xml:space="preserve">, and </w:t>
      </w:r>
      <w:r>
        <w:rPr>
          <w:shd w:fill="B7DDE8" w:val="clear"/>
        </w:rPr>
        <w:t xml:space="preserve">you shall trample their high places</w:t>
      </w:r>
      <w:r>
        <w:rPr>
          <w:b w:val="false"/>
          <w:i w:val="false"/>
          <w:color w:val="000000"/>
          <w:u w:val="none"/>
        </w:rPr>
        <w:t xml:space="preserve"> [1JYN]</w:t>
      </w:r>
      <w:r>
        <w:rPr/>
        <w:t xml:space="preserve">.”</w:t>
      </w:r>
    </w:p>
    <w:p>
      <w:pPr>
        <w:pStyle w:val="Yellow"/>
        <w:rPr/>
      </w:pPr>
      <w:r>
        <w:rPr>
          <w:u w:val="none"/>
        </w:rPr>
        <w:t xml:space="preserve">(Is49:4 Israel said, “I have labored in vain”) </w:t>
      </w:r>
      <w:r>
        <w:rPr>
          <w:b/>
          <w:u w:val="none"/>
        </w:rPr>
        <w:t>Isaiah 49:5</w:t>
      </w:r>
      <w:r>
        <w:rPr>
          <w:u w:val="none"/>
        </w:rPr>
        <w:t xml:space="preserve"> — {And now} says the LORD, </w:t>
      </w:r>
      <w:r>
        <w:rPr>
          <w:u w:val="none"/>
          <w:shd w:fill="B7DDE8" w:val="clear"/>
        </w:rPr>
        <w:t>who formed Me from the womb</w:t>
      </w:r>
      <w:r>
        <w:rPr>
          <w:u w:val="none"/>
          <w:shd w:fill="B7DDE8" w:val="clear"/>
        </w:rPr>
        <w:t xml:space="preserve"> to be His Servant</w:t>
      </w:r>
      <w:r>
        <w:rPr>
          <w:b w:val="false"/>
          <w:i w:val="false"/>
          <w:color w:val="000000"/>
          <w:u w:val="none"/>
        </w:rPr>
        <w:t xml:space="preserve"> [1IM]</w:t>
      </w:r>
      <w:r>
        <w:rPr>
          <w:u w:val="none"/>
        </w:rPr>
        <w:t xml:space="preserve">, </w:t>
      </w:r>
      <w:r>
        <w:rPr>
          <w:u w:val="none"/>
          <w:shd w:fill="B7DDE8" w:val="clear"/>
        </w:rPr>
        <w:t>to bring Jacob back to Him, that Israel might be gathered to Him</w:t>
      </w:r>
      <w:r>
        <w:rPr>
          <w:b w:val="false"/>
          <w:i w:val="false"/>
          <w:color w:val="000000"/>
          <w:u w:val="none"/>
        </w:rPr>
        <w:t xml:space="preserve"> [1LG]</w:t>
      </w:r>
      <w:r>
        <w:rPr>
          <w:u w:val="none"/>
        </w:rPr>
        <w:t xml:space="preserve">—for </w:t>
      </w:r>
      <w:r>
        <w:rPr>
          <w:u w:val="none"/>
          <w:shd w:fill="B7DDE8" w:val="clear"/>
        </w:rPr>
        <w:t>I am honored in the sight of the LORD</w:t>
      </w:r>
      <w:r>
        <w:rPr>
          <w:b w:val="false"/>
          <w:i w:val="false"/>
          <w:color w:val="000000"/>
          <w:u w:val="none"/>
        </w:rPr>
        <w:t xml:space="preserve"> [1LH]</w:t>
      </w:r>
      <w:r>
        <w:rPr>
          <w:u w:val="none"/>
        </w:rPr>
        <w:t xml:space="preserve">, and </w:t>
      </w:r>
      <w:r>
        <w:rPr>
          <w:u w:val="none"/>
          <w:color w:val="000000"/>
        </w:rPr>
        <w:t>My God is My strength</w:t>
      </w:r>
      <w:r>
        <w:rPr>
          <w:b w:val="false"/>
          <w:i w:val="false"/>
          <w:color w:val="000000"/>
          <w:u w:val="none"/>
        </w:rPr>
        <w:t xml:space="preserve"> [7LI]</w:t>
      </w:r>
      <w:r>
        <w:rPr>
          <w:u w:val="none"/>
        </w:rPr>
        <w:t>—</w:t>
      </w:r>
    </w:p>
    <w:p>
      <w:pPr>
        <w:pStyle w:val="Yellow"/>
        <w:rPr/>
      </w:pPr>
      <w:r>
        <w:rPr>
          <w:shd w:val="clear" w:color="auto" w:fill="C00000"/>
          <w:color w:val="FFFFFF"/>
        </w:rPr>
        <w:t xml:space="preserve">(Is49:9 “the prisoners” and “those in darkness”) </w:t>
      </w:r>
      <w:r>
        <w:rPr>
          <w:b/>
          <w:shd w:val="clear" w:color="auto" w:fill="C00000"/>
          <w:color w:val="FFFFFF"/>
        </w:rPr>
        <w:t xml:space="preserve">Isaiah 49:12</w:t>
      </w:r>
      <w:r>
        <w:rPr>
          <w:shd w:val="clear" w:color="auto" w:fill="C00000"/>
          <w:color w:val="FFFFFF"/>
        </w:rPr>
        <w:t xml:space="preserve"> — Behold, </w:t>
      </w:r>
      <w:r>
        <w:rPr>
          <w:shd w:val="clear" w:color="auto" w:fill="C00000"/>
          <w:color w:val="FFFFFF"/>
        </w:rPr>
        <w:t xml:space="preserve">{they} will come from far away, from the north and from the west, and from the land of Aswan</w:t>
      </w:r>
      <w:r>
        <w:rPr>
          <w:b w:val="false"/>
          <w:i w:val="false"/>
          <w:u w:val="none"/>
          <w:shd w:val="clear" w:color="auto" w:fill="C00000"/>
          <w:color w:val="FFFFFF"/>
        </w:rPr>
        <w:t xml:space="preserve"> [1LJW]</w:t>
      </w:r>
      <w:r>
        <w:rPr>
          <w:shd w:val="clear" w:color="auto" w:fill="C00000"/>
          <w:color w:val="FFFFFF"/>
        </w:rPr>
        <w:t xml:space="preserve">.”</w:t>
      </w:r>
    </w:p>
    <w:p>
      <w:pPr>
        <w:pStyle w:val="Yellow"/>
        <w:rPr/>
      </w:pPr>
      <w:r>
        <w:rPr/>
        <w:t xml:space="preserve">(Is49:19–20 after Zion’s restored children fill her land / Is49:23 “Kings will be your foster fathers” / Is49:22 the nations “will bring your sons”) </w:t>
      </w:r>
      <w:r>
        <w:rPr>
          <w:b/>
        </w:rPr>
        <w:t xml:space="preserve">Isaiah 49:21</w:t>
      </w:r>
      <w:r>
        <w:rPr/>
        <w:t xml:space="preserve"> — </w:t>
      </w:r>
      <w:r>
        <w:rPr>
          <w:shd w:fill="B7DDE8" w:val="clear"/>
        </w:rPr>
        <w:t xml:space="preserve">{Then} you will say in your heart</w:t>
      </w:r>
      <w:r>
        <w:rPr>
          <w:b w:val="false"/>
          <w:i w:val="false"/>
          <w:color w:val="000000"/>
          <w:u w:val="none"/>
        </w:rPr>
        <w:t xml:space="preserve"> [1LEI]</w:t>
      </w:r>
      <w:r>
        <w:rPr/>
        <w:t xml:space="preserve">, ‘</w:t>
      </w:r>
      <w:r>
        <w:rPr>
          <w:shd w:fill="B7DDE8" w:val="clear"/>
        </w:rPr>
        <w:t xml:space="preserve">Who has begotten these for me</w:t>
      </w:r>
      <w:r>
        <w:rPr>
          <w:b w:val="false"/>
          <w:i w:val="false"/>
          <w:color w:val="000000"/>
          <w:u w:val="none"/>
        </w:rPr>
        <w:t xml:space="preserve"> [1LEJ]</w:t>
      </w:r>
      <w:r>
        <w:rPr/>
        <w:t xml:space="preserve">? </w:t>
      </w:r>
      <w:r>
        <w:rPr>
          <w:shd w:fill="B7DDE8" w:val="clear"/>
        </w:rPr>
        <w:t xml:space="preserve">I was bereaved and barren</w:t>
      </w:r>
      <w:r>
        <w:rPr>
          <w:b w:val="false"/>
          <w:i w:val="false"/>
          <w:color w:val="000000"/>
          <w:u w:val="none"/>
        </w:rPr>
        <w:t xml:space="preserve"> [1LEK]</w:t>
      </w:r>
      <w:r>
        <w:rPr/>
        <w:t xml:space="preserve">; </w:t>
      </w:r>
      <w:r>
        <w:rPr>
          <w:shd w:fill="B7DDE8" w:val="clear"/>
        </w:rPr>
        <w:t xml:space="preserve">I was exiled and rejected</w:t>
      </w:r>
      <w:r>
        <w:rPr>
          <w:b w:val="false"/>
          <w:i w:val="false"/>
          <w:color w:val="000000"/>
          <w:u w:val="none"/>
        </w:rPr>
        <w:t xml:space="preserve"> [1LEL]</w:t>
      </w:r>
      <w:r>
        <w:rPr/>
        <w:t xml:space="preserve">. So </w:t>
      </w:r>
      <w:r>
        <w:rPr>
          <w:shd w:fill="B7DDE8" w:val="clear"/>
        </w:rPr>
        <w:t xml:space="preserve">{who} has reared them</w:t>
      </w:r>
      <w:r>
        <w:rPr>
          <w:b w:val="false"/>
          <w:i w:val="false"/>
          <w:color w:val="000000"/>
          <w:u w:val="none"/>
        </w:rPr>
        <w:t xml:space="preserve"> [1LEM]</w:t>
      </w:r>
      <w:r>
        <w:rPr/>
        <w:t xml:space="preserve">? Look, </w:t>
      </w:r>
      <w:r>
        <w:rPr>
          <w:shd w:fill="B7DDE8" w:val="clear"/>
        </w:rPr>
        <w:t xml:space="preserve">I was left all alone</w:t>
      </w:r>
      <w:r>
        <w:rPr>
          <w:b w:val="false"/>
          <w:i w:val="false"/>
          <w:color w:val="000000"/>
          <w:u w:val="none"/>
        </w:rPr>
        <w:t xml:space="preserve"> [1LEN]</w:t>
      </w:r>
      <w:r>
        <w:rPr/>
        <w:t xml:space="preserve">, so </w:t>
      </w:r>
      <w:r>
        <w:rPr>
          <w:shd w:fill="B7DDE8" w:val="clear"/>
        </w:rPr>
        <w:t xml:space="preserve">{where} did they come from</w:t>
      </w:r>
      <w:r>
        <w:rPr>
          <w:b w:val="false"/>
          <w:i w:val="false"/>
          <w:color w:val="000000"/>
          <w:u w:val="none"/>
        </w:rPr>
        <w:t xml:space="preserve"> [1LEO]</w:t>
      </w:r>
      <w:r>
        <w:rPr/>
        <w:t xml:space="preserve">?’”</w:t>
      </w:r>
    </w:p>
    <w:p>
      <w:pPr>
        <w:pStyle w:val="Yellow"/>
        <w:rPr/>
      </w:pPr>
      <w:r>
        <w:rPr>
          <w:b/>
        </w:rPr>
        <w:t xml:space="preserve">Jeremiah 3:14</w:t>
      </w:r>
      <w:r>
        <w:rPr/>
        <w:t xml:space="preserve"> — “</w:t>
      </w:r>
      <w:r>
        <w:rPr>
          <w:shd w:fill="B7DDE8" w:val="clear"/>
        </w:rPr>
        <w:t xml:space="preserve">Return, O faithless children</w:t>
      </w:r>
      <w:r>
        <w:rPr>
          <w:b w:val="false"/>
          <w:i w:val="false"/>
          <w:u w:val="none"/>
          <w:color w:val="000000"/>
        </w:rPr>
        <w:t xml:space="preserve"> [2ERN]</w:t>
      </w:r>
      <w:r>
        <w:rPr/>
        <w:t xml:space="preserve">,” declares the LORD, “for </w:t>
      </w:r>
      <w:r>
        <w:rPr>
          <w:shd w:fill="B7DDE8" w:val="clear"/>
        </w:rPr>
        <w:t xml:space="preserve">I am your master</w:t>
      </w:r>
      <w:r>
        <w:rPr>
          <w:b w:val="false"/>
          <w:i w:val="false"/>
          <w:color w:val="000000"/>
          <w:u w:val="none"/>
        </w:rPr>
        <w:t xml:space="preserve"> [1GOW]</w:t>
      </w:r>
      <w:r>
        <w:rPr/>
        <w:t xml:space="preserve">, and </w:t>
      </w:r>
      <w:r>
        <w:rPr>
          <w:shd w:fill="B7DDE8" w:val="clear"/>
        </w:rPr>
        <w:t xml:space="preserve">I will take you—one from a city and two from a family—and bring you to Zion</w:t>
      </w:r>
      <w:r>
        <w:rPr>
          <w:b w:val="false"/>
          <w:i w:val="false"/>
          <w:u w:val="none"/>
          <w:color w:val="000000"/>
        </w:rPr>
        <w:t xml:space="preserve"> [1GOX]</w:t>
      </w:r>
      <w:r>
        <w:rPr>
          <w:b w:val="false"/>
          <w:i w:val="false"/>
          <w:u w:val="none"/>
          <w:color w:val="000000"/>
        </w:rPr>
        <w:t xml:space="preserve"> [1GOY]</w:t>
      </w:r>
      <w:r>
        <w:rPr/>
        <w:t xml:space="preserve">.</w:t>
      </w:r>
    </w:p>
    <w:p>
      <w:pPr>
        <w:pStyle w:val="Yellow"/>
        <w:rPr/>
      </w:pPr>
      <w:r>
        <w:rPr>
          <w:b/>
        </w:rPr>
        <w:t xml:space="preserve">Jeremiah 30:10</w:t>
      </w:r>
      <w:r>
        <w:rPr/>
        <w:t xml:space="preserve"> — As for you, O Jacob My servant, </w:t>
      </w:r>
      <w:r>
        <w:rPr>
          <w:shd w:fill="B7DDE8" w:val="clear"/>
        </w:rPr>
        <w:t xml:space="preserve">do not be afraid</w:t>
      </w:r>
      <w:r>
        <w:rPr>
          <w:b w:val="false"/>
          <w:i w:val="false"/>
          <w:color w:val="000000"/>
          <w:u w:val="none"/>
        </w:rPr>
        <w:t xml:space="preserve"> [17AKG]</w:t>
      </w:r>
      <w:r>
        <w:rPr/>
        <w:t xml:space="preserve">, declares the LORD, and </w:t>
      </w:r>
      <w:r>
        <w:rPr>
          <w:shd w:fill="B7DDE8" w:val="clear"/>
        </w:rPr>
        <w:t xml:space="preserve">do not be dismayed, O Israel</w:t>
      </w:r>
      <w:r>
        <w:rPr>
          <w:b w:val="false"/>
          <w:i w:val="false"/>
          <w:color w:val="000000"/>
          <w:u w:val="none"/>
        </w:rPr>
        <w:t xml:space="preserve"> [1KET]</w:t>
      </w:r>
      <w:r>
        <w:rPr/>
        <w:t xml:space="preserve">. For </w:t>
      </w:r>
      <w:r>
        <w:rPr>
          <w:shd w:fill="B7DDE8" w:val="clear"/>
        </w:rPr>
        <w:t xml:space="preserve">I will surely save you out of a distant place</w:t>
      </w:r>
      <w:r>
        <w:rPr>
          <w:b w:val="false"/>
          <w:i w:val="false"/>
          <w:color w:val="000000"/>
          <w:u w:val="none"/>
        </w:rPr>
        <w:t xml:space="preserve"> [1KEU]</w:t>
      </w:r>
      <w:r>
        <w:rPr/>
        <w:t xml:space="preserve">, </w:t>
      </w:r>
      <w:r>
        <w:rPr>
          <w:shd w:fill="B7DDE8" w:val="clear"/>
        </w:rPr>
        <w:t xml:space="preserve">your descendants from the land of their captivity</w:t>
      </w:r>
      <w:r>
        <w:rPr>
          <w:b w:val="false"/>
          <w:i w:val="false"/>
          <w:u w:val="none"/>
          <w:color w:val="000000"/>
        </w:rPr>
        <w:t xml:space="preserve"> [1KEV]</w:t>
      </w:r>
      <w:r>
        <w:rPr/>
        <w:t xml:space="preserve">! </w:t>
      </w:r>
      <w:r>
        <w:rPr>
          <w:shd w:fill="B7DDE8" w:val="clear"/>
        </w:rPr>
        <w:t xml:space="preserve">Jacob will return to quiet and ease</w:t>
      </w:r>
      <w:r>
        <w:rPr>
          <w:b w:val="false"/>
          <w:i w:val="false"/>
          <w:color w:val="000000"/>
          <w:u w:val="none"/>
        </w:rPr>
        <w:t xml:space="preserve"> [1KEW]</w:t>
      </w:r>
      <w:r>
        <w:rPr/>
        <w:t xml:space="preserve">, </w:t>
      </w:r>
      <w:r>
        <w:rPr>
          <w:shd w:fill="B7DDE8" w:val="clear"/>
        </w:rPr>
        <w:t xml:space="preserve">with no one to make him afraid</w:t>
      </w:r>
      <w:r>
        <w:rPr>
          <w:b w:val="false"/>
          <w:i w:val="false"/>
          <w:u w:val="none"/>
          <w:color w:val="000000"/>
        </w:rPr>
        <w:t xml:space="preserve"> [1KEX]</w:t>
      </w:r>
      <w:r>
        <w:rPr/>
        <w:t xml:space="preserve">.</w:t>
      </w:r>
    </w:p>
    <w:p>
      <w:pPr>
        <w:pStyle w:val="Yellow"/>
        <w:rPr/>
        <w:pBdr>
          <w:left w:val="single" w:sz="28" w:space="5" w:color="C00000"/>
        </w:pBdr>
      </w:pPr>
      <w:r>
        <w:rPr>
          <w:b/>
        </w:rPr>
        <w:t xml:space="preserve">Jeremiah 31:10</w:t>
      </w:r>
      <w:r>
        <w:rPr/>
        <w:t xml:space="preserve"> — “</w:t>
      </w:r>
      <w:r>
        <w:rPr>
          <w:shd w:fill="B7DDE8" w:val="clear"/>
        </w:rPr>
        <w:t xml:space="preserve">The One who scattered Israel will gather them</w:t>
      </w:r>
      <w:r>
        <w:rPr>
          <w:b w:val="false"/>
          <w:i w:val="false"/>
          <w:color w:val="000000"/>
          <w:u w:val="none"/>
        </w:rPr>
        <w:t xml:space="preserve"> [1KMY]</w:t>
      </w:r>
      <w:r>
        <w:rPr>
          <w:b w:val="false"/>
          <w:i w:val="false"/>
          <w:color w:val="000000"/>
          <w:u w:val="none"/>
        </w:rPr>
        <w:t xml:space="preserve"> [1KMZ]</w:t>
      </w:r>
      <w:r>
        <w:rPr/>
        <w:t xml:space="preserve"> and </w:t>
      </w:r>
      <w:r>
        <w:rPr>
          <w:shd w:fill="548235" w:val="clear" w:color="auto"/>
          <w:color w:val="FFFFFF"/>
        </w:rPr>
        <w:t xml:space="preserve">keep them as a shepherd keeps his flock</w:t>
      </w:r>
      <w:r>
        <w:rPr>
          <w:b w:val="false"/>
          <w:i w:val="false"/>
          <w:color w:val="FFFFFF"/>
          <w:u w:val="none"/>
          <w:shd w:val="clear" w:color="auto" w:fill="548235"/>
        </w:rPr>
        <w:t xml:space="preserve"> [1KNA]</w:t>
      </w:r>
      <w:r>
        <w:rPr/>
        <w:t xml:space="preserve">.</w:t>
      </w:r>
    </w:p>
    <w:p>
      <w:pPr>
        <w:pStyle w:val="Yellow"/>
        <w:rPr/>
      </w:pPr>
      <w:r>
        <w:rPr/>
        <w:t xml:space="preserve">(Ho3:1ᶜ because “the LORD loves the Israelites” / 4ᶜ after Israel lives “many days without king or prince”¹) </w:t>
      </w:r>
      <w:r>
        <w:rPr>
          <w:b/>
        </w:rPr>
        <w:t>Hosea 3:5</w:t>
      </w:r>
      <w:r>
        <w:rPr/>
        <w:t xml:space="preserve"> — {Afterward}, </w:t>
      </w:r>
      <w:r>
        <w:rPr>
          <w:shd w:val="clear" w:fill="B7DDE8"/>
        </w:rPr>
        <w:t>the people of Israel will return</w:t>
      </w:r>
      <w:r>
        <w:rPr>
          <w:b w:val="false"/>
          <w:i w:val="false"/>
          <w:color w:val="000000"/>
          <w:u w:val="none"/>
        </w:rPr>
        <w:t xml:space="preserve"> [1DFY]</w:t>
      </w:r>
      <w:r>
        <w:rPr/>
        <w:t xml:space="preserve"> and </w:t>
      </w:r>
      <w:r>
        <w:rPr>
          <w:shd w:val="clear" w:fill="B7DDE8"/>
        </w:rPr>
        <w:t>seek the LORD their God and David their king</w:t>
      </w:r>
      <w:r>
        <w:rPr>
          <w:b w:val="false"/>
          <w:i w:val="false"/>
          <w:color w:val="000000"/>
          <w:u w:val="none"/>
        </w:rPr>
        <w:t xml:space="preserve"> [1DFZ]</w:t>
      </w:r>
      <w:r>
        <w:rPr/>
        <w:t xml:space="preserve">. </w:t>
      </w:r>
      <w:r>
        <w:rPr>
          <w:shd w:val="clear" w:fill="B7DDE8"/>
        </w:rPr>
        <w:t>They will come trembling to the LORD and to His goodness in the last days</w:t>
      </w:r>
      <w:r>
        <w:rPr>
          <w:b w:val="false"/>
          <w:i w:val="false"/>
          <w:color w:val="000000"/>
          <w:u w:val="none"/>
        </w:rPr>
        <w:t xml:space="preserve"> [1DGA]</w:t>
      </w:r>
      <w:r>
        <w:rPr/>
        <w:t>.</w:t>
      </w:r>
    </w:p>
    <w:p>
      <w:r>
        <w:rPr>
          <w:b/>
          <w:sz w:val="32"/>
        </w:rPr>
        <w:t>Law of Moses Curses  (70)</w:t>
      </w:r>
    </w:p>
    <w:p>
      <w:pPr>
        <w:pStyle w:val="Yellow"/>
        <w:rPr/>
      </w:pPr>
      <w:r>
        <w:rPr/>
        <w:t xml:space="preserve">(Ge49:5–6ᶜ “Simeon and Levi” “kill men in their anger”) </w:t>
      </w:r>
      <w:r>
        <w:rPr>
          <w:b/>
        </w:rPr>
        <w:t xml:space="preserve">Genesis 49:7</w:t>
      </w:r>
      <w:r>
        <w:rPr/>
        <w:t xml:space="preserve"> — </w:t>
      </w:r>
      <w:r>
        <w:rPr>
          <w:shd w:fill="548235" w:val="clear" w:color="auto"/>
          <w:color w:val="FFFFFF"/>
        </w:rPr>
        <w:t xml:space="preserve">Cursed be {their} anger, for it is strong</w:t>
      </w:r>
      <w:r>
        <w:rPr>
          <w:b w:val="false"/>
          <w:i w:val="false"/>
          <w:color w:val="FFFFFF"/>
          <w:u w:val="none"/>
          <w:shd w:val="clear" w:color="auto" w:fill="548235"/>
        </w:rPr>
        <w:t xml:space="preserve"> [1KJM]</w:t>
      </w:r>
      <w:r>
        <w:rPr>
          <w:shd w:val="clear" w:color="auto" w:fill="548235"/>
          <w:color w:val="FFFFFF"/>
        </w:rPr>
        <w:t xml:space="preserve">, and </w:t>
      </w:r>
      <w:r>
        <w:rPr>
          <w:shd w:fill="548235" w:val="clear" w:color="auto"/>
          <w:color w:val="FFFFFF"/>
        </w:rPr>
        <w:t xml:space="preserve">their wrath, for it is cruel</w:t>
      </w:r>
      <w:r>
        <w:rPr>
          <w:b w:val="false"/>
          <w:i w:val="false"/>
          <w:color w:val="FFFFFF"/>
          <w:u w:val="none"/>
          <w:shd w:val="clear" w:color="auto" w:fill="548235"/>
        </w:rPr>
        <w:t xml:space="preserve"> [1KJN]</w:t>
      </w:r>
      <w:r>
        <w:rPr>
          <w:shd w:val="clear" w:color="auto" w:fill="548235"/>
          <w:color w:val="FFFFFF"/>
        </w:rPr>
        <w:t xml:space="preserve">! </w:t>
      </w:r>
      <w:r>
        <w:rPr>
          <w:shd w:fill="B7DDE8" w:val="clear"/>
        </w:rPr>
        <w:t xml:space="preserve">I will disperse them in Jacob</w:t>
      </w:r>
      <w:r>
        <w:rPr>
          <w:b w:val="false"/>
          <w:i w:val="false"/>
          <w:color w:val="000000"/>
          <w:u w:val="none"/>
        </w:rPr>
        <w:t xml:space="preserve"> [1KJO]</w:t>
      </w:r>
      <w:r>
        <w:rPr/>
        <w:t xml:space="preserve"> and </w:t>
      </w:r>
      <w:r>
        <w:rPr>
          <w:shd w:fill="B7DDE8" w:val="clear"/>
        </w:rPr>
        <w:t xml:space="preserve">scatter them in Israel</w:t>
      </w:r>
      <w:r>
        <w:rPr>
          <w:b w:val="false"/>
          <w:i w:val="false"/>
          <w:color w:val="000000"/>
          <w:u w:val="none"/>
        </w:rPr>
        <w:t xml:space="preserve"> [1KJO]</w:t>
      </w:r>
      <w:r>
        <w:rPr/>
        <w:t xml:space="preserve">.</w:t>
      </w:r>
    </w:p>
    <w:p>
      <w:pPr>
        <w:pStyle w:val="Yellow"/>
        <w:rPr/>
      </w:pPr>
      <w:r>
        <w:rPr>
          <w:b/>
          <w:u w:val="none"/>
          <w:shd w:val="clear" w:color="auto" w:fill="C00000"/>
          <w:color w:val="FFFFFF"/>
        </w:rPr>
        <w:t xml:space="preserve">Exodus 20:5</w:t>
      </w:r>
      <w:r>
        <w:rPr>
          <w:u w:val="none"/>
          <w:shd w:val="clear" w:color="auto" w:fill="C00000"/>
          <w:color w:val="FFFFFF"/>
        </w:rPr>
        <w:t xml:space="preserve"> — </w:t>
      </w:r>
      <w:r>
        <w:rPr>
          <w:u w:val="none"/>
          <w:shd w:val="clear" w:color="auto" w:fill="C00000"/>
          <w:color w:val="FFFFFF"/>
        </w:rPr>
        <w:t xml:space="preserve">I, the LORD your God, am a jealous God</w:t>
      </w:r>
      <w:r>
        <w:rPr>
          <w:b w:val="false"/>
          <w:i w:val="false"/>
          <w:u w:val="none"/>
          <w:shd w:val="clear" w:color="auto" w:fill="C00000"/>
          <w:color w:val="FFFFFF"/>
        </w:rPr>
        <w:t xml:space="preserve"> [5FOQ]</w:t>
      </w:r>
      <w:r>
        <w:rPr>
          <w:u w:val="none"/>
          <w:shd w:val="clear" w:color="auto" w:fill="C00000"/>
          <w:color w:val="FFFFFF"/>
        </w:rPr>
        <w:t xml:space="preserve">, </w:t>
      </w:r>
      <w:r>
        <w:rPr>
          <w:u w:val="none"/>
          <w:shd w:val="clear" w:color="auto" w:fill="C00000"/>
          <w:color w:val="FFFFFF"/>
        </w:rPr>
        <w:t xml:space="preserve">visiting the iniquity of the fathers on their children to the third and fourth generations</w:t>
      </w:r>
      <w:r>
        <w:rPr>
          <w:u w:val="none"/>
          <w:shd w:val="clear" w:color="auto" w:fill="C00000"/>
          <w:color w:val="FFFFFF"/>
        </w:rPr>
        <w:t xml:space="preserve"> of those who hate Me</w:t>
      </w:r>
      <w:r>
        <w:rPr>
          <w:b w:val="false"/>
          <w:i w:val="false"/>
          <w:u w:val="none"/>
          <w:shd w:val="clear" w:color="auto" w:fill="C00000"/>
          <w:color w:val="FFFFFF"/>
        </w:rPr>
        <w:t xml:space="preserve"> [2FOR]</w:t>
      </w:r>
      <w:r>
        <w:rPr>
          <w:u w:val="none"/>
          <w:shd w:val="clear" w:color="auto" w:fill="C00000"/>
          <w:color w:val="FFFFFF"/>
        </w:rPr>
        <w:t xml:space="preserve">,</w:t>
      </w:r>
    </w:p>
    <w:p>
      <w:pPr>
        <w:pStyle w:val="Yellow"/>
        <w:rPr/>
      </w:pPr>
      <w:r>
        <w:rPr>
          <w:b/>
          <w:highlight w:val="cyan"/>
          <w:u w:val="none"/>
          <w:shd w:val="clear" w:color="auto" w:fill="F4B183"/>
          <w:color w:val="000000"/>
        </w:rPr>
        <w:t>Exodus 20:7</w:t>
      </w:r>
      <w:r>
        <w:rPr>
          <w:highlight w:val="cyan"/>
          <w:u w:val="none"/>
          <w:shd w:val="clear" w:color="auto" w:fill="F4B183"/>
          <w:color w:val="000000"/>
        </w:rPr>
        <w:t xml:space="preserve"> — </w:t>
      </w:r>
      <w:r>
        <w:rPr>
          <w:highlight w:val="cyan"/>
          <w:u w:val="none"/>
          <w:shd w:fill="F4B183" w:val="clear" w:color="auto"/>
          <w:color w:val="000000"/>
        </w:rPr>
        <w:t xml:space="preserve">the LORD </w:t>
      </w:r>
      <w:r>
        <w:rPr>
          <w:u w:val="none"/>
          <w:shd w:fill="F4B183" w:val="clear" w:color="auto"/>
          <w:color w:val="000000"/>
        </w:rPr>
        <w:t>will not leave anyone unpunished</w:t>
      </w:r>
      <w:r>
        <w:rPr>
          <w:highlight w:val="cyan"/>
          <w:u w:val="none"/>
          <w:shd w:fill="F4B183" w:val="clear" w:color="auto"/>
          <w:color w:val="000000"/>
        </w:rPr>
        <w:t xml:space="preserve"> who takes His name in vain</w:t>
      </w:r>
      <w:r>
        <w:rPr>
          <w:b w:val="false"/>
          <w:i w:val="false"/>
          <w:color w:val="000000"/>
          <w:u w:val="none"/>
          <w:shd w:val="clear" w:color="auto" w:fill="F4B183"/>
        </w:rPr>
        <w:t xml:space="preserve"> [2LXF]</w:t>
      </w:r>
      <w:r>
        <w:rPr>
          <w:highlight w:val="cyan"/>
          <w:u w:val="none"/>
          <w:shd w:val="clear" w:color="auto" w:fill="F4B183"/>
          <w:color w:val="000000"/>
        </w:rPr>
        <w:t>.</w:t>
      </w:r>
    </w:p>
    <w:p>
      <w:pPr>
        <w:pStyle w:val="Yellow"/>
        <w:rPr/>
      </w:pPr>
      <w:r>
        <w:rPr>
          <w:b/>
        </w:rPr>
        <w:t xml:space="preserve">Leviticus 20:6</w:t>
      </w:r>
      <w:r>
        <w:rPr/>
        <w:t xml:space="preserve"> — </w:t>
      </w:r>
      <w:r>
        <w:rPr>
          <w:shd w:fill="B7DDE8" w:val="clear"/>
        </w:rPr>
        <w:t xml:space="preserve">Whoever turns to mediums or spiritists to prostitute himself with them, I will also set My face against that person and cut him off from his people</w:t>
      </w:r>
      <w:r>
        <w:rPr>
          <w:b w:val="false"/>
          <w:i w:val="false"/>
          <w:color w:val="000000"/>
          <w:u w:val="none"/>
        </w:rPr>
        <w:t xml:space="preserve"> [1GPU]</w:t>
      </w:r>
      <w:r>
        <w:rPr>
          <w:b w:val="false"/>
          <w:i w:val="false"/>
          <w:color w:val="000000"/>
          <w:u w:val="none"/>
        </w:rPr>
        <w:t xml:space="preserve"> [1GPV]</w:t>
      </w:r>
      <w:r>
        <w:rPr/>
        <w:t xml:space="preserve">.</w:t>
      </w:r>
    </w:p>
    <w:p>
      <w:pPr>
        <w:pStyle w:val="Yellow"/>
        <w:rPr/>
      </w:pPr>
      <w:r>
        <w:rPr/>
        <w:t xml:space="preserve">(Le26:14–15 disobey and break God’s covenant) </w:t>
      </w:r>
      <w:r>
        <w:rPr>
          <w:b/>
        </w:rPr>
        <w:t>Leviticus 26:16</w:t>
      </w:r>
      <w:r>
        <w:rPr/>
        <w:t xml:space="preserve"> — </w:t>
      </w:r>
      <w:r>
        <w:rPr>
          <w:shd w:val="clear" w:fill="B7DDE8"/>
        </w:rPr>
        <w:t>I will bring upon you sudden terror, wasting disease, and fever</w:t>
      </w:r>
      <w:r>
        <w:rPr>
          <w:b w:val="false"/>
          <w:i w:val="false"/>
          <w:color w:val="000000"/>
          <w:u w:val="none"/>
        </w:rPr>
        <w:t xml:space="preserve"> [1EUA]</w:t>
      </w:r>
      <w:r>
        <w:rPr/>
        <w:t xml:space="preserve"> </w:t>
      </w:r>
      <w:r>
        <w:rPr>
          <w:shd w:val="clear" w:fill="B7DDE8"/>
        </w:rPr>
        <w:t>that will destroy your sight and drain your life</w:t>
      </w:r>
      <w:r>
        <w:rPr>
          <w:b w:val="false"/>
          <w:i w:val="false"/>
          <w:color w:val="000000"/>
          <w:u w:val="none"/>
        </w:rPr>
        <w:t xml:space="preserve"> [1EUB]</w:t>
      </w:r>
      <w:r>
        <w:rPr/>
        <w:t>.</w:t>
      </w:r>
    </w:p>
    <w:p>
      <w:pPr>
        <w:pStyle w:val="Yellow"/>
        <w:rPr/>
      </w:pPr>
      <w:r>
        <w:rPr/>
        <w:t xml:space="preserve">(Le26:14–15 disobey and break God’s covenant) </w:t>
      </w:r>
      <w:r>
        <w:rPr>
          <w:b/>
        </w:rPr>
        <w:t xml:space="preserve">Leviticus 26:17</w:t>
      </w:r>
      <w:r>
        <w:rPr/>
        <w:t xml:space="preserve"> — And </w:t>
      </w:r>
      <w:r>
        <w:rPr>
          <w:shd w:fill="B7DDE8" w:val="clear"/>
        </w:rPr>
        <w:t xml:space="preserve">I will set My face against you</w:t>
      </w:r>
      <w:r>
        <w:rPr>
          <w:b w:val="false"/>
          <w:i w:val="false"/>
          <w:color w:val="000000"/>
          <w:u w:val="none"/>
        </w:rPr>
        <w:t xml:space="preserve"> [1JZH]</w:t>
      </w:r>
      <w:r>
        <w:rPr/>
        <w:t xml:space="preserve">, so that </w:t>
      </w:r>
      <w:r>
        <w:rPr>
          <w:shd w:fill="B7DDE8" w:val="clear"/>
        </w:rPr>
        <w:t xml:space="preserve">you will be defeated by your enemies</w:t>
      </w:r>
      <w:r>
        <w:rPr>
          <w:b w:val="false"/>
          <w:i w:val="false"/>
          <w:color w:val="000000"/>
          <w:u w:val="none"/>
        </w:rPr>
        <w:t xml:space="preserve"> [1JZI]</w:t>
      </w:r>
      <w:r>
        <w:rPr/>
        <w:t xml:space="preserve">. </w:t>
      </w:r>
      <w:r>
        <w:rPr>
          <w:shd w:fill="B7DDE8" w:val="clear"/>
        </w:rPr>
        <w:t xml:space="preserve">Those who hate you will rule over you</w:t>
      </w:r>
      <w:r>
        <w:rPr>
          <w:b w:val="false"/>
          <w:i w:val="false"/>
          <w:color w:val="000000"/>
          <w:u w:val="none"/>
        </w:rPr>
        <w:t xml:space="preserve"> [1JZJ]</w:t>
      </w:r>
      <w:r>
        <w:rPr/>
        <w:t xml:space="preserve">, and </w:t>
      </w:r>
      <w:r>
        <w:rPr>
          <w:shd w:fill="B7DDE8" w:val="clear"/>
        </w:rPr>
        <w:t xml:space="preserve">you will flee when no one pursues you</w:t>
      </w:r>
      <w:r>
        <w:rPr>
          <w:b w:val="false"/>
          <w:i w:val="false"/>
          <w:color w:val="000000"/>
          <w:u w:val="none"/>
        </w:rPr>
        <w:t xml:space="preserve"> [1JZK]</w:t>
      </w:r>
      <w:r>
        <w:rPr/>
        <w:t xml:space="preserve">.</w:t>
      </w:r>
    </w:p>
    <w:p>
      <w:pPr>
        <w:pStyle w:val="Yellow"/>
        <w:rPr/>
      </w:pPr>
      <w:r>
        <w:rPr>
          <w:b/>
          <w:u w:val="none"/>
          <w:shd w:val="clear" w:color="auto" w:fill="C00000"/>
          <w:color w:val="FFFFFF"/>
        </w:rPr>
        <w:t>Leviticus 26:18</w:t>
      </w:r>
      <w:r>
        <w:rPr>
          <w:u w:val="none"/>
          <w:shd w:val="clear" w:color="auto" w:fill="C00000"/>
          <w:color w:val="FFFFFF"/>
        </w:rPr>
        <w:t xml:space="preserve"> — And </w:t>
      </w:r>
      <w:r>
        <w:rPr>
          <w:u w:val="none"/>
          <w:shd w:val="clear" w:color="auto" w:fill="C00000"/>
          <w:color w:val="FFFFFF"/>
        </w:rPr>
        <w:t>if after all this you will not obey Me</w:t>
      </w:r>
      <w:r>
        <w:rPr>
          <w:b w:val="false"/>
          <w:i w:val="false"/>
          <w:u w:val="none"/>
          <w:shd w:val="clear" w:color="auto" w:fill="C00000"/>
          <w:color w:val="FFFFFF"/>
        </w:rPr>
        <w:t xml:space="preserve"> [1FMT]</w:t>
      </w:r>
      <w:r>
        <w:rPr>
          <w:u w:val="none"/>
          <w:shd w:val="clear" w:color="auto" w:fill="C00000"/>
          <w:color w:val="FFFFFF"/>
        </w:rPr>
        <w:t xml:space="preserve">, </w:t>
      </w:r>
      <w:r>
        <w:rPr>
          <w:u w:val="none"/>
          <w:shd w:val="clear" w:color="auto" w:fill="C00000"/>
          <w:color w:val="FFFFFF"/>
        </w:rPr>
        <w:t>I will proceed to punish you sevenfold for your sins</w:t>
      </w:r>
      <w:r>
        <w:rPr>
          <w:b w:val="false"/>
          <w:i w:val="false"/>
          <w:u w:val="none"/>
          <w:shd w:val="clear" w:color="auto" w:fill="C00000"/>
          <w:color w:val="FFFFFF"/>
        </w:rPr>
        <w:t xml:space="preserve"> [2FMS]</w:t>
      </w:r>
      <w:r>
        <w:rPr>
          <w:u w:val="none"/>
          <w:shd w:val="clear" w:color="auto" w:fill="C00000"/>
          <w:color w:val="FFFFFF"/>
        </w:rPr>
        <w:t>.</w:t>
      </w:r>
    </w:p>
    <w:p>
      <w:pPr>
        <w:pStyle w:val="Yellow"/>
        <w:rPr/>
      </w:pPr>
      <w:r>
        <w:rPr/>
        <w:t xml:space="preserve">(Le26:18 “will not obey Me”) </w:t>
      </w:r>
      <w:r>
        <w:rPr>
          <w:b/>
        </w:rPr>
        <w:t xml:space="preserve">Leviticus 26:19–20</w:t>
      </w:r>
      <w:r>
        <w:rPr/>
        <w:t xml:space="preserve"> — </w:t>
      </w:r>
      <w:r>
        <w:rPr>
          <w:shd w:fill="B7DDE8" w:val="clear"/>
        </w:rPr>
        <w:t xml:space="preserve">I will break down your stubborn pride</w:t>
      </w:r>
      <w:r>
        <w:rPr>
          <w:b w:val="false"/>
          <w:i w:val="false"/>
          <w:color w:val="000000"/>
          <w:u w:val="none"/>
        </w:rPr>
        <w:t xml:space="preserve"> [1HMF]</w:t>
      </w:r>
      <w:r>
        <w:rPr/>
        <w:t xml:space="preserve"> and </w:t>
      </w:r>
      <w:r>
        <w:rPr>
          <w:shd w:fill="B7DDE8" w:val="clear"/>
        </w:rPr>
        <w:t xml:space="preserve">make your sky like iron and your land like bronze</w:t>
      </w:r>
      <w:r>
        <w:rPr>
          <w:b w:val="false"/>
          <w:i w:val="false"/>
          <w:color w:val="000000"/>
          <w:u w:val="none"/>
        </w:rPr>
        <w:t xml:space="preserve"> [2MO]</w:t>
      </w:r>
      <w:r>
        <w:rPr/>
        <w:t xml:space="preserve">, and </w:t>
      </w:r>
      <w:r>
        <w:rPr>
          <w:shd w:fill="B7DDE8" w:val="clear"/>
        </w:rPr>
        <w:t xml:space="preserve">your strength will be spent in vain</w:t>
      </w:r>
      <w:r>
        <w:rPr>
          <w:b w:val="false"/>
          <w:i w:val="false"/>
          <w:color w:val="000000"/>
          <w:u w:val="none"/>
        </w:rPr>
        <w:t xml:space="preserve"> [1HMG]</w:t>
      </w:r>
      <w:r>
        <w:rPr/>
        <w:t xml:space="preserve">. For </w:t>
      </w:r>
      <w:r>
        <w:rPr>
          <w:shd w:fill="B7DDE8" w:val="clear"/>
        </w:rPr>
        <w:t xml:space="preserve">your land will not yield its produce</w:t>
      </w:r>
      <w:r>
        <w:rPr>
          <w:b w:val="false"/>
          <w:i w:val="false"/>
          <w:color w:val="000000"/>
          <w:u w:val="none"/>
        </w:rPr>
        <w:t xml:space="preserve"> [2HMH]</w:t>
      </w:r>
      <w:r>
        <w:rPr/>
        <w:t xml:space="preserve">, and </w:t>
      </w:r>
      <w:r>
        <w:rPr>
          <w:shd w:fill="B7DDE8" w:val="clear"/>
        </w:rPr>
        <w:t xml:space="preserve">the trees of the land will not bear their fruit</w:t>
      </w:r>
      <w:r>
        <w:rPr>
          <w:b w:val="false"/>
          <w:i w:val="false"/>
          <w:color w:val="000000"/>
          <w:u w:val="none"/>
        </w:rPr>
        <w:t xml:space="preserve"> [1HMI]</w:t>
      </w:r>
      <w:r>
        <w:rPr/>
        <w:t xml:space="preserve">.</w:t>
      </w:r>
    </w:p>
    <w:p>
      <w:pPr>
        <w:pStyle w:val="Yellow"/>
        <w:rPr/>
      </w:pPr>
      <w:r>
        <w:rPr>
          <w:b/>
          <w:shd w:val="clear" w:color="auto" w:fill="548235"/>
          <w:color w:val="FFFFFF"/>
        </w:rPr>
        <w:t>Leviticus 26:21</w:t>
      </w:r>
      <w:r>
        <w:rPr>
          <w:shd w:val="clear" w:color="auto" w:fill="548235"/>
          <w:color w:val="FFFFFF"/>
        </w:rPr>
        <w:t xml:space="preserve"> — </w:t>
      </w:r>
      <w:r>
        <w:rPr>
          <w:shd w:val="clear" w:fill="548235" w:color="auto"/>
          <w:color w:val="FFFFFF"/>
        </w:rPr>
        <w:t>If you walk in hostility toward Me and refuse to obey Me</w:t>
      </w:r>
      <w:r>
        <w:rPr>
          <w:b w:val="false"/>
          <w:i w:val="false"/>
          <w:color w:val="FFFFFF"/>
          <w:u w:val="none"/>
          <w:shd w:val="clear" w:color="auto" w:fill="548235"/>
        </w:rPr>
        <w:t xml:space="preserve"> [1FMO]</w:t>
      </w:r>
      <w:r>
        <w:rPr>
          <w:shd w:val="clear" w:color="auto" w:fill="548235"/>
          <w:color w:val="FFFFFF"/>
        </w:rPr>
        <w:t xml:space="preserve">, </w:t>
      </w:r>
      <w:r>
        <w:rPr>
          <w:shd w:val="clear" w:fill="548235" w:color="auto"/>
          <w:color w:val="FFFFFF"/>
        </w:rPr>
        <w:t>I will multiply your plagues seven times, according to your sins</w:t>
      </w:r>
      <w:r>
        <w:rPr>
          <w:b w:val="false"/>
          <w:i w:val="false"/>
          <w:color w:val="FFFFFF"/>
          <w:u w:val="none"/>
          <w:shd w:val="clear" w:color="auto" w:fill="548235"/>
        </w:rPr>
        <w:t xml:space="preserve"> [1FMP]</w:t>
      </w:r>
      <w:r>
        <w:rPr>
          <w:shd w:val="clear" w:color="auto" w:fill="548235"/>
          <w:color w:val="FFFFFF"/>
        </w:rPr>
        <w:t>.</w:t>
      </w:r>
    </w:p>
    <w:p>
      <w:pPr>
        <w:pStyle w:val="Yellow"/>
        <w:rPr/>
      </w:pPr>
      <w:r>
        <w:rPr/>
        <w:t xml:space="preserve">(Le26:21 Israel is hostile and disobedient) </w:t>
      </w:r>
      <w:r>
        <w:rPr>
          <w:b/>
        </w:rPr>
        <w:t xml:space="preserve">Leviticus 26:22</w:t>
      </w:r>
      <w:r>
        <w:rPr/>
        <w:t xml:space="preserve"> — </w:t>
      </w:r>
      <w:r>
        <w:rPr>
          <w:shd w:fill="B7DDE8" w:val="clear"/>
        </w:rPr>
        <w:t xml:space="preserve">I will send wild animals against you</w:t>
      </w:r>
      <w:r>
        <w:rPr>
          <w:b w:val="false"/>
          <w:i w:val="false"/>
          <w:color w:val="000000"/>
          <w:u w:val="none"/>
        </w:rPr>
        <w:t xml:space="preserve"> [1JTY]</w:t>
      </w:r>
      <w:r>
        <w:rPr/>
        <w:t xml:space="preserve"> </w:t>
      </w:r>
      <w:r>
        <w:rPr>
          <w:shd w:fill="B7DDE8" w:val="clear"/>
        </w:rPr>
        <w:t xml:space="preserve">to rob you of your children, destroy your livestock, and reduce your numbers</w:t>
      </w:r>
      <w:r>
        <w:rPr>
          <w:b w:val="false"/>
          <w:i w:val="false"/>
          <w:color w:val="000000"/>
          <w:u w:val="none"/>
        </w:rPr>
        <w:t xml:space="preserve"> [1JTZ]</w:t>
      </w:r>
      <w:r>
        <w:rPr/>
        <w:t xml:space="preserve">, until </w:t>
      </w:r>
      <w:r>
        <w:rPr>
          <w:shd w:fill="B7DDE8" w:val="clear"/>
        </w:rPr>
        <w:t xml:space="preserve">your roads lie desolate</w:t>
      </w:r>
      <w:r>
        <w:rPr>
          <w:b w:val="false"/>
          <w:i w:val="false"/>
          <w:color w:val="000000"/>
          <w:u w:val="none"/>
        </w:rPr>
        <w:t xml:space="preserve"> [1JUA]</w:t>
      </w:r>
      <w:r>
        <w:rPr/>
        <w:t xml:space="preserve">.</w:t>
      </w:r>
    </w:p>
    <w:p>
      <w:pPr>
        <w:pStyle w:val="Yellow"/>
        <w:rPr/>
      </w:pPr>
      <w:r>
        <w:rPr>
          <w:u w:val="none"/>
        </w:rPr>
        <w:t xml:space="preserve">(Le26:23 reject discipline and remain hostile) </w:t>
      </w:r>
      <w:r>
        <w:rPr>
          <w:b/>
          <w:u w:val="none"/>
        </w:rPr>
        <w:t xml:space="preserve">Leviticus 26:24</w:t>
      </w:r>
      <w:r>
        <w:rPr>
          <w:u w:val="none"/>
        </w:rPr>
        <w:t xml:space="preserve"> — </w:t>
      </w:r>
      <w:r>
        <w:rPr>
          <w:u w:val="none"/>
          <w:shd w:fill="548235" w:val="clear" w:color="auto"/>
          <w:color w:val="FFFFFF"/>
        </w:rPr>
        <w:t xml:space="preserve">then I will act with hostility toward you</w:t>
      </w:r>
      <w:r>
        <w:rPr>
          <w:b w:val="false"/>
          <w:i w:val="false"/>
          <w:color w:val="FFFFFF"/>
          <w:u w:val="none"/>
          <w:shd w:val="clear" w:color="auto" w:fill="548235"/>
        </w:rPr>
        <w:t xml:space="preserve"> [1HVJ]</w:t>
      </w:r>
      <w:r>
        <w:rPr>
          <w:u w:val="none"/>
          <w:shd w:val="clear" w:color="auto" w:fill="548235"/>
          <w:color w:val="FFFFFF"/>
        </w:rPr>
        <w:t xml:space="preserve">, and </w:t>
      </w:r>
      <w:r>
        <w:rPr>
          <w:u w:val="none"/>
          <w:shd w:fill="B7DDE8" w:val="clear"/>
        </w:rPr>
        <w:t xml:space="preserve">I will strike </w:t>
      </w:r>
      <w:r>
        <w:rPr>
          <w:u w:val="none"/>
          <w:shd w:fill="B7DDE8" w:val="clear"/>
        </w:rPr>
        <w:t xml:space="preserve">you sevenfold for your sins</w:t>
      </w:r>
      <w:r>
        <w:rPr>
          <w:b w:val="false"/>
          <w:i w:val="false"/>
          <w:u w:val="none"/>
          <w:color w:val="000000"/>
        </w:rPr>
        <w:t xml:space="preserve"> [1HVK]</w:t>
      </w:r>
      <w:r>
        <w:rPr>
          <w:u w:val="none"/>
        </w:rPr>
        <w:t xml:space="preserve">.</w:t>
      </w:r>
    </w:p>
    <w:p>
      <w:pPr>
        <w:pStyle w:val="Yellow"/>
        <w:rPr/>
      </w:pPr>
      <w:r>
        <w:rPr>
          <w:b/>
          <w:u w:val="none"/>
        </w:rPr>
        <w:t>Leviticus 26:27–28</w:t>
      </w:r>
      <w:r>
        <w:rPr>
          <w:u w:val="none"/>
        </w:rPr>
        <w:t xml:space="preserve"> — But </w:t>
      </w:r>
      <w:r>
        <w:rPr>
          <w:u w:val="none"/>
          <w:shd w:val="clear" w:fill="B7DDE8"/>
        </w:rPr>
        <w:t>if in spite of all this you do not obey Me, but continue to walk in hostility toward Me</w:t>
      </w:r>
      <w:r>
        <w:rPr>
          <w:b w:val="false"/>
          <w:i w:val="false"/>
          <w:color w:val="000000"/>
          <w:u w:val="none"/>
        </w:rPr>
        <w:t xml:space="preserve"> [1FMQ]</w:t>
      </w:r>
      <w:r>
        <w:rPr>
          <w:u w:val="none"/>
        </w:rPr>
        <w:t xml:space="preserve">, then </w:t>
      </w:r>
      <w:r>
        <w:rPr>
          <w:u w:val="none"/>
          <w:shd w:val="clear" w:fill="B7DDE8"/>
        </w:rPr>
        <w:t>I will walk in fury against you</w:t>
      </w:r>
      <w:r>
        <w:rPr>
          <w:b w:val="false"/>
          <w:i w:val="false"/>
          <w:color w:val="000000"/>
          <w:u w:val="none"/>
        </w:rPr>
        <w:t xml:space="preserve"> [1FMR]</w:t>
      </w:r>
      <w:r>
        <w:rPr>
          <w:u w:val="none"/>
        </w:rPr>
        <w:t xml:space="preserve">, and </w:t>
      </w:r>
      <w:r>
        <w:rPr>
          <w:u w:val="none"/>
          <w:shd w:val="clear" w:fill="B7DDE8"/>
        </w:rPr>
        <w:t>I, even I, will punish you sevenfold for your sins</w:t>
      </w:r>
      <w:r>
        <w:rPr>
          <w:b w:val="false"/>
          <w:i w:val="false"/>
          <w:color w:val="000000"/>
          <w:u w:val="none"/>
        </w:rPr>
        <w:t xml:space="preserve"> [2FMS]</w:t>
      </w:r>
      <w:r>
        <w:rPr>
          <w:u w:val="none"/>
        </w:rPr>
        <w:t>.</w:t>
      </w:r>
    </w:p>
    <w:p>
      <w:pPr>
        <w:pStyle w:val="Yellow"/>
        <w:rPr/>
      </w:pPr>
      <w:r>
        <w:rPr/>
        <w:t xml:space="preserve">(Le26:27 still disobey and remain hostile) </w:t>
      </w:r>
      <w:r>
        <w:rPr>
          <w:b/>
        </w:rPr>
        <w:t xml:space="preserve">Leviticus 26:29</w:t>
      </w:r>
      <w:r>
        <w:rPr/>
        <w:t xml:space="preserve"> — </w:t>
      </w:r>
      <w:r>
        <w:rPr>
          <w:shd w:fill="B7DDE8" w:val="clear"/>
        </w:rPr>
        <w:t xml:space="preserve">You will eat the flesh of your own sons and daughters</w:t>
      </w:r>
      <w:r>
        <w:rPr>
          <w:b w:val="false"/>
          <w:i w:val="false"/>
          <w:color w:val="000000"/>
          <w:u w:val="none"/>
        </w:rPr>
        <w:t xml:space="preserve"> [1IEU]</w:t>
      </w:r>
      <w:r>
        <w:rPr/>
        <w:t xml:space="preserve">.</w:t>
      </w:r>
    </w:p>
    <w:p>
      <w:pPr>
        <w:pStyle w:val="Yellow"/>
        <w:rPr/>
      </w:pPr>
      <w:r>
        <w:rPr/>
        <w:t xml:space="preserve">(Le26:27 still disobey and remain hostile) </w:t>
      </w:r>
      <w:r>
        <w:rPr>
          <w:b/>
        </w:rPr>
        <w:t xml:space="preserve">Leviticus 26:30</w:t>
      </w:r>
      <w:r>
        <w:rPr/>
        <w:t xml:space="preserve"> — </w:t>
      </w:r>
      <w:r>
        <w:rPr>
          <w:shd w:fill="B7DDE8" w:val="clear"/>
        </w:rPr>
        <w:t xml:space="preserve">I will destroy your high places, cut down your incense altars, and heap your lifeless bodies on the lifeless remains of your idols</w:t>
      </w:r>
      <w:r>
        <w:rPr>
          <w:b w:val="false"/>
          <w:i w:val="false"/>
          <w:color w:val="000000"/>
          <w:u w:val="none"/>
        </w:rPr>
        <w:t xml:space="preserve"> [1IAY]</w:t>
      </w:r>
      <w:r>
        <w:rPr>
          <w:b w:val="false"/>
          <w:i w:val="false"/>
          <w:color w:val="000000"/>
          <w:u w:val="none"/>
        </w:rPr>
        <w:t xml:space="preserve"> [1IAZ]</w:t>
      </w:r>
      <w:r>
        <w:rPr>
          <w:b w:val="false"/>
          <w:i w:val="false"/>
          <w:color w:val="000000"/>
          <w:u w:val="none"/>
        </w:rPr>
        <w:t xml:space="preserve"> [1IBA]</w:t>
      </w:r>
      <w:r>
        <w:rPr/>
        <w:t xml:space="preserve">; and </w:t>
      </w:r>
      <w:r>
        <w:rPr>
          <w:shd w:fill="B7DDE8" w:val="clear"/>
        </w:rPr>
        <w:t xml:space="preserve">My soul will despise you</w:t>
      </w:r>
      <w:r>
        <w:rPr>
          <w:b w:val="false"/>
          <w:i w:val="false"/>
          <w:color w:val="000000"/>
          <w:u w:val="none"/>
        </w:rPr>
        <w:t xml:space="preserve"> [1IBB]</w:t>
      </w:r>
      <w:r>
        <w:rPr/>
        <w:t xml:space="preserve">.</w:t>
      </w:r>
    </w:p>
    <w:p>
      <w:pPr>
        <w:pStyle w:val="Yellow"/>
        <w:rPr/>
      </w:pPr>
      <w:r>
        <w:rPr/>
        <w:t xml:space="preserve">(Le26:27 still disobey and remain hostile) </w:t>
      </w:r>
      <w:r>
        <w:rPr>
          <w:b/>
        </w:rPr>
        <w:t xml:space="preserve">Leviticus 26:31</w:t>
      </w:r>
      <w:r>
        <w:rPr/>
        <w:t xml:space="preserve"> — </w:t>
      </w:r>
      <w:r>
        <w:rPr>
          <w:shd w:fill="B7DDE8" w:val="clear"/>
        </w:rPr>
        <w:t xml:space="preserve">I will reduce your cities to rubble</w:t>
      </w:r>
      <w:r>
        <w:rPr>
          <w:b w:val="false"/>
          <w:i w:val="false"/>
          <w:color w:val="000000"/>
          <w:u w:val="none"/>
        </w:rPr>
        <w:t xml:space="preserve"> [1LRB]</w:t>
      </w:r>
      <w:r>
        <w:rPr/>
        <w:t xml:space="preserve"> and </w:t>
      </w:r>
      <w:r>
        <w:rPr>
          <w:shd w:fill="B7DDE8" w:val="clear"/>
        </w:rPr>
        <w:t xml:space="preserve">lay waste your sanctuaries</w:t>
      </w:r>
      <w:r>
        <w:rPr>
          <w:b w:val="false"/>
          <w:i w:val="false"/>
          <w:color w:val="000000"/>
          <w:u w:val="none"/>
        </w:rPr>
        <w:t xml:space="preserve"> [1LRC]</w:t>
      </w:r>
      <w:r>
        <w:rPr/>
        <w:t xml:space="preserve">, and </w:t>
      </w:r>
      <w:r>
        <w:rPr>
          <w:shd w:fill="B7DDE8" w:val="clear"/>
        </w:rPr>
        <w:t xml:space="preserve">I will refuse to smell the pleasing aroma of your sacrifices</w:t>
      </w:r>
      <w:r>
        <w:rPr>
          <w:b w:val="false"/>
          <w:i w:val="false"/>
          <w:color w:val="000000"/>
          <w:u w:val="none"/>
        </w:rPr>
        <w:t xml:space="preserve"> [1LRD]</w:t>
      </w:r>
      <w:r>
        <w:rPr/>
        <w:t xml:space="preserve">.</w:t>
      </w:r>
    </w:p>
    <w:p>
      <w:pPr>
        <w:pStyle w:val="Yellow"/>
        <w:rPr/>
      </w:pPr>
      <w:r>
        <w:rPr/>
        <w:t xml:space="preserve">(Le26:27 still disobey and remain hostile) </w:t>
      </w:r>
      <w:r>
        <w:rPr>
          <w:b/>
        </w:rPr>
        <w:t xml:space="preserve">Leviticus 26:33</w:t>
      </w:r>
      <w:r>
        <w:rPr/>
        <w:t xml:space="preserve"> — But </w:t>
      </w:r>
      <w:r>
        <w:rPr>
          <w:shd w:fill="B7DDE8" w:val="clear"/>
        </w:rPr>
        <w:t xml:space="preserve">I will scatter you among the nations</w:t>
      </w:r>
      <w:r>
        <w:rPr>
          <w:b w:val="false"/>
          <w:i w:val="false"/>
          <w:color w:val="000000"/>
          <w:u w:val="none"/>
        </w:rPr>
        <w:t xml:space="preserve"> [1KCA]</w:t>
      </w:r>
      <w:r>
        <w:rPr/>
        <w:t xml:space="preserve"> and </w:t>
      </w:r>
      <w:r>
        <w:rPr>
          <w:shd w:fill="B7DDE8" w:val="clear"/>
        </w:rPr>
        <w:t xml:space="preserve">will draw out a sword after you</w:t>
      </w:r>
      <w:r>
        <w:rPr>
          <w:b w:val="false"/>
          <w:i w:val="false"/>
          <w:color w:val="000000"/>
          <w:u w:val="none"/>
        </w:rPr>
        <w:t xml:space="preserve"> [1KCB]</w:t>
      </w:r>
      <w:r>
        <w:rPr/>
        <w:t xml:space="preserve"> as </w:t>
      </w:r>
      <w:r>
        <w:rPr>
          <w:shd w:fill="B7DDE8" w:val="clear"/>
        </w:rPr>
        <w:t xml:space="preserve">your land becomes desolate</w:t>
      </w:r>
      <w:r>
        <w:rPr>
          <w:b w:val="false"/>
          <w:i w:val="false"/>
          <w:color w:val="000000"/>
          <w:u w:val="none"/>
        </w:rPr>
        <w:t xml:space="preserve"> [1KCC]</w:t>
      </w:r>
      <w:r>
        <w:rPr/>
        <w:t xml:space="preserve"> and </w:t>
      </w:r>
      <w:r>
        <w:rPr>
          <w:shd w:fill="B7DDE8" w:val="clear"/>
        </w:rPr>
        <w:t xml:space="preserve">your cities are laid waste</w:t>
      </w:r>
      <w:r>
        <w:rPr>
          <w:b w:val="false"/>
          <w:i w:val="false"/>
          <w:color w:val="000000"/>
          <w:u w:val="none"/>
        </w:rPr>
        <w:t xml:space="preserve"> [1KCD]</w:t>
      </w:r>
      <w:r>
        <w:rPr/>
        <w:t xml:space="preserve">.</w:t>
      </w:r>
    </w:p>
    <w:p>
      <w:pPr>
        <w:pStyle w:val="Yellow"/>
        <w:rPr/>
      </w:pPr>
      <w:r>
        <w:rPr/>
        <w:t xml:space="preserve">(Le26:27 still disobey and remain hostile) </w:t>
      </w:r>
      <w:r>
        <w:rPr>
          <w:b/>
        </w:rPr>
        <w:t>Leviticus 26:36</w:t>
      </w:r>
      <w:r>
        <w:rPr/>
        <w:t xml:space="preserve"> — As for those of you who survive, </w:t>
      </w:r>
      <w:r>
        <w:rPr>
          <w:shd w:val="clear" w:fill="B7DDE8"/>
        </w:rPr>
        <w:t>I will send a faintness into their hearts in the lands of their enemies</w:t>
      </w:r>
      <w:r>
        <w:rPr>
          <w:b w:val="false"/>
          <w:i w:val="false"/>
          <w:color w:val="000000"/>
          <w:u w:val="none"/>
        </w:rPr>
        <w:t xml:space="preserve"> [1DSR]</w:t>
      </w:r>
      <w:r>
        <w:rPr/>
        <w:t xml:space="preserve">, so that </w:t>
      </w:r>
      <w:r>
        <w:rPr>
          <w:shd w:val="clear" w:fill="B7DDE8"/>
        </w:rPr>
        <w:t>even the sound of a windblown leaf will put them to flight</w:t>
      </w:r>
      <w:r>
        <w:rPr>
          <w:b w:val="false"/>
          <w:i w:val="false"/>
          <w:color w:val="000000"/>
          <w:u w:val="none"/>
        </w:rPr>
        <w:t xml:space="preserve"> [1DSS]</w:t>
      </w:r>
      <w:r>
        <w:rPr/>
        <w:t xml:space="preserve">. And </w:t>
      </w:r>
      <w:r>
        <w:rPr>
          <w:shd w:val="clear" w:fill="B7DDE8"/>
        </w:rPr>
        <w:t>they will flee as one flees the sword</w:t>
      </w:r>
      <w:r>
        <w:rPr>
          <w:b w:val="false"/>
          <w:i w:val="false"/>
          <w:color w:val="000000"/>
          <w:u w:val="none"/>
        </w:rPr>
        <w:t xml:space="preserve"> [1DST]</w:t>
      </w:r>
      <w:r>
        <w:rPr/>
        <w:t xml:space="preserve">, and </w:t>
      </w:r>
      <w:r>
        <w:rPr>
          <w:shd w:val="clear" w:fill="B7DDE8"/>
        </w:rPr>
        <w:t>fall when no one pursues them</w:t>
      </w:r>
      <w:r>
        <w:rPr>
          <w:b w:val="false"/>
          <w:i w:val="false"/>
          <w:color w:val="000000"/>
          <w:u w:val="none"/>
        </w:rPr>
        <w:t xml:space="preserve"> [1DSU]</w:t>
      </w:r>
      <w:r>
        <w:rPr/>
        <w:t>.</w:t>
      </w:r>
    </w:p>
    <w:p>
      <w:pPr>
        <w:pStyle w:val="Yellow"/>
        <w:rPr/>
      </w:pPr>
      <w:r>
        <w:rPr/>
        <w:t xml:space="preserve">(Le26:27 still disobey and remain hostile) </w:t>
      </w:r>
      <w:r>
        <w:rPr>
          <w:b/>
        </w:rPr>
        <w:t xml:space="preserve">Leviticus 26:39</w:t>
      </w:r>
      <w:r>
        <w:rPr/>
        <w:t xml:space="preserve"> — </w:t>
      </w:r>
      <w:r>
        <w:rPr>
          <w:shd w:fill="B7DDE8" w:val="clear"/>
        </w:rPr>
        <w:t xml:space="preserve">Those of you who survive in the lands of your enemies will waste away in their iniquity</w:t>
      </w:r>
      <w:r>
        <w:rPr>
          <w:b w:val="false"/>
          <w:i w:val="false"/>
          <w:color w:val="000000"/>
          <w:u w:val="none"/>
        </w:rPr>
        <w:t xml:space="preserve"> [1HTZ]</w:t>
      </w:r>
      <w:r>
        <w:rPr/>
        <w:t xml:space="preserve"> and </w:t>
      </w:r>
      <w:r>
        <w:rPr>
          <w:shd w:fill="B7DDE8" w:val="clear"/>
        </w:rPr>
        <w:t xml:space="preserve">will decay in the sins of their fathers</w:t>
      </w:r>
      <w:r>
        <w:rPr>
          <w:b w:val="false"/>
          <w:i w:val="false"/>
          <w:color w:val="000000"/>
          <w:u w:val="none"/>
        </w:rPr>
        <w:t xml:space="preserve"> [1HUA]</w:t>
      </w:r>
      <w:r>
        <w:rPr/>
        <w:t xml:space="preserve">.</w:t>
      </w:r>
    </w:p>
    <w:p>
      <w:pPr>
        <w:pStyle w:val="Yellow"/>
        <w:rPr/>
      </w:pPr>
      <w:r>
        <w:rPr/>
        <w:t xml:space="preserve">(Nu14:27ᶜ “this wicked congregation grumble against Me”) </w:t>
      </w:r>
      <w:r>
        <w:rPr>
          <w:b/>
        </w:rPr>
        <w:t xml:space="preserve">Numbers 14:34</w:t>
      </w:r>
      <w:r>
        <w:rPr/>
        <w:t xml:space="preserve"> — </w:t>
      </w:r>
      <w:r>
        <w:rPr>
          <w:shd w:fill="B7DDE8" w:val="clear"/>
        </w:rPr>
        <w:t xml:space="preserve">In keeping with the forty days you spied out the land, you shall bear your guilt forty years—a year for each day</w:t>
      </w:r>
      <w:r>
        <w:rPr>
          <w:b w:val="false"/>
          <w:i w:val="false"/>
          <w:color w:val="000000"/>
          <w:u w:val="none"/>
        </w:rPr>
        <w:t xml:space="preserve"> [1KXG]</w:t>
      </w:r>
      <w:r>
        <w:rPr/>
        <w:t xml:space="preserve">—and </w:t>
      </w:r>
      <w:r>
        <w:rPr>
          <w:shd w:fill="F4B183" w:val="clear" w:color="auto"/>
          <w:color w:val="000000"/>
        </w:rPr>
        <w:t xml:space="preserve">you will experience My alienation</w:t>
      </w:r>
      <w:r>
        <w:rPr>
          <w:b w:val="false"/>
          <w:i w:val="false"/>
          <w:color w:val="000000"/>
          <w:u w:val="none"/>
          <w:shd w:val="clear" w:color="auto" w:fill="F4B183"/>
        </w:rPr>
        <w:t xml:space="preserve"> [1KXH]</w:t>
      </w:r>
      <w:r>
        <w:rPr/>
        <w:t xml:space="preserve">.</w:t>
      </w:r>
    </w:p>
    <w:p>
      <w:pPr>
        <w:pStyle w:val="Yellow"/>
        <w:rPr/>
      </w:pPr>
      <w:r>
        <w:rPr>
          <w:b/>
          <w:highlight w:val="cyan"/>
          <w:u w:val="none"/>
        </w:rPr>
        <w:t>Deuteronomy 5:11</w:t>
      </w:r>
      <w:r>
        <w:rPr>
          <w:highlight w:val="cyan"/>
          <w:u w:val="none"/>
        </w:rPr>
        <w:t xml:space="preserve"> — </w:t>
      </w:r>
      <w:r>
        <w:rPr>
          <w:highlight w:val="cyan"/>
          <w:u w:val="none"/>
          <w:shd w:fill="B7DDE8" w:val="clear"/>
        </w:rPr>
        <w:t xml:space="preserve">the LORD </w:t>
      </w:r>
      <w:r>
        <w:rPr>
          <w:u w:val="none"/>
          <w:shd w:fill="B7DDE8" w:val="clear"/>
        </w:rPr>
        <w:t>will not leave anyone unpunished</w:t>
      </w:r>
      <w:r>
        <w:rPr>
          <w:highlight w:val="cyan"/>
          <w:u w:val="none"/>
          <w:shd w:fill="B7DDE8" w:val="clear"/>
        </w:rPr>
        <w:t xml:space="preserve"> who takes His name in vain</w:t>
      </w:r>
      <w:r>
        <w:rPr>
          <w:b w:val="false"/>
          <w:i w:val="false"/>
          <w:color w:val="000000"/>
          <w:u w:val="none"/>
        </w:rPr>
        <w:t xml:space="preserve"> [2LXF]</w:t>
      </w:r>
      <w:r>
        <w:rPr>
          <w:highlight w:val="cyan"/>
          <w:u w:val="none"/>
        </w:rPr>
        <w:t>.</w:t>
      </w:r>
    </w:p>
    <w:p>
      <w:pPr>
        <w:pStyle w:val="Yellow"/>
        <w:rPr/>
      </w:pPr>
      <w:r>
        <w:rPr>
          <w:b/>
        </w:rPr>
        <w:t>Deuteronomy 8:20</w:t>
      </w:r>
      <w:r>
        <w:rPr/>
        <w:t xml:space="preserve"> — </w:t>
      </w:r>
      <w:r>
        <w:rPr>
          <w:shd w:val="clear" w:fill="B7DDE8"/>
        </w:rPr>
        <w:t>Like the nations that the LORD has destroyed before you, so you will perish if you do not obey the LORD your God</w:t>
      </w:r>
      <w:r>
        <w:rPr>
          <w:b w:val="false"/>
          <w:i w:val="false"/>
          <w:color w:val="000000"/>
          <w:u w:val="none"/>
        </w:rPr>
        <w:t xml:space="preserve"> [1FME]</w:t>
      </w:r>
      <w:r>
        <w:rPr/>
        <w:t>.</w:t>
      </w:r>
    </w:p>
    <w:p>
      <w:pPr>
        <w:pStyle w:val="Yellow"/>
        <w:rPr/>
      </w:pPr>
      <w:r>
        <w:rPr>
          <w:b/>
        </w:rPr>
        <w:t>Deuteronomy 11:26–28</w:t>
      </w:r>
      <w:r>
        <w:rPr/>
        <w:t xml:space="preserve"> — See, </w:t>
      </w:r>
      <w:r>
        <w:rPr>
          <w:shd w:val="clear" w:fill="B7DDE8"/>
        </w:rPr>
        <w:t>today I am setting before you a blessing and a curse</w:t>
      </w:r>
      <w:r>
        <w:rPr>
          <w:b w:val="false"/>
          <w:i w:val="false"/>
          <w:color w:val="000000"/>
          <w:u w:val="none"/>
        </w:rPr>
        <w:t xml:space="preserve"> [1FLJ]</w:t>
      </w:r>
      <w:r>
        <w:rPr/>
        <w:t>—</w:t>
      </w:r>
      <w:r>
        <w:rPr>
          <w:shd w:val="clear" w:fill="B7DDE8"/>
        </w:rPr>
        <w:t>a blessing if you obey the commandments of the LORD your God that I am giving you today</w:t>
      </w:r>
      <w:r>
        <w:rPr>
          <w:b w:val="false"/>
          <w:i w:val="false"/>
          <w:color w:val="000000"/>
          <w:u w:val="none"/>
        </w:rPr>
        <w:t xml:space="preserve"> [1FLK]</w:t>
      </w:r>
      <w:r>
        <w:rPr/>
        <w:t xml:space="preserve">, but </w:t>
      </w:r>
      <w:r>
        <w:rPr>
          <w:shd w:val="clear" w:fill="B7DDE8"/>
        </w:rPr>
        <w:t>a curse if you disobey the commandments of the LORD your God and turn aside from the path I command you today by following other gods, which you have not known</w:t>
      </w:r>
      <w:r>
        <w:rPr>
          <w:b w:val="false"/>
          <w:i w:val="false"/>
          <w:color w:val="000000"/>
          <w:u w:val="none"/>
        </w:rPr>
        <w:t xml:space="preserve"> [1FLL]</w:t>
      </w:r>
      <w:r>
        <w:rPr/>
        <w:t>.</w:t>
      </w:r>
    </w:p>
    <w:p>
      <w:pPr>
        <w:pStyle w:val="Yellow"/>
        <w:rPr/>
      </w:pPr>
      <w:r>
        <w:rPr>
          <w:b/>
        </w:rPr>
        <w:t xml:space="preserve">Deuteronomy 27:15</w:t>
      </w:r>
      <w:r>
        <w:rPr/>
        <w:t xml:space="preserve"> — ‘</w:t>
      </w:r>
      <w:r>
        <w:rPr>
          <w:shd w:fill="B7DDE8" w:val="clear"/>
        </w:rPr>
        <w:t xml:space="preserve">Cursed is the man who makes a carved idol or molten image—an abomination to the LORD, the work of the hands of a craftsman—and sets it up in secret</w:t>
      </w:r>
      <w:r>
        <w:rPr>
          <w:b w:val="false"/>
          <w:i w:val="false"/>
          <w:color w:val="000000"/>
          <w:u w:val="none"/>
        </w:rPr>
        <w:t xml:space="preserve"> [1IAO]</w:t>
      </w:r>
      <w:r>
        <w:rPr/>
        <w:t xml:space="preserve">.’</w:t>
      </w:r>
    </w:p>
    <w:p>
      <w:pPr>
        <w:pStyle w:val="Yellow"/>
        <w:rPr/>
      </w:pPr>
      <w:r>
        <w:rPr>
          <w:b/>
        </w:rPr>
        <w:t xml:space="preserve">Deuteronomy 27:16</w:t>
      </w:r>
      <w:r>
        <w:rPr/>
        <w:t xml:space="preserve"> — ‘</w:t>
      </w:r>
      <w:r>
        <w:rPr>
          <w:shd w:fill="B7DDE8" w:val="clear"/>
        </w:rPr>
        <w:t xml:space="preserve">Cursed is he who dishonors his father or mother</w:t>
      </w:r>
      <w:r>
        <w:rPr>
          <w:b w:val="false"/>
          <w:i w:val="false"/>
          <w:color w:val="000000"/>
          <w:u w:val="none"/>
        </w:rPr>
        <w:t xml:space="preserve"> [1JJY]</w:t>
      </w:r>
      <w:r>
        <w:rPr/>
        <w:t xml:space="preserve">.’</w:t>
      </w:r>
    </w:p>
    <w:p>
      <w:pPr>
        <w:pStyle w:val="Yellow"/>
        <w:rPr/>
      </w:pPr>
      <w:r>
        <w:rPr>
          <w:b/>
        </w:rPr>
        <w:t xml:space="preserve">Deuteronomy 27:17</w:t>
      </w:r>
      <w:r>
        <w:rPr/>
        <w:t xml:space="preserve"> — ‘</w:t>
      </w:r>
      <w:r>
        <w:rPr>
          <w:shd w:fill="B7DDE8" w:val="clear"/>
        </w:rPr>
        <w:t xml:space="preserve">Cursed is he who moves his neighbor’s boundary stone</w:t>
      </w:r>
      <w:r>
        <w:rPr>
          <w:b w:val="false"/>
          <w:i w:val="false"/>
          <w:color w:val="000000"/>
          <w:u w:val="none"/>
        </w:rPr>
        <w:t xml:space="preserve"> [1JKN]</w:t>
      </w:r>
      <w:r>
        <w:rPr/>
        <w:t xml:space="preserve">.’</w:t>
      </w:r>
    </w:p>
    <w:p>
      <w:pPr>
        <w:pStyle w:val="Yellow"/>
        <w:rPr/>
      </w:pPr>
      <w:r>
        <w:rPr>
          <w:b/>
        </w:rPr>
        <w:t>Deuteronomy 27:18</w:t>
      </w:r>
      <w:r>
        <w:rPr/>
        <w:t xml:space="preserve"> — ‘</w:t>
      </w:r>
      <w:r>
        <w:rPr>
          <w:shd w:val="clear" w:fill="B7DDE8"/>
        </w:rPr>
        <w:t>Cursed is he who lets a blind man wander in the road</w:t>
      </w:r>
      <w:r>
        <w:rPr>
          <w:b w:val="false"/>
          <w:i w:val="false"/>
          <w:color w:val="000000"/>
          <w:u w:val="none"/>
        </w:rPr>
        <w:t xml:space="preserve"> [1EPB]</w:t>
      </w:r>
      <w:r>
        <w:rPr/>
        <w:t>.’</w:t>
      </w:r>
    </w:p>
    <w:p>
      <w:pPr>
        <w:pStyle w:val="Yellow"/>
        <w:rPr/>
      </w:pPr>
      <w:r>
        <w:rPr>
          <w:b/>
        </w:rPr>
        <w:t xml:space="preserve">Deuteronomy 27:19</w:t>
      </w:r>
      <w:r>
        <w:rPr/>
        <w:t xml:space="preserve"> — ‘</w:t>
      </w:r>
      <w:r>
        <w:rPr>
          <w:shd w:fill="B7DDE8" w:val="clear"/>
        </w:rPr>
        <w:t xml:space="preserve">Cursed is he who withholds justice from the foreigner, the fatherless, or the widow</w:t>
      </w:r>
      <w:r>
        <w:rPr>
          <w:b w:val="false"/>
          <w:i w:val="false"/>
          <w:color w:val="000000"/>
          <w:u w:val="none"/>
        </w:rPr>
        <w:t xml:space="preserve"> [1GVQ]</w:t>
      </w:r>
      <w:r>
        <w:rPr/>
        <w:t xml:space="preserve">.’</w:t>
      </w:r>
    </w:p>
    <w:p>
      <w:pPr>
        <w:pStyle w:val="Yellow"/>
        <w:rPr/>
      </w:pPr>
      <w:r>
        <w:rPr>
          <w:b/>
        </w:rPr>
        <w:t xml:space="preserve">Deuteronomy 27:20</w:t>
      </w:r>
      <w:r>
        <w:rPr/>
        <w:t xml:space="preserve"> — ‘</w:t>
      </w:r>
      <w:r>
        <w:rPr>
          <w:shd w:fill="B7DDE8" w:val="clear"/>
        </w:rPr>
        <w:t xml:space="preserve">Cursed is he who sleeps with his father’s wife, for he has violated his father’s marriage bed</w:t>
      </w:r>
      <w:r>
        <w:rPr>
          <w:b w:val="false"/>
          <w:i w:val="false"/>
          <w:color w:val="000000"/>
          <w:u w:val="none"/>
        </w:rPr>
        <w:t xml:space="preserve"> [1GQS]</w:t>
      </w:r>
      <w:r>
        <w:rPr/>
        <w:t xml:space="preserve">.’</w:t>
      </w:r>
    </w:p>
    <w:p>
      <w:pPr>
        <w:pStyle w:val="Yellow"/>
        <w:rPr/>
      </w:pPr>
      <w:r>
        <w:rPr>
          <w:b/>
        </w:rPr>
        <w:t xml:space="preserve">Deuteronomy 27:21</w:t>
      </w:r>
      <w:r>
        <w:rPr/>
        <w:t xml:space="preserve"> — ‘</w:t>
      </w:r>
      <w:r>
        <w:rPr>
          <w:shd w:fill="B7DDE8" w:val="clear"/>
        </w:rPr>
        <w:t xml:space="preserve">Cursed is he who lies with any animal</w:t>
      </w:r>
      <w:r>
        <w:rPr>
          <w:b w:val="false"/>
          <w:i w:val="false"/>
          <w:color w:val="000000"/>
          <w:u w:val="none"/>
        </w:rPr>
        <w:t xml:space="preserve"> [1JKR]</w:t>
      </w:r>
      <w:r>
        <w:rPr/>
        <w:t xml:space="preserve">.’</w:t>
      </w:r>
    </w:p>
    <w:p>
      <w:pPr>
        <w:pStyle w:val="Yellow"/>
        <w:rPr/>
      </w:pPr>
      <w:r>
        <w:rPr>
          <w:b/>
        </w:rPr>
        <w:t xml:space="preserve">Deuteronomy 27:22</w:t>
      </w:r>
      <w:r>
        <w:rPr/>
        <w:t xml:space="preserve"> — ‘</w:t>
      </w:r>
      <w:r>
        <w:rPr>
          <w:shd w:fill="B7DDE8" w:val="clear"/>
        </w:rPr>
        <w:t xml:space="preserve">Cursed is he who sleeps with his sister, the daughter of his father or the daughter of his mother</w:t>
      </w:r>
      <w:r>
        <w:rPr>
          <w:b w:val="false"/>
          <w:i w:val="false"/>
          <w:color w:val="000000"/>
          <w:u w:val="none"/>
        </w:rPr>
        <w:t xml:space="preserve"> [1JJZ]</w:t>
      </w:r>
      <w:r>
        <w:rPr/>
        <w:t xml:space="preserve">.’</w:t>
      </w:r>
    </w:p>
    <w:p>
      <w:pPr>
        <w:pStyle w:val="Yellow"/>
        <w:rPr/>
      </w:pPr>
      <w:r>
        <w:rPr>
          <w:b/>
        </w:rPr>
        <w:t xml:space="preserve">Deuteronomy 27:23</w:t>
      </w:r>
      <w:r>
        <w:rPr/>
        <w:t xml:space="preserve"> — ‘</w:t>
      </w:r>
      <w:r>
        <w:rPr>
          <w:shd w:fill="B7DDE8" w:val="clear"/>
        </w:rPr>
        <w:t xml:space="preserve">Cursed is he who sleeps with his mother-in-law</w:t>
      </w:r>
      <w:r>
        <w:rPr>
          <w:b w:val="false"/>
          <w:i w:val="false"/>
          <w:color w:val="000000"/>
          <w:u w:val="none"/>
        </w:rPr>
        <w:t xml:space="preserve"> [1JJX]</w:t>
      </w:r>
      <w:r>
        <w:rPr/>
        <w:t xml:space="preserve">.’</w:t>
      </w:r>
    </w:p>
    <w:p>
      <w:pPr>
        <w:pStyle w:val="Yellow"/>
        <w:rPr/>
      </w:pPr>
      <w:r>
        <w:rPr>
          <w:b/>
        </w:rPr>
        <w:t xml:space="preserve">Deuteronomy 27:24</w:t>
      </w:r>
      <w:r>
        <w:rPr/>
        <w:t xml:space="preserve"> — ‘</w:t>
      </w:r>
      <w:r>
        <w:rPr>
          <w:shd w:fill="B7DDE8" w:val="clear"/>
        </w:rPr>
        <w:t xml:space="preserve">Cursed is he who strikes down his neighbor in secret</w:t>
      </w:r>
      <w:r>
        <w:rPr>
          <w:b w:val="false"/>
          <w:i w:val="false"/>
          <w:color w:val="000000"/>
          <w:u w:val="none"/>
        </w:rPr>
        <w:t xml:space="preserve"> [1JKO]</w:t>
      </w:r>
      <w:r>
        <w:rPr/>
        <w:t xml:space="preserve">.’</w:t>
      </w:r>
    </w:p>
    <w:p>
      <w:pPr>
        <w:pStyle w:val="Yellow"/>
        <w:rPr/>
      </w:pPr>
      <w:r>
        <w:rPr>
          <w:b/>
        </w:rPr>
        <w:t xml:space="preserve">Deuteronomy 27:25</w:t>
      </w:r>
      <w:r>
        <w:rPr/>
        <w:t xml:space="preserve"> — ‘</w:t>
      </w:r>
      <w:r>
        <w:rPr>
          <w:shd w:fill="B7DDE8" w:val="clear"/>
        </w:rPr>
        <w:t xml:space="preserve">Cursed is he who accepts a bribe to kill an innocent person</w:t>
      </w:r>
      <w:r>
        <w:rPr>
          <w:b w:val="false"/>
          <w:i w:val="false"/>
          <w:color w:val="000000"/>
          <w:u w:val="none"/>
        </w:rPr>
        <w:t xml:space="preserve"> [1JKP]</w:t>
      </w:r>
      <w:r>
        <w:rPr/>
        <w:t xml:space="preserve">.’</w:t>
      </w:r>
    </w:p>
    <w:p>
      <w:pPr>
        <w:pStyle w:val="Yellow"/>
        <w:rPr/>
      </w:pPr>
      <w:r>
        <w:rPr>
          <w:b/>
        </w:rPr>
        <w:t xml:space="preserve">Deuteronomy 27:26</w:t>
      </w:r>
      <w:r>
        <w:rPr/>
        <w:t xml:space="preserve"> — ‘</w:t>
      </w:r>
      <w:r>
        <w:rPr>
          <w:shd w:fill="B7DDE8" w:val="clear"/>
        </w:rPr>
        <w:t xml:space="preserve">Cursed is he who does not put the words of this law into practice</w:t>
      </w:r>
      <w:r>
        <w:rPr>
          <w:b w:val="false"/>
          <w:i w:val="false"/>
          <w:color w:val="000000"/>
          <w:u w:val="none"/>
        </w:rPr>
        <w:t xml:space="preserve"> [1JKE]</w:t>
      </w:r>
      <w:r>
        <w:rPr/>
        <w:t xml:space="preserve">.’</w:t>
      </w:r>
    </w:p>
    <w:p>
      <w:pPr>
        <w:pStyle w:val="Yellow"/>
        <w:rPr/>
      </w:pPr>
      <w:r>
        <w:rPr/>
        <w:t xml:space="preserve">(De28:15 If you disobey God’s commandments) </w:t>
      </w:r>
      <w:r>
        <w:rPr>
          <w:b/>
        </w:rPr>
        <w:t xml:space="preserve">Deuteronomy 28:18</w:t>
      </w:r>
      <w:r>
        <w:rPr/>
        <w:t xml:space="preserve"> — </w:t>
      </w:r>
      <w:r>
        <w:rPr>
          <w:shd w:fill="B7DDE8" w:val="clear"/>
        </w:rPr>
        <w:t xml:space="preserve">The fruit of your womb will be cursed, as well as the produce of your land, the calves of your herds, and the lambs of your flocks</w:t>
      </w:r>
      <w:r>
        <w:rPr>
          <w:b w:val="false"/>
          <w:i w:val="false"/>
          <w:color w:val="000000"/>
          <w:u w:val="none"/>
        </w:rPr>
        <w:t xml:space="preserve"> [1JCO]</w:t>
      </w:r>
      <w:r>
        <w:rPr/>
        <w:t xml:space="preserve">.</w:t>
      </w:r>
    </w:p>
    <w:p>
      <w:pPr>
        <w:pStyle w:val="Yellow"/>
        <w:rPr/>
      </w:pPr>
      <w:r>
        <w:rPr>
          <w:shd w:val="clear" w:color="auto" w:fill="F4B183"/>
          <w:color w:val="000000"/>
        </w:rPr>
        <w:t xml:space="preserve">(De28:15 If you disobey God’s commandments) </w:t>
      </w:r>
      <w:r>
        <w:rPr>
          <w:b/>
          <w:shd w:val="clear" w:color="auto" w:fill="F4B183"/>
          <w:color w:val="000000"/>
        </w:rPr>
        <w:t xml:space="preserve">Deuteronomy 28:19</w:t>
      </w:r>
      <w:r>
        <w:rPr>
          <w:shd w:val="clear" w:color="auto" w:fill="F4B183"/>
          <w:color w:val="000000"/>
        </w:rPr>
        <w:t xml:space="preserve"> — </w:t>
      </w:r>
      <w:r>
        <w:rPr>
          <w:shd w:fill="F4B183" w:val="clear" w:color="auto"/>
          <w:color w:val="000000"/>
        </w:rPr>
        <w:t xml:space="preserve">You will be cursed when you come in and cursed when you go out</w:t>
      </w:r>
      <w:r>
        <w:rPr>
          <w:b w:val="false"/>
          <w:i w:val="false"/>
          <w:color w:val="000000"/>
          <w:u w:val="none"/>
          <w:shd w:val="clear" w:color="auto" w:fill="F4B183"/>
        </w:rPr>
        <w:t xml:space="preserve"> [1JKQ]</w:t>
      </w:r>
      <w:r>
        <w:rPr>
          <w:shd w:val="clear" w:color="auto" w:fill="F4B183"/>
          <w:color w:val="000000"/>
        </w:rPr>
        <w:t xml:space="preserve">.</w:t>
      </w:r>
    </w:p>
    <w:p>
      <w:pPr>
        <w:pStyle w:val="Yellow"/>
        <w:rPr/>
      </w:pPr>
      <w:r>
        <w:rPr>
          <w:b/>
        </w:rPr>
        <w:t xml:space="preserve">Deuteronomy 28:20</w:t>
      </w:r>
      <w:r>
        <w:rPr/>
        <w:t xml:space="preserve"> — </w:t>
      </w:r>
      <w:r>
        <w:rPr>
          <w:shd w:fill="B7DDE8" w:val="clear"/>
        </w:rPr>
        <w:t xml:space="preserve">The LORD will send curses upon you, confusion and reproof in all to which you put your hand</w:t>
      </w:r>
      <w:r>
        <w:rPr>
          <w:b w:val="false"/>
          <w:i w:val="false"/>
          <w:color w:val="000000"/>
          <w:u w:val="none"/>
        </w:rPr>
        <w:t xml:space="preserve"> [1JUD]</w:t>
      </w:r>
      <w:r>
        <w:rPr/>
        <w:t xml:space="preserve">, </w:t>
      </w:r>
      <w:r>
        <w:rPr>
          <w:shd w:fill="B7DDE8" w:val="clear"/>
        </w:rPr>
        <w:t xml:space="preserve">until you are destroyed and quickly perish because of the wickedness you have committed in forsaking Him</w:t>
      </w:r>
      <w:r>
        <w:rPr>
          <w:b w:val="false"/>
          <w:i w:val="false"/>
          <w:color w:val="000000"/>
          <w:u w:val="none"/>
        </w:rPr>
        <w:t xml:space="preserve"> [1JUE]</w:t>
      </w:r>
      <w:r>
        <w:rPr/>
        <w:t xml:space="preserve">.</w:t>
      </w:r>
    </w:p>
    <w:p>
      <w:pPr>
        <w:pStyle w:val="Yellow"/>
        <w:rPr/>
      </w:pPr>
      <w:r>
        <w:rPr/>
        <w:t xml:space="preserve">(De28:15 If you disobey God’s commandments) </w:t>
      </w:r>
      <w:r>
        <w:rPr>
          <w:b/>
        </w:rPr>
        <w:t xml:space="preserve">Deuteronomy 28:21</w:t>
      </w:r>
      <w:r>
        <w:rPr/>
        <w:t xml:space="preserve"> — </w:t>
      </w:r>
      <w:r>
        <w:rPr>
          <w:shd w:fill="B7DDE8" w:val="clear"/>
        </w:rPr>
        <w:t xml:space="preserve">The LORD will make the plague cling to you</w:t>
      </w:r>
      <w:r>
        <w:rPr>
          <w:b w:val="false"/>
          <w:i w:val="false"/>
          <w:color w:val="000000"/>
          <w:u w:val="none"/>
        </w:rPr>
        <w:t xml:space="preserve"> [1JCS]</w:t>
      </w:r>
      <w:r>
        <w:rPr>
          <w:shd w:val="clear" w:color="auto" w:fill="548235"/>
          <w:color w:val="FFFFFF"/>
        </w:rPr>
        <w:t xml:space="preserve"> </w:t>
      </w:r>
      <w:r>
        <w:rPr>
          <w:shd w:fill="548235" w:val="clear" w:color="auto"/>
          <w:color w:val="FFFFFF"/>
        </w:rPr>
        <w:t xml:space="preserve">until He has exterminated you from the land that you are entering to possess</w:t>
      </w:r>
      <w:r>
        <w:rPr>
          <w:b w:val="false"/>
          <w:i w:val="false"/>
          <w:color w:val="FFFFFF"/>
          <w:u w:val="none"/>
          <w:shd w:val="clear" w:color="auto" w:fill="548235"/>
        </w:rPr>
        <w:t xml:space="preserve"> [1JCT]</w:t>
      </w:r>
      <w:r>
        <w:rPr>
          <w:shd w:val="clear" w:color="auto" w:fill="548235"/>
          <w:color w:val="FFFFFF"/>
        </w:rPr>
        <w:t xml:space="preserve">.</w:t>
      </w:r>
    </w:p>
    <w:p>
      <w:pPr>
        <w:pStyle w:val="Yellow"/>
        <w:rPr/>
      </w:pPr>
      <w:r>
        <w:rPr/>
        <w:t xml:space="preserve">(De28:15 If you disobey God’s commandments) </w:t>
      </w:r>
      <w:r>
        <w:rPr>
          <w:b/>
        </w:rPr>
        <w:t>Deuteronomy 28:22</w:t>
      </w:r>
      <w:r>
        <w:rPr/>
        <w:t xml:space="preserve"> — </w:t>
      </w:r>
      <w:r>
        <w:rPr>
          <w:shd w:val="clear" w:fill="B7DDE8"/>
        </w:rPr>
        <w:t>The LORD will strike you with wasting disease, with fever and inflammation, with scorching heat and drought, and with blight and mildew</w:t>
      </w:r>
      <w:r>
        <w:rPr>
          <w:b w:val="false"/>
          <w:i w:val="false"/>
          <w:color w:val="000000"/>
          <w:u w:val="none"/>
        </w:rPr>
        <w:t xml:space="preserve"> [1ETY]</w:t>
      </w:r>
      <w:r>
        <w:rPr/>
        <w:t xml:space="preserve">; </w:t>
      </w:r>
      <w:r>
        <w:rPr>
          <w:shd w:val="clear" w:fill="B7DDE8"/>
        </w:rPr>
        <w:t>these will pursue you until you perish</w:t>
      </w:r>
      <w:r>
        <w:rPr>
          <w:b w:val="false"/>
          <w:i w:val="false"/>
          <w:color w:val="000000"/>
          <w:u w:val="none"/>
        </w:rPr>
        <w:t xml:space="preserve"> [1ETZ]</w:t>
      </w:r>
      <w:r>
        <w:rPr/>
        <w:t>.</w:t>
      </w:r>
    </w:p>
    <w:p>
      <w:pPr>
        <w:pStyle w:val="Yellow"/>
        <w:rPr/>
      </w:pPr>
      <w:r>
        <w:rPr/>
        <w:t xml:space="preserve">(De28:15ᶜ If you “do not obey the LORD your God”) </w:t>
      </w:r>
      <w:r>
        <w:rPr>
          <w:b/>
        </w:rPr>
        <w:t>Deuteronomy 28:23</w:t>
      </w:r>
      <w:r>
        <w:rPr/>
        <w:t xml:space="preserve"> — </w:t>
      </w:r>
      <w:r>
        <w:rPr>
          <w:shd w:val="clear" w:fill="B7DDE8"/>
        </w:rPr>
        <w:t>The sky over your head will be bronze, and the earth beneath you iron</w:t>
      </w:r>
      <w:r>
        <w:rPr>
          <w:b w:val="false"/>
          <w:i w:val="false"/>
          <w:color w:val="000000"/>
          <w:u w:val="none"/>
        </w:rPr>
        <w:t xml:space="preserve"> [2MO]</w:t>
      </w:r>
      <w:r>
        <w:rPr/>
        <w:t>.</w:t>
      </w:r>
    </w:p>
    <w:p>
      <w:pPr>
        <w:pStyle w:val="Yellow"/>
        <w:rPr/>
      </w:pPr>
      <w:r>
        <w:rPr/>
        <w:t xml:space="preserve">(De28:15 If you disobey God’s commandments) </w:t>
      </w:r>
      <w:r>
        <w:rPr>
          <w:b/>
        </w:rPr>
        <w:t xml:space="preserve">Deuteronomy 28:24</w:t>
      </w:r>
      <w:r>
        <w:rPr/>
        <w:t xml:space="preserve"> — </w:t>
      </w:r>
      <w:r>
        <w:rPr>
          <w:shd w:fill="B7DDE8" w:val="clear"/>
        </w:rPr>
        <w:t xml:space="preserve">The LORD will turn the rain of your land into dust and powder</w:t>
      </w:r>
      <w:r>
        <w:rPr>
          <w:b w:val="false"/>
          <w:i w:val="false"/>
          <w:color w:val="000000"/>
          <w:u w:val="none"/>
        </w:rPr>
        <w:t xml:space="preserve"> [1JCW]</w:t>
      </w:r>
      <w:r>
        <w:rPr/>
        <w:t xml:space="preserve">; </w:t>
      </w:r>
      <w:r>
        <w:rPr>
          <w:shd w:fill="B7DDE8" w:val="clear"/>
        </w:rPr>
        <w:t xml:space="preserve">it will descend on you from the sky until you are destroyed</w:t>
      </w:r>
      <w:r>
        <w:rPr>
          <w:b w:val="false"/>
          <w:i w:val="false"/>
          <w:color w:val="000000"/>
          <w:u w:val="none"/>
        </w:rPr>
        <w:t xml:space="preserve"> [1JCX]</w:t>
      </w:r>
      <w:r>
        <w:rPr/>
        <w:t xml:space="preserve">.</w:t>
      </w:r>
    </w:p>
    <w:p>
      <w:pPr>
        <w:pStyle w:val="Yellow"/>
        <w:rPr/>
      </w:pPr>
      <w:r>
        <w:rPr/>
        <w:t xml:space="preserve">(De28:15 If you disobey God’s commandments) </w:t>
      </w:r>
      <w:r>
        <w:rPr>
          <w:b/>
        </w:rPr>
        <w:t xml:space="preserve">Deuteronomy 28:25</w:t>
      </w:r>
      <w:r>
        <w:rPr/>
        <w:t xml:space="preserve"> — </w:t>
      </w:r>
      <w:r>
        <w:rPr>
          <w:shd w:fill="B7DDE8" w:val="clear"/>
        </w:rPr>
        <w:t xml:space="preserve">The LORD will cause you to be defeated before your enemies</w:t>
      </w:r>
      <w:r>
        <w:rPr>
          <w:b w:val="false"/>
          <w:i w:val="false"/>
          <w:color w:val="000000"/>
          <w:u w:val="none"/>
        </w:rPr>
        <w:t xml:space="preserve"> [1JZL]</w:t>
      </w:r>
      <w:r>
        <w:rPr/>
        <w:t xml:space="preserve">. </w:t>
      </w:r>
      <w:r>
        <w:rPr>
          <w:shd w:fill="B7DDE8" w:val="clear"/>
        </w:rPr>
        <w:t xml:space="preserve">You will march out against them in one direction but flee from them in seven</w:t>
      </w:r>
      <w:r>
        <w:rPr>
          <w:b w:val="false"/>
          <w:i w:val="false"/>
          <w:color w:val="000000"/>
          <w:u w:val="none"/>
        </w:rPr>
        <w:t xml:space="preserve"> [1JZM]</w:t>
      </w:r>
      <w:r>
        <w:rPr/>
        <w:t xml:space="preserve">. </w:t>
      </w:r>
      <w:r>
        <w:rPr>
          <w:shd w:fill="B7DDE8" w:val="clear"/>
        </w:rPr>
        <w:t xml:space="preserve">You will be an object of horror to all the kingdoms of the earth</w:t>
      </w:r>
      <w:r>
        <w:rPr>
          <w:b w:val="false"/>
          <w:i w:val="false"/>
          <w:color w:val="000000"/>
          <w:u w:val="none"/>
        </w:rPr>
        <w:t xml:space="preserve"> [1JZN]</w:t>
      </w:r>
      <w:r>
        <w:rPr/>
        <w:t xml:space="preserve">.</w:t>
      </w:r>
    </w:p>
    <w:p>
      <w:pPr>
        <w:pStyle w:val="Yellow"/>
        <w:rPr/>
      </w:pPr>
      <w:r>
        <w:rPr/>
        <w:t xml:space="preserve">(De28:15 If you disobey God’s commandments) </w:t>
      </w:r>
      <w:r>
        <w:rPr>
          <w:b/>
        </w:rPr>
        <w:t>Deuteronomy 28:27</w:t>
      </w:r>
      <w:r>
        <w:rPr/>
        <w:t xml:space="preserve"> — </w:t>
      </w:r>
      <w:r>
        <w:rPr>
          <w:shd w:val="clear" w:fill="B7DDE8"/>
        </w:rPr>
        <w:t>The LORD will afflict you with the boils of Egypt, with tumors and scabs and itch from which you cannot be cured</w:t>
      </w:r>
      <w:r>
        <w:rPr>
          <w:b w:val="false"/>
          <w:i w:val="false"/>
          <w:color w:val="000000"/>
          <w:u w:val="none"/>
        </w:rPr>
        <w:t xml:space="preserve"> [1EUP]</w:t>
      </w:r>
      <w:r>
        <w:rPr/>
        <w:t>.</w:t>
      </w:r>
    </w:p>
    <w:p>
      <w:pPr>
        <w:pStyle w:val="Yellow"/>
        <w:rPr/>
      </w:pPr>
      <w:r>
        <w:rPr/>
        <w:t xml:space="preserve">(De28:15 If you disobey God’s commandments) </w:t>
      </w:r>
      <w:r>
        <w:rPr>
          <w:b/>
        </w:rPr>
        <w:t>Deuteronomy 28:28–29</w:t>
      </w:r>
      <w:r>
        <w:rPr/>
        <w:t xml:space="preserve"> — </w:t>
      </w:r>
      <w:r>
        <w:rPr>
          <w:shd w:val="clear" w:fill="B7DDE8"/>
        </w:rPr>
        <w:t>The LORD will afflict you with madness, blindness, and confusion of mind</w:t>
      </w:r>
      <w:r>
        <w:rPr>
          <w:b w:val="false"/>
          <w:i w:val="false"/>
          <w:color w:val="000000"/>
          <w:u w:val="none"/>
        </w:rPr>
        <w:t xml:space="preserve"> [1EUK]</w:t>
      </w:r>
      <w:r>
        <w:rPr/>
        <w:t xml:space="preserve">, and </w:t>
      </w:r>
      <w:r>
        <w:rPr>
          <w:shd w:val="clear" w:fill="B7DDE8"/>
        </w:rPr>
        <w:t>at noon you will grope about like a blind man in the darkness</w:t>
      </w:r>
      <w:r>
        <w:rPr>
          <w:b w:val="false"/>
          <w:i w:val="false"/>
          <w:color w:val="000000"/>
          <w:u w:val="none"/>
        </w:rPr>
        <w:t xml:space="preserve"> [1EUL]</w:t>
      </w:r>
      <w:r>
        <w:rPr/>
        <w:t xml:space="preserve">. </w:t>
      </w:r>
      <w:r>
        <w:rPr>
          <w:shd w:val="clear" w:fill="B7DDE8"/>
        </w:rPr>
        <w:t>You will not prosper in your ways</w:t>
      </w:r>
      <w:r>
        <w:rPr>
          <w:b w:val="false"/>
          <w:i w:val="false"/>
          <w:color w:val="000000"/>
          <w:u w:val="none"/>
        </w:rPr>
        <w:t xml:space="preserve"> [1EUM]</w:t>
      </w:r>
      <w:r>
        <w:rPr/>
        <w:t xml:space="preserve">. </w:t>
      </w:r>
      <w:r>
        <w:rPr>
          <w:shd w:val="clear" w:fill="B7DDE8"/>
        </w:rPr>
        <w:t>Day after day you will be oppressed and plundered</w:t>
      </w:r>
      <w:r>
        <w:rPr>
          <w:b w:val="false"/>
          <w:i w:val="false"/>
          <w:u w:val="none"/>
          <w:color w:val="000000"/>
        </w:rPr>
        <w:t xml:space="preserve"> [1EUN]</w:t>
      </w:r>
      <w:r>
        <w:rPr/>
        <w:t xml:space="preserve">, </w:t>
      </w:r>
      <w:r>
        <w:rPr>
          <w:shd w:val="clear" w:fill="B7DDE8"/>
        </w:rPr>
        <w:t>with no one to save you</w:t>
      </w:r>
      <w:r>
        <w:rPr>
          <w:b w:val="false"/>
          <w:i w:val="false"/>
          <w:color w:val="000000"/>
          <w:u w:val="none"/>
        </w:rPr>
        <w:t xml:space="preserve"> [2BZT]</w:t>
      </w:r>
      <w:r>
        <w:rPr/>
        <w:t>.</w:t>
      </w:r>
    </w:p>
    <w:p>
      <w:pPr>
        <w:pStyle w:val="Yellow"/>
        <w:rPr/>
      </w:pPr>
      <w:r>
        <w:rPr/>
        <w:t xml:space="preserve">(De28:15 If you disobey God’s commandments) </w:t>
      </w:r>
      <w:r>
        <w:rPr>
          <w:b/>
        </w:rPr>
        <w:t xml:space="preserve">Deuteronomy 28:30</w:t>
      </w:r>
      <w:r>
        <w:rPr/>
        <w:t xml:space="preserve"> — </w:t>
      </w:r>
      <w:r>
        <w:rPr>
          <w:shd w:fill="B7DDE8" w:val="clear"/>
        </w:rPr>
        <w:t xml:space="preserve">You will be pledged in marriage to a woman, but another man will violate her</w:t>
      </w:r>
      <w:r>
        <w:rPr>
          <w:b w:val="false"/>
          <w:i w:val="false"/>
          <w:color w:val="000000"/>
          <w:u w:val="none"/>
        </w:rPr>
        <w:t xml:space="preserve"> [1GQY]</w:t>
      </w:r>
      <w:r>
        <w:rPr/>
        <w:t xml:space="preserve">. </w:t>
      </w:r>
      <w:r>
        <w:rPr>
          <w:shd w:fill="B7DDE8" w:val="clear"/>
        </w:rPr>
        <w:t xml:space="preserve">You will build a house but will not live in it</w:t>
      </w:r>
      <w:r>
        <w:rPr>
          <w:b w:val="false"/>
          <w:i w:val="false"/>
          <w:color w:val="000000"/>
          <w:u w:val="none"/>
        </w:rPr>
        <w:t xml:space="preserve"> [1GQZ]</w:t>
      </w:r>
      <w:r>
        <w:rPr/>
        <w:t xml:space="preserve">. </w:t>
      </w:r>
      <w:r>
        <w:rPr>
          <w:shd w:fill="B7DDE8" w:val="clear"/>
        </w:rPr>
        <w:t xml:space="preserve">You will plant a vineyard but will not enjoy its fruit</w:t>
      </w:r>
      <w:r>
        <w:rPr>
          <w:b w:val="false"/>
          <w:i w:val="false"/>
          <w:color w:val="000000"/>
          <w:u w:val="none"/>
        </w:rPr>
        <w:t xml:space="preserve"> [1GRA]</w:t>
      </w:r>
      <w:r>
        <w:rPr/>
        <w:t xml:space="preserve">.</w:t>
      </w:r>
    </w:p>
    <w:p>
      <w:pPr>
        <w:pStyle w:val="Yellow"/>
        <w:rPr/>
      </w:pPr>
      <w:r>
        <w:rPr/>
        <w:t xml:space="preserve">(De28:15 If you disobey God’s commandments) </w:t>
      </w:r>
      <w:r>
        <w:rPr>
          <w:b/>
        </w:rPr>
        <w:t>Deuteronomy 28:31</w:t>
      </w:r>
      <w:r>
        <w:rPr/>
        <w:t xml:space="preserve"> — </w:t>
      </w:r>
      <w:r>
        <w:rPr>
          <w:shd w:val="clear" w:fill="B7DDE8"/>
        </w:rPr>
        <w:t>Your ox will be slaughtered before your eyes</w:t>
      </w:r>
      <w:r>
        <w:rPr>
          <w:b w:val="false"/>
          <w:i w:val="false"/>
          <w:color w:val="000000"/>
          <w:u w:val="none"/>
        </w:rPr>
        <w:t xml:space="preserve"> [1BZO]</w:t>
      </w:r>
      <w:r>
        <w:rPr/>
        <w:t xml:space="preserve">, but </w:t>
      </w:r>
      <w:r>
        <w:rPr>
          <w:shd w:val="clear" w:fill="B7DDE8"/>
        </w:rPr>
        <w:t>you will not eat any of it</w:t>
      </w:r>
      <w:r>
        <w:rPr>
          <w:b w:val="false"/>
          <w:i w:val="false"/>
          <w:color w:val="000000"/>
          <w:u w:val="none"/>
        </w:rPr>
        <w:t xml:space="preserve"> [1BZP]</w:t>
      </w:r>
      <w:r>
        <w:rPr/>
        <w:t xml:space="preserve">. </w:t>
      </w:r>
      <w:r>
        <w:rPr>
          <w:shd w:val="clear" w:fill="B7DDE8"/>
        </w:rPr>
        <w:t>Your donkey will be taken away</w:t>
      </w:r>
      <w:r>
        <w:rPr>
          <w:b w:val="false"/>
          <w:i w:val="false"/>
          <w:color w:val="000000"/>
          <w:u w:val="none"/>
        </w:rPr>
        <w:t xml:space="preserve"> [1BZQ]</w:t>
      </w:r>
      <w:r>
        <w:rPr>
          <w:shd w:val="clear" w:fill="B7DDE8"/>
        </w:rPr>
        <w:t xml:space="preserve"> and not returned to you</w:t>
      </w:r>
      <w:r>
        <w:rPr>
          <w:b w:val="false"/>
          <w:i w:val="false"/>
          <w:color w:val="000000"/>
          <w:u w:val="none"/>
        </w:rPr>
        <w:t xml:space="preserve"> [1BZR]</w:t>
      </w:r>
      <w:r>
        <w:rPr/>
        <w:t xml:space="preserve">. </w:t>
      </w:r>
      <w:r>
        <w:rPr>
          <w:shd w:val="clear" w:fill="B7DDE8"/>
        </w:rPr>
        <w:t>Your flock will be given to your enemies</w:t>
      </w:r>
      <w:r>
        <w:rPr>
          <w:b w:val="false"/>
          <w:i w:val="false"/>
          <w:color w:val="000000"/>
          <w:u w:val="none"/>
        </w:rPr>
        <w:t xml:space="preserve"> [1BZS]</w:t>
      </w:r>
      <w:r>
        <w:rPr/>
        <w:t xml:space="preserve">, and </w:t>
      </w:r>
      <w:r>
        <w:rPr>
          <w:shd w:val="clear" w:fill="B7DDE8"/>
        </w:rPr>
        <w:t>no one will save you</w:t>
      </w:r>
      <w:r>
        <w:rPr>
          <w:b w:val="false"/>
          <w:i w:val="false"/>
          <w:color w:val="000000"/>
          <w:u w:val="none"/>
        </w:rPr>
        <w:t xml:space="preserve"> [2BZT]</w:t>
      </w:r>
      <w:r>
        <w:rPr/>
        <w:t>.</w:t>
      </w:r>
    </w:p>
    <w:p>
      <w:pPr>
        <w:pStyle w:val="Yellow"/>
        <w:rPr/>
      </w:pPr>
      <w:r>
        <w:rPr/>
        <w:t xml:space="preserve">(De28:15 If you disobey God’s commandments) </w:t>
      </w:r>
      <w:r>
        <w:rPr>
          <w:b/>
        </w:rPr>
        <w:t xml:space="preserve">Deuteronomy 28:33</w:t>
      </w:r>
      <w:r>
        <w:rPr/>
        <w:t xml:space="preserve"> — </w:t>
      </w:r>
      <w:r>
        <w:rPr>
          <w:shd w:fill="B7DDE8" w:val="clear"/>
        </w:rPr>
        <w:t xml:space="preserve">A people you do not know will eat the produce of your land and of all your toil</w:t>
      </w:r>
      <w:r>
        <w:rPr>
          <w:b w:val="false"/>
          <w:i w:val="false"/>
          <w:color w:val="000000"/>
          <w:u w:val="none"/>
        </w:rPr>
        <w:t xml:space="preserve"> [1GYP]</w:t>
      </w:r>
      <w:r>
        <w:rPr/>
        <w:t xml:space="preserve">. </w:t>
      </w:r>
      <w:r>
        <w:rPr>
          <w:shd w:fill="B7DDE8" w:val="clear"/>
        </w:rPr>
        <w:t xml:space="preserve">All your days you will be oppressed and crushed</w:t>
      </w:r>
      <w:r>
        <w:rPr>
          <w:b w:val="false"/>
          <w:i w:val="false"/>
          <w:color w:val="000000"/>
          <w:u w:val="none"/>
        </w:rPr>
        <w:t xml:space="preserve"> [1GYQ]</w:t>
      </w:r>
      <w:r>
        <w:rPr/>
        <w:t xml:space="preserve">.</w:t>
      </w:r>
    </w:p>
    <w:p>
      <w:pPr>
        <w:pStyle w:val="Yellow"/>
        <w:rPr/>
      </w:pPr>
      <w:r>
        <w:rPr>
          <w:shd w:val="clear" w:color="auto" w:fill="548235"/>
          <w:color w:val="FFFFFF"/>
        </w:rPr>
        <w:t xml:space="preserve">(De28:15 If you disobey God’s commandments) </w:t>
      </w:r>
      <w:r>
        <w:rPr>
          <w:b/>
          <w:shd w:val="clear" w:color="auto" w:fill="548235"/>
          <w:color w:val="FFFFFF"/>
        </w:rPr>
        <w:t xml:space="preserve">Deuteronomy 28:34</w:t>
      </w:r>
      <w:r>
        <w:rPr>
          <w:shd w:val="clear" w:color="auto" w:fill="548235"/>
          <w:color w:val="FFFFFF"/>
        </w:rPr>
        <w:t xml:space="preserve"> — </w:t>
      </w:r>
      <w:r>
        <w:rPr>
          <w:shd w:fill="548235" w:val="clear" w:color="auto"/>
          <w:color w:val="FFFFFF"/>
        </w:rPr>
        <w:t xml:space="preserve">You will be driven mad by the sights you see</w:t>
      </w:r>
      <w:r>
        <w:rPr>
          <w:b w:val="false"/>
          <w:i w:val="false"/>
          <w:color w:val="FFFFFF"/>
          <w:u w:val="none"/>
          <w:shd w:val="clear" w:color="auto" w:fill="548235"/>
        </w:rPr>
        <w:t xml:space="preserve"> [1LJN]</w:t>
      </w:r>
      <w:r>
        <w:rPr>
          <w:shd w:val="clear" w:color="auto" w:fill="548235"/>
          <w:color w:val="FFFFFF"/>
        </w:rPr>
        <w:t xml:space="preserve">.</w:t>
      </w:r>
    </w:p>
    <w:p>
      <w:pPr>
        <w:pStyle w:val="Yellow"/>
        <w:rPr/>
      </w:pPr>
      <w:r>
        <w:rPr/>
        <w:t xml:space="preserve">(De28:15 If you disobey God’s commandments) </w:t>
      </w:r>
      <w:r>
        <w:rPr>
          <w:b/>
        </w:rPr>
        <w:t xml:space="preserve">Deuteronomy 28:35</w:t>
      </w:r>
      <w:r>
        <w:rPr/>
        <w:t xml:space="preserve"> — </w:t>
      </w:r>
      <w:r>
        <w:rPr>
          <w:shd w:fill="B7DDE8" w:val="clear"/>
        </w:rPr>
        <w:t xml:space="preserve">The LORD will afflict you with painful, incurable boils on your knees and thighs, from the soles of your feet to the top of your head</w:t>
      </w:r>
      <w:r>
        <w:rPr>
          <w:b w:val="false"/>
          <w:i w:val="false"/>
          <w:color w:val="000000"/>
          <w:u w:val="none"/>
        </w:rPr>
        <w:t xml:space="preserve"> [1LNP]</w:t>
      </w:r>
      <w:r>
        <w:rPr/>
        <w:t xml:space="preserve">.</w:t>
      </w:r>
    </w:p>
    <w:p>
      <w:pPr>
        <w:pStyle w:val="Yellow"/>
        <w:rPr/>
      </w:pPr>
      <w:r>
        <w:rPr/>
        <w:t xml:space="preserve">(De28:15 If you disobey God’s commandments) </w:t>
      </w:r>
      <w:r>
        <w:rPr>
          <w:b/>
        </w:rPr>
        <w:t xml:space="preserve">Deuteronomy 28:38</w:t>
      </w:r>
      <w:r>
        <w:rPr/>
        <w:t xml:space="preserve"> — </w:t>
      </w:r>
      <w:r>
        <w:rPr>
          <w:shd w:fill="B7DDE8" w:val="clear"/>
        </w:rPr>
        <w:t xml:space="preserve">You will sow much seed in the field but harvest little</w:t>
      </w:r>
      <w:r>
        <w:rPr>
          <w:b w:val="false"/>
          <w:i w:val="false"/>
          <w:color w:val="000000"/>
          <w:u w:val="none"/>
        </w:rPr>
        <w:t xml:space="preserve"> [1JUL]</w:t>
      </w:r>
      <w:r>
        <w:rPr/>
        <w:t xml:space="preserve">, because </w:t>
      </w:r>
      <w:r>
        <w:rPr>
          <w:shd w:fill="B7DDE8" w:val="clear"/>
        </w:rPr>
        <w:t xml:space="preserve">the locusts will consume it</w:t>
      </w:r>
      <w:r>
        <w:rPr>
          <w:b w:val="false"/>
          <w:i w:val="false"/>
          <w:color w:val="000000"/>
          <w:u w:val="none"/>
        </w:rPr>
        <w:t xml:space="preserve"> [1JUM]</w:t>
      </w:r>
      <w:r>
        <w:rPr/>
        <w:t xml:space="preserve">.</w:t>
      </w:r>
    </w:p>
    <w:p>
      <w:pPr>
        <w:pStyle w:val="Yellow"/>
        <w:rPr/>
      </w:pPr>
      <w:r>
        <w:rPr>
          <w:b/>
        </w:rPr>
        <w:t>Deuteronomy 28:45</w:t>
      </w:r>
      <w:r>
        <w:rPr/>
        <w:t xml:space="preserve"> — </w:t>
      </w:r>
      <w:r>
        <w:rPr>
          <w:shd w:val="clear" w:fill="B7DDE8"/>
        </w:rPr>
        <w:t>All these curses will come upon you</w:t>
      </w:r>
      <w:r>
        <w:rPr>
          <w:b w:val="false"/>
          <w:i w:val="false"/>
          <w:color w:val="000000"/>
          <w:u w:val="none"/>
        </w:rPr>
        <w:t xml:space="preserve"> [1FLQ]</w:t>
      </w:r>
      <w:r>
        <w:rPr/>
        <w:t xml:space="preserve">. </w:t>
      </w:r>
      <w:r>
        <w:rPr>
          <w:shd w:val="clear" w:fill="B7DDE8"/>
        </w:rPr>
        <w:t>They will pursue you and overtake you until you are destroyed</w:t>
      </w:r>
      <w:r>
        <w:rPr>
          <w:b w:val="false"/>
          <w:i w:val="false"/>
          <w:color w:val="000000"/>
          <w:u w:val="none"/>
        </w:rPr>
        <w:t xml:space="preserve"> [1FLR]</w:t>
      </w:r>
      <w:r>
        <w:rPr/>
        <w:t xml:space="preserve">, </w:t>
      </w:r>
      <w:r>
        <w:rPr>
          <w:shd w:val="clear" w:fill="B7DDE8"/>
        </w:rPr>
        <w:t>since you did not obey the LORD your God and keep the commandments and statutes He gave you</w:t>
      </w:r>
      <w:r>
        <w:rPr>
          <w:b w:val="false"/>
          <w:i w:val="false"/>
          <w:color w:val="000000"/>
          <w:u w:val="none"/>
        </w:rPr>
        <w:t xml:space="preserve"> [1FLS]</w:t>
      </w:r>
      <w:r>
        <w:rPr/>
        <w:t>.</w:t>
      </w:r>
    </w:p>
    <w:p>
      <w:pPr>
        <w:pStyle w:val="Yellow"/>
        <w:rPr/>
      </w:pPr>
      <w:r>
        <w:rPr>
          <w:b/>
        </w:rPr>
        <w:t xml:space="preserve">Deuteronomy 28:47–48</w:t>
      </w:r>
      <w:r>
        <w:rPr/>
        <w:t xml:space="preserve"> — </w:t>
      </w:r>
      <w:r>
        <w:rPr>
          <w:shd w:fill="B7DDE8" w:val="clear"/>
        </w:rPr>
        <w:t xml:space="preserve">Because you did not serve the LORD your God with joy and gladness of heart in all your abundance</w:t>
      </w:r>
      <w:r>
        <w:rPr>
          <w:b w:val="false"/>
          <w:i w:val="false"/>
          <w:color w:val="000000"/>
          <w:u w:val="none"/>
        </w:rPr>
        <w:t xml:space="preserve"> [1JUF]</w:t>
      </w:r>
      <w:r>
        <w:rPr/>
        <w:t xml:space="preserve">, </w:t>
      </w:r>
      <w:r>
        <w:rPr>
          <w:shd w:fill="B7DDE8" w:val="clear"/>
        </w:rPr>
        <w:t xml:space="preserve">you will serve your enemies the LORD will send against you in famine, thirst, nakedness, and destitution</w:t>
      </w:r>
      <w:r>
        <w:rPr>
          <w:b w:val="false"/>
          <w:i w:val="false"/>
          <w:color w:val="000000"/>
          <w:u w:val="none"/>
        </w:rPr>
        <w:t xml:space="preserve"> [1JUG]</w:t>
      </w:r>
      <w:r>
        <w:rPr/>
        <w:t xml:space="preserve">. </w:t>
      </w:r>
      <w:r>
        <w:rPr>
          <w:shd w:fill="B7DDE8" w:val="clear"/>
        </w:rPr>
        <w:t xml:space="preserve">He will place an iron yoke on your neck until He has destroyed you</w:t>
      </w:r>
      <w:r>
        <w:rPr>
          <w:b w:val="false"/>
          <w:i w:val="false"/>
          <w:color w:val="000000"/>
          <w:u w:val="none"/>
        </w:rPr>
        <w:t xml:space="preserve"> [1JUH]</w:t>
      </w:r>
      <w:r>
        <w:rPr/>
        <w:t xml:space="preserve">.</w:t>
      </w:r>
    </w:p>
    <w:p>
      <w:pPr>
        <w:pStyle w:val="Yellow"/>
        <w:rPr/>
      </w:pPr>
      <w:r>
        <w:rPr>
          <w:b/>
        </w:rPr>
        <w:t>Deuteronomy 28:58–59</w:t>
      </w:r>
      <w:r>
        <w:rPr/>
        <w:t xml:space="preserve"> — </w:t>
      </w:r>
      <w:r>
        <w:rPr>
          <w:shd w:val="clear" w:fill="B7DDE8"/>
        </w:rPr>
        <w:t>If you are not careful to observe all the words of this law which are written in this book, that you may fear this glorious and awesome name—the LORD your God</w:t>
      </w:r>
      <w:r>
        <w:rPr>
          <w:b w:val="false"/>
          <w:i w:val="false"/>
          <w:color w:val="000000"/>
          <w:u w:val="none"/>
        </w:rPr>
        <w:t xml:space="preserve"> [1EGJ]</w:t>
      </w:r>
      <w:r>
        <w:rPr/>
        <w:t>—</w:t>
      </w:r>
      <w:r>
        <w:rPr>
          <w:shd w:val="clear" w:fill="B7DDE8"/>
        </w:rPr>
        <w:t>He will bring upon you and your descendants extraordinary disasters, severe and lasting plagues, and terrible and chronic sicknesses</w:t>
      </w:r>
      <w:r>
        <w:rPr>
          <w:b w:val="false"/>
          <w:i w:val="false"/>
          <w:color w:val="000000"/>
          <w:u w:val="none"/>
        </w:rPr>
        <w:t xml:space="preserve"> [1EGK]</w:t>
      </w:r>
      <w:r>
        <w:rPr/>
        <w:t>.</w:t>
      </w:r>
    </w:p>
    <w:p>
      <w:pPr>
        <w:pStyle w:val="Yellow"/>
        <w:rPr/>
      </w:pPr>
      <w:r>
        <w:rPr/>
        <w:t xml:space="preserve">(De28:58 disregard God’s law and name) </w:t>
      </w:r>
      <w:r>
        <w:rPr>
          <w:b/>
        </w:rPr>
        <w:t xml:space="preserve">Deuteronomy 28:61</w:t>
      </w:r>
      <w:r>
        <w:rPr/>
        <w:t xml:space="preserve"> — </w:t>
      </w:r>
      <w:r>
        <w:rPr>
          <w:shd w:fill="B7DDE8" w:val="clear"/>
        </w:rPr>
        <w:t xml:space="preserve">The LORD will also bring upon you every sickness and plague not recorded in this Book of the Law</w:t>
      </w:r>
      <w:r>
        <w:rPr>
          <w:b w:val="false"/>
          <w:i w:val="false"/>
          <w:color w:val="000000"/>
          <w:u w:val="none"/>
        </w:rPr>
        <w:t xml:space="preserve"> [1JFR]</w:t>
      </w:r>
      <w:r>
        <w:rPr/>
        <w:t xml:space="preserve">, </w:t>
      </w:r>
      <w:r>
        <w:rPr>
          <w:shd w:fill="B7DDE8" w:val="clear"/>
        </w:rPr>
        <w:t xml:space="preserve">until you are destroyed</w:t>
      </w:r>
      <w:r>
        <w:rPr>
          <w:b w:val="false"/>
          <w:i w:val="false"/>
          <w:color w:val="000000"/>
          <w:u w:val="none"/>
        </w:rPr>
        <w:t xml:space="preserve"> [1JFS]</w:t>
      </w:r>
      <w:r>
        <w:rPr/>
        <w:t xml:space="preserve">.</w:t>
      </w:r>
    </w:p>
    <w:p>
      <w:pPr>
        <w:pStyle w:val="Yellow"/>
        <w:rPr/>
      </w:pPr>
      <w:r>
        <w:rPr/>
        <w:t xml:space="preserve">(De28:15 If you disobey God’s commandments) </w:t>
      </w:r>
      <w:r>
        <w:rPr>
          <w:b/>
        </w:rPr>
        <w:t xml:space="preserve">Deuteronomy 28:67</w:t>
      </w:r>
      <w:r>
        <w:rPr/>
        <w:t xml:space="preserve"> — </w:t>
      </w:r>
      <w:r>
        <w:rPr>
          <w:shd w:fill="B7DDE8" w:val="clear"/>
        </w:rPr>
        <w:t xml:space="preserve">In the morning you will say, ‘If only it were evening!’</w:t>
      </w:r>
      <w:r>
        <w:rPr>
          <w:b w:val="false"/>
          <w:i w:val="false"/>
          <w:color w:val="000000"/>
          <w:u w:val="none"/>
        </w:rPr>
        <w:t xml:space="preserve"> [1LFQ]</w:t>
      </w:r>
      <w:r>
        <w:rPr/>
        <w:t xml:space="preserve"> and </w:t>
      </w:r>
      <w:r>
        <w:rPr>
          <w:shd w:fill="B7DDE8" w:val="clear"/>
        </w:rPr>
        <w:t xml:space="preserve">in the evening you will say, ‘If only it were morning!’</w:t>
      </w:r>
      <w:r>
        <w:rPr>
          <w:b w:val="false"/>
          <w:i w:val="false"/>
          <w:color w:val="000000"/>
          <w:u w:val="none"/>
        </w:rPr>
        <w:t xml:space="preserve"> [1LFQ]</w:t>
      </w:r>
      <w:r>
        <w:rPr/>
        <w:t xml:space="preserve">—</w:t>
      </w:r>
      <w:r>
        <w:rPr>
          <w:shd w:fill="B7DDE8" w:val="clear"/>
        </w:rPr>
        <w:t xml:space="preserve">because of the dread in your hearts of the terrifying sights you will see</w:t>
      </w:r>
      <w:r>
        <w:rPr>
          <w:b w:val="false"/>
          <w:i w:val="false"/>
          <w:color w:val="000000"/>
          <w:u w:val="none"/>
        </w:rPr>
        <w:t xml:space="preserve"> [1LFR]</w:t>
      </w:r>
      <w:r>
        <w:rPr/>
        <w:t xml:space="preserve">.</w:t>
      </w:r>
    </w:p>
    <w:p>
      <w:pPr>
        <w:pStyle w:val="Yellow"/>
        <w:rPr/>
      </w:pPr>
      <w:r>
        <w:rPr>
          <w:shd w:val="clear" w:color="auto" w:fill="548235"/>
          <w:color w:val="FFFFFF"/>
        </w:rPr>
        <w:t xml:space="preserve">(De29:25–26ᶜ Because they “abandoned the covenant” and “served other gods”) </w:t>
      </w:r>
      <w:r>
        <w:rPr>
          <w:b/>
          <w:shd w:val="clear" w:color="auto" w:fill="548235"/>
          <w:color w:val="FFFFFF"/>
        </w:rPr>
        <w:t xml:space="preserve">Deuteronomy 29:22</w:t>
      </w:r>
      <w:r>
        <w:rPr>
          <w:shd w:val="clear" w:color="auto" w:fill="548235"/>
          <w:color w:val="FFFFFF"/>
        </w:rPr>
        <w:t xml:space="preserve"> — Then </w:t>
      </w:r>
      <w:r>
        <w:rPr>
          <w:shd w:fill="548235" w:val="clear" w:color="auto"/>
          <w:color w:val="FFFFFF"/>
        </w:rPr>
        <w:t xml:space="preserve">the generation to come—your sons who follow you and the foreigner who comes from a distant land—will see the plagues of the land and the sicknesses the LORD has inflicted on it</w:t>
      </w:r>
      <w:r>
        <w:rPr>
          <w:b w:val="false"/>
          <w:i w:val="false"/>
          <w:color w:val="FFFFFF"/>
          <w:u w:val="none"/>
          <w:shd w:val="clear" w:color="auto" w:fill="548235"/>
        </w:rPr>
        <w:t xml:space="preserve"> [1GYO]</w:t>
      </w:r>
      <w:r>
        <w:rPr>
          <w:shd w:val="clear" w:color="auto" w:fill="548235"/>
          <w:color w:val="FFFFFF"/>
        </w:rPr>
        <w:t xml:space="preserve">.</w:t>
      </w:r>
    </w:p>
    <w:p>
      <w:pPr>
        <w:pStyle w:val="Yellow"/>
        <w:rPr/>
      </w:pPr>
      <w:r>
        <w:rPr/>
        <w:t xml:space="preserve">(De31:16 Israelites) </w:t>
      </w:r>
      <w:r>
        <w:rPr>
          <w:b/>
        </w:rPr>
        <w:t xml:space="preserve">Deuteronomy 31:18</w:t>
      </w:r>
      <w:r>
        <w:rPr/>
        <w:t xml:space="preserve"> — </w:t>
      </w:r>
      <w:r>
        <w:rPr>
          <w:shd w:fill="B7DDE8" w:val="clear"/>
        </w:rPr>
        <w:t xml:space="preserve">I will surely hide My face because of all the evil {they} have done by turning to other gods</w:t>
      </w:r>
      <w:r>
        <w:rPr>
          <w:b w:val="false"/>
          <w:i w:val="false"/>
          <w:color w:val="000000"/>
          <w:u w:val="none"/>
        </w:rPr>
        <w:t xml:space="preserve"> [1HYK]</w:t>
      </w:r>
      <w:r>
        <w:rPr/>
        <w:t xml:space="preserve">.</w:t>
      </w:r>
    </w:p>
    <w:p>
      <w:pPr>
        <w:pStyle w:val="Yellow"/>
        <w:rPr/>
      </w:pPr>
      <w:r>
        <w:rPr>
          <w:b/>
        </w:rPr>
        <w:t xml:space="preserve">Joshua 23:12–13</w:t>
      </w:r>
      <w:r>
        <w:rPr/>
        <w:t xml:space="preserve"> — For </w:t>
      </w:r>
      <w:r>
        <w:rPr>
          <w:shd w:fill="B7DDE8" w:val="clear"/>
        </w:rPr>
        <w:t xml:space="preserve">if you turn away and cling to the rest of these nations that remain among you, and if you intermarry and associate with them</w:t>
      </w:r>
      <w:r>
        <w:rPr>
          <w:b w:val="false"/>
          <w:i w:val="false"/>
          <w:color w:val="000000"/>
          <w:u w:val="none"/>
        </w:rPr>
        <w:t xml:space="preserve"> [1KCE]</w:t>
      </w:r>
      <w:r>
        <w:rPr/>
        <w:t xml:space="preserve">, know for sure that </w:t>
      </w:r>
      <w:r>
        <w:rPr>
          <w:shd w:fill="B7DDE8" w:val="clear"/>
        </w:rPr>
        <w:t xml:space="preserve">the LORD your God will no longer drive out these nations before you</w:t>
      </w:r>
      <w:r>
        <w:rPr>
          <w:b w:val="false"/>
          <w:i w:val="false"/>
          <w:color w:val="000000"/>
          <w:u w:val="none"/>
        </w:rPr>
        <w:t xml:space="preserve"> [1KCF]</w:t>
      </w:r>
      <w:r>
        <w:rPr/>
        <w:t xml:space="preserve">. Instead, </w:t>
      </w:r>
      <w:r>
        <w:rPr>
          <w:shd w:fill="B7DDE8" w:val="clear"/>
        </w:rPr>
        <w:t xml:space="preserve">they will become for you a snare and a trap</w:t>
      </w:r>
      <w:r>
        <w:rPr>
          <w:b w:val="false"/>
          <w:i w:val="false"/>
          <w:color w:val="000000"/>
          <w:u w:val="none"/>
        </w:rPr>
        <w:t xml:space="preserve"> [1KCG]</w:t>
      </w:r>
      <w:r>
        <w:rPr/>
        <w:t xml:space="preserve">, </w:t>
      </w:r>
      <w:r>
        <w:rPr>
          <w:shd w:fill="B7DDE8" w:val="clear"/>
        </w:rPr>
        <w:t xml:space="preserve">a scourge in your sides and thorns in your eyes</w:t>
      </w:r>
      <w:r>
        <w:rPr>
          <w:b w:val="false"/>
          <w:i w:val="false"/>
          <w:color w:val="000000"/>
          <w:u w:val="none"/>
        </w:rPr>
        <w:t xml:space="preserve"> [1KCH]</w:t>
      </w:r>
      <w:r>
        <w:rPr/>
        <w:t xml:space="preserve">, </w:t>
      </w:r>
      <w:r>
        <w:rPr>
          <w:shd w:fill="B7DDE8" w:val="clear"/>
        </w:rPr>
        <w:t xml:space="preserve">until you perish from this good land that the LORD your God has given you</w:t>
      </w:r>
      <w:r>
        <w:rPr>
          <w:b w:val="false"/>
          <w:i w:val="false"/>
          <w:color w:val="000000"/>
          <w:u w:val="none"/>
        </w:rPr>
        <w:t xml:space="preserve"> [1KCI]</w:t>
      </w:r>
      <w:r>
        <w:rPr/>
        <w:t xml:space="preserve">.</w:t>
      </w:r>
    </w:p>
    <w:p>
      <w:pPr>
        <w:pStyle w:val="Yellow"/>
        <w:rPr/>
      </w:pPr>
      <w:r>
        <w:rPr>
          <w:b/>
        </w:rPr>
        <w:t xml:space="preserve">Judges 13:1</w:t>
      </w:r>
      <w:r>
        <w:rPr/>
        <w:t xml:space="preserve"> — </w:t>
      </w:r>
      <w:r>
        <w:rPr>
          <w:shd w:fill="B7DDE8" w:val="clear"/>
        </w:rPr>
        <w:t xml:space="preserve">The Israelites did evil in the sight of the LORD</w:t>
      </w:r>
      <w:r>
        <w:rPr>
          <w:b w:val="false"/>
          <w:i w:val="false"/>
          <w:color w:val="000000"/>
          <w:u w:val="none"/>
        </w:rPr>
        <w:t xml:space="preserve"> [1KFX]</w:t>
      </w:r>
      <w:r>
        <w:rPr/>
        <w:t xml:space="preserve">, so </w:t>
      </w:r>
      <w:r>
        <w:rPr>
          <w:shd w:fill="B7DDE8" w:val="clear"/>
        </w:rPr>
        <w:t xml:space="preserve">He delivered them into the hand of the Philistines for forty years</w:t>
      </w:r>
      <w:r>
        <w:rPr>
          <w:b w:val="false"/>
          <w:i w:val="false"/>
          <w:color w:val="000000"/>
          <w:u w:val="none"/>
        </w:rPr>
        <w:t xml:space="preserve"> [1KFY]</w:t>
      </w:r>
      <w:r>
        <w:rPr/>
        <w:t xml:space="preserve">.</w:t>
      </w:r>
    </w:p>
    <w:p>
      <w:pPr>
        <w:pStyle w:val="Yellow"/>
        <w:rPr/>
      </w:pPr>
      <w:r>
        <w:rPr>
          <w:b/>
        </w:rPr>
        <w:t xml:space="preserve">2 Chronicles 33:10–11</w:t>
      </w:r>
      <w:r>
        <w:rPr/>
        <w:t xml:space="preserve"> — </w:t>
      </w:r>
      <w:r>
        <w:rPr>
          <w:shd w:fill="B7DDE8" w:val="clear"/>
        </w:rPr>
        <w:t xml:space="preserve">the LORD spoke to Manasseh and his people</w:t>
      </w:r>
      <w:r>
        <w:rPr>
          <w:b w:val="false"/>
          <w:i w:val="false"/>
          <w:color w:val="000000"/>
          <w:u w:val="none"/>
        </w:rPr>
        <w:t xml:space="preserve"> [1KKF]</w:t>
      </w:r>
      <w:r>
        <w:rPr/>
        <w:t xml:space="preserve">, but </w:t>
      </w:r>
      <w:r>
        <w:rPr>
          <w:shd w:fill="B7DDE8" w:val="clear"/>
        </w:rPr>
        <w:t xml:space="preserve">they did not listen</w:t>
      </w:r>
      <w:r>
        <w:rPr>
          <w:b w:val="false"/>
          <w:i w:val="false"/>
          <w:color w:val="000000"/>
          <w:u w:val="none"/>
        </w:rPr>
        <w:t xml:space="preserve"> [3GBI]</w:t>
      </w:r>
      <w:r>
        <w:rPr/>
        <w:t xml:space="preserve">. So </w:t>
      </w:r>
      <w:r>
        <w:rPr>
          <w:shd w:fill="B7DDE8" w:val="clear"/>
        </w:rPr>
        <w:t xml:space="preserve">the LORD brought against them the military commanders of the king of Assyria</w:t>
      </w:r>
      <w:r>
        <w:rPr>
          <w:b w:val="false"/>
          <w:i w:val="false"/>
          <w:color w:val="000000"/>
          <w:u w:val="none"/>
        </w:rPr>
        <w:t xml:space="preserve"> [1KKG]</w:t>
      </w:r>
      <w:r>
        <w:rPr/>
        <w:t xml:space="preserve">, </w:t>
      </w:r>
      <w:r>
        <w:rPr>
          <w:shd w:fill="B7DDE8" w:val="clear"/>
        </w:rPr>
        <w:t xml:space="preserve">who captured Manasseh</w:t>
      </w:r>
      <w:r>
        <w:rPr>
          <w:b w:val="false"/>
          <w:i w:val="false"/>
          <w:color w:val="000000"/>
          <w:u w:val="none"/>
        </w:rPr>
        <w:t xml:space="preserve"> [1KKH]</w:t>
      </w:r>
      <w:r>
        <w:rPr/>
        <w:t xml:space="preserve">, </w:t>
      </w:r>
      <w:r>
        <w:rPr>
          <w:shd w:fill="B7DDE8" w:val="clear"/>
        </w:rPr>
        <w:t xml:space="preserve">put a hook in his nose</w:t>
      </w:r>
      <w:r>
        <w:rPr>
          <w:b w:val="false"/>
          <w:i w:val="false"/>
          <w:color w:val="000000"/>
          <w:u w:val="none"/>
        </w:rPr>
        <w:t xml:space="preserve"> [1KKI]</w:t>
      </w:r>
      <w:r>
        <w:rPr/>
        <w:t xml:space="preserve">, </w:t>
      </w:r>
      <w:r>
        <w:rPr>
          <w:shd w:fill="B7DDE8" w:val="clear"/>
        </w:rPr>
        <w:t xml:space="preserve">bound him with bronze shackles</w:t>
      </w:r>
      <w:r>
        <w:rPr>
          <w:b w:val="false"/>
          <w:i w:val="false"/>
          <w:color w:val="000000"/>
          <w:u w:val="none"/>
        </w:rPr>
        <w:t xml:space="preserve"> [1KKJ]</w:t>
      </w:r>
      <w:r>
        <w:rPr/>
        <w:t xml:space="preserve">, and </w:t>
      </w:r>
      <w:r>
        <w:rPr>
          <w:shd w:fill="B7DDE8" w:val="clear"/>
        </w:rPr>
        <w:t xml:space="preserve">took him to Babylon</w:t>
      </w:r>
      <w:r>
        <w:rPr>
          <w:b w:val="false"/>
          <w:i w:val="false"/>
          <w:u w:val="none"/>
          <w:color w:val="000000"/>
        </w:rPr>
        <w:t xml:space="preserve"> [1KKK]</w:t>
      </w:r>
      <w:r>
        <w:rPr/>
        <w:t xml:space="preserve">.</w:t>
      </w:r>
    </w:p>
    <w:p>
      <w:pPr>
        <w:pStyle w:val="Yellow"/>
        <w:rPr/>
      </w:pPr>
      <w:r>
        <w:rPr>
          <w:b/>
        </w:rPr>
        <w:t xml:space="preserve">Nehemiah 1:8–9</w:t>
      </w:r>
      <w:r>
        <w:rPr/>
        <w:t xml:space="preserve"> — ‘</w:t>
      </w:r>
      <w:r>
        <w:rPr>
          <w:shd w:fill="B7DDE8" w:val="clear"/>
        </w:rPr>
        <w:t xml:space="preserve">If you are unfaithful, I will scatter you among the nations</w:t>
      </w:r>
      <w:r>
        <w:rPr>
          <w:b w:val="false"/>
          <w:i w:val="false"/>
          <w:color w:val="000000"/>
          <w:u w:val="none"/>
        </w:rPr>
        <w:t xml:space="preserve"> [1KCN]</w:t>
      </w:r>
      <w:r>
        <w:rPr/>
        <w:t xml:space="preserve">, but </w:t>
      </w:r>
      <w:r>
        <w:rPr>
          <w:shd w:fill="B7DDE8" w:val="clear"/>
        </w:rPr>
        <w:t xml:space="preserve">if you return to Me and keep and practice My commandments</w:t>
      </w:r>
      <w:r>
        <w:rPr>
          <w:b w:val="false"/>
          <w:i w:val="false"/>
          <w:color w:val="000000"/>
          <w:u w:val="none"/>
        </w:rPr>
        <w:t xml:space="preserve"> [1KCO]</w:t>
      </w:r>
      <w:r>
        <w:rPr/>
        <w:t xml:space="preserve">, then </w:t>
      </w:r>
      <w:r>
        <w:rPr>
          <w:shd w:fill="B7DDE8" w:val="clear"/>
        </w:rPr>
        <w:t xml:space="preserve">even if your exiles have been banished to the farthest horizon</w:t>
      </w:r>
      <w:r>
        <w:rPr>
          <w:b w:val="false"/>
          <w:i w:val="false"/>
          <w:color w:val="000000"/>
          <w:u w:val="none"/>
        </w:rPr>
        <w:t xml:space="preserve"> [1KCP]</w:t>
      </w:r>
      <w:r>
        <w:rPr/>
        <w:t xml:space="preserve">, </w:t>
      </w:r>
      <w:r>
        <w:rPr>
          <w:shd w:fill="B7DDE8" w:val="clear"/>
        </w:rPr>
        <w:t xml:space="preserve">I will gather them from there</w:t>
      </w:r>
      <w:r>
        <w:rPr>
          <w:b w:val="false"/>
          <w:i w:val="false"/>
          <w:color w:val="000000"/>
          <w:u w:val="none"/>
        </w:rPr>
        <w:t xml:space="preserve"> [1KCQ]</w:t>
      </w:r>
      <w:r>
        <w:rPr/>
        <w:t xml:space="preserve"> and </w:t>
      </w:r>
      <w:r>
        <w:rPr>
          <w:shd w:fill="B7DDE8" w:val="clear"/>
        </w:rPr>
        <w:t xml:space="preserve">bring them to the place I have chosen as a dwelling for My Name</w:t>
      </w:r>
      <w:r>
        <w:rPr>
          <w:b w:val="false"/>
          <w:i w:val="false"/>
          <w:color w:val="000000"/>
          <w:u w:val="none"/>
        </w:rPr>
        <w:t xml:space="preserve"> [1KCR]</w:t>
      </w:r>
      <w:r>
        <w:rPr/>
        <w:t xml:space="preserve">.’</w:t>
      </w:r>
    </w:p>
    <w:p>
      <w:pPr>
        <w:pStyle w:val="Yellow"/>
        <w:rPr/>
      </w:pPr>
      <w:r>
        <w:t xml:space="preserve">(Ps106:24–25 because Israel despised the land and “did not believe His promise” / Ps106:25 “the LORD” / Ps106:6 “our fathers”) </w:t>
      </w:r>
      <w:r>
        <w:rPr>
          <w:b/>
        </w:rPr>
        <w:t>Psalm 106:26–27</w:t>
      </w:r>
      <w:r>
        <w:t xml:space="preserve"> — {So} </w:t>
      </w:r>
      <w:r>
        <w:rPr>
          <w:shd w:fill="B7DDE8" w:val="clear"/>
        </w:rPr>
        <w:t>{He} raised His hand and swore</w:t>
      </w:r>
      <w:r>
        <w:rPr>
          <w:b w:val="false"/>
          <w:i w:val="false"/>
          <w:color w:val="000000"/>
          <w:u w:val="none"/>
        </w:rPr>
        <w:t xml:space="preserve"> [1AKO]</w:t>
      </w:r>
      <w:r>
        <w:t xml:space="preserve"> </w:t>
      </w:r>
      <w:r>
        <w:rPr>
          <w:shd w:fill="B7DDE8" w:val="clear"/>
        </w:rPr>
        <w:t>to cast {them} down in the wilderness</w:t>
      </w:r>
      <w:r>
        <w:rPr>
          <w:b w:val="false"/>
          <w:i w:val="false"/>
          <w:color w:val="000000"/>
          <w:u w:val="none"/>
        </w:rPr>
        <w:t xml:space="preserve"> [1AKP]</w:t>
      </w:r>
      <w:r>
        <w:t xml:space="preserve">, </w:t>
      </w:r>
      <w:r>
        <w:rPr>
          <w:shd w:fill="B7DDE8" w:val="clear"/>
        </w:rPr>
        <w:t>to disperse their offspring among the nations and scatter them throughout the lands</w:t>
      </w:r>
      <w:r>
        <w:rPr>
          <w:b w:val="false"/>
          <w:i w:val="false"/>
          <w:u w:val="none"/>
          <w:color w:val="000000"/>
        </w:rPr>
        <w:t xml:space="preserve"> [1AKQ]</w:t>
      </w:r>
      <w:r>
        <w:t>.</w:t>
      </w:r>
    </w:p>
    <w:p>
      <w:pPr>
        <w:pStyle w:val="Yellow"/>
        <w:rPr/>
        <w:pBdr>
          <w:left w:val="single" w:sz="28" w:space="5" w:color="C00000"/>
        </w:pBdr>
      </w:pPr>
      <w:r>
        <w:rPr>
          <w:b/>
        </w:rPr>
        <w:t xml:space="preserve">Jeremiah 5:19</w:t>
      </w:r>
      <w:r>
        <w:rPr/>
        <w:t xml:space="preserve"> — ‘Just as </w:t>
      </w:r>
      <w:r>
        <w:rPr>
          <w:shd w:fill="B7DDE8" w:val="clear"/>
        </w:rPr>
        <w:t xml:space="preserve">you have forsaken Me</w:t>
      </w:r>
      <w:r>
        <w:rPr>
          <w:b w:val="false"/>
          <w:i w:val="false"/>
          <w:u w:val="none"/>
          <w:color w:val="000000"/>
        </w:rPr>
        <w:t xml:space="preserve"> [3EJH]</w:t>
      </w:r>
      <w:r>
        <w:rPr/>
        <w:t xml:space="preserve"> and </w:t>
      </w:r>
      <w:r>
        <w:rPr>
          <w:shd w:fill="B7DDE8" w:val="clear"/>
        </w:rPr>
        <w:t xml:space="preserve">served foreign gods in your land</w:t>
      </w:r>
      <w:r>
        <w:rPr>
          <w:b w:val="false"/>
          <w:i w:val="false"/>
          <w:color w:val="000000"/>
          <w:u w:val="none"/>
        </w:rPr>
        <w:t xml:space="preserve"> [1LAF]</w:t>
      </w:r>
      <w:r>
        <w:rPr/>
        <w:t xml:space="preserve">, </w:t>
      </w:r>
      <w:r>
        <w:rPr>
          <w:shd w:fill="B7DDE8" w:val="clear"/>
        </w:rPr>
        <w:t xml:space="preserve">so will you serve foreigners in a land that is not your own</w:t>
      </w:r>
      <w:r>
        <w:rPr>
          <w:b w:val="false"/>
          <w:i w:val="false"/>
          <w:u w:val="none"/>
          <w:color w:val="000000"/>
        </w:rPr>
        <w:t xml:space="preserve"> [1LAG]</w:t>
      </w:r>
      <w:r>
        <w:rPr/>
        <w:t xml:space="preserve">.’</w:t>
      </w:r>
    </w:p>
    <w:p>
      <w:pPr>
        <w:pStyle w:val="Yellow"/>
        <w:rPr/>
      </w:pPr>
      <w:r>
        <w:rPr>
          <w:b/>
          <w:shd w:val="clear" w:color="auto" w:fill="548235"/>
          <w:color w:val="FFFFFF"/>
        </w:rPr>
        <w:t xml:space="preserve">Jeremiah 48:7</w:t>
      </w:r>
      <w:r>
        <w:rPr>
          <w:shd w:val="clear" w:color="auto" w:fill="548235"/>
          <w:color w:val="FFFFFF"/>
        </w:rPr>
        <w:t xml:space="preserve"> — </w:t>
      </w:r>
      <w:r>
        <w:rPr>
          <w:shd w:fill="548235" w:val="clear" w:color="auto"/>
          <w:color w:val="FFFFFF"/>
        </w:rPr>
        <w:t xml:space="preserve">Because you trust in your works and treasures</w:t>
      </w:r>
      <w:r>
        <w:rPr>
          <w:b w:val="false"/>
          <w:i w:val="false"/>
          <w:color w:val="FFFFFF"/>
          <w:u w:val="none"/>
          <w:shd w:val="clear" w:color="auto" w:fill="548235"/>
        </w:rPr>
        <w:t xml:space="preserve"> [1KFJ]</w:t>
      </w:r>
      <w:r>
        <w:rPr>
          <w:shd w:val="clear" w:color="auto" w:fill="548235"/>
          <w:color w:val="FFFFFF"/>
        </w:rPr>
        <w:t xml:space="preserve">, </w:t>
      </w:r>
      <w:r>
        <w:rPr>
          <w:shd w:fill="548235" w:val="clear" w:color="auto"/>
          <w:color w:val="FFFFFF"/>
        </w:rPr>
        <w:t xml:space="preserve">you too will be captured</w:t>
      </w:r>
      <w:r>
        <w:rPr>
          <w:b w:val="false"/>
          <w:i w:val="false"/>
          <w:color w:val="FFFFFF"/>
          <w:u w:val="none"/>
          <w:shd w:val="clear" w:color="auto" w:fill="548235"/>
        </w:rPr>
        <w:t xml:space="preserve"> [1KFK]</w:t>
      </w:r>
      <w:r>
        <w:rPr>
          <w:shd w:val="clear" w:color="auto" w:fill="548235"/>
          <w:color w:val="FFFFFF"/>
        </w:rPr>
        <w:t xml:space="preserve">, and </w:t>
      </w:r>
      <w:r>
        <w:rPr>
          <w:shd w:fill="548235" w:val="clear" w:color="auto"/>
          <w:color w:val="FFFFFF"/>
        </w:rPr>
        <w:t xml:space="preserve">Chemosh will go into exile with his priests and officials</w:t>
      </w:r>
      <w:r>
        <w:rPr>
          <w:b w:val="false"/>
          <w:i w:val="false"/>
          <w:color w:val="FFFFFF"/>
          <w:u w:val="none"/>
          <w:shd w:val="clear" w:color="auto" w:fill="548235"/>
        </w:rPr>
        <w:t xml:space="preserve"> [1KFL]</w:t>
      </w:r>
      <w:r>
        <w:rPr>
          <w:shd w:val="clear" w:color="auto" w:fill="548235"/>
          <w:color w:val="FFFFFF"/>
        </w:rPr>
        <w:t xml:space="preserve">.</w:t>
      </w:r>
    </w:p>
    <w:p>
      <w:pPr>
        <w:pStyle w:val="Yellow"/>
        <w:rPr/>
      </w:pPr>
      <w:r>
        <w:rPr>
          <w:b/>
        </w:rPr>
        <w:t xml:space="preserve">Jeremiah 50:33–34</w:t>
      </w:r>
      <w:r>
        <w:rPr/>
        <w:t xml:space="preserve"> — This is what the LORD of Hosts says: “</w:t>
      </w:r>
      <w:r>
        <w:rPr>
          <w:shd w:fill="B7DDE8" w:val="clear"/>
        </w:rPr>
        <w:t xml:space="preserve">The sons of Israel are oppressed, and the sons of Judah as well</w:t>
      </w:r>
      <w:r>
        <w:rPr>
          <w:b w:val="false"/>
          <w:i w:val="false"/>
          <w:color w:val="000000"/>
          <w:u w:val="none"/>
        </w:rPr>
        <w:t xml:space="preserve"> [1KLG]</w:t>
      </w:r>
      <w:r>
        <w:rPr/>
        <w:t xml:space="preserve">. </w:t>
      </w:r>
      <w:r>
        <w:rPr>
          <w:shd w:fill="B7DDE8" w:val="clear"/>
        </w:rPr>
        <w:t xml:space="preserve">All their captors hold them fast, refusing to release them</w:t>
      </w:r>
      <w:r>
        <w:rPr>
          <w:b w:val="false"/>
          <w:i w:val="false"/>
          <w:color w:val="000000"/>
          <w:u w:val="none"/>
        </w:rPr>
        <w:t xml:space="preserve"> [1KLH]</w:t>
      </w:r>
      <w:r>
        <w:rPr/>
        <w:t xml:space="preserve">. </w:t>
      </w:r>
      <w:r>
        <w:rPr>
          <w:shd w:fill="B7DDE8" w:val="clear"/>
        </w:rPr>
        <w:t xml:space="preserve">Their Redeemer is strong</w:t>
      </w:r>
      <w:r>
        <w:rPr>
          <w:b w:val="false"/>
          <w:i w:val="false"/>
          <w:color w:val="000000"/>
          <w:u w:val="none"/>
        </w:rPr>
        <w:t xml:space="preserve"> [2GWN]</w:t>
      </w:r>
      <w:r>
        <w:rPr/>
        <w:t xml:space="preserve">; the LORD of Hosts is His name. </w:t>
      </w:r>
      <w:r>
        <w:rPr>
          <w:shd w:fill="B7DDE8" w:val="clear"/>
        </w:rPr>
        <w:t xml:space="preserve">He will fervently plead their case</w:t>
      </w:r>
      <w:r>
        <w:rPr>
          <w:b w:val="false"/>
          <w:i w:val="false"/>
          <w:color w:val="000000"/>
          <w:u w:val="none"/>
        </w:rPr>
        <w:t xml:space="preserve"> [1KLI]</w:t>
      </w:r>
      <w:r>
        <w:rPr/>
        <w:t xml:space="preserve"> so that </w:t>
      </w:r>
      <w:r>
        <w:rPr>
          <w:shd w:fill="B7DDE8" w:val="clear"/>
        </w:rPr>
        <w:t xml:space="preserve">He may bring rest to the earth</w:t>
      </w:r>
      <w:r>
        <w:rPr>
          <w:b w:val="false"/>
          <w:i w:val="false"/>
          <w:color w:val="000000"/>
          <w:u w:val="none"/>
        </w:rPr>
        <w:t xml:space="preserve"> [1KLJ]</w:t>
      </w:r>
      <w:r>
        <w:rPr/>
        <w:t xml:space="preserve">, but </w:t>
      </w:r>
      <w:r>
        <w:rPr>
          <w:color w:val="000000"/>
        </w:rPr>
        <w:t xml:space="preserve">turmoil to those who live in Babylon</w:t>
      </w:r>
      <w:r>
        <w:rPr>
          <w:b w:val="false"/>
          <w:i w:val="false"/>
          <w:color w:val="000000"/>
          <w:u w:val="none"/>
        </w:rPr>
        <w:t xml:space="preserve"> [1KLK]</w:t>
      </w:r>
      <w:r>
        <w:rPr/>
        <w:t xml:space="preserve">.</w:t>
      </w:r>
    </w:p>
    <w:p>
      <w:pPr>
        <w:pStyle w:val="Yellow"/>
        <w:rPr/>
        <w:pBdr>
          <w:left w:val="single" w:sz="28" w:space="5" w:color="C00000"/>
        </w:pBdr>
      </w:pPr>
      <w:r>
        <w:rPr>
          <w:b/>
          <w:shd w:val="clear" w:color="auto" w:fill="F4B183"/>
          <w:color w:val="000000"/>
        </w:rPr>
        <w:t xml:space="preserve">Lamentations 1:5</w:t>
      </w:r>
      <w:r>
        <w:rPr>
          <w:shd w:val="clear" w:color="auto" w:fill="F4B183"/>
          <w:color w:val="000000"/>
        </w:rPr>
        <w:t xml:space="preserve"> — </w:t>
      </w:r>
      <w:r>
        <w:rPr>
          <w:shd w:fill="F4B183" w:val="clear" w:color="auto"/>
          <w:color w:val="000000"/>
        </w:rPr>
        <w:t xml:space="preserve">Her foes have become her masters</w:t>
      </w:r>
      <w:r>
        <w:rPr>
          <w:b w:val="false"/>
          <w:i w:val="false"/>
          <w:color w:val="000000"/>
          <w:u w:val="none"/>
          <w:shd w:val="clear" w:color="auto" w:fill="F4B183"/>
        </w:rPr>
        <w:t xml:space="preserve"> [1JYO]</w:t>
      </w:r>
      <w:r>
        <w:rPr>
          <w:shd w:val="clear" w:color="auto" w:fill="F4B183"/>
          <w:color w:val="000000"/>
        </w:rPr>
        <w:t xml:space="preserve">; </w:t>
      </w:r>
      <w:r>
        <w:rPr>
          <w:shd w:fill="F4B183" w:val="clear" w:color="auto"/>
          <w:color w:val="000000"/>
        </w:rPr>
        <w:t xml:space="preserve">her enemies are at ease</w:t>
      </w:r>
      <w:r>
        <w:rPr>
          <w:b w:val="false"/>
          <w:i w:val="false"/>
          <w:color w:val="000000"/>
          <w:u w:val="none"/>
          <w:shd w:val="clear" w:color="auto" w:fill="F4B183"/>
        </w:rPr>
        <w:t xml:space="preserve"> [1JYP]</w:t>
      </w:r>
      <w:r>
        <w:rPr>
          <w:shd w:val="clear" w:color="auto" w:fill="F4B183"/>
          <w:color w:val="000000"/>
        </w:rPr>
        <w:t xml:space="preserve">. For </w:t>
      </w:r>
      <w:r>
        <w:rPr>
          <w:shd w:fill="F4B183" w:val="clear" w:color="auto"/>
          <w:color w:val="000000"/>
        </w:rPr>
        <w:t xml:space="preserve">the LORD has brought her grief because of her many transgressions</w:t>
      </w:r>
      <w:r>
        <w:rPr>
          <w:b w:val="false"/>
          <w:i w:val="false"/>
          <w:color w:val="000000"/>
          <w:u w:val="none"/>
          <w:shd w:val="clear" w:color="auto" w:fill="F4B183"/>
        </w:rPr>
        <w:t xml:space="preserve"> [1JYQ]</w:t>
      </w:r>
      <w:r>
        <w:rPr>
          <w:shd w:val="clear" w:color="auto" w:fill="F4B183"/>
          <w:color w:val="000000"/>
        </w:rPr>
        <w:t xml:space="preserve">. </w:t>
      </w:r>
      <w:r>
        <w:rPr>
          <w:shd w:fill="F4B183" w:val="clear" w:color="auto"/>
          <w:color w:val="000000"/>
        </w:rPr>
        <w:t xml:space="preserve">Her children have gone away as captives before the enemy</w:t>
      </w:r>
      <w:r>
        <w:rPr>
          <w:b w:val="false"/>
          <w:i w:val="false"/>
          <w:color w:val="000000"/>
          <w:u w:val="none"/>
          <w:shd w:val="clear" w:color="auto" w:fill="F4B183"/>
        </w:rPr>
        <w:t xml:space="preserve"> [1JYR]</w:t>
      </w:r>
      <w:r>
        <w:rPr>
          <w:shd w:val="clear" w:color="auto" w:fill="F4B183"/>
          <w:color w:val="000000"/>
        </w:rPr>
        <w:t xml:space="preserve">.</w:t>
      </w:r>
    </w:p>
    <w:p>
      <w:pPr>
        <w:pStyle w:val="Green"/>
        <w:rPr/>
        <w:pBdr>
          <w:left w:val="single" w:sz="28" w:space="5" w:color="C00000"/>
        </w:pBdr>
      </w:pPr>
      <w:r>
        <w:rPr>
          <w:b/>
          <w:u w:val="none"/>
        </w:rPr>
        <w:t>Lamentations 1:18</w:t>
      </w:r>
      <w:r>
        <w:rPr>
          <w:u w:val="none"/>
        </w:rPr>
        <w:t xml:space="preserve"> — </w:t>
      </w:r>
      <w:r>
        <w:rPr>
          <w:u w:val="none"/>
          <w:shd w:fill="B7DDE8" w:val="clear"/>
        </w:rPr>
        <w:t>The LORD is righteous</w:t>
      </w:r>
      <w:r>
        <w:rPr>
          <w:b w:val="false"/>
          <w:i w:val="false"/>
          <w:u w:val="none"/>
          <w:color w:val="000000"/>
        </w:rPr>
        <w:t xml:space="preserve"> [16FJ]</w:t>
      </w:r>
      <w:r>
        <w:rPr>
          <w:u w:val="none"/>
        </w:rPr>
        <w:t xml:space="preserve">, </w:t>
      </w:r>
      <w:r>
        <w:rPr>
          <w:u w:val="none"/>
          <w:shd w:fill="B7DDE8" w:val="clear"/>
        </w:rPr>
        <w:t>for I have rebelled against His command</w:t>
      </w:r>
      <w:r>
        <w:rPr>
          <w:b w:val="false"/>
          <w:i w:val="false"/>
          <w:color w:val="000000"/>
          <w:u w:val="none"/>
        </w:rPr>
        <w:t xml:space="preserve"> [1LR]</w:t>
      </w:r>
      <w:r>
        <w:rPr>
          <w:u w:val="none"/>
        </w:rPr>
        <w:t xml:space="preserve">. Listen, all you people; </w:t>
      </w:r>
      <w:r>
        <w:rPr>
          <w:u w:val="none"/>
          <w:shd w:fill="B7DDE8" w:val="clear"/>
        </w:rPr>
        <w:t>look upon my suffering</w:t>
      </w:r>
      <w:r>
        <w:rPr>
          <w:b w:val="false"/>
          <w:i w:val="false"/>
          <w:color w:val="000000"/>
          <w:u w:val="none"/>
        </w:rPr>
        <w:t xml:space="preserve"> [1LS]</w:t>
      </w:r>
      <w:r>
        <w:rPr>
          <w:u w:val="none"/>
        </w:rPr>
        <w:t xml:space="preserve">. </w:t>
      </w:r>
      <w:r>
        <w:rPr>
          <w:u w:val="none"/>
          <w:shd w:fill="B7DDE8" w:val="clear"/>
        </w:rPr>
        <w:t>My young men and maidens have gone into captivity</w:t>
      </w:r>
      <w:r>
        <w:rPr>
          <w:b w:val="false"/>
          <w:i w:val="false"/>
          <w:u w:val="none"/>
          <w:color w:val="000000"/>
        </w:rPr>
        <w:t xml:space="preserve"> [1MFL]</w:t>
      </w:r>
      <w:r>
        <w:rPr>
          <w:u w:val="none"/>
        </w:rPr>
        <w:t>.</w:t>
      </w:r>
    </w:p>
    <w:p>
      <w:pPr>
        <w:pStyle w:val="Yellow"/>
        <w:rPr/>
      </w:pPr>
      <w:r>
        <w:rPr>
          <w:b/>
        </w:rPr>
        <w:t xml:space="preserve">Ezekiel 15:8</w:t>
      </w:r>
      <w:r>
        <w:rPr/>
        <w:t xml:space="preserve"> — Thus </w:t>
      </w:r>
      <w:r>
        <w:rPr>
          <w:shd w:fill="B7DDE8" w:val="clear"/>
        </w:rPr>
        <w:t xml:space="preserve">I will make the land desolate</w:t>
      </w:r>
      <w:r>
        <w:rPr>
          <w:b w:val="false"/>
          <w:i w:val="false"/>
          <w:u w:val="none"/>
          <w:color w:val="000000"/>
        </w:rPr>
        <w:t xml:space="preserve"> [1LDG]</w:t>
      </w:r>
      <w:r>
        <w:rPr/>
        <w:t xml:space="preserve">, because </w:t>
      </w:r>
      <w:r>
        <w:rPr>
          <w:shd w:fill="B7DDE8" w:val="clear"/>
        </w:rPr>
        <w:t xml:space="preserve">they have acted unfaithfully</w:t>
      </w:r>
      <w:r>
        <w:rPr>
          <w:b w:val="false"/>
          <w:i w:val="false"/>
          <w:color w:val="000000"/>
          <w:u w:val="none"/>
        </w:rPr>
        <w:t xml:space="preserve"> [1LDH]</w:t>
      </w:r>
      <w:r>
        <w:rPr/>
        <w:t xml:space="preserve">,’ declares the Lord GOD.”</w:t>
      </w:r>
    </w:p>
    <w:p>
      <w:pPr>
        <w:pStyle w:val="Yellow"/>
        <w:rPr/>
        <w:pBdr>
          <w:left w:val="single" w:sz="28" w:space="5" w:color="C00000"/>
        </w:pBdr>
      </w:pPr>
      <w:r>
        <w:rPr>
          <w:b/>
        </w:rPr>
        <w:t>Daniel 9:7</w:t>
      </w:r>
      <w:r>
        <w:rPr/>
        <w:t xml:space="preserve"> — </w:t>
      </w:r>
      <w:r>
        <w:rPr>
          <w:shd w:val="clear" w:fill="B7DDE8"/>
        </w:rPr>
        <w:t>To You, O Lord, belongs righteousness</w:t>
      </w:r>
      <w:r>
        <w:rPr>
          <w:b w:val="false"/>
          <w:i w:val="false"/>
          <w:color w:val="000000"/>
          <w:u w:val="none"/>
        </w:rPr>
        <w:t xml:space="preserve"> [16FJ]</w:t>
      </w:r>
      <w:r>
        <w:rPr/>
        <w:t xml:space="preserve">, but </w:t>
      </w:r>
      <w:r>
        <w:rPr>
          <w:shd w:val="clear" w:fill="F4B183" w:color="auto"/>
          <w:color w:val="000000"/>
        </w:rPr>
        <w:t>this day we are covered with shame—the men of Judah, the people of Jerusalem, and all Israel near and far, in all the countries to which You have driven us because of our unfaithfulness to You</w:t>
      </w:r>
      <w:r>
        <w:rPr>
          <w:b w:val="false"/>
          <w:i w:val="false"/>
          <w:color w:val="000000"/>
          <w:u w:val="none"/>
          <w:shd w:val="clear" w:color="auto" w:fill="F4B183"/>
        </w:rPr>
        <w:t xml:space="preserve"> [1FIX]</w:t>
      </w:r>
      <w:r>
        <w:rPr/>
        <w:t>.</w:t>
      </w:r>
    </w:p>
    <w:p>
      <w:pPr>
        <w:pStyle w:val="Yellow"/>
        <w:rPr/>
      </w:pPr>
      <w:r>
        <w:rPr>
          <w:b/>
        </w:rPr>
        <w:t>Daniel 9:11</w:t>
      </w:r>
      <w:r>
        <w:t xml:space="preserve"> — </w:t>
      </w:r>
      <w:r>
        <w:rPr>
          <w:shd w:fill="B7DDE8" w:val="clear"/>
        </w:rPr>
        <w:t>All Israel has transgressed Your law and turned away, refusing to obey Your voice</w:t>
      </w:r>
      <w:r>
        <w:rPr>
          <w:b w:val="false"/>
          <w:i w:val="false"/>
          <w:u w:val="none"/>
          <w:color w:val="000000"/>
        </w:rPr>
        <w:t xml:space="preserve"> [1AKB]</w:t>
      </w:r>
      <w:r>
        <w:t xml:space="preserve">; </w:t>
      </w:r>
      <w:r>
        <w:rPr>
          <w:shd w:fill="B7DDE8" w:val="clear"/>
        </w:rPr>
        <w:t>so the oath and the curse written in the Law of Moses the servant of God has been poured out on us</w:t>
      </w:r>
      <w:r>
        <w:rPr>
          <w:b w:val="false"/>
          <w:i w:val="false"/>
          <w:color w:val="000000"/>
          <w:u w:val="none"/>
        </w:rPr>
        <w:t xml:space="preserve"> [1AKC]</w:t>
      </w:r>
      <w:r>
        <w:t xml:space="preserve">, </w:t>
      </w:r>
      <w:r>
        <w:rPr>
          <w:shd w:fill="B7DDE8" w:val="clear"/>
        </w:rPr>
        <w:t>because we have sinned against You</w:t>
      </w:r>
      <w:r>
        <w:rPr>
          <w:b w:val="false"/>
          <w:i w:val="false"/>
          <w:color w:val="000000"/>
          <w:u w:val="none"/>
        </w:rPr>
        <w:t xml:space="preserve"> [3AKD]</w:t>
      </w:r>
      <w:r>
        <w:t>.</w:t>
      </w:r>
    </w:p>
    <w:p>
      <w:r>
        <w:rPr>
          <w:b/>
          <w:sz w:val="32"/>
        </w:rPr>
        <w:t>Salvation  (90)</w:t>
      </w:r>
    </w:p>
    <w:p>
      <w:pPr>
        <w:pStyle w:val="Yellow"/>
        <w:rPr/>
        <w:shd w:val="clear" w:color="auto" w:fill="E4DFEC"/>
        <w:pBdr>
          <w:left w:val="single" w:sz="28" w:space="5" w:color="7030A0"/>
        </w:pBdr>
      </w:pPr>
      <w:r>
        <w:rPr>
          <w:b/>
          <w:u w:val="none"/>
          <w:shd w:fill="F4CCCC" w:val="clear"/>
        </w:rPr>
        <w:t>Exodus 15:2</w:t>
      </w:r>
      <w:r>
        <w:rPr>
          <w:u w:val="none"/>
          <w:shd w:fill="F4CCCC" w:val="clear"/>
        </w:rPr>
        <w:t xml:space="preserve"> — </w:t>
      </w:r>
      <w:r>
        <w:rPr>
          <w:u w:val="none"/>
          <w:shd w:fill="B7DDE8" w:val="clear"/>
        </w:rPr>
        <w:t>The LORD is my strength</w:t>
      </w:r>
      <w:r>
        <w:rPr>
          <w:b w:val="false"/>
          <w:i w:val="false"/>
          <w:color w:val="000000"/>
          <w:u w:val="none"/>
        </w:rPr>
        <w:t xml:space="preserve"> [7LI]</w:t>
      </w:r>
      <w:r>
        <w:rPr>
          <w:u w:val="none"/>
          <w:shd w:fill="F4CCCC" w:val="clear"/>
        </w:rPr>
        <w:t xml:space="preserve"> and </w:t>
      </w:r>
      <w:r>
        <w:rPr>
          <w:u w:val="none"/>
          <w:shd w:fill="B7DDE8" w:val="clear"/>
        </w:rPr>
        <w:t>my song</w:t>
      </w:r>
      <w:r>
        <w:rPr>
          <w:b w:val="false"/>
          <w:i w:val="false"/>
          <w:color w:val="000000"/>
          <w:u w:val="none"/>
        </w:rPr>
        <w:t xml:space="preserve"> [2BUO]</w:t>
      </w:r>
      <w:r>
        <w:rPr>
          <w:u w:val="none"/>
          <w:shd w:fill="F4CCCC" w:val="clear"/>
        </w:rPr>
        <w:t xml:space="preserve">, and </w:t>
      </w:r>
      <w:r>
        <w:rPr>
          <w:u w:val="none"/>
          <w:shd w:fill="548235" w:val="clear" w:color="auto"/>
          <w:color w:val="FFFFFF"/>
        </w:rPr>
        <w:t>He has become my salvation</w:t>
      </w:r>
      <w:r>
        <w:rPr>
          <w:b w:val="false"/>
          <w:i w:val="false"/>
          <w:color w:val="FFFFFF"/>
          <w:u w:val="none"/>
          <w:shd w:val="clear" w:color="auto" w:fill="548235"/>
        </w:rPr>
        <w:t xml:space="preserve"> [3BUP]</w:t>
      </w:r>
      <w:r>
        <w:rPr>
          <w:u w:val="none"/>
          <w:shd w:fill="F4CCCC" w:val="clear"/>
        </w:rPr>
        <w:t>.</w:t>
      </w:r>
    </w:p>
    <w:p>
      <w:pPr>
        <w:pStyle w:val="Yellow"/>
        <w:rPr/>
      </w:pPr>
      <w:r>
        <w:rPr/>
        <w:t xml:space="preserve">(Jn 3:14–15 Represents Jesus ) </w:t>
      </w:r>
      <w:r>
        <w:rPr>
          <w:b/>
        </w:rPr>
        <w:t>Numbers 21:8</w:t>
      </w:r>
      <w:r>
        <w:rPr/>
        <w:t xml:space="preserve"> — </w:t>
      </w:r>
      <w:r>
        <w:rPr>
          <w:shd w:fill="B7DDE8" w:val="clear"/>
        </w:rPr>
        <w:t>Make a fiery serpent and mount it on a pole</w:t>
      </w:r>
      <w:r>
        <w:rPr>
          <w:b w:val="false"/>
          <w:i w:val="false"/>
          <w:color w:val="000000"/>
          <w:u w:val="none"/>
        </w:rPr>
        <w:t xml:space="preserve"> [1LYI]</w:t>
      </w:r>
      <w:r>
        <w:rPr/>
        <w:t xml:space="preserve">. </w:t>
      </w:r>
      <w:r>
        <w:rPr>
          <w:shd w:fill="B7DDE8" w:val="clear"/>
        </w:rPr>
        <w:t>When anyone who is bitten looks at it, he will live</w:t>
      </w:r>
      <w:r>
        <w:rPr>
          <w:b w:val="false"/>
          <w:i w:val="false"/>
          <w:color w:val="000000"/>
          <w:u w:val="none"/>
        </w:rPr>
        <w:t xml:space="preserve"> [1LYJ]</w:t>
      </w:r>
      <w:r>
        <w:rPr/>
        <w:t>.</w:t>
      </w:r>
    </w:p>
    <w:p>
      <w:pPr>
        <w:pStyle w:val="Yellow"/>
        <w:rPr/>
      </w:pPr>
      <w:r>
        <w:rPr>
          <w:b/>
          <w:u w:val="none"/>
          <w:shd w:val="clear" w:color="auto" w:fill="C00000"/>
          <w:color w:val="FFFFFF"/>
        </w:rPr>
        <w:t>Psalm 3:8</w:t>
      </w:r>
      <w:r>
        <w:rPr>
          <w:u w:val="none"/>
          <w:shd w:val="clear" w:color="auto" w:fill="C00000"/>
          <w:color w:val="FFFFFF"/>
        </w:rPr>
        <w:t xml:space="preserve"> — </w:t>
      </w:r>
      <w:r>
        <w:rPr>
          <w:u w:val="none"/>
          <w:shd w:val="clear" w:color="auto" w:fill="C00000"/>
          <w:color w:val="FFFFFF"/>
        </w:rPr>
        <w:t>Salvation belongs to the LORD</w:t>
      </w:r>
      <w:r>
        <w:rPr>
          <w:b w:val="false"/>
          <w:i w:val="false"/>
          <w:u w:val="none"/>
          <w:shd w:val="clear" w:color="auto" w:fill="C00000"/>
          <w:color w:val="FFFFFF"/>
        </w:rPr>
        <w:t xml:space="preserve"> [1BYW]</w:t>
      </w:r>
      <w:r>
        <w:rPr>
          <w:u w:val="none"/>
          <w:shd w:val="clear" w:color="auto" w:fill="C00000"/>
          <w:color w:val="FFFFFF"/>
        </w:rPr>
        <w:t>;</w:t>
      </w:r>
    </w:p>
    <w:p>
      <w:pPr>
        <w:pStyle w:val="Yellow"/>
        <w:rPr/>
      </w:pPr>
      <w:r>
        <w:rPr>
          <w:b/>
        </w:rPr>
        <w:t>Psalm 62:7</w:t>
      </w:r>
      <w:r>
        <w:t xml:space="preserve"> — </w:t>
      </w:r>
      <w:r>
        <w:rPr>
          <w:shd w:fill="F4B183" w:val="clear" w:color="auto"/>
          <w:color w:val="000000"/>
        </w:rPr>
        <w:t>My salvation</w:t>
      </w:r>
      <w:r>
        <w:rPr>
          <w:shd w:fill="F4B183" w:val="clear" w:color="auto"/>
          <w:color w:val="000000"/>
        </w:rPr>
        <w:t xml:space="preserve"> and </w:t>
      </w:r>
      <w:r>
        <w:rPr>
          <w:shd w:fill="F4B183" w:val="clear" w:color="auto"/>
          <w:color w:val="000000"/>
        </w:rPr>
        <w:t>my honor rest on God</w:t>
      </w:r>
      <w:r>
        <w:rPr>
          <w:b w:val="false"/>
          <w:i w:val="false"/>
          <w:color w:val="000000"/>
          <w:u w:val="none"/>
          <w:shd w:val="clear" w:color="auto" w:fill="F4B183"/>
        </w:rPr>
        <w:t xml:space="preserve"> [1MGE]</w:t>
      </w:r>
      <w:r>
        <w:rPr>
          <w:b w:val="false"/>
          <w:i w:val="false"/>
          <w:color w:val="000000"/>
          <w:u w:val="none"/>
          <w:shd w:val="clear" w:color="auto" w:fill="F4B183"/>
        </w:rPr>
        <w:t xml:space="preserve"> [1BRK]</w:t>
      </w:r>
      <w:r>
        <w:t xml:space="preserve">, </w:t>
      </w:r>
      <w:r>
        <w:rPr>
          <w:shd w:fill="B7DDE8" w:val="clear"/>
        </w:rPr>
        <w:t>my strong rock</w:t>
      </w:r>
      <w:r>
        <w:rPr>
          <w:b w:val="false"/>
          <w:i w:val="false"/>
          <w:color w:val="000000"/>
          <w:u w:val="none"/>
        </w:rPr>
        <w:t xml:space="preserve"> [7GI]</w:t>
      </w:r>
      <w:r>
        <w:t xml:space="preserve">; </w:t>
      </w:r>
      <w:r>
        <w:rPr>
          <w:shd w:val="clear" w:color="auto" w:fill="D9C3E6"/>
        </w:rPr>
        <w:t>my refuge is in God</w:t>
      </w:r>
      <w:r>
        <w:rPr>
          <w:b w:val="false"/>
          <w:i w:val="false"/>
          <w:color w:val="000000"/>
          <w:u w:val="none"/>
        </w:rPr>
        <w:t xml:space="preserve"> [7DXY]</w:t>
      </w:r>
      <w:r>
        <w:rPr>
          <w:shd w:val="clear" w:color="auto" w:fill="D9C3E6"/>
        </w:rPr>
        <w:t>.</w:t>
      </w:r>
    </w:p>
    <w:p>
      <w:pPr>
        <w:pStyle w:val="Yellow"/>
        <w:rPr/>
        <w:pBdr>
          <w:left w:val="single" w:sz="28" w:space="5" w:color="C00000"/>
        </w:pBdr>
      </w:pPr>
      <w:r>
        <w:rPr>
          <w:b/>
          <w:shd w:val="clear" w:color="auto" w:fill="F4B183"/>
          <w:color w:val="000000"/>
        </w:rPr>
        <w:t xml:space="preserve">Psalm 68:19</w:t>
      </w:r>
      <w:r>
        <w:rPr>
          <w:shd w:val="clear" w:color="auto" w:fill="F4B183"/>
          <w:color w:val="000000"/>
        </w:rPr>
        <w:t xml:space="preserve"> — </w:t>
      </w:r>
      <w:r>
        <w:rPr>
          <w:shd w:fill="F4B183" w:val="clear" w:color="auto"/>
          <w:color w:val="000000"/>
        </w:rPr>
        <w:t xml:space="preserve">Blessed be the Lord</w:t>
      </w:r>
      <w:r>
        <w:rPr>
          <w:b w:val="false"/>
          <w:i w:val="false"/>
          <w:color w:val="000000"/>
          <w:u w:val="none"/>
          <w:shd w:val="clear" w:color="auto" w:fill="F4B183"/>
        </w:rPr>
        <w:t xml:space="preserve"> [8CQM]</w:t>
      </w:r>
      <w:r>
        <w:rPr>
          <w:shd w:val="clear" w:color="auto" w:fill="F4B183"/>
          <w:color w:val="000000"/>
        </w:rPr>
        <w:t xml:space="preserve">, </w:t>
      </w:r>
      <w:r>
        <w:rPr>
          <w:shd w:fill="F4B183" w:val="clear" w:color="auto"/>
          <w:color w:val="000000"/>
        </w:rPr>
        <w:t xml:space="preserve">who daily bears our burden</w:t>
      </w:r>
      <w:r>
        <w:rPr>
          <w:b w:val="false"/>
          <w:i w:val="false"/>
          <w:color w:val="000000"/>
          <w:u w:val="none"/>
          <w:shd w:val="clear" w:color="auto" w:fill="F4B183"/>
        </w:rPr>
        <w:t xml:space="preserve"> [1GFG]</w:t>
      </w:r>
      <w:r>
        <w:rPr>
          <w:shd w:val="clear" w:color="auto" w:fill="F4B183"/>
          <w:color w:val="000000"/>
        </w:rPr>
        <w:t xml:space="preserve">, </w:t>
      </w:r>
      <w:r>
        <w:rPr>
          <w:shd w:fill="F4B183" w:val="clear" w:color="auto"/>
          <w:color w:val="000000"/>
        </w:rPr>
        <w:t xml:space="preserve">the God of our salvation</w:t>
      </w:r>
      <w:r>
        <w:rPr>
          <w:b w:val="false"/>
          <w:i w:val="false"/>
          <w:color w:val="000000"/>
          <w:u w:val="none"/>
          <w:shd w:val="clear" w:color="auto" w:fill="F4B183"/>
        </w:rPr>
        <w:t xml:space="preserve"> [2BSL]</w:t>
      </w:r>
      <w:r>
        <w:rPr>
          <w:shd w:val="clear" w:color="auto" w:fill="F4B183"/>
          <w:color w:val="000000"/>
        </w:rPr>
        <w:t xml:space="preserve">. Selah</w:t>
      </w:r>
    </w:p>
    <w:p>
      <w:pPr>
        <w:pStyle w:val="Yellow"/>
        <w:rPr/>
      </w:pPr>
      <w:r>
        <w:rPr/>
        <w:t xml:space="preserve">(Ps74:1 “Why have You rejected us forever”) </w:t>
      </w:r>
      <w:r>
        <w:rPr>
          <w:b/>
        </w:rPr>
        <w:t>Psalm 74:12</w:t>
      </w:r>
      <w:r>
        <w:rPr/>
        <w:t xml:space="preserve"> — {Yet} </w:t>
      </w:r>
      <w:r>
        <w:rPr>
          <w:shd w:val="clear" w:fill="B7DDE8"/>
        </w:rPr>
        <w:t>God is my King</w:t>
      </w:r>
      <w:r>
        <w:rPr>
          <w:b w:val="false"/>
          <w:i w:val="false"/>
          <w:color w:val="000000"/>
          <w:u w:val="none"/>
        </w:rPr>
        <w:t xml:space="preserve"> [4LX]</w:t>
      </w:r>
      <w:r>
        <w:rPr>
          <w:shd w:val="clear" w:fill="B7DDE8"/>
        </w:rPr>
        <w:t xml:space="preserve"> from ancient times</w:t>
      </w:r>
      <w:r>
        <w:rPr>
          <w:b w:val="false"/>
          <w:i w:val="false"/>
          <w:color w:val="000000"/>
          <w:u w:val="none"/>
        </w:rPr>
        <w:t xml:space="preserve"> [1BXV]</w:t>
      </w:r>
      <w:r>
        <w:rPr/>
        <w:t xml:space="preserve">, </w:t>
      </w:r>
      <w:r>
        <w:rPr>
          <w:shd w:val="clear" w:fill="B7DDE8"/>
        </w:rPr>
        <w:t>working salvation on the earth</w:t>
      </w:r>
      <w:r>
        <w:rPr>
          <w:b w:val="false"/>
          <w:i w:val="false"/>
          <w:color w:val="000000"/>
          <w:u w:val="none"/>
        </w:rPr>
        <w:t xml:space="preserve"> [1BXW]</w:t>
      </w:r>
      <w:r>
        <w:rPr/>
        <w:t>.</w:t>
      </w:r>
    </w:p>
    <w:p>
      <w:pPr>
        <w:pStyle w:val="Yellow"/>
        <w:rPr/>
      </w:pPr>
      <w:r>
        <w:rPr>
          <w:b/>
        </w:rPr>
        <w:t>Psalm 85:9</w:t>
      </w:r>
      <w:r>
        <w:rPr/>
        <w:t xml:space="preserve"> — Surely </w:t>
      </w:r>
      <w:r>
        <w:rPr>
          <w:shd w:val="clear" w:fill="B7DDE8"/>
        </w:rPr>
        <w:t>His salvation is near to those who fear Him</w:t>
      </w:r>
      <w:r>
        <w:rPr>
          <w:b w:val="false"/>
          <w:i w:val="false"/>
          <w:color w:val="000000"/>
          <w:u w:val="none"/>
        </w:rPr>
        <w:t xml:space="preserve"> [1BWI]</w:t>
      </w:r>
      <w:r>
        <w:rPr>
          <w:shd w:val="clear" w:fill="F4B183" w:color="auto"/>
          <w:color w:val="000000"/>
        </w:rPr>
        <w:t>, that His glory may dwell in our land</w:t>
      </w:r>
      <w:r>
        <w:rPr>
          <w:b w:val="false"/>
          <w:i w:val="false"/>
          <w:color w:val="000000"/>
          <w:u w:val="none"/>
          <w:shd w:val="clear" w:color="auto" w:fill="F4B183"/>
        </w:rPr>
        <w:t xml:space="preserve"> [1BWJ]</w:t>
      </w:r>
      <w:r>
        <w:rPr/>
        <w:t>.</w:t>
      </w:r>
    </w:p>
    <w:p>
      <w:pPr>
        <w:pStyle w:val="Yellow"/>
        <w:rPr/>
      </w:pPr>
      <w:r>
        <w:rPr>
          <w:b/>
        </w:rPr>
        <w:t>Psalm 102:13</w:t>
      </w:r>
      <w:r>
        <w:rPr/>
        <w:t xml:space="preserve"> — </w:t>
      </w:r>
      <w:r>
        <w:rPr>
          <w:shd w:fill="B7DDE8" w:val="clear"/>
        </w:rPr>
        <w:t>You will rise up and have compassion on Zion</w:t>
      </w:r>
      <w:r>
        <w:rPr>
          <w:b w:val="false"/>
          <w:i w:val="false"/>
          <w:u w:val="none"/>
          <w:color w:val="000000"/>
        </w:rPr>
        <w:t xml:space="preserve"> [1FWI]</w:t>
      </w:r>
      <w:r>
        <w:rPr/>
        <w:t xml:space="preserve">, for </w:t>
      </w:r>
      <w:r>
        <w:rPr>
          <w:shd w:fill="B7DDE8" w:val="clear"/>
        </w:rPr>
        <w:t>it is time to show her favor—the appointed time has come</w:t>
      </w:r>
      <w:r>
        <w:rPr>
          <w:b w:val="false"/>
          <w:i w:val="false"/>
          <w:color w:val="000000"/>
          <w:u w:val="none"/>
        </w:rPr>
        <w:t xml:space="preserve"> [1FWJ]</w:t>
      </w:r>
      <w:r>
        <w:rPr/>
        <w:t>.</w:t>
      </w:r>
    </w:p>
    <w:p>
      <w:pPr>
        <w:pStyle w:val="Yellow"/>
        <w:rPr/>
      </w:pPr>
      <w:r>
        <w:t xml:space="preserve">(Ps132:13 “Zion”) </w:t>
      </w:r>
      <w:r>
        <w:rPr>
          <w:b/>
        </w:rPr>
        <w:t>Psalm 132:16</w:t>
      </w:r>
      <w:r>
        <w:t xml:space="preserve"> — </w:t>
      </w:r>
      <w:r>
        <w:rPr>
          <w:shd w:fill="B7DDE8" w:val="clear"/>
        </w:rPr>
        <w:t>I will clothe {her} priests with salvation</w:t>
      </w:r>
      <w:r>
        <w:rPr>
          <w:b w:val="false"/>
          <w:i w:val="false"/>
          <w:color w:val="000000"/>
          <w:u w:val="none"/>
        </w:rPr>
        <w:t xml:space="preserve"> [1BTJ]</w:t>
      </w:r>
      <w:r>
        <w:t xml:space="preserve">, and </w:t>
      </w:r>
      <w:r>
        <w:rPr>
          <w:color w:val="000000"/>
        </w:rPr>
        <w:t>her saints will sing out in joy</w:t>
      </w:r>
      <w:r>
        <w:rPr>
          <w:b w:val="false"/>
          <w:i w:val="false"/>
          <w:color w:val="000000"/>
          <w:u w:val="none"/>
        </w:rPr>
        <w:t xml:space="preserve"> [1BTK]</w:t>
      </w:r>
      <w:r>
        <w:t>.</w:t>
      </w:r>
    </w:p>
    <w:p>
      <w:pPr>
        <w:pStyle w:val="Yellow"/>
        <w:rPr/>
      </w:pPr>
      <w:r>
        <w:rPr>
          <w:b/>
        </w:rPr>
        <w:t>Psalm 149:4</w:t>
      </w:r>
      <w:r>
        <w:t xml:space="preserve"> — For </w:t>
      </w:r>
      <w:r>
        <w:rPr>
          <w:shd w:fill="B7DDE8" w:val="clear"/>
        </w:rPr>
        <w:t>the LORD takes pleasure in His people</w:t>
      </w:r>
      <w:r>
        <w:rPr>
          <w:b w:val="false"/>
          <w:i w:val="false"/>
          <w:color w:val="000000"/>
          <w:u w:val="none"/>
        </w:rPr>
        <w:t xml:space="preserve"> [1BRE]</w:t>
      </w:r>
      <w:r>
        <w:t xml:space="preserve">; </w:t>
      </w:r>
      <w:r>
        <w:rPr>
          <w:shd w:fill="B7DDE8" w:val="clear"/>
        </w:rPr>
        <w:t>He adorns the afflicted with salvation</w:t>
      </w:r>
      <w:r>
        <w:rPr>
          <w:b w:val="false"/>
          <w:i w:val="false"/>
          <w:color w:val="000000"/>
          <w:u w:val="none"/>
        </w:rPr>
        <w:t xml:space="preserve"> [1BRF]</w:t>
      </w:r>
      <w:r>
        <w:t>.</w:t>
      </w:r>
    </w:p>
    <w:p>
      <w:pPr>
        <w:pStyle w:val="Yellow"/>
        <w:rPr/>
      </w:pPr>
      <w:r>
        <w:rPr>
          <w:u w:val="none"/>
        </w:rPr>
        <w:t xml:space="preserve">(Is12:1 “In that day”) </w:t>
      </w:r>
      <w:r>
        <w:rPr>
          <w:b/>
          <w:u w:val="none"/>
        </w:rPr>
        <w:t>Isaiah 12:2</w:t>
      </w:r>
      <w:r>
        <w:rPr>
          <w:u w:val="none"/>
        </w:rPr>
        <w:t xml:space="preserve"> — Surely </w:t>
      </w:r>
      <w:r>
        <w:rPr>
          <w:u w:val="none"/>
          <w:shd w:fill="B7DDE8" w:val="clear"/>
        </w:rPr>
        <w:t>God is my salvation</w:t>
      </w:r>
      <w:r>
        <w:rPr>
          <w:b w:val="false"/>
          <w:i w:val="false"/>
          <w:color w:val="000000"/>
          <w:u w:val="none"/>
        </w:rPr>
        <w:t xml:space="preserve"> [1BUM]</w:t>
      </w:r>
      <w:r>
        <w:rPr>
          <w:u w:val="none"/>
        </w:rPr>
        <w:t xml:space="preserve">; </w:t>
      </w:r>
      <w:r>
        <w:rPr>
          <w:u w:val="none"/>
          <w:shd w:fill="B7DDE8" w:val="clear"/>
        </w:rPr>
        <w:t>I will trust</w:t>
      </w:r>
      <w:r>
        <w:rPr>
          <w:b w:val="false"/>
          <w:i w:val="false"/>
          <w:u w:val="none"/>
          <w:color w:val="000000"/>
        </w:rPr>
        <w:t xml:space="preserve"> [1CJD]</w:t>
      </w:r>
      <w:r>
        <w:rPr>
          <w:u w:val="none"/>
        </w:rPr>
        <w:t xml:space="preserve"> and </w:t>
      </w:r>
      <w:r>
        <w:rPr>
          <w:u w:val="none"/>
          <w:shd w:fill="B7DDE8" w:val="clear"/>
        </w:rPr>
        <w:t>not be afraid</w:t>
      </w:r>
      <w:r>
        <w:rPr>
          <w:b w:val="false"/>
          <w:i w:val="false"/>
          <w:color w:val="000000"/>
          <w:u w:val="none"/>
        </w:rPr>
        <w:t xml:space="preserve"> [4CJE]</w:t>
      </w:r>
      <w:r>
        <w:rPr>
          <w:u w:val="none"/>
        </w:rPr>
        <w:t xml:space="preserve">. For </w:t>
      </w:r>
      <w:r>
        <w:rPr>
          <w:u w:val="none"/>
          <w:shd w:fill="B7DDE8" w:val="clear"/>
        </w:rPr>
        <w:t>the LORD GOD is my strength</w:t>
      </w:r>
      <w:r>
        <w:rPr>
          <w:b w:val="false"/>
          <w:i w:val="false"/>
          <w:color w:val="000000"/>
          <w:u w:val="none"/>
        </w:rPr>
        <w:t xml:space="preserve"> [7LI]</w:t>
      </w:r>
      <w:r>
        <w:rPr>
          <w:u w:val="none"/>
        </w:rPr>
        <w:t xml:space="preserve"> and </w:t>
      </w:r>
      <w:r>
        <w:rPr>
          <w:u w:val="none"/>
          <w:shd w:fill="B7DDE8" w:val="clear"/>
        </w:rPr>
        <w:t>my song</w:t>
      </w:r>
      <w:r>
        <w:rPr>
          <w:b w:val="false"/>
          <w:i w:val="false"/>
          <w:u w:val="none"/>
          <w:color w:val="000000"/>
        </w:rPr>
        <w:t xml:space="preserve"> [2BUO]</w:t>
      </w:r>
      <w:r>
        <w:rPr>
          <w:u w:val="none"/>
        </w:rPr>
        <w:t xml:space="preserve">, and </w:t>
      </w:r>
      <w:r>
        <w:rPr>
          <w:u w:val="none"/>
          <w:shd w:fill="B7DDE8" w:val="clear"/>
        </w:rPr>
        <w:t>He also has become my salvation</w:t>
      </w:r>
      <w:r>
        <w:rPr>
          <w:b w:val="false"/>
          <w:i w:val="false"/>
          <w:color w:val="000000"/>
          <w:u w:val="none"/>
        </w:rPr>
        <w:t xml:space="preserve"> [3BUP]</w:t>
      </w:r>
      <w:r>
        <w:rPr>
          <w:u w:val="none"/>
        </w:rPr>
        <w:t>.”</w:t>
      </w:r>
    </w:p>
    <w:p>
      <w:pPr>
        <w:pStyle w:val="Yellow"/>
        <w:rPr/>
      </w:pPr>
      <w:r>
        <w:t xml:space="preserve">(Is12:1 “In that day”) </w:t>
      </w:r>
      <w:r>
        <w:rPr>
          <w:b/>
        </w:rPr>
        <w:t>Isaiah 12:3</w:t>
      </w:r>
      <w:r>
        <w:t xml:space="preserve"> — </w:t>
      </w:r>
      <w:r>
        <w:rPr>
          <w:shd w:fill="B7DDE8" w:val="clear"/>
        </w:rPr>
        <w:t>With joy you will draw water from the springs of salvation</w:t>
      </w:r>
      <w:r>
        <w:rPr>
          <w:b w:val="false"/>
          <w:i w:val="false"/>
          <w:color w:val="000000"/>
          <w:u w:val="none"/>
        </w:rPr>
        <w:t xml:space="preserve"> [1BTQ]</w:t>
      </w:r>
      <w:r>
        <w:t>,</w:t>
      </w:r>
    </w:p>
    <w:p>
      <w:pPr>
        <w:pStyle w:val="Yellow"/>
        <w:rPr/>
      </w:pPr>
      <w:r>
        <w:rPr>
          <w:b/>
        </w:rPr>
        <w:t>Isaiah 45:15</w:t>
      </w:r>
      <w:r>
        <w:t xml:space="preserve"> — Truly </w:t>
      </w:r>
      <w:r>
        <w:rPr>
          <w:shd w:fill="B7DDE8" w:val="clear"/>
        </w:rPr>
        <w:t>You are a God who hides Himself</w:t>
      </w:r>
      <w:r>
        <w:rPr>
          <w:b w:val="false"/>
          <w:i w:val="false"/>
          <w:color w:val="000000"/>
          <w:u w:val="none"/>
        </w:rPr>
        <w:t xml:space="preserve"> [1BOZ]</w:t>
      </w:r>
      <w:r>
        <w:t xml:space="preserve">, </w:t>
      </w:r>
      <w:r>
        <w:rPr>
          <w:shd w:fill="B7DDE8" w:val="clear"/>
        </w:rPr>
        <w:t>O God of Israel</w:t>
      </w:r>
      <w:r>
        <w:rPr>
          <w:shd w:val="clear" w:color="auto" w:fill="C00000"/>
          <w:color w:val="FFFFFF"/>
        </w:rPr>
        <w:t>, the Savior</w:t>
      </w:r>
      <w:r>
        <w:rPr>
          <w:b w:val="false"/>
          <w:i w:val="false"/>
          <w:u w:val="none"/>
          <w:shd w:val="clear" w:color="auto" w:fill="C00000"/>
          <w:color w:val="FFFFFF"/>
        </w:rPr>
        <w:t xml:space="preserve"> [7AYO]</w:t>
      </w:r>
      <w:r>
        <w:t>.</w:t>
      </w:r>
    </w:p>
    <w:p>
      <w:pPr>
        <w:pStyle w:val="Yellow"/>
        <w:rPr/>
      </w:pPr>
      <w:r>
        <w:rPr/>
        <w:t xml:space="preserve">(Is45:16 after idol makers are disgraced) </w:t>
      </w:r>
      <w:r>
        <w:rPr>
          <w:b/>
        </w:rPr>
        <w:t>Isaiah 45:17</w:t>
      </w:r>
      <w:r>
        <w:rPr/>
        <w:t xml:space="preserve"> — {But} </w:t>
      </w:r>
      <w:r>
        <w:rPr>
          <w:shd w:val="clear" w:fill="B7DDE8"/>
        </w:rPr>
        <w:t>Israel will be saved by the LORD</w:t>
      </w:r>
      <w:r>
        <w:rPr>
          <w:b w:val="false"/>
          <w:i w:val="false"/>
          <w:color w:val="000000"/>
          <w:u w:val="none"/>
        </w:rPr>
        <w:t xml:space="preserve"> [1BYI]</w:t>
      </w:r>
      <w:r>
        <w:rPr/>
        <w:t xml:space="preserve"> </w:t>
      </w:r>
      <w:r>
        <w:rPr>
          <w:shd w:val="clear" w:fill="B7DDE8"/>
        </w:rPr>
        <w:t>with an everlasting salvation</w:t>
      </w:r>
      <w:r>
        <w:rPr>
          <w:b w:val="false"/>
          <w:i w:val="false"/>
          <w:color w:val="000000"/>
          <w:u w:val="none"/>
        </w:rPr>
        <w:t xml:space="preserve"> [1BYJ]</w:t>
      </w:r>
      <w:r>
        <w:rPr/>
        <w:t xml:space="preserve">; </w:t>
      </w:r>
      <w:r>
        <w:rPr>
          <w:shd w:val="clear" w:fill="B7DDE8"/>
        </w:rPr>
        <w:t>you will not be put to shame or humiliated</w:t>
      </w:r>
      <w:r>
        <w:rPr>
          <w:b w:val="false"/>
          <w:i w:val="false"/>
          <w:color w:val="000000"/>
          <w:u w:val="none"/>
        </w:rPr>
        <w:t xml:space="preserve"> [1BYK]</w:t>
      </w:r>
      <w:r>
        <w:rPr/>
        <w:t xml:space="preserve">, </w:t>
      </w:r>
      <w:r>
        <w:rPr>
          <w:shd w:val="clear" w:fill="B7DDE8"/>
        </w:rPr>
        <w:t>to ages everlasting</w:t>
      </w:r>
      <w:r>
        <w:rPr>
          <w:b w:val="false"/>
          <w:i w:val="false"/>
          <w:color w:val="000000"/>
          <w:u w:val="none"/>
        </w:rPr>
        <w:t xml:space="preserve"> [1BYL]</w:t>
      </w:r>
      <w:r>
        <w:rPr/>
        <w:t>.</w:t>
      </w:r>
    </w:p>
    <w:p>
      <w:pPr>
        <w:pStyle w:val="Yellow"/>
        <w:rPr/>
      </w:pPr>
      <w:r>
        <w:rPr>
          <w:b/>
        </w:rPr>
        <w:t>Isaiah 45:22</w:t>
      </w:r>
      <w:r>
        <w:t xml:space="preserve"> — </w:t>
      </w:r>
      <w:r>
        <w:rPr>
          <w:shd w:fill="B7DDE8" w:val="clear"/>
        </w:rPr>
        <w:t>Turn to Me and be saved, all the ends of the earth</w:t>
      </w:r>
      <w:r>
        <w:rPr>
          <w:b w:val="false"/>
          <w:i w:val="false"/>
          <w:color w:val="000000"/>
          <w:u w:val="none"/>
        </w:rPr>
        <w:t xml:space="preserve"> [1BSN]</w:t>
      </w:r>
      <w:r>
        <w:t xml:space="preserve">; for </w:t>
      </w:r>
      <w:r>
        <w:rPr>
          <w:shd w:val="clear" w:color="auto" w:fill="D9C3E6"/>
        </w:rPr>
        <w:t>I am God, and there is no other</w:t>
      </w:r>
      <w:r>
        <w:rPr>
          <w:b w:val="false"/>
          <w:i w:val="false"/>
          <w:color w:val="000000"/>
          <w:u w:val="none"/>
        </w:rPr>
        <w:t xml:space="preserve"> [19FQ]</w:t>
      </w:r>
      <w:r>
        <w:rPr>
          <w:shd w:val="clear" w:color="auto" w:fill="D9C3E6"/>
        </w:rPr>
        <w:t>.</w:t>
      </w:r>
    </w:p>
    <w:p>
      <w:pPr>
        <w:pStyle w:val="Yellow"/>
        <w:rPr/>
      </w:pPr>
      <w:r>
        <w:rPr>
          <w:b/>
        </w:rPr>
        <w:t>Isaiah 46:13</w:t>
      </w:r>
      <w:r>
        <w:rPr/>
        <w:t xml:space="preserve"> — </w:t>
      </w:r>
      <w:r>
        <w:rPr>
          <w:shd w:val="clear" w:fill="B7DDE8"/>
        </w:rPr>
        <w:t>I am bringing My righteousness near</w:t>
      </w:r>
      <w:r>
        <w:rPr>
          <w:b w:val="false"/>
          <w:i w:val="false"/>
          <w:color w:val="000000"/>
          <w:u w:val="none"/>
        </w:rPr>
        <w:t xml:space="preserve"> [1BWK]</w:t>
      </w:r>
      <w:r>
        <w:rPr/>
        <w:t xml:space="preserve">; </w:t>
      </w:r>
      <w:r>
        <w:rPr>
          <w:shd w:val="clear" w:fill="B7DDE8"/>
        </w:rPr>
        <w:t>it is not far away</w:t>
      </w:r>
      <w:r>
        <w:rPr>
          <w:b w:val="false"/>
          <w:i w:val="false"/>
          <w:color w:val="000000"/>
          <w:u w:val="none"/>
        </w:rPr>
        <w:t xml:space="preserve"> [1BWL]</w:t>
      </w:r>
      <w:r>
        <w:rPr/>
        <w:t xml:space="preserve">, and </w:t>
      </w:r>
      <w:r>
        <w:rPr>
          <w:shd w:val="clear" w:fill="B7DDE8"/>
        </w:rPr>
        <w:t>My salvation will not be delayed</w:t>
      </w:r>
      <w:r>
        <w:rPr>
          <w:b w:val="false"/>
          <w:i w:val="false"/>
          <w:color w:val="000000"/>
          <w:u w:val="none"/>
        </w:rPr>
        <w:t xml:space="preserve"> [1BWM]</w:t>
      </w:r>
      <w:r>
        <w:rPr/>
        <w:t xml:space="preserve">. </w:t>
      </w:r>
      <w:r>
        <w:rPr>
          <w:shd w:val="clear" w:fill="B7DDE8"/>
        </w:rPr>
        <w:t>I will grant salvation to Zion</w:t>
      </w:r>
      <w:r>
        <w:rPr>
          <w:b w:val="false"/>
          <w:i w:val="false"/>
          <w:color w:val="000000"/>
          <w:u w:val="none"/>
        </w:rPr>
        <w:t xml:space="preserve"> [1BWN]</w:t>
      </w:r>
      <w:r>
        <w:rPr/>
        <w:t xml:space="preserve"> and </w:t>
      </w:r>
      <w:r>
        <w:rPr>
          <w:color w:val="000000"/>
        </w:rPr>
        <w:t>adorn Israel with My splendor</w:t>
      </w:r>
      <w:r>
        <w:rPr>
          <w:b w:val="false"/>
          <w:i w:val="false"/>
          <w:color w:val="000000"/>
          <w:u w:val="none"/>
        </w:rPr>
        <w:t xml:space="preserve"> [1BWO]</w:t>
      </w:r>
      <w:r>
        <w:rPr/>
        <w:t>.</w:t>
      </w:r>
    </w:p>
    <w:p>
      <w:pPr>
        <w:pStyle w:val="Yellow"/>
        <w:rPr/>
        <w:pBdr>
          <w:left w:val="single" w:sz="28" w:space="5" w:color="C00000"/>
        </w:pBdr>
      </w:pPr>
      <w:r>
        <w:rPr>
          <w:b/>
        </w:rPr>
        <w:t>Isaiah 49:8</w:t>
      </w:r>
      <w:r>
        <w:rPr/>
        <w:t xml:space="preserve"> — This is what the LORD says: “</w:t>
      </w:r>
      <w:r>
        <w:rPr>
          <w:shd w:fill="B7DDE8" w:val="clear"/>
        </w:rPr>
        <w:t>In the time of favor I will answer You</w:t>
      </w:r>
      <w:r>
        <w:rPr>
          <w:b w:val="false"/>
          <w:i w:val="false"/>
          <w:u w:val="none"/>
          <w:color w:val="000000"/>
        </w:rPr>
        <w:t xml:space="preserve"> [1ABM]</w:t>
      </w:r>
      <w:r>
        <w:rPr/>
        <w:t xml:space="preserve">, and </w:t>
      </w:r>
      <w:r>
        <w:rPr>
          <w:shd w:fill="B7DDE8" w:val="clear"/>
        </w:rPr>
        <w:t xml:space="preserve">in the day of salvation </w:t>
      </w:r>
      <w:r>
        <w:rPr>
          <w:shd w:fill="B7DDE8" w:val="clear"/>
        </w:rPr>
        <w:t>I will help You</w:t>
      </w:r>
      <w:r>
        <w:rPr>
          <w:b w:val="false"/>
          <w:i w:val="false"/>
          <w:color w:val="000000"/>
          <w:u w:val="none"/>
        </w:rPr>
        <w:t xml:space="preserve"> [1ABN]</w:t>
      </w:r>
      <w:r>
        <w:rPr/>
        <w:t xml:space="preserve">; </w:t>
      </w:r>
      <w:r>
        <w:rPr>
          <w:shd w:fill="B7DDE8" w:val="clear"/>
        </w:rPr>
        <w:t>I will keep You</w:t>
      </w:r>
      <w:r>
        <w:rPr>
          <w:b w:val="false"/>
          <w:i w:val="false"/>
          <w:color w:val="000000"/>
          <w:u w:val="none"/>
        </w:rPr>
        <w:t xml:space="preserve"> [2ABO]</w:t>
      </w:r>
      <w:r>
        <w:rPr/>
        <w:t xml:space="preserve"> and </w:t>
      </w:r>
      <w:r>
        <w:rPr>
          <w:shd w:fill="B7DDE8" w:val="clear"/>
        </w:rPr>
        <w:t>appoint You to be a covenant for the people</w:t>
      </w:r>
      <w:r>
        <w:rPr>
          <w:b w:val="false"/>
          <w:i w:val="false"/>
          <w:color w:val="000000"/>
          <w:u w:val="none"/>
        </w:rPr>
        <w:t xml:space="preserve"> [2ABP]</w:t>
      </w:r>
      <w:r>
        <w:rPr/>
        <w:t xml:space="preserve">, </w:t>
      </w:r>
      <w:r>
        <w:rPr>
          <w:shd w:fill="B7DDE8" w:val="clear"/>
        </w:rPr>
        <w:t>to restore the land</w:t>
      </w:r>
      <w:r>
        <w:rPr>
          <w:b w:val="false"/>
          <w:i w:val="false"/>
          <w:color w:val="000000"/>
          <w:u w:val="none"/>
        </w:rPr>
        <w:t xml:space="preserve"> [1ABQ]</w:t>
      </w:r>
      <w:r>
        <w:rPr/>
        <w:t xml:space="preserve">, </w:t>
      </w:r>
      <w:r>
        <w:rPr>
          <w:shd w:fill="B7DDE8" w:val="clear"/>
        </w:rPr>
        <w:t xml:space="preserve">to apportion its desolate </w:t>
      </w:r>
      <w:r>
        <w:rPr>
          <w:shd w:fill="B7DDE8" w:val="clear"/>
        </w:rPr>
        <w:t>inheritances</w:t>
      </w:r>
      <w:r>
        <w:rPr>
          <w:b w:val="false"/>
          <w:i w:val="false"/>
          <w:u w:val="none"/>
          <w:color w:val="000000"/>
        </w:rPr>
        <w:t xml:space="preserve"> [1ABR]</w:t>
      </w:r>
      <w:r>
        <w:rPr/>
        <w:t>,</w:t>
      </w:r>
    </w:p>
    <w:p>
      <w:pPr>
        <w:pStyle w:val="Yellow"/>
        <w:rPr/>
      </w:pPr>
      <w:r>
        <w:rPr>
          <w:b/>
          <w:u w:val="none"/>
          <w:shd w:fill="F4CCCC" w:val="clear"/>
        </w:rPr>
        <w:t>Jeremiah 3:23</w:t>
      </w:r>
      <w:r>
        <w:rPr>
          <w:u w:val="none"/>
          <w:shd w:fill="F4CCCC" w:val="clear"/>
        </w:rPr>
        <w:t xml:space="preserve"> — Surely </w:t>
      </w:r>
      <w:r>
        <w:rPr>
          <w:u w:val="none"/>
          <w:shd w:fill="B7DDE8" w:val="clear"/>
        </w:rPr>
        <w:t>the salvation of Israel is in the LORD our God</w:t>
      </w:r>
      <w:r>
        <w:rPr>
          <w:b w:val="false"/>
          <w:i w:val="false"/>
          <w:color w:val="000000"/>
          <w:u w:val="none"/>
        </w:rPr>
        <w:t xml:space="preserve"> [1BTS]</w:t>
      </w:r>
      <w:r>
        <w:rPr>
          <w:u w:val="none"/>
          <w:shd w:fill="F4CCCC" w:val="clear"/>
        </w:rPr>
        <w:t>.</w:t>
      </w:r>
    </w:p>
    <w:p>
      <w:pPr>
        <w:pStyle w:val="Yellow"/>
        <w:rPr/>
      </w:pPr>
      <w:r>
        <w:rPr>
          <w:b/>
        </w:rPr>
        <w:t>Jeremiah 14:8</w:t>
      </w:r>
      <w:r>
        <w:t xml:space="preserve"> — O </w:t>
      </w:r>
      <w:r>
        <w:rPr>
          <w:shd w:fill="B7DDE8" w:val="clear"/>
        </w:rPr>
        <w:t>Hope of Israel</w:t>
      </w:r>
      <w:r>
        <w:rPr>
          <w:b w:val="false"/>
          <w:i w:val="false"/>
          <w:color w:val="000000"/>
          <w:u w:val="none"/>
        </w:rPr>
        <w:t xml:space="preserve"> [2BOO]</w:t>
      </w:r>
      <w:r>
        <w:t xml:space="preserve">, </w:t>
      </w:r>
      <w:r>
        <w:rPr>
          <w:shd w:fill="548235" w:val="clear" w:color="auto"/>
          <w:color w:val="FFFFFF"/>
        </w:rPr>
        <w:t>its Savior in times of distress</w:t>
      </w:r>
      <w:r>
        <w:rPr>
          <w:b w:val="false"/>
          <w:i w:val="false"/>
          <w:color w:val="FFFFFF"/>
          <w:u w:val="none"/>
          <w:shd w:val="clear" w:color="auto" w:fill="548235"/>
        </w:rPr>
        <w:t xml:space="preserve"> [1BOP]</w:t>
      </w:r>
    </w:p>
    <w:p>
      <w:pPr>
        <w:pStyle w:val="Yellow"/>
        <w:rPr/>
      </w:pPr>
      <w:r>
        <w:rPr>
          <w:b/>
        </w:rPr>
        <w:t>Joel 2:32</w:t>
      </w:r>
      <w:r>
        <w:t xml:space="preserve"> — And </w:t>
      </w:r>
      <w:r>
        <w:rPr>
          <w:shd w:fill="B7DDE8" w:val="clear"/>
        </w:rPr>
        <w:t>everyone who calls on the name of the LORD will be saved</w:t>
      </w:r>
      <w:r>
        <w:rPr>
          <w:b w:val="false"/>
          <w:i w:val="false"/>
          <w:u w:val="none"/>
          <w:color w:val="000000"/>
        </w:rPr>
        <w:t xml:space="preserve"> [2AIW]</w:t>
      </w:r>
      <w:r>
        <w:t xml:space="preserve">; for </w:t>
      </w:r>
      <w:r>
        <w:rPr>
          <w:shd w:fill="B7DDE8" w:val="clear"/>
        </w:rPr>
        <w:t>on Mount Zion and in Jerusalem there will be deliverance, as the LORD has promised, among the remnant called by the LORD</w:t>
      </w:r>
      <w:r>
        <w:rPr>
          <w:b w:val="false"/>
          <w:i w:val="false"/>
          <w:color w:val="000000"/>
          <w:u w:val="none"/>
        </w:rPr>
        <w:t xml:space="preserve"> [1AIX]</w:t>
      </w:r>
      <w:r>
        <w:t>.</w:t>
      </w:r>
    </w:p>
    <w:p>
      <w:pPr>
        <w:pStyle w:val="Yellow"/>
        <w:rPr/>
      </w:pPr>
      <w:r>
        <w:rPr>
          <w:b/>
          <w:u w:val="none"/>
          <w:shd w:fill="F4CCCC" w:val="clear"/>
        </w:rPr>
        <w:t>Jonah 2:9</w:t>
      </w:r>
      <w:r>
        <w:rPr>
          <w:u w:val="none"/>
          <w:shd w:fill="F4CCCC" w:val="clear"/>
        </w:rPr>
        <w:t xml:space="preserve"> — </w:t>
      </w:r>
      <w:r>
        <w:rPr>
          <w:u w:val="none"/>
          <w:shd w:fill="B7DDE8" w:val="clear"/>
        </w:rPr>
        <w:t>Salvation is from the LORD</w:t>
      </w:r>
      <w:r>
        <w:rPr>
          <w:b w:val="false"/>
          <w:i w:val="false"/>
          <w:color w:val="000000"/>
          <w:u w:val="none"/>
        </w:rPr>
        <w:t xml:space="preserve"> [1BTT]</w:t>
      </w:r>
      <w:r>
        <w:rPr>
          <w:u w:val="none"/>
          <w:shd w:fill="F4CCCC" w:val="clear"/>
        </w:rPr>
        <w:t>!</w:t>
      </w:r>
    </w:p>
    <w:p>
      <w:pPr>
        <w:pStyle w:val="Yellow"/>
        <w:rPr/>
      </w:pPr>
      <w:r>
        <w:rPr>
          <w:b/>
        </w:rPr>
        <w:t xml:space="preserve">Zechariah 3:4</w:t>
      </w:r>
      <w:r>
        <w:rPr/>
        <w:t xml:space="preserve"> — “See, </w:t>
      </w:r>
      <w:r>
        <w:rPr>
          <w:shd w:fill="B7DDE8" w:val="clear"/>
        </w:rPr>
        <w:t xml:space="preserve">I have removed your iniquity</w:t>
      </w:r>
      <w:r>
        <w:rPr>
          <w:b w:val="false"/>
          <w:i w:val="false"/>
          <w:color w:val="000000"/>
          <w:u w:val="none"/>
        </w:rPr>
        <w:t xml:space="preserve"> [1HUD]</w:t>
      </w:r>
      <w:r>
        <w:rPr/>
        <w:t xml:space="preserve">, and </w:t>
      </w:r>
      <w:r>
        <w:rPr>
          <w:shd w:fill="B7DDE8" w:val="clear"/>
        </w:rPr>
        <w:t xml:space="preserve">I will clothe you with splendid robes</w:t>
      </w:r>
      <w:r>
        <w:rPr>
          <w:b w:val="false"/>
          <w:i w:val="false"/>
          <w:color w:val="000000"/>
          <w:u w:val="none"/>
        </w:rPr>
        <w:t xml:space="preserve"> [1HUE]</w:t>
      </w:r>
      <w:r>
        <w:rPr/>
        <w:t xml:space="preserve">.”</w:t>
      </w:r>
    </w:p>
    <w:p>
      <w:pPr>
        <w:pStyle w:val="Yellow"/>
        <w:rPr/>
      </w:pPr>
      <w:r>
        <w:rPr>
          <w:u w:val="none"/>
        </w:rPr>
        <w:t xml:space="preserve">(Mt1:20 “Mary”) </w:t>
      </w:r>
      <w:r>
        <w:rPr>
          <w:b/>
          <w:u w:val="none"/>
        </w:rPr>
        <w:t>Matthew 1:21</w:t>
      </w:r>
      <w:r>
        <w:rPr>
          <w:u w:val="none"/>
        </w:rPr>
        <w:t xml:space="preserve"> — </w:t>
      </w:r>
      <w:r>
        <w:rPr>
          <w:u w:val="none"/>
          <w:shd w:fill="B7DDE8" w:val="clear"/>
        </w:rPr>
        <w:t>{She} will give birth to a Son</w:t>
      </w:r>
      <w:r>
        <w:rPr>
          <w:b w:val="false"/>
          <w:i w:val="false"/>
          <w:color w:val="000000"/>
          <w:u w:val="none"/>
        </w:rPr>
        <w:t xml:space="preserve"> [2BUD]</w:t>
      </w:r>
      <w:r>
        <w:rPr>
          <w:u w:val="none"/>
        </w:rPr>
        <w:t xml:space="preserve">, and </w:t>
      </w:r>
      <w:r>
        <w:rPr>
          <w:u w:val="none"/>
          <w:shd w:fill="B7DDE8" w:val="clear"/>
        </w:rPr>
        <w:t>you are to give Him the name Jesus</w:t>
      </w:r>
      <w:r>
        <w:rPr>
          <w:b w:val="false"/>
          <w:i w:val="false"/>
          <w:color w:val="000000"/>
          <w:u w:val="none"/>
        </w:rPr>
        <w:t xml:space="preserve"> [1BUE]</w:t>
      </w:r>
      <w:r>
        <w:rPr>
          <w:u w:val="none"/>
        </w:rPr>
        <w:t xml:space="preserve">, because </w:t>
      </w:r>
      <w:r>
        <w:rPr>
          <w:u w:val="none"/>
          <w:shd w:fill="B7DDE8" w:val="clear"/>
        </w:rPr>
        <w:t>He will save His people from their sins</w:t>
      </w:r>
      <w:r>
        <w:rPr>
          <w:b w:val="false"/>
          <w:i w:val="false"/>
          <w:color w:val="000000"/>
          <w:u w:val="none"/>
        </w:rPr>
        <w:t xml:space="preserve"> [1BUF]</w:t>
      </w:r>
      <w:r>
        <w:rPr>
          <w:u w:val="none"/>
        </w:rPr>
        <w:t>.”</w:t>
      </w:r>
    </w:p>
    <w:p>
      <w:pPr>
        <w:pStyle w:val="Yellow"/>
        <w:rPr/>
      </w:pPr>
      <w:r>
        <w:rPr>
          <w:b/>
          <w:color w:val="auto"/>
        </w:rPr>
        <w:t xml:space="preserve">Matthew 1:23</w:t>
      </w:r>
      <w:r>
        <w:rPr>
          <w:color w:val="auto"/>
        </w:rPr>
        <w:t xml:space="preserve"> — “Behold, </w:t>
      </w:r>
      <w:r>
        <w:rPr>
          <w:color w:val="auto"/>
        </w:rPr>
        <w:t xml:space="preserve">the virgin will be with child</w:t>
      </w:r>
      <w:r>
        <w:rPr>
          <w:b w:val="false"/>
          <w:i w:val="false"/>
          <w:color w:val="auto"/>
          <w:u w:val="none"/>
        </w:rPr>
        <w:t xml:space="preserve"> [1GOI]</w:t>
      </w:r>
      <w:r>
        <w:rPr>
          <w:color w:val="auto"/>
        </w:rPr>
        <w:t xml:space="preserve"> and </w:t>
      </w:r>
      <w:r>
        <w:rPr>
          <w:color w:val="auto"/>
        </w:rPr>
        <w:t xml:space="preserve">will give birth to a son</w:t>
      </w:r>
      <w:r>
        <w:rPr>
          <w:b w:val="false"/>
          <w:i w:val="false"/>
          <w:color w:val="auto"/>
          <w:u w:val="none"/>
        </w:rPr>
        <w:t xml:space="preserve"> [2BUD]</w:t>
      </w:r>
      <w:r>
        <w:rPr>
          <w:color w:val="auto"/>
        </w:rPr>
        <w:t xml:space="preserve">, and </w:t>
      </w:r>
      <w:r>
        <w:rPr>
          <w:color w:val="auto"/>
        </w:rPr>
        <w:t xml:space="preserve">they will call Him Immanuel</w:t>
      </w:r>
      <w:r>
        <w:rPr>
          <w:b w:val="false"/>
          <w:i w:val="false"/>
          <w:color w:val="auto"/>
          <w:u w:val="none"/>
        </w:rPr>
        <w:t xml:space="preserve"> [1GOJ]</w:t>
      </w:r>
      <w:r>
        <w:rPr>
          <w:color w:val="auto"/>
        </w:rPr>
        <w:t xml:space="preserve">” (which means, “</w:t>
      </w:r>
      <w:r>
        <w:rPr>
          <w:color w:val="auto"/>
        </w:rPr>
        <w:t xml:space="preserve">God with us</w:t>
      </w:r>
      <w:r>
        <w:rPr>
          <w:b w:val="false"/>
          <w:i w:val="false"/>
          <w:color w:val="auto"/>
          <w:u w:val="none"/>
        </w:rPr>
        <w:t xml:space="preserve"> [1GOK]</w:t>
      </w:r>
      <w:r>
        <w:rPr>
          <w:color w:val="auto"/>
        </w:rPr>
        <w:t xml:space="preserve">”).</w:t>
      </w:r>
    </w:p>
    <w:p>
      <w:pPr>
        <w:pStyle w:val="Yellow"/>
        <w:rPr/>
      </w:pPr>
      <w:r>
        <w:rPr>
          <w:b/>
        </w:rPr>
        <w:t xml:space="preserve">Matthew 7:13</w:t>
      </w:r>
      <w:r>
        <w:rPr/>
        <w:t xml:space="preserve"> — </w:t>
      </w:r>
      <w:r>
        <w:rPr>
          <w:shd w:fill="B7DDE8" w:val="clear"/>
        </w:rPr>
        <w:t xml:space="preserve">Enter through the narrow gate</w:t>
      </w:r>
      <w:r>
        <w:rPr>
          <w:b w:val="false"/>
          <w:i w:val="false"/>
          <w:color w:val="000000"/>
          <w:u w:val="none"/>
        </w:rPr>
        <w:t xml:space="preserve"> [1JTB]</w:t>
      </w:r>
      <w:r>
        <w:rPr/>
        <w:t xml:space="preserve">. For </w:t>
      </w:r>
      <w:r>
        <w:rPr>
          <w:shd w:fill="B7DDE8" w:val="clear"/>
        </w:rPr>
        <w:t xml:space="preserve">wide is the gate and broad is the way that leads to destruction</w:t>
      </w:r>
      <w:r>
        <w:rPr>
          <w:b w:val="false"/>
          <w:i w:val="false"/>
          <w:color w:val="000000"/>
          <w:u w:val="none"/>
        </w:rPr>
        <w:t xml:space="preserve"> [1JTC]</w:t>
      </w:r>
      <w:r>
        <w:rPr/>
        <w:t xml:space="preserve">, and </w:t>
      </w:r>
      <w:r>
        <w:rPr>
          <w:shd w:fill="B7DDE8" w:val="clear"/>
        </w:rPr>
        <w:t xml:space="preserve">many enter through it</w:t>
      </w:r>
      <w:r>
        <w:rPr>
          <w:b w:val="false"/>
          <w:i w:val="false"/>
          <w:color w:val="000000"/>
          <w:u w:val="none"/>
        </w:rPr>
        <w:t xml:space="preserve"> [1JTD]</w:t>
      </w:r>
      <w:r>
        <w:rPr/>
        <w:t xml:space="preserve">.</w:t>
      </w:r>
    </w:p>
    <w:p>
      <w:pPr>
        <w:pStyle w:val="Yellow"/>
        <w:rPr/>
      </w:pPr>
      <w:r>
        <w:rPr/>
        <w:t xml:space="preserve">(Mt7:13 “wide is the gate and broad is the way that leads to destruction”¹) </w:t>
      </w:r>
      <w:r>
        <w:rPr>
          <w:b/>
        </w:rPr>
        <w:t>Matthew 7:14</w:t>
      </w:r>
      <w:r>
        <w:rPr/>
        <w:t xml:space="preserve"> — {But} </w:t>
      </w:r>
      <w:r>
        <w:rPr>
          <w:shd w:val="clear" w:fill="B7DDE8"/>
        </w:rPr>
        <w:t>small is the gate</w:t>
      </w:r>
      <w:r>
        <w:rPr>
          <w:b w:val="false"/>
          <w:i w:val="false"/>
          <w:color w:val="000000"/>
          <w:u w:val="none"/>
        </w:rPr>
        <w:t xml:space="preserve"> [1DML]</w:t>
      </w:r>
      <w:r>
        <w:rPr/>
        <w:t xml:space="preserve"> and </w:t>
      </w:r>
      <w:r>
        <w:rPr>
          <w:shd w:val="clear" w:fill="B7DDE8"/>
        </w:rPr>
        <w:t>narrow the way that leads to life</w:t>
      </w:r>
      <w:r>
        <w:rPr>
          <w:b w:val="false"/>
          <w:i w:val="false"/>
          <w:color w:val="000000"/>
          <w:u w:val="none"/>
        </w:rPr>
        <w:t xml:space="preserve"> [1DMM]</w:t>
      </w:r>
      <w:r>
        <w:rPr/>
        <w:t xml:space="preserve">, and </w:t>
      </w:r>
      <w:r>
        <w:rPr>
          <w:shd w:val="clear" w:fill="B7DDE8"/>
        </w:rPr>
        <w:t>only a few find it</w:t>
      </w:r>
      <w:r>
        <w:rPr>
          <w:b w:val="false"/>
          <w:i w:val="false"/>
          <w:color w:val="000000"/>
          <w:u w:val="none"/>
        </w:rPr>
        <w:t xml:space="preserve"> [1DMN]</w:t>
      </w:r>
      <w:r>
        <w:rPr/>
        <w:t>.</w:t>
      </w:r>
    </w:p>
    <w:p>
      <w:pPr>
        <w:pStyle w:val="Yellow"/>
        <w:rPr/>
      </w:pPr>
      <w:r>
        <w:rPr>
          <w:b/>
          <w:u w:val="none"/>
        </w:rPr>
        <w:t>Matthew 9:12-13</w:t>
      </w:r>
      <w:r>
        <w:rPr>
          <w:u w:val="none"/>
        </w:rPr>
        <w:t xml:space="preserve"> — Jesus said, “</w:t>
      </w:r>
      <w:r>
        <w:rPr>
          <w:u w:val="none"/>
          <w:shd w:fill="B7DDE8" w:val="clear"/>
        </w:rPr>
        <w:t>It is not the healthy who need a doctor, but the sick</w:t>
      </w:r>
      <w:r>
        <w:rPr>
          <w:b w:val="false"/>
          <w:i w:val="false"/>
          <w:color w:val="000000"/>
          <w:u w:val="none"/>
        </w:rPr>
        <w:t xml:space="preserve"> [2AZS]</w:t>
      </w:r>
      <w:r>
        <w:rPr>
          <w:u w:val="none"/>
        </w:rPr>
        <w:t xml:space="preserve">. But </w:t>
      </w:r>
      <w:r>
        <w:rPr>
          <w:u w:val="none"/>
          <w:shd w:fill="B7DDE8" w:val="clear"/>
        </w:rPr>
        <w:t>go and learn what this means</w:t>
      </w:r>
      <w:r>
        <w:rPr>
          <w:b w:val="false"/>
          <w:i w:val="false"/>
          <w:color w:val="000000"/>
          <w:u w:val="none"/>
        </w:rPr>
        <w:t xml:space="preserve"> [1AZT]</w:t>
      </w:r>
      <w:r>
        <w:rPr>
          <w:u w:val="none"/>
        </w:rPr>
        <w:t>: ‘</w:t>
      </w:r>
      <w:r>
        <w:rPr>
          <w:u w:val="none"/>
        </w:rPr>
        <w:t>I desire mercy, not sacrifice</w:t>
      </w:r>
      <w:r>
        <w:rPr>
          <w:b w:val="false"/>
          <w:i w:val="false"/>
          <w:u w:val="none"/>
          <w:color w:val="000000"/>
        </w:rPr>
        <w:t xml:space="preserve"> [3AZP]</w:t>
      </w:r>
      <w:r>
        <w:rPr>
          <w:u w:val="none"/>
        </w:rPr>
        <w:t xml:space="preserve">.’ For </w:t>
      </w:r>
      <w:r>
        <w:rPr>
          <w:u w:val="none"/>
        </w:rPr>
        <w:t>I have not come to call the righteous, but sinners</w:t>
      </w:r>
      <w:r>
        <w:rPr>
          <w:b w:val="false"/>
          <w:i w:val="false"/>
          <w:color w:val="000000"/>
          <w:u w:val="none"/>
        </w:rPr>
        <w:t xml:space="preserve"> [3AZU]</w:t>
      </w:r>
      <w:r>
        <w:rPr>
          <w:u w:val="none"/>
        </w:rPr>
        <w:t>.</w:t>
      </w:r>
    </w:p>
    <w:p>
      <w:pPr>
        <w:pStyle w:val="Yellow"/>
        <w:rPr/>
      </w:pPr>
      <w:r>
        <w:rPr>
          <w:b/>
          <w:highlight w:val="cyan"/>
          <w:u w:val="none"/>
          <w:shd w:val="clear" w:color="auto" w:fill="C00000"/>
          <w:color w:val="FFFFFF"/>
        </w:rPr>
        <w:t>Matthew 10:39</w:t>
      </w:r>
      <w:r>
        <w:rPr>
          <w:highlight w:val="cyan"/>
          <w:u w:val="none"/>
          <w:shd w:val="clear" w:color="auto" w:fill="C00000"/>
          <w:color w:val="FFFFFF"/>
        </w:rPr>
        <w:t xml:space="preserve"> — </w:t>
      </w:r>
      <w:r>
        <w:rPr>
          <w:u w:val="none"/>
          <w:shd w:val="clear" w:color="auto" w:fill="C00000"/>
          <w:color w:val="FFFFFF"/>
        </w:rPr>
        <w:t>Whoever finds his life will lose it</w:t>
      </w:r>
      <w:r>
        <w:rPr>
          <w:b w:val="false"/>
          <w:i w:val="false"/>
          <w:u w:val="none"/>
          <w:shd w:val="clear" w:color="auto" w:fill="C00000"/>
          <w:color w:val="FFFFFF"/>
        </w:rPr>
        <w:t xml:space="preserve"> [1CJY]</w:t>
      </w:r>
      <w:r>
        <w:rPr>
          <w:u w:val="none"/>
          <w:shd w:val="clear" w:color="auto" w:fill="C00000"/>
          <w:color w:val="FFFFFF"/>
        </w:rPr>
        <w:t xml:space="preserve">, and </w:t>
      </w:r>
      <w:r>
        <w:rPr>
          <w:u w:val="none"/>
          <w:shd w:val="clear" w:color="auto" w:fill="C00000"/>
          <w:color w:val="FFFFFF"/>
        </w:rPr>
        <w:t>whoever loses his life for My sake will find it</w:t>
      </w:r>
      <w:r>
        <w:rPr>
          <w:b w:val="false"/>
          <w:i w:val="false"/>
          <w:u w:val="none"/>
          <w:shd w:val="clear" w:color="auto" w:fill="C00000"/>
          <w:color w:val="FFFFFF"/>
        </w:rPr>
        <w:t xml:space="preserve"> [1CJZ]</w:t>
      </w:r>
      <w:r>
        <w:rPr>
          <w:highlight w:val="cyan"/>
          <w:u w:val="none"/>
          <w:shd w:val="clear" w:color="auto" w:fill="C00000"/>
          <w:color w:val="FFFFFF"/>
        </w:rPr>
        <w:t>.</w:t>
      </w:r>
    </w:p>
    <w:p>
      <w:pPr>
        <w:pStyle w:val="Yellow"/>
        <w:rPr/>
      </w:pPr>
      <w:r>
        <w:rPr>
          <w:b/>
          <w:highlight w:val="cyan"/>
        </w:rPr>
        <w:t xml:space="preserve">Matthew 12:30</w:t>
      </w:r>
      <w:r>
        <w:rPr>
          <w:highlight w:val="cyan"/>
        </w:rPr>
        <w:t xml:space="preserve"> — </w:t>
      </w:r>
      <w:r>
        <w:rPr>
          <w:highlight w:val="cyan"/>
          <w:shd w:fill="B7DDE8" w:val="clear"/>
        </w:rPr>
        <w:t xml:space="preserve">He who is not with Me is against Me</w:t>
      </w:r>
      <w:r>
        <w:rPr>
          <w:b w:val="false"/>
          <w:i w:val="false"/>
          <w:color w:val="000000"/>
          <w:u w:val="none"/>
        </w:rPr>
        <w:t xml:space="preserve"> [2KNF]</w:t>
      </w:r>
      <w:r>
        <w:rPr>
          <w:highlight w:val="cyan"/>
        </w:rPr>
        <w:t xml:space="preserve">, and </w:t>
      </w:r>
      <w:r>
        <w:rPr>
          <w:highlight w:val="cyan"/>
          <w:shd w:fill="B7DDE8" w:val="clear"/>
        </w:rPr>
        <w:t xml:space="preserve">he who does not gather with Me scatters</w:t>
      </w:r>
      <w:r>
        <w:rPr>
          <w:b w:val="false"/>
          <w:i w:val="false"/>
          <w:color w:val="000000"/>
          <w:u w:val="none"/>
        </w:rPr>
        <w:t xml:space="preserve"> [2KNG]</w:t>
      </w:r>
      <w:r>
        <w:rPr>
          <w:highlight w:val="cyan"/>
        </w:rPr>
        <w:t xml:space="preserve">.</w:t>
      </w:r>
    </w:p>
    <w:p>
      <w:pPr>
        <w:pStyle w:val="Yellow"/>
        <w:rPr/>
      </w:pPr>
      <w:r>
        <w:rPr>
          <w:b/>
          <w:u w:val="none"/>
        </w:rPr>
        <w:t>Matthew 18:3-4</w:t>
      </w:r>
      <w:r>
        <w:rPr>
          <w:u w:val="none"/>
        </w:rPr>
        <w:t xml:space="preserve"> — </w:t>
      </w:r>
      <w:r>
        <w:rPr>
          <w:u w:val="none"/>
          <w:shd w:fill="B7DDE8" w:val="clear"/>
        </w:rPr>
        <w:t>unless you change and become like little children, you will never enter the kingdom of heaven</w:t>
      </w:r>
      <w:r>
        <w:rPr>
          <w:b w:val="false"/>
          <w:i w:val="false"/>
          <w:color w:val="000000"/>
          <w:u w:val="none"/>
        </w:rPr>
        <w:t xml:space="preserve"> [1ARM]</w:t>
      </w:r>
      <w:r>
        <w:rPr>
          <w:u w:val="none"/>
        </w:rPr>
        <w:t xml:space="preserve">. </w:t>
      </w:r>
      <w:r>
        <w:rPr>
          <w:u w:val="none"/>
          <w:shd w:fill="B7DDE8" w:val="clear"/>
        </w:rPr>
        <w:t>whoever humbles himself like this little child is the greatest in the kingdom of heaven</w:t>
      </w:r>
      <w:r>
        <w:rPr>
          <w:b w:val="false"/>
          <w:i w:val="false"/>
          <w:color w:val="000000"/>
          <w:u w:val="none"/>
        </w:rPr>
        <w:t xml:space="preserve"> [1ARN]</w:t>
      </w:r>
      <w:r>
        <w:rPr>
          <w:u w:val="none"/>
        </w:rPr>
        <w:t>.</w:t>
      </w:r>
    </w:p>
    <w:p>
      <w:pPr>
        <w:pStyle w:val="Yellow"/>
        <w:rPr/>
      </w:pPr>
      <w:r>
        <w:rPr>
          <w:b/>
          <w:u w:val="none"/>
          <w:shd w:val="clear" w:color="auto" w:fill="C00000"/>
          <w:color w:val="FFFFFF"/>
        </w:rPr>
        <w:t>Matthew 18:5</w:t>
      </w:r>
      <w:r>
        <w:rPr>
          <w:u w:val="none"/>
          <w:shd w:val="clear" w:color="auto" w:fill="C00000"/>
          <w:color w:val="FFFFFF"/>
        </w:rPr>
        <w:t xml:space="preserve"> — </w:t>
      </w:r>
      <w:r>
        <w:rPr>
          <w:u w:val="none"/>
          <w:shd w:val="clear" w:color="auto" w:fill="C00000"/>
          <w:color w:val="FFFFFF"/>
        </w:rPr>
        <w:t>whoever welcomes a little child like this in My name welcomes Me</w:t>
      </w:r>
      <w:r>
        <w:rPr>
          <w:b w:val="false"/>
          <w:i w:val="false"/>
          <w:u w:val="none"/>
          <w:shd w:val="clear" w:color="auto" w:fill="C00000"/>
          <w:color w:val="FFFFFF"/>
        </w:rPr>
        <w:t xml:space="preserve"> [3GON]</w:t>
      </w:r>
      <w:r>
        <w:rPr>
          <w:u w:val="none"/>
          <w:shd w:val="clear" w:color="auto" w:fill="C00000"/>
          <w:color w:val="FFFFFF"/>
        </w:rPr>
        <w:t>.</w:t>
      </w:r>
    </w:p>
    <w:p>
      <w:pPr>
        <w:pStyle w:val="Yellow"/>
        <w:rPr/>
      </w:pPr>
      <w:r>
        <w:rPr>
          <w:b/>
          <w:u w:val="none"/>
          <w:shd w:fill="F4CCCC" w:val="clear"/>
        </w:rPr>
        <w:t>Mark 8:35</w:t>
      </w:r>
      <w:r>
        <w:rPr>
          <w:u w:val="none"/>
          <w:shd w:fill="F4CCCC" w:val="clear"/>
        </w:rPr>
        <w:t xml:space="preserve"> — </w:t>
      </w:r>
      <w:r>
        <w:rPr>
          <w:u w:val="none"/>
          <w:shd w:val="clear" w:fill="B7DDE8"/>
        </w:rPr>
        <w:t>whoever wants to save his life will lose it</w:t>
      </w:r>
      <w:r>
        <w:rPr>
          <w:b w:val="false"/>
          <w:i w:val="false"/>
          <w:color w:val="000000"/>
          <w:u w:val="none"/>
        </w:rPr>
        <w:t xml:space="preserve"> [2CKA]</w:t>
      </w:r>
      <w:r>
        <w:rPr>
          <w:u w:val="none"/>
          <w:shd w:fill="F4CCCC" w:val="clear"/>
        </w:rPr>
        <w:t xml:space="preserve">, but </w:t>
      </w:r>
      <w:r>
        <w:rPr>
          <w:u w:val="none"/>
          <w:shd w:val="clear" w:fill="B7DDE8"/>
        </w:rPr>
        <w:t>whoever loses his life for My sake and for the gospel will save it</w:t>
      </w:r>
      <w:r>
        <w:rPr>
          <w:b w:val="false"/>
          <w:i w:val="false"/>
          <w:color w:val="000000"/>
          <w:u w:val="none"/>
        </w:rPr>
        <w:t xml:space="preserve"> [1CKB]</w:t>
      </w:r>
      <w:r>
        <w:rPr>
          <w:u w:val="none"/>
          <w:shd w:fill="F4CCCC" w:val="clear"/>
        </w:rPr>
        <w:t>.</w:t>
      </w:r>
    </w:p>
    <w:p>
      <w:pPr>
        <w:pStyle w:val="Yellow"/>
        <w:rPr/>
        <w:shd w:val="clear" w:color="auto" w:fill="E4DFEC"/>
        <w:pBdr>
          <w:left w:val="single" w:sz="28" w:space="5" w:color="7030A0"/>
        </w:pBdr>
      </w:pPr>
      <w:r>
        <w:rPr>
          <w:b/>
          <w:u w:val="none"/>
        </w:rPr>
        <w:t xml:space="preserve">Mark 9:37</w:t>
      </w:r>
      <w:r>
        <w:rPr>
          <w:u w:val="none"/>
        </w:rPr>
        <w:t xml:space="preserve"> — </w:t>
      </w:r>
      <w:r>
        <w:rPr>
          <w:u w:val="none"/>
          <w:shd w:fill="B7DDE8" w:val="clear"/>
        </w:rPr>
        <w:t xml:space="preserve">Whoever welcomes one of these little children in My name welcomes Me</w:t>
      </w:r>
      <w:r>
        <w:rPr>
          <w:b w:val="false"/>
          <w:i w:val="false"/>
          <w:color w:val="000000"/>
          <w:u w:val="none"/>
        </w:rPr>
        <w:t xml:space="preserve"> [3GON]</w:t>
      </w:r>
      <w:r>
        <w:rPr>
          <w:u w:val="none"/>
        </w:rPr>
        <w:t xml:space="preserve">, and </w:t>
      </w:r>
      <w:r>
        <w:rPr>
          <w:u w:val="none"/>
          <w:shd w:fill="548235" w:val="clear" w:color="auto"/>
          <w:color w:val="FFFFFF"/>
        </w:rPr>
        <w:t xml:space="preserve">whoever welcomes Me welcomes not only Me, but the One who sent Me</w:t>
      </w:r>
      <w:r>
        <w:rPr>
          <w:b w:val="false"/>
          <w:i w:val="false"/>
          <w:color w:val="FFFFFF"/>
          <w:u w:val="none"/>
          <w:shd w:val="clear" w:color="auto" w:fill="548235"/>
        </w:rPr>
        <w:t xml:space="preserve"> [4GOO]</w:t>
      </w:r>
      <w:r>
        <w:rPr>
          <w:u w:val="none"/>
        </w:rPr>
        <w:t xml:space="preserve">.”</w:t>
      </w:r>
    </w:p>
    <w:p>
      <w:pPr>
        <w:pStyle w:val="Yellow"/>
        <w:rPr/>
      </w:pPr>
      <w:r>
        <w:rPr>
          <w:b/>
        </w:rPr>
        <w:t>Mark 9:40</w:t>
      </w:r>
      <w:r>
        <w:rPr/>
        <w:t xml:space="preserve"> — </w:t>
      </w:r>
      <w:r>
        <w:rPr>
          <w:shd w:fill="B7DDE8" w:val="clear"/>
        </w:rPr>
        <w:t>whoever is not against us is for us</w:t>
      </w:r>
      <w:r>
        <w:rPr>
          <w:b w:val="false"/>
          <w:i w:val="false"/>
          <w:color w:val="000000"/>
          <w:u w:val="none"/>
        </w:rPr>
        <w:t xml:space="preserve"> [1LZW]</w:t>
      </w:r>
      <w:r>
        <w:rPr/>
        <w:t>.</w:t>
      </w:r>
    </w:p>
    <w:p>
      <w:pPr>
        <w:pStyle w:val="Yellow"/>
        <w:rPr/>
      </w:pPr>
      <w:r>
        <w:rPr>
          <w:b/>
          <w:u w:val="none"/>
        </w:rPr>
        <w:t>Mark 10:14-15</w:t>
      </w:r>
      <w:r>
        <w:rPr>
          <w:u w:val="none"/>
        </w:rPr>
        <w:t xml:space="preserve"> — “</w:t>
      </w:r>
      <w:r>
        <w:rPr>
          <w:u w:val="none"/>
          <w:shd w:fill="B7DDE8" w:val="clear"/>
        </w:rPr>
        <w:t>Let the little children come to Me, and do not hinder them</w:t>
      </w:r>
      <w:r>
        <w:rPr>
          <w:b w:val="false"/>
          <w:i w:val="false"/>
          <w:color w:val="000000"/>
          <w:u w:val="none"/>
        </w:rPr>
        <w:t xml:space="preserve"> [2ARJ]</w:t>
      </w:r>
      <w:r>
        <w:rPr>
          <w:u w:val="none"/>
        </w:rPr>
        <w:t xml:space="preserve">! For </w:t>
      </w:r>
      <w:r>
        <w:rPr>
          <w:u w:val="none"/>
          <w:shd w:fill="B7DDE8" w:val="clear"/>
        </w:rPr>
        <w:t>the kingdom of God belongs to such as these</w:t>
      </w:r>
      <w:r>
        <w:rPr>
          <w:b w:val="false"/>
          <w:i w:val="false"/>
          <w:color w:val="000000"/>
          <w:u w:val="none"/>
        </w:rPr>
        <w:t xml:space="preserve"> [2ARK]</w:t>
      </w:r>
      <w:r>
        <w:rPr>
          <w:u w:val="none"/>
        </w:rPr>
        <w:t xml:space="preserve">. Truly I tell you, </w:t>
      </w:r>
      <w:r>
        <w:rPr>
          <w:u w:val="none"/>
          <w:shd w:fill="B7DDE8" w:val="clear"/>
        </w:rPr>
        <w:t>anyone who does not receive the kingdom of God like a little child will never enter it</w:t>
      </w:r>
      <w:r>
        <w:rPr>
          <w:b w:val="false"/>
          <w:i w:val="false"/>
          <w:color w:val="000000"/>
          <w:u w:val="none"/>
        </w:rPr>
        <w:t xml:space="preserve"> [2ARL]</w:t>
      </w:r>
      <w:r>
        <w:rPr>
          <w:u w:val="none"/>
        </w:rPr>
        <w:t>.”</w:t>
      </w:r>
    </w:p>
    <w:p>
      <w:pPr>
        <w:pStyle w:val="Yellow"/>
        <w:rPr/>
      </w:pPr>
      <w:r>
        <w:rPr>
          <w:b/>
        </w:rPr>
        <w:t>Mark 16:16</w:t>
      </w:r>
      <w:r>
        <w:rPr/>
        <w:t xml:space="preserve"> — </w:t>
      </w:r>
      <w:r>
        <w:rPr>
          <w:shd w:val="clear" w:fill="B7DDE8"/>
        </w:rPr>
        <w:t>Whoever believes and is baptized will be saved</w:t>
      </w:r>
      <w:r>
        <w:rPr>
          <w:b w:val="false"/>
          <w:i w:val="false"/>
          <w:color w:val="000000"/>
          <w:u w:val="none"/>
        </w:rPr>
        <w:t xml:space="preserve"> [1CJR]</w:t>
      </w:r>
      <w:r>
        <w:rPr/>
        <w:t xml:space="preserve">, but </w:t>
      </w:r>
      <w:r>
        <w:rPr>
          <w:shd w:val="clear" w:fill="B7DDE8"/>
        </w:rPr>
        <w:t>whoever does not believe will be condemned</w:t>
      </w:r>
      <w:r>
        <w:rPr>
          <w:b w:val="false"/>
          <w:i w:val="false"/>
          <w:color w:val="000000"/>
          <w:u w:val="none"/>
        </w:rPr>
        <w:t xml:space="preserve"> [1CJS]</w:t>
      </w:r>
      <w:r>
        <w:rPr/>
        <w:t>.</w:t>
      </w:r>
    </w:p>
    <w:p>
      <w:pPr>
        <w:pStyle w:val="Yellow"/>
        <w:rPr/>
      </w:pPr>
      <w:r>
        <w:rPr>
          <w:b/>
        </w:rPr>
        <w:t>Luke 3:6</w:t>
      </w:r>
      <w:r>
        <w:t xml:space="preserve"> — </w:t>
      </w:r>
      <w:r>
        <w:rPr>
          <w:shd w:fill="B7DDE8" w:val="clear"/>
        </w:rPr>
        <w:t>all humanity will see God’s salvation</w:t>
      </w:r>
      <w:r>
        <w:rPr>
          <w:b w:val="false"/>
          <w:i w:val="false"/>
          <w:color w:val="000000"/>
          <w:u w:val="none"/>
        </w:rPr>
        <w:t xml:space="preserve"> [1BTR]</w:t>
      </w:r>
      <w:r>
        <w:t>.’”</w:t>
      </w:r>
    </w:p>
    <w:p>
      <w:pPr>
        <w:pStyle w:val="Yellow"/>
        <w:rPr/>
      </w:pPr>
      <w:r>
        <w:rPr>
          <w:b/>
          <w:highlight w:val="cyan"/>
          <w:shd w:val="clear" w:color="auto" w:fill="C00000"/>
          <w:color w:val="FFFFFF"/>
        </w:rPr>
        <w:t xml:space="preserve">Luke 11:23</w:t>
      </w:r>
      <w:r>
        <w:rPr>
          <w:highlight w:val="cyan"/>
          <w:shd w:val="clear" w:color="auto" w:fill="C00000"/>
          <w:color w:val="FFFFFF"/>
        </w:rPr>
        <w:t xml:space="preserve"> — </w:t>
      </w:r>
      <w:r>
        <w:rPr>
          <w:highlight w:val="cyan"/>
          <w:shd w:val="clear" w:color="auto" w:fill="C00000"/>
          <w:color w:val="FFFFFF"/>
        </w:rPr>
        <w:t xml:space="preserve">He who is not with Me is against Me</w:t>
      </w:r>
      <w:r>
        <w:rPr>
          <w:b w:val="false"/>
          <w:i w:val="false"/>
          <w:u w:val="none"/>
          <w:shd w:val="clear" w:color="auto" w:fill="C00000"/>
          <w:color w:val="FFFFFF"/>
        </w:rPr>
        <w:t xml:space="preserve"> [2KNF]</w:t>
      </w:r>
      <w:r>
        <w:rPr>
          <w:highlight w:val="cyan"/>
          <w:shd w:val="clear" w:color="auto" w:fill="C00000"/>
          <w:color w:val="FFFFFF"/>
        </w:rPr>
        <w:t xml:space="preserve">, and </w:t>
      </w:r>
      <w:r>
        <w:rPr>
          <w:highlight w:val="cyan"/>
          <w:shd w:val="clear" w:color="auto" w:fill="C00000"/>
          <w:color w:val="FFFFFF"/>
        </w:rPr>
        <w:t xml:space="preserve">he who does not gather with Me scatters</w:t>
      </w:r>
      <w:r>
        <w:rPr>
          <w:b w:val="false"/>
          <w:i w:val="false"/>
          <w:u w:val="none"/>
          <w:shd w:val="clear" w:color="auto" w:fill="C00000"/>
          <w:color w:val="FFFFFF"/>
        </w:rPr>
        <w:t xml:space="preserve"> [2KNG]</w:t>
      </w:r>
      <w:r>
        <w:rPr>
          <w:highlight w:val="cyan"/>
          <w:shd w:val="clear" w:color="auto" w:fill="C00000"/>
          <w:color w:val="FFFFFF"/>
        </w:rPr>
        <w:t xml:space="preserve">.</w:t>
      </w:r>
    </w:p>
    <w:p>
      <w:pPr>
        <w:pStyle w:val="Yellow"/>
        <w:rPr/>
      </w:pPr>
      <w:r>
        <w:rPr>
          <w:b/>
          <w:u w:val="none"/>
        </w:rPr>
        <w:t xml:space="preserve">Luke 13:24</w:t>
      </w:r>
      <w:r>
        <w:rPr>
          <w:u w:val="none"/>
        </w:rPr>
        <w:t xml:space="preserve"> — “</w:t>
      </w:r>
      <w:r>
        <w:rPr>
          <w:u w:val="none"/>
          <w:shd w:fill="B7DDE8" w:val="clear"/>
        </w:rPr>
        <w:t xml:space="preserve">Make every effort to enter through the narrow door</w:t>
      </w:r>
      <w:r>
        <w:rPr>
          <w:b w:val="false"/>
          <w:i w:val="false"/>
          <w:color w:val="000000"/>
          <w:u w:val="none"/>
        </w:rPr>
        <w:t xml:space="preserve"> [1JWA]</w:t>
      </w:r>
      <w:r>
        <w:rPr>
          <w:u w:val="none"/>
        </w:rPr>
        <w:t xml:space="preserve">. For </w:t>
      </w:r>
      <w:r>
        <w:rPr>
          <w:u w:val="none"/>
          <w:shd w:fill="B7DDE8" w:val="clear"/>
        </w:rPr>
        <w:t xml:space="preserve">many, I tell you, will try to enter and will not be able</w:t>
      </w:r>
      <w:r>
        <w:rPr>
          <w:b w:val="false"/>
          <w:i w:val="false"/>
          <w:color w:val="000000"/>
          <w:u w:val="none"/>
        </w:rPr>
        <w:t xml:space="preserve"> [1JWB]</w:t>
      </w:r>
      <w:r>
        <w:rPr>
          <w:u w:val="none"/>
        </w:rPr>
        <w:t xml:space="preserve">. After </w:t>
      </w:r>
      <w:r>
        <w:rPr>
          <w:u w:val="none"/>
          <w:shd w:fill="B7DDE8" w:val="clear"/>
        </w:rPr>
        <w:t xml:space="preserve">the master of the house gets up and shuts the door</w:t>
      </w:r>
      <w:r>
        <w:rPr>
          <w:b w:val="false"/>
          <w:i w:val="false"/>
          <w:color w:val="000000"/>
          <w:u w:val="none"/>
        </w:rPr>
        <w:t xml:space="preserve"> [1JWC]</w:t>
      </w:r>
      <w:r>
        <w:rPr>
          <w:u w:val="none"/>
        </w:rPr>
        <w:t xml:space="preserve">, </w:t>
      </w:r>
      <w:r>
        <w:rPr>
          <w:u w:val="none"/>
          <w:shd w:fill="B7DDE8" w:val="clear"/>
        </w:rPr>
        <w:t xml:space="preserve">you will stand outside knocking and saying, ‘Lord, open the door for us.’</w:t>
      </w:r>
      <w:r>
        <w:rPr>
          <w:b w:val="false"/>
          <w:i w:val="false"/>
          <w:color w:val="000000"/>
          <w:u w:val="none"/>
        </w:rPr>
        <w:t xml:space="preserve"> [1JWD]</w:t>
      </w:r>
      <w:r>
        <w:rPr>
          <w:u w:val="none"/>
        </w:rPr>
        <w:t xml:space="preserve"> But he will reply, ‘</w:t>
      </w:r>
      <w:r>
        <w:rPr>
          <w:u w:val="none"/>
          <w:shd w:fill="B7DDE8" w:val="clear"/>
        </w:rPr>
        <w:t xml:space="preserve">I do not know where you are from</w:t>
      </w:r>
      <w:r>
        <w:rPr>
          <w:b w:val="false"/>
          <w:i w:val="false"/>
          <w:color w:val="000000"/>
          <w:u w:val="none"/>
        </w:rPr>
        <w:t xml:space="preserve"> [1JWE]</w:t>
      </w:r>
      <w:r>
        <w:rPr>
          <w:u w:val="none"/>
        </w:rPr>
        <w:t xml:space="preserve">.’ Then you will say, ‘</w:t>
      </w:r>
      <w:r>
        <w:rPr>
          <w:u w:val="none"/>
          <w:shd w:fill="B7DDE8" w:val="clear"/>
        </w:rPr>
        <w:t xml:space="preserve">We ate and drank with you, and you taught in our streets</w:t>
      </w:r>
      <w:r>
        <w:rPr>
          <w:b w:val="false"/>
          <w:i w:val="false"/>
          <w:color w:val="000000"/>
          <w:u w:val="none"/>
        </w:rPr>
        <w:t xml:space="preserve"> [1JWF]</w:t>
      </w:r>
      <w:r>
        <w:rPr>
          <w:u w:val="none"/>
        </w:rPr>
        <w:t xml:space="preserve">.’ And he will answer, ‘</w:t>
      </w:r>
      <w:r>
        <w:rPr>
          <w:u w:val="none"/>
          <w:shd w:fill="B7DDE8" w:val="clear"/>
        </w:rPr>
        <w:t xml:space="preserve">I tell you, I do not know where you are from</w:t>
      </w:r>
      <w:r>
        <w:rPr>
          <w:b w:val="false"/>
          <w:i w:val="false"/>
          <w:color w:val="000000"/>
          <w:u w:val="none"/>
        </w:rPr>
        <w:t xml:space="preserve"> [1JWE]</w:t>
      </w:r>
      <w:r>
        <w:rPr>
          <w:u w:val="none"/>
        </w:rPr>
        <w:t xml:space="preserve">. </w:t>
      </w:r>
      <w:r>
        <w:rPr>
          <w:u w:val="none"/>
          <w:shd w:fill="B7DDE8" w:val="clear"/>
        </w:rPr>
        <w:t xml:space="preserve">Depart from me, all you evildoers</w:t>
      </w:r>
      <w:r>
        <w:rPr>
          <w:b w:val="false"/>
          <w:i w:val="false"/>
          <w:color w:val="000000"/>
          <w:u w:val="none"/>
        </w:rPr>
        <w:t xml:space="preserve"> [1JWG]</w:t>
      </w:r>
      <w:r>
        <w:rPr>
          <w:u w:val="none"/>
        </w:rPr>
        <w:t xml:space="preserve">.’ </w:t>
      </w:r>
      <w:r>
        <w:rPr>
          <w:u w:val="none"/>
          <w:shd w:fill="B7DDE8" w:val="clear"/>
        </w:rPr>
        <w:t xml:space="preserve">There will be weeping and gnashing of teeth</w:t>
      </w:r>
      <w:r>
        <w:rPr>
          <w:b w:val="false"/>
          <w:i w:val="false"/>
          <w:color w:val="000000"/>
          <w:u w:val="none"/>
        </w:rPr>
        <w:t xml:space="preserve"> [5JVZ]</w:t>
      </w:r>
      <w:r>
        <w:rPr>
          <w:u w:val="none"/>
        </w:rPr>
        <w:t xml:space="preserve"> </w:t>
      </w:r>
      <w:r>
        <w:rPr>
          <w:u w:val="none"/>
          <w:shd w:fill="B7DDE8" w:val="clear"/>
        </w:rPr>
        <w:t xml:space="preserve">when you see Abraham, Isaac, Jacob, and all the prophets in the kingdom of God</w:t>
      </w:r>
      <w:r>
        <w:rPr>
          <w:b w:val="false"/>
          <w:i w:val="false"/>
          <w:color w:val="000000"/>
          <w:u w:val="none"/>
        </w:rPr>
        <w:t xml:space="preserve"> [2JWH]</w:t>
      </w:r>
      <w:r>
        <w:rPr>
          <w:u w:val="none"/>
        </w:rPr>
        <w:t xml:space="preserve">, but </w:t>
      </w:r>
      <w:r>
        <w:rPr>
          <w:u w:val="none"/>
          <w:shd w:fill="B7DDE8" w:val="clear"/>
        </w:rPr>
        <w:t xml:space="preserve">you yourselves are thrown out</w:t>
      </w:r>
      <w:r>
        <w:rPr>
          <w:b w:val="false"/>
          <w:i w:val="false"/>
          <w:color w:val="000000"/>
          <w:u w:val="none"/>
        </w:rPr>
        <w:t xml:space="preserve"> [2JWI]</w:t>
      </w:r>
      <w:r>
        <w:rPr>
          <w:u w:val="none"/>
        </w:rPr>
        <w:t xml:space="preserve">.</w:t>
      </w:r>
    </w:p>
    <w:p>
      <w:pPr>
        <w:pStyle w:val="Yellow"/>
        <w:rPr/>
      </w:pPr>
      <w:r>
        <w:rPr>
          <w:b/>
          <w:u w:val="none"/>
        </w:rPr>
        <w:t>Luke 17:33</w:t>
      </w:r>
      <w:r>
        <w:rPr>
          <w:u w:val="none"/>
        </w:rPr>
        <w:t xml:space="preserve"> — </w:t>
      </w:r>
      <w:r>
        <w:rPr>
          <w:u w:val="none"/>
          <w:shd w:val="clear" w:fill="B7DDE8"/>
        </w:rPr>
        <w:t>Whoever tries to save his life will lose it</w:t>
      </w:r>
      <w:r>
        <w:rPr>
          <w:b w:val="false"/>
          <w:i w:val="false"/>
          <w:color w:val="000000"/>
          <w:u w:val="none"/>
        </w:rPr>
        <w:t xml:space="preserve"> [2CKA]</w:t>
      </w:r>
      <w:r>
        <w:rPr>
          <w:u w:val="none"/>
        </w:rPr>
        <w:t xml:space="preserve">, but </w:t>
      </w:r>
      <w:r>
        <w:rPr>
          <w:u w:val="none"/>
          <w:shd w:val="clear" w:fill="B7DDE8"/>
        </w:rPr>
        <w:t>whoever loses his life will preserve it</w:t>
      </w:r>
      <w:r>
        <w:rPr>
          <w:b w:val="false"/>
          <w:i w:val="false"/>
          <w:color w:val="000000"/>
          <w:u w:val="none"/>
        </w:rPr>
        <w:t xml:space="preserve"> [1DVU]</w:t>
      </w:r>
      <w:r>
        <w:rPr>
          <w:u w:val="none"/>
        </w:rPr>
        <w:t>.</w:t>
      </w:r>
    </w:p>
    <w:p>
      <w:pPr>
        <w:pStyle w:val="Yellow"/>
        <w:rPr/>
      </w:pPr>
      <w:r>
        <w:rPr>
          <w:b/>
          <w:highlight w:val="cyan"/>
          <w:shd w:val="clear" w:color="auto" w:fill="C00000"/>
          <w:color w:val="FFFFFF"/>
        </w:rPr>
        <w:t>Luke 18:16</w:t>
      </w:r>
      <w:r>
        <w:rPr>
          <w:highlight w:val="cyan"/>
          <w:shd w:val="clear" w:color="auto" w:fill="C00000"/>
          <w:color w:val="FFFFFF"/>
        </w:rPr>
        <w:t xml:space="preserve"> — “</w:t>
      </w:r>
      <w:r>
        <w:rPr>
          <w:highlight w:val="cyan"/>
          <w:shd w:val="clear" w:color="auto" w:fill="C00000"/>
          <w:color w:val="FFFFFF"/>
        </w:rPr>
        <w:t>Let the little children come to Me, and do not hinder them</w:t>
      </w:r>
      <w:r>
        <w:rPr>
          <w:b w:val="false"/>
          <w:i w:val="false"/>
          <w:u w:val="none"/>
          <w:shd w:val="clear" w:color="auto" w:fill="C00000"/>
          <w:color w:val="FFFFFF"/>
        </w:rPr>
        <w:t xml:space="preserve"> [2ARJ]</w:t>
      </w:r>
      <w:r>
        <w:rPr>
          <w:highlight w:val="cyan"/>
          <w:shd w:val="clear" w:color="auto" w:fill="C00000"/>
          <w:color w:val="FFFFFF"/>
        </w:rPr>
        <w:t xml:space="preserve">! For </w:t>
      </w:r>
      <w:r>
        <w:rPr>
          <w:highlight w:val="cyan"/>
          <w:shd w:val="clear" w:color="auto" w:fill="C00000"/>
          <w:color w:val="FFFFFF"/>
        </w:rPr>
        <w:t>the kingdom of God belongs to such as these</w:t>
      </w:r>
      <w:r>
        <w:rPr>
          <w:b w:val="false"/>
          <w:i w:val="false"/>
          <w:u w:val="none"/>
          <w:shd w:val="clear" w:color="auto" w:fill="C00000"/>
          <w:color w:val="FFFFFF"/>
        </w:rPr>
        <w:t xml:space="preserve"> [2ARK]</w:t>
      </w:r>
      <w:r>
        <w:rPr>
          <w:highlight w:val="cyan"/>
          <w:shd w:val="clear" w:color="auto" w:fill="C00000"/>
          <w:color w:val="FFFFFF"/>
        </w:rPr>
        <w:t>.</w:t>
      </w:r>
    </w:p>
    <w:p>
      <w:pPr>
        <w:pStyle w:val="Yellow"/>
        <w:rPr/>
      </w:pPr>
      <w:r>
        <w:rPr>
          <w:b/>
          <w:u w:val="none"/>
          <w:shd w:val="clear" w:color="auto" w:fill="C00000"/>
          <w:color w:val="FFFFFF"/>
        </w:rPr>
        <w:t>Luke 18:17</w:t>
      </w:r>
      <w:r>
        <w:rPr>
          <w:u w:val="none"/>
          <w:shd w:val="clear" w:color="auto" w:fill="C00000"/>
          <w:color w:val="FFFFFF"/>
        </w:rPr>
        <w:t xml:space="preserve"> — Truly I tell you, </w:t>
      </w:r>
      <w:r>
        <w:rPr>
          <w:u w:val="none"/>
          <w:shd w:val="clear" w:color="auto" w:fill="C00000"/>
          <w:color w:val="FFFFFF"/>
        </w:rPr>
        <w:t>anyone who does not receive the kingdom of God like a little child will never enter it</w:t>
      </w:r>
      <w:r>
        <w:rPr>
          <w:b w:val="false"/>
          <w:i w:val="false"/>
          <w:u w:val="none"/>
          <w:shd w:val="clear" w:color="auto" w:fill="C00000"/>
          <w:color w:val="FFFFFF"/>
        </w:rPr>
        <w:t xml:space="preserve"> [2ARL]</w:t>
      </w:r>
      <w:r>
        <w:rPr>
          <w:u w:val="none"/>
          <w:shd w:val="clear" w:color="auto" w:fill="C00000"/>
          <w:color w:val="FFFFFF"/>
        </w:rPr>
        <w:t>.”</w:t>
      </w:r>
    </w:p>
    <w:p>
      <w:pPr>
        <w:pStyle w:val="Yellow"/>
        <w:rPr/>
      </w:pPr>
      <w:r>
        <w:rPr>
          <w:u w:val="none"/>
          <w:shd w:fill="548235" w:val="clear" w:color="auto"/>
          <w:color w:val="FFFFFF"/>
        </w:rPr>
        <w:t xml:space="preserve">(Lk19:9 Regarding “Zacchaeus”) </w:t>
      </w:r>
      <w:r>
        <w:rPr>
          <w:b/>
          <w:u w:val="none"/>
          <w:shd w:fill="548235" w:val="clear" w:color="auto"/>
          <w:color w:val="FFFFFF"/>
        </w:rPr>
        <w:t>Luke 19:10</w:t>
      </w:r>
      <w:r>
        <w:rPr>
          <w:u w:val="none"/>
          <w:shd w:fill="548235" w:val="clear" w:color="auto"/>
          <w:color w:val="FFFFFF"/>
        </w:rPr>
        <w:t xml:space="preserve"> — {For} </w:t>
      </w:r>
      <w:r>
        <w:rPr>
          <w:u w:val="none"/>
          <w:shd w:fill="548235" w:val="clear" w:color="auto"/>
          <w:color w:val="FFFFFF"/>
        </w:rPr>
        <w:t>the Son of Man came to seek</w:t>
      </w:r>
      <w:r>
        <w:rPr>
          <w:b w:val="false"/>
          <w:i w:val="false"/>
          <w:color w:val="FFFFFF"/>
          <w:u w:val="none"/>
          <w:shd w:val="clear" w:color="auto" w:fill="548235"/>
        </w:rPr>
        <w:t xml:space="preserve"> [1CIM]</w:t>
      </w:r>
      <w:r>
        <w:rPr>
          <w:u w:val="none"/>
          <w:shd w:val="clear" w:color="auto" w:fill="548235"/>
          <w:color w:val="FFFFFF"/>
        </w:rPr>
        <w:t xml:space="preserve"> and </w:t>
      </w:r>
      <w:r>
        <w:rPr>
          <w:u w:val="none"/>
          <w:shd w:fill="548235" w:val="clear" w:color="auto"/>
          <w:color w:val="FFFFFF"/>
        </w:rPr>
        <w:t>to save the lost</w:t>
      </w:r>
      <w:r>
        <w:rPr>
          <w:b w:val="false"/>
          <w:i w:val="false"/>
          <w:color w:val="FFFFFF"/>
          <w:u w:val="none"/>
          <w:shd w:val="clear" w:color="auto" w:fill="548235"/>
        </w:rPr>
        <w:t xml:space="preserve"> [1CIN]</w:t>
      </w:r>
      <w:r>
        <w:rPr>
          <w:u w:val="none"/>
          <w:shd w:fill="548235" w:val="clear" w:color="auto"/>
          <w:color w:val="FFFFFF"/>
        </w:rPr>
        <w:t>.”</w:t>
      </w:r>
    </w:p>
    <w:p>
      <w:pPr>
        <w:pStyle w:val="Yellow"/>
        <w:rPr/>
      </w:pPr>
      <w:r>
        <w:t xml:space="preserve">(Lk23:33 “Jesus”) </w:t>
      </w:r>
      <w:r>
        <w:rPr>
          <w:b/>
        </w:rPr>
        <w:t>Luke 23:35</w:t>
      </w:r>
      <w:r>
        <w:t xml:space="preserve"> — </w:t>
      </w:r>
      <w:r>
        <w:rPr>
          <w:shd w:fill="B7DDE8" w:val="clear"/>
        </w:rPr>
        <w:t>{He} saved others</w:t>
      </w:r>
      <w:r>
        <w:rPr>
          <w:b w:val="false"/>
          <w:i w:val="false"/>
          <w:color w:val="000000"/>
          <w:u w:val="none"/>
        </w:rPr>
        <w:t xml:space="preserve"> [1BSO]</w:t>
      </w:r>
    </w:p>
    <w:p>
      <w:pPr>
        <w:pStyle w:val="Yellow"/>
        <w:rPr/>
      </w:pPr>
      <w:r>
        <w:rPr>
          <w:shd w:val="clear" w:color="auto" w:fill="C00000"/>
          <w:color w:val="FFFFFF"/>
        </w:rPr>
        <w:t xml:space="preserve">(Lk24:3 “the Lord Jesus”) </w:t>
      </w:r>
      <w:r>
        <w:rPr>
          <w:b/>
          <w:shd w:val="clear" w:color="auto" w:fill="C00000"/>
          <w:color w:val="FFFFFF"/>
        </w:rPr>
        <w:t>Luke 24:6</w:t>
      </w:r>
      <w:r>
        <w:rPr>
          <w:shd w:val="clear" w:color="auto" w:fill="C00000"/>
          <w:color w:val="FFFFFF"/>
        </w:rPr>
        <w:t xml:space="preserve"> — </w:t>
      </w:r>
      <w:r>
        <w:rPr>
          <w:shd w:val="clear" w:color="auto" w:fill="C00000"/>
          <w:color w:val="FFFFFF"/>
        </w:rPr>
        <w:t>{He} has risen</w:t>
      </w:r>
      <w:r>
        <w:rPr>
          <w:b w:val="false"/>
          <w:i w:val="false"/>
          <w:u w:val="none"/>
          <w:shd w:val="clear" w:color="auto" w:fill="C00000"/>
          <w:color w:val="FFFFFF"/>
        </w:rPr>
        <w:t xml:space="preserve"> [7AVP]</w:t>
      </w:r>
      <w:r>
        <w:rPr>
          <w:shd w:val="clear" w:color="auto" w:fill="C00000"/>
          <w:color w:val="FFFFFF"/>
        </w:rPr>
        <w:t>!</w:t>
      </w:r>
    </w:p>
    <w:p>
      <w:pPr>
        <w:pStyle w:val="Yellow"/>
        <w:rPr/>
        <w:pBdr>
          <w:left w:val="single" w:sz="28" w:space="5" w:color="C00000"/>
        </w:pBdr>
      </w:pPr>
      <w:r>
        <w:rPr>
          <w:b/>
          <w:u w:val="none"/>
        </w:rPr>
        <w:t>John 3:14–15</w:t>
      </w:r>
      <w:r>
        <w:rPr>
          <w:u w:val="none"/>
        </w:rPr>
        <w:t xml:space="preserve"> — Just as </w:t>
      </w:r>
      <w:r>
        <w:rPr>
          <w:u w:val="none"/>
          <w:shd w:val="clear" w:fill="B7DDE8"/>
        </w:rPr>
        <w:t>Moses lifted up the snake in the wilderness</w:t>
      </w:r>
      <w:r>
        <w:rPr>
          <w:b w:val="false"/>
          <w:i w:val="false"/>
          <w:u w:val="none"/>
          <w:color w:val="000000"/>
        </w:rPr>
        <w:t xml:space="preserve"> [1CLI]</w:t>
      </w:r>
      <w:r>
        <w:rPr>
          <w:u w:val="none"/>
        </w:rPr>
        <w:t xml:space="preserve">, so </w:t>
      </w:r>
      <w:r>
        <w:rPr>
          <w:u w:val="none"/>
          <w:shd w:val="clear" w:fill="B7DDE8"/>
        </w:rPr>
        <w:t>the Son of Man must be lifted up</w:t>
      </w:r>
      <w:r>
        <w:rPr>
          <w:b w:val="false"/>
          <w:i w:val="false"/>
          <w:color w:val="000000"/>
          <w:u w:val="none"/>
        </w:rPr>
        <w:t xml:space="preserve"> [1CLJ]</w:t>
      </w:r>
      <w:r>
        <w:rPr>
          <w:u w:val="none"/>
        </w:rPr>
        <w:t xml:space="preserve">, that </w:t>
      </w:r>
      <w:r>
        <w:rPr>
          <w:u w:val="none"/>
          <w:shd w:val="clear" w:fill="B7DDE8"/>
        </w:rPr>
        <w:t>everyone who believes in Him may have eternal life</w:t>
      </w:r>
      <w:r>
        <w:rPr>
          <w:b w:val="false"/>
          <w:i w:val="false"/>
          <w:u w:val="none"/>
          <w:color w:val="000000"/>
        </w:rPr>
        <w:t xml:space="preserve"> [4CJT]</w:t>
      </w:r>
      <w:r>
        <w:rPr>
          <w:u w:val="none"/>
        </w:rPr>
        <w:t>.</w:t>
      </w:r>
    </w:p>
    <w:p>
      <w:pPr>
        <w:pStyle w:val="Yellow"/>
        <w:rPr/>
      </w:pPr>
      <w:r>
        <w:rPr>
          <w:b/>
          <w:u w:val="none"/>
        </w:rPr>
        <w:t>John 3:17</w:t>
      </w:r>
      <w:r>
        <w:rPr>
          <w:u w:val="none"/>
        </w:rPr>
        <w:t xml:space="preserve"> — For </w:t>
      </w:r>
      <w:r>
        <w:rPr>
          <w:u w:val="none"/>
          <w:shd w:fill="B7DDE8" w:val="clear"/>
        </w:rPr>
        <w:t>God did not send His Son into the world to condemn the world</w:t>
      </w:r>
      <w:r>
        <w:rPr>
          <w:b w:val="false"/>
          <w:i w:val="false"/>
          <w:color w:val="000000"/>
          <w:u w:val="none"/>
        </w:rPr>
        <w:t xml:space="preserve"> [1BPK]</w:t>
      </w:r>
      <w:r>
        <w:rPr>
          <w:u w:val="none"/>
        </w:rPr>
        <w:t xml:space="preserve">, </w:t>
      </w:r>
      <w:r>
        <w:rPr>
          <w:u w:val="none"/>
          <w:shd w:fill="B7DDE8" w:val="clear"/>
        </w:rPr>
        <w:t>but to save the world through Him</w:t>
      </w:r>
      <w:r>
        <w:rPr>
          <w:b w:val="false"/>
          <w:i w:val="false"/>
          <w:color w:val="000000"/>
          <w:u w:val="none"/>
        </w:rPr>
        <w:t xml:space="preserve"> [1BPL]</w:t>
      </w:r>
      <w:r>
        <w:rPr>
          <w:u w:val="none"/>
        </w:rPr>
        <w:t>.</w:t>
      </w:r>
    </w:p>
    <w:p>
      <w:pPr>
        <w:pStyle w:val="Yellow"/>
        <w:rPr/>
      </w:pPr>
      <w:r>
        <w:rPr/>
        <w:t xml:space="preserve">(Jn3:22 Jesus) </w:t>
      </w:r>
      <w:r>
        <w:rPr>
          <w:b/>
        </w:rPr>
        <w:t>John 3:34</w:t>
      </w:r>
      <w:r>
        <w:rPr/>
        <w:t xml:space="preserve"> — </w:t>
      </w:r>
      <w:r>
        <w:rPr>
          <w:shd w:fill="B7DDE8" w:val="clear"/>
        </w:rPr>
        <w:t>the {One whom God has sent} speaks the words of God</w:t>
      </w:r>
      <w:r>
        <w:rPr>
          <w:b w:val="false"/>
          <w:i w:val="false"/>
          <w:color w:val="000000"/>
          <w:u w:val="none"/>
        </w:rPr>
        <w:t xml:space="preserve"> [1LYS]</w:t>
      </w:r>
      <w:r>
        <w:rPr/>
        <w:t xml:space="preserve">, for </w:t>
      </w:r>
      <w:r>
        <w:rPr>
          <w:shd w:fill="B7DDE8" w:val="clear"/>
        </w:rPr>
        <w:t>God gives the Spirit without limit</w:t>
      </w:r>
      <w:r>
        <w:rPr>
          <w:b w:val="false"/>
          <w:i w:val="false"/>
          <w:color w:val="000000"/>
          <w:u w:val="none"/>
        </w:rPr>
        <w:t xml:space="preserve"> [1LYT]</w:t>
      </w:r>
      <w:r>
        <w:rPr/>
        <w:t>.</w:t>
      </w:r>
    </w:p>
    <w:p>
      <w:pPr>
        <w:pStyle w:val="Yellow"/>
        <w:rPr/>
      </w:pPr>
      <w:r>
        <w:t xml:space="preserve">(Jn4:39 Jesus) </w:t>
      </w:r>
      <w:r>
        <w:rPr>
          <w:b/>
        </w:rPr>
        <w:t>John 4:42</w:t>
      </w:r>
      <w:r>
        <w:t xml:space="preserve"> — we know that </w:t>
      </w:r>
      <w:r>
        <w:rPr>
          <w:shd w:fill="B7DDE8" w:val="clear"/>
        </w:rPr>
        <w:t>{this man} truly is the Savior of the world</w:t>
      </w:r>
      <w:r>
        <w:rPr>
          <w:b w:val="false"/>
          <w:i w:val="false"/>
          <w:color w:val="000000"/>
          <w:u w:val="none"/>
        </w:rPr>
        <w:t xml:space="preserve"> [1BPJ]</w:t>
      </w:r>
      <w:r>
        <w:t>.”</w:t>
      </w:r>
    </w:p>
    <w:p>
      <w:pPr>
        <w:pStyle w:val="Yellow"/>
        <w:rPr/>
      </w:pPr>
      <w:r>
        <w:t xml:space="preserve">(Jn5:33 John “has testified to the truth” about Jesus) </w:t>
      </w:r>
      <w:r>
        <w:rPr>
          <w:b/>
        </w:rPr>
        <w:t>John 5:34</w:t>
      </w:r>
      <w:r>
        <w:t xml:space="preserve"> — </w:t>
      </w:r>
      <w:r>
        <w:rPr>
          <w:shd w:fill="B7DDE8" w:val="clear"/>
        </w:rPr>
        <w:t>I say {these things} so that you may be saved</w:t>
      </w:r>
      <w:r>
        <w:rPr>
          <w:b w:val="false"/>
          <w:i w:val="false"/>
          <w:color w:val="000000"/>
          <w:u w:val="none"/>
        </w:rPr>
        <w:t xml:space="preserve"> [1BUB]</w:t>
      </w:r>
      <w:r>
        <w:t>.</w:t>
      </w:r>
    </w:p>
    <w:p>
      <w:pPr>
        <w:pStyle w:val="Yellow"/>
        <w:rPr/>
      </w:pPr>
      <w:r>
        <w:rPr>
          <w:shd w:val="clear" w:color="auto" w:fill="548235"/>
          <w:color w:val="FFFFFF"/>
        </w:rPr>
        <w:t xml:space="preserve">(Jn7:28 Jesus) </w:t>
      </w:r>
      <w:r>
        <w:rPr>
          <w:b/>
          <w:shd w:val="clear" w:color="auto" w:fill="548235"/>
          <w:color w:val="FFFFFF"/>
        </w:rPr>
        <w:t xml:space="preserve">John 7:30</w:t>
      </w:r>
      <w:r>
        <w:rPr>
          <w:shd w:val="clear" w:color="auto" w:fill="548235"/>
          <w:color w:val="FFFFFF"/>
        </w:rPr>
        <w:t xml:space="preserve"> — </w:t>
      </w:r>
      <w:r>
        <w:rPr>
          <w:shd w:fill="548235" w:val="clear" w:color="auto"/>
          <w:color w:val="FFFFFF"/>
        </w:rPr>
        <w:t xml:space="preserve">no one laid a hand on {Him}</w:t>
      </w:r>
      <w:r>
        <w:rPr>
          <w:b w:val="false"/>
          <w:i w:val="false"/>
          <w:color w:val="FFFFFF"/>
          <w:u w:val="none"/>
          <w:shd w:val="clear" w:color="auto" w:fill="548235"/>
        </w:rPr>
        <w:t xml:space="preserve"> [1LDN]</w:t>
      </w:r>
      <w:r>
        <w:rPr>
          <w:shd w:val="clear" w:color="auto" w:fill="548235"/>
          <w:color w:val="FFFFFF"/>
        </w:rPr>
        <w:t xml:space="preserve">, because </w:t>
      </w:r>
      <w:r>
        <w:rPr>
          <w:shd w:fill="548235" w:val="clear" w:color="auto"/>
          <w:color w:val="FFFFFF"/>
        </w:rPr>
        <w:t xml:space="preserve">His hour had not yet come</w:t>
      </w:r>
      <w:r>
        <w:rPr>
          <w:b w:val="false"/>
          <w:i w:val="false"/>
          <w:color w:val="FFFFFF"/>
          <w:u w:val="none"/>
          <w:shd w:val="clear" w:color="auto" w:fill="548235"/>
        </w:rPr>
        <w:t xml:space="preserve"> [1LDO]</w:t>
      </w:r>
      <w:r>
        <w:rPr>
          <w:shd w:val="clear" w:color="auto" w:fill="548235"/>
          <w:color w:val="FFFFFF"/>
        </w:rPr>
        <w:t xml:space="preserve">.</w:t>
      </w:r>
    </w:p>
    <w:p>
      <w:pPr>
        <w:pStyle w:val="Yellow"/>
        <w:rPr/>
      </w:pPr>
      <w:r>
        <w:rPr>
          <w:b/>
        </w:rPr>
        <w:t>John 8:42</w:t>
      </w:r>
      <w:r>
        <w:rPr/>
        <w:t xml:space="preserve"> — “</w:t>
      </w:r>
      <w:r>
        <w:rPr>
          <w:shd w:fill="B7DDE8" w:val="clear"/>
        </w:rPr>
        <w:t>If God were your Father, you would love Me</w:t>
      </w:r>
      <w:r>
        <w:rPr>
          <w:b w:val="false"/>
          <w:i w:val="false"/>
          <w:color w:val="000000"/>
          <w:u w:val="none"/>
        </w:rPr>
        <w:t xml:space="preserve"> [1LXO]</w:t>
      </w:r>
      <w:r>
        <w:rPr/>
        <w:t xml:space="preserve">, for </w:t>
      </w:r>
      <w:r>
        <w:rPr>
          <w:shd w:fill="B7DDE8" w:val="clear"/>
        </w:rPr>
        <w:t>I have come here from God</w:t>
      </w:r>
      <w:r>
        <w:rPr>
          <w:b w:val="false"/>
          <w:i w:val="false"/>
          <w:color w:val="000000"/>
          <w:u w:val="none"/>
        </w:rPr>
        <w:t xml:space="preserve"> [1LXP]</w:t>
      </w:r>
      <w:r>
        <w:rPr/>
        <w:t xml:space="preserve">. </w:t>
      </w:r>
      <w:r>
        <w:rPr>
          <w:shd w:fill="B7DDE8" w:val="clear"/>
        </w:rPr>
        <w:t>I have not come on My own</w:t>
      </w:r>
      <w:r>
        <w:rPr>
          <w:b w:val="false"/>
          <w:i w:val="false"/>
          <w:color w:val="000000"/>
          <w:u w:val="none"/>
        </w:rPr>
        <w:t xml:space="preserve"> [1LXQ]</w:t>
      </w:r>
      <w:r>
        <w:rPr/>
        <w:t xml:space="preserve">, but </w:t>
      </w:r>
      <w:r>
        <w:rPr>
          <w:shd w:fill="B7DDE8" w:val="clear"/>
        </w:rPr>
        <w:t>He sent Me</w:t>
      </w:r>
      <w:r>
        <w:rPr>
          <w:b w:val="false"/>
          <w:i w:val="false"/>
          <w:color w:val="000000"/>
          <w:u w:val="none"/>
        </w:rPr>
        <w:t xml:space="preserve"> [4LBE]</w:t>
      </w:r>
      <w:r>
        <w:rPr/>
        <w:t>.</w:t>
      </w:r>
    </w:p>
    <w:p>
      <w:pPr>
        <w:pStyle w:val="Yellow"/>
        <w:rPr/>
      </w:pPr>
      <w:r>
        <w:rPr/>
        <w:t xml:space="preserve">(Jn10:6–7 Jesus) </w:t>
      </w:r>
      <w:r>
        <w:rPr>
          <w:b/>
        </w:rPr>
        <w:t>John 10:1</w:t>
      </w:r>
      <w:r>
        <w:rPr/>
        <w:t xml:space="preserve"> — “Truly, truly, I tell you, </w:t>
      </w:r>
      <w:r>
        <w:rPr>
          <w:shd w:fill="B7DDE8" w:val="clear"/>
        </w:rPr>
        <w:t>whoever does not enter the sheepfold by {the gate}, but climbs in some other way, is a thief and a robber</w:t>
      </w:r>
      <w:r>
        <w:rPr>
          <w:b w:val="false"/>
          <w:i w:val="false"/>
          <w:color w:val="000000"/>
          <w:u w:val="none"/>
        </w:rPr>
        <w:t xml:space="preserve"> [1MAL]</w:t>
      </w:r>
      <w:r>
        <w:rPr/>
        <w:t>.</w:t>
      </w:r>
    </w:p>
    <w:p>
      <w:pPr>
        <w:pStyle w:val="Yellow"/>
        <w:rPr/>
      </w:pPr>
      <w:r>
        <w:rPr/>
        <w:t xml:space="preserve">(Jn10:4 Those who “follow” Jesus”) </w:t>
      </w:r>
      <w:r>
        <w:rPr>
          <w:b/>
        </w:rPr>
        <w:t xml:space="preserve">John 10:7</w:t>
      </w:r>
      <w:r>
        <w:rPr/>
        <w:t xml:space="preserve"> — “Truly, truly, I tell you, </w:t>
      </w:r>
      <w:r>
        <w:rPr>
          <w:shd w:fill="B7DDE8" w:val="clear"/>
        </w:rPr>
        <w:t xml:space="preserve">I am the gate for the sheep</w:t>
      </w:r>
      <w:r>
        <w:rPr>
          <w:b w:val="false"/>
          <w:i w:val="false"/>
          <w:color w:val="000000"/>
          <w:u w:val="none"/>
        </w:rPr>
        <w:t xml:space="preserve"> [2CGP]</w:t>
      </w:r>
      <w:r>
        <w:rPr/>
        <w:t xml:space="preserve">.</w:t>
      </w:r>
    </w:p>
    <w:p>
      <w:pPr>
        <w:pStyle w:val="Yellow"/>
        <w:rPr/>
      </w:pPr>
      <w:r>
        <w:rPr>
          <w:b/>
        </w:rPr>
        <w:t>John 10:9</w:t>
      </w:r>
      <w:r>
        <w:rPr/>
        <w:t xml:space="preserve"> — </w:t>
      </w:r>
      <w:r>
        <w:rPr>
          <w:shd w:val="clear" w:color="auto" w:fill="D9C3E6"/>
        </w:rPr>
        <w:t>I am the gate</w:t>
      </w:r>
      <w:r>
        <w:rPr>
          <w:b w:val="false"/>
          <w:i w:val="false"/>
          <w:color w:val="000000"/>
          <w:u w:val="none"/>
        </w:rPr>
        <w:t xml:space="preserve"> [2CGP]</w:t>
      </w:r>
      <w:r>
        <w:rPr>
          <w:shd w:val="clear" w:color="auto" w:fill="D9C3E6"/>
        </w:rPr>
        <w:t xml:space="preserve">. </w:t>
      </w:r>
      <w:r>
        <w:rPr>
          <w:shd w:val="clear" w:fill="B7DDE8"/>
        </w:rPr>
        <w:t>If anyone enters through Me, he will be saved</w:t>
      </w:r>
      <w:r>
        <w:rPr>
          <w:b w:val="false"/>
          <w:i w:val="false"/>
          <w:color w:val="000000"/>
          <w:u w:val="none"/>
        </w:rPr>
        <w:t xml:space="preserve"> [1CGQ]</w:t>
      </w:r>
      <w:r>
        <w:rPr/>
        <w:t xml:space="preserve">. </w:t>
      </w:r>
      <w:r>
        <w:rPr>
          <w:shd w:val="clear" w:fill="B7DDE8"/>
        </w:rPr>
        <w:t>He will come in</w:t>
      </w:r>
      <w:r>
        <w:rPr>
          <w:b w:val="false"/>
          <w:i w:val="false"/>
          <w:color w:val="000000"/>
          <w:u w:val="none"/>
        </w:rPr>
        <w:t xml:space="preserve"> [1CGR]</w:t>
      </w:r>
      <w:r>
        <w:rPr>
          <w:shd w:val="clear" w:fill="B7DDE8"/>
        </w:rPr>
        <w:t xml:space="preserve"> and go out</w:t>
      </w:r>
      <w:r>
        <w:rPr>
          <w:b w:val="false"/>
          <w:i w:val="false"/>
          <w:color w:val="000000"/>
          <w:u w:val="none"/>
        </w:rPr>
        <w:t xml:space="preserve"> [1CGS]</w:t>
      </w:r>
      <w:r>
        <w:rPr>
          <w:shd w:val="clear" w:fill="B7DDE8"/>
        </w:rPr>
        <w:t xml:space="preserve"> and find pasture</w:t>
      </w:r>
      <w:r>
        <w:rPr>
          <w:b w:val="false"/>
          <w:i w:val="false"/>
          <w:color w:val="000000"/>
          <w:u w:val="none"/>
        </w:rPr>
        <w:t xml:space="preserve"> [1CGT]</w:t>
      </w:r>
      <w:r>
        <w:rPr/>
        <w:t>.</w:t>
      </w:r>
    </w:p>
    <w:p>
      <w:pPr>
        <w:pStyle w:val="Yellow"/>
        <w:rPr/>
      </w:pPr>
      <w:r>
        <w:rPr/>
        <w:t xml:space="preserve">(Jn12:33 Jesus’ “death”) </w:t>
      </w:r>
      <w:r>
        <w:rPr>
          <w:b/>
        </w:rPr>
        <w:t>John 12:32</w:t>
      </w:r>
      <w:r>
        <w:rPr/>
        <w:t xml:space="preserve"> — </w:t>
      </w:r>
      <w:r>
        <w:rPr>
          <w:shd w:val="clear" w:fill="B7DDE8"/>
        </w:rPr>
        <w:t>I, when I am {lifted up from the earth}, will draw everyone to Myself</w:t>
      </w:r>
      <w:r>
        <w:rPr>
          <w:b w:val="false"/>
          <w:i w:val="false"/>
          <w:color w:val="000000"/>
          <w:u w:val="none"/>
        </w:rPr>
        <w:t xml:space="preserve"> [1MK]</w:t>
      </w:r>
      <w:r>
        <w:rPr/>
        <w:t>.</w:t>
      </w:r>
    </w:p>
    <w:p>
      <w:pPr>
        <w:pStyle w:val="Yellow"/>
        <w:rPr/>
      </w:pPr>
      <w:r>
        <w:rPr>
          <w:b/>
        </w:rPr>
        <w:t xml:space="preserve">John 12:47-48</w:t>
      </w:r>
      <w:r>
        <w:rPr/>
        <w:t xml:space="preserve"> — </w:t>
      </w:r>
      <w:r>
        <w:rPr>
          <w:shd w:fill="B7DDE8" w:val="clear"/>
        </w:rPr>
        <w:t xml:space="preserve">As for anyone who hears My words and does not keep them, I do not judge him</w:t>
      </w:r>
      <w:r>
        <w:rPr>
          <w:b w:val="false"/>
          <w:i w:val="false"/>
          <w:color w:val="000000"/>
          <w:u w:val="none"/>
        </w:rPr>
        <w:t xml:space="preserve"> [1KRO]</w:t>
      </w:r>
      <w:r>
        <w:rPr/>
        <w:t xml:space="preserve">. For </w:t>
      </w:r>
      <w:r>
        <w:rPr>
          <w:shd w:fill="B7DDE8" w:val="clear"/>
        </w:rPr>
        <w:t xml:space="preserve">I have not come to judge the world</w:t>
      </w:r>
      <w:r>
        <w:rPr>
          <w:b w:val="false"/>
          <w:i w:val="false"/>
          <w:color w:val="000000"/>
          <w:u w:val="none"/>
        </w:rPr>
        <w:t xml:space="preserve"> [1KRP]</w:t>
      </w:r>
      <w:r>
        <w:rPr/>
        <w:t xml:space="preserve">, but </w:t>
      </w:r>
      <w:r>
        <w:rPr>
          <w:shd w:fill="B7DDE8" w:val="clear"/>
        </w:rPr>
        <w:t xml:space="preserve">to save the world</w:t>
      </w:r>
      <w:r>
        <w:rPr>
          <w:b w:val="false"/>
          <w:i w:val="false"/>
          <w:u w:val="none"/>
          <w:color w:val="000000"/>
        </w:rPr>
        <w:t xml:space="preserve"> [1KRQ]</w:t>
      </w:r>
      <w:r>
        <w:rPr/>
        <w:t xml:space="preserve">. </w:t>
      </w:r>
      <w:r>
        <w:rPr>
          <w:shd w:fill="B7DDE8" w:val="clear"/>
        </w:rPr>
        <w:t xml:space="preserve">There is a judge for the one who rejects Me and does not receive My words</w:t>
      </w:r>
      <w:r>
        <w:rPr>
          <w:b w:val="false"/>
          <w:i w:val="false"/>
          <w:color w:val="000000"/>
          <w:u w:val="none"/>
        </w:rPr>
        <w:t xml:space="preserve"> [1KRR]</w:t>
      </w:r>
      <w:r>
        <w:rPr/>
        <w:t xml:space="preserve">: </w:t>
      </w:r>
      <w:r>
        <w:rPr>
          <w:shd w:fill="B7DDE8" w:val="clear"/>
        </w:rPr>
        <w:t xml:space="preserve">The word that I have spoken will judge him on the last day</w:t>
      </w:r>
      <w:r>
        <w:rPr>
          <w:b w:val="false"/>
          <w:i w:val="false"/>
          <w:color w:val="000000"/>
          <w:u w:val="none"/>
        </w:rPr>
        <w:t xml:space="preserve"> [1KRS]</w:t>
      </w:r>
      <w:r>
        <w:rPr/>
        <w:t xml:space="preserve">.</w:t>
      </w:r>
    </w:p>
    <w:p>
      <w:pPr>
        <w:pStyle w:val="Yellow"/>
        <w:rPr/>
      </w:pPr>
      <w:r>
        <w:rPr/>
        <w:t xml:space="preserve">(Jn17:6 “those” the Father has “given” to Jesus) </w:t>
      </w:r>
      <w:r>
        <w:rPr>
          <w:b/>
        </w:rPr>
        <w:t>John 17:8</w:t>
      </w:r>
      <w:r>
        <w:rPr/>
        <w:t xml:space="preserve"> — </w:t>
      </w:r>
      <w:r>
        <w:rPr>
          <w:shd w:val="clear" w:fill="B7DDE8"/>
        </w:rPr>
        <w:t>I have given {them} the words You gave Me</w:t>
      </w:r>
      <w:r>
        <w:rPr>
          <w:b w:val="false"/>
          <w:i w:val="false"/>
          <w:color w:val="000000"/>
          <w:u w:val="none"/>
        </w:rPr>
        <w:t xml:space="preserve"> [2UF]</w:t>
      </w:r>
      <w:r>
        <w:rPr/>
        <w:t xml:space="preserve">, and </w:t>
      </w:r>
      <w:r>
        <w:rPr>
          <w:shd w:val="clear" w:fill="B7DDE8"/>
        </w:rPr>
        <w:t>they have received them</w:t>
      </w:r>
      <w:r>
        <w:rPr>
          <w:b w:val="false"/>
          <w:i w:val="false"/>
          <w:color w:val="000000"/>
          <w:u w:val="none"/>
        </w:rPr>
        <w:t xml:space="preserve"> [1DAD]</w:t>
      </w:r>
      <w:r>
        <w:rPr/>
        <w:t xml:space="preserve">. </w:t>
      </w:r>
      <w:r>
        <w:rPr>
          <w:shd w:val="clear" w:fill="B7DDE8"/>
        </w:rPr>
        <w:t>They knew with certainty that I came from You</w:t>
      </w:r>
      <w:r>
        <w:rPr>
          <w:b w:val="false"/>
          <w:i w:val="false"/>
          <w:color w:val="000000"/>
          <w:u w:val="none"/>
        </w:rPr>
        <w:t xml:space="preserve"> [1DAE]</w:t>
      </w:r>
      <w:r>
        <w:rPr/>
        <w:t xml:space="preserve">, and </w:t>
      </w:r>
      <w:r>
        <w:rPr>
          <w:shd w:val="clear" w:fill="F4B183" w:color="auto"/>
          <w:color w:val="000000"/>
        </w:rPr>
        <w:t>they believed that You sent Me</w:t>
      </w:r>
      <w:r>
        <w:rPr>
          <w:b w:val="false"/>
          <w:i w:val="false"/>
          <w:color w:val="000000"/>
          <w:u w:val="none"/>
          <w:shd w:val="clear" w:color="auto" w:fill="F4B183"/>
        </w:rPr>
        <w:t xml:space="preserve"> [1DAF]</w:t>
      </w:r>
      <w:r>
        <w:rPr/>
        <w:t>.</w:t>
      </w:r>
    </w:p>
    <w:p>
      <w:pPr>
        <w:pStyle w:val="Yellow"/>
        <w:rPr/>
      </w:pPr>
      <w:r>
        <w:t xml:space="preserve">(Jn21:13 Jesus) </w:t>
      </w:r>
      <w:r>
        <w:rPr>
          <w:b/>
        </w:rPr>
        <w:t>John 21:14</w:t>
      </w:r>
      <w:r>
        <w:t xml:space="preserve"> — </w:t>
      </w:r>
      <w:r>
        <w:rPr>
          <w:shd w:fill="B7DDE8" w:val="clear"/>
        </w:rPr>
        <w:t>{He} was raised from the dead</w:t>
      </w:r>
      <w:r>
        <w:rPr>
          <w:b w:val="false"/>
          <w:i w:val="false"/>
          <w:color w:val="000000"/>
          <w:u w:val="none"/>
        </w:rPr>
        <w:t xml:space="preserve"> [7AVP]</w:t>
      </w:r>
      <w:r>
        <w:t>.</w:t>
      </w:r>
    </w:p>
    <w:p>
      <w:pPr>
        <w:pStyle w:val="Yellow"/>
        <w:rPr/>
      </w:pPr>
      <w:r>
        <w:rPr>
          <w:b/>
          <w:u w:val="none"/>
        </w:rPr>
        <w:t>Acts 2:38</w:t>
      </w:r>
      <w:r>
        <w:rPr>
          <w:u w:val="none"/>
        </w:rPr>
        <w:t xml:space="preserve"> — “</w:t>
      </w:r>
      <w:r>
        <w:rPr>
          <w:u w:val="none"/>
          <w:shd w:fill="B7DDE8" w:val="clear"/>
        </w:rPr>
        <w:t>Repent</w:t>
      </w:r>
      <w:r>
        <w:rPr>
          <w:b w:val="false"/>
          <w:i w:val="false"/>
          <w:u w:val="none"/>
          <w:color w:val="000000"/>
        </w:rPr>
        <w:t xml:space="preserve"> [4ARS]</w:t>
      </w:r>
      <w:r>
        <w:rPr>
          <w:u w:val="none"/>
        </w:rPr>
        <w:t xml:space="preserve"> and </w:t>
      </w:r>
      <w:r>
        <w:rPr>
          <w:u w:val="none"/>
          <w:shd w:fill="B7DDE8" w:val="clear"/>
        </w:rPr>
        <w:t>be baptized, every one of you, in the name of Jesus Christ</w:t>
      </w:r>
      <w:r>
        <w:rPr>
          <w:b w:val="false"/>
          <w:i w:val="false"/>
          <w:color w:val="000000"/>
          <w:u w:val="none"/>
        </w:rPr>
        <w:t xml:space="preserve"> [1CIS]</w:t>
      </w:r>
      <w:r>
        <w:rPr>
          <w:u w:val="none"/>
        </w:rPr>
        <w:t xml:space="preserve"> </w:t>
      </w:r>
      <w:r>
        <w:rPr>
          <w:u w:val="none"/>
          <w:shd w:fill="B7DDE8" w:val="clear"/>
        </w:rPr>
        <w:t>for the forgiveness of your sins</w:t>
      </w:r>
      <w:r>
        <w:rPr>
          <w:b w:val="false"/>
          <w:i w:val="false"/>
          <w:u w:val="none"/>
          <w:color w:val="000000"/>
        </w:rPr>
        <w:t xml:space="preserve"> [2BKM]</w:t>
      </w:r>
      <w:r>
        <w:rPr>
          <w:u w:val="none"/>
        </w:rPr>
        <w:t xml:space="preserve">, and </w:t>
      </w:r>
      <w:r>
        <w:rPr>
          <w:u w:val="none"/>
          <w:shd w:fill="B7DDE8" w:val="clear"/>
        </w:rPr>
        <w:t>you will receive the gift of the Holy Spirit</w:t>
      </w:r>
      <w:r>
        <w:rPr>
          <w:b w:val="false"/>
          <w:i w:val="false"/>
          <w:color w:val="000000"/>
          <w:u w:val="none"/>
        </w:rPr>
        <w:t xml:space="preserve"> [1BKN]</w:t>
      </w:r>
      <w:r>
        <w:rPr>
          <w:u w:val="none"/>
        </w:rPr>
        <w:t>.</w:t>
      </w:r>
    </w:p>
    <w:p>
      <w:pPr>
        <w:pStyle w:val="Yellow"/>
        <w:rPr/>
      </w:pPr>
      <w:r>
        <w:rPr/>
        <w:t xml:space="preserve">(Ac3:20 Jesus) </w:t>
      </w:r>
      <w:r>
        <w:rPr>
          <w:b/>
        </w:rPr>
        <w:t>Acts 3:26</w:t>
      </w:r>
      <w:r>
        <w:rPr/>
        <w:t xml:space="preserve"> — When </w:t>
      </w:r>
      <w:r>
        <w:rPr>
          <w:shd w:val="clear" w:fill="B7DDE8"/>
        </w:rPr>
        <w:t>God raised up {His Servant}</w:t>
      </w:r>
      <w:r>
        <w:rPr>
          <w:b w:val="false"/>
          <w:i w:val="false"/>
          <w:color w:val="000000"/>
          <w:u w:val="none"/>
        </w:rPr>
        <w:t xml:space="preserve"> [1EGB]</w:t>
      </w:r>
      <w:r>
        <w:rPr/>
        <w:t xml:space="preserve">, </w:t>
      </w:r>
      <w:r>
        <w:rPr>
          <w:shd w:val="clear" w:fill="B7DDE8"/>
        </w:rPr>
        <w:t>He sent Him first to you</w:t>
      </w:r>
      <w:r>
        <w:rPr>
          <w:b w:val="false"/>
          <w:i w:val="false"/>
          <w:color w:val="000000"/>
          <w:u w:val="none"/>
        </w:rPr>
        <w:t xml:space="preserve"> [1EGC]</w:t>
      </w:r>
      <w:r>
        <w:rPr/>
        <w:t xml:space="preserve"> </w:t>
      </w:r>
      <w:r>
        <w:rPr>
          <w:shd w:val="clear" w:fill="B7DDE8"/>
        </w:rPr>
        <w:t>to bless you by turning each of you from your wicked ways</w:t>
      </w:r>
      <w:r>
        <w:rPr>
          <w:b w:val="false"/>
          <w:i w:val="false"/>
          <w:color w:val="000000"/>
          <w:u w:val="none"/>
        </w:rPr>
        <w:t xml:space="preserve"> [1EGD]</w:t>
      </w:r>
      <w:r>
        <w:rPr/>
        <w:t>.”</w:t>
      </w:r>
    </w:p>
    <w:p>
      <w:pPr>
        <w:pStyle w:val="Yellow"/>
        <w:rPr/>
      </w:pPr>
      <w:r>
        <w:rPr>
          <w:u w:val="none"/>
        </w:rPr>
        <w:t xml:space="preserve">(Ac4:10 “Jesus Christ of Nazareth”) </w:t>
      </w:r>
      <w:r>
        <w:rPr>
          <w:b/>
          <w:u w:val="none"/>
        </w:rPr>
        <w:t>Acts 4:12</w:t>
      </w:r>
      <w:r>
        <w:rPr>
          <w:u w:val="none"/>
        </w:rPr>
        <w:t xml:space="preserve"> — </w:t>
      </w:r>
      <w:r>
        <w:rPr>
          <w:u w:val="none"/>
          <w:shd w:fill="B7DDE8" w:val="clear"/>
        </w:rPr>
        <w:t>Salvation exists in {no one else}</w:t>
      </w:r>
      <w:r>
        <w:rPr>
          <w:b w:val="false"/>
          <w:i w:val="false"/>
          <w:color w:val="000000"/>
          <w:u w:val="none"/>
        </w:rPr>
        <w:t xml:space="preserve"> [1BSP]</w:t>
      </w:r>
      <w:r>
        <w:rPr>
          <w:u w:val="none"/>
        </w:rPr>
        <w:t xml:space="preserve">, for </w:t>
      </w:r>
      <w:r>
        <w:rPr>
          <w:u w:val="none"/>
          <w:shd w:fill="B7DDE8" w:val="clear"/>
        </w:rPr>
        <w:t>there is no other name under heaven given to men by which we must be saved</w:t>
      </w:r>
      <w:r>
        <w:rPr>
          <w:b w:val="false"/>
          <w:i w:val="false"/>
          <w:color w:val="000000"/>
          <w:u w:val="none"/>
        </w:rPr>
        <w:t xml:space="preserve"> [1BSQ]</w:t>
      </w:r>
      <w:r>
        <w:rPr>
          <w:u w:val="none"/>
        </w:rPr>
        <w:t>.”</w:t>
      </w:r>
    </w:p>
    <w:p>
      <w:pPr>
        <w:pStyle w:val="Yellow"/>
        <w:rPr/>
      </w:pPr>
      <w:r>
        <w:rPr>
          <w:b/>
        </w:rPr>
        <w:t>Acts 11:24</w:t>
      </w:r>
      <w:r>
        <w:t xml:space="preserve"> — </w:t>
      </w:r>
      <w:r>
        <w:rPr>
          <w:shd w:fill="B7DDE8" w:val="clear"/>
        </w:rPr>
        <w:t>Barnabas was a good man</w:t>
      </w:r>
      <w:r>
        <w:rPr>
          <w:b w:val="false"/>
          <w:i w:val="false"/>
          <w:color w:val="000000"/>
          <w:u w:val="none"/>
        </w:rPr>
        <w:t xml:space="preserve"> [1BKO]</w:t>
      </w:r>
      <w:r>
        <w:t xml:space="preserve">, </w:t>
      </w:r>
      <w:r>
        <w:rPr>
          <w:shd w:fill="B7DDE8" w:val="clear"/>
        </w:rPr>
        <w:t>full of the Holy Spirit and faith</w:t>
      </w:r>
      <w:r>
        <w:rPr>
          <w:b w:val="false"/>
          <w:i w:val="false"/>
          <w:color w:val="000000"/>
          <w:u w:val="none"/>
        </w:rPr>
        <w:t xml:space="preserve"> [1BKP]</w:t>
      </w:r>
      <w:r>
        <w:t xml:space="preserve">, and </w:t>
      </w:r>
      <w:r>
        <w:rPr>
          <w:shd w:fill="B7DDE8" w:val="clear"/>
        </w:rPr>
        <w:t>a great number of people were brought to the Lord</w:t>
      </w:r>
      <w:r>
        <w:rPr>
          <w:b w:val="false"/>
          <w:i w:val="false"/>
          <w:color w:val="000000"/>
          <w:u w:val="none"/>
        </w:rPr>
        <w:t xml:space="preserve"> [1BKQ]</w:t>
      </w:r>
      <w:r>
        <w:t>.</w:t>
      </w:r>
    </w:p>
    <w:p>
      <w:pPr>
        <w:pStyle w:val="Yellow"/>
        <w:rPr/>
      </w:pPr>
      <w:r>
        <w:rPr>
          <w:b/>
        </w:rPr>
        <w:t>Acts 16:31</w:t>
      </w:r>
      <w:r>
        <w:t xml:space="preserve"> — “</w:t>
      </w:r>
      <w:r>
        <w:rPr>
          <w:shd w:fill="B7DDE8" w:val="clear"/>
        </w:rPr>
        <w:t>Believe in the Lord Jesus and you will be saved, you and your household</w:t>
      </w:r>
      <w:r>
        <w:rPr>
          <w:b w:val="false"/>
          <w:i w:val="false"/>
          <w:color w:val="000000"/>
          <w:u w:val="none"/>
        </w:rPr>
        <w:t xml:space="preserve"> [1BTX]</w:t>
      </w:r>
      <w:r>
        <w:t>.”</w:t>
      </w:r>
    </w:p>
    <w:p>
      <w:pPr>
        <w:pStyle w:val="Yellow"/>
        <w:rPr/>
      </w:pPr>
      <w:r>
        <w:rPr>
          <w:b/>
        </w:rPr>
        <w:t xml:space="preserve">Romans 1:16</w:t>
      </w:r>
      <w:r>
        <w:rPr/>
        <w:t xml:space="preserve"> — </w:t>
      </w:r>
      <w:r>
        <w:rPr>
          <w:shd w:fill="B7DDE8" w:val="clear"/>
        </w:rPr>
        <w:t xml:space="preserve">I am not ashamed of the gospel</w:t>
      </w:r>
      <w:r>
        <w:rPr>
          <w:b w:val="false"/>
          <w:i w:val="false"/>
          <w:color w:val="000000"/>
          <w:u w:val="none"/>
        </w:rPr>
        <w:t xml:space="preserve"> [1GLZ]</w:t>
      </w:r>
      <w:r>
        <w:rPr/>
        <w:t xml:space="preserve">, because </w:t>
      </w:r>
      <w:r>
        <w:rPr>
          <w:shd w:fill="B7DDE8" w:val="clear"/>
        </w:rPr>
        <w:t xml:space="preserve">it is the power of God for salvation to everyone who believes</w:t>
      </w:r>
      <w:r>
        <w:rPr>
          <w:b w:val="false"/>
          <w:i w:val="false"/>
          <w:color w:val="000000"/>
          <w:u w:val="none"/>
        </w:rPr>
        <w:t xml:space="preserve"> [1GMA]</w:t>
      </w:r>
    </w:p>
    <w:p>
      <w:pPr>
        <w:pStyle w:val="Yellow"/>
        <w:rPr/>
      </w:pPr>
      <w:r>
        <w:rPr>
          <w:b/>
          <w:u w:val="none"/>
        </w:rPr>
        <w:t>Romans 6:2-4</w:t>
      </w:r>
      <w:r>
        <w:rPr>
          <w:u w:val="none"/>
        </w:rPr>
        <w:t xml:space="preserve"> — </w:t>
      </w:r>
      <w:r>
        <w:rPr>
          <w:u w:val="none"/>
          <w:shd w:fill="B7DDE8" w:val="clear"/>
        </w:rPr>
        <w:t xml:space="preserve">How can </w:t>
      </w:r>
      <w:r>
        <w:rPr>
          <w:u w:val="none"/>
          <w:shd w:fill="B7DDE8" w:val="clear"/>
        </w:rPr>
        <w:t>we who died to sin</w:t>
      </w:r>
      <w:r>
        <w:rPr>
          <w:b w:val="false"/>
          <w:i w:val="false"/>
          <w:color w:val="000000"/>
          <w:u w:val="none"/>
        </w:rPr>
        <w:t xml:space="preserve"> [1AVL]</w:t>
      </w:r>
      <w:r>
        <w:rPr>
          <w:u w:val="none"/>
          <w:shd w:fill="B7DDE8" w:val="clear"/>
        </w:rPr>
        <w:t xml:space="preserve"> live in it any longer</w:t>
      </w:r>
      <w:r>
        <w:rPr>
          <w:b w:val="false"/>
          <w:i w:val="false"/>
          <w:color w:val="000000"/>
          <w:u w:val="none"/>
        </w:rPr>
        <w:t xml:space="preserve"> [1AVM]</w:t>
      </w:r>
      <w:r>
        <w:rPr>
          <w:u w:val="none"/>
        </w:rPr>
        <w:t xml:space="preserve">?  Or aren’t you aware that </w:t>
      </w:r>
      <w:r>
        <w:rPr>
          <w:u w:val="none"/>
          <w:shd w:fill="B7DDE8" w:val="clear"/>
        </w:rPr>
        <w:t>all of us who were baptized into Christ Jesus were baptized into His death</w:t>
      </w:r>
      <w:r>
        <w:rPr>
          <w:b w:val="false"/>
          <w:i w:val="false"/>
          <w:color w:val="000000"/>
          <w:u w:val="none"/>
        </w:rPr>
        <w:t xml:space="preserve"> [1AVN]</w:t>
      </w:r>
      <w:r>
        <w:rPr>
          <w:u w:val="none"/>
        </w:rPr>
        <w:t xml:space="preserve">?  </w:t>
      </w:r>
      <w:r>
        <w:rPr>
          <w:u w:val="none"/>
          <w:shd w:fill="B7DDE8" w:val="clear"/>
        </w:rPr>
        <w:t>We were therefore buried with Him through baptism into death</w:t>
      </w:r>
      <w:r>
        <w:rPr>
          <w:b w:val="false"/>
          <w:i w:val="false"/>
          <w:color w:val="000000"/>
          <w:u w:val="none"/>
        </w:rPr>
        <w:t xml:space="preserve"> [1AVO]</w:t>
      </w:r>
      <w:r>
        <w:rPr>
          <w:u w:val="none"/>
        </w:rPr>
        <w:t xml:space="preserve">, </w:t>
      </w:r>
      <w:r>
        <w:rPr>
          <w:u w:val="none"/>
          <w:shd w:fill="B7DDE8" w:val="clear"/>
        </w:rPr>
        <w:t xml:space="preserve">in order that, just as </w:t>
      </w:r>
      <w:r>
        <w:rPr>
          <w:u w:val="none"/>
          <w:shd w:fill="B7DDE8" w:val="clear"/>
        </w:rPr>
        <w:t>Christ was raised from the dead</w:t>
      </w:r>
      <w:r>
        <w:rPr>
          <w:b w:val="false"/>
          <w:i w:val="false"/>
          <w:color w:val="000000"/>
          <w:u w:val="none"/>
        </w:rPr>
        <w:t xml:space="preserve"> [7AVP]</w:t>
      </w:r>
      <w:r>
        <w:rPr>
          <w:u w:val="none"/>
          <w:shd w:fill="B7DDE8" w:val="clear"/>
        </w:rPr>
        <w:t xml:space="preserve"> through the glory of the Father</w:t>
      </w:r>
      <w:r>
        <w:rPr>
          <w:b w:val="false"/>
          <w:i w:val="false"/>
          <w:color w:val="000000"/>
          <w:u w:val="none"/>
        </w:rPr>
        <w:t xml:space="preserve"> [1AVQ]</w:t>
      </w:r>
      <w:r>
        <w:rPr>
          <w:u w:val="none"/>
        </w:rPr>
        <w:t xml:space="preserve">, </w:t>
      </w:r>
      <w:r>
        <w:rPr>
          <w:u w:val="none"/>
          <w:shd w:fill="B7DDE8" w:val="clear"/>
        </w:rPr>
        <w:t>we too may walk in newness of life</w:t>
      </w:r>
      <w:r>
        <w:rPr>
          <w:b w:val="false"/>
          <w:i w:val="false"/>
          <w:color w:val="000000"/>
          <w:u w:val="none"/>
        </w:rPr>
        <w:t xml:space="preserve"> [1AVR]</w:t>
      </w:r>
      <w:r>
        <w:rPr>
          <w:u w:val="none"/>
        </w:rPr>
        <w:t>.</w:t>
      </w:r>
    </w:p>
    <w:p>
      <w:pPr>
        <w:pStyle w:val="Yellow"/>
        <w:rPr/>
      </w:pPr>
      <w:r>
        <w:t xml:space="preserve">(Ro6:4 “Christ”¹ / “died to sin”²) </w:t>
      </w:r>
      <w:r>
        <w:rPr>
          <w:b/>
        </w:rPr>
        <w:t>Romans 6:5</w:t>
      </w:r>
      <w:r>
        <w:t xml:space="preserve"> — </w:t>
      </w:r>
      <w:r>
        <w:rPr>
          <w:shd w:fill="B7DDE8" w:val="clear"/>
        </w:rPr>
        <w:t>if we have been united with {Him} {like this} in His death, we will certainly also be united with Him in His resurrection</w:t>
      </w:r>
      <w:r>
        <w:rPr>
          <w:b w:val="false"/>
          <w:i w:val="false"/>
          <w:color w:val="000000"/>
          <w:u w:val="none"/>
        </w:rPr>
        <w:t xml:space="preserve"> [1AXP]</w:t>
      </w:r>
      <w:r>
        <w:t>.</w:t>
      </w:r>
    </w:p>
    <w:p>
      <w:pPr>
        <w:pStyle w:val="Yellow"/>
        <w:rPr/>
      </w:pPr>
      <w:r>
        <w:t xml:space="preserve">(Ro7:2–3 Death releases from “the law of marriage”) </w:t>
      </w:r>
      <w:r>
        <w:rPr>
          <w:b/>
        </w:rPr>
        <w:t>Romans 7:4</w:t>
      </w:r>
      <w:r>
        <w:t xml:space="preserve"> — {Therefore}, my brothers, </w:t>
      </w:r>
      <w:r>
        <w:rPr>
          <w:shd w:fill="B7DDE8" w:val="clear"/>
        </w:rPr>
        <w:t>you also died to the law through the body of Christ</w:t>
      </w:r>
      <w:r>
        <w:rPr>
          <w:b w:val="false"/>
          <w:i w:val="false"/>
          <w:color w:val="000000"/>
          <w:u w:val="none"/>
        </w:rPr>
        <w:t xml:space="preserve"> [1AWG]</w:t>
      </w:r>
      <w:r>
        <w:t xml:space="preserve">, </w:t>
      </w:r>
      <w:r>
        <w:rPr>
          <w:shd w:fill="B7DDE8" w:val="clear"/>
        </w:rPr>
        <w:t xml:space="preserve">that you might belong to another, to Him who </w:t>
      </w:r>
      <w:r>
        <w:rPr>
          <w:shd w:fill="B7DDE8" w:val="clear"/>
        </w:rPr>
        <w:t>was raised from the dead</w:t>
      </w:r>
      <w:r>
        <w:rPr>
          <w:b w:val="false"/>
          <w:i w:val="false"/>
          <w:color w:val="000000"/>
          <w:u w:val="none"/>
        </w:rPr>
        <w:t xml:space="preserve"> [1AWH]</w:t>
      </w:r>
      <w:r>
        <w:t xml:space="preserve">, </w:t>
      </w:r>
      <w:r>
        <w:rPr>
          <w:shd w:fill="B7DDE8" w:val="clear"/>
        </w:rPr>
        <w:t>in order that we might bear fruit to God</w:t>
      </w:r>
      <w:r>
        <w:rPr>
          <w:b w:val="false"/>
          <w:i w:val="false"/>
          <w:color w:val="000000"/>
          <w:u w:val="none"/>
        </w:rPr>
        <w:t xml:space="preserve"> [1AWI]</w:t>
      </w:r>
      <w:r>
        <w:t>.</w:t>
      </w:r>
    </w:p>
    <w:p>
      <w:pPr>
        <w:pStyle w:val="Yellow"/>
        <w:rPr/>
      </w:pPr>
      <w:r>
        <w:rPr>
          <w:b/>
          <w:shd w:val="clear" w:color="auto" w:fill="548235"/>
          <w:color w:val="FFFFFF"/>
        </w:rPr>
        <w:t xml:space="preserve">Romans 7:5-6</w:t>
      </w:r>
      <w:r>
        <w:rPr>
          <w:shd w:val="clear" w:color="auto" w:fill="548235"/>
          <w:color w:val="FFFFFF"/>
        </w:rPr>
        <w:t xml:space="preserve"> — For </w:t>
      </w:r>
      <w:r>
        <w:rPr>
          <w:shd w:fill="548235" w:val="clear" w:color="auto"/>
          <w:color w:val="FFFFFF"/>
        </w:rPr>
        <w:t xml:space="preserve">when we lived according to the flesh, the sinful passions aroused by the law were at work in our bodies</w:t>
      </w:r>
      <w:r>
        <w:rPr>
          <w:b w:val="false"/>
          <w:i w:val="false"/>
          <w:color w:val="FFFFFF"/>
          <w:u w:val="none"/>
          <w:shd w:val="clear" w:color="auto" w:fill="548235"/>
        </w:rPr>
        <w:t xml:space="preserve"> [1HWR]</w:t>
      </w:r>
      <w:r>
        <w:rPr>
          <w:shd w:val="clear" w:color="auto" w:fill="548235"/>
          <w:color w:val="FFFFFF"/>
        </w:rPr>
        <w:t xml:space="preserve">, </w:t>
      </w:r>
      <w:r>
        <w:rPr>
          <w:shd w:fill="548235" w:val="clear" w:color="auto"/>
          <w:color w:val="FFFFFF"/>
        </w:rPr>
        <w:t xml:space="preserve">bearing fruit for death</w:t>
      </w:r>
      <w:r>
        <w:rPr>
          <w:b w:val="false"/>
          <w:i w:val="false"/>
          <w:color w:val="FFFFFF"/>
          <w:u w:val="none"/>
          <w:shd w:val="clear" w:color="auto" w:fill="548235"/>
        </w:rPr>
        <w:t xml:space="preserve"> [1HWS]</w:t>
      </w:r>
      <w:r>
        <w:rPr>
          <w:shd w:val="clear" w:color="auto" w:fill="548235"/>
          <w:color w:val="FFFFFF"/>
        </w:rPr>
        <w:t xml:space="preserve">. But now, </w:t>
      </w:r>
      <w:r>
        <w:rPr>
          <w:shd w:fill="548235" w:val="clear" w:color="auto"/>
          <w:color w:val="FFFFFF"/>
        </w:rPr>
        <w:t xml:space="preserve">having died to what bound us, we have been released from the law</w:t>
      </w:r>
      <w:r>
        <w:rPr>
          <w:b w:val="false"/>
          <w:i w:val="false"/>
          <w:color w:val="FFFFFF"/>
          <w:u w:val="none"/>
          <w:shd w:val="clear" w:color="auto" w:fill="548235"/>
        </w:rPr>
        <w:t xml:space="preserve"> [1HWT]</w:t>
      </w:r>
      <w:r>
        <w:rPr>
          <w:shd w:val="clear" w:color="auto" w:fill="548235"/>
          <w:color w:val="FFFFFF"/>
        </w:rPr>
        <w:t xml:space="preserve">, </w:t>
      </w:r>
      <w:r>
        <w:rPr>
          <w:shd w:fill="548235" w:val="clear" w:color="auto"/>
          <w:color w:val="FFFFFF"/>
        </w:rPr>
        <w:t xml:space="preserve">so that we serve in the new way of the Spirit, and not in the old way of the written code</w:t>
      </w:r>
      <w:r>
        <w:rPr>
          <w:b w:val="false"/>
          <w:i w:val="false"/>
          <w:color w:val="FFFFFF"/>
          <w:u w:val="none"/>
          <w:shd w:val="clear" w:color="auto" w:fill="548235"/>
        </w:rPr>
        <w:t xml:space="preserve"> [1HWU]</w:t>
      </w:r>
      <w:r>
        <w:rPr>
          <w:shd w:val="clear" w:color="auto" w:fill="548235"/>
          <w:color w:val="FFFFFF"/>
        </w:rPr>
        <w:t xml:space="preserve">.</w:t>
      </w:r>
    </w:p>
    <w:p>
      <w:pPr>
        <w:pStyle w:val="Yellow"/>
        <w:rPr/>
      </w:pPr>
      <w:r>
        <w:rPr>
          <w:b/>
        </w:rPr>
        <w:t xml:space="preserve">Romans 9:27</w:t>
      </w:r>
      <w:r>
        <w:rPr/>
        <w:t xml:space="preserve"> — “</w:t>
      </w:r>
      <w:r>
        <w:rPr>
          <w:shd w:fill="B7DDE8" w:val="clear"/>
        </w:rPr>
        <w:t xml:space="preserve">Though the number of the Israelites is like the sand of the sea, only the remnant will be saved</w:t>
      </w:r>
      <w:r>
        <w:rPr>
          <w:b w:val="false"/>
          <w:i w:val="false"/>
          <w:color w:val="000000"/>
          <w:u w:val="none"/>
        </w:rPr>
        <w:t xml:space="preserve"> [1KNV]</w:t>
      </w:r>
      <w:r>
        <w:rPr/>
        <w:t xml:space="preserve">.</w:t>
      </w:r>
    </w:p>
    <w:p>
      <w:pPr>
        <w:pStyle w:val="Yellow"/>
        <w:rPr/>
        <w:shd w:val="clear" w:color="auto" w:fill="E4DFEC"/>
        <w:pBdr>
          <w:left w:val="single" w:sz="28" w:space="5" w:color="7030A0"/>
        </w:pBdr>
      </w:pPr>
      <w:r>
        <w:rPr>
          <w:b/>
          <w:highlight w:val="cyan"/>
        </w:rPr>
        <w:t>Romans 10:13</w:t>
      </w:r>
      <w:r>
        <w:rPr>
          <w:highlight w:val="cyan"/>
        </w:rPr>
        <w:t xml:space="preserve"> — “</w:t>
      </w:r>
      <w:r>
        <w:rPr>
          <w:highlight w:val="cyan"/>
          <w:shd w:fill="B7DDE8" w:val="clear"/>
        </w:rPr>
        <w:t>Everyone who calls on the name of the Lord will be saved</w:t>
      </w:r>
      <w:r>
        <w:rPr>
          <w:b w:val="false"/>
          <w:i w:val="false"/>
          <w:color w:val="000000"/>
          <w:u w:val="none"/>
        </w:rPr>
        <w:t xml:space="preserve"> [2AIW]</w:t>
      </w:r>
      <w:r>
        <w:rPr>
          <w:highlight w:val="cyan"/>
        </w:rPr>
        <w:t>.”</w:t>
      </w:r>
    </w:p>
    <w:p>
      <w:pPr>
        <w:pStyle w:val="Yellow"/>
        <w:rPr/>
      </w:pPr>
      <w:r>
        <w:rPr>
          <w:b/>
        </w:rPr>
        <w:t>Romans 13:11-12</w:t>
      </w:r>
      <w:r>
        <w:rPr/>
        <w:t xml:space="preserve"> — </w:t>
      </w:r>
      <w:r>
        <w:rPr>
          <w:shd w:val="clear" w:fill="B7DDE8"/>
        </w:rPr>
        <w:t>The hour has come for you to wake up from your slumber</w:t>
      </w:r>
      <w:r>
        <w:rPr>
          <w:b w:val="false"/>
          <w:i w:val="false"/>
          <w:color w:val="000000"/>
          <w:u w:val="none"/>
        </w:rPr>
        <w:t xml:space="preserve"> [1BWU]</w:t>
      </w:r>
      <w:r>
        <w:rPr/>
        <w:t xml:space="preserve">, for </w:t>
      </w:r>
      <w:r>
        <w:rPr>
          <w:shd w:val="clear" w:fill="B7DDE8"/>
        </w:rPr>
        <w:t>our salvation is nearer now than when we first believed</w:t>
      </w:r>
      <w:r>
        <w:rPr>
          <w:b w:val="false"/>
          <w:i w:val="false"/>
          <w:color w:val="000000"/>
          <w:u w:val="none"/>
        </w:rPr>
        <w:t xml:space="preserve"> [1BWV]</w:t>
      </w:r>
      <w:r>
        <w:rPr/>
        <w:t xml:space="preserve">. </w:t>
      </w:r>
      <w:r>
        <w:rPr>
          <w:shd w:val="clear" w:fill="B7DDE8"/>
        </w:rPr>
        <w:t>The night is nearly over</w:t>
      </w:r>
      <w:r>
        <w:rPr>
          <w:b w:val="false"/>
          <w:i w:val="false"/>
          <w:color w:val="000000"/>
          <w:u w:val="none"/>
        </w:rPr>
        <w:t xml:space="preserve"> [1BWW]</w:t>
      </w:r>
      <w:r>
        <w:rPr/>
        <w:t xml:space="preserve">; </w:t>
      </w:r>
      <w:r>
        <w:rPr>
          <w:shd w:val="clear" w:fill="B7DDE8"/>
        </w:rPr>
        <w:t>the day has drawn near</w:t>
      </w:r>
      <w:r>
        <w:rPr>
          <w:b w:val="false"/>
          <w:i w:val="false"/>
          <w:color w:val="000000"/>
          <w:u w:val="none"/>
        </w:rPr>
        <w:t xml:space="preserve"> [1BWX]</w:t>
      </w:r>
      <w:r>
        <w:rPr/>
        <w:t>.</w:t>
      </w:r>
    </w:p>
    <w:p>
      <w:pPr>
        <w:pStyle w:val="Yellow"/>
        <w:rPr/>
      </w:pPr>
      <w:r>
        <w:rPr>
          <w:b/>
          <w:shd w:val="clear" w:color="auto" w:fill="548235"/>
          <w:color w:val="FFFFFF"/>
        </w:rPr>
        <w:t xml:space="preserve">1 Corinthians 1:21</w:t>
      </w:r>
      <w:r>
        <w:rPr>
          <w:shd w:val="clear" w:color="auto" w:fill="548235"/>
          <w:color w:val="FFFFFF"/>
        </w:rPr>
        <w:t xml:space="preserve"> — For since </w:t>
      </w:r>
      <w:r>
        <w:rPr>
          <w:shd w:fill="548235" w:val="clear" w:color="auto"/>
          <w:color w:val="FFFFFF"/>
        </w:rPr>
        <w:t xml:space="preserve">in the wisdom of God the world through its wisdom did not know Him</w:t>
      </w:r>
      <w:r>
        <w:rPr>
          <w:b w:val="false"/>
          <w:i w:val="false"/>
          <w:color w:val="FFFFFF"/>
          <w:u w:val="none"/>
          <w:shd w:val="clear" w:color="auto" w:fill="548235"/>
        </w:rPr>
        <w:t xml:space="preserve"> [1GLP]</w:t>
      </w:r>
      <w:r>
        <w:rPr>
          <w:shd w:val="clear" w:color="auto" w:fill="548235"/>
          <w:color w:val="FFFFFF"/>
        </w:rPr>
        <w:t xml:space="preserve">, </w:t>
      </w:r>
      <w:r>
        <w:rPr>
          <w:shd w:fill="548235" w:val="clear" w:color="auto"/>
          <w:color w:val="FFFFFF"/>
        </w:rPr>
        <w:t xml:space="preserve">God was pleased through the foolishness of what was preached to save those who believe</w:t>
      </w:r>
      <w:r>
        <w:rPr>
          <w:b w:val="false"/>
          <w:i w:val="false"/>
          <w:color w:val="FFFFFF"/>
          <w:u w:val="none"/>
          <w:shd w:val="clear" w:color="auto" w:fill="548235"/>
        </w:rPr>
        <w:t xml:space="preserve"> [1GLQ]</w:t>
      </w:r>
      <w:r>
        <w:rPr>
          <w:shd w:val="clear" w:color="auto" w:fill="548235"/>
          <w:color w:val="FFFFFF"/>
        </w:rPr>
        <w:t xml:space="preserve">.</w:t>
      </w:r>
    </w:p>
    <w:p>
      <w:pPr>
        <w:pStyle w:val="Yellow"/>
        <w:rPr/>
        <w:shd w:val="clear" w:color="auto" w:fill="E4DFEC"/>
        <w:pBdr>
          <w:left w:val="single" w:sz="28" w:space="5" w:color="7030A0"/>
        </w:pBdr>
      </w:pPr>
      <w:r>
        <w:rPr>
          <w:b/>
        </w:rPr>
        <w:t>1 Corinthians 6:14</w:t>
      </w:r>
      <w:r>
        <w:rPr/>
        <w:t xml:space="preserve"> — </w:t>
      </w:r>
      <w:r>
        <w:rPr>
          <w:shd w:val="clear" w:fill="B7DDE8"/>
        </w:rPr>
        <w:t>By His power God raised the Lord from the dead</w:t>
      </w:r>
      <w:r>
        <w:rPr>
          <w:b w:val="false"/>
          <w:i w:val="false"/>
          <w:color w:val="000000"/>
          <w:u w:val="none"/>
        </w:rPr>
        <w:t xml:space="preserve"> [2EVB]</w:t>
      </w:r>
      <w:r>
        <w:rPr/>
        <w:t xml:space="preserve">, and </w:t>
      </w:r>
      <w:r>
        <w:rPr>
          <w:shd w:val="clear" w:fill="B7DDE8"/>
        </w:rPr>
        <w:t>He will raise us also</w:t>
      </w:r>
      <w:r>
        <w:rPr>
          <w:b w:val="false"/>
          <w:i w:val="false"/>
          <w:color w:val="000000"/>
          <w:u w:val="none"/>
        </w:rPr>
        <w:t xml:space="preserve"> [2EVC]</w:t>
      </w:r>
      <w:r>
        <w:rPr/>
        <w:t>.</w:t>
      </w:r>
    </w:p>
    <w:p>
      <w:pPr>
        <w:pStyle w:val="Yellow"/>
        <w:rPr/>
      </w:pPr>
      <w:r>
        <w:rPr/>
        <w:t xml:space="preserve">(1Co15:22 “Christ”) </w:t>
      </w:r>
      <w:r>
        <w:rPr>
          <w:b/>
        </w:rPr>
        <w:t>1 Corinthians 15:45</w:t>
      </w:r>
      <w:r>
        <w:rPr/>
        <w:t xml:space="preserve"> — So it is written: “</w:t>
      </w:r>
      <w:r>
        <w:rPr>
          <w:shd w:fill="B7DDE8" w:val="clear"/>
        </w:rPr>
        <w:t>The first man Adam became a living being</w:t>
      </w:r>
      <w:r>
        <w:rPr>
          <w:b w:val="false"/>
          <w:i w:val="false"/>
          <w:color w:val="000000"/>
          <w:u w:val="none"/>
        </w:rPr>
        <w:t xml:space="preserve"> [1LVU]</w:t>
      </w:r>
      <w:r>
        <w:rPr/>
        <w:t xml:space="preserve">;” </w:t>
      </w:r>
      <w:r>
        <w:rPr>
          <w:shd w:fill="B7DDE8" w:val="clear"/>
        </w:rPr>
        <w:t>the {last Adam} a life-giving spirit</w:t>
      </w:r>
      <w:r>
        <w:rPr>
          <w:b w:val="false"/>
          <w:i w:val="false"/>
          <w:color w:val="000000"/>
          <w:u w:val="none"/>
        </w:rPr>
        <w:t xml:space="preserve"> [1LVV]</w:t>
      </w:r>
      <w:r>
        <w:rPr/>
        <w:t>.</w:t>
      </w:r>
    </w:p>
    <w:p>
      <w:pPr>
        <w:pStyle w:val="Yellow"/>
        <w:rPr/>
        <w:pBdr>
          <w:left w:val="single" w:sz="28" w:space="5" w:color="C00000"/>
        </w:pBdr>
      </w:pPr>
      <w:r>
        <w:rPr>
          <w:b/>
        </w:rPr>
        <w:t xml:space="preserve">2 Corinthians 4:11</w:t>
      </w:r>
      <w:r>
        <w:rPr/>
        <w:t xml:space="preserve"> — For </w:t>
      </w:r>
      <w:r>
        <w:rPr>
          <w:shd w:fill="B7DDE8" w:val="clear"/>
        </w:rPr>
        <w:t xml:space="preserve">we who are alive are always consigned to death for Jesus’ sake</w:t>
      </w:r>
      <w:r>
        <w:rPr>
          <w:b w:val="false"/>
          <w:i w:val="false"/>
          <w:u w:val="none"/>
          <w:color w:val="000000"/>
        </w:rPr>
        <w:t xml:space="preserve"> [1IVR]</w:t>
      </w:r>
      <w:r>
        <w:rPr/>
        <w:t xml:space="preserve">, </w:t>
      </w:r>
      <w:r>
        <w:rPr>
          <w:shd w:fill="B7DDE8" w:val="clear"/>
        </w:rPr>
        <w:t xml:space="preserve">so that the life of Jesus may also be revealed in our mortal body</w:t>
      </w:r>
      <w:r>
        <w:rPr>
          <w:b w:val="false"/>
          <w:i w:val="false"/>
          <w:color w:val="000000"/>
          <w:u w:val="none"/>
        </w:rPr>
        <w:t xml:space="preserve"> [1IVS]</w:t>
      </w:r>
      <w:r>
        <w:rPr/>
        <w:t xml:space="preserve">.</w:t>
      </w:r>
    </w:p>
    <w:p>
      <w:pPr>
        <w:pStyle w:val="Yellow"/>
        <w:rPr/>
      </w:pPr>
      <w:r>
        <w:rPr>
          <w:b/>
        </w:rPr>
        <w:t xml:space="preserve">2 Corinthians 4:14</w:t>
      </w:r>
      <w:r>
        <w:rPr/>
        <w:t xml:space="preserve"> — knowing that </w:t>
      </w:r>
      <w:r>
        <w:rPr>
          <w:shd w:fill="B7DDE8" w:val="clear"/>
        </w:rPr>
        <w:t xml:space="preserve">the One who raised the Lord Jesus</w:t>
      </w:r>
      <w:r>
        <w:rPr>
          <w:b w:val="false"/>
          <w:i w:val="false"/>
          <w:color w:val="000000"/>
          <w:u w:val="none"/>
        </w:rPr>
        <w:t xml:space="preserve"> [2EVB]</w:t>
      </w:r>
      <w:r>
        <w:rPr/>
        <w:t xml:space="preserve"> </w:t>
      </w:r>
      <w:r>
        <w:rPr>
          <w:shd w:fill="B7DDE8" w:val="clear"/>
        </w:rPr>
        <w:t xml:space="preserve">will also raise us with Jesus</w:t>
      </w:r>
      <w:r>
        <w:rPr>
          <w:b w:val="false"/>
          <w:i w:val="false"/>
          <w:u w:val="none"/>
          <w:color w:val="000000"/>
        </w:rPr>
        <w:t xml:space="preserve"> [2EVC]</w:t>
      </w:r>
      <w:r>
        <w:rPr>
          <w:color w:val="auto"/>
        </w:rPr>
        <w:t xml:space="preserve"> and </w:t>
      </w:r>
      <w:r>
        <w:rPr>
          <w:color w:val="auto"/>
        </w:rPr>
        <w:t xml:space="preserve">present us with you in His presence</w:t>
      </w:r>
      <w:r>
        <w:rPr>
          <w:b w:val="false"/>
          <w:i w:val="false"/>
          <w:color w:val="FFFFFF"/>
          <w:u w:val="none"/>
          <w:shd w:val="clear" w:color="auto" w:fill="548235"/>
        </w:rPr>
        <w:t xml:space="preserve"> [1LPO]</w:t>
      </w:r>
      <w:r>
        <w:rPr>
          <w:shd w:val="clear" w:color="auto" w:fill="548235"/>
          <w:color w:val="FFFFFF"/>
        </w:rPr>
        <w:t xml:space="preserve">.</w:t>
      </w:r>
    </w:p>
    <w:p>
      <w:pPr>
        <w:pStyle w:val="Yellow"/>
        <w:rPr/>
      </w:pPr>
      <w:r>
        <w:rPr>
          <w:u w:val="none"/>
        </w:rPr>
        <w:t xml:space="preserve">(2Co6:1 “God”) </w:t>
      </w:r>
      <w:r>
        <w:rPr>
          <w:b/>
          <w:u w:val="none"/>
        </w:rPr>
        <w:t>2 Corinthians 6:2</w:t>
      </w:r>
      <w:r>
        <w:rPr>
          <w:u w:val="none"/>
        </w:rPr>
        <w:t xml:space="preserve"> —For {He} says: “</w:t>
      </w:r>
      <w:r>
        <w:rPr>
          <w:u w:val="none"/>
          <w:shd w:val="clear" w:fill="B7DDE8"/>
        </w:rPr>
        <w:t>In the time of favor I heard you</w:t>
      </w:r>
      <w:r>
        <w:rPr>
          <w:b w:val="false"/>
          <w:i w:val="false"/>
          <w:color w:val="000000"/>
          <w:u w:val="none"/>
        </w:rPr>
        <w:t xml:space="preserve"> [1BXX]</w:t>
      </w:r>
      <w:r>
        <w:rPr>
          <w:u w:val="none"/>
        </w:rPr>
        <w:t xml:space="preserve">, and </w:t>
      </w:r>
      <w:r>
        <w:rPr>
          <w:u w:val="none"/>
          <w:shd w:val="clear" w:fill="B7DDE8"/>
        </w:rPr>
        <w:t>in the day of salvation I helped you</w:t>
      </w:r>
      <w:r>
        <w:rPr>
          <w:b w:val="false"/>
          <w:i w:val="false"/>
          <w:color w:val="000000"/>
          <w:u w:val="none"/>
        </w:rPr>
        <w:t xml:space="preserve"> [1BXY]</w:t>
      </w:r>
      <w:r>
        <w:rPr>
          <w:u w:val="none"/>
        </w:rPr>
        <w:t xml:space="preserve">.” Behold, </w:t>
      </w:r>
      <w:r>
        <w:rPr>
          <w:u w:val="none"/>
          <w:shd w:val="clear" w:fill="B7DDE8"/>
        </w:rPr>
        <w:t>now is the time of favor</w:t>
      </w:r>
      <w:r>
        <w:rPr>
          <w:b w:val="false"/>
          <w:i w:val="false"/>
          <w:color w:val="000000"/>
          <w:u w:val="none"/>
        </w:rPr>
        <w:t xml:space="preserve"> [1BXZ]</w:t>
      </w:r>
      <w:r>
        <w:rPr>
          <w:u w:val="none"/>
        </w:rPr>
        <w:t xml:space="preserve">; </w:t>
      </w:r>
      <w:r>
        <w:rPr>
          <w:u w:val="none"/>
          <w:shd w:val="clear" w:fill="B7DDE8"/>
        </w:rPr>
        <w:t>now is the day of salvation</w:t>
      </w:r>
      <w:r>
        <w:rPr>
          <w:b w:val="false"/>
          <w:i w:val="false"/>
          <w:color w:val="000000"/>
          <w:u w:val="none"/>
        </w:rPr>
        <w:t xml:space="preserve"> [1BYA]</w:t>
      </w:r>
      <w:r>
        <w:rPr>
          <w:u w:val="none"/>
        </w:rPr>
        <w:t>!</w:t>
      </w:r>
    </w:p>
    <w:p>
      <w:pPr>
        <w:pStyle w:val="Yellow"/>
        <w:rPr/>
      </w:pPr>
      <w:r>
        <w:rPr>
          <w:u w:val="none"/>
        </w:rPr>
        <w:t xml:space="preserve">(Ga1:3 “Lord Jesus Christ”) </w:t>
      </w:r>
      <w:r>
        <w:rPr>
          <w:b/>
          <w:u w:val="none"/>
        </w:rPr>
        <w:t>Galatians 1:4</w:t>
      </w:r>
      <w:r>
        <w:rPr>
          <w:u w:val="none"/>
        </w:rPr>
        <w:t xml:space="preserve"> — </w:t>
      </w:r>
      <w:r>
        <w:rPr>
          <w:u w:val="none"/>
          <w:shd w:fill="B7DDE8" w:val="clear"/>
        </w:rPr>
        <w:t>{who} gave Himself for our sins</w:t>
      </w:r>
      <w:r>
        <w:rPr>
          <w:b w:val="false"/>
          <w:i w:val="false"/>
          <w:color w:val="000000"/>
          <w:u w:val="none"/>
        </w:rPr>
        <w:t xml:space="preserve"> [1BDQ]</w:t>
      </w:r>
      <w:r>
        <w:rPr>
          <w:u w:val="none"/>
        </w:rPr>
        <w:t xml:space="preserve"> </w:t>
      </w:r>
      <w:r>
        <w:rPr>
          <w:u w:val="none"/>
          <w:shd w:fill="B7DDE8" w:val="clear"/>
        </w:rPr>
        <w:t>to rescue us from the present evil age</w:t>
      </w:r>
      <w:r>
        <w:rPr>
          <w:b w:val="false"/>
          <w:i w:val="false"/>
          <w:color w:val="000000"/>
          <w:u w:val="none"/>
        </w:rPr>
        <w:t xml:space="preserve"> [1BDR]</w:t>
      </w:r>
      <w:r>
        <w:rPr>
          <w:u w:val="none"/>
        </w:rPr>
        <w:t xml:space="preserve">, </w:t>
      </w:r>
      <w:r>
        <w:rPr>
          <w:u w:val="none"/>
          <w:shd w:fill="B7DDE8" w:val="clear"/>
        </w:rPr>
        <w:t>according to the will of our God and Father</w:t>
      </w:r>
      <w:r>
        <w:rPr>
          <w:b w:val="false"/>
          <w:i w:val="false"/>
          <w:color w:val="000000"/>
          <w:u w:val="none"/>
        </w:rPr>
        <w:t xml:space="preserve"> [1BDS]</w:t>
      </w:r>
      <w:r>
        <w:rPr>
          <w:u w:val="none"/>
        </w:rPr>
        <w:t>,</w:t>
      </w:r>
    </w:p>
    <w:p>
      <w:pPr>
        <w:pStyle w:val="Yellow"/>
        <w:rPr/>
      </w:pPr>
      <w:r>
        <w:rPr/>
        <w:t xml:space="preserve">(Ga6:14 “cross of our Lord Jesus Christ”) </w:t>
      </w:r>
      <w:r>
        <w:rPr>
          <w:b/>
        </w:rPr>
        <w:t xml:space="preserve">Galatians 6:15</w:t>
      </w:r>
      <w:r>
        <w:rPr/>
        <w:t xml:space="preserve"> — {For} </w:t>
      </w:r>
      <w:r>
        <w:rPr/>
        <w:t xml:space="preserve">neither circumcision nor uncircumcision means anything</w:t>
      </w:r>
      <w:r>
        <w:rPr>
          <w:b w:val="false"/>
          <w:i w:val="false"/>
          <w:color w:val="000000"/>
          <w:u w:val="none"/>
        </w:rPr>
        <w:t xml:space="preserve"> [2DEP]</w:t>
      </w:r>
      <w:r>
        <w:rPr/>
        <w:t xml:space="preserve">. </w:t>
      </w:r>
      <w:r>
        <w:rPr>
          <w:shd w:fill="B7DDE8" w:val="clear"/>
        </w:rPr>
        <w:t xml:space="preserve">What counts is a new creation</w:t>
      </w:r>
      <w:r>
        <w:rPr>
          <w:b w:val="false"/>
          <w:i w:val="false"/>
          <w:u w:val="none"/>
          <w:color w:val="000000"/>
        </w:rPr>
        <w:t xml:space="preserve"> [1LRK]</w:t>
      </w:r>
      <w:r>
        <w:rPr/>
        <w:t xml:space="preserve">.</w:t>
      </w:r>
    </w:p>
    <w:p>
      <w:pPr>
        <w:pStyle w:val="Yellow"/>
        <w:rPr/>
      </w:pPr>
      <w:r>
        <w:rPr>
          <w:b/>
        </w:rPr>
        <w:t xml:space="preserve">Ephesians 5:14</w:t>
      </w:r>
      <w:r>
        <w:rPr/>
        <w:t xml:space="preserve"> — “</w:t>
      </w:r>
      <w:r>
        <w:rPr>
          <w:shd w:fill="B7DDE8" w:val="clear"/>
        </w:rPr>
        <w:t xml:space="preserve">Wake up, O sleeper</w:t>
      </w:r>
      <w:r>
        <w:rPr>
          <w:b w:val="false"/>
          <w:i w:val="false"/>
          <w:color w:val="000000"/>
          <w:u w:val="none"/>
        </w:rPr>
        <w:t xml:space="preserve"> [1IQX]</w:t>
      </w:r>
      <w:r>
        <w:rPr/>
        <w:t xml:space="preserve">, </w:t>
      </w:r>
      <w:r>
        <w:rPr>
          <w:shd w:fill="B7DDE8" w:val="clear"/>
        </w:rPr>
        <w:t xml:space="preserve">rise up from the dead</w:t>
      </w:r>
      <w:r>
        <w:rPr>
          <w:b w:val="false"/>
          <w:i w:val="false"/>
          <w:color w:val="000000"/>
          <w:u w:val="none"/>
        </w:rPr>
        <w:t xml:space="preserve"> [1IQY]</w:t>
      </w:r>
      <w:r>
        <w:rPr/>
        <w:t xml:space="preserve">, and </w:t>
      </w:r>
      <w:r>
        <w:rPr>
          <w:shd w:fill="B7DDE8" w:val="clear"/>
        </w:rPr>
        <w:t xml:space="preserve">Christ will shine on you</w:t>
      </w:r>
      <w:r>
        <w:rPr>
          <w:b w:val="false"/>
          <w:i w:val="false"/>
          <w:color w:val="000000"/>
          <w:u w:val="none"/>
        </w:rPr>
        <w:t xml:space="preserve"> [1IQZ]</w:t>
      </w:r>
      <w:r>
        <w:rPr/>
        <w:t xml:space="preserve">.”</w:t>
      </w:r>
    </w:p>
    <w:p>
      <w:pPr>
        <w:pStyle w:val="Green"/>
        <w:rPr/>
      </w:pPr>
      <w:r>
        <w:rPr>
          <w:u w:val="none"/>
          <w:shd w:val="clear" w:color="auto" w:fill="548235"/>
          <w:color w:val="FFFFFF"/>
        </w:rPr>
        <w:t xml:space="preserve">(Cl2:11 “Christ”) </w:t>
      </w:r>
      <w:r>
        <w:rPr>
          <w:b/>
          <w:u w:val="none"/>
          <w:shd w:val="clear" w:color="auto" w:fill="548235"/>
          <w:color w:val="FFFFFF"/>
        </w:rPr>
        <w:t>Colossians 2:12</w:t>
      </w:r>
      <w:r>
        <w:rPr>
          <w:u w:val="none"/>
          <w:shd w:val="clear" w:color="auto" w:fill="548235"/>
          <w:color w:val="FFFFFF"/>
        </w:rPr>
        <w:t xml:space="preserve"> — And </w:t>
      </w:r>
      <w:r>
        <w:rPr>
          <w:u w:val="none"/>
          <w:shd w:fill="548235" w:val="clear" w:color="auto"/>
          <w:color w:val="FFFFFF"/>
        </w:rPr>
        <w:t>having been buried with {Him} in baptism</w:t>
      </w:r>
      <w:r>
        <w:rPr>
          <w:b w:val="false"/>
          <w:i w:val="false"/>
          <w:color w:val="FFFFFF"/>
          <w:u w:val="none"/>
          <w:shd w:val="clear" w:color="auto" w:fill="548235"/>
        </w:rPr>
        <w:t xml:space="preserve"> [1EUZ]</w:t>
      </w:r>
      <w:r>
        <w:rPr>
          <w:u w:val="none"/>
          <w:shd w:val="clear" w:color="auto" w:fill="548235"/>
          <w:color w:val="FFFFFF"/>
        </w:rPr>
        <w:t xml:space="preserve">, </w:t>
      </w:r>
      <w:r>
        <w:rPr>
          <w:u w:val="none"/>
          <w:shd w:fill="548235" w:val="clear" w:color="auto"/>
          <w:color w:val="FFFFFF"/>
        </w:rPr>
        <w:t>you were raised with Him through your faith in the power of God</w:t>
      </w:r>
      <w:r>
        <w:rPr>
          <w:b w:val="false"/>
          <w:i w:val="false"/>
          <w:color w:val="FFFFFF"/>
          <w:u w:val="none"/>
          <w:shd w:val="clear" w:color="auto" w:fill="548235"/>
        </w:rPr>
        <w:t xml:space="preserve"> [1EVA]</w:t>
      </w:r>
      <w:r>
        <w:rPr>
          <w:u w:val="none"/>
          <w:shd w:val="clear" w:color="auto" w:fill="548235"/>
          <w:color w:val="FFFFFF"/>
        </w:rPr>
        <w:t xml:space="preserve">, </w:t>
      </w:r>
      <w:r>
        <w:rPr>
          <w:u w:val="none"/>
          <w:shd w:fill="548235" w:val="clear" w:color="auto"/>
          <w:color w:val="FFFFFF"/>
        </w:rPr>
        <w:t>who raised Him from the dead</w:t>
      </w:r>
      <w:r>
        <w:rPr>
          <w:b w:val="false"/>
          <w:i w:val="false"/>
          <w:color w:val="FFFFFF"/>
          <w:u w:val="none"/>
          <w:shd w:val="clear" w:color="auto" w:fill="548235"/>
        </w:rPr>
        <w:t xml:space="preserve"> [5MHB]</w:t>
      </w:r>
      <w:r>
        <w:rPr>
          <w:u w:val="none"/>
          <w:shd w:val="clear" w:color="auto" w:fill="548235"/>
          <w:color w:val="FFFFFF"/>
        </w:rPr>
        <w:t>.</w:t>
      </w:r>
    </w:p>
    <w:p>
      <w:pPr>
        <w:pStyle w:val="Yellow"/>
        <w:rPr/>
      </w:pPr>
      <w:r>
        <w:rPr/>
        <w:t xml:space="preserve">(1Ti2:1–2 Prayers “be offered for everyone” and “all those in authority”) </w:t>
      </w:r>
      <w:r>
        <w:rPr>
          <w:b/>
        </w:rPr>
        <w:t>1 Timothy 2:3-4</w:t>
      </w:r>
      <w:r>
        <w:rPr/>
        <w:t xml:space="preserve"> — </w:t>
      </w:r>
      <w:r>
        <w:rPr>
          <w:shd w:val="clear" w:fill="B7DDE8"/>
        </w:rPr>
        <w:t>{This} is good and pleasing in the sight of God our Savior</w:t>
      </w:r>
      <w:r>
        <w:rPr>
          <w:b w:val="false"/>
          <w:i w:val="false"/>
          <w:color w:val="000000"/>
          <w:u w:val="none"/>
        </w:rPr>
        <w:t xml:space="preserve"> [1QG]</w:t>
      </w:r>
      <w:r>
        <w:rPr/>
        <w:t xml:space="preserve">, </w:t>
      </w:r>
      <w:r>
        <w:rPr>
          <w:shd w:val="clear" w:fill="B7DDE8"/>
        </w:rPr>
        <w:t>who wants everyone to be saved and to come to the knowledge of the truth</w:t>
      </w:r>
      <w:r>
        <w:rPr>
          <w:b w:val="false"/>
          <w:i w:val="false"/>
          <w:color w:val="000000"/>
          <w:u w:val="none"/>
        </w:rPr>
        <w:t xml:space="preserve"> [1QH]</w:t>
      </w:r>
      <w:r>
        <w:rPr/>
        <w:t>.</w:t>
      </w:r>
    </w:p>
    <w:p>
      <w:pPr>
        <w:pStyle w:val="Yellow"/>
        <w:rPr/>
      </w:pPr>
      <w:r>
        <w:rPr>
          <w:b/>
        </w:rPr>
        <w:t>1 Timothy 4:16</w:t>
      </w:r>
      <w:r>
        <w:t xml:space="preserve"> — </w:t>
      </w:r>
      <w:r>
        <w:rPr>
          <w:shd w:fill="B7DDE8" w:val="clear"/>
        </w:rPr>
        <w:t>Pay close attention to your life and to your teaching</w:t>
      </w:r>
      <w:r>
        <w:rPr>
          <w:b w:val="false"/>
          <w:i w:val="false"/>
          <w:color w:val="000000"/>
          <w:u w:val="none"/>
        </w:rPr>
        <w:t xml:space="preserve"> [1BRT]</w:t>
      </w:r>
      <w:r>
        <w:t xml:space="preserve">. </w:t>
      </w:r>
      <w:r>
        <w:rPr>
          <w:shd w:fill="B7DDE8" w:val="clear"/>
        </w:rPr>
        <w:t>Persevere in these things</w:t>
      </w:r>
      <w:r>
        <w:rPr>
          <w:b w:val="false"/>
          <w:i w:val="false"/>
          <w:color w:val="000000"/>
          <w:u w:val="none"/>
        </w:rPr>
        <w:t xml:space="preserve"> [1BRU]</w:t>
      </w:r>
      <w:r>
        <w:t xml:space="preserve">, for </w:t>
      </w:r>
      <w:r>
        <w:rPr>
          <w:shd w:fill="B7DDE8" w:val="clear"/>
        </w:rPr>
        <w:t>by so doing you will save both yourself and those who hear you</w:t>
      </w:r>
      <w:r>
        <w:rPr>
          <w:b w:val="false"/>
          <w:i w:val="false"/>
          <w:color w:val="000000"/>
          <w:u w:val="none"/>
        </w:rPr>
        <w:t xml:space="preserve"> [1BRV]</w:t>
      </w:r>
      <w:r>
        <w:t>.</w:t>
      </w:r>
    </w:p>
    <w:p>
      <w:pPr>
        <w:pStyle w:val="Yellow"/>
        <w:rPr/>
      </w:pPr>
      <w:r>
        <w:rPr>
          <w:b/>
        </w:rPr>
        <w:t>2 Timothy 3:15</w:t>
      </w:r>
      <w:r>
        <w:rPr/>
        <w:t xml:space="preserve"> — </w:t>
      </w:r>
      <w:r>
        <w:rPr>
          <w:shd w:val="clear" w:fill="B7DDE8"/>
        </w:rPr>
        <w:t>From infancy you have known the Holy Scriptures</w:t>
      </w:r>
      <w:r>
        <w:rPr>
          <w:b w:val="false"/>
          <w:i w:val="false"/>
          <w:color w:val="000000"/>
          <w:u w:val="none"/>
        </w:rPr>
        <w:t xml:space="preserve"> [1PB]</w:t>
      </w:r>
      <w:r>
        <w:rPr/>
        <w:t xml:space="preserve">, </w:t>
      </w:r>
      <w:r>
        <w:rPr>
          <w:shd w:val="clear" w:fill="B7DDE8"/>
        </w:rPr>
        <w:t>which are able to make you wise for salvation through faith in Christ Jesus</w:t>
      </w:r>
      <w:r>
        <w:rPr>
          <w:b w:val="false"/>
          <w:i w:val="false"/>
          <w:color w:val="000000"/>
          <w:u w:val="none"/>
        </w:rPr>
        <w:t xml:space="preserve"> [1PC]</w:t>
      </w:r>
      <w:r>
        <w:rPr/>
        <w:t>.</w:t>
      </w:r>
    </w:p>
    <w:p>
      <w:pPr>
        <w:pStyle w:val="Yellow"/>
        <w:rPr/>
      </w:pPr>
      <w:r>
        <w:rPr/>
        <w:t xml:space="preserve">&lt;55&gt;</w:t>
      </w:r>
      <w:r>
        <w:rPr>
          <w:b/>
        </w:rPr>
        <w:t xml:space="preserve">1 Peter 4:15</w:t>
      </w:r>
      <w:r>
        <w:rPr/>
        <w:t xml:space="preserve"> —  Indeed, </w:t>
      </w:r>
      <w:r>
        <w:rPr>
          <w:shd w:fill="B7DDE8" w:val="clear"/>
        </w:rPr>
        <w:t xml:space="preserve">none of you should suffer as a murderer or thief or wrongdoer, or even as a meddler</w:t>
      </w:r>
      <w:r>
        <w:rPr>
          <w:b w:val="false"/>
          <w:i w:val="false"/>
          <w:color w:val="000000"/>
          <w:u w:val="none"/>
        </w:rPr>
        <w:t xml:space="preserve"> [1GLI]</w:t>
      </w:r>
      <w:r>
        <w:rPr/>
        <w:t xml:space="preserve">.</w:t>
      </w:r>
    </w:p>
    <w:p>
      <w:pPr>
        <w:pStyle w:val="Yellow"/>
        <w:rPr/>
      </w:pPr>
      <w:r>
        <w:rPr/>
        <w:t xml:space="preserve">&lt;55&gt;</w:t>
      </w:r>
      <w:r>
        <w:rPr>
          <w:b/>
        </w:rPr>
        <w:t xml:space="preserve">1 Peter 4:17-18</w:t>
      </w:r>
      <w:r>
        <w:rPr/>
        <w:t xml:space="preserve"> — For </w:t>
      </w:r>
      <w:r>
        <w:rPr>
          <w:shd w:fill="B7DDE8" w:val="clear"/>
        </w:rPr>
        <w:t xml:space="preserve">it is time for judgment to begin with the family of God</w:t>
      </w:r>
      <w:r>
        <w:rPr>
          <w:b w:val="false"/>
          <w:i w:val="false"/>
          <w:color w:val="000000"/>
          <w:u w:val="none"/>
        </w:rPr>
        <w:t xml:space="preserve"> [1GLJ]</w:t>
      </w:r>
      <w:r>
        <w:rPr/>
        <w:t xml:space="preserve">; and </w:t>
      </w:r>
      <w:r>
        <w:rPr>
          <w:shd w:fill="B7DDE8" w:val="clear"/>
        </w:rPr>
        <w:t xml:space="preserve">if it begins with us, what will the outcome be for those who disobey the gospel of God</w:t>
      </w:r>
      <w:r>
        <w:rPr>
          <w:b w:val="false"/>
          <w:i w:val="false"/>
          <w:u w:val="none"/>
          <w:color w:val="000000"/>
        </w:rPr>
        <w:t xml:space="preserve"> [1GLK]</w:t>
      </w:r>
      <w:r>
        <w:rPr/>
        <w:t xml:space="preserve">? 18 And, “</w:t>
      </w:r>
      <w:r>
        <w:rPr>
          <w:shd w:fill="B7DDE8" w:val="clear"/>
        </w:rPr>
        <w:t xml:space="preserve">If it is hard for the righteous to be saved, what will become of the ungodly and the sinner</w:t>
      </w:r>
      <w:r>
        <w:rPr>
          <w:b w:val="false"/>
          <w:i w:val="false"/>
          <w:color w:val="000000"/>
          <w:u w:val="none"/>
        </w:rPr>
        <w:t xml:space="preserve"> [1GLL]</w:t>
      </w:r>
      <w:r>
        <w:rPr/>
        <w:t xml:space="preserve">?”</w:t>
      </w:r>
    </w:p>
    <w:p>
      <w:pPr>
        <w:pStyle w:val="Yellow"/>
        <w:rPr/>
      </w:pPr>
      <w:r>
        <w:rPr>
          <w:b/>
        </w:rPr>
        <w:t xml:space="preserve">Revelation 3:4-5</w:t>
      </w:r>
      <w:r>
        <w:rPr/>
        <w:t xml:space="preserve"> — But you do have </w:t>
      </w:r>
      <w:r>
        <w:rPr>
          <w:shd w:fill="B7DDE8" w:val="clear"/>
        </w:rPr>
        <w:t xml:space="preserve">a few people in Sardis who have not soiled their garments</w:t>
      </w:r>
      <w:r>
        <w:rPr>
          <w:b w:val="false"/>
          <w:i w:val="false"/>
          <w:color w:val="000000"/>
          <w:u w:val="none"/>
        </w:rPr>
        <w:t xml:space="preserve"> [1KQQ]</w:t>
      </w:r>
      <w:r>
        <w:rPr/>
        <w:t xml:space="preserve">, and </w:t>
      </w:r>
      <w:r>
        <w:rPr>
          <w:shd w:fill="B7DDE8" w:val="clear"/>
        </w:rPr>
        <w:t xml:space="preserve">because they are worthy, they will walk with Me in white</w:t>
      </w:r>
      <w:r>
        <w:rPr>
          <w:b w:val="false"/>
          <w:i w:val="false"/>
          <w:color w:val="000000"/>
          <w:u w:val="none"/>
        </w:rPr>
        <w:t xml:space="preserve"> [1KQR]</w:t>
      </w:r>
      <w:r>
        <w:rPr/>
        <w:t xml:space="preserve">. Like them, </w:t>
      </w:r>
      <w:r>
        <w:rPr>
          <w:shd w:fill="B7DDE8" w:val="clear"/>
        </w:rPr>
        <w:t xml:space="preserve">he who overcomes will be dressed in white</w:t>
      </w:r>
      <w:r>
        <w:rPr>
          <w:b w:val="false"/>
          <w:i w:val="false"/>
          <w:color w:val="000000"/>
          <w:u w:val="none"/>
        </w:rPr>
        <w:t xml:space="preserve"> [1KQS]</w:t>
      </w:r>
      <w:r>
        <w:rPr/>
        <w:t xml:space="preserve">. And </w:t>
      </w:r>
      <w:r>
        <w:rPr>
          <w:shd w:fill="B7DDE8" w:val="clear"/>
        </w:rPr>
        <w:t xml:space="preserve">I will never blot out his name from the Book of Life</w:t>
      </w:r>
      <w:r>
        <w:rPr>
          <w:b w:val="false"/>
          <w:i w:val="false"/>
          <w:color w:val="000000"/>
          <w:u w:val="none"/>
        </w:rPr>
        <w:t xml:space="preserve"> [1KQT]</w:t>
      </w:r>
      <w:r>
        <w:rPr/>
        <w:t xml:space="preserve">, but </w:t>
      </w:r>
      <w:r>
        <w:rPr>
          <w:shd w:fill="B7DDE8" w:val="clear"/>
        </w:rPr>
        <w:t xml:space="preserve">I will confess his name before My Father and His angels</w:t>
      </w:r>
      <w:r>
        <w:rPr>
          <w:b w:val="false"/>
          <w:i w:val="false"/>
          <w:color w:val="000000"/>
          <w:u w:val="none"/>
        </w:rPr>
        <w:t xml:space="preserve"> [1KQU]</w:t>
      </w:r>
      <w:r>
        <w:rPr/>
        <w:t xml:space="preserve">.</w:t>
      </w:r>
    </w:p>
    <w:p>
      <w:pPr>
        <w:pStyle w:val="Yellow"/>
        <w:rPr/>
      </w:pPr>
      <w:r>
        <w:rPr>
          <w:b/>
        </w:rPr>
        <w:t>Revelation 12:10</w:t>
      </w:r>
      <w:r>
        <w:t xml:space="preserve"> — </w:t>
      </w:r>
      <w:r>
        <w:rPr>
          <w:shd w:fill="B7DDE8" w:val="clear"/>
        </w:rPr>
        <w:t>Now have come the salvation and the power and the kingdom of our God, and the authority of His Christ</w:t>
      </w:r>
      <w:r>
        <w:rPr>
          <w:b w:val="false"/>
          <w:i w:val="false"/>
          <w:color w:val="000000"/>
          <w:u w:val="none"/>
        </w:rPr>
        <w:t xml:space="preserve"> [1BPX]</w:t>
      </w:r>
      <w:r>
        <w:t xml:space="preserve">. For </w:t>
      </w:r>
      <w:r>
        <w:rPr>
          <w:shd w:fill="B7DDE8" w:val="clear"/>
        </w:rPr>
        <w:t>the accuser of our brothers has been thrown down</w:t>
      </w:r>
      <w:r>
        <w:rPr>
          <w:b w:val="false"/>
          <w:i w:val="false"/>
          <w:color w:val="000000"/>
          <w:u w:val="none"/>
        </w:rPr>
        <w:t xml:space="preserve"> [1BPY]</w:t>
      </w:r>
      <w:r>
        <w:rPr>
          <w:shd w:val="clear" w:color="auto" w:fill="548235"/>
          <w:color w:val="FFFFFF"/>
        </w:rPr>
        <w:t>—</w:t>
      </w:r>
      <w:r>
        <w:rPr>
          <w:shd w:fill="548235" w:val="clear" w:color="auto"/>
          <w:color w:val="FFFFFF"/>
        </w:rPr>
        <w:t>he who accuses them day and night before our God</w:t>
      </w:r>
      <w:r>
        <w:rPr>
          <w:b w:val="false"/>
          <w:i w:val="false"/>
          <w:color w:val="FFFFFF"/>
          <w:u w:val="none"/>
          <w:shd w:val="clear" w:color="auto" w:fill="548235"/>
        </w:rPr>
        <w:t xml:space="preserve"> [1BPZ]</w:t>
      </w:r>
      <w:r>
        <w:rPr>
          <w:shd w:val="clear" w:color="auto" w:fill="548235"/>
          <w:color w:val="FFFFFF"/>
        </w:rPr>
        <w:t>.</w:t>
      </w:r>
    </w:p>
    <w:p>
      <w:pPr>
        <w:pStyle w:val="Yellow"/>
        <w:rPr/>
      </w:pPr>
      <w:r>
        <w:rPr>
          <w:b/>
        </w:rPr>
        <w:t>Revelation 19:1</w:t>
      </w:r>
      <w:r>
        <w:rPr/>
        <w:t xml:space="preserve"> — </w:t>
      </w:r>
      <w:r>
        <w:rPr>
          <w:shd w:val="clear" w:fill="B7DDE8"/>
        </w:rPr>
        <w:t>Salvation and glory and power belong to our God</w:t>
      </w:r>
      <w:r>
        <w:rPr>
          <w:b w:val="false"/>
          <w:i w:val="false"/>
          <w:color w:val="000000"/>
          <w:u w:val="none"/>
        </w:rPr>
        <w:t xml:space="preserve"> [1BYV]</w:t>
      </w:r>
      <w:r>
        <w:rPr/>
        <w:t>!</w:t>
      </w:r>
    </w:p>
    <w:p>
      <w:r>
        <w:rPr>
          <w:b/>
          <w:sz w:val="32"/>
        </w:rPr>
        <w:t>Forgiveness  (34)</w:t>
      </w:r>
    </w:p>
    <w:p>
      <w:pPr>
        <w:pStyle w:val="Yellow"/>
        <w:rPr/>
      </w:pPr>
      <w:r>
        <w:rPr/>
        <w:t xml:space="preserve">(Nu14:19 “this people”) </w:t>
      </w:r>
      <w:r>
        <w:rPr>
          <w:b/>
        </w:rPr>
        <w:t xml:space="preserve">Numbers 14:20</w:t>
      </w:r>
      <w:r>
        <w:rPr/>
        <w:t xml:space="preserve"> — “</w:t>
      </w:r>
      <w:r>
        <w:rPr>
          <w:shd w:fill="B7DDE8" w:val="clear"/>
        </w:rPr>
        <w:t xml:space="preserve">I have pardoned {them} as you requested</w:t>
      </w:r>
      <w:r>
        <w:rPr>
          <w:b w:val="false"/>
          <w:i w:val="false"/>
          <w:color w:val="000000"/>
          <w:u w:val="none"/>
        </w:rPr>
        <w:t xml:space="preserve"> [1LAS]</w:t>
      </w:r>
      <w:r>
        <w:rPr/>
        <w:t xml:space="preserve">,” the LORD replied.</w:t>
      </w:r>
    </w:p>
    <w:p>
      <w:pPr>
        <w:pStyle w:val="Green"/>
        <w:rPr/>
      </w:pPr>
      <w:r>
        <w:rPr>
          <w:b/>
        </w:rPr>
        <w:t>Psalm 32:1–2</w:t>
      </w:r>
      <w:r>
        <w:rPr/>
        <w:t xml:space="preserve"> — </w:t>
      </w:r>
      <w:r>
        <w:rPr>
          <w:shd w:val="clear" w:color="auto" w:fill="D9C3E6"/>
        </w:rPr>
        <w:t>Blessed is he whose transgressions are forgiven</w:t>
      </w:r>
      <w:r>
        <w:rPr>
          <w:b w:val="false"/>
          <w:i w:val="false"/>
          <w:color w:val="000000"/>
          <w:u w:val="none"/>
        </w:rPr>
        <w:t xml:space="preserve"> [2CEG]</w:t>
      </w:r>
      <w:r>
        <w:rPr>
          <w:shd w:val="clear" w:color="auto" w:fill="D9C3E6"/>
        </w:rPr>
        <w:t xml:space="preserve">, </w:t>
      </w:r>
      <w:r>
        <w:rPr>
          <w:shd w:val="clear" w:color="auto" w:fill="D9C3E6"/>
        </w:rPr>
        <w:t>whose sins are covered</w:t>
      </w:r>
      <w:r>
        <w:rPr>
          <w:b w:val="false"/>
          <w:i w:val="false"/>
          <w:color w:val="000000"/>
          <w:u w:val="none"/>
        </w:rPr>
        <w:t xml:space="preserve"> [2CEH]</w:t>
      </w:r>
      <w:r>
        <w:rPr>
          <w:shd w:val="clear" w:color="auto" w:fill="D9C3E6"/>
        </w:rPr>
        <w:t xml:space="preserve">. </w:t>
      </w:r>
      <w:r>
        <w:rPr>
          <w:shd w:val="clear" w:fill="B7DDE8"/>
        </w:rPr>
        <w:t>Blessed is the man whose iniquity the LORD does not count against him</w:t>
      </w:r>
      <w:r>
        <w:rPr>
          <w:b w:val="false"/>
          <w:i w:val="false"/>
          <w:color w:val="000000"/>
          <w:u w:val="none"/>
        </w:rPr>
        <w:t xml:space="preserve"> [2CEI]</w:t>
      </w:r>
      <w:r>
        <w:rPr/>
        <w:t xml:space="preserve">, </w:t>
      </w:r>
      <w:r>
        <w:rPr>
          <w:shd w:val="clear" w:fill="B7DDE8"/>
        </w:rPr>
        <w:t>in whose spirit there is no deceit</w:t>
      </w:r>
      <w:r>
        <w:rPr>
          <w:b w:val="false"/>
          <w:i w:val="false"/>
          <w:color w:val="000000"/>
          <w:u w:val="none"/>
        </w:rPr>
        <w:t xml:space="preserve"> [1CEJ]</w:t>
      </w:r>
      <w:r>
        <w:rPr/>
        <w:t>.</w:t>
      </w:r>
    </w:p>
    <w:p>
      <w:pPr>
        <w:pStyle w:val="Yellow"/>
        <w:rPr/>
      </w:pPr>
      <w:r>
        <w:rPr>
          <w:b/>
        </w:rPr>
        <w:t>Psalm 86:5</w:t>
      </w:r>
      <w:r>
        <w:rPr/>
        <w:t xml:space="preserve"> — For </w:t>
      </w:r>
      <w:r>
        <w:rPr>
          <w:shd w:fill="B7DDE8" w:val="clear"/>
        </w:rPr>
        <w:t>You, O Lord, are kind and forgiving</w:t>
      </w:r>
      <w:r>
        <w:rPr>
          <w:b w:val="false"/>
          <w:i w:val="false"/>
          <w:color w:val="000000"/>
          <w:u w:val="none"/>
        </w:rPr>
        <w:t xml:space="preserve"> [1FPR]</w:t>
      </w:r>
      <w:r>
        <w:rPr>
          <w:b w:val="false"/>
          <w:i w:val="false"/>
          <w:color w:val="000000"/>
          <w:u w:val="none"/>
        </w:rPr>
        <w:t xml:space="preserve"> [2FOB]</w:t>
      </w:r>
      <w:r>
        <w:rPr>
          <w:shd w:val="clear" w:color="auto" w:fill="548235"/>
          <w:color w:val="FFFFFF"/>
        </w:rPr>
        <w:t xml:space="preserve">, </w:t>
      </w:r>
      <w:r>
        <w:rPr>
          <w:shd w:fill="548235" w:val="clear" w:color="auto"/>
          <w:color w:val="FFFFFF"/>
        </w:rPr>
        <w:t>rich in loving devotion to all who call on You</w:t>
      </w:r>
      <w:r>
        <w:rPr>
          <w:b w:val="false"/>
          <w:i w:val="false"/>
          <w:color w:val="FFFFFF"/>
          <w:u w:val="none"/>
          <w:shd w:val="clear" w:color="auto" w:fill="548235"/>
        </w:rPr>
        <w:t xml:space="preserve"> [1FPS]</w:t>
      </w:r>
      <w:r>
        <w:rPr>
          <w:shd w:val="clear" w:color="auto" w:fill="548235"/>
          <w:color w:val="FFFFFF"/>
        </w:rPr>
        <w:t>.</w:t>
      </w:r>
    </w:p>
    <w:p>
      <w:pPr>
        <w:pStyle w:val="Green"/>
        <w:rPr/>
      </w:pPr>
      <w:r>
        <w:rPr/>
        <w:t xml:space="preserve">(Ps103:8 “the LORD”) </w:t>
      </w:r>
      <w:r>
        <w:rPr>
          <w:b/>
        </w:rPr>
        <w:t xml:space="preserve">Psalm 103:12</w:t>
      </w:r>
      <w:r>
        <w:rPr/>
        <w:t xml:space="preserve"> — </w:t>
      </w:r>
      <w:r>
        <w:rPr>
          <w:shd w:fill="B7DDE8" w:val="clear"/>
        </w:rPr>
        <w:t xml:space="preserve">As far as the east is from the west, so far has {He} removed our transgressions from us</w:t>
      </w:r>
      <w:r>
        <w:rPr>
          <w:b w:val="false"/>
          <w:i w:val="false"/>
          <w:color w:val="000000"/>
          <w:u w:val="none"/>
        </w:rPr>
        <w:t xml:space="preserve"> [1LAW]</w:t>
      </w:r>
      <w:r>
        <w:rPr/>
        <w:t xml:space="preserve">.</w:t>
      </w:r>
    </w:p>
    <w:p>
      <w:pPr>
        <w:pStyle w:val="Green"/>
        <w:rPr/>
      </w:pPr>
      <w:r>
        <w:rPr>
          <w:b/>
        </w:rPr>
        <w:t>Psalm 130:3–4</w:t>
      </w:r>
      <w:r>
        <w:rPr/>
        <w:t xml:space="preserve"> — </w:t>
      </w:r>
      <w:r>
        <w:rPr>
          <w:shd w:val="clear" w:fill="B7DDE8"/>
        </w:rPr>
        <w:t>If You, O LORD, kept track of iniquities</w:t>
      </w:r>
      <w:r>
        <w:rPr>
          <w:b w:val="false"/>
          <w:i w:val="false"/>
          <w:color w:val="000000"/>
          <w:u w:val="none"/>
        </w:rPr>
        <w:t xml:space="preserve"> [1CEZ]</w:t>
      </w:r>
      <w:r>
        <w:rPr/>
        <w:t xml:space="preserve">, then </w:t>
      </w:r>
      <w:r>
        <w:rPr>
          <w:shd w:val="clear" w:fill="B7DDE8"/>
        </w:rPr>
        <w:t>who, O Lord, could stand</w:t>
      </w:r>
      <w:r>
        <w:rPr>
          <w:b w:val="false"/>
          <w:i w:val="false"/>
          <w:color w:val="000000"/>
          <w:u w:val="none"/>
        </w:rPr>
        <w:t xml:space="preserve"> [1CFA]</w:t>
      </w:r>
      <w:r>
        <w:rPr/>
        <w:t xml:space="preserve">? But </w:t>
      </w:r>
      <w:r>
        <w:rPr>
          <w:shd w:val="clear" w:fill="B7DDE8"/>
        </w:rPr>
        <w:t>with You there is forgiveness</w:t>
      </w:r>
      <w:r>
        <w:rPr>
          <w:b w:val="false"/>
          <w:i w:val="false"/>
          <w:color w:val="000000"/>
          <w:u w:val="none"/>
        </w:rPr>
        <w:t xml:space="preserve"> [1CFB]</w:t>
      </w:r>
      <w:r>
        <w:rPr/>
        <w:t xml:space="preserve">, </w:t>
      </w:r>
      <w:r>
        <w:rPr>
          <w:shd w:val="clear" w:fill="B7DDE8"/>
        </w:rPr>
        <w:t>so that You may be feared</w:t>
      </w:r>
      <w:r>
        <w:rPr>
          <w:b w:val="false"/>
          <w:i w:val="false"/>
          <w:color w:val="000000"/>
          <w:u w:val="none"/>
        </w:rPr>
        <w:t xml:space="preserve"> [1CFC]</w:t>
      </w:r>
      <w:r>
        <w:rPr/>
        <w:t>.</w:t>
      </w:r>
    </w:p>
    <w:p>
      <w:pPr>
        <w:pStyle w:val="Yellow"/>
        <w:rPr/>
      </w:pPr>
      <w:r>
        <w:rPr>
          <w:b/>
        </w:rPr>
        <w:t>Proverbs 16:6</w:t>
      </w:r>
      <w:r>
        <w:rPr/>
        <w:t xml:space="preserve"> — </w:t>
      </w:r>
      <w:r>
        <w:rPr>
          <w:shd w:fill="B7DDE8" w:val="clear"/>
        </w:rPr>
        <w:t>By loving devotion and faithfulness iniquity is atoned for</w:t>
      </w:r>
      <w:r>
        <w:rPr>
          <w:b w:val="false"/>
          <w:i w:val="false"/>
          <w:color w:val="000000"/>
          <w:u w:val="none"/>
        </w:rPr>
        <w:t xml:space="preserve"> [1FPJ]</w:t>
      </w:r>
      <w:r>
        <w:rPr>
          <w:shd w:val="clear" w:color="auto" w:fill="548235"/>
          <w:color w:val="FFFFFF"/>
        </w:rPr>
        <w:t xml:space="preserve">, and </w:t>
      </w:r>
      <w:r>
        <w:rPr>
          <w:shd w:fill="548235" w:val="clear" w:color="auto"/>
          <w:color w:val="FFFFFF"/>
        </w:rPr>
        <w:t>by the fear of the LORD one turns aside from evil</w:t>
      </w:r>
      <w:r>
        <w:rPr>
          <w:b w:val="false"/>
          <w:i w:val="false"/>
          <w:color w:val="FFFFFF"/>
          <w:u w:val="none"/>
          <w:shd w:val="clear" w:color="auto" w:fill="548235"/>
        </w:rPr>
        <w:t xml:space="preserve"> [1FPK]</w:t>
      </w:r>
      <w:r>
        <w:rPr>
          <w:shd w:val="clear" w:color="auto" w:fill="548235"/>
          <w:color w:val="FFFFFF"/>
        </w:rPr>
        <w:t>.</w:t>
      </w:r>
    </w:p>
    <w:p>
      <w:pPr>
        <w:pStyle w:val="Yellow"/>
        <w:rPr/>
      </w:pPr>
      <w:r>
        <w:rPr/>
        <w:t xml:space="preserve">(Is6:5 after Isaiah confessed that he had “unclean lips”) </w:t>
      </w:r>
      <w:r>
        <w:rPr>
          <w:b/>
        </w:rPr>
        <w:t xml:space="preserve">Isaiah 6:6–7</w:t>
      </w:r>
      <w:r>
        <w:rPr/>
        <w:t xml:space="preserve"> — {Then} </w:t>
      </w:r>
      <w:r>
        <w:rPr>
          <w:shd w:fill="B7DDE8" w:val="clear"/>
        </w:rPr>
        <w:t xml:space="preserve">one of the seraphim flew to me, and in his hand was a glowing coal that he had taken with tongs from the altar</w:t>
      </w:r>
      <w:r>
        <w:rPr>
          <w:b w:val="false"/>
          <w:i w:val="false"/>
          <w:color w:val="000000"/>
          <w:u w:val="none"/>
        </w:rPr>
        <w:t xml:space="preserve"> [1HTV]</w:t>
      </w:r>
      <w:r>
        <w:rPr/>
        <w:t xml:space="preserve">. And </w:t>
      </w:r>
      <w:r>
        <w:rPr>
          <w:shd w:fill="B7DDE8" w:val="clear"/>
        </w:rPr>
        <w:t xml:space="preserve">with it he touched my mouth</w:t>
      </w:r>
      <w:r>
        <w:rPr>
          <w:b w:val="false"/>
          <w:i w:val="false"/>
          <w:color w:val="000000"/>
          <w:u w:val="none"/>
        </w:rPr>
        <w:t xml:space="preserve"> [1HTW]</w:t>
      </w:r>
      <w:r>
        <w:rPr/>
        <w:t xml:space="preserve"> and said: “Now that this has touched your lips, </w:t>
      </w:r>
      <w:r>
        <w:rPr>
          <w:shd w:fill="B7DDE8" w:val="clear"/>
        </w:rPr>
        <w:t xml:space="preserve">your iniquity is removed</w:t>
      </w:r>
      <w:r>
        <w:rPr>
          <w:b w:val="false"/>
          <w:i w:val="false"/>
          <w:color w:val="000000"/>
          <w:u w:val="none"/>
        </w:rPr>
        <w:t xml:space="preserve"> [1HTX]</w:t>
      </w:r>
      <w:r>
        <w:rPr/>
        <w:t xml:space="preserve"> and </w:t>
      </w:r>
      <w:r>
        <w:rPr>
          <w:shd w:fill="B7DDE8" w:val="clear"/>
        </w:rPr>
        <w:t xml:space="preserve">your sin is atoned for</w:t>
      </w:r>
      <w:r>
        <w:rPr>
          <w:b w:val="false"/>
          <w:i w:val="false"/>
          <w:color w:val="000000"/>
          <w:u w:val="none"/>
        </w:rPr>
        <w:t xml:space="preserve"> [1HTY]</w:t>
      </w:r>
      <w:r>
        <w:rPr/>
        <w:t xml:space="preserve">.”</w:t>
      </w:r>
    </w:p>
    <w:p>
      <w:pPr>
        <w:pStyle w:val="Green"/>
        <w:rPr/>
        <w:pBdr>
          <w:left w:val="single" w:sz="28" w:space="5" w:color="C00000"/>
        </w:pBdr>
      </w:pPr>
      <w:r>
        <w:rPr>
          <w:b/>
          <w:u w:val="none"/>
          <w:shd w:val="clear" w:color="auto" w:fill="548235"/>
          <w:color w:val="FFFFFF"/>
        </w:rPr>
        <w:t xml:space="preserve">Isaiah 43:25</w:t>
      </w:r>
      <w:r>
        <w:rPr>
          <w:u w:val="none"/>
          <w:shd w:val="clear" w:color="auto" w:fill="548235"/>
          <w:color w:val="FFFFFF"/>
        </w:rPr>
        <w:t xml:space="preserve"> — </w:t>
      </w:r>
      <w:r>
        <w:rPr>
          <w:u w:val="none"/>
          <w:shd w:fill="548235" w:val="clear" w:color="auto"/>
          <w:color w:val="FFFFFF"/>
        </w:rPr>
        <w:t xml:space="preserve">I, yes I, am He who blots out your transgressions for My own sake</w:t>
      </w:r>
      <w:r>
        <w:rPr>
          <w:b w:val="false"/>
          <w:i w:val="false"/>
          <w:color w:val="FFFFFF"/>
          <w:u w:val="none"/>
          <w:shd w:val="clear" w:color="auto" w:fill="548235"/>
        </w:rPr>
        <w:t xml:space="preserve"> [1HVS]</w:t>
      </w:r>
      <w:r>
        <w:rPr>
          <w:u w:val="none"/>
          <w:shd w:val="clear" w:color="auto" w:fill="548235"/>
          <w:color w:val="FFFFFF"/>
        </w:rPr>
        <w:t xml:space="preserve"> and </w:t>
      </w:r>
      <w:r>
        <w:rPr>
          <w:u w:val="none"/>
          <w:shd w:fill="548235" w:val="clear" w:color="auto"/>
          <w:color w:val="FFFFFF"/>
        </w:rPr>
        <w:t xml:space="preserve">remembers your sins no more</w:t>
      </w:r>
      <w:r>
        <w:rPr>
          <w:b w:val="false"/>
          <w:i w:val="false"/>
          <w:color w:val="FFFFFF"/>
          <w:u w:val="none"/>
          <w:shd w:val="clear" w:color="auto" w:fill="548235"/>
        </w:rPr>
        <w:t xml:space="preserve"> [3ACC]</w:t>
      </w:r>
      <w:r>
        <w:rPr>
          <w:u w:val="none"/>
          <w:shd w:val="clear" w:color="auto" w:fill="548235"/>
          <w:color w:val="FFFFFF"/>
        </w:rPr>
        <w:t xml:space="preserve">.</w:t>
      </w:r>
    </w:p>
    <w:p>
      <w:pPr>
        <w:pStyle w:val="Yellow"/>
        <w:rPr/>
      </w:pPr>
      <w:r>
        <w:rPr>
          <w:b/>
        </w:rPr>
        <w:t>Isaiah 44:21–22</w:t>
      </w:r>
      <w:r>
        <w:rPr/>
        <w:t xml:space="preserve"> — </w:t>
      </w:r>
      <w:r>
        <w:rPr>
          <w:shd w:val="clear" w:color="auto" w:fill="D9C3E6"/>
        </w:rPr>
        <w:t>I have made you</w:t>
      </w:r>
      <w:r>
        <w:rPr>
          <w:b w:val="false"/>
          <w:i w:val="false"/>
          <w:color w:val="000000"/>
          <w:u w:val="none"/>
        </w:rPr>
        <w:t xml:space="preserve"> [2BZI]</w:t>
      </w:r>
      <w:r>
        <w:rPr>
          <w:shd w:val="clear" w:color="auto" w:fill="D9C3E6"/>
        </w:rPr>
        <w:t xml:space="preserve">, and </w:t>
      </w:r>
      <w:r>
        <w:rPr>
          <w:shd w:val="clear" w:color="auto" w:fill="D9C3E6"/>
        </w:rPr>
        <w:t>you are My servant</w:t>
      </w:r>
      <w:r>
        <w:rPr>
          <w:b w:val="false"/>
          <w:i w:val="false"/>
          <w:color w:val="000000"/>
          <w:u w:val="none"/>
        </w:rPr>
        <w:t xml:space="preserve"> [4BZJ]</w:t>
      </w:r>
      <w:r>
        <w:rPr/>
        <w:t xml:space="preserve">; O Israel, </w:t>
      </w:r>
      <w:r>
        <w:rPr>
          <w:shd w:val="clear" w:fill="B7DDE8"/>
        </w:rPr>
        <w:t>I will never forget you</w:t>
      </w:r>
      <w:r>
        <w:rPr>
          <w:b w:val="false"/>
          <w:i w:val="false"/>
          <w:color w:val="000000"/>
          <w:u w:val="none"/>
        </w:rPr>
        <w:t xml:space="preserve"> [1BZK]</w:t>
      </w:r>
      <w:r>
        <w:rPr/>
        <w:t xml:space="preserve">. </w:t>
      </w:r>
      <w:r>
        <w:rPr>
          <w:shd w:val="clear" w:fill="B7DDE8"/>
        </w:rPr>
        <w:t>I have blotted out your transgressions like a cloud</w:t>
      </w:r>
      <w:r>
        <w:rPr>
          <w:b w:val="false"/>
          <w:i w:val="false"/>
          <w:color w:val="000000"/>
          <w:u w:val="none"/>
        </w:rPr>
        <w:t xml:space="preserve"> [1BZL]</w:t>
      </w:r>
      <w:r>
        <w:rPr/>
        <w:t xml:space="preserve">, and </w:t>
      </w:r>
      <w:r>
        <w:rPr>
          <w:shd w:val="clear" w:fill="B7DDE8"/>
        </w:rPr>
        <w:t>your sins like a mist</w:t>
      </w:r>
      <w:r>
        <w:rPr>
          <w:b w:val="false"/>
          <w:i w:val="false"/>
          <w:color w:val="000000"/>
          <w:u w:val="none"/>
        </w:rPr>
        <w:t xml:space="preserve"> [1BZL]</w:t>
      </w:r>
      <w:r>
        <w:rPr/>
        <w:t xml:space="preserve">. </w:t>
      </w:r>
      <w:r>
        <w:rPr>
          <w:shd w:val="clear" w:fill="B7DDE8"/>
        </w:rPr>
        <w:t>Return to Me</w:t>
      </w:r>
      <w:r>
        <w:rPr>
          <w:b w:val="false"/>
          <w:i w:val="false"/>
          <w:u w:val="none"/>
          <w:color w:val="000000"/>
        </w:rPr>
        <w:t xml:space="preserve"> [5BZM]</w:t>
      </w:r>
      <w:r>
        <w:rPr/>
        <w:t xml:space="preserve">, for </w:t>
      </w:r>
      <w:r>
        <w:rPr>
          <w:shd w:val="clear" w:fill="B7DDE8"/>
        </w:rPr>
        <w:t>I have redeemed you</w:t>
      </w:r>
      <w:r>
        <w:rPr>
          <w:b w:val="false"/>
          <w:i w:val="false"/>
          <w:color w:val="000000"/>
          <w:u w:val="none"/>
        </w:rPr>
        <w:t xml:space="preserve"> [1BZN]</w:t>
      </w:r>
      <w:r>
        <w:rPr/>
        <w:t>.</w:t>
      </w:r>
    </w:p>
    <w:p>
      <w:pPr>
        <w:pStyle w:val="Yellow"/>
        <w:rPr/>
      </w:pPr>
      <w:r>
        <w:rPr>
          <w:b/>
        </w:rPr>
        <w:t>Jeremiah 5:1</w:t>
      </w:r>
      <w:r>
        <w:rPr/>
        <w:t xml:space="preserve"> — “</w:t>
      </w:r>
      <w:r>
        <w:rPr>
          <w:shd w:val="clear" w:fill="B7DDE8"/>
        </w:rPr>
        <w:t>Go up and down the streets of Jerusalem</w:t>
      </w:r>
      <w:r>
        <w:rPr>
          <w:b w:val="false"/>
          <w:i w:val="false"/>
          <w:color w:val="000000"/>
          <w:u w:val="none"/>
        </w:rPr>
        <w:t xml:space="preserve"> [1CGU]</w:t>
      </w:r>
      <w:r>
        <w:rPr/>
        <w:t xml:space="preserve">. Look now and take note; </w:t>
      </w:r>
      <w:r>
        <w:rPr>
          <w:shd w:val="clear" w:fill="B7DDE8"/>
        </w:rPr>
        <w:t>search her squares</w:t>
      </w:r>
      <w:r>
        <w:rPr>
          <w:b w:val="false"/>
          <w:i w:val="false"/>
          <w:color w:val="000000"/>
          <w:u w:val="none"/>
        </w:rPr>
        <w:t xml:space="preserve"> [1CGV]</w:t>
      </w:r>
      <w:r>
        <w:rPr/>
        <w:t xml:space="preserve">. </w:t>
      </w:r>
      <w:r>
        <w:rPr>
          <w:shd w:val="clear" w:fill="B7DDE8"/>
        </w:rPr>
        <w:t>If you can find a single person</w:t>
      </w:r>
      <w:r>
        <w:rPr>
          <w:b w:val="false"/>
          <w:i w:val="false"/>
          <w:color w:val="000000"/>
          <w:u w:val="none"/>
        </w:rPr>
        <w:t xml:space="preserve"> [1CGW]</w:t>
      </w:r>
      <w:r>
        <w:rPr/>
        <w:t xml:space="preserve">, </w:t>
      </w:r>
      <w:r>
        <w:rPr>
          <w:shd w:val="clear" w:fill="B7DDE8"/>
        </w:rPr>
        <w:t>anyone who acts justly</w:t>
      </w:r>
      <w:r>
        <w:rPr>
          <w:b w:val="false"/>
          <w:i w:val="false"/>
          <w:color w:val="000000"/>
          <w:u w:val="none"/>
        </w:rPr>
        <w:t xml:space="preserve"> [1CGX]</w:t>
      </w:r>
      <w:r>
        <w:rPr/>
        <w:t xml:space="preserve">, </w:t>
      </w:r>
      <w:r>
        <w:rPr>
          <w:shd w:val="clear" w:fill="B7DDE8"/>
        </w:rPr>
        <w:t>anyone who seeks the truth</w:t>
      </w:r>
      <w:r>
        <w:rPr>
          <w:b w:val="false"/>
          <w:i w:val="false"/>
          <w:color w:val="000000"/>
          <w:u w:val="none"/>
        </w:rPr>
        <w:t xml:space="preserve"> [1CGY]</w:t>
      </w:r>
      <w:r>
        <w:rPr/>
        <w:t xml:space="preserve">, then </w:t>
      </w:r>
      <w:r>
        <w:rPr>
          <w:shd w:val="clear" w:fill="B7DDE8"/>
        </w:rPr>
        <w:t>I will forgive the city</w:t>
      </w:r>
      <w:r>
        <w:rPr>
          <w:b w:val="false"/>
          <w:i w:val="false"/>
          <w:color w:val="000000"/>
          <w:u w:val="none"/>
        </w:rPr>
        <w:t xml:space="preserve"> [1CGZ]</w:t>
      </w:r>
      <w:r>
        <w:rPr/>
        <w:t>.</w:t>
      </w:r>
    </w:p>
    <w:p>
      <w:pPr>
        <w:pStyle w:val="Yellow"/>
        <w:rPr/>
      </w:pPr>
      <w:r>
        <w:rPr/>
        <w:t xml:space="preserve">(Je50:4–5ᶜ Israel “will come together, weeping as they come, and will seek the LORD their God.”) </w:t>
      </w:r>
      <w:r>
        <w:rPr>
          <w:b/>
        </w:rPr>
        <w:t>Jeremiah 50:20</w:t>
      </w:r>
      <w:r>
        <w:rPr/>
        <w:t xml:space="preserve"> — </w:t>
      </w:r>
      <w:r>
        <w:rPr>
          <w:shd w:val="clear" w:fill="B7DDE8"/>
        </w:rPr>
        <w:t>{In those days and at that time}, declares the LORD, a search will be made for Israel’s guilt</w:t>
      </w:r>
      <w:r>
        <w:rPr>
          <w:b w:val="false"/>
          <w:i w:val="false"/>
          <w:color w:val="000000"/>
          <w:u w:val="none"/>
        </w:rPr>
        <w:t xml:space="preserve"> [1CBX]</w:t>
      </w:r>
      <w:r>
        <w:rPr>
          <w:shd w:val="clear" w:fill="B7DDE8"/>
        </w:rPr>
        <w:t>, but there will be none</w:t>
      </w:r>
      <w:r>
        <w:rPr>
          <w:b w:val="false"/>
          <w:i w:val="false"/>
          <w:color w:val="000000"/>
          <w:u w:val="none"/>
        </w:rPr>
        <w:t xml:space="preserve"> [1CBY]</w:t>
      </w:r>
      <w:r>
        <w:rPr/>
        <w:t xml:space="preserve">, and </w:t>
      </w:r>
      <w:r>
        <w:rPr>
          <w:shd w:val="clear" w:fill="B7DDE8"/>
        </w:rPr>
        <w:t>for Judah’s sins, but they will not be found</w:t>
      </w:r>
      <w:r>
        <w:rPr>
          <w:b w:val="false"/>
          <w:i w:val="false"/>
          <w:color w:val="000000"/>
          <w:u w:val="none"/>
        </w:rPr>
        <w:t xml:space="preserve"> [1CBZ]</w:t>
      </w:r>
      <w:r>
        <w:rPr/>
        <w:t xml:space="preserve">; for </w:t>
      </w:r>
      <w:r>
        <w:rPr>
          <w:shd w:val="clear" w:fill="B7DDE8"/>
        </w:rPr>
        <w:t>I will forgive the remnant I preserve</w:t>
      </w:r>
      <w:r>
        <w:rPr>
          <w:b w:val="false"/>
          <w:i w:val="false"/>
          <w:color w:val="000000"/>
          <w:u w:val="none"/>
        </w:rPr>
        <w:t xml:space="preserve"> [1CCA]</w:t>
      </w:r>
      <w:r>
        <w:rPr/>
        <w:t>.</w:t>
      </w:r>
    </w:p>
    <w:p>
      <w:pPr>
        <w:pStyle w:val="Yellow"/>
        <w:rPr/>
      </w:pPr>
      <w:r>
        <w:rPr>
          <w:b/>
        </w:rPr>
        <w:t>Micah 7:18</w:t>
      </w:r>
      <w:r>
        <w:t xml:space="preserve"> — </w:t>
      </w:r>
      <w:r>
        <w:rPr>
          <w:shd w:fill="B7DDE8" w:val="clear"/>
        </w:rPr>
        <w:t>Who is a God like You</w:t>
      </w:r>
      <w:r>
        <w:rPr>
          <w:b w:val="false"/>
          <w:i w:val="false"/>
          <w:color w:val="000000"/>
          <w:u w:val="none"/>
        </w:rPr>
        <w:t xml:space="preserve"> [7GB]</w:t>
      </w:r>
      <w:r>
        <w:t xml:space="preserve">, </w:t>
      </w:r>
      <w:r>
        <w:rPr>
          <w:shd w:fill="B7DDE8" w:val="clear"/>
        </w:rPr>
        <w:t>who pardons iniquity and passes over the transgression of the remnant of His inheritance</w:t>
      </w:r>
      <w:r>
        <w:rPr>
          <w:b w:val="false"/>
          <w:i w:val="false"/>
          <w:color w:val="000000"/>
          <w:u w:val="none"/>
        </w:rPr>
        <w:t xml:space="preserve"> [1AHO]</w:t>
      </w:r>
      <w:r>
        <w:t>—</w:t>
      </w:r>
      <w:r>
        <w:rPr>
          <w:shd w:fill="B7DDE8" w:val="clear"/>
        </w:rPr>
        <w:t>who does not retain His anger forever</w:t>
      </w:r>
      <w:r>
        <w:rPr>
          <w:b w:val="false"/>
          <w:i w:val="false"/>
          <w:color w:val="000000"/>
          <w:u w:val="none"/>
        </w:rPr>
        <w:t xml:space="preserve"> [4AHP]</w:t>
      </w:r>
      <w:r>
        <w:t xml:space="preserve">, </w:t>
      </w:r>
      <w:r>
        <w:rPr>
          <w:shd w:fill="B7DDE8" w:val="clear"/>
        </w:rPr>
        <w:t>because He delights in loving devotion</w:t>
      </w:r>
      <w:r>
        <w:rPr>
          <w:b w:val="false"/>
          <w:i w:val="false"/>
          <w:color w:val="000000"/>
          <w:u w:val="none"/>
        </w:rPr>
        <w:t xml:space="preserve"> [1AHQ]</w:t>
      </w:r>
      <w:r>
        <w:t>?</w:t>
      </w:r>
    </w:p>
    <w:p>
      <w:pPr>
        <w:pStyle w:val="Yellow"/>
        <w:rPr/>
      </w:pPr>
      <w:r>
        <w:rPr/>
        <w:t xml:space="preserve">(Mic7:18ᶜ God “pardons iniquity”  “His inheritance”² / “God”¹) </w:t>
      </w:r>
      <w:r>
        <w:rPr>
          <w:b/>
        </w:rPr>
        <w:t>Micah 7:19</w:t>
      </w:r>
      <w:r>
        <w:rPr/>
        <w:t xml:space="preserve"> — </w:t>
      </w:r>
      <w:r>
        <w:rPr>
          <w:color w:val="auto"/>
        </w:rPr>
        <w:t>{He} will again have compassion on {us}</w:t>
      </w:r>
      <w:r>
        <w:rPr>
          <w:b w:val="false"/>
          <w:i w:val="false"/>
          <w:color w:val="FFFFFF"/>
          <w:u w:val="none"/>
          <w:shd w:val="clear" w:color="auto" w:fill="548235"/>
        </w:rPr>
        <w:t xml:space="preserve"> [1FVN]</w:t>
      </w:r>
      <w:r>
        <w:rPr>
          <w:shd w:val="clear" w:color="auto" w:fill="548235"/>
          <w:color w:val="FFFFFF"/>
        </w:rPr>
        <w:t xml:space="preserve">; </w:t>
      </w:r>
      <w:r>
        <w:rPr>
          <w:shd w:fill="B7DDE8" w:val="clear"/>
        </w:rPr>
        <w:t>He will vanquish our iniquities</w:t>
      </w:r>
      <w:r>
        <w:rPr>
          <w:b w:val="false"/>
          <w:i w:val="false"/>
          <w:color w:val="000000"/>
          <w:u w:val="none"/>
        </w:rPr>
        <w:t xml:space="preserve"> [1FVO]</w:t>
      </w:r>
      <w:r>
        <w:rPr/>
        <w:t xml:space="preserve">. </w:t>
      </w:r>
      <w:r>
        <w:rPr>
          <w:shd w:fill="B7DDE8" w:val="clear"/>
        </w:rPr>
        <w:t>You will cast out all our sins into the depths of the sea</w:t>
      </w:r>
      <w:r>
        <w:rPr>
          <w:b w:val="false"/>
          <w:i w:val="false"/>
          <w:color w:val="000000"/>
          <w:u w:val="none"/>
        </w:rPr>
        <w:t xml:space="preserve"> [1FVP]</w:t>
      </w:r>
      <w:r>
        <w:rPr/>
        <w:t>.</w:t>
      </w:r>
    </w:p>
    <w:p>
      <w:pPr>
        <w:pStyle w:val="Yellow"/>
        <w:rPr/>
      </w:pPr>
      <w:r>
        <w:rPr>
          <w:shd w:val="clear" w:color="auto" w:fill="548235"/>
          <w:color w:val="FFFFFF"/>
        </w:rPr>
        <w:t xml:space="preserve">(Zec2:12 “the Holy Land”) </w:t>
      </w:r>
      <w:r>
        <w:rPr>
          <w:b/>
          <w:shd w:val="clear" w:color="auto" w:fill="548235"/>
          <w:color w:val="FFFFFF"/>
        </w:rPr>
        <w:t xml:space="preserve">Zechariah 3:9</w:t>
      </w:r>
      <w:r>
        <w:rPr>
          <w:shd w:val="clear" w:color="auto" w:fill="548235"/>
          <w:color w:val="FFFFFF"/>
        </w:rPr>
        <w:t xml:space="preserve"> — </w:t>
      </w:r>
      <w:r>
        <w:rPr>
          <w:shd w:fill="548235" w:val="clear" w:color="auto"/>
          <w:color w:val="FFFFFF"/>
        </w:rPr>
        <w:t xml:space="preserve">I will remove the iniquity of {this land} in a single day</w:t>
      </w:r>
      <w:r>
        <w:rPr>
          <w:b w:val="false"/>
          <w:i w:val="false"/>
          <w:color w:val="FFFFFF"/>
          <w:u w:val="none"/>
          <w:shd w:val="clear" w:color="auto" w:fill="548235"/>
        </w:rPr>
        <w:t xml:space="preserve"> [1HUF]</w:t>
      </w:r>
      <w:r>
        <w:rPr>
          <w:shd w:val="clear" w:color="auto" w:fill="548235"/>
          <w:color w:val="FFFFFF"/>
        </w:rPr>
        <w:t xml:space="preserve">.</w:t>
      </w:r>
    </w:p>
    <w:p>
      <w:pPr>
        <w:pStyle w:val="Yellow"/>
        <w:rPr/>
      </w:pPr>
      <w:r>
        <w:rPr>
          <w:b/>
          <w:u w:val="none"/>
          <w:shd w:fill="F4CCCC" w:val="clear"/>
        </w:rPr>
        <w:t>Matthew 6:14</w:t>
      </w:r>
      <w:r>
        <w:rPr>
          <w:u w:val="none"/>
          <w:shd w:fill="F4CCCC" w:val="clear"/>
        </w:rPr>
        <w:t xml:space="preserve"> — For </w:t>
      </w:r>
      <w:r>
        <w:rPr>
          <w:u w:val="none"/>
          <w:shd w:val="clear" w:fill="B7DDE8"/>
        </w:rPr>
        <w:t>if you forgive men their trespasses</w:t>
      </w:r>
      <w:r>
        <w:rPr>
          <w:b w:val="false"/>
          <w:i w:val="false"/>
          <w:color w:val="000000"/>
          <w:u w:val="none"/>
        </w:rPr>
        <w:t xml:space="preserve"> [1CCU]</w:t>
      </w:r>
      <w:r>
        <w:rPr>
          <w:u w:val="none"/>
          <w:shd w:fill="F4CCCC" w:val="clear"/>
        </w:rPr>
        <w:t xml:space="preserve">, </w:t>
      </w:r>
      <w:r>
        <w:rPr>
          <w:u w:val="none"/>
          <w:shd w:val="clear" w:fill="B7DDE8"/>
        </w:rPr>
        <w:t>your heavenly Father will also forgive you</w:t>
      </w:r>
      <w:r>
        <w:rPr>
          <w:b w:val="false"/>
          <w:i w:val="false"/>
          <w:color w:val="000000"/>
          <w:u w:val="none"/>
        </w:rPr>
        <w:t xml:space="preserve"> [1CCV]</w:t>
      </w:r>
      <w:r>
        <w:rPr>
          <w:u w:val="none"/>
          <w:shd w:fill="F4CCCC" w:val="clear"/>
        </w:rPr>
        <w:t>.</w:t>
      </w:r>
    </w:p>
    <w:p>
      <w:pPr>
        <w:pStyle w:val="Yellow"/>
        <w:rPr/>
      </w:pPr>
      <w:r>
        <w:rPr>
          <w:b/>
          <w:u w:val="none"/>
        </w:rPr>
        <w:t>Matthew 6:15</w:t>
      </w:r>
      <w:r>
        <w:rPr>
          <w:u w:val="none"/>
        </w:rPr>
        <w:t xml:space="preserve"> — But </w:t>
      </w:r>
      <w:r>
        <w:rPr>
          <w:u w:val="none"/>
          <w:shd w:val="clear" w:fill="B7DDE8"/>
        </w:rPr>
        <w:t>if you do not forgive men their trespasses</w:t>
      </w:r>
      <w:r>
        <w:rPr>
          <w:b w:val="false"/>
          <w:i w:val="false"/>
          <w:color w:val="000000"/>
          <w:u w:val="none"/>
        </w:rPr>
        <w:t xml:space="preserve"> [1CCS]</w:t>
      </w:r>
      <w:r>
        <w:rPr>
          <w:u w:val="none"/>
        </w:rPr>
        <w:t xml:space="preserve">, </w:t>
      </w:r>
      <w:r>
        <w:rPr>
          <w:u w:val="none"/>
          <w:shd w:val="clear" w:fill="B7DDE8"/>
        </w:rPr>
        <w:t>neither will your Father forgive yours</w:t>
      </w:r>
      <w:r>
        <w:rPr>
          <w:b w:val="false"/>
          <w:i w:val="false"/>
          <w:color w:val="000000"/>
          <w:u w:val="none"/>
        </w:rPr>
        <w:t xml:space="preserve"> [1CCT]</w:t>
      </w:r>
      <w:r>
        <w:rPr>
          <w:u w:val="none"/>
        </w:rPr>
        <w:t>.</w:t>
      </w:r>
    </w:p>
    <w:p>
      <w:pPr>
        <w:pStyle w:val="Yellow"/>
        <w:rPr/>
      </w:pPr>
      <w:r>
        <w:rPr/>
        <w:t xml:space="preserve">(Mt18:32ᶜ Because the “servant”¹ “begged”) </w:t>
      </w:r>
      <w:r>
        <w:rPr>
          <w:b/>
        </w:rPr>
        <w:t>Matthew 18:27</w:t>
      </w:r>
      <w:r>
        <w:rPr/>
        <w:t xml:space="preserve"> — </w:t>
      </w:r>
      <w:r>
        <w:rPr>
          <w:shd w:fill="B7DDE8" w:val="clear"/>
        </w:rPr>
        <w:t>{His} master had compassion on him</w:t>
      </w:r>
      <w:r>
        <w:rPr>
          <w:b w:val="false"/>
          <w:i w:val="false"/>
          <w:color w:val="000000"/>
          <w:u w:val="none"/>
        </w:rPr>
        <w:t xml:space="preserve"> [1FTA]</w:t>
      </w:r>
      <w:r>
        <w:rPr>
          <w:shd w:val="clear" w:color="auto" w:fill="548235"/>
          <w:color w:val="FFFFFF"/>
        </w:rPr>
        <w:t xml:space="preserve">, </w:t>
      </w:r>
      <w:r>
        <w:rPr>
          <w:shd w:fill="548235" w:val="clear" w:color="auto"/>
          <w:color w:val="FFFFFF"/>
        </w:rPr>
        <w:t>forgave his debt</w:t>
      </w:r>
      <w:r>
        <w:rPr>
          <w:b w:val="false"/>
          <w:i w:val="false"/>
          <w:color w:val="FFFFFF"/>
          <w:u w:val="none"/>
          <w:shd w:val="clear" w:color="auto" w:fill="548235"/>
        </w:rPr>
        <w:t xml:space="preserve"> [1FTB]</w:t>
      </w:r>
      <w:r>
        <w:rPr>
          <w:shd w:val="clear" w:color="auto" w:fill="548235"/>
          <w:color w:val="FFFFFF"/>
        </w:rPr>
        <w:t xml:space="preserve">, and </w:t>
      </w:r>
      <w:r>
        <w:rPr>
          <w:shd w:fill="548235" w:val="clear" w:color="auto"/>
          <w:color w:val="FFFFFF"/>
        </w:rPr>
        <w:t>released him</w:t>
      </w:r>
      <w:r>
        <w:rPr>
          <w:b w:val="false"/>
          <w:i w:val="false"/>
          <w:color w:val="FFFFFF"/>
          <w:u w:val="none"/>
          <w:shd w:val="clear" w:color="auto" w:fill="548235"/>
        </w:rPr>
        <w:t xml:space="preserve"> [1FTC]</w:t>
      </w:r>
      <w:r>
        <w:rPr>
          <w:shd w:val="clear" w:color="auto" w:fill="548235"/>
          <w:color w:val="FFFFFF"/>
        </w:rPr>
        <w:t>.</w:t>
      </w:r>
    </w:p>
    <w:p>
      <w:pPr>
        <w:pStyle w:val="Yellow"/>
        <w:rPr/>
      </w:pPr>
      <w:r>
        <w:rPr>
          <w:b/>
          <w:shd w:val="clear" w:color="auto" w:fill="548235"/>
          <w:color w:val="FFFFFF"/>
        </w:rPr>
        <w:t>Mark 3:28</w:t>
      </w:r>
      <w:r>
        <w:rPr>
          <w:shd w:val="clear" w:color="auto" w:fill="548235"/>
          <w:color w:val="FFFFFF"/>
        </w:rPr>
        <w:t xml:space="preserve"> — Truly I tell you, </w:t>
      </w:r>
      <w:r>
        <w:rPr>
          <w:shd w:val="clear" w:fill="548235" w:color="auto"/>
          <w:color w:val="FFFFFF"/>
        </w:rPr>
        <w:t>the sons of men will be forgiven all sins and blasphemies, as many as they utter</w:t>
      </w:r>
      <w:r>
        <w:rPr>
          <w:b w:val="false"/>
          <w:i w:val="false"/>
          <w:color w:val="FFFFFF"/>
          <w:u w:val="none"/>
          <w:shd w:val="clear" w:color="auto" w:fill="548235"/>
        </w:rPr>
        <w:t xml:space="preserve"> [2CDS]</w:t>
      </w:r>
      <w:r>
        <w:rPr>
          <w:shd w:val="clear" w:color="auto" w:fill="548235"/>
          <w:color w:val="FFFFFF"/>
        </w:rPr>
        <w:t>.</w:t>
      </w:r>
    </w:p>
    <w:p>
      <w:pPr>
        <w:pStyle w:val="Yellow"/>
        <w:rPr/>
      </w:pPr>
      <w:r>
        <w:rPr>
          <w:b/>
          <w:u w:val="none"/>
          <w:shd w:fill="F4CCCC" w:val="clear"/>
        </w:rPr>
        <w:t>Mark 11:25</w:t>
      </w:r>
      <w:r>
        <w:rPr>
          <w:u w:val="none"/>
          <w:shd w:fill="F4CCCC" w:val="clear"/>
        </w:rPr>
        <w:t xml:space="preserve"> — </w:t>
      </w:r>
      <w:r>
        <w:rPr>
          <w:u w:val="none"/>
          <w:shd w:val="clear" w:fill="B7DDE8"/>
        </w:rPr>
        <w:t>when you stand to pray</w:t>
      </w:r>
      <w:r>
        <w:rPr>
          <w:b w:val="false"/>
          <w:i w:val="false"/>
          <w:color w:val="000000"/>
          <w:u w:val="none"/>
        </w:rPr>
        <w:t xml:space="preserve"> [1CFD]</w:t>
      </w:r>
      <w:r>
        <w:rPr>
          <w:u w:val="none"/>
          <w:shd w:fill="F4CCCC" w:val="clear"/>
        </w:rPr>
        <w:t xml:space="preserve">, </w:t>
      </w:r>
      <w:r>
        <w:rPr>
          <w:u w:val="none"/>
          <w:shd w:val="clear" w:fill="F4B183" w:color="auto"/>
          <w:color w:val="000000"/>
        </w:rPr>
        <w:t>if you hold anything against another</w:t>
      </w:r>
      <w:r>
        <w:rPr>
          <w:b w:val="false"/>
          <w:i w:val="false"/>
          <w:color w:val="000000"/>
          <w:u w:val="none"/>
          <w:shd w:val="clear" w:color="auto" w:fill="F4B183"/>
        </w:rPr>
        <w:t xml:space="preserve"> [1CFE]</w:t>
      </w:r>
      <w:r>
        <w:rPr>
          <w:u w:val="none"/>
          <w:shd w:val="clear" w:fill="F4B183" w:color="auto"/>
          <w:color w:val="000000"/>
        </w:rPr>
        <w:t>, forgive it</w:t>
      </w:r>
      <w:r>
        <w:rPr>
          <w:b w:val="false"/>
          <w:i w:val="false"/>
          <w:color w:val="000000"/>
          <w:u w:val="none"/>
          <w:shd w:val="clear" w:color="auto" w:fill="F4B183"/>
        </w:rPr>
        <w:t xml:space="preserve"> [1CFF]</w:t>
      </w:r>
      <w:r>
        <w:rPr>
          <w:u w:val="none"/>
          <w:shd w:val="clear" w:fill="F4B183" w:color="auto"/>
          <w:color w:val="000000"/>
        </w:rPr>
        <w:t>, so that your Father in heaven will forgive your trespasses</w:t>
      </w:r>
      <w:r>
        <w:rPr>
          <w:b w:val="false"/>
          <w:i w:val="false"/>
          <w:color w:val="000000"/>
          <w:u w:val="none"/>
          <w:shd w:val="clear" w:color="auto" w:fill="F4B183"/>
        </w:rPr>
        <w:t xml:space="preserve"> [1CFG]</w:t>
      </w:r>
      <w:r>
        <w:rPr>
          <w:u w:val="none"/>
          <w:shd w:val="clear" w:fill="F4B183" w:color="auto"/>
          <w:color w:val="000000"/>
        </w:rPr>
        <w:t xml:space="preserve"> as well</w:t>
      </w:r>
      <w:r>
        <w:rPr>
          <w:b w:val="false"/>
          <w:i w:val="false"/>
          <w:color w:val="000000"/>
          <w:u w:val="none"/>
          <w:shd w:val="clear" w:color="auto" w:fill="F4B183"/>
        </w:rPr>
        <w:t xml:space="preserve"> [1CFH]</w:t>
      </w:r>
      <w:r>
        <w:rPr>
          <w:u w:val="none"/>
          <w:shd w:fill="F4CCCC" w:val="clear"/>
        </w:rPr>
        <w:t>.</w:t>
      </w:r>
    </w:p>
    <w:p>
      <w:pPr>
        <w:pStyle w:val="Yellow"/>
        <w:rPr/>
      </w:pPr>
      <w:r>
        <w:rPr>
          <w:b/>
        </w:rPr>
        <w:t>Luke 1:77</w:t>
      </w:r>
      <w:r>
        <w:rPr/>
        <w:t xml:space="preserve"> — </w:t>
      </w:r>
      <w:r>
        <w:rPr>
          <w:shd w:val="clear" w:fill="B7DDE8"/>
        </w:rPr>
        <w:t>the knowledge of salvation</w:t>
      </w:r>
      <w:r>
        <w:rPr>
          <w:b w:val="false"/>
          <w:i w:val="false"/>
          <w:color w:val="000000"/>
          <w:u w:val="none"/>
        </w:rPr>
        <w:t xml:space="preserve"> [1CDM]</w:t>
      </w:r>
      <w:r>
        <w:rPr/>
        <w:t xml:space="preserve"> </w:t>
      </w:r>
      <w:r>
        <w:rPr>
          <w:shd w:val="clear" w:fill="B7DDE8"/>
        </w:rPr>
        <w:t>through the forgiveness of their sins</w:t>
      </w:r>
      <w:r>
        <w:rPr>
          <w:b w:val="false"/>
          <w:i w:val="false"/>
          <w:color w:val="000000"/>
          <w:u w:val="none"/>
        </w:rPr>
        <w:t xml:space="preserve"> [1CDN]</w:t>
      </w:r>
    </w:p>
    <w:p>
      <w:pPr>
        <w:pStyle w:val="Yellow"/>
        <w:rPr/>
      </w:pPr>
      <w:r>
        <w:rPr>
          <w:u w:val="none"/>
          <w:shd w:val="clear" w:color="auto" w:fill="C00000"/>
          <w:color w:val="FFFFFF"/>
        </w:rPr>
        <w:t xml:space="preserve">(Lk5:18 Those “carrying a paralyzed man”) </w:t>
      </w:r>
      <w:r>
        <w:rPr>
          <w:b/>
          <w:u w:val="none"/>
          <w:shd w:val="clear" w:color="auto" w:fill="C00000"/>
          <w:color w:val="FFFFFF"/>
        </w:rPr>
        <w:t>Luke 5:20</w:t>
      </w:r>
      <w:r>
        <w:rPr>
          <w:u w:val="none"/>
          <w:shd w:val="clear" w:color="auto" w:fill="C00000"/>
          <w:color w:val="FFFFFF"/>
        </w:rPr>
        <w:t xml:space="preserve"> — When </w:t>
      </w:r>
      <w:r>
        <w:rPr>
          <w:u w:val="none"/>
          <w:shd w:val="clear" w:color="auto" w:fill="C00000"/>
          <w:color w:val="FFFFFF"/>
        </w:rPr>
        <w:t>Jesus saw {their} faith</w:t>
      </w:r>
      <w:r>
        <w:rPr>
          <w:b w:val="false"/>
          <w:i w:val="false"/>
          <w:u w:val="none"/>
          <w:shd w:val="clear" w:color="auto" w:fill="C00000"/>
          <w:color w:val="FFFFFF"/>
        </w:rPr>
        <w:t xml:space="preserve"> [3CDB]</w:t>
      </w:r>
      <w:r>
        <w:rPr>
          <w:u w:val="none"/>
          <w:shd w:val="clear" w:color="auto" w:fill="C00000"/>
          <w:color w:val="FFFFFF"/>
        </w:rPr>
        <w:t xml:space="preserve">, He said, “Friend, </w:t>
      </w:r>
      <w:r>
        <w:rPr>
          <w:u w:val="none"/>
          <w:shd w:val="clear" w:color="auto" w:fill="C00000"/>
          <w:color w:val="FFFFFF"/>
        </w:rPr>
        <w:t>your sins are forgiven</w:t>
      </w:r>
      <w:r>
        <w:rPr>
          <w:b w:val="false"/>
          <w:i w:val="false"/>
          <w:u w:val="none"/>
          <w:shd w:val="clear" w:color="auto" w:fill="C00000"/>
          <w:color w:val="FFFFFF"/>
        </w:rPr>
        <w:t xml:space="preserve"> [4CDD]</w:t>
      </w:r>
      <w:r>
        <w:rPr>
          <w:u w:val="none"/>
          <w:shd w:val="clear" w:color="auto" w:fill="C00000"/>
          <w:color w:val="FFFFFF"/>
        </w:rPr>
        <w:t>.”</w:t>
      </w:r>
    </w:p>
    <w:p>
      <w:pPr>
        <w:pStyle w:val="Yellow"/>
        <w:rPr/>
      </w:pPr>
      <w:r>
        <w:rPr/>
        <w:t xml:space="preserve">(Lk7:37 “a sinful woman from that town”) </w:t>
      </w:r>
      <w:r>
        <w:rPr>
          <w:b/>
        </w:rPr>
        <w:t>Luke 7:47</w:t>
      </w:r>
      <w:r>
        <w:rPr/>
        <w:t xml:space="preserve"> — </w:t>
      </w:r>
      <w:r>
        <w:rPr>
          <w:shd w:val="clear" w:fill="B7DDE8"/>
        </w:rPr>
        <w:t>{her} many sins have been forgiven</w:t>
      </w:r>
      <w:r>
        <w:rPr>
          <w:b w:val="false"/>
          <w:i w:val="false"/>
          <w:color w:val="000000"/>
          <w:u w:val="none"/>
        </w:rPr>
        <w:t xml:space="preserve"> [1CDT]</w:t>
      </w:r>
      <w:r>
        <w:rPr/>
        <w:t xml:space="preserve">, </w:t>
      </w:r>
      <w:r>
        <w:rPr>
          <w:shd w:val="clear" w:fill="B7DDE8"/>
        </w:rPr>
        <w:t>for she has loved much</w:t>
      </w:r>
      <w:r>
        <w:rPr>
          <w:b w:val="false"/>
          <w:i w:val="false"/>
          <w:color w:val="000000"/>
          <w:u w:val="none"/>
        </w:rPr>
        <w:t xml:space="preserve"> [1CDU]</w:t>
      </w:r>
      <w:r>
        <w:rPr/>
        <w:t xml:space="preserve">. But </w:t>
      </w:r>
      <w:r>
        <w:rPr>
          <w:shd w:val="clear" w:fill="B7DDE8"/>
        </w:rPr>
        <w:t>he who has been forgiven little loves little</w:t>
      </w:r>
      <w:r>
        <w:rPr>
          <w:b w:val="false"/>
          <w:i w:val="false"/>
          <w:color w:val="000000"/>
          <w:u w:val="none"/>
        </w:rPr>
        <w:t xml:space="preserve"> [1CDV]</w:t>
      </w:r>
      <w:r>
        <w:rPr/>
        <w:t>.”</w:t>
      </w:r>
    </w:p>
    <w:p>
      <w:pPr>
        <w:pStyle w:val="Yellow"/>
        <w:rPr/>
        <w:shd w:val="clear" w:color="auto" w:fill="E4DFEC"/>
        <w:pBdr>
          <w:left w:val="single" w:sz="28" w:space="5" w:color="7030A0"/>
        </w:pBdr>
      </w:pPr>
      <w:r>
        <w:rPr>
          <w:b/>
          <w:u w:val="none"/>
          <w:shd w:fill="F4CCCC" w:val="clear"/>
        </w:rPr>
        <w:t>Luke 7:48</w:t>
      </w:r>
      <w:r>
        <w:rPr>
          <w:u w:val="none"/>
          <w:shd w:fill="F4CCCC" w:val="clear"/>
        </w:rPr>
        <w:t xml:space="preserve"> — “</w:t>
      </w:r>
      <w:r>
        <w:rPr>
          <w:u w:val="none"/>
          <w:shd w:val="clear" w:fill="B7DDE8"/>
        </w:rPr>
        <w:t>Your sins are forgiven</w:t>
      </w:r>
      <w:r>
        <w:rPr>
          <w:b w:val="false"/>
          <w:i w:val="false"/>
          <w:color w:val="000000"/>
          <w:u w:val="none"/>
        </w:rPr>
        <w:t xml:space="preserve"> [4CDD]</w:t>
      </w:r>
      <w:r>
        <w:rPr>
          <w:u w:val="none"/>
          <w:shd w:fill="F4CCCC" w:val="clear"/>
        </w:rPr>
        <w:t>.”</w:t>
      </w:r>
    </w:p>
    <w:p>
      <w:pPr>
        <w:pStyle w:val="Yellow"/>
        <w:rPr/>
        <w:shd w:val="clear" w:color="auto" w:fill="E4DFEC"/>
        <w:pBdr>
          <w:left w:val="single" w:sz="28" w:space="5" w:color="7030A0"/>
        </w:pBdr>
      </w:pPr>
      <w:r>
        <w:rPr>
          <w:b/>
          <w:u w:val="none"/>
        </w:rPr>
        <w:t>Luke 12:10</w:t>
      </w:r>
      <w:r>
        <w:rPr>
          <w:u w:val="none"/>
        </w:rPr>
        <w:t xml:space="preserve"> — </w:t>
      </w:r>
      <w:r>
        <w:rPr>
          <w:u w:val="none"/>
          <w:shd w:fill="B7DDE8" w:val="clear"/>
        </w:rPr>
        <w:t>everyone who speaks a word against the Son of Man will be forgiven</w:t>
      </w:r>
      <w:r>
        <w:rPr>
          <w:b w:val="false"/>
          <w:i w:val="false"/>
          <w:color w:val="000000"/>
          <w:u w:val="none"/>
        </w:rPr>
        <w:t xml:space="preserve"> [2BJL]</w:t>
      </w:r>
      <w:r>
        <w:rPr>
          <w:u w:val="none"/>
        </w:rPr>
        <w:t xml:space="preserve">, but </w:t>
      </w:r>
      <w:r>
        <w:rPr>
          <w:u w:val="none"/>
          <w:shd w:fill="F4B183" w:val="clear" w:color="auto"/>
          <w:color w:val="000000"/>
        </w:rPr>
        <w:t>whoever blasphemes against the Holy Spirit will not be forgiven</w:t>
      </w:r>
      <w:r>
        <w:rPr>
          <w:b w:val="false"/>
          <w:i w:val="false"/>
          <w:color w:val="000000"/>
          <w:u w:val="none"/>
          <w:shd w:val="clear" w:color="auto" w:fill="F4B183"/>
        </w:rPr>
        <w:t xml:space="preserve"> [3BJM]</w:t>
      </w:r>
      <w:r>
        <w:rPr>
          <w:u w:val="none"/>
        </w:rPr>
        <w:t>.</w:t>
      </w:r>
    </w:p>
    <w:p>
      <w:pPr>
        <w:pStyle w:val="Yellow"/>
        <w:rPr/>
      </w:pPr>
      <w:r>
        <w:rPr>
          <w:b/>
        </w:rPr>
        <w:t>John 1:29</w:t>
      </w:r>
      <w:r>
        <w:t xml:space="preserve"> — Look, </w:t>
      </w:r>
      <w:r>
        <w:rPr>
          <w:shd w:fill="B7DDE8" w:val="clear"/>
        </w:rPr>
        <w:t>the Lamb of God</w:t>
      </w:r>
      <w:r>
        <w:rPr>
          <w:b w:val="false"/>
          <w:i w:val="false"/>
          <w:color w:val="000000"/>
          <w:u w:val="none"/>
        </w:rPr>
        <w:t xml:space="preserve"> [1ASZ]</w:t>
      </w:r>
      <w:r>
        <w:t xml:space="preserve">, </w:t>
      </w:r>
      <w:r>
        <w:rPr>
          <w:shd w:fill="B7DDE8" w:val="clear"/>
        </w:rPr>
        <w:t>who takes away the sin of the world</w:t>
      </w:r>
      <w:r>
        <w:rPr>
          <w:b w:val="false"/>
          <w:i w:val="false"/>
          <w:u w:val="none"/>
          <w:color w:val="000000"/>
        </w:rPr>
        <w:t xml:space="preserve"> [1ATA]</w:t>
      </w:r>
      <w:r>
        <w:t>!</w:t>
      </w:r>
    </w:p>
    <w:p>
      <w:pPr>
        <w:pStyle w:val="Yellow"/>
        <w:rPr/>
      </w:pPr>
      <w:r>
        <w:rPr/>
        <w:t xml:space="preserve">(Jn20:19ᶜ Jesus’ “disciples”¹) </w:t>
      </w:r>
      <w:r>
        <w:rPr>
          <w:b/>
        </w:rPr>
        <w:t>John 20:23</w:t>
      </w:r>
      <w:r>
        <w:rPr/>
        <w:t xml:space="preserve"> — </w:t>
      </w:r>
      <w:r>
        <w:rPr>
          <w:shd w:val="clear" w:fill="B7DDE8"/>
        </w:rPr>
        <w:t>If {you} forgive anyone his sins</w:t>
      </w:r>
      <w:r>
        <w:rPr>
          <w:b w:val="false"/>
          <w:i w:val="false"/>
          <w:color w:val="000000"/>
          <w:u w:val="none"/>
        </w:rPr>
        <w:t xml:space="preserve"> [1CCW]</w:t>
      </w:r>
      <w:r>
        <w:rPr/>
        <w:t xml:space="preserve">, </w:t>
      </w:r>
      <w:r>
        <w:rPr>
          <w:shd w:val="clear" w:fill="B7DDE8"/>
        </w:rPr>
        <w:t>they are forgiven</w:t>
      </w:r>
      <w:r>
        <w:rPr>
          <w:b w:val="false"/>
          <w:i w:val="false"/>
          <w:color w:val="000000"/>
          <w:u w:val="none"/>
        </w:rPr>
        <w:t xml:space="preserve"> [1CCX]</w:t>
      </w:r>
      <w:r>
        <w:rPr/>
        <w:t xml:space="preserve">; </w:t>
      </w:r>
      <w:r>
        <w:rPr>
          <w:shd w:val="clear" w:fill="B7DDE8"/>
        </w:rPr>
        <w:t>if you withhold forgiveness from anyone</w:t>
      </w:r>
      <w:r>
        <w:rPr>
          <w:b w:val="false"/>
          <w:i w:val="false"/>
          <w:color w:val="000000"/>
          <w:u w:val="none"/>
        </w:rPr>
        <w:t xml:space="preserve"> [1CCY]</w:t>
      </w:r>
      <w:r>
        <w:rPr/>
        <w:t xml:space="preserve">, </w:t>
      </w:r>
      <w:r>
        <w:rPr>
          <w:shd w:val="clear" w:fill="B7DDE8"/>
        </w:rPr>
        <w:t>it is withheld</w:t>
      </w:r>
      <w:r>
        <w:rPr>
          <w:b w:val="false"/>
          <w:i w:val="false"/>
          <w:color w:val="000000"/>
          <w:u w:val="none"/>
        </w:rPr>
        <w:t xml:space="preserve"> [1CCZ]</w:t>
      </w:r>
      <w:r>
        <w:rPr/>
        <w:t>.</w:t>
      </w:r>
    </w:p>
    <w:p>
      <w:pPr>
        <w:pStyle w:val="Yellow"/>
        <w:rPr/>
      </w:pPr>
      <w:r>
        <w:rPr/>
        <w:t xml:space="preserve">(Ac8:20 Because Simon “thought” he could “buy the gift of God”¹) </w:t>
      </w:r>
      <w:r>
        <w:rPr>
          <w:b/>
        </w:rPr>
        <w:t>Acts 8:22-23</w:t>
      </w:r>
      <w:r>
        <w:rPr/>
        <w:t xml:space="preserve"> — </w:t>
      </w:r>
      <w:r>
        <w:rPr>
          <w:shd w:val="clear" w:fill="B7DDE8"/>
        </w:rPr>
        <w:t>Repent, {therefore}, of your wickedness</w:t>
      </w:r>
      <w:r>
        <w:rPr>
          <w:b w:val="false"/>
          <w:i w:val="false"/>
          <w:color w:val="000000"/>
          <w:u w:val="none"/>
        </w:rPr>
        <w:t xml:space="preserve"> [1CEO]</w:t>
      </w:r>
      <w:r>
        <w:rPr/>
        <w:t xml:space="preserve">, and </w:t>
      </w:r>
      <w:r>
        <w:rPr>
          <w:shd w:val="clear" w:fill="B7DDE8"/>
        </w:rPr>
        <w:t>pray to the Lord</w:t>
      </w:r>
      <w:r>
        <w:rPr>
          <w:b w:val="false"/>
          <w:i w:val="false"/>
          <w:color w:val="000000"/>
          <w:u w:val="none"/>
        </w:rPr>
        <w:t xml:space="preserve"> [1CEP]</w:t>
      </w:r>
      <w:r>
        <w:rPr/>
        <w:t xml:space="preserve">. </w:t>
      </w:r>
      <w:r>
        <w:rPr>
          <w:shd w:val="clear" w:fill="B7DDE8"/>
        </w:rPr>
        <w:t>Perhaps He will forgive you for the intent of your heart</w:t>
      </w:r>
      <w:r>
        <w:rPr>
          <w:b w:val="false"/>
          <w:i w:val="false"/>
          <w:color w:val="000000"/>
          <w:u w:val="none"/>
        </w:rPr>
        <w:t xml:space="preserve"> [1CEQ]</w:t>
      </w:r>
      <w:r>
        <w:rPr/>
        <w:t xml:space="preserve">. I see that </w:t>
      </w:r>
      <w:r>
        <w:rPr>
          <w:shd w:val="clear" w:fill="B7DDE8"/>
        </w:rPr>
        <w:t>you are poisoned by bitterness</w:t>
      </w:r>
      <w:r>
        <w:rPr>
          <w:b w:val="false"/>
          <w:i w:val="false"/>
          <w:color w:val="000000"/>
          <w:u w:val="none"/>
        </w:rPr>
        <w:t xml:space="preserve"> [1CER]</w:t>
      </w:r>
      <w:r>
        <w:rPr/>
        <w:t xml:space="preserve"> and </w:t>
      </w:r>
      <w:r>
        <w:rPr>
          <w:shd w:val="clear" w:fill="B7DDE8"/>
        </w:rPr>
        <w:t>captive to iniquity</w:t>
      </w:r>
      <w:r>
        <w:rPr>
          <w:b w:val="false"/>
          <w:i w:val="false"/>
          <w:color w:val="000000"/>
          <w:u w:val="none"/>
        </w:rPr>
        <w:t xml:space="preserve"> [1CES]</w:t>
      </w:r>
      <w:r>
        <w:rPr/>
        <w:t>.”</w:t>
      </w:r>
    </w:p>
    <w:p>
      <w:pPr>
        <w:pStyle w:val="Yellow"/>
        <w:rPr/>
      </w:pPr>
      <w:r>
        <w:rPr>
          <w:u w:val="none"/>
        </w:rPr>
        <w:t xml:space="preserve">(Ac10:38 Jesus) </w:t>
      </w:r>
      <w:r>
        <w:rPr>
          <w:b/>
          <w:u w:val="none"/>
        </w:rPr>
        <w:t>Acts 10:43</w:t>
      </w:r>
      <w:r>
        <w:rPr>
          <w:u w:val="none"/>
        </w:rPr>
        <w:t xml:space="preserve"> — </w:t>
      </w:r>
      <w:r>
        <w:rPr>
          <w:u w:val="none"/>
          <w:shd w:val="clear" w:fill="B7DDE8"/>
        </w:rPr>
        <w:t>everyone who believes in {Him} receives forgiveness of sins</w:t>
      </w:r>
      <w:r>
        <w:rPr>
          <w:b w:val="false"/>
          <w:i w:val="false"/>
          <w:color w:val="000000"/>
          <w:u w:val="none"/>
        </w:rPr>
        <w:t xml:space="preserve"> [1CGK]</w:t>
      </w:r>
      <w:r>
        <w:rPr>
          <w:u w:val="none"/>
          <w:shd w:val="clear" w:fill="B7DDE8"/>
        </w:rPr>
        <w:t xml:space="preserve"> through His name</w:t>
      </w:r>
      <w:r>
        <w:rPr>
          <w:b w:val="false"/>
          <w:i w:val="false"/>
          <w:color w:val="000000"/>
          <w:u w:val="none"/>
        </w:rPr>
        <w:t xml:space="preserve"> [2CDX]</w:t>
      </w:r>
      <w:r>
        <w:rPr>
          <w:u w:val="none"/>
        </w:rPr>
        <w:t>.”</w:t>
      </w:r>
    </w:p>
    <w:p>
      <w:pPr>
        <w:pStyle w:val="Yellow"/>
        <w:rPr/>
      </w:pPr>
      <w:r>
        <w:rPr>
          <w:u w:val="none"/>
        </w:rPr>
        <w:t xml:space="preserve">(Ac13:33–37 God “raised” Jesus) </w:t>
      </w:r>
      <w:r>
        <w:rPr>
          <w:b/>
          <w:u w:val="none"/>
        </w:rPr>
        <w:t>Acts 13:38</w:t>
      </w:r>
      <w:r>
        <w:rPr>
          <w:u w:val="none"/>
        </w:rPr>
        <w:t xml:space="preserve"> — {Therefore} let it be known to you, brothers, that </w:t>
      </w:r>
      <w:r>
        <w:rPr>
          <w:u w:val="none"/>
          <w:shd w:val="clear" w:fill="B7DDE8"/>
        </w:rPr>
        <w:t>through Jesus the forgiveness of sins is proclaimed to you</w:t>
      </w:r>
      <w:r>
        <w:rPr>
          <w:b w:val="false"/>
          <w:i w:val="false"/>
          <w:color w:val="000000"/>
          <w:u w:val="none"/>
        </w:rPr>
        <w:t xml:space="preserve"> [1CDH]</w:t>
      </w:r>
      <w:r>
        <w:rPr>
          <w:u w:val="none"/>
        </w:rPr>
        <w:t>.</w:t>
      </w:r>
    </w:p>
    <w:p>
      <w:pPr>
        <w:pStyle w:val="Yellow"/>
        <w:rPr/>
      </w:pPr>
      <w:r>
        <w:rPr>
          <w:u w:val="none"/>
        </w:rPr>
        <w:t xml:space="preserve">(Ro3:24 “Christ Jesus”) </w:t>
      </w:r>
      <w:r>
        <w:rPr>
          <w:b/>
          <w:u w:val="none"/>
        </w:rPr>
        <w:t>Romans 3:25</w:t>
      </w:r>
      <w:r>
        <w:rPr>
          <w:u w:val="none"/>
        </w:rPr>
        <w:t xml:space="preserve"> — </w:t>
      </w:r>
      <w:r>
        <w:rPr>
          <w:u w:val="none"/>
          <w:shd w:fill="B7DDE8" w:val="clear"/>
        </w:rPr>
        <w:t>God presented {Him} as an atoning sacrifice in His blood through faith</w:t>
      </w:r>
      <w:r>
        <w:rPr>
          <w:b w:val="false"/>
          <w:i w:val="false"/>
          <w:color w:val="000000"/>
          <w:u w:val="none"/>
        </w:rPr>
        <w:t xml:space="preserve"> [1BDG]</w:t>
      </w:r>
      <w:r>
        <w:rPr>
          <w:u w:val="none"/>
        </w:rPr>
        <w:t xml:space="preserve">, </w:t>
      </w:r>
      <w:r>
        <w:rPr>
          <w:u w:val="none"/>
          <w:shd w:fill="B7DDE8" w:val="clear"/>
        </w:rPr>
        <w:t>in order to demonstrate His righteousness</w:t>
      </w:r>
      <w:r>
        <w:rPr>
          <w:b w:val="false"/>
          <w:i w:val="false"/>
          <w:color w:val="000000"/>
          <w:u w:val="none"/>
        </w:rPr>
        <w:t xml:space="preserve"> [2BDH]</w:t>
      </w:r>
      <w:r>
        <w:rPr>
          <w:u w:val="none"/>
        </w:rPr>
        <w:t xml:space="preserve">, because </w:t>
      </w:r>
      <w:r>
        <w:rPr>
          <w:u w:val="none"/>
          <w:shd w:fill="B7DDE8" w:val="clear"/>
        </w:rPr>
        <w:t>in His forbearance He had passed over the sins committed beforehand</w:t>
      </w:r>
      <w:r>
        <w:rPr>
          <w:b w:val="false"/>
          <w:i w:val="false"/>
          <w:color w:val="000000"/>
          <w:u w:val="none"/>
        </w:rPr>
        <w:t xml:space="preserve"> [1BDI]</w:t>
      </w:r>
      <w:r>
        <w:rPr>
          <w:u w:val="none"/>
        </w:rPr>
        <w:t>.</w:t>
      </w:r>
    </w:p>
    <w:p>
      <w:pPr>
        <w:pStyle w:val="Yellow"/>
        <w:rPr/>
      </w:pPr>
      <w:r>
        <w:t xml:space="preserve">(Ro11:26 “all Israel”) </w:t>
      </w:r>
      <w:r>
        <w:rPr>
          <w:b/>
        </w:rPr>
        <w:t>Romans 11:27</w:t>
      </w:r>
      <w:r>
        <w:t xml:space="preserve"> — And </w:t>
      </w:r>
      <w:r>
        <w:rPr>
          <w:shd w:fill="B7DDE8" w:val="clear"/>
        </w:rPr>
        <w:t>this is My covenant with {them}</w:t>
      </w:r>
      <w:r>
        <w:rPr>
          <w:b w:val="false"/>
          <w:i w:val="false"/>
          <w:color w:val="000000"/>
          <w:u w:val="none"/>
        </w:rPr>
        <w:t xml:space="preserve"> [2AJI]</w:t>
      </w:r>
      <w:r>
        <w:t xml:space="preserve"> </w:t>
      </w:r>
      <w:r>
        <w:rPr>
          <w:shd w:fill="F4B183" w:val="clear" w:color="auto"/>
          <w:color w:val="000000"/>
        </w:rPr>
        <w:t>when I take away their sins</w:t>
      </w:r>
      <w:r>
        <w:rPr>
          <w:b w:val="false"/>
          <w:i w:val="false"/>
          <w:color w:val="000000"/>
          <w:u w:val="none"/>
          <w:shd w:val="clear" w:color="auto" w:fill="F4B183"/>
        </w:rPr>
        <w:t xml:space="preserve"> [1AFD]</w:t>
      </w:r>
      <w:r>
        <w:t>.</w:t>
      </w:r>
    </w:p>
    <w:p>
      <w:pPr>
        <w:pStyle w:val="Green"/>
        <w:rPr/>
      </w:pPr>
      <w:r>
        <w:rPr>
          <w:b/>
        </w:rPr>
        <w:t>Colossians 2:13–14</w:t>
      </w:r>
      <w:r>
        <w:t xml:space="preserve"> — </w:t>
      </w:r>
      <w:r>
        <w:rPr>
          <w:color w:val="auto"/>
          <w:shd w:val="clear" w:color="auto" w:fill="D9C3E6"/>
        </w:rPr>
        <w:t xml:space="preserve">When </w:t>
      </w:r>
      <w:r>
        <w:rPr>
          <w:color w:val="auto"/>
          <w:shd w:val="clear" w:color="auto" w:fill="D9C3E6"/>
        </w:rPr>
        <w:t>you were dead in your trespasses and in the uncircumcision of your sinful nature</w:t>
      </w:r>
      <w:r>
        <w:rPr>
          <w:b w:val="false"/>
          <w:i w:val="false"/>
          <w:color w:val="FFFFFF"/>
          <w:u w:val="none"/>
          <w:shd w:val="clear" w:color="auto" w:fill="548235"/>
        </w:rPr>
        <w:t xml:space="preserve"> [2AXJ]</w:t>
      </w:r>
      <w:r>
        <w:rPr>
          <w:color w:val="auto"/>
          <w:shd w:val="clear" w:color="auto" w:fill="D9C3E6"/>
        </w:rPr>
        <w:t xml:space="preserve">, </w:t>
      </w:r>
      <w:r>
        <w:rPr>
          <w:shd w:val="clear" w:color="auto" w:fill="D9C3E6"/>
        </w:rPr>
        <w:t>God made you alive with Christ</w:t>
      </w:r>
      <w:r>
        <w:rPr>
          <w:b w:val="false"/>
          <w:i w:val="false"/>
          <w:color w:val="000000"/>
          <w:u w:val="none"/>
        </w:rPr>
        <w:t xml:space="preserve"> [2AXK]</w:t>
      </w:r>
      <w:r>
        <w:rPr>
          <w:shd w:val="clear" w:color="auto" w:fill="D9C3E6"/>
        </w:rPr>
        <w:t xml:space="preserve">. </w:t>
      </w:r>
      <w:r>
        <w:rPr>
          <w:shd w:fill="B7DDE8" w:val="clear"/>
        </w:rPr>
        <w:t>He forgave us all our trespasses</w:t>
      </w:r>
      <w:r>
        <w:rPr>
          <w:b w:val="false"/>
          <w:i w:val="false"/>
          <w:color w:val="000000"/>
          <w:u w:val="none"/>
        </w:rPr>
        <w:t xml:space="preserve"> [1AXM]</w:t>
      </w:r>
      <w:r>
        <w:t xml:space="preserve">, </w:t>
      </w:r>
      <w:r>
        <w:rPr>
          <w:shd w:fill="B7DDE8" w:val="clear"/>
        </w:rPr>
        <w:t>having canceled the debt ascribed to us in the decrees that stood against us</w:t>
      </w:r>
      <w:r>
        <w:rPr>
          <w:b w:val="false"/>
          <w:i w:val="false"/>
          <w:color w:val="000000"/>
          <w:u w:val="none"/>
        </w:rPr>
        <w:t xml:space="preserve"> [1AXN]</w:t>
      </w:r>
      <w:r>
        <w:t xml:space="preserve">. </w:t>
      </w:r>
      <w:r>
        <w:rPr>
          <w:shd w:fill="B7DDE8" w:val="clear"/>
        </w:rPr>
        <w:t>He took it away, nailing it to the cross</w:t>
      </w:r>
      <w:r>
        <w:rPr>
          <w:b w:val="false"/>
          <w:i w:val="false"/>
          <w:color w:val="000000"/>
          <w:u w:val="none"/>
        </w:rPr>
        <w:t xml:space="preserve"> [1AXO]</w:t>
      </w:r>
      <w:r>
        <w:t>!</w:t>
      </w:r>
    </w:p>
    <w:p>
      <w:pPr>
        <w:pStyle w:val="Yellow"/>
        <w:rPr/>
      </w:pPr>
      <w:r>
        <w:rPr>
          <w:b/>
        </w:rPr>
        <w:t>Colossians 3:13</w:t>
      </w:r>
      <w:r>
        <w:rPr/>
        <w:t xml:space="preserve"> — </w:t>
      </w:r>
      <w:r>
        <w:rPr>
          <w:shd w:val="clear" w:fill="B7DDE8"/>
        </w:rPr>
        <w:t>Forgive as the Lord forgave you</w:t>
      </w:r>
      <w:r>
        <w:rPr>
          <w:b w:val="false"/>
          <w:i w:val="false"/>
          <w:color w:val="000000"/>
          <w:u w:val="none"/>
        </w:rPr>
        <w:t xml:space="preserve"> [1CCP]</w:t>
      </w:r>
      <w:r>
        <w:rPr/>
        <w:t>.</w:t>
      </w:r>
    </w:p>
    <w:p>
      <w:pPr>
        <w:pStyle w:val="Yellow"/>
        <w:rPr/>
      </w:pPr>
      <w:r>
        <w:rPr>
          <w:u w:val="none"/>
          <w:shd w:val="clear" w:color="auto" w:fill="548235"/>
          <w:color w:val="FFFFFF"/>
        </w:rPr>
        <w:t xml:space="preserve">(1Jn2:1 “Jesus”) </w:t>
      </w:r>
      <w:r>
        <w:rPr>
          <w:b/>
          <w:u w:val="none"/>
          <w:shd w:val="clear" w:color="auto" w:fill="548235"/>
          <w:color w:val="FFFFFF"/>
        </w:rPr>
        <w:t>1 John 2:12</w:t>
      </w:r>
      <w:r>
        <w:rPr>
          <w:u w:val="none"/>
          <w:shd w:val="clear" w:color="auto" w:fill="548235"/>
          <w:color w:val="FFFFFF"/>
        </w:rPr>
        <w:t xml:space="preserve"> — </w:t>
      </w:r>
      <w:r>
        <w:rPr>
          <w:u w:val="none"/>
          <w:shd w:val="clear" w:fill="548235" w:color="auto"/>
          <w:color w:val="FFFFFF"/>
        </w:rPr>
        <w:t>I am writing to you, little children, because your sins have been forgiven</w:t>
      </w:r>
      <w:r>
        <w:rPr>
          <w:b w:val="false"/>
          <w:i w:val="false"/>
          <w:color w:val="FFFFFF"/>
          <w:u w:val="none"/>
          <w:shd w:val="clear" w:color="auto" w:fill="548235"/>
        </w:rPr>
        <w:t xml:space="preserve"> [1CDW]</w:t>
      </w:r>
      <w:r>
        <w:rPr>
          <w:u w:val="none"/>
          <w:shd w:val="clear" w:fill="548235" w:color="auto"/>
          <w:color w:val="FFFFFF"/>
        </w:rPr>
        <w:t xml:space="preserve"> through {His} name</w:t>
      </w:r>
      <w:r>
        <w:rPr>
          <w:b w:val="false"/>
          <w:i w:val="false"/>
          <w:color w:val="FFFFFF"/>
          <w:u w:val="none"/>
          <w:shd w:val="clear" w:color="auto" w:fill="548235"/>
        </w:rPr>
        <w:t xml:space="preserve"> [2CDX]</w:t>
      </w:r>
      <w:r>
        <w:rPr>
          <w:u w:val="none"/>
          <w:shd w:val="clear" w:color="auto" w:fill="548235"/>
          <w:color w:val="FFFFFF"/>
        </w:rPr>
        <w:t>.</w:t>
      </w:r>
    </w:p>
    <w:p>
      <w:r>
        <w:rPr>
          <w:b/>
          <w:sz w:val="32"/>
        </w:rPr>
        <w:t>Mercy  (58)</w:t>
      </w:r>
    </w:p>
    <w:p>
      <w:pPr>
        <w:pStyle w:val="Yellow"/>
        <w:rPr/>
      </w:pPr>
      <w:r>
        <w:rPr>
          <w:shd w:val="clear" w:color="auto" w:fill="548235"/>
          <w:color w:val="FFFFFF"/>
        </w:rPr>
        <w:t xml:space="preserve">(Ge18:26ᶜ “city of Sodom”) </w:t>
      </w:r>
      <w:r>
        <w:rPr>
          <w:b/>
          <w:shd w:val="clear" w:color="auto" w:fill="548235"/>
          <w:color w:val="FFFFFF"/>
        </w:rPr>
        <w:t xml:space="preserve">Genesis 18:31</w:t>
      </w:r>
      <w:r>
        <w:rPr>
          <w:shd w:val="clear" w:color="auto" w:fill="548235"/>
          <w:color w:val="FFFFFF"/>
        </w:rPr>
        <w:t xml:space="preserve"> — He answered, “</w:t>
      </w:r>
      <w:r>
        <w:rPr>
          <w:shd w:fill="548235" w:val="clear" w:color="auto"/>
          <w:color w:val="FFFFFF"/>
        </w:rPr>
        <w:t xml:space="preserve">On account of the twenty, I will not destroy {it}</w:t>
      </w:r>
      <w:r>
        <w:rPr>
          <w:b w:val="false"/>
          <w:i w:val="false"/>
          <w:color w:val="FFFFFF"/>
          <w:u w:val="none"/>
          <w:shd w:val="clear" w:color="auto" w:fill="548235"/>
        </w:rPr>
        <w:t xml:space="preserve"> [1JUU]</w:t>
      </w:r>
      <w:r>
        <w:rPr>
          <w:shd w:val="clear" w:color="auto" w:fill="548235"/>
          <w:color w:val="FFFFFF"/>
        </w:rPr>
        <w:t xml:space="preserve">.”</w:t>
      </w:r>
    </w:p>
    <w:p>
      <w:pPr>
        <w:pStyle w:val="Yellow"/>
        <w:rPr/>
      </w:pPr>
      <w:r>
        <w:rPr/>
        <w:t xml:space="preserve">(Nu11:1 “fire from the LORD”) </w:t>
      </w:r>
      <w:r>
        <w:rPr>
          <w:b/>
        </w:rPr>
        <w:t>Numbers 11:2</w:t>
      </w:r>
      <w:r>
        <w:rPr/>
        <w:t xml:space="preserve"> — And </w:t>
      </w:r>
      <w:r>
        <w:rPr>
          <w:shd w:val="clear" w:fill="B7DDE8"/>
        </w:rPr>
        <w:t>the people cried out to Moses</w:t>
      </w:r>
      <w:r>
        <w:rPr>
          <w:b w:val="false"/>
          <w:i w:val="false"/>
          <w:color w:val="000000"/>
          <w:u w:val="none"/>
        </w:rPr>
        <w:t xml:space="preserve"> [1CRN]</w:t>
      </w:r>
      <w:r>
        <w:rPr/>
        <w:t xml:space="preserve">, and </w:t>
      </w:r>
      <w:r>
        <w:rPr>
          <w:shd w:val="clear" w:fill="B7DDE8"/>
        </w:rPr>
        <w:t>he prayed to the LORD</w:t>
      </w:r>
      <w:r>
        <w:rPr>
          <w:b w:val="false"/>
          <w:i w:val="false"/>
          <w:color w:val="000000"/>
          <w:u w:val="none"/>
        </w:rPr>
        <w:t xml:space="preserve"> [2CRO]</w:t>
      </w:r>
      <w:r>
        <w:rPr/>
        <w:t xml:space="preserve">, and </w:t>
      </w:r>
      <w:r>
        <w:rPr>
          <w:shd w:val="clear" w:fill="B7DDE8"/>
        </w:rPr>
        <w:t>the {fire} died down</w:t>
      </w:r>
      <w:r>
        <w:rPr>
          <w:b w:val="false"/>
          <w:i w:val="false"/>
          <w:color w:val="000000"/>
          <w:u w:val="none"/>
        </w:rPr>
        <w:t xml:space="preserve"> [1CRP]</w:t>
      </w:r>
      <w:r>
        <w:rPr/>
        <w:t>.</w:t>
      </w:r>
    </w:p>
    <w:p>
      <w:pPr>
        <w:pStyle w:val="Yellow"/>
        <w:rPr/>
      </w:pPr>
      <w:r>
        <w:rPr>
          <w:color w:val="auto"/>
        </w:rPr>
        <w:t xml:space="preserve">(2Ki13:22 Israel was oppressed by Hazael) </w:t>
      </w:r>
      <w:r>
        <w:rPr>
          <w:b/>
          <w:color w:val="auto"/>
        </w:rPr>
        <w:t>2 Kings 13:23</w:t>
      </w:r>
      <w:r>
        <w:rPr>
          <w:color w:val="auto"/>
        </w:rPr>
        <w:t xml:space="preserve"> — </w:t>
      </w:r>
      <w:r>
        <w:rPr>
          <w:color w:val="auto"/>
        </w:rPr>
        <w:t xml:space="preserve">{But} </w:t>
      </w:r>
      <w:r>
        <w:rPr>
          <w:color w:val="auto"/>
        </w:rPr>
        <w:t>the LORD was gracious to {them}</w:t>
      </w:r>
      <w:r>
        <w:rPr>
          <w:b w:val="false"/>
          <w:i w:val="false"/>
          <w:color w:val="auto"/>
          <w:u w:val="none"/>
        </w:rPr>
        <w:t xml:space="preserve"> [1CIA]</w:t>
      </w:r>
      <w:r>
        <w:rPr>
          <w:color w:val="auto"/>
        </w:rPr>
        <w:t xml:space="preserve"> and </w:t>
      </w:r>
      <w:r>
        <w:rPr>
          <w:color w:val="auto"/>
        </w:rPr>
        <w:t>had compassion and concern for them</w:t>
      </w:r>
      <w:r>
        <w:rPr>
          <w:b w:val="false"/>
          <w:i w:val="false"/>
          <w:color w:val="auto"/>
          <w:u w:val="none"/>
        </w:rPr>
        <w:t xml:space="preserve"> [1CIB]</w:t>
      </w:r>
      <w:r>
        <w:rPr>
          <w:color w:val="auto"/>
        </w:rPr>
        <w:t xml:space="preserve"> because of His covenant with Abraham, Isaac, and Jacob</w:t>
      </w:r>
      <w:r>
        <w:rPr>
          <w:b w:val="false"/>
          <w:i w:val="false"/>
          <w:color w:val="auto"/>
          <w:u w:val="none"/>
        </w:rPr>
        <w:t xml:space="preserve"> [1AGO]</w:t>
      </w:r>
      <w:r>
        <w:rPr>
          <w:color w:val="auto"/>
        </w:rPr>
        <w:t xml:space="preserve">. And </w:t>
      </w:r>
      <w:r>
        <w:rPr>
          <w:color w:val="auto"/>
        </w:rPr>
        <w:t>to this day He has been unwilling to destroy them or cast them from His presence</w:t>
      </w:r>
      <w:r>
        <w:rPr>
          <w:b w:val="false"/>
          <w:i w:val="false"/>
          <w:color w:val="auto"/>
          <w:u w:val="none"/>
        </w:rPr>
        <w:t xml:space="preserve"> [1AGP]</w:t>
      </w:r>
      <w:r>
        <w:rPr>
          <w:color w:val="auto"/>
        </w:rPr>
        <w:t>.</w:t>
      </w:r>
    </w:p>
    <w:p>
      <w:pPr>
        <w:pStyle w:val="Yellow"/>
        <w:rPr/>
      </w:pPr>
      <w:r>
        <w:rPr>
          <w:b/>
        </w:rPr>
        <w:t>2 Chronicles 12:12</w:t>
      </w:r>
      <w:r>
        <w:t xml:space="preserve"> — Because </w:t>
      </w:r>
      <w:r>
        <w:rPr>
          <w:shd w:fill="B7DDE8" w:val="clear"/>
        </w:rPr>
        <w:t>Rehoboam humbled himself</w:t>
      </w:r>
      <w:r>
        <w:rPr>
          <w:b w:val="false"/>
          <w:i w:val="false"/>
          <w:u w:val="none"/>
          <w:color w:val="000000"/>
        </w:rPr>
        <w:t xml:space="preserve"> [1JEW]</w:t>
      </w:r>
      <w:r>
        <w:t xml:space="preserve">, </w:t>
      </w:r>
      <w:r>
        <w:rPr>
          <w:shd w:fill="B7DDE8" w:val="clear"/>
        </w:rPr>
        <w:t>the anger of the LORD turned away from him</w:t>
      </w:r>
      <w:r>
        <w:rPr>
          <w:b w:val="false"/>
          <w:i w:val="false"/>
          <w:color w:val="000000"/>
          <w:u w:val="none"/>
        </w:rPr>
        <w:t xml:space="preserve"> [3EQA]</w:t>
      </w:r>
      <w:r>
        <w:t xml:space="preserve">, and </w:t>
      </w:r>
      <w:r>
        <w:rPr>
          <w:shd w:fill="B7DDE8" w:val="clear"/>
        </w:rPr>
        <w:t>He did not destroy him completely</w:t>
      </w:r>
      <w:r>
        <w:rPr>
          <w:b w:val="false"/>
          <w:i w:val="false"/>
          <w:u w:val="none"/>
          <w:color w:val="000000"/>
        </w:rPr>
        <w:t xml:space="preserve"> [1MFW]</w:t>
      </w:r>
      <w:r>
        <w:t>.</w:t>
      </w:r>
    </w:p>
    <w:p>
      <w:pPr>
        <w:pStyle w:val="Yellow"/>
        <w:rPr/>
      </w:pPr>
      <w:r>
        <w:rPr>
          <w:shd w:val="clear" w:color="auto" w:fill="C00000"/>
          <w:color w:val="FFFFFF"/>
        </w:rPr>
        <w:t xml:space="preserve">(2Ch34:24–25 Jerusalem and its people) </w:t>
      </w:r>
      <w:r>
        <w:rPr>
          <w:b/>
          <w:shd w:val="clear" w:color="auto" w:fill="C00000"/>
          <w:color w:val="FFFFFF"/>
        </w:rPr>
        <w:t xml:space="preserve">2 Chronicles 34:27-28</w:t>
      </w:r>
      <w:r>
        <w:rPr>
          <w:shd w:val="clear" w:color="auto" w:fill="C00000"/>
          <w:color w:val="FFFFFF"/>
        </w:rPr>
        <w:t xml:space="preserve"> — </w:t>
      </w:r>
      <w:r>
        <w:rPr>
          <w:shd w:val="clear" w:color="auto" w:fill="C00000"/>
          <w:color w:val="FFFFFF"/>
        </w:rPr>
        <w:t xml:space="preserve">because your heart was tender and you humbled yourself before God when you heard His words against {this place} and against {its people}, and because you have humbled yourself before Me and have torn your clothes and wept before Me</w:t>
      </w:r>
      <w:r>
        <w:rPr>
          <w:b w:val="false"/>
          <w:i w:val="false"/>
          <w:u w:val="none"/>
          <w:shd w:val="clear" w:color="auto" w:fill="C00000"/>
          <w:color w:val="FFFFFF"/>
        </w:rPr>
        <w:t xml:space="preserve"> [2KNB]</w:t>
      </w:r>
      <w:r>
        <w:rPr>
          <w:shd w:val="clear" w:color="auto" w:fill="C00000"/>
          <w:color w:val="FFFFFF"/>
        </w:rPr>
        <w:t xml:space="preserve">, </w:t>
      </w:r>
      <w:r>
        <w:rPr>
          <w:shd w:val="clear" w:color="auto" w:fill="C00000"/>
          <w:color w:val="FFFFFF"/>
        </w:rPr>
        <w:t xml:space="preserve">I have heard you</w:t>
      </w:r>
      <w:r>
        <w:rPr>
          <w:b w:val="false"/>
          <w:i w:val="false"/>
          <w:u w:val="none"/>
          <w:shd w:val="clear" w:color="auto" w:fill="C00000"/>
          <w:color w:val="FFFFFF"/>
        </w:rPr>
        <w:t xml:space="preserve"> [2KNC]</w:t>
      </w:r>
      <w:r>
        <w:rPr>
          <w:shd w:val="clear" w:color="auto" w:fill="C00000"/>
          <w:color w:val="FFFFFF"/>
        </w:rPr>
        <w:t xml:space="preserve">,’ declares the LORD. ‘Now </w:t>
      </w:r>
      <w:r>
        <w:rPr>
          <w:shd w:val="clear" w:color="auto" w:fill="C00000"/>
          <w:color w:val="FFFFFF"/>
        </w:rPr>
        <w:t xml:space="preserve">I will indeed gather you to your fathers, and you will be gathered to your grave in peace</w:t>
      </w:r>
      <w:r>
        <w:rPr>
          <w:b w:val="false"/>
          <w:i w:val="false"/>
          <w:u w:val="none"/>
          <w:shd w:val="clear" w:color="auto" w:fill="C00000"/>
          <w:color w:val="FFFFFF"/>
        </w:rPr>
        <w:t xml:space="preserve"> [2KND]</w:t>
      </w:r>
      <w:r>
        <w:rPr>
          <w:shd w:val="clear" w:color="auto" w:fill="C00000"/>
          <w:color w:val="FFFFFF"/>
        </w:rPr>
        <w:t xml:space="preserve">. </w:t>
      </w:r>
      <w:r>
        <w:rPr>
          <w:shd w:val="clear" w:color="auto" w:fill="C00000"/>
          <w:color w:val="FFFFFF"/>
        </w:rPr>
        <w:t xml:space="preserve">Your eyes will not see all the calamity that I will bring on this place and on its inhabitants</w:t>
      </w:r>
      <w:r>
        <w:rPr>
          <w:b w:val="false"/>
          <w:i w:val="false"/>
          <w:u w:val="none"/>
          <w:shd w:val="clear" w:color="auto" w:fill="C00000"/>
          <w:color w:val="FFFFFF"/>
        </w:rPr>
        <w:t xml:space="preserve"> [2KNE]</w:t>
      </w:r>
      <w:r>
        <w:rPr>
          <w:shd w:val="clear" w:color="auto" w:fill="C00000"/>
          <w:color w:val="FFFFFF"/>
        </w:rPr>
        <w:t xml:space="preserve">.’”</w:t>
      </w:r>
    </w:p>
    <w:p>
      <w:pPr>
        <w:pStyle w:val="Yellow"/>
        <w:rPr/>
      </w:pPr>
      <w:r>
        <w:rPr/>
        <w:t xml:space="preserve">(Neh9:30 after God gave Israel to neighboring peoples) </w:t>
      </w:r>
      <w:r>
        <w:rPr>
          <w:b/>
        </w:rPr>
        <w:t>Nehemiah 9:31</w:t>
      </w:r>
      <w:r>
        <w:rPr/>
        <w:t xml:space="preserve"> — {But} </w:t>
      </w:r>
      <w:r>
        <w:rPr>
          <w:shd w:val="clear" w:fill="B7DDE8"/>
        </w:rPr>
        <w:t>in Your great compassion, You did not put an end to {them}</w:t>
      </w:r>
      <w:r>
        <w:rPr>
          <w:b w:val="false"/>
          <w:i w:val="false"/>
          <w:color w:val="000000"/>
          <w:u w:val="none"/>
        </w:rPr>
        <w:t xml:space="preserve"> [1FOJ]</w:t>
      </w:r>
      <w:r>
        <w:rPr/>
        <w:t xml:space="preserve">; </w:t>
      </w:r>
      <w:r>
        <w:rPr>
          <w:shd w:val="clear" w:color="auto" w:fill="D9C3E6"/>
        </w:rPr>
        <w:t>nor did You forsake them</w:t>
      </w:r>
      <w:r>
        <w:rPr>
          <w:b w:val="false"/>
          <w:i w:val="false"/>
          <w:color w:val="000000"/>
          <w:u w:val="none"/>
        </w:rPr>
        <w:t xml:space="preserve"> [2FOE]</w:t>
      </w:r>
      <w:r>
        <w:rPr>
          <w:shd w:val="clear" w:color="auto" w:fill="D9C3E6"/>
        </w:rPr>
        <w:t xml:space="preserve">, for </w:t>
      </w:r>
      <w:r>
        <w:rPr>
          <w:shd w:val="clear" w:color="auto" w:fill="D9C3E6"/>
        </w:rPr>
        <w:t>You are a gracious and compassionate God</w:t>
      </w:r>
      <w:r>
        <w:rPr>
          <w:b w:val="false"/>
          <w:i w:val="false"/>
          <w:color w:val="000000"/>
          <w:u w:val="none"/>
        </w:rPr>
        <w:t xml:space="preserve"> [19FI]</w:t>
      </w:r>
      <w:r>
        <w:rPr>
          <w:shd w:val="clear" w:color="auto" w:fill="D9C3E6"/>
        </w:rPr>
        <w:t>.</w:t>
      </w:r>
    </w:p>
    <w:p>
      <w:pPr>
        <w:pStyle w:val="Yellow"/>
        <w:rPr/>
      </w:pPr>
      <w:r>
        <w:rPr/>
        <w:t xml:space="preserve">(Ps9:11 the LORD) </w:t>
      </w:r>
      <w:r>
        <w:rPr>
          <w:b/>
        </w:rPr>
        <w:t xml:space="preserve">Psalm 9:12</w:t>
      </w:r>
      <w:r>
        <w:rPr/>
        <w:t xml:space="preserve"> — </w:t>
      </w:r>
      <w:r>
        <w:rPr>
          <w:shd w:fill="B7DDE8" w:val="clear"/>
        </w:rPr>
        <w:t xml:space="preserve">{The Avenger of bloodshed} remembers</w:t>
      </w:r>
      <w:r>
        <w:rPr>
          <w:b w:val="false"/>
          <w:i w:val="false"/>
          <w:color w:val="000000"/>
          <w:u w:val="none"/>
        </w:rPr>
        <w:t xml:space="preserve"> [1GUP]</w:t>
      </w:r>
      <w:r>
        <w:rPr/>
        <w:t xml:space="preserve">; </w:t>
      </w:r>
      <w:r>
        <w:rPr>
          <w:shd w:fill="B7DDE8" w:val="clear"/>
        </w:rPr>
        <w:t xml:space="preserve">He does not ignore the cry of the afflicted</w:t>
      </w:r>
      <w:r>
        <w:rPr>
          <w:b w:val="false"/>
          <w:i w:val="false"/>
          <w:color w:val="000000"/>
          <w:u w:val="none"/>
        </w:rPr>
        <w:t xml:space="preserve"> [1GUQ]</w:t>
      </w:r>
      <w:r>
        <w:rPr/>
        <w:t xml:space="preserve">.</w:t>
      </w:r>
    </w:p>
    <w:p>
      <w:pPr>
        <w:pStyle w:val="Yellow"/>
        <w:rPr/>
      </w:pPr>
      <w:r>
        <w:rPr/>
        <w:t xml:space="preserve">(Ps22:23 the LORD / the afflicted) </w:t>
      </w:r>
      <w:r>
        <w:rPr>
          <w:b/>
        </w:rPr>
        <w:t>Psalm 22:24</w:t>
      </w:r>
      <w:r>
        <w:rPr/>
        <w:t xml:space="preserve"> — </w:t>
      </w:r>
      <w:r>
        <w:rPr>
          <w:shd w:val="clear" w:fill="F4B183" w:color="auto"/>
          <w:color w:val="000000"/>
        </w:rPr>
        <w:t>{He} has not despised or detested the torment of {the afflicted}</w:t>
      </w:r>
      <w:r>
        <w:rPr>
          <w:b w:val="false"/>
          <w:i w:val="false"/>
          <w:color w:val="000000"/>
          <w:u w:val="none"/>
          <w:shd w:val="clear" w:color="auto" w:fill="F4B183"/>
        </w:rPr>
        <w:t xml:space="preserve"> [1CPI]</w:t>
      </w:r>
      <w:r>
        <w:rPr/>
        <w:t xml:space="preserve">. </w:t>
      </w:r>
      <w:r>
        <w:rPr>
          <w:shd w:val="clear" w:fill="B7DDE8"/>
        </w:rPr>
        <w:t>He has not hidden His face from him</w:t>
      </w:r>
      <w:r>
        <w:rPr>
          <w:b w:val="false"/>
          <w:i w:val="false"/>
          <w:color w:val="000000"/>
          <w:u w:val="none"/>
        </w:rPr>
        <w:t xml:space="preserve"> [1CPJ]</w:t>
      </w:r>
      <w:r>
        <w:rPr/>
        <w:t xml:space="preserve">, but </w:t>
      </w:r>
      <w:r>
        <w:rPr>
          <w:shd w:val="clear" w:fill="B7DDE8"/>
        </w:rPr>
        <w:t>has attended to his cry for help</w:t>
      </w:r>
      <w:r>
        <w:rPr>
          <w:b w:val="false"/>
          <w:i w:val="false"/>
          <w:color w:val="000000"/>
          <w:u w:val="none"/>
        </w:rPr>
        <w:t xml:space="preserve"> [1CPK]</w:t>
      </w:r>
      <w:r>
        <w:rPr/>
        <w:t>.</w:t>
      </w:r>
    </w:p>
    <w:p>
      <w:pPr>
        <w:pStyle w:val="Yellow"/>
        <w:rPr/>
      </w:pPr>
      <w:r>
        <w:rPr>
          <w:b/>
        </w:rPr>
        <w:t xml:space="preserve">Psalm 69:33</w:t>
      </w:r>
      <w:r>
        <w:rPr/>
        <w:t xml:space="preserve"> — </w:t>
      </w:r>
      <w:r>
        <w:rPr>
          <w:shd w:fill="B7DDE8" w:val="clear"/>
        </w:rPr>
        <w:t xml:space="preserve">the LORD listens to the needy</w:t>
      </w:r>
      <w:r>
        <w:rPr>
          <w:b w:val="false"/>
          <w:i w:val="false"/>
          <w:color w:val="000000"/>
          <w:u w:val="none"/>
        </w:rPr>
        <w:t xml:space="preserve"> [1KBP]</w:t>
      </w:r>
      <w:r>
        <w:rPr/>
        <w:t xml:space="preserve"> and </w:t>
      </w:r>
      <w:r>
        <w:rPr>
          <w:shd w:fill="B7DDE8" w:val="clear"/>
        </w:rPr>
        <w:t xml:space="preserve">does not despise His captive people</w:t>
      </w:r>
      <w:r>
        <w:rPr>
          <w:b w:val="false"/>
          <w:i w:val="false"/>
          <w:color w:val="000000"/>
          <w:u w:val="none"/>
        </w:rPr>
        <w:t xml:space="preserve"> [1KBQ]</w:t>
      </w:r>
      <w:r>
        <w:rPr/>
        <w:t xml:space="preserve">.</w:t>
      </w:r>
    </w:p>
    <w:p>
      <w:pPr>
        <w:pStyle w:val="Green"/>
        <w:rPr/>
      </w:pPr>
      <w:r>
        <w:rPr/>
        <w:t xml:space="preserve">(Ps103:8 “the LORD”) </w:t>
      </w:r>
      <w:r>
        <w:rPr>
          <w:b/>
        </w:rPr>
        <w:t xml:space="preserve">Psalm 103:9–10</w:t>
      </w:r>
      <w:r>
        <w:rPr/>
        <w:t xml:space="preserve"> — </w:t>
      </w:r>
      <w:r>
        <w:rPr>
          <w:shd w:fill="548235" w:val="clear" w:color="auto"/>
          <w:color w:val="FFFFFF"/>
        </w:rPr>
        <w:t xml:space="preserve">{He} will not always accuse us</w:t>
      </w:r>
      <w:r>
        <w:rPr>
          <w:b w:val="false"/>
          <w:i w:val="false"/>
          <w:color w:val="FFFFFF"/>
          <w:u w:val="none"/>
          <w:shd w:val="clear" w:color="auto" w:fill="548235"/>
        </w:rPr>
        <w:t xml:space="preserve"> [1IRA]</w:t>
      </w:r>
      <w:r>
        <w:rPr>
          <w:shd w:val="clear" w:color="auto" w:fill="548235"/>
          <w:color w:val="FFFFFF"/>
        </w:rPr>
        <w:t xml:space="preserve">, </w:t>
      </w:r>
      <w:r>
        <w:rPr>
          <w:shd w:fill="548235" w:val="clear" w:color="auto"/>
          <w:color w:val="FFFFFF"/>
        </w:rPr>
        <w:t xml:space="preserve">nor harbor His anger forever</w:t>
      </w:r>
      <w:r>
        <w:rPr>
          <w:b w:val="false"/>
          <w:i w:val="false"/>
          <w:color w:val="FFFFFF"/>
          <w:u w:val="none"/>
          <w:shd w:val="clear" w:color="auto" w:fill="548235"/>
        </w:rPr>
        <w:t xml:space="preserve"> [4AHP]</w:t>
      </w:r>
      <w:r>
        <w:rPr/>
        <w:t xml:space="preserve">. </w:t>
      </w:r>
      <w:r>
        <w:rPr>
          <w:shd w:fill="B7DDE8" w:val="clear"/>
        </w:rPr>
        <w:t xml:space="preserve">He has not dealt with us according to our sins</w:t>
      </w:r>
      <w:r>
        <w:rPr>
          <w:b w:val="false"/>
          <w:i w:val="false"/>
          <w:color w:val="000000"/>
          <w:u w:val="none"/>
        </w:rPr>
        <w:t xml:space="preserve"> [1IRB]</w:t>
      </w:r>
      <w:r>
        <w:rPr/>
        <w:t xml:space="preserve"> or </w:t>
      </w:r>
      <w:r>
        <w:rPr>
          <w:shd w:fill="B7DDE8" w:val="clear"/>
        </w:rPr>
        <w:t xml:space="preserve">repaid us according to our iniquities</w:t>
      </w:r>
      <w:r>
        <w:rPr>
          <w:b w:val="false"/>
          <w:i w:val="false"/>
          <w:color w:val="000000"/>
          <w:u w:val="none"/>
        </w:rPr>
        <w:t xml:space="preserve"> [1IRB]</w:t>
      </w:r>
      <w:r>
        <w:rPr/>
        <w:t xml:space="preserve">.</w:t>
      </w:r>
    </w:p>
    <w:p>
      <w:pPr>
        <w:pStyle w:val="Green"/>
        <w:rPr/>
      </w:pPr>
      <w:r>
        <w:rPr>
          <w:b/>
        </w:rPr>
        <w:t>Psalm 103:13–14</w:t>
      </w:r>
      <w:r>
        <w:rPr/>
        <w:t xml:space="preserve"> — </w:t>
      </w:r>
      <w:r>
        <w:rPr>
          <w:shd w:fill="B7DDE8" w:val="clear"/>
        </w:rPr>
        <w:t>As a father has compassion on his children, so the LORD has compassion on those who fear Him</w:t>
      </w:r>
      <w:r>
        <w:rPr>
          <w:b w:val="false"/>
          <w:i w:val="false"/>
          <w:color w:val="000000"/>
          <w:u w:val="none"/>
        </w:rPr>
        <w:t xml:space="preserve"> [1FUF]</w:t>
      </w:r>
      <w:r>
        <w:rPr/>
        <w:t xml:space="preserve">. For </w:t>
      </w:r>
      <w:r>
        <w:rPr>
          <w:shd w:fill="B7DDE8" w:val="clear"/>
        </w:rPr>
        <w:t>He knows our frame</w:t>
      </w:r>
      <w:r>
        <w:rPr>
          <w:b w:val="false"/>
          <w:i w:val="false"/>
          <w:color w:val="000000"/>
          <w:u w:val="none"/>
        </w:rPr>
        <w:t xml:space="preserve"> [1FUG]</w:t>
      </w:r>
      <w:r>
        <w:rPr/>
        <w:t xml:space="preserve">; </w:t>
      </w:r>
      <w:r>
        <w:rPr>
          <w:shd w:fill="B7DDE8" w:val="clear"/>
        </w:rPr>
        <w:t>He is mindful that we are dust</w:t>
      </w:r>
      <w:r>
        <w:rPr>
          <w:b w:val="false"/>
          <w:i w:val="false"/>
          <w:color w:val="000000"/>
          <w:u w:val="none"/>
        </w:rPr>
        <w:t xml:space="preserve"> [1FUH]</w:t>
      </w:r>
      <w:r>
        <w:rPr/>
        <w:t>.</w:t>
      </w:r>
    </w:p>
    <w:p>
      <w:pPr>
        <w:pStyle w:val="Yellow"/>
        <w:rPr/>
      </w:pPr>
      <w:r>
        <w:rPr/>
        <w:t xml:space="preserve">(Ps106:40 “the LORD” / Ps106:40 “His people”) </w:t>
      </w:r>
      <w:r>
        <w:rPr>
          <w:b/>
        </w:rPr>
        <w:t xml:space="preserve">Psalm 106:46</w:t>
      </w:r>
      <w:r>
        <w:rPr/>
        <w:t xml:space="preserve"> — </w:t>
      </w:r>
      <w:r>
        <w:rPr>
          <w:shd w:fill="B7DDE8" w:val="clear"/>
        </w:rPr>
        <w:t xml:space="preserve">{He} made {them} objects of compassion to all who held them captive</w:t>
      </w:r>
      <w:r>
        <w:rPr>
          <w:b w:val="false"/>
          <w:i w:val="false"/>
          <w:color w:val="000000"/>
          <w:u w:val="none"/>
        </w:rPr>
        <w:t xml:space="preserve"> [1KBO]</w:t>
      </w:r>
      <w:r>
        <w:rPr/>
        <w:t xml:space="preserve">.</w:t>
      </w:r>
    </w:p>
    <w:p>
      <w:pPr>
        <w:pStyle w:val="Red"/>
        <w:rPr/>
      </w:pPr>
      <w:r>
        <w:rPr>
          <w:b/>
          <w:u w:val="none"/>
          <w:shd w:val="clear" w:color="auto" w:fill="C00000"/>
          <w:color w:val="FFFFFF"/>
        </w:rPr>
        <w:t>Psalm 111:4</w:t>
      </w:r>
      <w:r>
        <w:rPr>
          <w:u w:val="none"/>
          <w:shd w:val="clear" w:color="auto" w:fill="C00000"/>
          <w:color w:val="FFFFFF"/>
        </w:rPr>
        <w:t xml:space="preserve"> — </w:t>
      </w:r>
      <w:r>
        <w:rPr>
          <w:u w:val="none"/>
          <w:shd w:val="clear" w:color="auto" w:fill="C00000"/>
          <w:color w:val="FFFFFF"/>
        </w:rPr>
        <w:t>the LORD is gracious and compassionate</w:t>
      </w:r>
      <w:r>
        <w:rPr>
          <w:b w:val="false"/>
          <w:i w:val="false"/>
          <w:u w:val="none"/>
          <w:shd w:val="clear" w:color="auto" w:fill="C00000"/>
          <w:color w:val="FFFFFF"/>
        </w:rPr>
        <w:t xml:space="preserve"> [19FI]</w:t>
      </w:r>
      <w:r>
        <w:rPr>
          <w:u w:val="none"/>
          <w:shd w:val="clear" w:color="auto" w:fill="C00000"/>
          <w:color w:val="FFFFFF"/>
        </w:rPr>
        <w:t>.</w:t>
      </w:r>
    </w:p>
    <w:p>
      <w:pPr>
        <w:pStyle w:val="Yellow"/>
        <w:rPr/>
        <w:pBdr>
          <w:left w:val="single" w:sz="28" w:space="5" w:color="C00000"/>
        </w:pBdr>
      </w:pPr>
      <w:r>
        <w:rPr>
          <w:b/>
        </w:rPr>
        <w:t>Psalm 112:4</w:t>
      </w:r>
      <w:r>
        <w:rPr/>
        <w:t xml:space="preserve"> — </w:t>
      </w:r>
      <w:r>
        <w:rPr>
          <w:shd w:val="clear" w:fill="B7DDE8"/>
        </w:rPr>
        <w:t>Light dawns in the darkness for the upright</w:t>
      </w:r>
      <w:r>
        <w:rPr>
          <w:b w:val="false"/>
          <w:i w:val="false"/>
          <w:color w:val="000000"/>
          <w:u w:val="none"/>
        </w:rPr>
        <w:t xml:space="preserve"> [1FOK]</w:t>
      </w:r>
      <w:r>
        <w:rPr>
          <w:shd w:val="clear" w:color="auto" w:fill="548235"/>
          <w:color w:val="FFFFFF"/>
        </w:rPr>
        <w:t xml:space="preserve">—for </w:t>
      </w:r>
      <w:r>
        <w:rPr>
          <w:shd w:val="clear" w:fill="548235" w:color="auto"/>
          <w:color w:val="FFFFFF"/>
        </w:rPr>
        <w:t>the gracious, compassionate, and righteous</w:t>
      </w:r>
      <w:r>
        <w:rPr>
          <w:b w:val="false"/>
          <w:i w:val="false"/>
          <w:color w:val="FFFFFF"/>
          <w:u w:val="none"/>
          <w:shd w:val="clear" w:color="auto" w:fill="548235"/>
        </w:rPr>
        <w:t xml:space="preserve"> [1FOL]</w:t>
      </w:r>
      <w:r>
        <w:rPr>
          <w:shd w:val="clear" w:color="auto" w:fill="548235"/>
          <w:color w:val="FFFFFF"/>
        </w:rPr>
        <w:t>.</w:t>
      </w:r>
    </w:p>
    <w:p>
      <w:pPr>
        <w:pStyle w:val="Green"/>
        <w:numPr>
          <w:ilvl w:val="0"/>
          <w:numId w:val="7"/>
        </w:numPr>
        <w:rPr/>
        <w:pBdr>
          <w:left w:val="single" w:sz="28" w:space="4" w:color="C00000"/>
        </w:pBdr>
      </w:pPr>
      <w:r>
        <w:rPr>
          <w:b/>
          <w:u w:val="none"/>
        </w:rPr>
        <w:t>Psalm 116:5</w:t>
      </w:r>
      <w:r>
        <w:rPr>
          <w:u w:val="none"/>
        </w:rPr>
        <w:t xml:space="preserve"> — </w:t>
      </w:r>
      <w:r>
        <w:rPr>
          <w:u w:val="none"/>
          <w:shd w:fill="B7DDE8" w:val="clear"/>
        </w:rPr>
        <w:t>The LORD is gracious</w:t>
      </w:r>
      <w:r>
        <w:rPr>
          <w:b w:val="false"/>
          <w:i w:val="false"/>
          <w:u w:val="none"/>
          <w:color w:val="000000"/>
        </w:rPr>
        <w:t xml:space="preserve"> [19FI]</w:t>
      </w:r>
      <w:r>
        <w:rPr>
          <w:u w:val="none"/>
        </w:rPr>
        <w:t xml:space="preserve"> and </w:t>
      </w:r>
      <w:r>
        <w:rPr>
          <w:u w:val="none"/>
          <w:shd w:fill="B7DDE8" w:val="clear"/>
        </w:rPr>
        <w:t>righteous</w:t>
      </w:r>
      <w:r>
        <w:rPr>
          <w:b w:val="false"/>
          <w:i w:val="false"/>
          <w:color w:val="000000"/>
          <w:u w:val="none"/>
        </w:rPr>
        <w:t xml:space="preserve"> [16FJ]</w:t>
      </w:r>
      <w:r>
        <w:rPr>
          <w:u w:val="none"/>
        </w:rPr>
        <w:t xml:space="preserve">; </w:t>
      </w:r>
      <w:r>
        <w:rPr>
          <w:u w:val="none"/>
          <w:shd w:fill="B7DDE8" w:val="clear"/>
        </w:rPr>
        <w:t>our God is full of compassion</w:t>
      </w:r>
      <w:r>
        <w:rPr>
          <w:b w:val="false"/>
          <w:i w:val="false"/>
          <w:u w:val="none"/>
          <w:color w:val="000000"/>
        </w:rPr>
        <w:t xml:space="preserve"> [19FI]</w:t>
      </w:r>
      <w:r>
        <w:rPr>
          <w:u w:val="none"/>
        </w:rPr>
        <w:t>.</w:t>
      </w:r>
    </w:p>
    <w:p>
      <w:pPr>
        <w:pStyle w:val="Yellow"/>
        <w:rPr/>
      </w:pPr>
      <w:r>
        <w:rPr>
          <w:b/>
        </w:rPr>
        <w:t>Psalm 119:132</w:t>
      </w:r>
      <w:r>
        <w:rPr/>
        <w:t xml:space="preserve"> — </w:t>
      </w:r>
      <w:r>
        <w:rPr>
          <w:shd w:fill="B7DDE8" w:val="clear"/>
        </w:rPr>
        <w:t>Turn to me and show me mercy</w:t>
      </w:r>
      <w:r>
        <w:rPr>
          <w:b w:val="false"/>
          <w:i w:val="false"/>
          <w:color w:val="000000"/>
          <w:u w:val="none"/>
        </w:rPr>
        <w:t xml:space="preserve"> [1FSW]</w:t>
      </w:r>
      <w:r>
        <w:rPr/>
        <w:t xml:space="preserve">, </w:t>
      </w:r>
      <w:r>
        <w:rPr>
          <w:shd w:fill="B7DDE8" w:val="clear"/>
        </w:rPr>
        <w:t>as You do to those who love Your name</w:t>
      </w:r>
      <w:r>
        <w:rPr>
          <w:b w:val="false"/>
          <w:i w:val="false"/>
          <w:color w:val="000000"/>
          <w:u w:val="none"/>
        </w:rPr>
        <w:t xml:space="preserve"> [1FSX]</w:t>
      </w:r>
      <w:r>
        <w:rPr/>
        <w:t>.</w:t>
      </w:r>
    </w:p>
    <w:p>
      <w:pPr>
        <w:pStyle w:val="Yellow"/>
        <w:rPr/>
      </w:pPr>
      <w:r>
        <w:rPr>
          <w:b/>
          <w:shd w:val="clear" w:color="auto" w:fill="548235"/>
          <w:color w:val="FFFFFF"/>
        </w:rPr>
        <w:t xml:space="preserve">Psalm 119:156</w:t>
      </w:r>
      <w:r>
        <w:rPr>
          <w:shd w:val="clear" w:color="auto" w:fill="548235"/>
          <w:color w:val="FFFFFF"/>
        </w:rPr>
        <w:t xml:space="preserve"> — </w:t>
      </w:r>
      <w:r>
        <w:rPr>
          <w:shd w:fill="548235" w:val="clear" w:color="auto"/>
          <w:color w:val="FFFFFF"/>
        </w:rPr>
        <w:t xml:space="preserve">Great are Your mercies, O LORD</w:t>
      </w:r>
      <w:r>
        <w:rPr>
          <w:b w:val="false"/>
          <w:i w:val="false"/>
          <w:color w:val="FFFFFF"/>
          <w:u w:val="none"/>
          <w:shd w:val="clear" w:color="auto" w:fill="548235"/>
        </w:rPr>
        <w:t xml:space="preserve"> [3LLA]</w:t>
      </w:r>
      <w:r>
        <w:rPr>
          <w:shd w:val="clear" w:color="auto" w:fill="548235"/>
          <w:color w:val="FFFFFF"/>
        </w:rPr>
        <w:t xml:space="preserve">;</w:t>
      </w:r>
    </w:p>
    <w:p>
      <w:pPr>
        <w:pStyle w:val="Yellow"/>
        <w:rPr/>
      </w:pPr>
      <w:r>
        <w:rPr>
          <w:b/>
          <w:shd w:val="clear" w:color="auto" w:fill="C00000"/>
          <w:color w:val="FFFFFF"/>
        </w:rPr>
        <w:t>Psalm 123:2</w:t>
      </w:r>
      <w:r>
        <w:rPr>
          <w:shd w:val="clear" w:color="auto" w:fill="C00000"/>
          <w:color w:val="FFFFFF"/>
        </w:rPr>
        <w:t xml:space="preserve"> — </w:t>
      </w:r>
      <w:r>
        <w:rPr>
          <w:shd w:val="clear" w:color="auto" w:fill="C00000"/>
          <w:color w:val="FFFFFF"/>
        </w:rPr>
        <w:t>As the eyes of servants look to the hand of their master, as the eyes of a maidservant look to the hand of her mistress, so our eyes are on the LORD our God until He shows us mercy</w:t>
      </w:r>
      <w:r>
        <w:rPr>
          <w:b w:val="false"/>
          <w:i w:val="false"/>
          <w:u w:val="none"/>
          <w:shd w:val="clear" w:color="auto" w:fill="C00000"/>
          <w:color w:val="FFFFFF"/>
        </w:rPr>
        <w:t xml:space="preserve"> [1FVH]</w:t>
      </w:r>
      <w:r>
        <w:rPr>
          <w:shd w:val="clear" w:color="auto" w:fill="C00000"/>
          <w:color w:val="FFFFFF"/>
        </w:rPr>
        <w:t>.</w:t>
      </w:r>
    </w:p>
    <w:p>
      <w:pPr>
        <w:pStyle w:val="Yellow"/>
        <w:rPr/>
      </w:pPr>
      <w:r>
        <w:rPr>
          <w:b/>
          <w:shd w:val="clear" w:color="auto" w:fill="C00000"/>
          <w:color w:val="FFFFFF"/>
        </w:rPr>
        <w:t>Psalm 135:14</w:t>
      </w:r>
      <w:r>
        <w:rPr>
          <w:shd w:val="clear" w:color="auto" w:fill="C00000"/>
          <w:color w:val="FFFFFF"/>
        </w:rPr>
        <w:t xml:space="preserve"> — </w:t>
      </w:r>
      <w:r>
        <w:rPr>
          <w:shd w:val="clear" w:color="auto" w:fill="C00000"/>
          <w:color w:val="FFFFFF"/>
        </w:rPr>
        <w:t>the LORD will vindicate His people</w:t>
      </w:r>
      <w:r>
        <w:rPr>
          <w:b w:val="false"/>
          <w:i w:val="false"/>
          <w:u w:val="none"/>
          <w:shd w:val="clear" w:color="auto" w:fill="C00000"/>
          <w:color w:val="FFFFFF"/>
        </w:rPr>
        <w:t xml:space="preserve"> [2FVI]</w:t>
      </w:r>
      <w:r>
        <w:rPr>
          <w:shd w:val="clear" w:color="auto" w:fill="C00000"/>
          <w:color w:val="FFFFFF"/>
        </w:rPr>
        <w:t xml:space="preserve"> and </w:t>
      </w:r>
      <w:r>
        <w:rPr>
          <w:shd w:val="clear" w:color="auto" w:fill="C00000"/>
          <w:color w:val="FFFFFF"/>
        </w:rPr>
        <w:t>will have compassion on His servants</w:t>
      </w:r>
      <w:r>
        <w:rPr>
          <w:b w:val="false"/>
          <w:i w:val="false"/>
          <w:u w:val="none"/>
          <w:shd w:val="clear" w:color="auto" w:fill="C00000"/>
          <w:color w:val="FFFFFF"/>
        </w:rPr>
        <w:t xml:space="preserve"> [2FVJ]</w:t>
      </w:r>
      <w:r>
        <w:rPr>
          <w:shd w:val="clear" w:color="auto" w:fill="C00000"/>
          <w:color w:val="FFFFFF"/>
        </w:rPr>
        <w:t>.</w:t>
      </w:r>
    </w:p>
    <w:p>
      <w:pPr>
        <w:pStyle w:val="Yellow"/>
        <w:rPr/>
      </w:pPr>
      <w:r>
        <w:rPr>
          <w:b/>
          <w:u w:val="none"/>
        </w:rPr>
        <w:t>Psalm 145:9</w:t>
      </w:r>
      <w:r>
        <w:rPr>
          <w:u w:val="none"/>
        </w:rPr>
        <w:t xml:space="preserve"> — </w:t>
      </w:r>
      <w:r>
        <w:rPr>
          <w:u w:val="none"/>
          <w:shd w:fill="B7DDE8" w:val="clear"/>
        </w:rPr>
        <w:t>The LORD is good</w:t>
      </w:r>
      <w:r>
        <w:rPr>
          <w:u w:val="none"/>
          <w:shd w:fill="B7DDE8" w:val="clear"/>
        </w:rPr>
        <w:t xml:space="preserve"> to all</w:t>
      </w:r>
      <w:r>
        <w:rPr>
          <w:b w:val="false"/>
          <w:i w:val="false"/>
          <w:color w:val="000000"/>
          <w:u w:val="none"/>
        </w:rPr>
        <w:t xml:space="preserve"> [1FF]</w:t>
      </w:r>
      <w:r>
        <w:rPr>
          <w:u w:val="none"/>
        </w:rPr>
        <w:t xml:space="preserve">; </w:t>
      </w:r>
      <w:r>
        <w:rPr>
          <w:u w:val="none"/>
          <w:shd w:fill="B7DDE8" w:val="clear"/>
        </w:rPr>
        <w:t>His compassion rests on all He has made</w:t>
      </w:r>
      <w:r>
        <w:rPr>
          <w:b w:val="false"/>
          <w:i w:val="false"/>
          <w:color w:val="000000"/>
          <w:u w:val="none"/>
        </w:rPr>
        <w:t xml:space="preserve"> [1GS]</w:t>
      </w:r>
      <w:r>
        <w:rPr>
          <w:u w:val="none"/>
        </w:rPr>
        <w:t>.</w:t>
      </w:r>
    </w:p>
    <w:p>
      <w:pPr>
        <w:pStyle w:val="Yellow"/>
        <w:rPr/>
      </w:pPr>
      <w:r>
        <w:rPr>
          <w:b/>
        </w:rPr>
        <w:t>Psalm 146:8</w:t>
      </w:r>
      <w:r>
        <w:rPr/>
        <w:t xml:space="preserve"> — </w:t>
      </w:r>
      <w:r>
        <w:rPr>
          <w:shd w:val="clear" w:fill="B7DDE8"/>
        </w:rPr>
        <w:t>the LORD opens the eyes of the blind</w:t>
      </w:r>
      <w:r>
        <w:rPr>
          <w:b w:val="false"/>
          <w:i w:val="false"/>
          <w:color w:val="000000"/>
          <w:u w:val="none"/>
        </w:rPr>
        <w:t xml:space="preserve"> [1EOU]</w:t>
      </w:r>
      <w:r>
        <w:rPr/>
        <w:t xml:space="preserve">, </w:t>
      </w:r>
      <w:r>
        <w:rPr>
          <w:shd w:val="clear" w:fill="B7DDE8"/>
        </w:rPr>
        <w:t>the LORD lifts those who are weighed down</w:t>
      </w:r>
      <w:r>
        <w:rPr>
          <w:b w:val="false"/>
          <w:i w:val="false"/>
          <w:u w:val="none"/>
          <w:color w:val="000000"/>
        </w:rPr>
        <w:t xml:space="preserve"> [1EOV]</w:t>
      </w:r>
      <w:r>
        <w:rPr/>
        <w:t xml:space="preserve">, </w:t>
      </w:r>
      <w:r>
        <w:rPr>
          <w:shd w:val="clear" w:fill="B7DDE8"/>
        </w:rPr>
        <w:t>the LORD loves the righteous</w:t>
      </w:r>
      <w:r>
        <w:rPr>
          <w:b w:val="false"/>
          <w:i w:val="false"/>
          <w:color w:val="000000"/>
          <w:u w:val="none"/>
        </w:rPr>
        <w:t xml:space="preserve"> [1EOW]</w:t>
      </w:r>
      <w:r>
        <w:rPr/>
        <w:t>.</w:t>
      </w:r>
    </w:p>
    <w:p>
      <w:pPr>
        <w:pStyle w:val="Yellow"/>
        <w:rPr/>
      </w:pPr>
      <w:r>
        <w:t xml:space="preserve">(Pr6:32 “He who commits adultery lacks judgment”) </w:t>
      </w:r>
      <w:r>
        <w:rPr>
          <w:b/>
        </w:rPr>
        <w:t>Proverbs 6:34–35</w:t>
      </w:r>
      <w:r>
        <w:t xml:space="preserve"> — {For} </w:t>
      </w:r>
      <w:r>
        <w:rPr>
          <w:shd w:fill="B7DDE8" w:val="clear"/>
        </w:rPr>
        <w:t>jealousy enrages a husband</w:t>
      </w:r>
      <w:r>
        <w:rPr>
          <w:b w:val="false"/>
          <w:i w:val="false"/>
          <w:color w:val="000000"/>
          <w:u w:val="none"/>
        </w:rPr>
        <w:t xml:space="preserve"> [1BBG]</w:t>
      </w:r>
      <w:r>
        <w:t xml:space="preserve">, and </w:t>
      </w:r>
      <w:r>
        <w:rPr>
          <w:shd w:fill="B7DDE8" w:val="clear"/>
        </w:rPr>
        <w:t>he will show no mercy in the day of vengeance</w:t>
      </w:r>
      <w:r>
        <w:rPr>
          <w:b w:val="false"/>
          <w:i w:val="false"/>
          <w:color w:val="000000"/>
          <w:u w:val="none"/>
        </w:rPr>
        <w:t xml:space="preserve"> [1BBH]</w:t>
      </w:r>
      <w:r>
        <w:t xml:space="preserve">. </w:t>
      </w:r>
      <w:r>
        <w:rPr>
          <w:shd w:fill="B7DDE8" w:val="clear"/>
        </w:rPr>
        <w:t>He will not be appeased by any ransom</w:t>
      </w:r>
      <w:r>
        <w:rPr>
          <w:b w:val="false"/>
          <w:i w:val="false"/>
          <w:color w:val="000000"/>
          <w:u w:val="none"/>
        </w:rPr>
        <w:t xml:space="preserve"> [1BBI]</w:t>
      </w:r>
      <w:r>
        <w:t xml:space="preserve">, </w:t>
      </w:r>
      <w:r>
        <w:rPr>
          <w:shd w:fill="B7DDE8" w:val="clear"/>
        </w:rPr>
        <w:t>or persuaded by lavish gifts</w:t>
      </w:r>
      <w:r>
        <w:rPr>
          <w:b w:val="false"/>
          <w:i w:val="false"/>
          <w:color w:val="000000"/>
          <w:u w:val="none"/>
        </w:rPr>
        <w:t xml:space="preserve"> [1BBJ]</w:t>
      </w:r>
      <w:r>
        <w:t>.</w:t>
      </w:r>
    </w:p>
    <w:p>
      <w:pPr>
        <w:pStyle w:val="Yellow"/>
        <w:rPr/>
      </w:pPr>
      <w:r>
        <w:rPr>
          <w:b/>
        </w:rPr>
        <w:t>Proverbs 28:13</w:t>
      </w:r>
      <w:r>
        <w:rPr/>
        <w:t xml:space="preserve"> — </w:t>
      </w:r>
      <w:r>
        <w:rPr>
          <w:shd w:fill="B7DDE8" w:val="clear"/>
        </w:rPr>
        <w:t>He who conceals his sins will not prosper</w:t>
      </w:r>
      <w:r>
        <w:rPr>
          <w:b w:val="false"/>
          <w:i w:val="false"/>
          <w:color w:val="000000"/>
          <w:u w:val="none"/>
        </w:rPr>
        <w:t xml:space="preserve"> [1FRY]</w:t>
      </w:r>
      <w:r>
        <w:rPr/>
        <w:t xml:space="preserve">, but </w:t>
      </w:r>
      <w:r>
        <w:rPr>
          <w:shd w:fill="B7DDE8" w:val="clear"/>
        </w:rPr>
        <w:t>whoever confesses and renounces them will find mercy</w:t>
      </w:r>
      <w:r>
        <w:rPr>
          <w:b w:val="false"/>
          <w:i w:val="false"/>
          <w:color w:val="000000"/>
          <w:u w:val="none"/>
        </w:rPr>
        <w:t xml:space="preserve"> [1FRZ]</w:t>
      </w:r>
      <w:r>
        <w:rPr/>
        <w:t>.</w:t>
      </w:r>
    </w:p>
    <w:p>
      <w:pPr>
        <w:pStyle w:val="Yellow"/>
        <w:rPr/>
      </w:pPr>
      <w:r>
        <w:rPr>
          <w:shd w:val="clear" w:color="auto" w:fill="548235"/>
          <w:color w:val="FFFFFF"/>
        </w:rPr>
        <w:t xml:space="preserve">(Is30:15–17 although Judah refused repentance and trusted in flight) </w:t>
      </w:r>
      <w:r>
        <w:rPr>
          <w:b/>
          <w:shd w:val="clear" w:color="auto" w:fill="548235"/>
          <w:color w:val="FFFFFF"/>
        </w:rPr>
        <w:t>Isaiah 30:18</w:t>
      </w:r>
      <w:r>
        <w:rPr>
          <w:shd w:val="clear" w:color="auto" w:fill="548235"/>
          <w:color w:val="FFFFFF"/>
        </w:rPr>
        <w:t xml:space="preserve"> — {Therefore} </w:t>
      </w:r>
      <w:r>
        <w:rPr>
          <w:shd w:fill="548235" w:val="clear" w:color="auto"/>
          <w:color w:val="FFFFFF"/>
        </w:rPr>
        <w:t>the LORD longs to be gracious to you</w:t>
      </w:r>
      <w:r>
        <w:rPr>
          <w:b w:val="false"/>
          <w:i w:val="false"/>
          <w:color w:val="FFFFFF"/>
          <w:u w:val="none"/>
          <w:shd w:val="clear" w:color="auto" w:fill="548235"/>
        </w:rPr>
        <w:t xml:space="preserve"> [1FSA]</w:t>
      </w:r>
      <w:r>
        <w:rPr>
          <w:shd w:val="clear" w:color="auto" w:fill="548235"/>
          <w:color w:val="FFFFFF"/>
        </w:rPr>
        <w:t xml:space="preserve">; therefore </w:t>
      </w:r>
      <w:r>
        <w:rPr>
          <w:shd w:fill="548235" w:val="clear" w:color="auto"/>
          <w:color w:val="FFFFFF"/>
        </w:rPr>
        <w:t>He rises to show you compassion</w:t>
      </w:r>
      <w:r>
        <w:rPr>
          <w:b w:val="false"/>
          <w:i w:val="false"/>
          <w:color w:val="FFFFFF"/>
          <w:u w:val="none"/>
          <w:shd w:val="clear" w:color="auto" w:fill="548235"/>
        </w:rPr>
        <w:t xml:space="preserve"> [1FSB]</w:t>
      </w:r>
      <w:r>
        <w:rPr>
          <w:shd w:val="clear" w:color="auto" w:fill="548235"/>
          <w:color w:val="FFFFFF"/>
        </w:rPr>
        <w:t xml:space="preserve">, for </w:t>
      </w:r>
      <w:r>
        <w:rPr>
          <w:shd w:fill="548235" w:val="clear" w:color="auto"/>
          <w:color w:val="FFFFFF"/>
        </w:rPr>
        <w:t>the LORD is a just God</w:t>
      </w:r>
      <w:r>
        <w:rPr>
          <w:b w:val="false"/>
          <w:i w:val="false"/>
          <w:color w:val="FFFFFF"/>
          <w:u w:val="none"/>
          <w:shd w:val="clear" w:color="auto" w:fill="548235"/>
        </w:rPr>
        <w:t xml:space="preserve"> [16FJ]</w:t>
      </w:r>
      <w:r>
        <w:rPr>
          <w:shd w:val="clear" w:color="auto" w:fill="548235"/>
          <w:color w:val="FFFFFF"/>
        </w:rPr>
        <w:t xml:space="preserve">. </w:t>
      </w:r>
      <w:r>
        <w:rPr>
          <w:shd w:fill="548235" w:val="clear" w:color="auto"/>
          <w:color w:val="FFFFFF"/>
        </w:rPr>
        <w:t>Blessed are all who wait for Him</w:t>
      </w:r>
      <w:r>
        <w:rPr>
          <w:b w:val="false"/>
          <w:i w:val="false"/>
          <w:color w:val="FFFFFF"/>
          <w:u w:val="none"/>
          <w:shd w:val="clear" w:color="auto" w:fill="548235"/>
        </w:rPr>
        <w:t xml:space="preserve"> [1FSC]</w:t>
      </w:r>
      <w:r>
        <w:rPr>
          <w:shd w:val="clear" w:color="auto" w:fill="548235"/>
          <w:color w:val="FFFFFF"/>
        </w:rPr>
        <w:t>.</w:t>
      </w:r>
    </w:p>
    <w:p>
      <w:pPr>
        <w:pStyle w:val="Yellow"/>
        <w:rPr/>
      </w:pPr>
      <w:r>
        <w:rPr>
          <w:b/>
          <w:u w:val="none"/>
        </w:rPr>
        <w:t>Isaiah 30:19</w:t>
      </w:r>
      <w:r>
        <w:rPr>
          <w:u w:val="none"/>
        </w:rPr>
        <w:t xml:space="preserve"> — O people in Zion who dwell in Jerusalem, </w:t>
      </w:r>
      <w:r>
        <w:rPr>
          <w:u w:val="none"/>
          <w:shd w:val="clear" w:fill="F4B183" w:color="auto"/>
          <w:color w:val="000000"/>
        </w:rPr>
        <w:t>you will weep no more</w:t>
      </w:r>
      <w:r>
        <w:rPr>
          <w:b w:val="false"/>
          <w:i w:val="false"/>
          <w:color w:val="000000"/>
          <w:u w:val="none"/>
          <w:shd w:val="clear" w:color="auto" w:fill="F4B183"/>
        </w:rPr>
        <w:t xml:space="preserve"> [1CQD]</w:t>
      </w:r>
      <w:r>
        <w:rPr>
          <w:u w:val="none"/>
        </w:rPr>
        <w:t xml:space="preserve">. </w:t>
      </w:r>
      <w:r>
        <w:rPr>
          <w:u w:val="none"/>
          <w:shd w:val="clear" w:fill="B7DDE8"/>
        </w:rPr>
        <w:t>He will surely be gracious when you cry for help</w:t>
      </w:r>
      <w:r>
        <w:rPr>
          <w:b w:val="false"/>
          <w:i w:val="false"/>
          <w:color w:val="000000"/>
          <w:u w:val="none"/>
        </w:rPr>
        <w:t xml:space="preserve"> [1CQE]</w:t>
      </w:r>
      <w:r>
        <w:rPr>
          <w:u w:val="none"/>
        </w:rPr>
        <w:t xml:space="preserve">; </w:t>
      </w:r>
      <w:r>
        <w:rPr>
          <w:u w:val="none"/>
          <w:shd w:val="clear" w:fill="B7DDE8"/>
        </w:rPr>
        <w:t>when He hears, He will answer you</w:t>
      </w:r>
      <w:r>
        <w:rPr>
          <w:b w:val="false"/>
          <w:i w:val="false"/>
          <w:color w:val="000000"/>
          <w:u w:val="none"/>
        </w:rPr>
        <w:t xml:space="preserve"> [1CQF]</w:t>
      </w:r>
      <w:r>
        <w:rPr>
          <w:u w:val="none"/>
        </w:rPr>
        <w:t>.</w:t>
      </w:r>
    </w:p>
    <w:p>
      <w:pPr>
        <w:pStyle w:val="Yellow"/>
        <w:rPr/>
      </w:pPr>
      <w:r>
        <w:rPr>
          <w:b/>
        </w:rPr>
        <w:t>Isaiah 49:13</w:t>
      </w:r>
      <w:r>
        <w:rPr/>
        <w:t xml:space="preserve"> — </w:t>
      </w:r>
      <w:r>
        <w:rPr>
          <w:shd w:fill="F4B183" w:val="clear" w:color="auto"/>
          <w:color w:val="000000"/>
        </w:rPr>
        <w:t>The LORD has comforted His people</w:t>
      </w:r>
      <w:r>
        <w:rPr>
          <w:b w:val="false"/>
          <w:i w:val="false"/>
          <w:color w:val="000000"/>
          <w:u w:val="none"/>
          <w:shd w:val="clear" w:color="auto" w:fill="F4B183"/>
        </w:rPr>
        <w:t xml:space="preserve"> [1FUO]</w:t>
      </w:r>
      <w:r>
        <w:rPr/>
        <w:t xml:space="preserve">, and </w:t>
      </w:r>
      <w:r>
        <w:rPr>
          <w:shd w:fill="B7DDE8" w:val="clear"/>
        </w:rPr>
        <w:t>He will have compassion on His afflicted ones</w:t>
      </w:r>
      <w:r>
        <w:rPr>
          <w:b w:val="false"/>
          <w:i w:val="false"/>
          <w:color w:val="000000"/>
          <w:u w:val="none"/>
        </w:rPr>
        <w:t xml:space="preserve"> [1FUP]</w:t>
      </w:r>
      <w:r>
        <w:rPr/>
        <w:t>.</w:t>
      </w:r>
    </w:p>
    <w:p>
      <w:pPr>
        <w:pStyle w:val="Yellow"/>
        <w:rPr/>
      </w:pPr>
      <w:r>
        <w:rPr/>
        <w:t xml:space="preserve">(Je4:17 because Jerusalem “has rebelled against Me”) </w:t>
      </w:r>
      <w:r>
        <w:rPr>
          <w:b/>
        </w:rPr>
        <w:t xml:space="preserve">Jeremiah 4:27</w:t>
      </w:r>
      <w:r>
        <w:rPr/>
        <w:t xml:space="preserve"> — “</w:t>
      </w:r>
      <w:r>
        <w:rPr>
          <w:shd w:fill="B7DDE8" w:val="clear"/>
        </w:rPr>
        <w:t xml:space="preserve">The whole land will be desolate</w:t>
      </w:r>
      <w:r>
        <w:rPr>
          <w:b w:val="false"/>
          <w:i w:val="false"/>
          <w:color w:val="000000"/>
          <w:u w:val="none"/>
        </w:rPr>
        <w:t xml:space="preserve"> [1JDA]</w:t>
      </w:r>
      <w:r>
        <w:rPr/>
        <w:t xml:space="preserve">, but </w:t>
      </w:r>
      <w:r>
        <w:rPr>
          <w:shd w:fill="548235" w:val="clear" w:color="auto"/>
          <w:color w:val="FFFFFF"/>
        </w:rPr>
        <w:t xml:space="preserve">I will not finish its destruction</w:t>
      </w:r>
      <w:r>
        <w:rPr>
          <w:b w:val="false"/>
          <w:i w:val="false"/>
          <w:color w:val="FFFFFF"/>
          <w:u w:val="none"/>
          <w:shd w:val="clear" w:color="auto" w:fill="548235"/>
        </w:rPr>
        <w:t xml:space="preserve"> [1JDB]</w:t>
      </w:r>
      <w:r>
        <w:rPr/>
        <w:t xml:space="preserve">.</w:t>
      </w:r>
    </w:p>
    <w:p>
      <w:pPr>
        <w:pStyle w:val="Yellow"/>
        <w:rPr/>
      </w:pPr>
      <w:r>
        <w:rPr/>
        <w:t xml:space="preserve">(Je12:14 after God uproots Israel’s attacking neighbors and Judah) </w:t>
      </w:r>
      <w:r>
        <w:rPr>
          <w:b/>
        </w:rPr>
        <w:t>Jeremiah 12:15</w:t>
      </w:r>
      <w:r>
        <w:rPr/>
        <w:t xml:space="preserve"> — {But} </w:t>
      </w:r>
      <w:r>
        <w:rPr>
          <w:shd w:fill="B7DDE8" w:val="clear"/>
        </w:rPr>
        <w:t>after I have uprooted {them}, I will once again have compassion on them</w:t>
      </w:r>
      <w:r>
        <w:rPr>
          <w:b w:val="false"/>
          <w:i w:val="false"/>
          <w:u w:val="none"/>
          <w:color w:val="000000"/>
        </w:rPr>
        <w:t xml:space="preserve"> [1ABW]</w:t>
      </w:r>
      <w:r>
        <w:rPr/>
        <w:t xml:space="preserve"> and </w:t>
      </w:r>
      <w:r>
        <w:rPr>
          <w:shd w:fill="B7DDE8" w:val="clear"/>
        </w:rPr>
        <w:t xml:space="preserve">return each one to his </w:t>
      </w:r>
      <w:r>
        <w:rPr>
          <w:shd w:fill="B7DDE8" w:val="clear"/>
        </w:rPr>
        <w:t>inheritance</w:t>
      </w:r>
      <w:r>
        <w:rPr>
          <w:shd w:fill="B7DDE8" w:val="clear"/>
        </w:rPr>
        <w:t xml:space="preserve"> and to his land</w:t>
      </w:r>
      <w:r>
        <w:rPr>
          <w:b w:val="false"/>
          <w:i w:val="false"/>
          <w:color w:val="000000"/>
          <w:u w:val="none"/>
        </w:rPr>
        <w:t xml:space="preserve"> [1ABX]</w:t>
      </w:r>
      <w:r>
        <w:rPr/>
        <w:t>.</w:t>
      </w:r>
    </w:p>
    <w:p>
      <w:pPr>
        <w:pStyle w:val="Yellow"/>
        <w:rPr/>
      </w:pPr>
      <w:r>
        <w:rPr/>
        <w:t xml:space="preserve">(Je18:7–8 if a warned nation “turns from its evil,” God “will relent”) </w:t>
      </w:r>
      <w:r>
        <w:rPr>
          <w:b/>
        </w:rPr>
        <w:t>Jeremiah 18:9–10</w:t>
      </w:r>
      <w:r>
        <w:rPr/>
        <w:t xml:space="preserve"> — {And} </w:t>
      </w:r>
      <w:r>
        <w:rPr>
          <w:shd w:val="clear" w:fill="B7DDE8"/>
        </w:rPr>
        <w:t>if at another time I announce that I will build up and establish a nation or kingdom, and if it does evil in My sight and does not listen to My voice, then I will relent of the good I had intended for it</w:t>
      </w:r>
      <w:r>
        <w:rPr>
          <w:b w:val="false"/>
          <w:i w:val="false"/>
          <w:color w:val="000000"/>
          <w:u w:val="none"/>
        </w:rPr>
        <w:t xml:space="preserve"> [1ETP]</w:t>
      </w:r>
      <w:r>
        <w:rPr/>
        <w:t>.</w:t>
      </w:r>
    </w:p>
    <w:p>
      <w:pPr>
        <w:pStyle w:val="Yellow"/>
        <w:rPr/>
      </w:pPr>
      <w:r>
        <w:rPr>
          <w:b/>
        </w:rPr>
        <w:t>Jeremiah 31:20</w:t>
      </w:r>
      <w:r>
        <w:rPr/>
        <w:t xml:space="preserve"> — Is not </w:t>
      </w:r>
      <w:r>
        <w:rPr>
          <w:shd w:fill="B7DDE8" w:val="clear"/>
        </w:rPr>
        <w:t>Ephraim a precious son to Me, a delightful child</w:t>
      </w:r>
      <w:r>
        <w:rPr>
          <w:b w:val="false"/>
          <w:i w:val="false"/>
          <w:color w:val="000000"/>
          <w:u w:val="none"/>
        </w:rPr>
        <w:t xml:space="preserve"> [1FQI]</w:t>
      </w:r>
      <w:r>
        <w:rPr/>
        <w:t xml:space="preserve">? </w:t>
      </w:r>
      <w:r>
        <w:rPr>
          <w:shd w:fill="B7DDE8" w:val="clear"/>
        </w:rPr>
        <w:t>Though I often speak against him, I still remember him</w:t>
      </w:r>
      <w:r>
        <w:rPr>
          <w:b w:val="false"/>
          <w:i w:val="false"/>
          <w:color w:val="000000"/>
          <w:u w:val="none"/>
        </w:rPr>
        <w:t xml:space="preserve"> [1FQJ]</w:t>
      </w:r>
      <w:r>
        <w:rPr/>
        <w:t xml:space="preserve">. Therefore </w:t>
      </w:r>
      <w:r>
        <w:rPr>
          <w:shd w:fill="B7DDE8" w:val="clear"/>
        </w:rPr>
        <w:t>My heart yearns for him</w:t>
      </w:r>
      <w:r>
        <w:rPr>
          <w:b w:val="false"/>
          <w:i w:val="false"/>
          <w:color w:val="000000"/>
          <w:u w:val="none"/>
        </w:rPr>
        <w:t xml:space="preserve"> [1FQK]</w:t>
      </w:r>
      <w:r>
        <w:rPr/>
        <w:t xml:space="preserve">; </w:t>
      </w:r>
      <w:r>
        <w:rPr>
          <w:shd w:fill="B7DDE8" w:val="clear"/>
        </w:rPr>
        <w:t>I have great compassion for him</w:t>
      </w:r>
      <w:r>
        <w:rPr>
          <w:b w:val="false"/>
          <w:i w:val="false"/>
          <w:color w:val="000000"/>
          <w:u w:val="none"/>
        </w:rPr>
        <w:t xml:space="preserve"> [1FQL]</w:t>
      </w:r>
      <w:r>
        <w:rPr/>
        <w:t>,” declares the LORD.</w:t>
      </w:r>
    </w:p>
    <w:p>
      <w:pPr>
        <w:pStyle w:val="Yellow"/>
        <w:rPr/>
      </w:pPr>
      <w:r>
        <w:rPr/>
        <w:t xml:space="preserve">(La3:42ᶜ because God’s people “have sinned and rebelled” / 28–29ᶜ when God has “disciplined” them and “there is still hope”¹) </w:t>
      </w:r>
      <w:r>
        <w:rPr>
          <w:b/>
        </w:rPr>
        <w:t>Lamentations 3:31–33</w:t>
      </w:r>
      <w:r>
        <w:rPr/>
        <w:t xml:space="preserve"> — {For} </w:t>
      </w:r>
      <w:r>
        <w:rPr>
          <w:shd w:fill="F4B183" w:val="clear" w:color="auto"/>
          <w:color w:val="000000"/>
        </w:rPr>
        <w:t>the Lord will not cast us off forever</w:t>
      </w:r>
      <w:r>
        <w:rPr>
          <w:b w:val="false"/>
          <w:i w:val="false"/>
          <w:color w:val="000000"/>
          <w:u w:val="none"/>
          <w:shd w:val="clear" w:color="auto" w:fill="F4B183"/>
        </w:rPr>
        <w:t xml:space="preserve"> [1FUQ]</w:t>
      </w:r>
      <w:r>
        <w:rPr/>
        <w:t xml:space="preserve">. </w:t>
      </w:r>
      <w:r>
        <w:rPr>
          <w:shd w:fill="B7DDE8" w:val="clear"/>
        </w:rPr>
        <w:t>Even if He causes grief, He will show compassion according to His abundant loving devotion</w:t>
      </w:r>
      <w:r>
        <w:rPr>
          <w:b w:val="false"/>
          <w:i w:val="false"/>
          <w:color w:val="000000"/>
          <w:u w:val="none"/>
        </w:rPr>
        <w:t xml:space="preserve"> [1FUR]</w:t>
      </w:r>
      <w:r>
        <w:rPr>
          <w:shd w:val="clear" w:color="auto" w:fill="548235"/>
          <w:color w:val="FFFFFF"/>
        </w:rPr>
        <w:t xml:space="preserve">. For </w:t>
      </w:r>
      <w:r>
        <w:rPr>
          <w:shd w:fill="548235" w:val="clear" w:color="auto"/>
          <w:color w:val="FFFFFF"/>
        </w:rPr>
        <w:t>He does not willingly afflict or grieve the sons of men</w:t>
      </w:r>
      <w:r>
        <w:rPr>
          <w:b w:val="false"/>
          <w:i w:val="false"/>
          <w:color w:val="FFFFFF"/>
          <w:u w:val="none"/>
          <w:shd w:val="clear" w:color="auto" w:fill="548235"/>
        </w:rPr>
        <w:t xml:space="preserve"> [1FUS]</w:t>
      </w:r>
      <w:r>
        <w:rPr>
          <w:shd w:val="clear" w:color="auto" w:fill="548235"/>
          <w:color w:val="FFFFFF"/>
        </w:rPr>
        <w:t>.</w:t>
      </w:r>
    </w:p>
    <w:p>
      <w:pPr>
        <w:pStyle w:val="Yellow"/>
        <w:rPr/>
      </w:pPr>
      <w:r>
        <w:rPr>
          <w:b/>
        </w:rPr>
        <w:t>Daniel 4:27</w:t>
      </w:r>
      <w:r>
        <w:rPr/>
        <w:t xml:space="preserve"> — </w:t>
      </w:r>
      <w:r>
        <w:rPr>
          <w:shd w:fill="B7DDE8" w:val="clear"/>
        </w:rPr>
        <w:t>Break away from your sins by doing what is right, and from your iniquities by showing mercy to the oppressed</w:t>
      </w:r>
      <w:r>
        <w:rPr>
          <w:b w:val="false"/>
          <w:i w:val="false"/>
          <w:color w:val="000000"/>
          <w:u w:val="none"/>
        </w:rPr>
        <w:t xml:space="preserve"> [1FSF]</w:t>
      </w:r>
      <w:r>
        <w:rPr/>
        <w:t xml:space="preserve">. </w:t>
      </w:r>
      <w:r>
        <w:rPr>
          <w:shd w:fill="B7DDE8" w:val="clear"/>
        </w:rPr>
        <w:t>Perhaps there will be an extension of your prosperity</w:t>
      </w:r>
      <w:r>
        <w:rPr>
          <w:b w:val="false"/>
          <w:i w:val="false"/>
          <w:color w:val="000000"/>
          <w:u w:val="none"/>
        </w:rPr>
        <w:t xml:space="preserve"> [1FSG]</w:t>
      </w:r>
      <w:r>
        <w:rPr/>
        <w:t>.”</w:t>
      </w:r>
    </w:p>
    <w:p>
      <w:pPr>
        <w:pStyle w:val="Yellow"/>
        <w:rPr/>
      </w:pPr>
      <w:r>
        <w:rPr>
          <w:b/>
        </w:rPr>
        <w:t>Daniel 9:9</w:t>
      </w:r>
      <w:r>
        <w:rPr/>
        <w:t xml:space="preserve"> — </w:t>
      </w:r>
      <w:r>
        <w:rPr>
          <w:shd w:val="clear" w:fill="B7DDE8"/>
        </w:rPr>
        <w:t>To the Lord our God belong compassion and forgiveness</w:t>
      </w:r>
      <w:r>
        <w:rPr>
          <w:b w:val="false"/>
          <w:i w:val="false"/>
          <w:color w:val="000000"/>
          <w:u w:val="none"/>
        </w:rPr>
        <w:t xml:space="preserve"> [1BZB]</w:t>
      </w:r>
      <w:r>
        <w:rPr>
          <w:color w:val="auto"/>
        </w:rPr>
        <w:t>, even though we have rebelled against Him</w:t>
      </w:r>
      <w:r>
        <w:rPr>
          <w:b w:val="false"/>
          <w:i w:val="false"/>
          <w:color w:val="auto"/>
          <w:u w:val="none"/>
        </w:rPr>
        <w:t xml:space="preserve"> [1BZC]</w:t>
      </w:r>
    </w:p>
    <w:p>
      <w:pPr>
        <w:pStyle w:val="Yellow"/>
        <w:rPr/>
      </w:pPr>
      <w:r>
        <w:rPr>
          <w:b/>
          <w:shd w:val="clear" w:color="auto" w:fill="548235"/>
          <w:color w:val="FFFFFF"/>
        </w:rPr>
        <w:t>Daniel 9:18</w:t>
      </w:r>
      <w:r>
        <w:rPr>
          <w:shd w:val="clear" w:color="auto" w:fill="548235"/>
          <w:color w:val="FFFFFF"/>
        </w:rPr>
        <w:t xml:space="preserve"> — For </w:t>
      </w:r>
      <w:r>
        <w:rPr>
          <w:shd w:fill="548235" w:val="clear" w:color="auto"/>
          <w:color w:val="FFFFFF"/>
        </w:rPr>
        <w:t>we are not presenting our petitions before You because of our righteous acts, but because of Your great compassion</w:t>
      </w:r>
      <w:r>
        <w:rPr>
          <w:b w:val="false"/>
          <w:i w:val="false"/>
          <w:color w:val="FFFFFF"/>
          <w:u w:val="none"/>
          <w:shd w:val="clear" w:color="auto" w:fill="548235"/>
        </w:rPr>
        <w:t xml:space="preserve"> [1FSJ]</w:t>
      </w:r>
      <w:r>
        <w:rPr>
          <w:shd w:val="clear" w:color="auto" w:fill="548235"/>
          <w:color w:val="FFFFFF"/>
        </w:rPr>
        <w:t>.</w:t>
      </w:r>
    </w:p>
    <w:p>
      <w:pPr>
        <w:pStyle w:val="Yellow"/>
        <w:rPr/>
      </w:pPr>
      <w:r>
        <w:rPr/>
        <w:t xml:space="preserve">&lt;16&gt;</w:t>
      </w:r>
      <w:r>
        <w:rPr>
          <w:b/>
        </w:rPr>
        <w:t xml:space="preserve">Hosea 11:1</w:t>
      </w:r>
      <w:r>
        <w:rPr/>
        <w:t xml:space="preserve"> — </w:t>
      </w:r>
      <w:r>
        <w:rPr>
          <w:shd w:fill="B7DDE8" w:val="clear"/>
        </w:rPr>
        <w:t xml:space="preserve">When Israel was a child, I loved him</w:t>
      </w:r>
      <w:r>
        <w:rPr>
          <w:b w:val="false"/>
          <w:i w:val="false"/>
          <w:u w:val="none"/>
          <w:color w:val="000000"/>
        </w:rPr>
        <w:t xml:space="preserve"> [1KAY]</w:t>
      </w:r>
      <w:r>
        <w:rPr/>
        <w:t xml:space="preserve">, and </w:t>
      </w:r>
      <w:r>
        <w:rPr>
          <w:shd w:fill="B7DDE8" w:val="clear"/>
        </w:rPr>
        <w:t xml:space="preserve">out of Egypt I called My son</w:t>
      </w:r>
      <w:r>
        <w:rPr>
          <w:b w:val="false"/>
          <w:i w:val="false"/>
          <w:color w:val="000000"/>
          <w:u w:val="none"/>
        </w:rPr>
        <w:t xml:space="preserve"> [1KAZ]</w:t>
      </w:r>
      <w:r>
        <w:rPr/>
        <w:t xml:space="preserve">.</w:t>
      </w:r>
    </w:p>
    <w:p>
      <w:pPr>
        <w:pStyle w:val="Yellow"/>
        <w:rPr/>
      </w:pPr>
      <w:r>
        <w:rPr/>
        <w:t xml:space="preserve">&lt;16&gt;(Ho11:1ᶜ because God “loved” Israel¹) </w:t>
      </w:r>
      <w:r>
        <w:rPr>
          <w:b/>
        </w:rPr>
        <w:t xml:space="preserve">Hosea 11:4</w:t>
      </w:r>
      <w:r>
        <w:rPr/>
        <w:t xml:space="preserve"> — </w:t>
      </w:r>
      <w:r>
        <w:rPr>
          <w:shd w:fill="B7DDE8" w:val="clear"/>
        </w:rPr>
        <w:t xml:space="preserve">I led {them} with cords of kindness, with ropes of love</w:t>
      </w:r>
      <w:r>
        <w:rPr>
          <w:b w:val="false"/>
          <w:i w:val="false"/>
          <w:u w:val="none"/>
          <w:color w:val="000000"/>
        </w:rPr>
        <w:t xml:space="preserve"> [1KBA]</w:t>
      </w:r>
      <w:r>
        <w:rPr/>
        <w:t xml:space="preserve">; </w:t>
      </w:r>
      <w:r>
        <w:rPr>
          <w:shd w:fill="B7DDE8" w:val="clear"/>
        </w:rPr>
        <w:t xml:space="preserve">I lifted the yoke from their necks</w:t>
      </w:r>
      <w:r>
        <w:rPr>
          <w:b w:val="false"/>
          <w:i w:val="false"/>
          <w:u w:val="none"/>
          <w:color w:val="000000"/>
        </w:rPr>
        <w:t xml:space="preserve"> [1KBB]</w:t>
      </w:r>
      <w:r>
        <w:rPr/>
        <w:t xml:space="preserve"> and </w:t>
      </w:r>
      <w:r>
        <w:rPr>
          <w:shd w:fill="B7DDE8" w:val="clear"/>
        </w:rPr>
        <w:t xml:space="preserve">bent down to feed them</w:t>
      </w:r>
      <w:r>
        <w:rPr>
          <w:b w:val="false"/>
          <w:i w:val="false"/>
          <w:u w:val="none"/>
          <w:color w:val="000000"/>
        </w:rPr>
        <w:t xml:space="preserve"> [1KBC]</w:t>
      </w:r>
      <w:r>
        <w:rPr/>
        <w:t xml:space="preserve">.</w:t>
      </w:r>
    </w:p>
    <w:p>
      <w:pPr>
        <w:pStyle w:val="Yellow"/>
        <w:rPr/>
      </w:pPr>
      <w:r>
        <w:rPr/>
        <w:t xml:space="preserve">&lt;16&gt;</w:t>
      </w:r>
      <w:r>
        <w:rPr>
          <w:b/>
        </w:rPr>
        <w:t xml:space="preserve">Hosea 11:7</w:t>
      </w:r>
      <w:r>
        <w:rPr/>
        <w:t xml:space="preserve"> — </w:t>
      </w:r>
      <w:r>
        <w:rPr>
          <w:shd w:fill="B7DDE8" w:val="clear"/>
        </w:rPr>
        <w:t xml:space="preserve">My people are bent on turning from Me</w:t>
      </w:r>
      <w:r>
        <w:rPr>
          <w:b w:val="false"/>
          <w:i w:val="false"/>
          <w:color w:val="000000"/>
          <w:u w:val="none"/>
        </w:rPr>
        <w:t xml:space="preserve"> [1KBD]</w:t>
      </w:r>
      <w:r>
        <w:rPr/>
        <w:t xml:space="preserve">. </w:t>
      </w:r>
      <w:r>
        <w:rPr>
          <w:shd w:fill="B7DDE8" w:val="clear"/>
        </w:rPr>
        <w:t xml:space="preserve">Though they call to the Most High, He will by no means exalt them</w:t>
      </w:r>
      <w:r>
        <w:rPr>
          <w:b w:val="false"/>
          <w:i w:val="false"/>
          <w:color w:val="000000"/>
          <w:u w:val="none"/>
        </w:rPr>
        <w:t xml:space="preserve"> [1KBE]</w:t>
      </w:r>
      <w:r>
        <w:rPr/>
        <w:t xml:space="preserve">.</w:t>
      </w:r>
    </w:p>
    <w:p>
      <w:pPr>
        <w:pStyle w:val="Yellow"/>
        <w:rPr/>
      </w:pPr>
      <w:r>
        <w:rPr/>
        <w:t xml:space="preserve">&lt;16&gt;</w:t>
      </w:r>
      <w:r>
        <w:rPr>
          <w:b/>
        </w:rPr>
        <w:t xml:space="preserve">Hosea 11:8–9</w:t>
      </w:r>
      <w:r>
        <w:rPr/>
        <w:t xml:space="preserve"> — </w:t>
      </w:r>
      <w:r>
        <w:rPr>
          <w:shd w:fill="B7DDE8" w:val="clear"/>
        </w:rPr>
        <w:t xml:space="preserve">How could I give you up, O Ephraim</w:t>
      </w:r>
      <w:r>
        <w:rPr>
          <w:b w:val="false"/>
          <w:i w:val="false"/>
          <w:u w:val="none"/>
          <w:color w:val="000000"/>
        </w:rPr>
        <w:t xml:space="preserve"> [1KBF]</w:t>
      </w:r>
      <w:r>
        <w:rPr/>
        <w:t xml:space="preserve">? </w:t>
      </w:r>
      <w:r>
        <w:rPr>
          <w:shd w:fill="B7DDE8" w:val="clear"/>
        </w:rPr>
        <w:t xml:space="preserve">How could I surrender you, O Israel</w:t>
      </w:r>
      <w:r>
        <w:rPr>
          <w:b w:val="false"/>
          <w:i w:val="false"/>
          <w:u w:val="none"/>
          <w:color w:val="000000"/>
        </w:rPr>
        <w:t xml:space="preserve"> [1KBF]</w:t>
      </w:r>
      <w:r>
        <w:rPr/>
        <w:t xml:space="preserve">? </w:t>
      </w:r>
      <w:r>
        <w:rPr>
          <w:shd w:fill="B7DDE8" w:val="clear"/>
        </w:rPr>
        <w:t xml:space="preserve">How could I make you like Admah</w:t>
      </w:r>
      <w:r>
        <w:rPr>
          <w:b w:val="false"/>
          <w:i w:val="false"/>
          <w:u w:val="none"/>
          <w:color w:val="000000"/>
        </w:rPr>
        <w:t xml:space="preserve"> [1KBF]</w:t>
      </w:r>
      <w:r>
        <w:rPr/>
        <w:t xml:space="preserve">? </w:t>
      </w:r>
      <w:r>
        <w:rPr>
          <w:shd w:fill="B7DDE8" w:val="clear"/>
        </w:rPr>
        <w:t xml:space="preserve">How could I treat you like Zeboiim</w:t>
      </w:r>
      <w:r>
        <w:rPr>
          <w:b w:val="false"/>
          <w:i w:val="false"/>
          <w:u w:val="none"/>
          <w:color w:val="000000"/>
        </w:rPr>
        <w:t xml:space="preserve"> [1KBF]</w:t>
      </w:r>
      <w:r>
        <w:rPr/>
        <w:t xml:space="preserve">? </w:t>
      </w:r>
      <w:r>
        <w:rPr>
          <w:shd w:fill="B7DDE8" w:val="clear"/>
        </w:rPr>
        <w:t xml:space="preserve">My heart is turned within Me; My compassion is stirred</w:t>
      </w:r>
      <w:r>
        <w:rPr>
          <w:b w:val="false"/>
          <w:i w:val="false"/>
          <w:color w:val="000000"/>
          <w:u w:val="none"/>
        </w:rPr>
        <w:t xml:space="preserve"> [1KBG]</w:t>
      </w:r>
      <w:r>
        <w:rPr/>
        <w:t xml:space="preserve">! </w:t>
      </w:r>
      <w:r>
        <w:rPr>
          <w:shd w:fill="B7DDE8" w:val="clear"/>
        </w:rPr>
        <w:t xml:space="preserve">I will not execute the full fury of My anger</w:t>
      </w:r>
      <w:r>
        <w:rPr>
          <w:b w:val="false"/>
          <w:i w:val="false"/>
          <w:color w:val="000000"/>
          <w:u w:val="none"/>
        </w:rPr>
        <w:t xml:space="preserve"> [1KBH]</w:t>
      </w:r>
      <w:r>
        <w:rPr/>
        <w:t xml:space="preserve">; </w:t>
      </w:r>
      <w:r>
        <w:rPr>
          <w:shd w:fill="B7DDE8" w:val="clear"/>
        </w:rPr>
        <w:t xml:space="preserve">I will not destroy Ephraim again</w:t>
      </w:r>
      <w:r>
        <w:rPr>
          <w:b w:val="false"/>
          <w:i w:val="false"/>
          <w:u w:val="none"/>
          <w:color w:val="000000"/>
        </w:rPr>
        <w:t xml:space="preserve"> [1KBI]</w:t>
      </w:r>
      <w:r>
        <w:rPr/>
        <w:t xml:space="preserve">. For </w:t>
      </w:r>
      <w:r>
        <w:rPr>
          <w:shd w:fill="B7DDE8" w:val="clear"/>
        </w:rPr>
        <w:t xml:space="preserve">I am God and not man</w:t>
      </w:r>
      <w:r>
        <w:rPr>
          <w:b w:val="false"/>
          <w:i w:val="false"/>
          <w:color w:val="000000"/>
          <w:u w:val="none"/>
        </w:rPr>
        <w:t xml:space="preserve"> [3FA]</w:t>
      </w:r>
      <w:r>
        <w:rPr/>
        <w:t xml:space="preserve">—</w:t>
      </w:r>
      <w:r>
        <w:rPr>
          <w:shd w:fill="B7DDE8" w:val="clear"/>
        </w:rPr>
        <w:t xml:space="preserve">the Holy One among you</w:t>
      </w:r>
      <w:r>
        <w:rPr>
          <w:b w:val="false"/>
          <w:i w:val="false"/>
          <w:u w:val="none"/>
          <w:color w:val="000000"/>
        </w:rPr>
        <w:t xml:space="preserve"> [1KBJ]</w:t>
      </w:r>
      <w:r>
        <w:rPr/>
        <w:t xml:space="preserve">—and </w:t>
      </w:r>
      <w:r>
        <w:rPr>
          <w:shd w:fill="B7DDE8" w:val="clear"/>
        </w:rPr>
        <w:t xml:space="preserve">I will not come in wrath</w:t>
      </w:r>
      <w:r>
        <w:rPr>
          <w:b w:val="false"/>
          <w:i w:val="false"/>
          <w:color w:val="000000"/>
          <w:u w:val="none"/>
        </w:rPr>
        <w:t xml:space="preserve"> [1KBK]</w:t>
      </w:r>
      <w:r>
        <w:rPr/>
        <w:t xml:space="preserve">.</w:t>
      </w:r>
    </w:p>
    <w:p>
      <w:pPr>
        <w:pStyle w:val="Yellow"/>
        <w:rPr/>
      </w:pPr>
      <w:r>
        <w:rPr/>
        <w:t xml:space="preserve">&lt;16&gt;(Ho11:8ᶜ because God’s “compassion is stirred” / “Israel”¹) </w:t>
      </w:r>
      <w:r>
        <w:rPr>
          <w:b/>
        </w:rPr>
        <w:t xml:space="preserve">Hosea 11:10</w:t>
      </w:r>
      <w:r>
        <w:rPr/>
        <w:t xml:space="preserve"> — </w:t>
      </w:r>
      <w:r>
        <w:rPr>
          <w:shd w:fill="B7DDE8" w:val="clear"/>
        </w:rPr>
        <w:t xml:space="preserve">{They} will walk after the LORD</w:t>
      </w:r>
      <w:r>
        <w:rPr>
          <w:b w:val="false"/>
          <w:i w:val="false"/>
          <w:u w:val="none"/>
          <w:color w:val="000000"/>
        </w:rPr>
        <w:t xml:space="preserve"> [1KBL]</w:t>
      </w:r>
      <w:r>
        <w:rPr/>
        <w:t xml:space="preserve">; </w:t>
      </w:r>
      <w:r>
        <w:rPr>
          <w:shd w:fill="B7DDE8" w:val="clear"/>
        </w:rPr>
        <w:t xml:space="preserve">He will roar like a lion</w:t>
      </w:r>
      <w:r>
        <w:rPr>
          <w:b w:val="false"/>
          <w:i w:val="false"/>
          <w:color w:val="000000"/>
          <w:u w:val="none"/>
        </w:rPr>
        <w:t xml:space="preserve"> [1KBM]</w:t>
      </w:r>
      <w:r>
        <w:rPr/>
        <w:t xml:space="preserve">. When He roars, </w:t>
      </w:r>
      <w:r>
        <w:rPr>
          <w:shd w:fill="B7DDE8" w:val="clear"/>
        </w:rPr>
        <w:t xml:space="preserve">His children will come trembling from the west</w:t>
      </w:r>
      <w:r>
        <w:rPr>
          <w:b w:val="false"/>
          <w:i w:val="false"/>
          <w:u w:val="none"/>
          <w:color w:val="000000"/>
        </w:rPr>
        <w:t xml:space="preserve"> [1KBN]</w:t>
      </w:r>
      <w:r>
        <w:rPr/>
        <w:t xml:space="preserve">.</w:t>
      </w:r>
    </w:p>
    <w:p>
      <w:pPr>
        <w:pStyle w:val="Green"/>
        <w:rPr/>
        <w:pBdr>
          <w:left w:val="single" w:sz="28" w:space="5" w:color="C00000"/>
        </w:pBdr>
      </w:pPr>
      <w:r>
        <w:rPr/>
        <w:t xml:space="preserve">(Joe2:14ᶜ “return to” the Lord) </w:t>
      </w:r>
      <w:r>
        <w:rPr>
          <w:b/>
        </w:rPr>
        <w:t>Joel 2:12–13</w:t>
      </w:r>
      <w:r>
        <w:rPr/>
        <w:t xml:space="preserve"> —Who knows? </w:t>
      </w:r>
      <w:r>
        <w:rPr>
          <w:shd w:val="clear" w:fill="B7DDE8"/>
        </w:rPr>
        <w:t>He may turn and relent and leave a blessing behind Him</w:t>
      </w:r>
      <w:r>
        <w:rPr>
          <w:b w:val="false"/>
          <w:i w:val="false"/>
          <w:color w:val="000000"/>
          <w:u w:val="none"/>
        </w:rPr>
        <w:t xml:space="preserve"> [1EJV]</w:t>
      </w:r>
    </w:p>
    <w:p>
      <w:pPr>
        <w:pStyle w:val="Yellow"/>
        <w:rPr/>
      </w:pPr>
      <w:r>
        <w:rPr>
          <w:color w:val="auto"/>
        </w:rPr>
        <w:t xml:space="preserve">(Jh3:8ᶜ Everyone “call out earnestly to God” and “turn from his evil ways”) </w:t>
      </w:r>
      <w:r>
        <w:rPr>
          <w:b/>
          <w:color w:val="auto"/>
        </w:rPr>
        <w:t xml:space="preserve">Jonah 3:9</w:t>
      </w:r>
      <w:r>
        <w:rPr>
          <w:color w:val="auto"/>
        </w:rPr>
        <w:t xml:space="preserve"> — Who knows? </w:t>
      </w:r>
      <w:r>
        <w:rPr>
          <w:color w:val="auto"/>
        </w:rPr>
        <w:t xml:space="preserve">God may turn and relent</w:t>
      </w:r>
      <w:r>
        <w:rPr>
          <w:b w:val="false"/>
          <w:i w:val="false"/>
          <w:color w:val="auto"/>
          <w:u w:val="none"/>
        </w:rPr>
        <w:t xml:space="preserve"> [1JES]</w:t>
      </w:r>
      <w:r>
        <w:rPr>
          <w:color w:val="auto"/>
        </w:rPr>
        <w:t xml:space="preserve">; </w:t>
      </w:r>
      <w:r>
        <w:rPr>
          <w:color w:val="auto"/>
        </w:rPr>
        <w:t xml:space="preserve">He may turn from His fierce anger</w:t>
      </w:r>
      <w:r>
        <w:rPr>
          <w:b w:val="false"/>
          <w:i w:val="false"/>
          <w:color w:val="auto"/>
          <w:u w:val="none"/>
        </w:rPr>
        <w:t xml:space="preserve"> [1JET]</w:t>
      </w:r>
      <w:r>
        <w:rPr>
          <w:color w:val="auto"/>
        </w:rPr>
        <w:t xml:space="preserve">, so that </w:t>
      </w:r>
      <w:r>
        <w:rPr>
          <w:color w:val="auto"/>
        </w:rPr>
        <w:t xml:space="preserve">we will not perish</w:t>
      </w:r>
      <w:r>
        <w:rPr>
          <w:b w:val="false"/>
          <w:i w:val="false"/>
          <w:color w:val="auto"/>
          <w:u w:val="none"/>
        </w:rPr>
        <w:t xml:space="preserve"> [1JEU]</w:t>
      </w:r>
      <w:r>
        <w:rPr>
          <w:color w:val="auto"/>
        </w:rPr>
        <w:t xml:space="preserve">.”</w:t>
      </w:r>
    </w:p>
    <w:p>
      <w:pPr>
        <w:pStyle w:val="Yellow"/>
        <w:rPr/>
      </w:pPr>
      <w:r>
        <w:rPr/>
        <w:t xml:space="preserve">(Jon3:5 The “Ninevites”) </w:t>
      </w:r>
      <w:r>
        <w:rPr>
          <w:b/>
        </w:rPr>
        <w:t xml:space="preserve">Jonah 3:10</w:t>
      </w:r>
      <w:r>
        <w:rPr/>
        <w:t xml:space="preserve"> — When </w:t>
      </w:r>
      <w:r>
        <w:rPr>
          <w:color w:val="auto"/>
        </w:rPr>
        <w:t xml:space="preserve">God saw {their} actions—that they had turned from their evil ways</w:t>
      </w:r>
      <w:r>
        <w:rPr>
          <w:b w:val="false"/>
          <w:i w:val="false"/>
          <w:color w:val="FFFFFF"/>
          <w:u w:val="none"/>
          <w:shd w:val="clear" w:color="auto" w:fill="548235"/>
        </w:rPr>
        <w:t xml:space="preserve"> [1JFA]</w:t>
      </w:r>
      <w:r>
        <w:rPr>
          <w:shd w:val="clear" w:color="auto" w:fill="548235"/>
          <w:color w:val="FFFFFF"/>
        </w:rPr>
        <w:t xml:space="preserve">—</w:t>
      </w:r>
      <w:r>
        <w:rPr>
          <w:shd w:fill="B7DDE8" w:val="clear"/>
        </w:rPr>
        <w:t xml:space="preserve">He relented from the disaster He had threatened to bring upon them</w:t>
      </w:r>
      <w:r>
        <w:rPr>
          <w:b w:val="false"/>
          <w:i w:val="false"/>
          <w:color w:val="000000"/>
          <w:u w:val="none"/>
        </w:rPr>
        <w:t xml:space="preserve"> [1JFB]</w:t>
      </w:r>
      <w:r>
        <w:rPr/>
        <w:t xml:space="preserve">.</w:t>
      </w:r>
    </w:p>
    <w:p>
      <w:pPr>
        <w:pStyle w:val="Yellow"/>
        <w:rPr/>
        <w:shd w:val="clear" w:color="auto" w:fill="E4DFEC"/>
        <w:pBdr>
          <w:left w:val="single" w:sz="28" w:space="5" w:color="7030A0"/>
        </w:pBdr>
      </w:pPr>
      <w:r>
        <w:rPr>
          <w:b/>
          <w:u w:val="none"/>
        </w:rPr>
        <w:t>Jonah 4:2</w:t>
      </w:r>
      <w:r>
        <w:rPr>
          <w:u w:val="none"/>
        </w:rPr>
        <w:t xml:space="preserve"> — I knew that </w:t>
      </w:r>
      <w:r>
        <w:rPr>
          <w:u w:val="none"/>
          <w:shd w:val="clear" w:fill="F4B183" w:color="auto"/>
          <w:color w:val="000000"/>
        </w:rPr>
        <w:t>You are a gracious and compassionate God</w:t>
      </w:r>
      <w:r>
        <w:rPr>
          <w:b w:val="false"/>
          <w:i w:val="false"/>
          <w:color w:val="000000"/>
          <w:u w:val="none"/>
          <w:shd w:val="clear" w:color="auto" w:fill="F4B183"/>
        </w:rPr>
        <w:t xml:space="preserve"> [19FI]</w:t>
      </w:r>
      <w:r>
        <w:rPr>
          <w:u w:val="none"/>
        </w:rPr>
        <w:t xml:space="preserve">, </w:t>
      </w:r>
      <w:r>
        <w:rPr>
          <w:u w:val="none"/>
          <w:shd w:val="clear" w:fill="F4B183" w:color="auto"/>
          <w:color w:val="000000"/>
        </w:rPr>
        <w:t>slow to anger</w:t>
      </w:r>
      <w:r>
        <w:rPr>
          <w:b w:val="false"/>
          <w:i w:val="false"/>
          <w:color w:val="000000"/>
          <w:u w:val="none"/>
          <w:shd w:val="clear" w:color="auto" w:fill="F4B183"/>
        </w:rPr>
        <w:t xml:space="preserve"> [9FOC]</w:t>
      </w:r>
      <w:r>
        <w:rPr>
          <w:u w:val="none"/>
        </w:rPr>
        <w:t xml:space="preserve">, </w:t>
      </w:r>
      <w:r>
        <w:rPr>
          <w:u w:val="none"/>
          <w:shd w:val="clear" w:fill="F4B183" w:color="auto"/>
          <w:color w:val="000000"/>
        </w:rPr>
        <w:t>abounding in loving devotion</w:t>
      </w:r>
      <w:r>
        <w:rPr>
          <w:b w:val="false"/>
          <w:i w:val="false"/>
          <w:color w:val="000000"/>
          <w:u w:val="none"/>
          <w:shd w:val="clear" w:color="auto" w:fill="F4B183"/>
        </w:rPr>
        <w:t xml:space="preserve"> [6FOD]</w:t>
      </w:r>
      <w:r>
        <w:rPr>
          <w:u w:val="none"/>
        </w:rPr>
        <w:t>—</w:t>
      </w:r>
      <w:r>
        <w:rPr>
          <w:u w:val="none"/>
          <w:shd w:val="clear" w:fill="B7DDE8"/>
        </w:rPr>
        <w:t>One who relents from sending disaster</w:t>
      </w:r>
      <w:r>
        <w:rPr>
          <w:b w:val="false"/>
          <w:i w:val="false"/>
          <w:color w:val="000000"/>
          <w:u w:val="none"/>
        </w:rPr>
        <w:t xml:space="preserve"> [2FOG]</w:t>
      </w:r>
      <w:r>
        <w:rPr>
          <w:u w:val="none"/>
        </w:rPr>
        <w:t>.</w:t>
      </w:r>
    </w:p>
    <w:p>
      <w:pPr>
        <w:pStyle w:val="Yellow"/>
        <w:rPr/>
      </w:pPr>
      <w:r>
        <w:rPr>
          <w:b/>
        </w:rPr>
        <w:t xml:space="preserve">Zechariah 10:6</w:t>
      </w:r>
      <w:r>
        <w:rPr/>
        <w:t xml:space="preserve"> — </w:t>
      </w:r>
      <w:r>
        <w:rPr>
          <w:shd w:fill="B7DDE8" w:val="clear"/>
        </w:rPr>
        <w:t xml:space="preserve">I will strengthen the house of Judah</w:t>
      </w:r>
      <w:r>
        <w:rPr>
          <w:b w:val="false"/>
          <w:i w:val="false"/>
          <w:color w:val="000000"/>
          <w:u w:val="none"/>
        </w:rPr>
        <w:t xml:space="preserve"> [1KNW]</w:t>
      </w:r>
      <w:r>
        <w:rPr/>
        <w:t xml:space="preserve"> and </w:t>
      </w:r>
      <w:r>
        <w:rPr>
          <w:shd w:fill="B7DDE8" w:val="clear"/>
        </w:rPr>
        <w:t xml:space="preserve">save the house of Joseph</w:t>
      </w:r>
      <w:r>
        <w:rPr>
          <w:b w:val="false"/>
          <w:i w:val="false"/>
          <w:color w:val="000000"/>
          <w:u w:val="none"/>
        </w:rPr>
        <w:t xml:space="preserve"> [1KNX]</w:t>
      </w:r>
      <w:r>
        <w:rPr/>
        <w:t xml:space="preserve">. </w:t>
      </w:r>
      <w:r>
        <w:rPr>
          <w:shd w:fill="B7DDE8" w:val="clear"/>
        </w:rPr>
        <w:t xml:space="preserve">I will restore them because I have compassion on them</w:t>
      </w:r>
      <w:r>
        <w:rPr>
          <w:b w:val="false"/>
          <w:i w:val="false"/>
          <w:color w:val="000000"/>
          <w:u w:val="none"/>
        </w:rPr>
        <w:t xml:space="preserve"> [1KNY]</w:t>
      </w:r>
      <w:r>
        <w:rPr/>
        <w:t xml:space="preserve">, and </w:t>
      </w:r>
      <w:r>
        <w:rPr>
          <w:shd w:fill="B7DDE8" w:val="clear"/>
        </w:rPr>
        <w:t xml:space="preserve">they will be as though I had not rejected them</w:t>
      </w:r>
      <w:r>
        <w:rPr>
          <w:b w:val="false"/>
          <w:i w:val="false"/>
          <w:u w:val="none"/>
          <w:color w:val="000000"/>
        </w:rPr>
        <w:t xml:space="preserve"> [1KNZ]</w:t>
      </w:r>
      <w:r>
        <w:rPr/>
        <w:t xml:space="preserve">. For </w:t>
      </w:r>
      <w:r>
        <w:rPr>
          <w:shd w:val="clear" w:color="auto" w:fill="D9C3E6"/>
        </w:rPr>
        <w:t xml:space="preserve">I am the LORD their God</w:t>
      </w:r>
      <w:r>
        <w:rPr>
          <w:b w:val="false"/>
          <w:i w:val="false"/>
          <w:color w:val="000000"/>
          <w:u w:val="none"/>
        </w:rPr>
        <w:t xml:space="preserve"> [15MP]</w:t>
      </w:r>
      <w:r>
        <w:rPr>
          <w:shd w:val="clear" w:color="auto" w:fill="D9C3E6"/>
        </w:rPr>
        <w:t xml:space="preserve">, and </w:t>
      </w:r>
      <w:r>
        <w:rPr>
          <w:shd w:val="clear" w:color="auto" w:fill="D9C3E6"/>
        </w:rPr>
        <w:t xml:space="preserve">I will answer them</w:t>
      </w:r>
      <w:r>
        <w:rPr>
          <w:b w:val="false"/>
          <w:i w:val="false"/>
          <w:u w:val="none"/>
          <w:color w:val="000000"/>
        </w:rPr>
        <w:t xml:space="preserve"> [6GWU]</w:t>
      </w:r>
      <w:r>
        <w:rPr>
          <w:shd w:val="clear" w:color="auto" w:fill="D9C3E6"/>
        </w:rPr>
        <w:t xml:space="preserve">.</w:t>
      </w:r>
    </w:p>
    <w:p>
      <w:pPr>
        <w:pStyle w:val="Green"/>
        <w:rPr/>
      </w:pPr>
      <w:r>
        <w:rPr>
          <w:b/>
        </w:rPr>
        <w:t xml:space="preserve">Malachi 3:6</w:t>
      </w:r>
      <w:r>
        <w:rPr/>
        <w:t xml:space="preserve"> — “Because </w:t>
      </w:r>
      <w:r>
        <w:rPr>
          <w:shd w:fill="B7DDE8" w:val="clear"/>
        </w:rPr>
        <w:t xml:space="preserve">I, the LORD, do not change</w:t>
      </w:r>
      <w:r>
        <w:rPr>
          <w:b w:val="false"/>
          <w:i w:val="false"/>
          <w:color w:val="000000"/>
          <w:u w:val="none"/>
        </w:rPr>
        <w:t xml:space="preserve"> [3JUP]</w:t>
      </w:r>
      <w:r>
        <w:rPr/>
        <w:t xml:space="preserve">, </w:t>
      </w:r>
      <w:r>
        <w:rPr>
          <w:shd w:fill="B7DDE8" w:val="clear"/>
        </w:rPr>
        <w:t xml:space="preserve">you descendants of Jacob have not been destroyed</w:t>
      </w:r>
      <w:r>
        <w:rPr>
          <w:b w:val="false"/>
          <w:i w:val="false"/>
          <w:color w:val="000000"/>
          <w:u w:val="none"/>
        </w:rPr>
        <w:t xml:space="preserve"> [1JUQ]</w:t>
      </w:r>
      <w:r>
        <w:rPr/>
        <w:t xml:space="preserve">.</w:t>
      </w:r>
    </w:p>
    <w:p>
      <w:pPr>
        <w:pStyle w:val="Yellow"/>
        <w:rPr/>
      </w:pPr>
      <w:r>
        <w:rPr>
          <w:shd w:val="clear" w:color="auto" w:fill="548235"/>
          <w:color w:val="FFFFFF"/>
        </w:rPr>
        <w:t xml:space="preserve">(Mal3:16ᶜ “those who feared the LORD and honored His name”¹) </w:t>
      </w:r>
      <w:r>
        <w:rPr>
          <w:b/>
          <w:shd w:val="clear" w:color="auto" w:fill="548235"/>
          <w:color w:val="FFFFFF"/>
        </w:rPr>
        <w:t xml:space="preserve">Malachi 3:17</w:t>
      </w:r>
      <w:r>
        <w:rPr>
          <w:shd w:val="clear" w:color="auto" w:fill="548235"/>
          <w:color w:val="FFFFFF"/>
        </w:rPr>
        <w:t xml:space="preserve"> — </w:t>
      </w:r>
      <w:r>
        <w:rPr>
          <w:shd w:fill="548235" w:val="clear" w:color="auto"/>
          <w:color w:val="FFFFFF"/>
        </w:rPr>
        <w:t xml:space="preserve">I will spare {them} as a man spares his own son who serves him</w:t>
      </w:r>
      <w:r>
        <w:rPr>
          <w:b w:val="false"/>
          <w:i w:val="false"/>
          <w:color w:val="FFFFFF"/>
          <w:u w:val="none"/>
          <w:shd w:val="clear" w:color="auto" w:fill="548235"/>
        </w:rPr>
        <w:t xml:space="preserve"> [1LAE]</w:t>
      </w:r>
      <w:r>
        <w:rPr>
          <w:shd w:val="clear" w:color="auto" w:fill="548235"/>
          <w:color w:val="FFFFFF"/>
        </w:rPr>
        <w:t xml:space="preserve">.</w:t>
      </w:r>
    </w:p>
    <w:p>
      <w:pPr>
        <w:pStyle w:val="Yellow"/>
        <w:rPr/>
      </w:pPr>
      <w:r>
        <w:rPr>
          <w:b/>
        </w:rPr>
        <w:t>Matthew 5:7</w:t>
      </w:r>
      <w:r>
        <w:rPr/>
        <w:t xml:space="preserve"> — </w:t>
      </w:r>
      <w:r>
        <w:rPr>
          <w:shd w:fill="B7DDE8" w:val="clear"/>
        </w:rPr>
        <w:t>Blessed are the merciful</w:t>
      </w:r>
      <w:r>
        <w:rPr>
          <w:b w:val="false"/>
          <w:i w:val="false"/>
          <w:color w:val="000000"/>
          <w:u w:val="none"/>
        </w:rPr>
        <w:t xml:space="preserve"> [1FSD]</w:t>
      </w:r>
      <w:r>
        <w:rPr/>
        <w:t xml:space="preserve">, for </w:t>
      </w:r>
      <w:r>
        <w:rPr>
          <w:shd w:fill="B7DDE8" w:val="clear"/>
        </w:rPr>
        <w:t>they will be shown mercy</w:t>
      </w:r>
      <w:r>
        <w:rPr>
          <w:b w:val="false"/>
          <w:i w:val="false"/>
          <w:color w:val="000000"/>
          <w:u w:val="none"/>
        </w:rPr>
        <w:t xml:space="preserve"> [1FSE]</w:t>
      </w:r>
      <w:r>
        <w:rPr/>
        <w:t>.</w:t>
      </w:r>
    </w:p>
    <w:p>
      <w:pPr>
        <w:pStyle w:val="Yellow"/>
        <w:rPr/>
      </w:pPr>
      <w:r>
        <w:rPr>
          <w:b/>
        </w:rPr>
        <w:t>Matthew 5:44–45</w:t>
      </w:r>
      <w:r>
        <w:rPr/>
        <w:t xml:space="preserve"> — </w:t>
      </w:r>
      <w:r>
        <w:rPr>
          <w:shd w:val="clear" w:fill="B7DDE8"/>
        </w:rPr>
        <w:t>love your enemies</w:t>
      </w:r>
      <w:r>
        <w:rPr>
          <w:b w:val="false"/>
          <w:i w:val="false"/>
          <w:color w:val="000000"/>
          <w:u w:val="none"/>
        </w:rPr>
        <w:t xml:space="preserve"> [2CSD]</w:t>
      </w:r>
      <w:r>
        <w:rPr/>
        <w:t xml:space="preserve"> and </w:t>
      </w:r>
      <w:r>
        <w:rPr>
          <w:shd w:val="clear" w:fill="B7DDE8"/>
        </w:rPr>
        <w:t>pray for those who persecute you</w:t>
      </w:r>
      <w:r>
        <w:rPr>
          <w:b w:val="false"/>
          <w:i w:val="false"/>
          <w:color w:val="000000"/>
          <w:u w:val="none"/>
        </w:rPr>
        <w:t xml:space="preserve"> [1CSE]</w:t>
      </w:r>
      <w:r>
        <w:rPr/>
        <w:t xml:space="preserve">, </w:t>
      </w:r>
      <w:r>
        <w:rPr>
          <w:shd w:val="clear" w:fill="B7DDE8"/>
        </w:rPr>
        <w:t>that you may be sons of your Father in heaven</w:t>
      </w:r>
      <w:r>
        <w:rPr>
          <w:b w:val="false"/>
          <w:i w:val="false"/>
          <w:color w:val="000000"/>
          <w:u w:val="none"/>
        </w:rPr>
        <w:t xml:space="preserve"> [1CSF]</w:t>
      </w:r>
      <w:r>
        <w:rPr/>
        <w:t xml:space="preserve">. </w:t>
      </w:r>
      <w:r>
        <w:rPr>
          <w:shd w:val="clear" w:fill="B7DDE8"/>
        </w:rPr>
        <w:t>He causes His sun to rise on the evil and the good</w:t>
      </w:r>
      <w:r>
        <w:rPr>
          <w:b w:val="false"/>
          <w:i w:val="false"/>
          <w:color w:val="000000"/>
          <w:u w:val="none"/>
        </w:rPr>
        <w:t xml:space="preserve"> [1CSG]</w:t>
      </w:r>
      <w:r>
        <w:rPr/>
        <w:t xml:space="preserve">, and </w:t>
      </w:r>
      <w:r>
        <w:rPr>
          <w:shd w:val="clear" w:fill="B7DDE8"/>
        </w:rPr>
        <w:t>sends rain on the righteous and the unrighteous</w:t>
      </w:r>
      <w:r>
        <w:rPr>
          <w:b w:val="false"/>
          <w:i w:val="false"/>
          <w:color w:val="000000"/>
          <w:u w:val="none"/>
        </w:rPr>
        <w:t xml:space="preserve"> [1CSH]</w:t>
      </w:r>
      <w:r>
        <w:rPr/>
        <w:t>.</w:t>
      </w:r>
    </w:p>
    <w:p>
      <w:pPr>
        <w:pStyle w:val="Yellow"/>
        <w:rPr/>
      </w:pPr>
      <w:r>
        <w:rPr/>
        <w:t xml:space="preserve">(Mt12:18 “My Servant”) </w:t>
      </w:r>
      <w:r>
        <w:rPr>
          <w:b/>
        </w:rPr>
        <w:t>Matthew 12:20</w:t>
      </w:r>
      <w:r>
        <w:rPr/>
        <w:t xml:space="preserve"> — </w:t>
      </w:r>
      <w:r>
        <w:rPr>
          <w:shd w:val="clear" w:fill="B7DDE8"/>
        </w:rPr>
        <w:t>A bruised reed {He} will not break</w:t>
      </w:r>
      <w:r>
        <w:rPr>
          <w:b w:val="false"/>
          <w:i w:val="false"/>
          <w:color w:val="000000"/>
          <w:u w:val="none"/>
        </w:rPr>
        <w:t xml:space="preserve"> [1DUR]</w:t>
      </w:r>
      <w:r>
        <w:rPr/>
        <w:t xml:space="preserve">, and </w:t>
      </w:r>
      <w:r>
        <w:rPr>
          <w:shd w:val="clear" w:fill="B7DDE8"/>
        </w:rPr>
        <w:t>a smoldering wick He will not extinguish</w:t>
      </w:r>
      <w:r>
        <w:rPr>
          <w:b w:val="false"/>
          <w:i w:val="false"/>
          <w:color w:val="000000"/>
          <w:u w:val="none"/>
        </w:rPr>
        <w:t xml:space="preserve"> [1DUS]</w:t>
      </w:r>
      <w:r>
        <w:rPr/>
        <w:t xml:space="preserve">, </w:t>
      </w:r>
      <w:r>
        <w:rPr>
          <w:shd w:val="clear" w:fill="B7DDE8"/>
        </w:rPr>
        <w:t>till He leads justice to victory</w:t>
      </w:r>
      <w:r>
        <w:rPr>
          <w:b w:val="false"/>
          <w:i w:val="false"/>
          <w:color w:val="000000"/>
          <w:u w:val="none"/>
        </w:rPr>
        <w:t xml:space="preserve"> [1DUT]</w:t>
      </w:r>
      <w:r>
        <w:rPr/>
        <w:t>.</w:t>
      </w:r>
    </w:p>
    <w:p>
      <w:pPr>
        <w:pStyle w:val="Yellow"/>
        <w:rPr/>
      </w:pPr>
      <w:r>
        <w:rPr>
          <w:shd w:val="clear" w:color="auto" w:fill="548235"/>
          <w:color w:val="FFFFFF"/>
        </w:rPr>
        <w:t xml:space="preserve">(Lk1:47 “God”) </w:t>
      </w:r>
      <w:r>
        <w:rPr>
          <w:b/>
          <w:shd w:val="clear" w:color="auto" w:fill="548235"/>
          <w:color w:val="FFFFFF"/>
        </w:rPr>
        <w:t>Luke 1:50</w:t>
      </w:r>
      <w:r>
        <w:rPr>
          <w:shd w:val="clear" w:color="auto" w:fill="548235"/>
          <w:color w:val="FFFFFF"/>
        </w:rPr>
        <w:t xml:space="preserve"> — </w:t>
      </w:r>
      <w:r>
        <w:rPr>
          <w:shd w:val="clear" w:fill="548235" w:color="auto"/>
          <w:color w:val="FFFFFF"/>
        </w:rPr>
        <w:t>{His} mercy extends to those who fear Him, from generation to generation</w:t>
      </w:r>
      <w:r>
        <w:rPr>
          <w:b w:val="false"/>
          <w:i w:val="false"/>
          <w:color w:val="FFFFFF"/>
          <w:u w:val="none"/>
          <w:shd w:val="clear" w:color="auto" w:fill="548235"/>
        </w:rPr>
        <w:t xml:space="preserve"> [1FOT]</w:t>
      </w:r>
      <w:r>
        <w:rPr>
          <w:shd w:val="clear" w:color="auto" w:fill="548235"/>
          <w:color w:val="FFFFFF"/>
        </w:rPr>
        <w:t>.</w:t>
      </w:r>
    </w:p>
    <w:p>
      <w:pPr>
        <w:pStyle w:val="Yellow"/>
        <w:rPr/>
      </w:pPr>
      <w:r>
        <w:rPr/>
        <w:t xml:space="preserve">(Lk6:35 “the Most High”) </w:t>
      </w:r>
      <w:r>
        <w:rPr>
          <w:b/>
        </w:rPr>
        <w:t xml:space="preserve">Luke 6:36</w:t>
      </w:r>
      <w:r>
        <w:rPr/>
        <w:t xml:space="preserve"> — </w:t>
      </w:r>
      <w:r>
        <w:rPr>
          <w:shd w:fill="B7DDE8" w:val="clear"/>
        </w:rPr>
        <w:t xml:space="preserve">your {Father} is merciful</w:t>
      </w:r>
      <w:r>
        <w:rPr>
          <w:b w:val="false"/>
          <w:i w:val="false"/>
          <w:color w:val="000000"/>
          <w:u w:val="none"/>
        </w:rPr>
        <w:t xml:space="preserve"> [19FI]</w:t>
      </w:r>
      <w:r>
        <w:rPr/>
        <w:t xml:space="preserve">.</w:t>
      </w:r>
    </w:p>
    <w:p>
      <w:pPr>
        <w:pStyle w:val="Yellow"/>
        <w:rPr/>
      </w:pPr>
      <w:r>
        <w:rPr>
          <w:shd w:val="clear" w:color="auto" w:fill="548235"/>
          <w:color w:val="FFFFFF"/>
        </w:rPr>
        <w:t xml:space="preserve">(Lk7:12ᶜ A “widow”¹ whose “only son” was “dead”) </w:t>
      </w:r>
      <w:r>
        <w:rPr>
          <w:b/>
          <w:shd w:val="clear" w:color="auto" w:fill="548235"/>
          <w:color w:val="FFFFFF"/>
        </w:rPr>
        <w:t>Luke 7:13</w:t>
      </w:r>
      <w:r>
        <w:rPr>
          <w:shd w:val="clear" w:color="auto" w:fill="548235"/>
          <w:color w:val="FFFFFF"/>
        </w:rPr>
        <w:t xml:space="preserve"> — When the Lord saw {her}, </w:t>
      </w:r>
      <w:r>
        <w:rPr>
          <w:shd w:fill="548235" w:val="clear" w:color="auto"/>
          <w:color w:val="FFFFFF"/>
        </w:rPr>
        <w:t>He had compassion on her</w:t>
      </w:r>
      <w:r>
        <w:rPr>
          <w:b w:val="false"/>
          <w:i w:val="false"/>
          <w:color w:val="FFFFFF"/>
          <w:u w:val="none"/>
          <w:shd w:val="clear" w:color="auto" w:fill="548235"/>
        </w:rPr>
        <w:t xml:space="preserve"> [1FTH]</w:t>
      </w:r>
    </w:p>
    <w:p>
      <w:pPr>
        <w:pStyle w:val="Yellow"/>
        <w:rPr/>
      </w:pPr>
      <w:r>
        <w:rPr>
          <w:b/>
        </w:rPr>
        <w:t>Acts 7:34</w:t>
      </w:r>
      <w:r>
        <w:rPr/>
        <w:t xml:space="preserve"> — </w:t>
      </w:r>
      <w:r>
        <w:rPr>
          <w:shd w:val="clear" w:fill="B7DDE8"/>
        </w:rPr>
        <w:t>I have indeed seen the oppression of My people in Egypt</w:t>
      </w:r>
      <w:r>
        <w:rPr>
          <w:b w:val="false"/>
          <w:i w:val="false"/>
          <w:color w:val="000000"/>
          <w:u w:val="none"/>
        </w:rPr>
        <w:t xml:space="preserve"> [1CNH]</w:t>
      </w:r>
      <w:r>
        <w:rPr/>
        <w:t xml:space="preserve">. </w:t>
      </w:r>
      <w:r>
        <w:rPr>
          <w:shd w:val="clear" w:fill="B7DDE8"/>
        </w:rPr>
        <w:t>I have heard their groaning</w:t>
      </w:r>
      <w:r>
        <w:rPr>
          <w:b w:val="false"/>
          <w:i w:val="false"/>
          <w:color w:val="000000"/>
          <w:u w:val="none"/>
        </w:rPr>
        <w:t xml:space="preserve"> [2AGI]</w:t>
      </w:r>
      <w:r>
        <w:rPr/>
        <w:t xml:space="preserve"> and </w:t>
      </w:r>
      <w:r>
        <w:rPr>
          <w:shd w:val="clear" w:fill="B7DDE8"/>
        </w:rPr>
        <w:t>have come down to deliver them</w:t>
      </w:r>
      <w:r>
        <w:rPr>
          <w:b w:val="false"/>
          <w:i w:val="false"/>
          <w:u w:val="none"/>
          <w:color w:val="000000"/>
        </w:rPr>
        <w:t xml:space="preserve"> [1CNI]</w:t>
      </w:r>
      <w:r>
        <w:rPr/>
        <w:t xml:space="preserve">. </w:t>
      </w:r>
      <w:r>
        <w:rPr>
          <w:shd w:val="clear" w:fill="B7DDE8"/>
        </w:rPr>
        <w:t>Now come</w:t>
      </w:r>
      <w:r>
        <w:rPr>
          <w:b w:val="false"/>
          <w:i w:val="false"/>
          <w:color w:val="000000"/>
          <w:u w:val="none"/>
        </w:rPr>
        <w:t xml:space="preserve"> [1CNJ]</w:t>
      </w:r>
      <w:r>
        <w:rPr/>
        <w:t xml:space="preserve">, </w:t>
      </w:r>
      <w:r>
        <w:rPr>
          <w:shd w:val="clear" w:fill="B7DDE8"/>
        </w:rPr>
        <w:t>I will send you back to Egypt</w:t>
      </w:r>
      <w:r>
        <w:rPr>
          <w:b w:val="false"/>
          <w:i w:val="false"/>
          <w:color w:val="000000"/>
          <w:u w:val="none"/>
        </w:rPr>
        <w:t xml:space="preserve"> [1CNK]</w:t>
      </w:r>
      <w:r>
        <w:rPr/>
        <w:t>.’</w:t>
      </w:r>
    </w:p>
    <w:p>
      <w:pPr>
        <w:pStyle w:val="Yellow"/>
        <w:rPr/>
      </w:pPr>
      <w:r>
        <w:rPr/>
        <w:t xml:space="preserve">&lt;36&gt;(Ro9:14 “God”) </w:t>
      </w:r>
      <w:r>
        <w:rPr>
          <w:b/>
        </w:rPr>
        <w:t>Romans 9:15-16</w:t>
      </w:r>
      <w:r>
        <w:rPr/>
        <w:t xml:space="preserve"> — For {He} says to Moses: “</w:t>
      </w:r>
      <w:r>
        <w:rPr>
          <w:shd w:fill="B7DDE8" w:val="clear"/>
        </w:rPr>
        <w:t>I will have mercy on whom I have mercy</w:t>
      </w:r>
      <w:r>
        <w:rPr>
          <w:b w:val="false"/>
          <w:i w:val="false"/>
          <w:color w:val="000000"/>
          <w:u w:val="none"/>
        </w:rPr>
        <w:t xml:space="preserve"> [3FTD]</w:t>
      </w:r>
      <w:r>
        <w:rPr/>
        <w:t xml:space="preserve">, and </w:t>
      </w:r>
      <w:r>
        <w:rPr>
          <w:shd w:fill="B7DDE8" w:val="clear"/>
        </w:rPr>
        <w:t>I will have compassion on whom I have compassion</w:t>
      </w:r>
      <w:r>
        <w:rPr>
          <w:b w:val="false"/>
          <w:i w:val="false"/>
          <w:color w:val="000000"/>
          <w:u w:val="none"/>
        </w:rPr>
        <w:t xml:space="preserve"> [2FTE]</w:t>
      </w:r>
      <w:r>
        <w:rPr/>
        <w:t xml:space="preserve">.” So then, </w:t>
      </w:r>
      <w:r>
        <w:rPr>
          <w:shd w:fill="B7DDE8" w:val="clear"/>
        </w:rPr>
        <w:t>it does not depend on man’s desire or effort, but on God’s mercy</w:t>
      </w:r>
      <w:r>
        <w:rPr>
          <w:b w:val="false"/>
          <w:i w:val="false"/>
          <w:color w:val="000000"/>
          <w:u w:val="none"/>
        </w:rPr>
        <w:t xml:space="preserve"> [1FTF]</w:t>
      </w:r>
      <w:r>
        <w:rPr/>
        <w:t>.</w:t>
      </w:r>
    </w:p>
    <w:p>
      <w:pPr>
        <w:pStyle w:val="Yellow"/>
        <w:rPr/>
      </w:pPr>
      <w:r>
        <w:rPr/>
        <w:t>&lt;36&gt;</w:t>
      </w:r>
      <w:r>
        <w:rPr>
          <w:b/>
        </w:rPr>
        <w:t>Romans 9:18</w:t>
      </w:r>
      <w:r>
        <w:rPr/>
        <w:t xml:space="preserve"> — {Therefore} </w:t>
      </w:r>
      <w:r>
        <w:rPr>
          <w:shd w:fill="B7DDE8" w:val="clear"/>
        </w:rPr>
        <w:t>God has mercy on whom He wants to have mercy</w:t>
      </w:r>
      <w:r>
        <w:rPr>
          <w:b w:val="false"/>
          <w:i w:val="false"/>
          <w:color w:val="000000"/>
          <w:u w:val="none"/>
        </w:rPr>
        <w:t xml:space="preserve"> [3FTD]</w:t>
      </w:r>
      <w:r>
        <w:rPr/>
        <w:t xml:space="preserve">, and </w:t>
      </w:r>
      <w:r>
        <w:rPr>
          <w:shd w:fill="B7DDE8" w:val="clear"/>
        </w:rPr>
        <w:t>He hardens whom He wants to harden</w:t>
      </w:r>
      <w:r>
        <w:rPr>
          <w:b w:val="false"/>
          <w:i w:val="false"/>
          <w:color w:val="000000"/>
          <w:u w:val="none"/>
        </w:rPr>
        <w:t xml:space="preserve"> [1FTG]</w:t>
      </w:r>
      <w:r>
        <w:rPr/>
        <w:t>.</w:t>
      </w:r>
    </w:p>
    <w:p>
      <w:pPr>
        <w:pStyle w:val="Yellow"/>
        <w:rPr/>
      </w:pPr>
      <w:r>
        <w:rPr>
          <w:b/>
        </w:rPr>
        <w:t>Colossians 3:12</w:t>
      </w:r>
      <w:r>
        <w:rPr/>
        <w:t xml:space="preserve"> — Therefore, </w:t>
      </w:r>
      <w:r>
        <w:rPr>
          <w:shd w:fill="B7DDE8" w:val="clear"/>
        </w:rPr>
        <w:t>as the elect of God, holy and beloved</w:t>
      </w:r>
      <w:r>
        <w:rPr>
          <w:b w:val="false"/>
          <w:i w:val="false"/>
          <w:color w:val="000000"/>
          <w:u w:val="none"/>
        </w:rPr>
        <w:t xml:space="preserve"> [1FTJ]</w:t>
      </w:r>
      <w:r>
        <w:rPr/>
        <w:t xml:space="preserve">, </w:t>
      </w:r>
      <w:r>
        <w:rPr>
          <w:shd w:fill="B7DDE8" w:val="clear"/>
        </w:rPr>
        <w:t>clothe yourselves with hearts of compassion, kindness, humility, gentleness, and patience</w:t>
      </w:r>
      <w:r>
        <w:rPr>
          <w:b w:val="false"/>
          <w:i w:val="false"/>
          <w:color w:val="000000"/>
          <w:u w:val="none"/>
        </w:rPr>
        <w:t xml:space="preserve"> [1FTK]</w:t>
      </w:r>
      <w:r>
        <w:rPr/>
        <w:t>.</w:t>
      </w:r>
    </w:p>
    <w:p>
      <w:pPr>
        <w:pStyle w:val="Yellow"/>
        <w:rPr/>
      </w:pPr>
      <w:r>
        <w:rPr>
          <w:b/>
        </w:rPr>
        <w:t>James 2:12-13</w:t>
      </w:r>
      <w:r>
        <w:rPr/>
        <w:t xml:space="preserve"> — </w:t>
      </w:r>
      <w:r>
        <w:rPr>
          <w:shd w:fill="B7DDE8" w:val="clear"/>
        </w:rPr>
        <w:t>Speak and act as those who are going to be judged by the law that gives freedom</w:t>
      </w:r>
      <w:r>
        <w:rPr>
          <w:b w:val="false"/>
          <w:i w:val="false"/>
          <w:color w:val="000000"/>
          <w:u w:val="none"/>
        </w:rPr>
        <w:t xml:space="preserve"> [1FRT]</w:t>
      </w:r>
      <w:r>
        <w:rPr>
          <w:shd w:val="clear" w:color="auto" w:fill="548235"/>
          <w:color w:val="FFFFFF"/>
        </w:rPr>
        <w:t xml:space="preserve">. For </w:t>
      </w:r>
      <w:r>
        <w:rPr>
          <w:shd w:fill="548235" w:val="clear" w:color="auto"/>
          <w:color w:val="FFFFFF"/>
        </w:rPr>
        <w:t>judgment without mercy will be shown to anyone who has not been merciful</w:t>
      </w:r>
      <w:r>
        <w:rPr>
          <w:b w:val="false"/>
          <w:i w:val="false"/>
          <w:color w:val="FFFFFF"/>
          <w:u w:val="none"/>
          <w:shd w:val="clear" w:color="auto" w:fill="548235"/>
        </w:rPr>
        <w:t xml:space="preserve"> [1FRU]</w:t>
      </w:r>
      <w:r>
        <w:rPr>
          <w:shd w:val="clear" w:color="auto" w:fill="548235"/>
          <w:color w:val="FFFFFF"/>
        </w:rPr>
        <w:t xml:space="preserve">. </w:t>
      </w:r>
      <w:r>
        <w:rPr>
          <w:shd w:fill="548235" w:val="clear" w:color="auto"/>
          <w:color w:val="FFFFFF"/>
        </w:rPr>
        <w:t>Mercy triumphs over judgment</w:t>
      </w:r>
      <w:r>
        <w:rPr>
          <w:b w:val="false"/>
          <w:i w:val="false"/>
          <w:color w:val="FFFFFF"/>
          <w:u w:val="none"/>
          <w:shd w:val="clear" w:color="auto" w:fill="548235"/>
        </w:rPr>
        <w:t xml:space="preserve"> [1FRV]</w:t>
      </w:r>
      <w:r>
        <w:rPr>
          <w:shd w:val="clear" w:color="auto" w:fill="548235"/>
          <w:color w:val="FFFFFF"/>
        </w:rPr>
        <w:t>.</w:t>
      </w:r>
    </w:p>
    <w:p>
      <w:pPr>
        <w:pStyle w:val="Yellow"/>
        <w:rPr/>
      </w:pPr>
      <w:r>
        <w:rPr>
          <w:b/>
        </w:rPr>
        <w:t>1 Peter 2:10</w:t>
      </w:r>
      <w:r>
        <w:rPr/>
        <w:t xml:space="preserve"> — </w:t>
      </w:r>
      <w:r>
        <w:rPr>
          <w:shd w:fill="B7DDE8" w:val="clear"/>
        </w:rPr>
        <w:t>Once you were not a people, but now you are the people of God</w:t>
      </w:r>
      <w:r>
        <w:rPr>
          <w:b w:val="false"/>
          <w:i w:val="false"/>
          <w:color w:val="000000"/>
          <w:u w:val="none"/>
        </w:rPr>
        <w:t xml:space="preserve"> [1FSS]</w:t>
      </w:r>
      <w:r>
        <w:rPr>
          <w:shd w:val="clear" w:color="auto" w:fill="548235"/>
          <w:color w:val="FFFFFF"/>
        </w:rPr>
        <w:t xml:space="preserve">; </w:t>
      </w:r>
      <w:r>
        <w:rPr>
          <w:shd w:fill="548235" w:val="clear" w:color="auto"/>
          <w:color w:val="FFFFFF"/>
        </w:rPr>
        <w:t>once you had not received mercy, but now you have received mercy</w:t>
      </w:r>
      <w:r>
        <w:rPr>
          <w:b w:val="false"/>
          <w:i w:val="false"/>
          <w:color w:val="FFFFFF"/>
          <w:u w:val="none"/>
          <w:shd w:val="clear" w:color="auto" w:fill="548235"/>
        </w:rPr>
        <w:t xml:space="preserve"> [1FST]</w:t>
      </w:r>
      <w:r>
        <w:rPr>
          <w:shd w:val="clear" w:color="auto" w:fill="548235"/>
          <w:color w:val="FFFFFF"/>
        </w:rPr>
        <w:t>.</w:t>
      </w:r>
    </w:p>
    <w:p>
      <w:r>
        <w:rPr>
          <w:b/>
          <w:sz w:val="32"/>
        </w:rPr>
        <w:t>Repentance  (47)</w:t>
      </w:r>
    </w:p>
    <w:p>
      <w:pPr>
        <w:pStyle w:val="Yellow"/>
        <w:rPr/>
      </w:pPr>
      <w:r>
        <w:rPr/>
        <w:t xml:space="preserve">(Jdg10:15 Israelites confess and seek deliverance) </w:t>
      </w:r>
      <w:r>
        <w:rPr>
          <w:b/>
        </w:rPr>
        <w:t xml:space="preserve">Judges 10:16</w:t>
      </w:r>
      <w:r>
        <w:rPr/>
        <w:t xml:space="preserve"> — {So} </w:t>
      </w:r>
      <w:r>
        <w:rPr>
          <w:shd w:fill="B7DDE8" w:val="clear"/>
        </w:rPr>
        <w:t xml:space="preserve">{they} put away the foreign gods from among them</w:t>
      </w:r>
      <w:r>
        <w:rPr>
          <w:b w:val="false"/>
          <w:i w:val="false"/>
          <w:color w:val="000000"/>
          <w:u w:val="none"/>
        </w:rPr>
        <w:t xml:space="preserve"> [1KBU]</w:t>
      </w:r>
      <w:r>
        <w:rPr/>
        <w:t xml:space="preserve"> and </w:t>
      </w:r>
      <w:r>
        <w:rPr>
          <w:shd w:fill="B7DDE8" w:val="clear"/>
        </w:rPr>
        <w:t xml:space="preserve">served the LORD</w:t>
      </w:r>
      <w:r>
        <w:rPr>
          <w:b w:val="false"/>
          <w:i w:val="false"/>
          <w:color w:val="000000"/>
          <w:u w:val="none"/>
        </w:rPr>
        <w:t xml:space="preserve"> [1KBV]</w:t>
      </w:r>
      <w:r>
        <w:rPr/>
        <w:t xml:space="preserve">, and </w:t>
      </w:r>
      <w:r>
        <w:rPr>
          <w:shd w:fill="B7DDE8" w:val="clear"/>
        </w:rPr>
        <w:t xml:space="preserve">He could no longer bear the misery of Israel</w:t>
      </w:r>
      <w:r>
        <w:rPr>
          <w:b w:val="false"/>
          <w:i w:val="false"/>
          <w:u w:val="none"/>
          <w:color w:val="000000"/>
        </w:rPr>
        <w:t xml:space="preserve"> [1KBW]</w:t>
      </w:r>
      <w:r>
        <w:rPr/>
        <w:t xml:space="preserve">.</w:t>
      </w:r>
    </w:p>
    <w:p>
      <w:pPr>
        <w:pStyle w:val="Yellow"/>
        <w:rPr/>
      </w:pPr>
      <w:r>
        <w:rPr>
          <w:b/>
        </w:rPr>
        <w:t xml:space="preserve">2 Kings 22:19-20</w:t>
      </w:r>
      <w:r>
        <w:rPr/>
        <w:t xml:space="preserve"> — </w:t>
      </w:r>
      <w:r>
        <w:rPr>
          <w:shd w:fill="B7DDE8" w:val="clear"/>
        </w:rPr>
        <w:t xml:space="preserve">because your heart was tender and you humbled yourself before the LORD when you heard what I spoke against this place and against its people, that they would become a desolation and a curse, and because you have torn your clothes and wept before Me</w:t>
      </w:r>
      <w:r>
        <w:rPr>
          <w:b w:val="false"/>
          <w:i w:val="false"/>
          <w:u w:val="none"/>
          <w:color w:val="000000"/>
        </w:rPr>
        <w:t xml:space="preserve"> [2KNB]</w:t>
      </w:r>
      <w:r>
        <w:rPr/>
        <w:t xml:space="preserve">, </w:t>
      </w:r>
      <w:r>
        <w:rPr>
          <w:shd w:fill="B7DDE8" w:val="clear"/>
        </w:rPr>
        <w:t xml:space="preserve">I have heard you</w:t>
      </w:r>
      <w:r>
        <w:rPr>
          <w:b w:val="false"/>
          <w:i w:val="false"/>
          <w:u w:val="none"/>
          <w:color w:val="000000"/>
        </w:rPr>
        <w:t xml:space="preserve"> [2KNC]</w:t>
      </w:r>
      <w:r>
        <w:rPr/>
        <w:t xml:space="preserve">,’ declares the LORD. ‘Therefore </w:t>
      </w:r>
      <w:r>
        <w:rPr>
          <w:shd w:fill="B7DDE8" w:val="clear"/>
        </w:rPr>
        <w:t xml:space="preserve">I will indeed gather you to your fathers, and you will be gathered to your grave in peace</w:t>
      </w:r>
      <w:r>
        <w:rPr>
          <w:b w:val="false"/>
          <w:i w:val="false"/>
          <w:color w:val="000000"/>
          <w:u w:val="none"/>
        </w:rPr>
        <w:t xml:space="preserve"> [2KND]</w:t>
      </w:r>
      <w:r>
        <w:rPr/>
        <w:t xml:space="preserve">. </w:t>
      </w:r>
      <w:r>
        <w:rPr>
          <w:shd w:fill="B7DDE8" w:val="clear"/>
        </w:rPr>
        <w:t xml:space="preserve">Your eyes will not see all the calamity that I will bring on this place</w:t>
      </w:r>
      <w:r>
        <w:rPr>
          <w:b w:val="false"/>
          <w:i w:val="false"/>
          <w:u w:val="none"/>
          <w:color w:val="000000"/>
        </w:rPr>
        <w:t xml:space="preserve"> [2KNE]</w:t>
      </w:r>
      <w:r>
        <w:rPr/>
        <w:t xml:space="preserve">.’”</w:t>
      </w:r>
    </w:p>
    <w:p>
      <w:pPr>
        <w:pStyle w:val="Green"/>
        <w:rPr/>
      </w:pPr>
      <w:r>
        <w:rPr>
          <w:u w:val="none"/>
          <w:b/>
        </w:rPr>
        <w:t>2 Chronicles 7:13–14</w:t>
      </w:r>
      <w:r>
        <w:rPr>
          <w:u w:val="none"/>
        </w:rPr>
        <w:t xml:space="preserve"> — </w:t>
      </w:r>
      <w:r>
        <w:rPr>
          <w:u w:val="none"/>
          <w:color w:val="000000"/>
        </w:rPr>
        <w:t>If I close the sky so there is no rain</w:t>
      </w:r>
      <w:r>
        <w:rPr>
          <w:b w:val="false"/>
          <w:i w:val="false"/>
          <w:color w:val="000000"/>
          <w:u w:val="none"/>
        </w:rPr>
        <w:t xml:space="preserve"> [1CFI]</w:t>
      </w:r>
      <w:r>
        <w:rPr>
          <w:u w:val="none"/>
        </w:rPr>
        <w:t xml:space="preserve">, or </w:t>
      </w:r>
      <w:r>
        <w:rPr>
          <w:u w:val="none"/>
          <w:color w:val="000000"/>
        </w:rPr>
        <w:t>if I command the locust to devour the land</w:t>
      </w:r>
      <w:r>
        <w:rPr>
          <w:b w:val="false"/>
          <w:i w:val="false"/>
          <w:color w:val="000000"/>
          <w:u w:val="none"/>
        </w:rPr>
        <w:t xml:space="preserve"> [1CFJ]</w:t>
      </w:r>
      <w:r>
        <w:rPr>
          <w:u w:val="none"/>
        </w:rPr>
        <w:t xml:space="preserve">, or </w:t>
      </w:r>
      <w:r>
        <w:rPr>
          <w:u w:val="none"/>
          <w:color w:val="000000"/>
        </w:rPr>
        <w:t>if I send a plague among My people</w:t>
      </w:r>
      <w:r>
        <w:rPr>
          <w:b w:val="false"/>
          <w:i w:val="false"/>
          <w:color w:val="000000"/>
          <w:u w:val="none"/>
        </w:rPr>
        <w:t xml:space="preserve"> [1CFK]</w:t>
      </w:r>
      <w:r>
        <w:rPr>
          <w:u w:val="none"/>
        </w:rPr>
        <w:t xml:space="preserve">, and if </w:t>
      </w:r>
      <w:r>
        <w:rPr>
          <w:u w:val="none"/>
          <w:shd w:fill="B7DDE8" w:val="clear"/>
        </w:rPr>
        <w:t>My people who are called by My name humble themselves and pray and seek My face and turn from their wicked ways</w:t>
      </w:r>
      <w:r>
        <w:rPr>
          <w:b w:val="false"/>
          <w:i w:val="false"/>
          <w:color w:val="000000"/>
          <w:u w:val="none"/>
        </w:rPr>
        <w:t xml:space="preserve"> [1CFL]</w:t>
      </w:r>
      <w:r>
        <w:rPr>
          <w:u w:val="none"/>
        </w:rPr>
        <w:t xml:space="preserve">, then </w:t>
      </w:r>
      <w:r>
        <w:rPr>
          <w:u w:val="none"/>
          <w:shd w:fill="B7DDE8" w:val="clear"/>
        </w:rPr>
        <w:t>I will hear from heaven</w:t>
      </w:r>
      <w:r>
        <w:rPr>
          <w:b w:val="false"/>
          <w:i w:val="false"/>
          <w:color w:val="000000"/>
          <w:u w:val="none"/>
        </w:rPr>
        <w:t xml:space="preserve"> [1CFQ]</w:t>
      </w:r>
      <w:r>
        <w:rPr>
          <w:u w:val="none"/>
        </w:rPr>
        <w:t xml:space="preserve">, </w:t>
      </w:r>
      <w:r>
        <w:rPr>
          <w:u w:val="none"/>
          <w:shd w:fill="B7DDE8" w:val="clear"/>
        </w:rPr>
        <w:t>forgive their sin</w:t>
      </w:r>
      <w:r>
        <w:rPr>
          <w:b w:val="false"/>
          <w:i w:val="false"/>
          <w:color w:val="000000"/>
          <w:u w:val="none"/>
        </w:rPr>
        <w:t xml:space="preserve"> [1CFR]</w:t>
      </w:r>
      <w:r>
        <w:rPr>
          <w:u w:val="none"/>
          <w:color w:val="auto"/>
        </w:rPr>
        <w:t xml:space="preserve">, and </w:t>
      </w:r>
      <w:r>
        <w:rPr>
          <w:u w:val="none"/>
          <w:color w:val="auto"/>
        </w:rPr>
        <w:t>heal their land</w:t>
      </w:r>
      <w:r>
        <w:rPr>
          <w:b w:val="false"/>
          <w:i w:val="false"/>
          <w:color w:val="auto"/>
          <w:u w:val="none"/>
        </w:rPr>
        <w:t xml:space="preserve"> [1CFS]</w:t>
      </w:r>
      <w:r>
        <w:rPr>
          <w:u w:val="none"/>
          <w:color w:val="auto"/>
        </w:rPr>
        <w:t>.</w:t>
      </w:r>
    </w:p>
    <w:p>
      <w:pPr>
        <w:pStyle w:val="Yellow"/>
        <w:rPr/>
      </w:pPr>
      <w:r>
        <w:rPr>
          <w:b/>
        </w:rPr>
        <w:t xml:space="preserve">2 Chronicles 12:7-8</w:t>
      </w:r>
      <w:r>
        <w:rPr/>
        <w:t xml:space="preserve"> — When </w:t>
      </w:r>
      <w:r>
        <w:rPr>
          <w:shd w:fill="B7DDE8" w:val="clear"/>
        </w:rPr>
        <w:t xml:space="preserve">the LORD saw that they had humbled themselves</w:t>
      </w:r>
      <w:r>
        <w:rPr>
          <w:b w:val="false"/>
          <w:i w:val="false"/>
          <w:color w:val="000000"/>
          <w:u w:val="none"/>
        </w:rPr>
        <w:t xml:space="preserve"> [1JDO]</w:t>
      </w:r>
      <w:r>
        <w:rPr/>
        <w:t xml:space="preserve">, the word of the LORD came to Shemaiah, saying, “</w:t>
      </w:r>
      <w:r>
        <w:rPr>
          <w:shd w:fill="B7DDE8" w:val="clear"/>
        </w:rPr>
        <w:t xml:space="preserve">They have humbled themselves</w:t>
      </w:r>
      <w:r>
        <w:rPr>
          <w:b w:val="false"/>
          <w:i w:val="false"/>
          <w:color w:val="000000"/>
          <w:u w:val="none"/>
        </w:rPr>
        <w:t xml:space="preserve"> [1JDP]</w:t>
      </w:r>
      <w:r>
        <w:rPr/>
        <w:t xml:space="preserve">; </w:t>
      </w:r>
      <w:r>
        <w:rPr>
          <w:shd w:fill="B7DDE8" w:val="clear"/>
        </w:rPr>
        <w:t xml:space="preserve">I will not destroy them</w:t>
      </w:r>
      <w:r>
        <w:rPr>
          <w:b w:val="false"/>
          <w:i w:val="false"/>
          <w:color w:val="000000"/>
          <w:u w:val="none"/>
        </w:rPr>
        <w:t xml:space="preserve"> [1JDQ]</w:t>
      </w:r>
      <w:r>
        <w:rPr/>
        <w:t xml:space="preserve">, but </w:t>
      </w:r>
      <w:r>
        <w:rPr>
          <w:shd w:fill="B7DDE8" w:val="clear"/>
        </w:rPr>
        <w:t xml:space="preserve">will soon grant them deliverance</w:t>
      </w:r>
      <w:r>
        <w:rPr>
          <w:b w:val="false"/>
          <w:i w:val="false"/>
          <w:color w:val="000000"/>
          <w:u w:val="none"/>
        </w:rPr>
        <w:t xml:space="preserve"> [1JDR]</w:t>
      </w:r>
      <w:r>
        <w:rPr/>
        <w:t xml:space="preserve">. </w:t>
      </w:r>
      <w:r>
        <w:rPr>
          <w:shd w:fill="B7DDE8" w:val="clear"/>
        </w:rPr>
        <w:t xml:space="preserve">My wrath will not be poured out on Jerusalem through Shishak</w:t>
      </w:r>
      <w:r>
        <w:rPr>
          <w:b w:val="false"/>
          <w:i w:val="false"/>
          <w:color w:val="000000"/>
          <w:u w:val="none"/>
        </w:rPr>
        <w:t xml:space="preserve"> [1JDS]</w:t>
      </w:r>
      <w:r>
        <w:rPr/>
        <w:t xml:space="preserve">. Nevertheless, </w:t>
      </w:r>
      <w:r>
        <w:rPr>
          <w:shd w:fill="B7DDE8" w:val="clear"/>
        </w:rPr>
        <w:t xml:space="preserve">they will become his servants</w:t>
      </w:r>
      <w:r>
        <w:rPr>
          <w:b w:val="false"/>
          <w:i w:val="false"/>
          <w:color w:val="000000"/>
          <w:u w:val="none"/>
        </w:rPr>
        <w:t xml:space="preserve"> [1JDT]</w:t>
      </w:r>
      <w:r>
        <w:rPr/>
        <w:t xml:space="preserve">, so that </w:t>
      </w:r>
      <w:r>
        <w:rPr>
          <w:shd w:fill="B7DDE8" w:val="clear"/>
        </w:rPr>
        <w:t xml:space="preserve">they may learn the difference between serving Me and serving the kings of other lands</w:t>
      </w:r>
      <w:r>
        <w:rPr>
          <w:b w:val="false"/>
          <w:i w:val="false"/>
          <w:color w:val="000000"/>
          <w:u w:val="none"/>
        </w:rPr>
        <w:t xml:space="preserve"> [1JDU]</w:t>
      </w:r>
      <w:r>
        <w:rPr/>
        <w:t xml:space="preserve">.”</w:t>
      </w:r>
    </w:p>
    <w:p>
      <w:pPr>
        <w:pStyle w:val="Green"/>
        <w:numPr>
          <w:ilvl w:val="0"/>
          <w:numId w:val="7"/>
        </w:numPr>
        <w:rPr/>
      </w:pPr>
      <w:r>
        <w:rPr>
          <w:u w:val="none"/>
        </w:rPr>
        <w:t xml:space="preserve">(2Ch30:6–8 after exiled Israelites were called to return to the LORD / their land) </w:t>
      </w:r>
      <w:r>
        <w:rPr>
          <w:b/>
          <w:u w:val="none"/>
        </w:rPr>
        <w:t>2 Chronicles 30:9</w:t>
      </w:r>
      <w:r>
        <w:rPr>
          <w:u w:val="none"/>
        </w:rPr>
        <w:t xml:space="preserve"> — {For} </w:t>
      </w:r>
      <w:r>
        <w:rPr>
          <w:u w:val="none"/>
          <w:shd w:fill="B7DDE8" w:val="clear"/>
        </w:rPr>
        <w:t>if you return to the LORD, your brothers and sons will receive mercy in the presence of their captors</w:t>
      </w:r>
      <w:r>
        <w:rPr>
          <w:b w:val="false"/>
          <w:i w:val="false"/>
          <w:color w:val="000000"/>
          <w:u w:val="none"/>
        </w:rPr>
        <w:t xml:space="preserve"> [1FL]</w:t>
      </w:r>
      <w:r>
        <w:rPr>
          <w:u w:val="none"/>
        </w:rPr>
        <w:t xml:space="preserve"> and </w:t>
      </w:r>
      <w:r>
        <w:rPr>
          <w:u w:val="none"/>
          <w:shd w:fill="B7DDE8" w:val="clear"/>
        </w:rPr>
        <w:t>will return to {this land}</w:t>
      </w:r>
      <w:r>
        <w:rPr>
          <w:b w:val="false"/>
          <w:i w:val="false"/>
          <w:u w:val="none"/>
          <w:color w:val="000000"/>
        </w:rPr>
        <w:t xml:space="preserve"> [1MB]</w:t>
      </w:r>
      <w:r>
        <w:rPr>
          <w:u w:val="none"/>
        </w:rPr>
        <w:t xml:space="preserve">. For </w:t>
      </w:r>
      <w:r>
        <w:rPr>
          <w:u w:val="none"/>
          <w:shd w:fill="B7DDE8" w:val="clear"/>
        </w:rPr>
        <w:t>the LORD your God is gracious and merciful</w:t>
      </w:r>
      <w:r>
        <w:rPr>
          <w:b w:val="false"/>
          <w:i w:val="false"/>
          <w:u w:val="none"/>
          <w:color w:val="000000"/>
        </w:rPr>
        <w:t xml:space="preserve"> [19FI]</w:t>
      </w:r>
      <w:r>
        <w:rPr>
          <w:u w:val="none"/>
        </w:rPr>
        <w:t xml:space="preserve">; </w:t>
      </w:r>
      <w:r>
        <w:rPr>
          <w:u w:val="none"/>
          <w:shd w:fill="B7DDE8" w:val="clear"/>
        </w:rPr>
        <w:t>He will not turn His face away from you if you return to Him</w:t>
      </w:r>
      <w:r>
        <w:rPr>
          <w:b w:val="false"/>
          <w:i w:val="false"/>
          <w:color w:val="000000"/>
          <w:u w:val="none"/>
        </w:rPr>
        <w:t xml:space="preserve"> [1KS]</w:t>
      </w:r>
      <w:r>
        <w:rPr>
          <w:u w:val="none"/>
        </w:rPr>
        <w:t>.”</w:t>
      </w:r>
    </w:p>
    <w:p>
      <w:pPr>
        <w:pStyle w:val="Yellow"/>
        <w:rPr/>
      </w:pPr>
      <w:r>
        <w:rPr>
          <w:b/>
        </w:rPr>
        <w:t xml:space="preserve">Psalm 22:27</w:t>
      </w:r>
      <w:r>
        <w:rPr/>
        <w:t xml:space="preserve"> — </w:t>
      </w:r>
      <w:r>
        <w:rPr>
          <w:shd w:fill="B7DDE8" w:val="clear"/>
        </w:rPr>
        <w:t xml:space="preserve">All the ends of the earth will remember and turn to the LORD</w:t>
      </w:r>
      <w:r>
        <w:rPr>
          <w:b w:val="false"/>
          <w:i w:val="false"/>
          <w:color w:val="000000"/>
          <w:u w:val="none"/>
        </w:rPr>
        <w:t xml:space="preserve"> [1FYJ]</w:t>
      </w:r>
      <w:r>
        <w:rPr/>
        <w:t xml:space="preserve">. </w:t>
      </w:r>
      <w:r>
        <w:rPr>
          <w:shd w:val="clear" w:color="auto" w:fill="D9C3E6"/>
        </w:rPr>
        <w:t xml:space="preserve">All the families of the nations will bow down before Him</w:t>
      </w:r>
      <w:r>
        <w:rPr>
          <w:b w:val="false"/>
          <w:i w:val="false"/>
          <w:color w:val="000000"/>
          <w:u w:val="none"/>
        </w:rPr>
        <w:t xml:space="preserve"> [2FYH]</w:t>
      </w:r>
      <w:r>
        <w:rPr>
          <w:shd w:val="clear" w:color="auto" w:fill="D9C3E6"/>
        </w:rPr>
        <w:t xml:space="preserve">.</w:t>
      </w:r>
    </w:p>
    <w:p>
      <w:pPr>
        <w:pStyle w:val="Yellow"/>
        <w:rPr/>
      </w:pPr>
      <w:r>
        <w:rPr>
          <w:b/>
        </w:rPr>
        <w:t>Proverbs 1:23</w:t>
      </w:r>
      <w:r>
        <w:t xml:space="preserve"> — </w:t>
      </w:r>
      <w:r>
        <w:rPr>
          <w:shd w:fill="B7DDE8" w:val="clear"/>
        </w:rPr>
        <w:t>If you had repented at my rebuke, then surely I would have poured out my spirit on you</w:t>
      </w:r>
      <w:r>
        <w:rPr>
          <w:b w:val="false"/>
          <w:i w:val="false"/>
          <w:color w:val="000000"/>
          <w:u w:val="none"/>
        </w:rPr>
        <w:t xml:space="preserve"> [1BHJ]</w:t>
      </w:r>
      <w:r>
        <w:rPr>
          <w:shd w:fill="B7DDE8" w:val="clear"/>
        </w:rPr>
        <w:t>; I would have made my words known to you</w:t>
      </w:r>
      <w:r>
        <w:rPr>
          <w:b w:val="false"/>
          <w:i w:val="false"/>
          <w:color w:val="000000"/>
          <w:u w:val="none"/>
        </w:rPr>
        <w:t xml:space="preserve"> [1BHK]</w:t>
      </w:r>
      <w:r>
        <w:t>.</w:t>
      </w:r>
    </w:p>
    <w:p>
      <w:pPr>
        <w:pStyle w:val="Yellow"/>
        <w:rPr/>
      </w:pPr>
      <w:r>
        <w:rPr>
          <w:b/>
        </w:rPr>
        <w:t>Isaiah 1:27</w:t>
      </w:r>
      <w:r>
        <w:rPr/>
        <w:t xml:space="preserve"> — </w:t>
      </w:r>
      <w:r>
        <w:rPr>
          <w:shd w:val="clear" w:fill="B7DDE8"/>
        </w:rPr>
        <w:t>Zion will be redeemed with justice</w:t>
      </w:r>
      <w:r>
        <w:rPr>
          <w:b w:val="false"/>
          <w:i w:val="false"/>
          <w:color w:val="000000"/>
          <w:u w:val="none"/>
        </w:rPr>
        <w:t xml:space="preserve"> [1BWG]</w:t>
      </w:r>
      <w:r>
        <w:rPr/>
        <w:t xml:space="preserve">, </w:t>
      </w:r>
      <w:r>
        <w:rPr>
          <w:shd w:val="clear" w:fill="B7DDE8"/>
        </w:rPr>
        <w:t>her repentant ones with righteousness</w:t>
      </w:r>
      <w:r>
        <w:rPr>
          <w:b w:val="false"/>
          <w:i w:val="false"/>
          <w:color w:val="000000"/>
          <w:u w:val="none"/>
        </w:rPr>
        <w:t xml:space="preserve"> [1BWH]</w:t>
      </w:r>
      <w:r>
        <w:rPr/>
        <w:t>.</w:t>
      </w:r>
    </w:p>
    <w:p>
      <w:pPr>
        <w:pStyle w:val="Yellow"/>
        <w:rPr/>
      </w:pPr>
      <w:r>
        <w:rPr>
          <w:b/>
        </w:rPr>
        <w:t xml:space="preserve">Isaiah 22:12-14</w:t>
      </w:r>
      <w:r>
        <w:rPr/>
        <w:t xml:space="preserve"> — </w:t>
      </w:r>
      <w:r>
        <w:rPr>
          <w:shd w:fill="B7DDE8" w:val="clear"/>
        </w:rPr>
        <w:t xml:space="preserve">On that day the Lord GOD of Hosts called for weeping and wailing, for shaven heads and the wearing of sackcloth</w:t>
      </w:r>
      <w:r>
        <w:rPr>
          <w:b w:val="false"/>
          <w:i w:val="false"/>
          <w:color w:val="000000"/>
          <w:u w:val="none"/>
        </w:rPr>
        <w:t xml:space="preserve"> [1IPV]</w:t>
      </w:r>
      <w:r>
        <w:rPr/>
        <w:t xml:space="preserve">. But look, </w:t>
      </w:r>
      <w:r>
        <w:rPr>
          <w:shd w:fill="B7DDE8" w:val="clear"/>
        </w:rPr>
        <w:t xml:space="preserve">there is joy and gladness, butchering of cattle and slaughtering of sheep, eating of meat and drinking of wine</w:t>
      </w:r>
      <w:r>
        <w:rPr>
          <w:b w:val="false"/>
          <w:i w:val="false"/>
          <w:color w:val="000000"/>
          <w:u w:val="none"/>
        </w:rPr>
        <w:t xml:space="preserve"> [1IPW]</w:t>
      </w:r>
      <w:r>
        <w:rPr/>
        <w:t xml:space="preserve">: “</w:t>
      </w:r>
      <w:r>
        <w:rPr>
          <w:shd w:fill="B7DDE8" w:val="clear"/>
        </w:rPr>
        <w:t xml:space="preserve">Let us eat and drink, for tomorrow we die!</w:t>
      </w:r>
      <w:r>
        <w:rPr>
          <w:b w:val="false"/>
          <w:i w:val="false"/>
          <w:color w:val="000000"/>
          <w:u w:val="none"/>
        </w:rPr>
        <w:t xml:space="preserve"> [1IPX]</w:t>
      </w:r>
      <w:r>
        <w:rPr/>
        <w:t xml:space="preserve">” </w:t>
      </w:r>
      <w:r>
        <w:rPr>
          <w:shd w:fill="B7DDE8" w:val="clear"/>
        </w:rPr>
        <w:t xml:space="preserve">The LORD of Hosts has revealed in my hearing</w:t>
      </w:r>
      <w:r>
        <w:rPr>
          <w:b w:val="false"/>
          <w:i w:val="false"/>
          <w:color w:val="000000"/>
          <w:u w:val="none"/>
        </w:rPr>
        <w:t xml:space="preserve"> [1IPY]</w:t>
      </w:r>
      <w:r>
        <w:rPr>
          <w:shd w:val="clear" w:color="auto" w:fill="548235"/>
          <w:color w:val="FFFFFF"/>
        </w:rPr>
        <w:t xml:space="preserve">: “</w:t>
      </w:r>
      <w:r>
        <w:rPr>
          <w:shd w:fill="548235" w:val="clear" w:color="auto"/>
          <w:color w:val="FFFFFF"/>
        </w:rPr>
        <w:t xml:space="preserve">Until your dying day, this sin of yours will never be atoned for</w:t>
      </w:r>
      <w:r>
        <w:rPr>
          <w:b w:val="false"/>
          <w:i w:val="false"/>
          <w:color w:val="FFFFFF"/>
          <w:u w:val="none"/>
          <w:shd w:val="clear" w:color="auto" w:fill="548235"/>
        </w:rPr>
        <w:t xml:space="preserve"> [1IPZ]</w:t>
      </w:r>
      <w:r>
        <w:rPr/>
        <w:t xml:space="preserve">,” says the Lord GOD of Hosts.</w:t>
      </w:r>
    </w:p>
    <w:p>
      <w:pPr>
        <w:pStyle w:val="Green"/>
        <w:rPr/>
      </w:pPr>
      <w:r>
        <w:rPr>
          <w:b/>
          <w:u w:val="none"/>
          <w:shd w:fill="F4CCCC" w:val="clear"/>
        </w:rPr>
        <w:t>Isaiah 55:7</w:t>
      </w:r>
      <w:r>
        <w:rPr>
          <w:u w:val="none"/>
          <w:shd w:fill="F4CCCC" w:val="clear"/>
        </w:rPr>
        <w:t xml:space="preserve"> — </w:t>
      </w:r>
      <w:r>
        <w:rPr>
          <w:u w:val="none"/>
          <w:shd w:val="clear" w:fill="B7DDE8"/>
        </w:rPr>
        <w:t>Let the wicked man forsake his way</w:t>
      </w:r>
      <w:r>
        <w:rPr>
          <w:b w:val="false"/>
          <w:i w:val="false"/>
          <w:color w:val="000000"/>
          <w:u w:val="none"/>
        </w:rPr>
        <w:t xml:space="preserve"> [1BZD]</w:t>
      </w:r>
      <w:r>
        <w:rPr>
          <w:u w:val="none"/>
          <w:shd w:fill="F4CCCC" w:val="clear"/>
        </w:rPr>
        <w:t xml:space="preserve"> and </w:t>
      </w:r>
      <w:r>
        <w:rPr>
          <w:u w:val="none"/>
          <w:shd w:val="clear" w:fill="B7DDE8"/>
        </w:rPr>
        <w:t>the unrighteous man his thoughts</w:t>
      </w:r>
      <w:r>
        <w:rPr>
          <w:b w:val="false"/>
          <w:i w:val="false"/>
          <w:u w:val="none"/>
          <w:color w:val="000000"/>
        </w:rPr>
        <w:t xml:space="preserve"> [1BZE]</w:t>
      </w:r>
      <w:r>
        <w:rPr>
          <w:u w:val="none"/>
          <w:shd w:fill="F4CCCC" w:val="clear"/>
        </w:rPr>
        <w:t xml:space="preserve">; </w:t>
      </w:r>
      <w:r>
        <w:rPr>
          <w:u w:val="none"/>
          <w:shd w:val="clear" w:fill="B7DDE8"/>
        </w:rPr>
        <w:t>let him return to the LORD</w:t>
      </w:r>
      <w:r>
        <w:rPr>
          <w:b w:val="false"/>
          <w:i w:val="false"/>
          <w:color w:val="000000"/>
          <w:u w:val="none"/>
        </w:rPr>
        <w:t xml:space="preserve"> [1BZF]</w:t>
      </w:r>
      <w:r>
        <w:rPr>
          <w:u w:val="none"/>
          <w:shd w:fill="F4CCCC" w:val="clear"/>
        </w:rPr>
        <w:t xml:space="preserve">, </w:t>
      </w:r>
      <w:r>
        <w:rPr>
          <w:u w:val="none"/>
          <w:shd w:val="clear" w:fill="B7DDE8"/>
        </w:rPr>
        <w:t>that He may have compassion</w:t>
      </w:r>
      <w:r>
        <w:rPr>
          <w:b w:val="false"/>
          <w:i w:val="false"/>
          <w:color w:val="000000"/>
          <w:u w:val="none"/>
        </w:rPr>
        <w:t xml:space="preserve"> [1BZG]</w:t>
      </w:r>
      <w:r>
        <w:rPr>
          <w:u w:val="none"/>
          <w:shd w:fill="F4CCCC" w:val="clear"/>
        </w:rPr>
        <w:t xml:space="preserve">, and to our God, for </w:t>
      </w:r>
      <w:r>
        <w:rPr>
          <w:u w:val="none"/>
          <w:shd w:val="clear" w:fill="B7DDE8"/>
        </w:rPr>
        <w:t>He will freely pardon</w:t>
      </w:r>
      <w:r>
        <w:rPr>
          <w:b w:val="false"/>
          <w:i w:val="false"/>
          <w:u w:val="none"/>
          <w:color w:val="000000"/>
        </w:rPr>
        <w:t xml:space="preserve"> [1BZH]</w:t>
      </w:r>
      <w:r>
        <w:rPr>
          <w:u w:val="none"/>
          <w:shd w:fill="F4CCCC" w:val="clear"/>
        </w:rPr>
        <w:t>.</w:t>
      </w:r>
    </w:p>
    <w:p>
      <w:pPr>
        <w:pStyle w:val="Yellow"/>
        <w:rPr/>
      </w:pPr>
      <w:r>
        <w:rPr>
          <w:b/>
        </w:rPr>
        <w:t xml:space="preserve">Isaiah 59:20</w:t>
      </w:r>
      <w:r>
        <w:rPr/>
        <w:t xml:space="preserve"> — “</w:t>
      </w:r>
      <w:r>
        <w:rPr>
          <w:shd w:fill="B7DDE8" w:val="clear"/>
        </w:rPr>
        <w:t xml:space="preserve">The Redeemer will come to Zion</w:t>
      </w:r>
      <w:r>
        <w:rPr>
          <w:b w:val="false"/>
          <w:i w:val="false"/>
          <w:color w:val="000000"/>
          <w:u w:val="none"/>
        </w:rPr>
        <w:t xml:space="preserve"> [1HTM]</w:t>
      </w:r>
      <w:r>
        <w:rPr/>
        <w:t xml:space="preserve">, </w:t>
      </w:r>
      <w:r>
        <w:rPr>
          <w:shd w:fill="B7DDE8" w:val="clear"/>
        </w:rPr>
        <w:t xml:space="preserve">to those in Jacob who turn from transgression</w:t>
      </w:r>
      <w:r>
        <w:rPr>
          <w:b w:val="false"/>
          <w:i w:val="false"/>
          <w:color w:val="000000"/>
          <w:u w:val="none"/>
        </w:rPr>
        <w:t xml:space="preserve"> [1HTN]</w:t>
      </w:r>
      <w:r>
        <w:rPr/>
        <w:t xml:space="preserve">,” declares the LORD.</w:t>
      </w:r>
    </w:p>
    <w:p>
      <w:pPr>
        <w:pStyle w:val="Yellow"/>
        <w:rPr/>
      </w:pPr>
      <w:r>
        <w:rPr>
          <w:b/>
          <w:shd w:val="clear" w:color="auto" w:fill="548235"/>
          <w:color w:val="FFFFFF"/>
        </w:rPr>
        <w:t>Jeremiah 3:21</w:t>
      </w:r>
      <w:r>
        <w:rPr>
          <w:shd w:val="clear" w:color="auto" w:fill="548235"/>
          <w:color w:val="FFFFFF"/>
        </w:rPr>
        <w:t xml:space="preserve"> — A voice is heard on the barren heights, </w:t>
      </w:r>
      <w:r>
        <w:rPr>
          <w:shd w:fill="548235" w:val="clear" w:color="auto"/>
          <w:color w:val="FFFFFF"/>
        </w:rPr>
        <w:t>the children of Israel weeping and begging for mercy, because they have perverted their ways and forgotten the LORD their God</w:t>
      </w:r>
      <w:r>
        <w:rPr>
          <w:b w:val="false"/>
          <w:i w:val="false"/>
          <w:color w:val="FFFFFF"/>
          <w:u w:val="none"/>
          <w:shd w:val="clear" w:color="auto" w:fill="548235"/>
        </w:rPr>
        <w:t xml:space="preserve"> [1FUI]</w:t>
      </w:r>
      <w:r>
        <w:rPr>
          <w:shd w:val="clear" w:color="auto" w:fill="548235"/>
          <w:color w:val="FFFFFF"/>
        </w:rPr>
        <w:t>.</w:t>
      </w:r>
    </w:p>
    <w:p>
      <w:pPr>
        <w:pStyle w:val="Yellow"/>
        <w:rPr/>
      </w:pPr>
      <w:r>
        <w:rPr>
          <w:u w:val="none"/>
        </w:rPr>
        <w:t xml:space="preserve">(Je7:7 “the land that I gave to your fathers”) </w:t>
      </w:r>
      <w:r>
        <w:rPr>
          <w:b/>
          <w:u w:val="none"/>
        </w:rPr>
        <w:t xml:space="preserve">Jeremiah 7:3</w:t>
      </w:r>
      <w:r>
        <w:rPr>
          <w:u w:val="none"/>
        </w:rPr>
        <w:t xml:space="preserve"> — </w:t>
      </w:r>
      <w:r>
        <w:rPr>
          <w:u w:val="none"/>
          <w:shd w:fill="B7DDE8" w:val="clear"/>
        </w:rPr>
        <w:t xml:space="preserve">Correct your ways and deeds</w:t>
      </w:r>
      <w:r>
        <w:rPr>
          <w:b w:val="false"/>
          <w:i w:val="false"/>
          <w:color w:val="000000"/>
          <w:u w:val="none"/>
        </w:rPr>
        <w:t xml:space="preserve"> [1IJT]</w:t>
      </w:r>
      <w:r>
        <w:rPr>
          <w:u w:val="none"/>
          <w:shd w:val="clear" w:color="auto" w:fill="548235"/>
          <w:color w:val="FFFFFF"/>
        </w:rPr>
        <w:t xml:space="preserve">, and </w:t>
      </w:r>
      <w:r>
        <w:rPr>
          <w:u w:val="none"/>
          <w:shd w:fill="548235" w:val="clear" w:color="auto"/>
          <w:color w:val="FFFFFF"/>
        </w:rPr>
        <w:t xml:space="preserve">I will let you live in {this place}</w:t>
      </w:r>
      <w:r>
        <w:rPr>
          <w:b w:val="false"/>
          <w:i w:val="false"/>
          <w:color w:val="FFFFFF"/>
          <w:u w:val="none"/>
          <w:shd w:val="clear" w:color="auto" w:fill="548235"/>
        </w:rPr>
        <w:t xml:space="preserve"> [1IJU]</w:t>
      </w:r>
      <w:r>
        <w:rPr>
          <w:u w:val="none"/>
          <w:shd w:val="clear" w:color="auto" w:fill="548235"/>
          <w:color w:val="FFFFFF"/>
        </w:rPr>
        <w:t xml:space="preserve">.</w:t>
      </w:r>
    </w:p>
    <w:p>
      <w:pPr>
        <w:pStyle w:val="Yellow"/>
        <w:rPr/>
      </w:pPr>
      <w:r>
        <w:rPr>
          <w:u w:val="none"/>
        </w:rPr>
        <w:t xml:space="preserve">(Je7:4 “do not trust in deceptive words”) </w:t>
      </w:r>
      <w:r>
        <w:rPr>
          <w:b/>
          <w:u w:val="none"/>
        </w:rPr>
        <w:t xml:space="preserve">Jeremiah 7:5–7</w:t>
      </w:r>
      <w:r>
        <w:rPr>
          <w:u w:val="none"/>
        </w:rPr>
        <w:t xml:space="preserve"> — {For} </w:t>
      </w:r>
      <w:r>
        <w:rPr>
          <w:u w:val="none"/>
          <w:shd w:fill="B7DDE8" w:val="clear"/>
        </w:rPr>
        <w:t xml:space="preserve">if you really </w:t>
      </w:r>
      <w:r>
        <w:rPr>
          <w:u w:val="none"/>
          <w:shd w:fill="B7DDE8" w:val="clear"/>
        </w:rPr>
        <w:t xml:space="preserve">correct your ways and deeds</w:t>
      </w:r>
      <w:r>
        <w:rPr>
          <w:u w:val="none"/>
          <w:shd w:fill="B7DDE8" w:val="clear"/>
        </w:rPr>
        <w:t xml:space="preserve">, if you act justly toward one another, if you no longer oppress the foreigner and the fatherless and the widow, and if you no longer shed innocent blood in this place or follow other gods to your own harm</w:t>
      </w:r>
      <w:r>
        <w:rPr>
          <w:b w:val="false"/>
          <w:i w:val="false"/>
          <w:color w:val="000000"/>
          <w:u w:val="none"/>
        </w:rPr>
        <w:t xml:space="preserve"> [1HYT]</w:t>
      </w:r>
      <w:r>
        <w:rPr>
          <w:u w:val="none"/>
        </w:rPr>
        <w:t xml:space="preserve">, </w:t>
      </w:r>
      <w:r>
        <w:rPr>
          <w:u w:val="none"/>
          <w:color w:val="000000"/>
        </w:rPr>
        <w:t xml:space="preserve">then I will let you live in this place, in the land that I gave to your fathers forever and ever</w:t>
      </w:r>
      <w:r>
        <w:rPr>
          <w:b w:val="false"/>
          <w:i w:val="false"/>
          <w:color w:val="000000"/>
          <w:u w:val="none"/>
        </w:rPr>
        <w:t xml:space="preserve"> [1HYU]</w:t>
      </w:r>
      <w:r>
        <w:rPr>
          <w:u w:val="none"/>
        </w:rPr>
        <w:t xml:space="preserve">.</w:t>
      </w:r>
    </w:p>
    <w:p>
      <w:pPr>
        <w:pStyle w:val="Yellow"/>
        <w:rPr/>
      </w:pPr>
      <w:r>
        <w:rPr/>
        <w:t xml:space="preserve">(Je7:2 “people of Judah”) </w:t>
      </w:r>
      <w:r>
        <w:rPr>
          <w:b/>
        </w:rPr>
        <w:t xml:space="preserve">Jeremiah 8:6</w:t>
      </w:r>
      <w:r>
        <w:rPr/>
        <w:t xml:space="preserve"> — </w:t>
      </w:r>
      <w:r>
        <w:rPr>
          <w:shd w:fill="B7DDE8" w:val="clear"/>
        </w:rPr>
        <w:t xml:space="preserve">I have listened and heard</w:t>
      </w:r>
      <w:r>
        <w:rPr>
          <w:b w:val="false"/>
          <w:i w:val="false"/>
          <w:color w:val="000000"/>
          <w:u w:val="none"/>
        </w:rPr>
        <w:t xml:space="preserve"> [1IFU]</w:t>
      </w:r>
      <w:r>
        <w:rPr/>
        <w:t xml:space="preserve">; </w:t>
      </w:r>
      <w:r>
        <w:rPr>
          <w:shd w:fill="B7DDE8" w:val="clear"/>
        </w:rPr>
        <w:t xml:space="preserve">{they} do not speak what is right</w:t>
      </w:r>
      <w:r>
        <w:rPr>
          <w:b w:val="false"/>
          <w:i w:val="false"/>
          <w:u w:val="none"/>
          <w:color w:val="000000"/>
        </w:rPr>
        <w:t xml:space="preserve"> [1IFV]</w:t>
      </w:r>
      <w:r>
        <w:rPr>
          <w:shd w:val="clear" w:color="auto" w:fill="548235"/>
          <w:color w:val="FFFFFF"/>
        </w:rPr>
        <w:t xml:space="preserve">. </w:t>
      </w:r>
      <w:r>
        <w:rPr>
          <w:shd w:fill="548235" w:val="clear" w:color="auto"/>
          <w:color w:val="FFFFFF"/>
        </w:rPr>
        <w:t xml:space="preserve">No one repents of his wickedness, asking, ‘What have I done?’</w:t>
      </w:r>
      <w:r>
        <w:rPr>
          <w:b w:val="false"/>
          <w:i w:val="false"/>
          <w:color w:val="FFFFFF"/>
          <w:u w:val="none"/>
          <w:shd w:val="clear" w:color="auto" w:fill="548235"/>
        </w:rPr>
        <w:t xml:space="preserve"> [1IFW]</w:t>
      </w:r>
    </w:p>
    <w:p>
      <w:pPr>
        <w:pStyle w:val="Yellow"/>
        <w:rPr/>
      </w:pPr>
      <w:r>
        <w:rPr>
          <w:b/>
        </w:rPr>
        <w:t xml:space="preserve">Jeremiah 15:6-7</w:t>
      </w:r>
      <w:r>
        <w:rPr/>
        <w:t xml:space="preserve"> — </w:t>
      </w:r>
      <w:r>
        <w:rPr/>
        <w:t xml:space="preserve">You have forsaken Me</w:t>
      </w:r>
      <w:r>
        <w:rPr>
          <w:b w:val="false"/>
          <w:i w:val="false"/>
          <w:u w:val="none"/>
          <w:color w:val="000000"/>
        </w:rPr>
        <w:t xml:space="preserve"> [3EJH]</w:t>
      </w:r>
      <w:r>
        <w:rPr/>
        <w:t xml:space="preserve">, declares the LORD. </w:t>
      </w:r>
      <w:r>
        <w:rPr>
          <w:shd w:fill="B7DDE8" w:val="clear"/>
        </w:rPr>
        <w:t xml:space="preserve">You have turned your back</w:t>
      </w:r>
      <w:r>
        <w:rPr>
          <w:b w:val="false"/>
          <w:i w:val="false"/>
          <w:u w:val="none"/>
          <w:color w:val="000000"/>
        </w:rPr>
        <w:t xml:space="preserve"> [1JSS]</w:t>
      </w:r>
      <w:r>
        <w:rPr/>
        <w:t xml:space="preserve">. So </w:t>
      </w:r>
      <w:r>
        <w:rPr>
          <w:shd w:fill="B7DDE8" w:val="clear"/>
        </w:rPr>
        <w:t xml:space="preserve">I will stretch out My hand against you</w:t>
      </w:r>
      <w:r>
        <w:rPr>
          <w:b w:val="false"/>
          <w:i w:val="false"/>
          <w:color w:val="000000"/>
          <w:u w:val="none"/>
        </w:rPr>
        <w:t xml:space="preserve"> [1JST]</w:t>
      </w:r>
      <w:r>
        <w:rPr/>
        <w:t xml:space="preserve"> and </w:t>
      </w:r>
      <w:r>
        <w:rPr>
          <w:shd w:fill="B7DDE8" w:val="clear"/>
        </w:rPr>
        <w:t xml:space="preserve">I will destroy you</w:t>
      </w:r>
      <w:r>
        <w:rPr>
          <w:b w:val="false"/>
          <w:i w:val="false"/>
          <w:color w:val="000000"/>
          <w:u w:val="none"/>
        </w:rPr>
        <w:t xml:space="preserve"> [1JSU]</w:t>
      </w:r>
      <w:r>
        <w:rPr/>
        <w:t xml:space="preserve">; </w:t>
      </w:r>
      <w:r>
        <w:rPr>
          <w:shd w:fill="B7DDE8" w:val="clear"/>
        </w:rPr>
        <w:t xml:space="preserve">I am weary of showing compassion</w:t>
      </w:r>
      <w:r>
        <w:rPr>
          <w:b w:val="false"/>
          <w:i w:val="false"/>
          <w:u w:val="none"/>
          <w:color w:val="000000"/>
        </w:rPr>
        <w:t xml:space="preserve"> [1JSV]</w:t>
      </w:r>
      <w:r>
        <w:rPr/>
        <w:t xml:space="preserve">. </w:t>
      </w:r>
      <w:r>
        <w:rPr>
          <w:shd w:fill="B7DDE8" w:val="clear"/>
        </w:rPr>
        <w:t xml:space="preserve">I will scatter them with a winnowing fork at the gates of the land</w:t>
      </w:r>
      <w:r>
        <w:rPr>
          <w:b w:val="false"/>
          <w:i w:val="false"/>
          <w:u w:val="none"/>
          <w:color w:val="000000"/>
        </w:rPr>
        <w:t xml:space="preserve"> [1JSW]</w:t>
      </w:r>
      <w:r>
        <w:rPr/>
        <w:t xml:space="preserve">. </w:t>
      </w:r>
      <w:r>
        <w:rPr>
          <w:shd w:fill="B7DDE8" w:val="clear"/>
        </w:rPr>
        <w:t xml:space="preserve">I will bereave and destroy My people who have not turned from their ways</w:t>
      </w:r>
      <w:r>
        <w:rPr>
          <w:b w:val="false"/>
          <w:i w:val="false"/>
          <w:u w:val="none"/>
          <w:color w:val="000000"/>
        </w:rPr>
        <w:t xml:space="preserve"> [1JSX]</w:t>
      </w:r>
      <w:r>
        <w:rPr>
          <w:b w:val="false"/>
          <w:i w:val="false"/>
          <w:u w:val="none"/>
          <w:color w:val="000000"/>
        </w:rPr>
        <w:t xml:space="preserve"> [1JSY]</w:t>
      </w:r>
      <w:r>
        <w:rPr/>
        <w:t xml:space="preserve">.</w:t>
      </w:r>
    </w:p>
    <w:p>
      <w:pPr>
        <w:pStyle w:val="Yellow"/>
        <w:rPr/>
      </w:pPr>
      <w:r>
        <w:rPr>
          <w:u w:val="none"/>
        </w:rPr>
        <w:t xml:space="preserve">(Je26:2 “all the cities of Judah”) </w:t>
      </w:r>
      <w:r>
        <w:rPr>
          <w:b/>
          <w:u w:val="none"/>
        </w:rPr>
        <w:t xml:space="preserve">Jeremiah 26:3</w:t>
      </w:r>
      <w:r>
        <w:rPr>
          <w:u w:val="none"/>
        </w:rPr>
        <w:t xml:space="preserve"> — Perhaps </w:t>
      </w:r>
      <w:r>
        <w:rPr>
          <w:u w:val="none"/>
          <w:shd w:fill="B7DDE8" w:val="clear"/>
        </w:rPr>
        <w:t xml:space="preserve">{they} will listen and turn—each from his evil way of life</w:t>
      </w:r>
      <w:r>
        <w:rPr>
          <w:b w:val="false"/>
          <w:i w:val="false"/>
          <w:color w:val="000000"/>
          <w:u w:val="none"/>
        </w:rPr>
        <w:t xml:space="preserve"> [1JFC]</w:t>
      </w:r>
      <w:r>
        <w:rPr>
          <w:u w:val="none"/>
        </w:rPr>
        <w:t xml:space="preserve">—so that </w:t>
      </w:r>
      <w:r>
        <w:rPr>
          <w:u w:val="none"/>
          <w:shd w:fill="B7DDE8" w:val="clear"/>
        </w:rPr>
        <w:t xml:space="preserve">I may relent of the disaster I am planning to bring upon them</w:t>
      </w:r>
      <w:r>
        <w:rPr>
          <w:b w:val="false"/>
          <w:i w:val="false"/>
          <w:u w:val="none"/>
          <w:color w:val="000000"/>
        </w:rPr>
        <w:t xml:space="preserve"> [2FMV]</w:t>
      </w:r>
      <w:r>
        <w:rPr>
          <w:u w:val="none"/>
        </w:rPr>
        <w:t xml:space="preserve"> </w:t>
      </w:r>
      <w:r>
        <w:rPr>
          <w:u w:val="none"/>
          <w:shd w:fill="B7DDE8" w:val="clear"/>
        </w:rPr>
        <w:t xml:space="preserve">because of the evil of their deeds</w:t>
      </w:r>
      <w:r>
        <w:rPr>
          <w:b w:val="false"/>
          <w:i w:val="false"/>
          <w:u w:val="none"/>
          <w:color w:val="000000"/>
        </w:rPr>
        <w:t xml:space="preserve"> [2JFD]</w:t>
      </w:r>
      <w:r>
        <w:rPr>
          <w:u w:val="none"/>
        </w:rPr>
        <w:t xml:space="preserve">.</w:t>
      </w:r>
    </w:p>
    <w:p>
      <w:pPr>
        <w:pStyle w:val="Yellow"/>
        <w:rPr/>
      </w:pPr>
      <w:r>
        <w:rPr>
          <w:b/>
          <w:u w:val="none"/>
        </w:rPr>
        <w:t>Jeremiah 26:13</w:t>
      </w:r>
      <w:r>
        <w:rPr>
          <w:u w:val="none"/>
        </w:rPr>
        <w:t xml:space="preserve"> — So now, </w:t>
      </w:r>
      <w:r>
        <w:rPr>
          <w:u w:val="none"/>
          <w:shd w:val="clear" w:fill="B7DDE8"/>
        </w:rPr>
        <w:t>correct your ways and deeds, and obey the voice of the LORD your God</w:t>
      </w:r>
      <w:r>
        <w:rPr>
          <w:b w:val="false"/>
          <w:i w:val="false"/>
          <w:color w:val="000000"/>
          <w:u w:val="none"/>
        </w:rPr>
        <w:t xml:space="preserve"> [1FMU]</w:t>
      </w:r>
      <w:r>
        <w:rPr>
          <w:u w:val="none"/>
        </w:rPr>
        <w:t xml:space="preserve">, </w:t>
      </w:r>
      <w:r>
        <w:rPr>
          <w:u w:val="none"/>
          <w:shd w:val="clear" w:fill="B7DDE8"/>
        </w:rPr>
        <w:t>so that He might relent of the disaster He has pronounced against you</w:t>
      </w:r>
      <w:r>
        <w:rPr>
          <w:b w:val="false"/>
          <w:i w:val="false"/>
          <w:u w:val="none"/>
          <w:color w:val="000000"/>
        </w:rPr>
        <w:t xml:space="preserve"> [2FMV]</w:t>
      </w:r>
      <w:r>
        <w:rPr>
          <w:u w:val="none"/>
        </w:rPr>
        <w:t>.</w:t>
      </w:r>
    </w:p>
    <w:p>
      <w:pPr>
        <w:pStyle w:val="Yellow"/>
        <w:rPr/>
      </w:pPr>
      <w:r>
        <w:rPr>
          <w:b/>
          <w:u w:val="none"/>
        </w:rPr>
        <w:t xml:space="preserve">Ezekiel 18:27–28</w:t>
      </w:r>
      <w:r>
        <w:rPr>
          <w:u w:val="none"/>
        </w:rPr>
        <w:t xml:space="preserve"> — </w:t>
      </w:r>
      <w:r>
        <w:rPr>
          <w:u w:val="none"/>
          <w:shd w:fill="B7DDE8" w:val="clear"/>
        </w:rPr>
        <w:t xml:space="preserve">If a wicked man turns from the wickedness he has committed and does what is just and right</w:t>
      </w:r>
      <w:r>
        <w:rPr>
          <w:b w:val="false"/>
          <w:i w:val="false"/>
          <w:color w:val="000000"/>
          <w:u w:val="none"/>
        </w:rPr>
        <w:t xml:space="preserve"> [2ITB]</w:t>
      </w:r>
      <w:r>
        <w:rPr>
          <w:u w:val="none"/>
        </w:rPr>
        <w:t xml:space="preserve">, </w:t>
      </w:r>
      <w:r>
        <w:rPr>
          <w:u w:val="none"/>
          <w:shd w:fill="B7DDE8" w:val="clear"/>
        </w:rPr>
        <w:t xml:space="preserve">he will save his life</w:t>
      </w:r>
      <w:r>
        <w:rPr>
          <w:b w:val="false"/>
          <w:i w:val="false"/>
          <w:color w:val="000000"/>
          <w:u w:val="none"/>
        </w:rPr>
        <w:t xml:space="preserve"> [1ITC]</w:t>
      </w:r>
      <w:r>
        <w:rPr>
          <w:u w:val="none"/>
        </w:rPr>
        <w:t xml:space="preserve">. </w:t>
      </w:r>
      <w:r>
        <w:rPr>
          <w:u w:val="none"/>
          <w:shd w:fill="B7DDE8" w:val="clear"/>
        </w:rPr>
        <w:t xml:space="preserve">Because he considered and turned from all the transgressions he had committed</w:t>
      </w:r>
      <w:r>
        <w:rPr>
          <w:b w:val="false"/>
          <w:i w:val="false"/>
          <w:color w:val="000000"/>
          <w:u w:val="none"/>
        </w:rPr>
        <w:t xml:space="preserve"> [1ITD]</w:t>
      </w:r>
      <w:r>
        <w:rPr>
          <w:u w:val="none"/>
        </w:rPr>
        <w:t xml:space="preserve">, </w:t>
      </w:r>
      <w:r>
        <w:rPr>
          <w:u w:val="none"/>
          <w:shd w:fill="B7DDE8" w:val="clear"/>
        </w:rPr>
        <w:t xml:space="preserve">he will surely live; he will not die</w:t>
      </w:r>
      <w:r>
        <w:rPr>
          <w:b w:val="false"/>
          <w:i w:val="false"/>
          <w:color w:val="000000"/>
          <w:u w:val="none"/>
        </w:rPr>
        <w:t xml:space="preserve"> [3ITE]</w:t>
      </w:r>
      <w:r>
        <w:rPr>
          <w:u w:val="none"/>
          <w:shd w:val="clear" w:color="auto" w:fill="D9C3E6"/>
        </w:rPr>
        <w:t xml:space="preserve">.</w:t>
      </w:r>
    </w:p>
    <w:p>
      <w:pPr>
        <w:pStyle w:val="Yellow"/>
        <w:rPr/>
      </w:pPr>
      <w:r>
        <w:rPr>
          <w:b/>
        </w:rPr>
        <w:t xml:space="preserve">Ezekiel 18:30</w:t>
      </w:r>
      <w:r>
        <w:rPr/>
        <w:t xml:space="preserve"> — O house of Israel, </w:t>
      </w:r>
      <w:r>
        <w:rPr>
          <w:shd w:val="clear" w:color="auto" w:fill="D9C3E6"/>
        </w:rPr>
        <w:t xml:space="preserve">I will judge you, each according to his ways</w:t>
      </w:r>
      <w:r>
        <w:rPr>
          <w:b w:val="false"/>
          <w:i w:val="false"/>
          <w:color w:val="000000"/>
          <w:u w:val="none"/>
        </w:rPr>
        <w:t xml:space="preserve"> [2BFS]</w:t>
      </w:r>
      <w:r>
        <w:rPr>
          <w:shd w:val="clear" w:color="auto" w:fill="D9C3E6"/>
        </w:rPr>
        <w:t xml:space="preserve">, declares the Lord GOD. </w:t>
      </w:r>
      <w:r>
        <w:rPr>
          <w:shd w:fill="B7DDE8" w:val="clear"/>
        </w:rPr>
        <w:t xml:space="preserve">Repent and turn from all your transgressions</w:t>
      </w:r>
      <w:r>
        <w:rPr>
          <w:b w:val="false"/>
          <w:i w:val="false"/>
          <w:color w:val="000000"/>
          <w:u w:val="none"/>
        </w:rPr>
        <w:t xml:space="preserve"> [1HTO]</w:t>
      </w:r>
      <w:r>
        <w:rPr>
          <w:color w:val="auto"/>
        </w:rPr>
        <w:t xml:space="preserve">, </w:t>
      </w:r>
      <w:r>
        <w:rPr>
          <w:color w:val="auto"/>
        </w:rPr>
        <w:t xml:space="preserve">so that your iniquity will not become your downfall</w:t>
      </w:r>
      <w:r>
        <w:rPr>
          <w:b w:val="false"/>
          <w:i w:val="false"/>
          <w:color w:val="FFFFFF"/>
          <w:u w:val="none"/>
          <w:shd w:val="clear" w:color="auto" w:fill="548235"/>
        </w:rPr>
        <w:t xml:space="preserve"> [1HTP]</w:t>
      </w:r>
      <w:r>
        <w:rPr>
          <w:shd w:val="clear" w:color="auto" w:fill="548235"/>
          <w:color w:val="FFFFFF"/>
        </w:rPr>
        <w:t xml:space="preserve">.</w:t>
      </w:r>
    </w:p>
    <w:p>
      <w:pPr>
        <w:pStyle w:val="Yellow"/>
        <w:rPr/>
      </w:pPr>
      <w:r>
        <w:rPr>
          <w:b/>
          <w:shd w:val="clear" w:color="auto" w:fill="548235"/>
          <w:color w:val="FFFFFF"/>
        </w:rPr>
        <w:t xml:space="preserve">Ezekiel 18:32</w:t>
      </w:r>
      <w:r>
        <w:rPr>
          <w:shd w:val="clear" w:color="auto" w:fill="548235"/>
          <w:color w:val="FFFFFF"/>
        </w:rPr>
        <w:t xml:space="preserve"> — </w:t>
      </w:r>
      <w:r>
        <w:rPr>
          <w:shd w:fill="548235" w:val="clear" w:color="auto"/>
          <w:color w:val="FFFFFF"/>
        </w:rPr>
        <w:t xml:space="preserve">I take no pleasure in anyone’s death</w:t>
      </w:r>
      <w:r>
        <w:rPr>
          <w:b w:val="false"/>
          <w:i w:val="false"/>
          <w:color w:val="FFFFFF"/>
          <w:u w:val="none"/>
          <w:shd w:val="clear" w:color="auto" w:fill="548235"/>
        </w:rPr>
        <w:t xml:space="preserve"> [1IYU]</w:t>
      </w:r>
      <w:r>
        <w:rPr>
          <w:shd w:val="clear" w:color="auto" w:fill="548235"/>
          <w:color w:val="FFFFFF"/>
        </w:rPr>
        <w:t xml:space="preserve">, declares the Lord GOD. So </w:t>
      </w:r>
      <w:r>
        <w:rPr>
          <w:shd w:fill="548235" w:val="clear" w:color="auto"/>
          <w:color w:val="FFFFFF"/>
        </w:rPr>
        <w:t xml:space="preserve">repent and live</w:t>
      </w:r>
      <w:r>
        <w:rPr>
          <w:b w:val="false"/>
          <w:i w:val="false"/>
          <w:color w:val="FFFFFF"/>
          <w:u w:val="none"/>
          <w:shd w:val="clear" w:color="auto" w:fill="548235"/>
        </w:rPr>
        <w:t xml:space="preserve"> [1IYV]</w:t>
      </w:r>
      <w:r>
        <w:rPr>
          <w:shd w:val="clear" w:color="auto" w:fill="548235"/>
          <w:color w:val="FFFFFF"/>
        </w:rPr>
        <w:t xml:space="preserve">!</w:t>
      </w:r>
    </w:p>
    <w:p>
      <w:pPr>
        <w:pStyle w:val="Yellow"/>
        <w:rPr/>
      </w:pPr>
      <w:r>
        <w:rPr>
          <w:b/>
        </w:rPr>
        <w:t xml:space="preserve">Ezekiel 33:11</w:t>
      </w:r>
      <w:r>
        <w:rPr/>
        <w:t xml:space="preserve"> — </w:t>
      </w:r>
      <w:r>
        <w:rPr>
          <w:shd w:fill="B7DDE8" w:val="clear"/>
        </w:rPr>
        <w:t xml:space="preserve">As surely as I live</w:t>
      </w:r>
      <w:r>
        <w:rPr>
          <w:b w:val="false"/>
          <w:i w:val="false"/>
          <w:color w:val="000000"/>
          <w:u w:val="none"/>
        </w:rPr>
        <w:t xml:space="preserve"> [6ADT]</w:t>
      </w:r>
      <w:r>
        <w:rPr/>
        <w:t xml:space="preserve">, declares the Lord GOD, </w:t>
      </w:r>
      <w:r>
        <w:rPr>
          <w:shd w:fill="B7DDE8" w:val="clear"/>
        </w:rPr>
        <w:t xml:space="preserve">I take no pleasure in the death of the wicked</w:t>
      </w:r>
      <w:r>
        <w:rPr>
          <w:b w:val="false"/>
          <w:i w:val="false"/>
          <w:color w:val="000000"/>
          <w:u w:val="none"/>
        </w:rPr>
        <w:t xml:space="preserve"> [2IYW]</w:t>
      </w:r>
      <w:r>
        <w:rPr/>
        <w:t xml:space="preserve">, but rather that </w:t>
      </w:r>
      <w:r>
        <w:rPr>
          <w:shd w:fill="B7DDE8" w:val="clear"/>
        </w:rPr>
        <w:t xml:space="preserve">the wicked should turn from their ways and live</w:t>
      </w:r>
      <w:r>
        <w:rPr>
          <w:b w:val="false"/>
          <w:i w:val="false"/>
          <w:color w:val="000000"/>
          <w:u w:val="none"/>
        </w:rPr>
        <w:t xml:space="preserve"> [2IYX]</w:t>
      </w:r>
      <w:r>
        <w:rPr/>
        <w:t xml:space="preserve">. </w:t>
      </w:r>
      <w:r>
        <w:rPr>
          <w:shd w:fill="B7DDE8" w:val="clear"/>
        </w:rPr>
        <w:t xml:space="preserve">Turn! Turn from your evil ways</w:t>
      </w:r>
      <w:r>
        <w:rPr>
          <w:b w:val="false"/>
          <w:i w:val="false"/>
          <w:color w:val="000000"/>
          <w:u w:val="none"/>
        </w:rPr>
        <w:t xml:space="preserve"> [2HYO]</w:t>
      </w:r>
      <w:r>
        <w:rPr/>
        <w:t xml:space="preserve">! For </w:t>
      </w:r>
      <w:r>
        <w:rPr>
          <w:shd w:fill="B7DDE8" w:val="clear"/>
        </w:rPr>
        <w:t xml:space="preserve">why should you die, O house of Israel?</w:t>
      </w:r>
      <w:r>
        <w:rPr>
          <w:b w:val="false"/>
          <w:i w:val="false"/>
          <w:color w:val="000000"/>
          <w:u w:val="none"/>
        </w:rPr>
        <w:t xml:space="preserve"> [1IYY]</w:t>
      </w:r>
      <w:r>
        <w:rPr/>
        <w:t xml:space="preserve">’</w:t>
      </w:r>
    </w:p>
    <w:p>
      <w:pPr>
        <w:pStyle w:val="Green"/>
        <w:rPr/>
      </w:pPr>
      <w:r>
        <w:rPr>
          <w:b/>
          <w:u w:val="none"/>
        </w:rPr>
        <w:t>Joel 2:12–13</w:t>
      </w:r>
      <w:r>
        <w:rPr>
          <w:u w:val="none"/>
        </w:rPr>
        <w:t xml:space="preserve"> — “Yet even now,” declares the LORD, “</w:t>
      </w:r>
      <w:r>
        <w:rPr>
          <w:u w:val="none"/>
          <w:shd w:val="clear" w:fill="B7DDE8"/>
        </w:rPr>
        <w:t>return to Me with all your heart, with fasting, weeping, and mourning</w:t>
      </w:r>
      <w:r>
        <w:rPr>
          <w:b w:val="false"/>
          <w:i w:val="false"/>
          <w:color w:val="000000"/>
          <w:u w:val="none"/>
        </w:rPr>
        <w:t xml:space="preserve"> [1FOH]</w:t>
      </w:r>
      <w:r>
        <w:rPr>
          <w:u w:val="none"/>
        </w:rPr>
        <w:t xml:space="preserve">.” So </w:t>
      </w:r>
      <w:r>
        <w:rPr>
          <w:u w:val="none"/>
          <w:shd w:val="clear" w:fill="B7DDE8"/>
        </w:rPr>
        <w:t>rend your hearts and not your garments</w:t>
      </w:r>
      <w:r>
        <w:rPr>
          <w:b w:val="false"/>
          <w:i w:val="false"/>
          <w:color w:val="000000"/>
          <w:u w:val="none"/>
        </w:rPr>
        <w:t xml:space="preserve"> [1FOI]</w:t>
      </w:r>
      <w:r>
        <w:rPr>
          <w:u w:val="none"/>
        </w:rPr>
        <w:t xml:space="preserve">, and </w:t>
      </w:r>
      <w:r>
        <w:rPr>
          <w:u w:val="none"/>
          <w:shd w:val="clear" w:fill="B7DDE8"/>
        </w:rPr>
        <w:t>return to the LORD your God</w:t>
      </w:r>
      <w:r>
        <w:rPr>
          <w:b w:val="false"/>
          <w:i w:val="false"/>
          <w:color w:val="000000"/>
          <w:u w:val="none"/>
        </w:rPr>
        <w:t xml:space="preserve"> [5BZM]</w:t>
      </w:r>
      <w:r>
        <w:rPr>
          <w:u w:val="none"/>
        </w:rPr>
        <w:t xml:space="preserve">. For </w:t>
      </w:r>
      <w:r>
        <w:rPr>
          <w:u w:val="none"/>
          <w:shd w:val="clear" w:fill="B7DDE8"/>
        </w:rPr>
        <w:t>He is gracious and compassionate</w:t>
      </w:r>
      <w:r>
        <w:rPr>
          <w:b w:val="false"/>
          <w:i w:val="false"/>
          <w:u w:val="none"/>
          <w:color w:val="000000"/>
        </w:rPr>
        <w:t xml:space="preserve"> [19FI]</w:t>
      </w:r>
      <w:r>
        <w:rPr>
          <w:u w:val="none"/>
        </w:rPr>
        <w:t xml:space="preserve">, </w:t>
      </w:r>
      <w:r>
        <w:rPr>
          <w:u w:val="none"/>
          <w:shd w:val="clear" w:fill="B7DDE8"/>
        </w:rPr>
        <w:t>slow to anger</w:t>
      </w:r>
      <w:r>
        <w:rPr>
          <w:b w:val="false"/>
          <w:i w:val="false"/>
          <w:u w:val="none"/>
          <w:color w:val="000000"/>
        </w:rPr>
        <w:t xml:space="preserve"> [9FOC]</w:t>
      </w:r>
      <w:r>
        <w:rPr>
          <w:u w:val="none"/>
        </w:rPr>
        <w:t xml:space="preserve">, </w:t>
      </w:r>
      <w:r>
        <w:rPr>
          <w:u w:val="none"/>
          <w:shd w:val="clear" w:fill="B7DDE8"/>
        </w:rPr>
        <w:t>abounding in loving devotion</w:t>
      </w:r>
      <w:r>
        <w:rPr>
          <w:b w:val="false"/>
          <w:i w:val="false"/>
          <w:u w:val="none"/>
          <w:color w:val="000000"/>
        </w:rPr>
        <w:t xml:space="preserve"> [6FOD]</w:t>
      </w:r>
      <w:r>
        <w:rPr>
          <w:u w:val="none"/>
        </w:rPr>
        <w:t xml:space="preserve">. And </w:t>
      </w:r>
      <w:r>
        <w:rPr>
          <w:u w:val="none"/>
          <w:shd w:val="clear" w:fill="B7DDE8"/>
        </w:rPr>
        <w:t>He relents from sending disaster</w:t>
      </w:r>
      <w:r>
        <w:rPr>
          <w:b w:val="false"/>
          <w:i w:val="false"/>
          <w:u w:val="none"/>
          <w:color w:val="000000"/>
        </w:rPr>
        <w:t xml:space="preserve"> [2FOG]</w:t>
      </w:r>
      <w:r>
        <w:rPr>
          <w:u w:val="none"/>
        </w:rPr>
        <w:t>.</w:t>
      </w:r>
    </w:p>
    <w:p>
      <w:pPr>
        <w:pStyle w:val="Yellow"/>
        <w:rPr/>
      </w:pPr>
      <w:r>
        <w:rPr>
          <w:b/>
        </w:rPr>
        <w:t>Matthew 4:17</w:t>
      </w:r>
      <w:r>
        <w:t xml:space="preserve"> — “</w:t>
      </w:r>
      <w:r>
        <w:rPr>
          <w:shd w:fill="B7DDE8" w:val="clear"/>
        </w:rPr>
        <w:t>Repent</w:t>
      </w:r>
      <w:r>
        <w:rPr>
          <w:b w:val="false"/>
          <w:i w:val="false"/>
          <w:color w:val="000000"/>
          <w:u w:val="none"/>
        </w:rPr>
        <w:t xml:space="preserve"> [4ARS]</w:t>
      </w:r>
      <w:r>
        <w:rPr>
          <w:color w:val="auto"/>
        </w:rPr>
        <w:t xml:space="preserve">, for </w:t>
      </w:r>
      <w:r>
        <w:rPr>
          <w:color w:val="auto"/>
        </w:rPr>
        <w:t>the kingdom of heaven is near</w:t>
      </w:r>
      <w:r>
        <w:rPr>
          <w:b w:val="false"/>
          <w:i w:val="false"/>
          <w:color w:val="FFFFFF"/>
          <w:u w:val="none"/>
          <w:shd w:val="clear" w:color="auto" w:fill="548235"/>
        </w:rPr>
        <w:t xml:space="preserve"> [1ART]</w:t>
      </w:r>
      <w:r>
        <w:rPr>
          <w:shd w:val="clear" w:color="auto" w:fill="548235"/>
          <w:color w:val="FFFFFF"/>
        </w:rPr>
        <w:t>.”</w:t>
      </w:r>
    </w:p>
    <w:p>
      <w:pPr>
        <w:pStyle w:val="Yellow"/>
        <w:rPr/>
      </w:pPr>
      <w:r>
        <w:rPr>
          <w:b/>
          <w:u w:val="none"/>
          <w:shd w:val="clear" w:color="auto" w:fill="C00000"/>
          <w:color w:val="FFFFFF"/>
        </w:rPr>
        <w:t>Mark 2:17</w:t>
      </w:r>
      <w:r>
        <w:rPr>
          <w:u w:val="none"/>
          <w:shd w:val="clear" w:color="auto" w:fill="C00000"/>
          <w:color w:val="FFFFFF"/>
        </w:rPr>
        <w:t xml:space="preserve"> — On hearing this, Jesus told them, “</w:t>
      </w:r>
      <w:r>
        <w:rPr>
          <w:u w:val="none"/>
          <w:shd w:val="clear" w:color="auto" w:fill="C00000"/>
          <w:color w:val="FFFFFF"/>
        </w:rPr>
        <w:t>It is not the healthy who need a doctor, but the sick</w:t>
      </w:r>
      <w:r>
        <w:rPr>
          <w:b w:val="false"/>
          <w:i w:val="false"/>
          <w:u w:val="none"/>
          <w:shd w:val="clear" w:color="auto" w:fill="C00000"/>
          <w:color w:val="FFFFFF"/>
        </w:rPr>
        <w:t xml:space="preserve"> [2AZS]</w:t>
      </w:r>
      <w:r>
        <w:rPr>
          <w:u w:val="none"/>
          <w:shd w:val="clear" w:color="auto" w:fill="C00000"/>
          <w:color w:val="FFFFFF"/>
        </w:rPr>
        <w:t xml:space="preserve">. </w:t>
      </w:r>
      <w:r>
        <w:rPr>
          <w:u w:val="none"/>
          <w:shd w:val="clear" w:color="auto" w:fill="C00000"/>
          <w:color w:val="FFFFFF"/>
        </w:rPr>
        <w:t>I have not come to call the righteous, but sinners</w:t>
      </w:r>
      <w:r>
        <w:rPr>
          <w:b w:val="false"/>
          <w:i w:val="false"/>
          <w:u w:val="none"/>
          <w:shd w:val="clear" w:color="auto" w:fill="C00000"/>
          <w:color w:val="FFFFFF"/>
        </w:rPr>
        <w:t xml:space="preserve"> [3AZU]</w:t>
      </w:r>
      <w:r>
        <w:rPr>
          <w:u w:val="none"/>
          <w:shd w:val="clear" w:color="auto" w:fill="C00000"/>
          <w:color w:val="FFFFFF"/>
        </w:rPr>
        <w:t>.”</w:t>
      </w:r>
    </w:p>
    <w:p>
      <w:pPr>
        <w:pStyle w:val="Yellow"/>
        <w:rPr/>
      </w:pPr>
      <w:r>
        <w:t xml:space="preserve">(Lk3:2 “John son of Zechariah”) </w:t>
      </w:r>
      <w:r>
        <w:rPr>
          <w:b/>
        </w:rPr>
        <w:t>Luke 3:3</w:t>
      </w:r>
      <w:r>
        <w:t xml:space="preserve"> — </w:t>
      </w:r>
      <w:r>
        <w:rPr>
          <w:shd w:fill="B7DDE8" w:val="clear"/>
        </w:rPr>
        <w:t>{He} went into all the region around the Jordan</w:t>
      </w:r>
      <w:r>
        <w:rPr>
          <w:b w:val="false"/>
          <w:i w:val="false"/>
          <w:color w:val="000000"/>
          <w:u w:val="none"/>
        </w:rPr>
        <w:t xml:space="preserve"> [1CDI]</w:t>
      </w:r>
      <w:r>
        <w:t xml:space="preserve">, </w:t>
      </w:r>
      <w:r>
        <w:rPr>
          <w:shd w:fill="548235" w:val="clear" w:color="auto"/>
          <w:color w:val="FFFFFF"/>
        </w:rPr>
        <w:t>preaching a baptism of repentance</w:t>
      </w:r>
      <w:r>
        <w:rPr>
          <w:b w:val="false"/>
          <w:i w:val="false"/>
          <w:color w:val="FFFFFF"/>
          <w:u w:val="none"/>
          <w:shd w:val="clear" w:color="auto" w:fill="548235"/>
        </w:rPr>
        <w:t xml:space="preserve"> [1MGD]</w:t>
      </w:r>
      <w:r>
        <w:rPr>
          <w:shd w:val="clear" w:color="auto" w:fill="548235"/>
          <w:color w:val="FFFFFF"/>
        </w:rPr>
        <w:t xml:space="preserve"> </w:t>
      </w:r>
      <w:r>
        <w:rPr>
          <w:shd w:fill="548235" w:val="clear" w:color="auto"/>
          <w:color w:val="FFFFFF"/>
        </w:rPr>
        <w:t>for the forgiveness of sins</w:t>
      </w:r>
      <w:r>
        <w:rPr>
          <w:b w:val="false"/>
          <w:i w:val="false"/>
          <w:color w:val="FFFFFF"/>
          <w:u w:val="none"/>
          <w:shd w:val="clear" w:color="auto" w:fill="548235"/>
        </w:rPr>
        <w:t xml:space="preserve"> [2BKM]</w:t>
      </w:r>
      <w:r>
        <w:t>,</w:t>
      </w:r>
    </w:p>
    <w:p>
      <w:pPr>
        <w:pStyle w:val="Yellow"/>
        <w:rPr/>
      </w:pPr>
      <w:r>
        <w:rPr>
          <w:b/>
          <w:u w:val="none"/>
          <w:shd w:val="clear" w:color="auto" w:fill="548235"/>
          <w:color w:val="FFFFFF"/>
        </w:rPr>
        <w:t>Luke 5:32</w:t>
      </w:r>
      <w:r>
        <w:rPr>
          <w:u w:val="none"/>
          <w:shd w:val="clear" w:color="auto" w:fill="548235"/>
          <w:color w:val="FFFFFF"/>
        </w:rPr>
        <w:t xml:space="preserve"> — “</w:t>
      </w:r>
      <w:r>
        <w:rPr>
          <w:u w:val="none"/>
          <w:shd w:val="clear" w:fill="548235" w:color="auto"/>
          <w:color w:val="FFFFFF"/>
        </w:rPr>
        <w:t>I have not come to call the righteous, but sinners, to repentance</w:t>
      </w:r>
      <w:r>
        <w:rPr>
          <w:b w:val="false"/>
          <w:i w:val="false"/>
          <w:color w:val="FFFFFF"/>
          <w:u w:val="none"/>
          <w:shd w:val="clear" w:color="auto" w:fill="548235"/>
        </w:rPr>
        <w:t xml:space="preserve"> [3AZU]</w:t>
      </w:r>
      <w:r>
        <w:rPr>
          <w:b w:val="false"/>
          <w:i w:val="false"/>
          <w:color w:val="FFFFFF"/>
          <w:u w:val="none"/>
          <w:shd w:val="clear" w:color="auto" w:fill="548235"/>
        </w:rPr>
        <w:t xml:space="preserve"> [1FGM]</w:t>
      </w:r>
      <w:r>
        <w:rPr>
          <w:u w:val="none"/>
          <w:shd w:val="clear" w:color="auto" w:fill="548235"/>
          <w:color w:val="FFFFFF"/>
        </w:rPr>
        <w:t>.”</w:t>
      </w:r>
    </w:p>
    <w:p>
      <w:pPr>
        <w:pStyle w:val="Yellow"/>
        <w:rPr/>
      </w:pPr>
      <w:r>
        <w:rPr/>
        <w:t xml:space="preserve">(Lk3:3 “a baptism of repentance for the forgiveness of sins”) </w:t>
      </w:r>
      <w:r>
        <w:rPr>
          <w:b/>
        </w:rPr>
        <w:t xml:space="preserve">Luke 7:30</w:t>
      </w:r>
      <w:r>
        <w:rPr/>
        <w:t xml:space="preserve"> — But </w:t>
      </w:r>
      <w:r>
        <w:rPr>
          <w:shd w:fill="B7DDE8" w:val="clear"/>
        </w:rPr>
        <w:t xml:space="preserve">the Pharisees and experts in the law rejected God’s purpose for themselves</w:t>
      </w:r>
      <w:r>
        <w:rPr>
          <w:b w:val="false"/>
          <w:i w:val="false"/>
          <w:color w:val="000000"/>
          <w:u w:val="none"/>
        </w:rPr>
        <w:t xml:space="preserve"> [1LDR]</w:t>
      </w:r>
      <w:r>
        <w:rPr/>
        <w:t xml:space="preserve">, because </w:t>
      </w:r>
      <w:r>
        <w:rPr>
          <w:shd w:fill="B7DDE8" w:val="clear"/>
        </w:rPr>
        <w:t xml:space="preserve">they had not been {baptized by John}</w:t>
      </w:r>
      <w:r>
        <w:rPr>
          <w:b w:val="false"/>
          <w:i w:val="false"/>
          <w:color w:val="000000"/>
          <w:u w:val="none"/>
        </w:rPr>
        <w:t xml:space="preserve"> [1LDS]</w:t>
      </w:r>
      <w:r>
        <w:rPr/>
        <w:t xml:space="preserve">.</w:t>
      </w:r>
    </w:p>
    <w:p>
      <w:pPr>
        <w:pStyle w:val="Yellow"/>
        <w:rPr/>
      </w:pPr>
      <w:r>
        <w:rPr>
          <w:b/>
        </w:rPr>
        <w:t xml:space="preserve">Luke 13:3</w:t>
      </w:r>
      <w:r>
        <w:rPr/>
        <w:t xml:space="preserve"> — </w:t>
      </w:r>
      <w:r>
        <w:rPr>
          <w:shd w:fill="B7DDE8" w:val="clear"/>
        </w:rPr>
        <w:t xml:space="preserve">unless you repent, you too will all perish</w:t>
      </w:r>
      <w:r>
        <w:rPr>
          <w:b w:val="false"/>
          <w:i w:val="false"/>
          <w:color w:val="000000"/>
          <w:u w:val="none"/>
        </w:rPr>
        <w:t xml:space="preserve"> [1JUK]</w:t>
      </w:r>
      <w:r>
        <w:rPr/>
        <w:t xml:space="preserve">.</w:t>
      </w:r>
    </w:p>
    <w:p>
      <w:pPr>
        <w:pStyle w:val="Yellow"/>
        <w:rPr/>
      </w:pPr>
      <w:r>
        <w:rPr>
          <w:b/>
        </w:rPr>
        <w:t>Luke 15:7</w:t>
      </w:r>
      <w:r>
        <w:rPr/>
        <w:t xml:space="preserve"> — I tell you that in the same way </w:t>
      </w:r>
      <w:r>
        <w:rPr>
          <w:shd w:val="clear" w:fill="B7DDE8"/>
        </w:rPr>
        <w:t>there will be more joy in heaven over one sinner who repents than over ninety-nine righteous ones who do not need to repent</w:t>
      </w:r>
      <w:r>
        <w:rPr>
          <w:b w:val="false"/>
          <w:i w:val="false"/>
          <w:color w:val="000000"/>
          <w:u w:val="none"/>
        </w:rPr>
        <w:t xml:space="preserve"> [1FAS]</w:t>
      </w:r>
      <w:r>
        <w:rPr/>
        <w:t>.</w:t>
      </w:r>
    </w:p>
    <w:p>
      <w:pPr>
        <w:pStyle w:val="Yellow"/>
        <w:rPr/>
      </w:pPr>
      <w:r>
        <w:rPr>
          <w:b/>
          <w:shd w:val="clear" w:color="auto" w:fill="548235"/>
          <w:color w:val="FFFFFF"/>
        </w:rPr>
        <w:t>Luke 15:10</w:t>
      </w:r>
      <w:r>
        <w:rPr>
          <w:shd w:val="clear" w:color="auto" w:fill="548235"/>
          <w:color w:val="FFFFFF"/>
        </w:rPr>
        <w:t xml:space="preserve"> — In the same way, I tell you, </w:t>
      </w:r>
      <w:r>
        <w:rPr>
          <w:shd w:val="clear" w:fill="548235" w:color="auto"/>
          <w:color w:val="FFFFFF"/>
        </w:rPr>
        <w:t>there is joy in the presence of God’s angels over one sinner who repents</w:t>
      </w:r>
      <w:r>
        <w:rPr>
          <w:b w:val="false"/>
          <w:i w:val="false"/>
          <w:color w:val="FFFFFF"/>
          <w:u w:val="none"/>
          <w:shd w:val="clear" w:color="auto" w:fill="548235"/>
        </w:rPr>
        <w:t xml:space="preserve"> [1FAT]</w:t>
      </w:r>
      <w:r>
        <w:rPr>
          <w:shd w:val="clear" w:color="auto" w:fill="548235"/>
          <w:color w:val="FFFFFF"/>
        </w:rPr>
        <w:t>.”</w:t>
      </w:r>
    </w:p>
    <w:p>
      <w:pPr>
        <w:pStyle w:val="Yellow"/>
        <w:rPr/>
      </w:pPr>
      <w:r>
        <w:rPr/>
        <w:t xml:space="preserve">(Lk24:46 “The Christ”) </w:t>
      </w:r>
      <w:r>
        <w:rPr>
          <w:b/>
        </w:rPr>
        <w:t>Luke 24:47</w:t>
      </w:r>
      <w:r>
        <w:rPr/>
        <w:t xml:space="preserve"> — </w:t>
      </w:r>
      <w:r>
        <w:rPr>
          <w:shd w:val="clear" w:fill="B7DDE8"/>
        </w:rPr>
        <w:t>in {His} name repentance and forgiveness of sins will be proclaimed</w:t>
      </w:r>
      <w:r>
        <w:rPr>
          <w:b w:val="false"/>
          <w:i w:val="false"/>
          <w:u w:val="none"/>
          <w:color w:val="000000"/>
        </w:rPr>
        <w:t xml:space="preserve"> [1CDJ]</w:t>
      </w:r>
      <w:r>
        <w:rPr/>
        <w:t xml:space="preserve"> </w:t>
      </w:r>
      <w:r>
        <w:rPr>
          <w:shd w:val="clear" w:fill="B7DDE8"/>
        </w:rPr>
        <w:t>to all nations</w:t>
      </w:r>
      <w:r>
        <w:rPr>
          <w:b w:val="false"/>
          <w:i w:val="false"/>
          <w:color w:val="000000"/>
          <w:u w:val="none"/>
        </w:rPr>
        <w:t xml:space="preserve"> [1CDK]</w:t>
      </w:r>
      <w:r>
        <w:rPr/>
        <w:t xml:space="preserve">, </w:t>
      </w:r>
      <w:r>
        <w:rPr>
          <w:shd w:val="clear" w:fill="B7DDE8"/>
        </w:rPr>
        <w:t>beginning in Jerusalem</w:t>
      </w:r>
      <w:r>
        <w:rPr>
          <w:b w:val="false"/>
          <w:i w:val="false"/>
          <w:color w:val="000000"/>
          <w:u w:val="none"/>
        </w:rPr>
        <w:t xml:space="preserve"> [1CDL]</w:t>
      </w:r>
      <w:r>
        <w:rPr/>
        <w:t>.</w:t>
      </w:r>
    </w:p>
    <w:p>
      <w:pPr>
        <w:pStyle w:val="Yellow"/>
        <w:rPr/>
      </w:pPr>
      <w:r>
        <w:rPr>
          <w:b/>
          <w:shd w:val="clear" w:color="auto" w:fill="548235"/>
          <w:color w:val="FFFFFF"/>
        </w:rPr>
        <w:t xml:space="preserve">John 5:14</w:t>
      </w:r>
      <w:r>
        <w:rPr>
          <w:shd w:val="clear" w:color="auto" w:fill="548235"/>
          <w:color w:val="FFFFFF"/>
        </w:rPr>
        <w:t xml:space="preserve"> — </w:t>
      </w:r>
      <w:r>
        <w:rPr>
          <w:shd w:fill="548235" w:val="clear" w:color="auto"/>
          <w:color w:val="FFFFFF"/>
        </w:rPr>
        <w:t xml:space="preserve">Stop sinning, or something worse may happen to you</w:t>
      </w:r>
      <w:r>
        <w:rPr>
          <w:b w:val="false"/>
          <w:i w:val="false"/>
          <w:color w:val="FFFFFF"/>
          <w:u w:val="none"/>
          <w:shd w:val="clear" w:color="auto" w:fill="548235"/>
        </w:rPr>
        <w:t xml:space="preserve"> [1LPL]</w:t>
      </w:r>
      <w:r>
        <w:rPr>
          <w:shd w:val="clear" w:color="auto" w:fill="548235"/>
          <w:color w:val="FFFFFF"/>
        </w:rPr>
        <w:t xml:space="preserve">.”</w:t>
      </w:r>
    </w:p>
    <w:p>
      <w:pPr>
        <w:pStyle w:val="Yellow"/>
        <w:rPr/>
      </w:pPr>
      <w:r>
        <w:rPr>
          <w:b/>
        </w:rPr>
        <w:t>Acts 3:19-20</w:t>
      </w:r>
      <w:r>
        <w:t xml:space="preserve"> — </w:t>
      </w:r>
      <w:r>
        <w:rPr>
          <w:shd w:fill="B7DDE8" w:val="clear"/>
        </w:rPr>
        <w:t>Repent, then, and turn back</w:t>
      </w:r>
      <w:r>
        <w:rPr>
          <w:b w:val="false"/>
          <w:i w:val="false"/>
          <w:u w:val="none"/>
          <w:color w:val="000000"/>
        </w:rPr>
        <w:t xml:space="preserve"> [1AOH]</w:t>
      </w:r>
      <w:r>
        <w:rPr>
          <w:shd w:fill="B7DDE8" w:val="clear"/>
        </w:rPr>
        <w:t xml:space="preserve">, so that </w:t>
      </w:r>
      <w:r>
        <w:rPr>
          <w:shd w:fill="B7DDE8" w:val="clear"/>
        </w:rPr>
        <w:t>your sins may be wiped away</w:t>
      </w:r>
      <w:r>
        <w:rPr>
          <w:b w:val="false"/>
          <w:i w:val="false"/>
          <w:color w:val="000000"/>
          <w:u w:val="none"/>
        </w:rPr>
        <w:t xml:space="preserve"> [1AOI]</w:t>
      </w:r>
      <w:r>
        <w:rPr>
          <w:shd w:fill="B7DDE8" w:val="clear"/>
        </w:rPr>
        <w:t xml:space="preserve">, that </w:t>
      </w:r>
      <w:r>
        <w:rPr>
          <w:shd w:fill="B7DDE8" w:val="clear"/>
        </w:rPr>
        <w:t>times of refreshing may come from the presence of the Lord</w:t>
      </w:r>
      <w:r>
        <w:rPr>
          <w:b w:val="false"/>
          <w:i w:val="false"/>
          <w:color w:val="000000"/>
          <w:u w:val="none"/>
        </w:rPr>
        <w:t xml:space="preserve"> [1AOJ]</w:t>
      </w:r>
      <w:r>
        <w:rPr>
          <w:shd w:fill="B7DDE8" w:val="clear"/>
        </w:rPr>
        <w:t xml:space="preserve">, and that </w:t>
      </w:r>
      <w:r>
        <w:rPr>
          <w:shd w:fill="B7DDE8" w:val="clear"/>
        </w:rPr>
        <w:t xml:space="preserve">He may send </w:t>
      </w:r>
      <w:r>
        <w:rPr>
          <w:shd w:fill="B7DDE8" w:val="clear"/>
        </w:rPr>
        <w:t>Jesus, the Christ</w:t>
      </w:r>
      <w:r>
        <w:rPr>
          <w:b w:val="false"/>
          <w:i w:val="false"/>
          <w:color w:val="000000"/>
          <w:u w:val="none"/>
        </w:rPr>
        <w:t xml:space="preserve"> [1AOK]</w:t>
      </w:r>
      <w:r>
        <w:rPr/>
        <w:t xml:space="preserve">, </w:t>
      </w:r>
      <w:r>
        <w:rPr>
          <w:shd w:fill="B7DDE8" w:val="clear"/>
        </w:rPr>
        <w:t>who has been appointed for you</w:t>
      </w:r>
      <w:r>
        <w:rPr>
          <w:b w:val="false"/>
          <w:i w:val="false"/>
          <w:color w:val="000000"/>
          <w:u w:val="none"/>
        </w:rPr>
        <w:t xml:space="preserve"> [1AOL]</w:t>
      </w:r>
      <w:r>
        <w:t>.</w:t>
      </w:r>
    </w:p>
    <w:p>
      <w:pPr>
        <w:pStyle w:val="Yellow"/>
        <w:rPr/>
      </w:pPr>
      <w:r>
        <w:rPr>
          <w:b/>
          <w:shd w:val="clear" w:color="auto" w:fill="548235"/>
          <w:color w:val="FFFFFF"/>
        </w:rPr>
        <w:t>Acts 11:18</w:t>
      </w:r>
      <w:r>
        <w:rPr>
          <w:shd w:val="clear" w:color="auto" w:fill="548235"/>
          <w:color w:val="FFFFFF"/>
        </w:rPr>
        <w:t xml:space="preserve"> — </w:t>
      </w:r>
      <w:r>
        <w:rPr>
          <w:shd w:fill="548235" w:val="clear" w:color="auto"/>
          <w:color w:val="FFFFFF"/>
        </w:rPr>
        <w:t>God has granted even the Gentiles repentance unto life</w:t>
      </w:r>
      <w:r>
        <w:rPr>
          <w:b w:val="false"/>
          <w:i w:val="false"/>
          <w:color w:val="FFFFFF"/>
          <w:u w:val="none"/>
          <w:shd w:val="clear" w:color="auto" w:fill="548235"/>
        </w:rPr>
        <w:t xml:space="preserve"> [1MDV]</w:t>
      </w:r>
      <w:r>
        <w:rPr>
          <w:shd w:val="clear" w:color="auto" w:fill="548235"/>
          <w:color w:val="FFFFFF"/>
        </w:rPr>
        <w:t>.”</w:t>
      </w:r>
    </w:p>
    <w:p>
      <w:pPr>
        <w:pStyle w:val="Yellow"/>
        <w:rPr/>
        <w:pBdr>
          <w:left w:val="single" w:sz="28" w:space="5" w:color="C00000"/>
        </w:pBdr>
      </w:pPr>
      <w:r>
        <w:rPr>
          <w:shd w:val="clear" w:color="auto" w:fill="548235"/>
          <w:color w:val="FFFFFF"/>
        </w:rPr>
        <w:t xml:space="preserve">(Ac11:20ᶜ Men “proclaiming the good news about the Lord Jesus”¹) </w:t>
      </w:r>
      <w:r>
        <w:rPr>
          <w:b/>
          <w:shd w:val="clear" w:color="auto" w:fill="548235"/>
          <w:color w:val="FFFFFF"/>
        </w:rPr>
        <w:t>Acts 11:21</w:t>
      </w:r>
      <w:r>
        <w:rPr>
          <w:shd w:val="clear" w:color="auto" w:fill="548235"/>
          <w:color w:val="FFFFFF"/>
        </w:rPr>
        <w:t xml:space="preserve"> — </w:t>
      </w:r>
      <w:r>
        <w:rPr>
          <w:shd w:val="clear" w:fill="548235" w:color="auto"/>
          <w:color w:val="FFFFFF"/>
        </w:rPr>
        <w:t>The hand of the Lord was with {them}</w:t>
      </w:r>
      <w:r>
        <w:rPr>
          <w:b w:val="false"/>
          <w:i w:val="false"/>
          <w:color w:val="FFFFFF"/>
          <w:u w:val="none"/>
          <w:shd w:val="clear" w:color="auto" w:fill="548235"/>
        </w:rPr>
        <w:t xml:space="preserve"> [1DBX]</w:t>
      </w:r>
      <w:r>
        <w:rPr>
          <w:shd w:val="clear" w:color="auto" w:fill="548235"/>
          <w:color w:val="FFFFFF"/>
        </w:rPr>
        <w:t xml:space="preserve">, and </w:t>
      </w:r>
      <w:r>
        <w:rPr>
          <w:shd w:val="clear" w:fill="548235" w:color="auto"/>
          <w:color w:val="FFFFFF"/>
        </w:rPr>
        <w:t>a great number of people believed</w:t>
      </w:r>
      <w:r>
        <w:rPr>
          <w:b w:val="false"/>
          <w:i w:val="false"/>
          <w:color w:val="FFFFFF"/>
          <w:u w:val="none"/>
          <w:shd w:val="clear" w:color="auto" w:fill="548235"/>
        </w:rPr>
        <w:t xml:space="preserve"> [1DBY]</w:t>
      </w:r>
      <w:r>
        <w:rPr>
          <w:shd w:val="clear" w:color="auto" w:fill="548235"/>
          <w:color w:val="FFFFFF"/>
        </w:rPr>
        <w:t xml:space="preserve"> and </w:t>
      </w:r>
      <w:r>
        <w:rPr>
          <w:shd w:val="clear" w:fill="548235" w:color="auto"/>
          <w:color w:val="FFFFFF"/>
        </w:rPr>
        <w:t>turned to the Lord</w:t>
      </w:r>
      <w:r>
        <w:rPr>
          <w:b w:val="false"/>
          <w:i w:val="false"/>
          <w:color w:val="FFFFFF"/>
          <w:u w:val="none"/>
          <w:shd w:val="clear" w:color="auto" w:fill="548235"/>
        </w:rPr>
        <w:t xml:space="preserve"> [1DBZ]</w:t>
      </w:r>
      <w:r>
        <w:rPr>
          <w:shd w:val="clear" w:color="auto" w:fill="548235"/>
          <w:color w:val="FFFFFF"/>
        </w:rPr>
        <w:t>.</w:t>
      </w:r>
    </w:p>
    <w:p>
      <w:pPr>
        <w:pStyle w:val="Yellow"/>
        <w:rPr/>
      </w:pPr>
      <w:r>
        <w:rPr>
          <w:b/>
        </w:rPr>
        <w:t>Acts 17:30</w:t>
      </w:r>
      <w:r>
        <w:rPr/>
        <w:t xml:space="preserve"> — Although </w:t>
      </w:r>
      <w:r>
        <w:rPr>
          <w:shd w:fill="B7DDE8" w:val="clear"/>
        </w:rPr>
        <w:t>God overlooked the ignorance of earlier times</w:t>
      </w:r>
      <w:r>
        <w:rPr>
          <w:b w:val="false"/>
          <w:i w:val="false"/>
          <w:color w:val="000000"/>
          <w:u w:val="none"/>
        </w:rPr>
        <w:t xml:space="preserve"> [1XH]</w:t>
      </w:r>
      <w:r>
        <w:rPr/>
        <w:t xml:space="preserve">, </w:t>
      </w:r>
      <w:r>
        <w:rPr>
          <w:shd w:fill="B7DDE8" w:val="clear"/>
        </w:rPr>
        <w:t xml:space="preserve">He now </w:t>
      </w:r>
      <w:r>
        <w:rPr>
          <w:shd w:fill="B7DDE8" w:val="clear"/>
        </w:rPr>
        <w:t>commands</w:t>
      </w:r>
      <w:r>
        <w:rPr>
          <w:shd w:fill="B7DDE8" w:val="clear"/>
        </w:rPr>
        <w:t xml:space="preserve"> all people everywhere to repent</w:t>
      </w:r>
      <w:r>
        <w:rPr>
          <w:b w:val="false"/>
          <w:i w:val="false"/>
          <w:color w:val="000000"/>
          <w:u w:val="none"/>
        </w:rPr>
        <w:t xml:space="preserve"> [1XI]</w:t>
      </w:r>
      <w:r>
        <w:rPr/>
        <w:t>.</w:t>
      </w:r>
    </w:p>
    <w:p>
      <w:pPr>
        <w:pStyle w:val="Yellow"/>
        <w:rPr/>
      </w:pPr>
      <w:r>
        <w:rPr>
          <w:b/>
        </w:rPr>
        <w:t>Romans 2:4</w:t>
      </w:r>
      <w:r>
        <w:rPr/>
        <w:t xml:space="preserve"> — </w:t>
      </w:r>
      <w:r>
        <w:rPr>
          <w:shd w:fill="B7DDE8" w:val="clear"/>
        </w:rPr>
        <w:t>God’s kindness leads you to repentance</w:t>
      </w:r>
      <w:r>
        <w:rPr>
          <w:b w:val="false"/>
          <w:i w:val="false"/>
          <w:color w:val="000000"/>
          <w:u w:val="none"/>
        </w:rPr>
        <w:t xml:space="preserve"> [1FSV]</w:t>
      </w:r>
    </w:p>
    <w:p>
      <w:pPr>
        <w:pStyle w:val="Yellow"/>
        <w:rPr/>
      </w:pPr>
      <w:r>
        <w:rPr>
          <w:b/>
        </w:rPr>
        <w:t>2 Corinthians 7:9</w:t>
      </w:r>
      <w:r>
        <w:rPr/>
        <w:t xml:space="preserve"> — And now </w:t>
      </w:r>
      <w:r>
        <w:rPr>
          <w:shd w:val="clear" w:fill="B7DDE8"/>
        </w:rPr>
        <w:t>I rejoice, not because you were made sorrowful, but because your sorrow led you to repentance</w:t>
      </w:r>
      <w:r>
        <w:rPr>
          <w:b w:val="false"/>
          <w:i w:val="false"/>
          <w:color w:val="000000"/>
          <w:u w:val="none"/>
        </w:rPr>
        <w:t xml:space="preserve"> [1DLJ]</w:t>
      </w:r>
      <w:r>
        <w:rPr/>
        <w:t xml:space="preserve">. For </w:t>
      </w:r>
      <w:r>
        <w:rPr>
          <w:shd w:val="clear" w:fill="B7DDE8"/>
        </w:rPr>
        <w:t>you felt the sorrow that God had intended</w:t>
      </w:r>
      <w:r>
        <w:rPr>
          <w:b w:val="false"/>
          <w:i w:val="false"/>
          <w:color w:val="000000"/>
          <w:u w:val="none"/>
        </w:rPr>
        <w:t xml:space="preserve"> [1DLK]</w:t>
      </w:r>
      <w:r>
        <w:rPr/>
        <w:t xml:space="preserve">, and so </w:t>
      </w:r>
      <w:r>
        <w:rPr>
          <w:shd w:val="clear" w:fill="B7DDE8"/>
        </w:rPr>
        <w:t>were not harmed in any way by us</w:t>
      </w:r>
      <w:r>
        <w:rPr>
          <w:b w:val="false"/>
          <w:i w:val="false"/>
          <w:color w:val="000000"/>
          <w:u w:val="none"/>
        </w:rPr>
        <w:t xml:space="preserve"> [1DLL]</w:t>
      </w:r>
      <w:r>
        <w:rPr/>
        <w:t>.</w:t>
      </w:r>
    </w:p>
    <w:p>
      <w:pPr>
        <w:pStyle w:val="Yellow"/>
        <w:rPr/>
      </w:pPr>
      <w:r>
        <w:rPr/>
        <w:t>&lt;50&gt;</w:t>
      </w:r>
      <w:r>
        <w:rPr>
          <w:b/>
        </w:rPr>
        <w:t>1 Timothy 5:4</w:t>
      </w:r>
      <w:r>
        <w:rPr/>
        <w:t xml:space="preserve"> — But </w:t>
      </w:r>
      <w:r>
        <w:rPr>
          <w:shd w:val="clear" w:fill="B7DDE8"/>
        </w:rPr>
        <w:t>if a widow has children or grandchildren, they must first learn to show godliness to their own family</w:t>
      </w:r>
      <w:r>
        <w:rPr>
          <w:b w:val="false"/>
          <w:i w:val="false"/>
          <w:color w:val="000000"/>
          <w:u w:val="none"/>
        </w:rPr>
        <w:t xml:space="preserve"> [1DHC]</w:t>
      </w:r>
      <w:r>
        <w:rPr/>
        <w:t xml:space="preserve"> and </w:t>
      </w:r>
      <w:r>
        <w:rPr>
          <w:shd w:val="clear" w:fill="B7DDE8"/>
        </w:rPr>
        <w:t>repay their parents</w:t>
      </w:r>
      <w:r>
        <w:rPr>
          <w:b w:val="false"/>
          <w:i w:val="false"/>
          <w:color w:val="000000"/>
          <w:u w:val="none"/>
        </w:rPr>
        <w:t xml:space="preserve"> [1DHD]</w:t>
      </w:r>
      <w:r>
        <w:rPr/>
        <w:t xml:space="preserve">, for </w:t>
      </w:r>
      <w:r>
        <w:rPr>
          <w:shd w:val="clear" w:fill="B7DDE8"/>
        </w:rPr>
        <w:t>this is pleasing in the sight of God</w:t>
      </w:r>
      <w:r>
        <w:rPr>
          <w:b w:val="false"/>
          <w:i w:val="false"/>
          <w:color w:val="000000"/>
          <w:u w:val="none"/>
        </w:rPr>
        <w:t xml:space="preserve"> [2DHE]</w:t>
      </w:r>
      <w:r>
        <w:rPr/>
        <w:t>.</w:t>
      </w:r>
    </w:p>
    <w:p>
      <w:pPr>
        <w:pStyle w:val="Yellow"/>
        <w:rPr/>
      </w:pPr>
      <w:r>
        <w:rPr/>
        <w:t>&lt;50&gt;</w:t>
      </w:r>
      <w:r>
        <w:rPr>
          <w:b/>
        </w:rPr>
        <w:t>1 Timothy 5:5-6</w:t>
      </w:r>
      <w:r>
        <w:rPr/>
        <w:t xml:space="preserve"> — </w:t>
      </w:r>
      <w:r>
        <w:rPr>
          <w:shd w:val="clear" w:fill="B7DDE8"/>
        </w:rPr>
        <w:t>The widow who is truly in need and left all alone puts her hope in God</w:t>
      </w:r>
      <w:r>
        <w:rPr>
          <w:b w:val="false"/>
          <w:i w:val="false"/>
          <w:color w:val="000000"/>
          <w:u w:val="none"/>
        </w:rPr>
        <w:t xml:space="preserve"> [1DHF]</w:t>
      </w:r>
      <w:r>
        <w:rPr/>
        <w:t xml:space="preserve"> and </w:t>
      </w:r>
      <w:r>
        <w:rPr>
          <w:shd w:val="clear" w:fill="B7DDE8"/>
        </w:rPr>
        <w:t>continues night and day in her petitions and prayers</w:t>
      </w:r>
      <w:r>
        <w:rPr>
          <w:b w:val="false"/>
          <w:i w:val="false"/>
          <w:color w:val="000000"/>
          <w:u w:val="none"/>
        </w:rPr>
        <w:t xml:space="preserve"> [1DHG]</w:t>
      </w:r>
      <w:r>
        <w:rPr/>
        <w:t xml:space="preserve">. 6 But </w:t>
      </w:r>
      <w:r>
        <w:rPr>
          <w:shd w:val="clear" w:fill="B7DDE8"/>
        </w:rPr>
        <w:t>she who lives for pleasure is dead even while she is still alive</w:t>
      </w:r>
      <w:r>
        <w:rPr>
          <w:b w:val="false"/>
          <w:i w:val="false"/>
          <w:u w:val="none"/>
          <w:color w:val="000000"/>
        </w:rPr>
        <w:t xml:space="preserve"> [1DHH]</w:t>
      </w:r>
      <w:r>
        <w:rPr/>
        <w:t>.</w:t>
      </w:r>
    </w:p>
    <w:p>
      <w:pPr>
        <w:pStyle w:val="Yellow"/>
        <w:rPr/>
      </w:pPr>
      <w:r>
        <w:rPr/>
        <w:t>&lt;50&gt;</w:t>
      </w:r>
      <w:r>
        <w:rPr>
          <w:b/>
        </w:rPr>
        <w:t>1 Timothy 5:8</w:t>
      </w:r>
      <w:r>
        <w:rPr/>
        <w:t xml:space="preserve"> — </w:t>
      </w:r>
      <w:r>
        <w:rPr>
          <w:shd w:val="clear" w:fill="B7DDE8"/>
        </w:rPr>
        <w:t>If anyone does not provide for his own, and especially his own household, he has denied the faith</w:t>
      </w:r>
      <w:r>
        <w:rPr>
          <w:b w:val="false"/>
          <w:i w:val="false"/>
          <w:color w:val="000000"/>
          <w:u w:val="none"/>
        </w:rPr>
        <w:t xml:space="preserve"> [1DHI]</w:t>
      </w:r>
      <w:r>
        <w:rPr/>
        <w:t xml:space="preserve"> and </w:t>
      </w:r>
      <w:r>
        <w:rPr>
          <w:shd w:val="clear" w:fill="B7DDE8"/>
        </w:rPr>
        <w:t>is worse than an unbeliever</w:t>
      </w:r>
      <w:r>
        <w:rPr>
          <w:b w:val="false"/>
          <w:i w:val="false"/>
          <w:color w:val="000000"/>
          <w:u w:val="none"/>
        </w:rPr>
        <w:t xml:space="preserve"> [1DHJ]</w:t>
      </w:r>
      <w:r>
        <w:rPr/>
        <w:t>.</w:t>
      </w:r>
    </w:p>
    <w:p>
      <w:pPr>
        <w:pStyle w:val="Yellow"/>
        <w:rPr/>
      </w:pPr>
      <w:r>
        <w:rPr/>
        <w:t>&lt;50&gt;</w:t>
      </w:r>
      <w:r>
        <w:rPr>
          <w:b/>
        </w:rPr>
        <w:t>Hebrews 6:4–6</w:t>
      </w:r>
      <w:r>
        <w:rPr/>
        <w:t xml:space="preserve"> — </w:t>
      </w:r>
      <w:r>
        <w:rPr>
          <w:shd w:val="clear" w:fill="B7DDE8"/>
        </w:rPr>
        <w:t>It is impossible for those who have once been enlightened, who have tasted the heavenly gift, who have shared in the Holy Spirit, who have tasted the goodness of the word of God and the powers of the coming age—and then have fallen away—to be restored to repentance</w:t>
      </w:r>
      <w:r>
        <w:rPr>
          <w:b w:val="false"/>
          <w:i w:val="false"/>
          <w:color w:val="000000"/>
          <w:u w:val="none"/>
        </w:rPr>
        <w:t xml:space="preserve"> [1DHK]</w:t>
      </w:r>
      <w:r>
        <w:rPr/>
        <w:t xml:space="preserve">, because </w:t>
      </w:r>
      <w:r>
        <w:rPr>
          <w:shd w:val="clear" w:fill="B7DDE8"/>
        </w:rPr>
        <w:t>they themselves are crucifying the Son of God all over again</w:t>
      </w:r>
      <w:r>
        <w:rPr>
          <w:b w:val="false"/>
          <w:i w:val="false"/>
          <w:color w:val="000000"/>
          <w:u w:val="none"/>
        </w:rPr>
        <w:t xml:space="preserve"> [1DHL]</w:t>
      </w:r>
      <w:r>
        <w:rPr/>
        <w:t xml:space="preserve"> and </w:t>
      </w:r>
      <w:r>
        <w:rPr>
          <w:shd w:val="clear" w:fill="B7DDE8"/>
        </w:rPr>
        <w:t>subjecting Him to open shame</w:t>
      </w:r>
      <w:r>
        <w:rPr>
          <w:b w:val="false"/>
          <w:i w:val="false"/>
          <w:color w:val="000000"/>
          <w:u w:val="none"/>
        </w:rPr>
        <w:t xml:space="preserve"> [1DHM]</w:t>
      </w:r>
      <w:r>
        <w:rPr/>
        <w:t>.</w:t>
      </w:r>
    </w:p>
    <w:p>
      <w:pPr>
        <w:pStyle w:val="Yellow"/>
        <w:rPr/>
      </w:pPr>
      <w:r>
        <w:rPr>
          <w:b/>
        </w:rPr>
        <w:t xml:space="preserve">2 Timothy 2:19</w:t>
      </w:r>
      <w:r>
        <w:rPr/>
        <w:t xml:space="preserve"> — Nevertheless, </w:t>
      </w:r>
      <w:r>
        <w:rPr>
          <w:shd w:fill="B7DDE8" w:val="clear"/>
        </w:rPr>
        <w:t xml:space="preserve">God’s firm foundation stands</w:t>
      </w:r>
      <w:r>
        <w:rPr>
          <w:b w:val="false"/>
          <w:i w:val="false"/>
          <w:color w:val="000000"/>
          <w:u w:val="none"/>
        </w:rPr>
        <w:t xml:space="preserve"> [1HWO]</w:t>
      </w:r>
      <w:r>
        <w:rPr/>
        <w:t xml:space="preserve">, bearing this seal: “</w:t>
      </w:r>
      <w:r>
        <w:rPr>
          <w:shd w:fill="B7DDE8" w:val="clear"/>
        </w:rPr>
        <w:t xml:space="preserve">The Lord knows those who are His</w:t>
      </w:r>
      <w:r>
        <w:rPr>
          <w:b w:val="false"/>
          <w:i w:val="false"/>
          <w:color w:val="000000"/>
          <w:u w:val="none"/>
        </w:rPr>
        <w:t xml:space="preserve"> [1HWP]</w:t>
      </w:r>
      <w:r>
        <w:rPr/>
        <w:t xml:space="preserve">,” and, “</w:t>
      </w:r>
      <w:r>
        <w:rPr>
          <w:shd w:fill="F4B183" w:val="clear" w:color="auto"/>
          <w:color w:val="000000"/>
        </w:rPr>
        <w:t xml:space="preserve">Everyone who calls on the name of the Lord must turn away from iniquity</w:t>
      </w:r>
      <w:r>
        <w:rPr>
          <w:b w:val="false"/>
          <w:i w:val="false"/>
          <w:color w:val="000000"/>
          <w:u w:val="none"/>
          <w:shd w:val="clear" w:color="auto" w:fill="F4B183"/>
        </w:rPr>
        <w:t xml:space="preserve"> [1HWQ]</w:t>
      </w:r>
      <w:r>
        <w:rPr/>
        <w:t xml:space="preserve">.”</w:t>
      </w:r>
    </w:p>
    <w:p>
      <w:pPr>
        <w:pStyle w:val="Yellow"/>
        <w:rPr/>
      </w:pPr>
      <w:r>
        <w:rPr>
          <w:b/>
        </w:rPr>
        <w:t xml:space="preserve">James 5:19–20</w:t>
      </w:r>
      <w:r>
        <w:rPr/>
        <w:t xml:space="preserve"> — My brothers, </w:t>
      </w:r>
      <w:r>
        <w:rPr>
          <w:shd w:fill="B7DDE8" w:val="clear"/>
        </w:rPr>
        <w:t xml:space="preserve">if one of you should wander from the truth and someone should bring him back</w:t>
      </w:r>
      <w:r>
        <w:rPr>
          <w:b w:val="false"/>
          <w:i w:val="false"/>
          <w:color w:val="000000"/>
          <w:u w:val="none"/>
        </w:rPr>
        <w:t xml:space="preserve"> [1IRU]</w:t>
      </w:r>
      <w:r>
        <w:rPr/>
        <w:t xml:space="preserve">, consider this: </w:t>
      </w:r>
      <w:r>
        <w:rPr>
          <w:shd w:fill="B7DDE8" w:val="clear"/>
        </w:rPr>
        <w:t xml:space="preserve">Whoever turns a sinner from the error of his way will save his soul from death</w:t>
      </w:r>
      <w:r>
        <w:rPr>
          <w:b w:val="false"/>
          <w:i w:val="false"/>
          <w:color w:val="000000"/>
          <w:u w:val="none"/>
        </w:rPr>
        <w:t xml:space="preserve"> [1IRV]</w:t>
      </w:r>
      <w:r>
        <w:rPr/>
        <w:t xml:space="preserve"> and </w:t>
      </w:r>
      <w:r>
        <w:rPr>
          <w:shd w:fill="F4B183" w:val="clear" w:color="auto"/>
          <w:color w:val="000000"/>
        </w:rPr>
        <w:t xml:space="preserve">cover over a multitude of sins</w:t>
      </w:r>
      <w:r>
        <w:rPr>
          <w:b w:val="false"/>
          <w:i w:val="false"/>
          <w:color w:val="000000"/>
          <w:u w:val="none"/>
          <w:shd w:val="clear" w:color="auto" w:fill="F4B183"/>
        </w:rPr>
        <w:t xml:space="preserve"> [1IRW]</w:t>
      </w:r>
      <w:r>
        <w:rPr/>
        <w:t xml:space="preserve">.</w:t>
      </w:r>
    </w:p>
    <w:p>
      <w:pPr>
        <w:pStyle w:val="Yellow"/>
        <w:rPr/>
      </w:pPr>
      <w:r>
        <w:rPr/>
        <w:t xml:space="preserve">(Re1:20 “lampstands are the seven churches”) </w:t>
      </w:r>
      <w:r>
        <w:rPr>
          <w:b/>
        </w:rPr>
        <w:t xml:space="preserve">Revelation 2:4-5</w:t>
      </w:r>
      <w:r>
        <w:rPr/>
        <w:t xml:space="preserve"> — But </w:t>
      </w:r>
      <w:r>
        <w:rPr>
          <w:shd w:fill="B7DDE8" w:val="clear"/>
        </w:rPr>
        <w:t xml:space="preserve">I have this against you: You have abandoned your first love</w:t>
      </w:r>
      <w:r>
        <w:rPr>
          <w:b w:val="false"/>
          <w:i w:val="false"/>
          <w:color w:val="000000"/>
          <w:u w:val="none"/>
        </w:rPr>
        <w:t xml:space="preserve"> [1LQO]</w:t>
      </w:r>
      <w:r>
        <w:rPr/>
        <w:t xml:space="preserve">. Therefore, </w:t>
      </w:r>
      <w:r>
        <w:rPr>
          <w:shd w:fill="B7DDE8" w:val="clear"/>
        </w:rPr>
        <w:t xml:space="preserve">keep in mind how far you have fallen</w:t>
      </w:r>
      <w:r>
        <w:rPr>
          <w:b w:val="false"/>
          <w:i w:val="false"/>
          <w:color w:val="000000"/>
          <w:u w:val="none"/>
        </w:rPr>
        <w:t xml:space="preserve"> [1LQP]</w:t>
      </w:r>
      <w:r>
        <w:rPr/>
        <w:t xml:space="preserve">. </w:t>
      </w:r>
      <w:r>
        <w:rPr>
          <w:shd w:fill="B7DDE8" w:val="clear"/>
        </w:rPr>
        <w:t xml:space="preserve">Repent and perform the deeds you did at first</w:t>
      </w:r>
      <w:r>
        <w:rPr>
          <w:b w:val="false"/>
          <w:i w:val="false"/>
          <w:color w:val="000000"/>
          <w:u w:val="none"/>
        </w:rPr>
        <w:t xml:space="preserve"> [1LQQ]</w:t>
      </w:r>
      <w:r>
        <w:rPr/>
        <w:t xml:space="preserve">. But </w:t>
      </w:r>
      <w:r>
        <w:rPr>
          <w:color w:val="auto"/>
        </w:rPr>
        <w:t xml:space="preserve">if you do not repent</w:t>
      </w:r>
      <w:r>
        <w:rPr>
          <w:b w:val="false"/>
          <w:i w:val="false"/>
          <w:color w:val="auto"/>
          <w:u w:val="none"/>
        </w:rPr>
        <w:t xml:space="preserve"> [2KDH]</w:t>
      </w:r>
      <w:r>
        <w:rPr>
          <w:color w:val="auto"/>
        </w:rPr>
        <w:t xml:space="preserve">, </w:t>
      </w:r>
      <w:r>
        <w:rPr>
          <w:color w:val="auto"/>
        </w:rPr>
        <w:t xml:space="preserve">I will come to you and remove your {lampstand} from its place</w:t>
      </w:r>
      <w:r>
        <w:rPr>
          <w:b w:val="false"/>
          <w:i w:val="false"/>
          <w:color w:val="auto"/>
          <w:u w:val="none"/>
        </w:rPr>
        <w:t xml:space="preserve"> [1LQR]</w:t>
      </w:r>
      <w:r>
        <w:rPr/>
        <w:t xml:space="preserve">.</w:t>
      </w:r>
    </w:p>
    <w:p>
      <w:pPr>
        <w:pStyle w:val="Yellow"/>
        <w:rPr/>
      </w:pPr>
      <w:r>
        <w:rPr>
          <w:u w:val="none"/>
        </w:rPr>
        <w:t xml:space="preserve">(Re2:20 “Jezebel”) </w:t>
      </w:r>
      <w:r>
        <w:rPr>
          <w:b/>
          <w:u w:val="none"/>
        </w:rPr>
        <w:t xml:space="preserve">Revelation 2:21-23</w:t>
      </w:r>
      <w:r>
        <w:rPr>
          <w:u w:val="none"/>
        </w:rPr>
        <w:t xml:space="preserve"> — </w:t>
      </w:r>
      <w:r>
        <w:rPr>
          <w:u w:val="none"/>
          <w:shd w:fill="B7DDE8" w:val="clear"/>
        </w:rPr>
        <w:t xml:space="preserve">Even though I have given {her} time to repent of her immorality, she is unwilling</w:t>
      </w:r>
      <w:r>
        <w:rPr>
          <w:b w:val="false"/>
          <w:i w:val="false"/>
          <w:color w:val="000000"/>
          <w:u w:val="none"/>
        </w:rPr>
        <w:t xml:space="preserve"> [1GQM]</w:t>
      </w:r>
      <w:r>
        <w:rPr>
          <w:b w:val="false"/>
          <w:i w:val="false"/>
          <w:color w:val="000000"/>
          <w:u w:val="none"/>
        </w:rPr>
        <w:t xml:space="preserve"> [1GQN]</w:t>
      </w:r>
      <w:r>
        <w:rPr>
          <w:u w:val="none"/>
        </w:rPr>
        <w:t xml:space="preserve">. Behold, </w:t>
      </w:r>
      <w:r>
        <w:rPr>
          <w:u w:val="none"/>
          <w:shd w:fill="B7DDE8" w:val="clear"/>
        </w:rPr>
        <w:t xml:space="preserve">I will cast her onto a bed of sickness</w:t>
      </w:r>
      <w:r>
        <w:rPr>
          <w:b w:val="false"/>
          <w:i w:val="false"/>
          <w:u w:val="none"/>
          <w:color w:val="000000"/>
        </w:rPr>
        <w:t xml:space="preserve"> [1GQO]</w:t>
      </w:r>
      <w:r>
        <w:rPr>
          <w:u w:val="none"/>
        </w:rPr>
        <w:t xml:space="preserve">, and </w:t>
      </w:r>
      <w:r>
        <w:rPr>
          <w:u w:val="none"/>
          <w:shd w:fill="B7DDE8" w:val="clear"/>
        </w:rPr>
        <w:t xml:space="preserve">those who commit adultery with her will suffer great tribulation unless they repent of her deeds</w:t>
      </w:r>
      <w:r>
        <w:rPr>
          <w:b w:val="false"/>
          <w:i w:val="false"/>
          <w:color w:val="000000"/>
          <w:u w:val="none"/>
        </w:rPr>
        <w:t xml:space="preserve"> [1GQP]</w:t>
      </w:r>
      <w:r>
        <w:rPr>
          <w:u w:val="none"/>
        </w:rPr>
        <w:t xml:space="preserve">. Then </w:t>
      </w:r>
      <w:r>
        <w:rPr>
          <w:u w:val="none"/>
          <w:shd w:fill="B7DDE8" w:val="clear"/>
        </w:rPr>
        <w:t xml:space="preserve">I will strike her children dead</w:t>
      </w:r>
      <w:r>
        <w:rPr>
          <w:b w:val="false"/>
          <w:i w:val="false"/>
          <w:u w:val="none"/>
          <w:color w:val="000000"/>
        </w:rPr>
        <w:t xml:space="preserve"> [1GQQ]</w:t>
      </w:r>
      <w:r>
        <w:rPr>
          <w:u w:val="none"/>
        </w:rPr>
        <w:t xml:space="preserve">, and </w:t>
      </w:r>
      <w:r>
        <w:rPr>
          <w:u w:val="none"/>
          <w:shd w:fill="B7DDE8" w:val="clear"/>
        </w:rPr>
        <w:t xml:space="preserve">all the churches will know that I am the One who </w:t>
      </w:r>
      <w:r>
        <w:rPr>
          <w:u w:val="none"/>
          <w:shd w:fill="B7DDE8" w:val="clear"/>
        </w:rPr>
        <w:t xml:space="preserve">searches minds and hearts</w:t>
      </w:r>
      <w:r>
        <w:rPr>
          <w:b w:val="false"/>
          <w:i w:val="false"/>
          <w:color w:val="000000"/>
          <w:u w:val="none"/>
        </w:rPr>
        <w:t xml:space="preserve"> [1GQR]</w:t>
      </w:r>
      <w:r>
        <w:rPr>
          <w:u w:val="none"/>
          <w:shd w:fill="F4CCCC" w:val="clear"/>
        </w:rPr>
        <w:t xml:space="preserve">, and </w:t>
      </w:r>
      <w:r>
        <w:rPr>
          <w:u w:val="none"/>
          <w:shd w:fill="B7DDE8" w:val="clear"/>
        </w:rPr>
        <w:t xml:space="preserve">I will repay each of you according to your deeds</w:t>
      </w:r>
      <w:r>
        <w:rPr>
          <w:b w:val="false"/>
          <w:i w:val="false"/>
          <w:color w:val="000000"/>
          <w:u w:val="none"/>
        </w:rPr>
        <w:t xml:space="preserve"> [12HT]</w:t>
      </w:r>
      <w:r>
        <w:rPr>
          <w:u w:val="none"/>
        </w:rPr>
        <w:t xml:space="preserve">.</w:t>
      </w:r>
    </w:p>
    <w:p>
      <w:r>
        <w:rPr>
          <w:b/>
          <w:sz w:val="32"/>
        </w:rPr>
        <w:t>Grace  (24)</w:t>
      </w:r>
    </w:p>
    <w:p>
      <w:pPr>
        <w:pStyle w:val="Yellow"/>
        <w:rPr/>
      </w:pPr>
      <w:r>
        <w:rPr>
          <w:b/>
        </w:rPr>
        <w:t>Isaiah 26:10</w:t>
      </w:r>
      <w:r>
        <w:rPr/>
        <w:t xml:space="preserve"> — </w:t>
      </w:r>
      <w:r>
        <w:rPr>
          <w:shd w:fill="B7DDE8" w:val="clear"/>
        </w:rPr>
        <w:t>Though grace is shown to the wicked man, he does not learn righteousness</w:t>
      </w:r>
      <w:r>
        <w:rPr>
          <w:b w:val="false"/>
          <w:i w:val="false"/>
          <w:color w:val="000000"/>
          <w:u w:val="none"/>
        </w:rPr>
        <w:t xml:space="preserve"> [1FQT]</w:t>
      </w:r>
      <w:r>
        <w:rPr/>
        <w:t>.</w:t>
      </w:r>
    </w:p>
    <w:p>
      <w:pPr>
        <w:pStyle w:val="Yellow"/>
        <w:rPr/>
      </w:pPr>
      <w:r>
        <w:rPr>
          <w:b/>
        </w:rPr>
        <w:t xml:space="preserve">Isaiah 48:9</w:t>
      </w:r>
      <w:r>
        <w:rPr/>
        <w:t xml:space="preserve"> — </w:t>
      </w:r>
      <w:r>
        <w:rPr>
          <w:shd w:fill="B7DDE8" w:val="clear"/>
        </w:rPr>
        <w:t xml:space="preserve">For the sake of My name I will delay My wrath</w:t>
      </w:r>
      <w:r>
        <w:rPr>
          <w:b w:val="false"/>
          <w:i w:val="false"/>
          <w:color w:val="000000"/>
          <w:u w:val="none"/>
        </w:rPr>
        <w:t xml:space="preserve"> [1JMG]</w:t>
      </w:r>
      <w:r>
        <w:rPr/>
        <w:t xml:space="preserve">; </w:t>
      </w:r>
      <w:r>
        <w:rPr>
          <w:shd w:fill="B7DDE8" w:val="clear"/>
        </w:rPr>
        <w:t xml:space="preserve">for the sake of My praise I will restrain it</w:t>
      </w:r>
      <w:r>
        <w:rPr>
          <w:b w:val="false"/>
          <w:i w:val="false"/>
          <w:color w:val="000000"/>
          <w:u w:val="none"/>
        </w:rPr>
        <w:t xml:space="preserve"> [1JMH]</w:t>
      </w:r>
      <w:r>
        <w:rPr/>
        <w:t xml:space="preserve">, so that </w:t>
      </w:r>
      <w:r>
        <w:rPr>
          <w:shd w:fill="B7DDE8" w:val="clear"/>
        </w:rPr>
        <w:t xml:space="preserve">you will not be cut off</w:t>
      </w:r>
      <w:r>
        <w:rPr>
          <w:b w:val="false"/>
          <w:i w:val="false"/>
          <w:color w:val="000000"/>
          <w:u w:val="none"/>
        </w:rPr>
        <w:t xml:space="preserve"> [1JMI]</w:t>
      </w:r>
      <w:r>
        <w:rPr/>
        <w:t xml:space="preserve">.</w:t>
      </w:r>
    </w:p>
    <w:p>
      <w:pPr>
        <w:pStyle w:val="Yellow"/>
        <w:rPr/>
      </w:pPr>
      <w:r>
        <w:rPr/>
        <w:t xml:space="preserve">(Is48:9–10 after God delayed His wrath and refined Israel) </w:t>
      </w:r>
      <w:r>
        <w:rPr>
          <w:b/>
        </w:rPr>
        <w:t xml:space="preserve">Isaiah 48:11</w:t>
      </w:r>
      <w:r>
        <w:rPr/>
        <w:t xml:space="preserve"> — {For} </w:t>
      </w:r>
      <w:r>
        <w:rPr>
          <w:shd w:fill="B7DDE8" w:val="clear"/>
        </w:rPr>
        <w:t xml:space="preserve">My own sake, My very own sake, I will act</w:t>
      </w:r>
      <w:r>
        <w:rPr>
          <w:b w:val="false"/>
          <w:i w:val="false"/>
          <w:color w:val="000000"/>
          <w:u w:val="none"/>
        </w:rPr>
        <w:t xml:space="preserve"> [1GCO]</w:t>
      </w:r>
      <w:r>
        <w:rPr/>
        <w:t xml:space="preserve">; for </w:t>
      </w:r>
      <w:r>
        <w:rPr>
          <w:shd w:fill="B7DDE8" w:val="clear"/>
        </w:rPr>
        <w:t xml:space="preserve">how can I let Myself be defamed</w:t>
      </w:r>
      <w:r>
        <w:rPr>
          <w:b w:val="false"/>
          <w:i w:val="false"/>
          <w:color w:val="000000"/>
          <w:u w:val="none"/>
        </w:rPr>
        <w:t xml:space="preserve"> [1GCP]</w:t>
      </w:r>
      <w:r>
        <w:rPr/>
        <w:t xml:space="preserve">? </w:t>
      </w:r>
      <w:r>
        <w:rPr>
          <w:shd w:fill="B7DDE8" w:val="clear"/>
        </w:rPr>
        <w:t xml:space="preserve">I will not yield My glory to another</w:t>
      </w:r>
      <w:r>
        <w:rPr>
          <w:b w:val="false"/>
          <w:i w:val="false"/>
          <w:u w:val="none"/>
          <w:color w:val="000000"/>
        </w:rPr>
        <w:t xml:space="preserve"> [2GCQ]</w:t>
      </w:r>
      <w:r>
        <w:rPr/>
        <w:t xml:space="preserve">.</w:t>
      </w:r>
    </w:p>
    <w:p>
      <w:pPr>
        <w:pStyle w:val="Yellow"/>
        <w:rPr/>
      </w:pPr>
      <w:r>
        <w:rPr>
          <w:shd w:val="clear" w:color="auto" w:fill="548235"/>
          <w:color w:val="FFFFFF"/>
        </w:rPr>
        <w:t xml:space="preserve">(Jn1:17 Jesus Christ) </w:t>
      </w:r>
      <w:r>
        <w:rPr>
          <w:b/>
          <w:shd w:val="clear" w:color="auto" w:fill="548235"/>
          <w:color w:val="FFFFFF"/>
        </w:rPr>
        <w:t>John 1:16</w:t>
      </w:r>
      <w:r>
        <w:rPr>
          <w:shd w:val="clear" w:color="auto" w:fill="548235"/>
          <w:color w:val="FFFFFF"/>
        </w:rPr>
        <w:t xml:space="preserve"> — </w:t>
      </w:r>
      <w:r>
        <w:rPr>
          <w:shd w:fill="548235" w:val="clear" w:color="auto"/>
          <w:color w:val="FFFFFF"/>
        </w:rPr>
        <w:t>From {His} fullness we have all received grace upon grace</w:t>
      </w:r>
      <w:r>
        <w:rPr>
          <w:b w:val="false"/>
          <w:i w:val="false"/>
          <w:color w:val="FFFFFF"/>
          <w:u w:val="none"/>
          <w:shd w:val="clear" w:color="auto" w:fill="548235"/>
        </w:rPr>
        <w:t xml:space="preserve"> [1FSU]</w:t>
      </w:r>
      <w:r>
        <w:rPr>
          <w:shd w:val="clear" w:color="auto" w:fill="548235"/>
          <w:color w:val="FFFFFF"/>
        </w:rPr>
        <w:t>.</w:t>
      </w:r>
    </w:p>
    <w:p>
      <w:pPr>
        <w:pStyle w:val="Yellow"/>
        <w:rPr/>
      </w:pPr>
      <w:r>
        <w:rPr>
          <w:b/>
          <w:shd w:val="clear" w:color="auto" w:fill="548235"/>
          <w:color w:val="FFFFFF"/>
        </w:rPr>
        <w:t>John 1:17</w:t>
      </w:r>
      <w:r>
        <w:rPr>
          <w:shd w:val="clear" w:color="auto" w:fill="548235"/>
          <w:color w:val="FFFFFF"/>
        </w:rPr>
        <w:t xml:space="preserve"> — </w:t>
      </w:r>
      <w:r>
        <w:rPr>
          <w:shd w:fill="548235" w:val="clear" w:color="auto"/>
          <w:color w:val="FFFFFF"/>
        </w:rPr>
        <w:t>grace and truth came through Jesus Christ</w:t>
      </w:r>
      <w:r>
        <w:rPr>
          <w:b w:val="false"/>
          <w:i w:val="false"/>
          <w:color w:val="FFFFFF"/>
          <w:u w:val="none"/>
          <w:shd w:val="clear" w:color="auto" w:fill="548235"/>
        </w:rPr>
        <w:t xml:space="preserve"> [1FTO]</w:t>
      </w:r>
      <w:r>
        <w:rPr>
          <w:shd w:val="clear" w:color="auto" w:fill="548235"/>
          <w:color w:val="FFFFFF"/>
        </w:rPr>
        <w:t>.</w:t>
      </w:r>
    </w:p>
    <w:p>
      <w:pPr>
        <w:pStyle w:val="Yellow"/>
        <w:rPr/>
      </w:pPr>
      <w:r>
        <w:rPr/>
        <w:t xml:space="preserve">(Ac15:7ᶜ Gentiles who “believe”² / 10 “placing on the necks of the disciples a yoke”¹) </w:t>
      </w:r>
      <w:r>
        <w:rPr>
          <w:b/>
        </w:rPr>
        <w:t>Acts 15:11</w:t>
      </w:r>
      <w:r>
        <w:rPr/>
        <w:t xml:space="preserve"> — {On the contrary}, </w:t>
      </w:r>
      <w:r>
        <w:rPr>
          <w:shd w:val="clear" w:fill="B7DDE8"/>
        </w:rPr>
        <w:t>we believe it is through the grace of the Lord Jesus that we are saved</w:t>
      </w:r>
      <w:r>
        <w:rPr>
          <w:b w:val="false"/>
          <w:i w:val="false"/>
          <w:color w:val="000000"/>
          <w:u w:val="none"/>
        </w:rPr>
        <w:t xml:space="preserve"> [1CAJ]</w:t>
      </w:r>
      <w:r>
        <w:rPr>
          <w:shd w:val="clear" w:fill="B7DDE8"/>
        </w:rPr>
        <w:t>, just as {they} are</w:t>
      </w:r>
      <w:r>
        <w:rPr>
          <w:b w:val="false"/>
          <w:i w:val="false"/>
          <w:color w:val="000000"/>
          <w:u w:val="none"/>
        </w:rPr>
        <w:t xml:space="preserve"> [1CAK]</w:t>
      </w:r>
      <w:r>
        <w:rPr/>
        <w:t>.”</w:t>
      </w:r>
    </w:p>
    <w:p>
      <w:pPr>
        <w:pStyle w:val="Yellow"/>
        <w:rPr/>
      </w:pPr>
      <w:r>
        <w:rPr>
          <w:b/>
        </w:rPr>
        <w:t xml:space="preserve">Acts 20:24</w:t>
      </w:r>
      <w:r>
        <w:rPr/>
        <w:t xml:space="preserve"> — </w:t>
      </w:r>
      <w:r>
        <w:rPr>
          <w:shd w:fill="B7DDE8" w:val="clear"/>
        </w:rPr>
        <w:t xml:space="preserve">the ministry I have received from the Lord Jesus</w:t>
      </w:r>
      <w:r>
        <w:rPr>
          <w:b w:val="false"/>
          <w:i w:val="false"/>
          <w:color w:val="000000"/>
          <w:u w:val="none"/>
        </w:rPr>
        <w:t xml:space="preserve"> [1GJC]</w:t>
      </w:r>
      <w:r>
        <w:rPr>
          <w:shd w:val="clear" w:color="auto" w:fill="548235"/>
          <w:color w:val="FFFFFF"/>
        </w:rPr>
        <w:t xml:space="preserve">—</w:t>
      </w:r>
      <w:r>
        <w:rPr>
          <w:shd w:fill="548235" w:val="clear" w:color="auto"/>
          <w:color w:val="FFFFFF"/>
        </w:rPr>
        <w:t xml:space="preserve">the ministry of testifying to the good news of God’s grace</w:t>
      </w:r>
      <w:r>
        <w:rPr>
          <w:b w:val="false"/>
          <w:i w:val="false"/>
          <w:color w:val="FFFFFF"/>
          <w:u w:val="none"/>
          <w:shd w:val="clear" w:color="auto" w:fill="548235"/>
        </w:rPr>
        <w:t xml:space="preserve"> [1GJD]</w:t>
      </w:r>
      <w:r>
        <w:rPr>
          <w:shd w:val="clear" w:color="auto" w:fill="548235"/>
          <w:color w:val="FFFFFF"/>
        </w:rPr>
        <w:t xml:space="preserve">.</w:t>
      </w:r>
    </w:p>
    <w:p>
      <w:pPr>
        <w:pStyle w:val="Yellow"/>
        <w:rPr/>
      </w:pPr>
      <w:r>
        <w:rPr>
          <w:b/>
          <w:shd w:val="clear" w:color="auto" w:fill="548235"/>
          <w:color w:val="FFFFFF"/>
        </w:rPr>
        <w:t>Acts 20:32</w:t>
      </w:r>
      <w:r>
        <w:rPr>
          <w:shd w:val="clear" w:color="auto" w:fill="548235"/>
          <w:color w:val="FFFFFF"/>
        </w:rPr>
        <w:t xml:space="preserve"> — </w:t>
      </w:r>
      <w:r>
        <w:rPr>
          <w:shd w:fill="548235" w:val="clear" w:color="auto"/>
          <w:color w:val="FFFFFF"/>
        </w:rPr>
        <w:t>I commit you to God and to the word of His grace</w:t>
      </w:r>
      <w:r>
        <w:rPr>
          <w:b w:val="false"/>
          <w:i w:val="false"/>
          <w:color w:val="FFFFFF"/>
          <w:u w:val="none"/>
          <w:shd w:val="clear" w:color="auto" w:fill="548235"/>
        </w:rPr>
        <w:t xml:space="preserve"> [1AIY]</w:t>
      </w:r>
      <w:r>
        <w:rPr>
          <w:shd w:val="clear" w:color="auto" w:fill="548235"/>
          <w:color w:val="FFFFFF"/>
        </w:rPr>
        <w:t xml:space="preserve">, </w:t>
      </w:r>
      <w:r>
        <w:rPr>
          <w:shd w:fill="548235" w:val="clear" w:color="auto"/>
          <w:color w:val="FFFFFF"/>
        </w:rPr>
        <w:t>which can build you up</w:t>
      </w:r>
      <w:r>
        <w:rPr>
          <w:b w:val="false"/>
          <w:i w:val="false"/>
          <w:color w:val="FFFFFF"/>
          <w:u w:val="none"/>
          <w:shd w:val="clear" w:color="auto" w:fill="548235"/>
        </w:rPr>
        <w:t xml:space="preserve"> [1AIZ]</w:t>
      </w:r>
      <w:r>
        <w:rPr>
          <w:shd w:val="clear" w:color="auto" w:fill="548235"/>
          <w:color w:val="FFFFFF"/>
        </w:rPr>
        <w:t xml:space="preserve"> and </w:t>
      </w:r>
      <w:r>
        <w:rPr>
          <w:shd w:fill="548235" w:val="clear" w:color="auto"/>
          <w:color w:val="FFFFFF"/>
        </w:rPr>
        <w:t>give you an inheritance among all who are sanctified</w:t>
      </w:r>
      <w:r>
        <w:rPr>
          <w:b w:val="false"/>
          <w:i w:val="false"/>
          <w:color w:val="FFFFFF"/>
          <w:u w:val="none"/>
          <w:shd w:val="clear" w:color="auto" w:fill="548235"/>
        </w:rPr>
        <w:t xml:space="preserve"> [1AJA]</w:t>
      </w:r>
      <w:r>
        <w:rPr>
          <w:shd w:val="clear" w:color="auto" w:fill="548235"/>
          <w:color w:val="FFFFFF"/>
        </w:rPr>
        <w:t>.</w:t>
      </w:r>
    </w:p>
    <w:p>
      <w:pPr>
        <w:pStyle w:val="Yellow"/>
        <w:rPr/>
      </w:pPr>
      <w:r>
        <w:rPr/>
        <w:t xml:space="preserve">(Ro5:14 “Adam”) </w:t>
      </w:r>
      <w:r>
        <w:rPr>
          <w:b/>
        </w:rPr>
        <w:t xml:space="preserve">Romans 5:15</w:t>
      </w:r>
      <w:r>
        <w:rPr/>
        <w:t xml:space="preserve"> — </w:t>
      </w:r>
      <w:r>
        <w:rPr>
          <w:shd w:fill="B7DDE8" w:val="clear"/>
        </w:rPr>
        <w:t xml:space="preserve">if the many died by the trespass of {the one man}, how much more did God’s grace and the gift that came by the grace of the one man, Jesus Christ, abound to the many</w:t>
      </w:r>
      <w:r>
        <w:rPr>
          <w:b w:val="false"/>
          <w:i w:val="false"/>
          <w:color w:val="000000"/>
          <w:u w:val="none"/>
        </w:rPr>
        <w:t xml:space="preserve"> [1IMD]</w:t>
      </w:r>
      <w:r>
        <w:rPr/>
        <w:t xml:space="preserve">!</w:t>
      </w:r>
    </w:p>
    <w:p>
      <w:pPr>
        <w:pStyle w:val="Yellow"/>
        <w:rPr/>
      </w:pPr>
      <w:r>
        <w:rPr>
          <w:b/>
        </w:rPr>
        <w:t>Romans 6:14</w:t>
      </w:r>
      <w:r>
        <w:rPr/>
        <w:t xml:space="preserve"> — For </w:t>
      </w:r>
      <w:r>
        <w:rPr>
          <w:shd w:fill="B7DDE8" w:val="clear"/>
        </w:rPr>
        <w:t>sin shall not be your master</w:t>
      </w:r>
      <w:r>
        <w:rPr>
          <w:b w:val="false"/>
          <w:i w:val="false"/>
          <w:color w:val="000000"/>
          <w:u w:val="none"/>
        </w:rPr>
        <w:t xml:space="preserve"> [1FTP]</w:t>
      </w:r>
      <w:r>
        <w:rPr/>
        <w:t xml:space="preserve">, because </w:t>
      </w:r>
      <w:r>
        <w:rPr>
          <w:shd w:fill="B7DDE8" w:val="clear"/>
        </w:rPr>
        <w:t>you are not under law, but under grace</w:t>
      </w:r>
      <w:r>
        <w:rPr>
          <w:b w:val="false"/>
          <w:i w:val="false"/>
          <w:color w:val="000000"/>
          <w:u w:val="none"/>
        </w:rPr>
        <w:t xml:space="preserve"> [1FTQ]</w:t>
      </w:r>
      <w:r>
        <w:rPr/>
        <w:t>.</w:t>
      </w:r>
    </w:p>
    <w:p>
      <w:pPr>
        <w:pStyle w:val="Yellow"/>
        <w:rPr/>
      </w:pPr>
      <w:r>
        <w:rPr/>
        <w:t xml:space="preserve">(Ro11:4 preserved “seven thousand”) </w:t>
      </w:r>
      <w:r>
        <w:rPr>
          <w:b/>
        </w:rPr>
        <w:t xml:space="preserve">Romans 11:5-6</w:t>
      </w:r>
      <w:r>
        <w:rPr/>
        <w:t xml:space="preserve"> — {In the same way}, </w:t>
      </w:r>
      <w:r>
        <w:rPr>
          <w:shd w:fill="B7DDE8" w:val="clear"/>
        </w:rPr>
        <w:t xml:space="preserve">at the present time there is a remnant chosen by grace</w:t>
      </w:r>
      <w:r>
        <w:rPr>
          <w:b w:val="false"/>
          <w:i w:val="false"/>
          <w:color w:val="000000"/>
          <w:u w:val="none"/>
        </w:rPr>
        <w:t xml:space="preserve"> [1KMC]</w:t>
      </w:r>
      <w:r>
        <w:rPr/>
        <w:t xml:space="preserve">. And </w:t>
      </w:r>
      <w:r>
        <w:rPr>
          <w:shd w:fill="B7DDE8" w:val="clear"/>
        </w:rPr>
        <w:t xml:space="preserve">if it is by grace, then it is no longer by works</w:t>
      </w:r>
      <w:r>
        <w:rPr>
          <w:b w:val="false"/>
          <w:i w:val="false"/>
          <w:color w:val="000000"/>
          <w:u w:val="none"/>
        </w:rPr>
        <w:t xml:space="preserve"> [1KMD]</w:t>
      </w:r>
      <w:r>
        <w:rPr/>
        <w:t xml:space="preserve">. </w:t>
      </w:r>
      <w:r>
        <w:rPr>
          <w:shd w:fill="B7DDE8" w:val="clear"/>
        </w:rPr>
        <w:t xml:space="preserve">Otherwise, grace would no longer be grace</w:t>
      </w:r>
      <w:r>
        <w:rPr>
          <w:b w:val="false"/>
          <w:i w:val="false"/>
          <w:color w:val="000000"/>
          <w:u w:val="none"/>
        </w:rPr>
        <w:t xml:space="preserve"> [1KMD]</w:t>
      </w:r>
      <w:r>
        <w:rPr/>
        <w:t xml:space="preserve">.</w:t>
      </w:r>
    </w:p>
    <w:p>
      <w:pPr>
        <w:pStyle w:val="Yellow"/>
        <w:rPr/>
      </w:pPr>
      <w:r>
        <w:rPr>
          <w:b/>
          <w:shd w:val="clear" w:color="auto" w:fill="548235"/>
          <w:color w:val="FFFFFF"/>
        </w:rPr>
        <w:t>Romans 12:6</w:t>
      </w:r>
      <w:r>
        <w:rPr>
          <w:shd w:val="clear" w:color="auto" w:fill="548235"/>
          <w:color w:val="FFFFFF"/>
        </w:rPr>
        <w:t xml:space="preserve"> — </w:t>
      </w:r>
      <w:r>
        <w:rPr>
          <w:shd w:fill="548235" w:val="clear" w:color="auto"/>
          <w:color w:val="FFFFFF"/>
        </w:rPr>
        <w:t>We have different gifts according to the grace given us</w:t>
      </w:r>
      <w:r>
        <w:rPr>
          <w:b w:val="false"/>
          <w:i w:val="false"/>
          <w:color w:val="FFFFFF"/>
          <w:u w:val="none"/>
          <w:shd w:val="clear" w:color="auto" w:fill="548235"/>
        </w:rPr>
        <w:t xml:space="preserve"> [1FUN]</w:t>
      </w:r>
      <w:r>
        <w:rPr>
          <w:shd w:val="clear" w:color="auto" w:fill="548235"/>
          <w:color w:val="FFFFFF"/>
        </w:rPr>
        <w:t>.</w:t>
      </w:r>
    </w:p>
    <w:p>
      <w:pPr>
        <w:pStyle w:val="Yellow"/>
        <w:rPr/>
      </w:pPr>
      <w:r>
        <w:rPr>
          <w:b/>
        </w:rPr>
        <w:t>2 Corinthians 8:9</w:t>
      </w:r>
      <w:r>
        <w:rPr/>
        <w:t xml:space="preserve"> — For </w:t>
      </w:r>
      <w:r>
        <w:rPr>
          <w:shd w:fill="B7DDE8" w:val="clear"/>
        </w:rPr>
        <w:t>you know the grace of our Lord Jesus Christ</w:t>
      </w:r>
      <w:r>
        <w:rPr>
          <w:b w:val="false"/>
          <w:i w:val="false"/>
          <w:color w:val="000000"/>
          <w:u w:val="none"/>
        </w:rPr>
        <w:t xml:space="preserve"> [1FQM]</w:t>
      </w:r>
      <w:r>
        <w:rPr/>
        <w:t xml:space="preserve">, that </w:t>
      </w:r>
      <w:r>
        <w:rPr>
          <w:shd w:fill="B7DDE8" w:val="clear"/>
        </w:rPr>
        <w:t>though He was rich, yet for your sakes He became poor</w:t>
      </w:r>
      <w:r>
        <w:rPr>
          <w:b w:val="false"/>
          <w:i w:val="false"/>
          <w:color w:val="000000"/>
          <w:u w:val="none"/>
        </w:rPr>
        <w:t xml:space="preserve"> [1FQN]</w:t>
      </w:r>
      <w:r>
        <w:rPr/>
        <w:t xml:space="preserve">, </w:t>
      </w:r>
      <w:r>
        <w:rPr>
          <w:shd w:fill="B7DDE8" w:val="clear"/>
        </w:rPr>
        <w:t>so that you through His poverty might become rich</w:t>
      </w:r>
      <w:r>
        <w:rPr>
          <w:b w:val="false"/>
          <w:i w:val="false"/>
          <w:color w:val="000000"/>
          <w:u w:val="none"/>
        </w:rPr>
        <w:t xml:space="preserve"> [1FQO]</w:t>
      </w:r>
      <w:r>
        <w:rPr/>
        <w:t>.</w:t>
      </w:r>
    </w:p>
    <w:p>
      <w:pPr>
        <w:pStyle w:val="Yellow"/>
        <w:rPr/>
      </w:pPr>
      <w:r>
        <w:rPr>
          <w:b/>
        </w:rPr>
        <w:t>Ephesians 2:6–7</w:t>
      </w:r>
      <w:r>
        <w:rPr/>
        <w:t xml:space="preserve"> — And </w:t>
      </w:r>
      <w:r>
        <w:rPr>
          <w:shd w:fill="B7DDE8" w:val="clear"/>
        </w:rPr>
        <w:t>God raised us up with Christ</w:t>
      </w:r>
      <w:r>
        <w:rPr>
          <w:b w:val="false"/>
          <w:i w:val="false"/>
          <w:color w:val="000000"/>
          <w:u w:val="none"/>
        </w:rPr>
        <w:t xml:space="preserve"> [1FQP]</w:t>
      </w:r>
      <w:r>
        <w:rPr/>
        <w:t xml:space="preserve"> and </w:t>
      </w:r>
      <w:r>
        <w:rPr>
          <w:shd w:fill="B7DDE8" w:val="clear"/>
        </w:rPr>
        <w:t>seated us with Him in the heavenly realms in Christ Jesus</w:t>
      </w:r>
      <w:r>
        <w:rPr>
          <w:b w:val="false"/>
          <w:i w:val="false"/>
          <w:color w:val="000000"/>
          <w:u w:val="none"/>
        </w:rPr>
        <w:t xml:space="preserve"> [1FQQ]</w:t>
      </w:r>
      <w:r>
        <w:rPr/>
        <w:t xml:space="preserve">, </w:t>
      </w:r>
      <w:r>
        <w:rPr>
          <w:shd w:fill="B7DDE8" w:val="clear"/>
        </w:rPr>
        <w:t>in order that in the coming ages He might display the surpassing riches of His grace</w:t>
      </w:r>
      <w:r>
        <w:rPr>
          <w:b w:val="false"/>
          <w:i w:val="false"/>
          <w:color w:val="000000"/>
          <w:u w:val="none"/>
        </w:rPr>
        <w:t xml:space="preserve"> [1FQR]</w:t>
      </w:r>
      <w:r>
        <w:rPr>
          <w:shd w:val="clear" w:color="auto" w:fill="548235"/>
          <w:color w:val="FFFFFF"/>
        </w:rPr>
        <w:t xml:space="preserve">, </w:t>
      </w:r>
      <w:r>
        <w:rPr>
          <w:shd w:fill="548235" w:val="clear" w:color="auto"/>
          <w:color w:val="FFFFFF"/>
        </w:rPr>
        <w:t>demonstrated by His kindness to us in Christ Jesus</w:t>
      </w:r>
      <w:r>
        <w:rPr>
          <w:b w:val="false"/>
          <w:i w:val="false"/>
          <w:color w:val="FFFFFF"/>
          <w:u w:val="none"/>
          <w:shd w:val="clear" w:color="auto" w:fill="548235"/>
        </w:rPr>
        <w:t xml:space="preserve"> [1FQS]</w:t>
      </w:r>
      <w:r>
        <w:rPr>
          <w:shd w:val="clear" w:color="auto" w:fill="548235"/>
          <w:color w:val="FFFFFF"/>
        </w:rPr>
        <w:t>.</w:t>
      </w:r>
    </w:p>
    <w:p>
      <w:pPr>
        <w:pStyle w:val="Yellow"/>
        <w:rPr/>
      </w:pPr>
      <w:r>
        <w:rPr>
          <w:b/>
        </w:rPr>
        <w:t>Ephesians 2:8–9</w:t>
      </w:r>
      <w:r>
        <w:rPr/>
        <w:t xml:space="preserve"> — For </w:t>
      </w:r>
      <w:r>
        <w:rPr>
          <w:shd w:val="clear" w:fill="B7DDE8"/>
        </w:rPr>
        <w:t>it is by grace you have been saved</w:t>
      </w:r>
      <w:r>
        <w:rPr>
          <w:b w:val="false"/>
          <w:i w:val="false"/>
          <w:color w:val="000000"/>
          <w:u w:val="none"/>
        </w:rPr>
        <w:t xml:space="preserve"> [2BXF]</w:t>
      </w:r>
      <w:r>
        <w:rPr>
          <w:shd w:val="clear" w:fill="B7DDE8"/>
        </w:rPr>
        <w:t xml:space="preserve"> through faith</w:t>
      </w:r>
      <w:r>
        <w:rPr>
          <w:b w:val="false"/>
          <w:i w:val="false"/>
          <w:color w:val="000000"/>
          <w:u w:val="none"/>
        </w:rPr>
        <w:t xml:space="preserve"> [1BXG]</w:t>
      </w:r>
      <w:r>
        <w:rPr/>
        <w:t xml:space="preserve">, and </w:t>
      </w:r>
      <w:r>
        <w:rPr>
          <w:shd w:val="clear" w:fill="B7DDE8"/>
        </w:rPr>
        <w:t>this not from yourselves</w:t>
      </w:r>
      <w:r>
        <w:rPr>
          <w:b w:val="false"/>
          <w:i w:val="false"/>
          <w:color w:val="000000"/>
          <w:u w:val="none"/>
        </w:rPr>
        <w:t xml:space="preserve"> [1BXH]</w:t>
      </w:r>
      <w:r>
        <w:rPr/>
        <w:t xml:space="preserve">; </w:t>
      </w:r>
      <w:r>
        <w:rPr>
          <w:shd w:val="clear" w:fill="B7DDE8"/>
        </w:rPr>
        <w:t>it is the gift of God</w:t>
      </w:r>
      <w:r>
        <w:rPr>
          <w:b w:val="false"/>
          <w:i w:val="false"/>
          <w:color w:val="000000"/>
          <w:u w:val="none"/>
        </w:rPr>
        <w:t xml:space="preserve"> [1BXI]</w:t>
      </w:r>
      <w:r>
        <w:rPr/>
        <w:t xml:space="preserve">, </w:t>
      </w:r>
      <w:r>
        <w:rPr>
          <w:shd w:val="clear" w:fill="B7DDE8"/>
        </w:rPr>
        <w:t>not by works</w:t>
      </w:r>
      <w:r>
        <w:rPr>
          <w:b w:val="false"/>
          <w:i w:val="false"/>
          <w:color w:val="000000"/>
          <w:u w:val="none"/>
        </w:rPr>
        <w:t xml:space="preserve"> [1BXJ]</w:t>
      </w:r>
      <w:r>
        <w:rPr/>
        <w:t xml:space="preserve">, </w:t>
      </w:r>
      <w:r>
        <w:rPr>
          <w:shd w:val="clear" w:fill="B7DDE8"/>
        </w:rPr>
        <w:t>so that no one can boast</w:t>
      </w:r>
      <w:r>
        <w:rPr>
          <w:b w:val="false"/>
          <w:i w:val="false"/>
          <w:color w:val="000000"/>
          <w:u w:val="none"/>
        </w:rPr>
        <w:t xml:space="preserve"> [2BXK]</w:t>
      </w:r>
      <w:r>
        <w:rPr/>
        <w:t>.</w:t>
      </w:r>
    </w:p>
    <w:p>
      <w:pPr>
        <w:pStyle w:val="Yellow"/>
        <w:rPr/>
      </w:pPr>
      <w:r>
        <w:rPr>
          <w:b/>
        </w:rPr>
        <w:t>Ephesians 4:7-8</w:t>
      </w:r>
      <w:r>
        <w:t xml:space="preserve"> — Now </w:t>
      </w:r>
      <w:r>
        <w:rPr>
          <w:shd w:fill="B7DDE8" w:val="clear"/>
        </w:rPr>
        <w:t>to each one of us grace has been given according to the measure of the gift of Christ</w:t>
      </w:r>
      <w:r>
        <w:rPr>
          <w:b w:val="false"/>
          <w:i w:val="false"/>
          <w:color w:val="000000"/>
          <w:u w:val="none"/>
        </w:rPr>
        <w:t xml:space="preserve"> [1BBC]</w:t>
      </w:r>
      <w:r>
        <w:t xml:space="preserve">. This is why it says: “When </w:t>
      </w:r>
      <w:r>
        <w:rPr>
          <w:shd w:fill="B7DDE8" w:val="clear"/>
        </w:rPr>
        <w:t>He ascended on high</w:t>
      </w:r>
      <w:r>
        <w:rPr>
          <w:b w:val="false"/>
          <w:i w:val="false"/>
          <w:color w:val="000000"/>
          <w:u w:val="none"/>
        </w:rPr>
        <w:t xml:space="preserve"> [1BBD]</w:t>
      </w:r>
      <w:r>
        <w:t xml:space="preserve">, </w:t>
      </w:r>
      <w:r>
        <w:rPr>
          <w:shd w:fill="B7DDE8" w:val="clear"/>
        </w:rPr>
        <w:t>He led captives away</w:t>
      </w:r>
      <w:r>
        <w:rPr>
          <w:b w:val="false"/>
          <w:i w:val="false"/>
          <w:color w:val="000000"/>
          <w:u w:val="none"/>
        </w:rPr>
        <w:t xml:space="preserve"> [1BBE]</w:t>
      </w:r>
      <w:r>
        <w:t xml:space="preserve">, and </w:t>
      </w:r>
      <w:r>
        <w:rPr>
          <w:shd w:fill="B7DDE8" w:val="clear"/>
        </w:rPr>
        <w:t>gave gifts to men</w:t>
      </w:r>
      <w:r>
        <w:rPr>
          <w:b w:val="false"/>
          <w:i w:val="false"/>
          <w:color w:val="000000"/>
          <w:u w:val="none"/>
        </w:rPr>
        <w:t xml:space="preserve"> [1BBF]</w:t>
      </w:r>
      <w:r>
        <w:t>.”</w:t>
      </w:r>
    </w:p>
    <w:p>
      <w:pPr>
        <w:pStyle w:val="Yellow"/>
        <w:rPr/>
      </w:pPr>
      <w:r>
        <w:rPr>
          <w:b/>
        </w:rPr>
        <w:t xml:space="preserve">Colossians 1:6</w:t>
      </w:r>
      <w:r>
        <w:rPr/>
        <w:t xml:space="preserve"> — </w:t>
      </w:r>
      <w:r>
        <w:rPr>
          <w:shd w:fill="B7DDE8" w:val="clear"/>
        </w:rPr>
        <w:t xml:space="preserve">All over the world this gospel is bearing fruit and growing</w:t>
      </w:r>
      <w:r>
        <w:rPr>
          <w:b w:val="false"/>
          <w:i w:val="false"/>
          <w:color w:val="000000"/>
          <w:u w:val="none"/>
        </w:rPr>
        <w:t xml:space="preserve"> [1GLN]</w:t>
      </w:r>
      <w:r>
        <w:rPr/>
        <w:t xml:space="preserve">, </w:t>
      </w:r>
      <w:r>
        <w:rPr>
          <w:shd w:fill="B7DDE8" w:val="clear"/>
        </w:rPr>
        <w:t xml:space="preserve">just as it has been doing among you since the day you heard it and truly understood the grace of God</w:t>
      </w:r>
      <w:r>
        <w:rPr>
          <w:b w:val="false"/>
          <w:i w:val="false"/>
          <w:color w:val="000000"/>
          <w:u w:val="none"/>
        </w:rPr>
        <w:t xml:space="preserve"> [1GLO]</w:t>
      </w:r>
      <w:r>
        <w:rPr/>
        <w:t xml:space="preserve">.</w:t>
      </w:r>
    </w:p>
    <w:p>
      <w:pPr>
        <w:pStyle w:val="Yellow"/>
        <w:rPr/>
      </w:pPr>
      <w:r>
        <w:rPr>
          <w:b/>
          <w:u w:val="none"/>
        </w:rPr>
        <w:t>2 Thessalonians 2:16</w:t>
      </w:r>
      <w:r>
        <w:rPr>
          <w:u w:val="none"/>
        </w:rPr>
        <w:t xml:space="preserve"> — </w:t>
      </w:r>
      <w:r>
        <w:rPr>
          <w:u w:val="none"/>
          <w:shd w:fill="B7DDE8" w:val="clear"/>
        </w:rPr>
        <w:t>God our Father, who by grace has loved us</w:t>
      </w:r>
      <w:r>
        <w:rPr>
          <w:b w:val="false"/>
          <w:i w:val="false"/>
          <w:color w:val="000000"/>
          <w:u w:val="none"/>
        </w:rPr>
        <w:t xml:space="preserve"> [1FTL]</w:t>
      </w:r>
      <w:r>
        <w:rPr>
          <w:u w:val="none"/>
        </w:rPr>
        <w:t xml:space="preserve"> and </w:t>
      </w:r>
      <w:r>
        <w:rPr>
          <w:u w:val="none"/>
          <w:shd w:fill="B7DDE8" w:val="clear"/>
        </w:rPr>
        <w:t>given us eternal comfort and good hope</w:t>
      </w:r>
      <w:r>
        <w:rPr>
          <w:b w:val="false"/>
          <w:i w:val="false"/>
          <w:color w:val="000000"/>
          <w:u w:val="none"/>
        </w:rPr>
        <w:t xml:space="preserve"> [1FTM]</w:t>
      </w:r>
      <w:r>
        <w:rPr>
          <w:u w:val="none"/>
        </w:rPr>
        <w:t>,</w:t>
      </w:r>
    </w:p>
    <w:p>
      <w:pPr>
        <w:pStyle w:val="Yellow"/>
        <w:rPr/>
      </w:pPr>
      <w:r>
        <w:rPr/>
        <w:t xml:space="preserve">(2Ti1:8 “God”) </w:t>
      </w:r>
      <w:r>
        <w:rPr>
          <w:b/>
        </w:rPr>
        <w:t>2 Timothy 1:9</w:t>
      </w:r>
      <w:r>
        <w:rPr/>
        <w:t xml:space="preserve"> — </w:t>
      </w:r>
      <w:r>
        <w:rPr>
          <w:shd w:val="clear" w:fill="B7DDE8"/>
        </w:rPr>
        <w:t>{He} has saved us</w:t>
      </w:r>
      <w:r>
        <w:rPr>
          <w:b w:val="false"/>
          <w:i w:val="false"/>
          <w:color w:val="000000"/>
          <w:u w:val="none"/>
        </w:rPr>
        <w:t xml:space="preserve"> [2BLO]</w:t>
      </w:r>
      <w:r>
        <w:rPr/>
        <w:t xml:space="preserve"> and </w:t>
      </w:r>
      <w:r>
        <w:rPr>
          <w:shd w:val="clear" w:fill="B7DDE8"/>
        </w:rPr>
        <w:t>called us to a holy calling</w:t>
      </w:r>
      <w:r>
        <w:rPr>
          <w:b w:val="false"/>
          <w:i w:val="false"/>
          <w:u w:val="none"/>
          <w:color w:val="000000"/>
        </w:rPr>
        <w:t xml:space="preserve"> [1BXQ]</w:t>
      </w:r>
      <w:r>
        <w:rPr/>
        <w:t xml:space="preserve">, </w:t>
      </w:r>
      <w:r>
        <w:rPr>
          <w:shd w:val="clear" w:fill="B7DDE8"/>
        </w:rPr>
        <w:t>not because of our works</w:t>
      </w:r>
      <w:r>
        <w:rPr>
          <w:b w:val="false"/>
          <w:i w:val="false"/>
          <w:color w:val="000000"/>
          <w:u w:val="none"/>
        </w:rPr>
        <w:t xml:space="preserve"> [1BXR]</w:t>
      </w:r>
      <w:r>
        <w:rPr/>
        <w:t xml:space="preserve">, </w:t>
      </w:r>
      <w:r>
        <w:rPr>
          <w:shd w:val="clear" w:fill="B7DDE8"/>
        </w:rPr>
        <w:t>but by His own purpose</w:t>
      </w:r>
      <w:r>
        <w:rPr>
          <w:b w:val="false"/>
          <w:i w:val="false"/>
          <w:color w:val="000000"/>
          <w:u w:val="none"/>
        </w:rPr>
        <w:t xml:space="preserve"> [1BXS]</w:t>
      </w:r>
      <w:r>
        <w:rPr/>
        <w:t xml:space="preserve"> and </w:t>
      </w:r>
      <w:r>
        <w:rPr>
          <w:shd w:val="clear" w:fill="B7DDE8"/>
        </w:rPr>
        <w:t>by the grace He granted us in Christ Jesus</w:t>
      </w:r>
      <w:r>
        <w:rPr>
          <w:b w:val="false"/>
          <w:i w:val="false"/>
          <w:color w:val="000000"/>
          <w:u w:val="none"/>
        </w:rPr>
        <w:t xml:space="preserve"> [1BXT]</w:t>
      </w:r>
      <w:r>
        <w:rPr>
          <w:shd w:val="clear" w:fill="B7DDE8"/>
        </w:rPr>
        <w:t xml:space="preserve"> before time began</w:t>
      </w:r>
      <w:r>
        <w:rPr>
          <w:b w:val="false"/>
          <w:i w:val="false"/>
          <w:color w:val="000000"/>
          <w:u w:val="none"/>
        </w:rPr>
        <w:t xml:space="preserve"> [1BXU]</w:t>
      </w:r>
      <w:r>
        <w:rPr/>
        <w:t>.</w:t>
      </w:r>
    </w:p>
    <w:p>
      <w:pPr>
        <w:pStyle w:val="Yellow"/>
        <w:rPr/>
      </w:pPr>
      <w:r>
        <w:rPr/>
        <w:t xml:space="preserve">(2Ti1:8 “God”) </w:t>
      </w:r>
      <w:r>
        <w:rPr>
          <w:b/>
        </w:rPr>
        <w:t xml:space="preserve">2 Timothy 1:10</w:t>
      </w:r>
      <w:r>
        <w:rPr/>
        <w:t xml:space="preserve"> — And now </w:t>
      </w:r>
      <w:r>
        <w:rPr>
          <w:shd w:fill="B7DDE8" w:val="clear"/>
        </w:rPr>
        <w:t xml:space="preserve">{He} has revealed this grace through the appearing of our Savior, Christ Jesus</w:t>
      </w:r>
      <w:r>
        <w:rPr>
          <w:b w:val="false"/>
          <w:i w:val="false"/>
          <w:color w:val="000000"/>
          <w:u w:val="none"/>
        </w:rPr>
        <w:t xml:space="preserve"> [1GKQ]</w:t>
      </w:r>
      <w:r>
        <w:rPr/>
        <w:t xml:space="preserve">, </w:t>
      </w:r>
      <w:r>
        <w:rPr>
          <w:shd w:fill="B7DDE8" w:val="clear"/>
        </w:rPr>
        <w:t xml:space="preserve">who has abolished death</w:t>
      </w:r>
      <w:r>
        <w:rPr>
          <w:b w:val="false"/>
          <w:i w:val="false"/>
          <w:color w:val="000000"/>
          <w:u w:val="none"/>
        </w:rPr>
        <w:t xml:space="preserve"> [1GKR]</w:t>
      </w:r>
      <w:r>
        <w:rPr/>
        <w:t xml:space="preserve"> and </w:t>
      </w:r>
      <w:r>
        <w:rPr>
          <w:shd w:fill="B7DDE8" w:val="clear"/>
        </w:rPr>
        <w:t xml:space="preserve">illuminated the way to life and immortality through the gospel</w:t>
      </w:r>
      <w:r>
        <w:rPr>
          <w:b w:val="false"/>
          <w:i w:val="false"/>
          <w:color w:val="000000"/>
          <w:u w:val="none"/>
        </w:rPr>
        <w:t xml:space="preserve"> [1GKS]</w:t>
      </w:r>
      <w:r>
        <w:rPr/>
        <w:t xml:space="preserve">,</w:t>
      </w:r>
    </w:p>
    <w:p>
      <w:pPr>
        <w:pStyle w:val="Yellow"/>
        <w:rPr/>
      </w:pPr>
      <w:r>
        <w:rPr>
          <w:b/>
        </w:rPr>
        <w:t>Titus 2:11-13</w:t>
      </w:r>
      <w:r>
        <w:t xml:space="preserve"> — For </w:t>
      </w:r>
      <w:r>
        <w:rPr>
          <w:shd w:fill="B7DDE8" w:val="clear"/>
        </w:rPr>
        <w:t>the grace of God has appeared</w:t>
      </w:r>
      <w:r>
        <w:rPr>
          <w:b w:val="false"/>
          <w:i w:val="false"/>
          <w:color w:val="000000"/>
          <w:u w:val="none"/>
        </w:rPr>
        <w:t xml:space="preserve"> [1BOU]</w:t>
      </w:r>
      <w:r>
        <w:t xml:space="preserve">, </w:t>
      </w:r>
      <w:r>
        <w:rPr>
          <w:shd w:fill="B7DDE8" w:val="clear"/>
        </w:rPr>
        <w:t>bringing salvation to everyone</w:t>
      </w:r>
      <w:r>
        <w:rPr>
          <w:b w:val="false"/>
          <w:i w:val="false"/>
          <w:color w:val="000000"/>
          <w:u w:val="none"/>
        </w:rPr>
        <w:t xml:space="preserve"> [1BOV]</w:t>
      </w:r>
      <w:r>
        <w:t xml:space="preserve">. </w:t>
      </w:r>
      <w:r>
        <w:rPr>
          <w:shd w:fill="B7DDE8" w:val="clear"/>
        </w:rPr>
        <w:t>It instructs us to renounce ungodliness and worldly passions</w:t>
      </w:r>
      <w:r>
        <w:rPr>
          <w:b w:val="false"/>
          <w:i w:val="false"/>
          <w:color w:val="000000"/>
          <w:u w:val="none"/>
        </w:rPr>
        <w:t xml:space="preserve"> [1BOW]</w:t>
      </w:r>
      <w:r>
        <w:t xml:space="preserve">, and </w:t>
      </w:r>
      <w:r>
        <w:rPr>
          <w:shd w:fill="B7DDE8" w:val="clear"/>
        </w:rPr>
        <w:t>to live sensible, upright, and godly lives in the present age</w:t>
      </w:r>
      <w:r>
        <w:rPr>
          <w:b w:val="false"/>
          <w:i w:val="false"/>
          <w:color w:val="000000"/>
          <w:u w:val="none"/>
        </w:rPr>
        <w:t xml:space="preserve"> [1BOX]</w:t>
      </w:r>
      <w:r>
        <w:t xml:space="preserve">, as </w:t>
      </w:r>
      <w:r>
        <w:rPr>
          <w:shd w:fill="B7DDE8" w:val="clear"/>
        </w:rPr>
        <w:t>we await the blessed hope and glorious appearance of our great God and Savior Jesus Christ</w:t>
      </w:r>
      <w:r>
        <w:rPr>
          <w:b w:val="false"/>
          <w:i w:val="false"/>
          <w:color w:val="000000"/>
          <w:u w:val="none"/>
        </w:rPr>
        <w:t xml:space="preserve"> [1BOY]</w:t>
      </w:r>
      <w:r>
        <w:t>.</w:t>
      </w:r>
    </w:p>
    <w:p>
      <w:pPr>
        <w:pStyle w:val="Yellow"/>
        <w:rPr/>
      </w:pPr>
      <w:r>
        <w:rPr>
          <w:u w:val="none"/>
        </w:rPr>
        <w:t xml:space="preserve">(Ja4:4 “God”) </w:t>
      </w:r>
      <w:r>
        <w:rPr>
          <w:b/>
          <w:u w:val="none"/>
        </w:rPr>
        <w:t>James 4:6</w:t>
      </w:r>
      <w:r>
        <w:rPr>
          <w:u w:val="none"/>
        </w:rPr>
        <w:t xml:space="preserve"> — But </w:t>
      </w:r>
      <w:r>
        <w:rPr>
          <w:u w:val="none"/>
          <w:shd w:fill="B7DDE8" w:val="clear"/>
        </w:rPr>
        <w:t>{He} gives us more grace</w:t>
      </w:r>
      <w:r>
        <w:rPr>
          <w:b w:val="false"/>
          <w:i w:val="false"/>
          <w:color w:val="000000"/>
          <w:u w:val="none"/>
        </w:rPr>
        <w:t xml:space="preserve"> [1FRQ]</w:t>
      </w:r>
      <w:r>
        <w:rPr>
          <w:u w:val="none"/>
        </w:rPr>
        <w:t>. This is why it says: “</w:t>
      </w:r>
      <w:r>
        <w:rPr>
          <w:u w:val="none"/>
          <w:shd w:fill="B7DDE8" w:val="clear"/>
        </w:rPr>
        <w:t>God opposes the proud</w:t>
      </w:r>
      <w:r>
        <w:rPr>
          <w:b w:val="false"/>
          <w:i w:val="false"/>
          <w:color w:val="000000"/>
          <w:u w:val="none"/>
        </w:rPr>
        <w:t xml:space="preserve"> [2FRR]</w:t>
      </w:r>
      <w:r>
        <w:rPr>
          <w:u w:val="none"/>
        </w:rPr>
        <w:t xml:space="preserve">, but </w:t>
      </w:r>
      <w:r>
        <w:rPr>
          <w:u w:val="none"/>
          <w:shd w:fill="B7DDE8" w:val="clear"/>
        </w:rPr>
        <w:t>gives grace to the humble</w:t>
      </w:r>
      <w:r>
        <w:rPr>
          <w:b w:val="false"/>
          <w:i w:val="false"/>
          <w:color w:val="000000"/>
          <w:u w:val="none"/>
        </w:rPr>
        <w:t xml:space="preserve"> [3FRS]</w:t>
      </w:r>
      <w:r>
        <w:rPr>
          <w:u w:val="none"/>
        </w:rPr>
        <w:t>.”</w:t>
      </w:r>
    </w:p>
    <w:p>
      <w:pPr>
        <w:pStyle w:val="Yellow"/>
        <w:rPr/>
      </w:pPr>
      <w:r>
        <w:rPr>
          <w:b/>
        </w:rPr>
        <w:t>2 John 1:3</w:t>
      </w:r>
      <w:r>
        <w:rPr/>
        <w:t xml:space="preserve"> — </w:t>
      </w:r>
      <w:r>
        <w:rPr>
          <w:shd w:fill="B7DDE8" w:val="clear"/>
        </w:rPr>
        <w:t>Grace, mercy, and peace from God the Father and from Jesus Christ, the Son of the Father, will be with us in truth and love</w:t>
      </w:r>
      <w:r>
        <w:rPr>
          <w:b w:val="false"/>
          <w:i w:val="false"/>
          <w:color w:val="000000"/>
          <w:u w:val="none"/>
        </w:rPr>
        <w:t xml:space="preserve"> [1FTN]</w:t>
      </w:r>
      <w:r>
        <w:rPr/>
        <w:t>.</w:t>
      </w:r>
    </w:p>
    <w:p>
      <w:pPr>
        <w:pStyle w:val="Yellow"/>
        <w:rPr/>
        <w:pBdr>
          <w:left w:val="single" w:sz="28" w:space="5" w:color="C00000"/>
        </w:pBdr>
      </w:pPr>
      <w:r>
        <w:rPr>
          <w:b/>
        </w:rPr>
        <w:t>Jude 1:4</w:t>
      </w:r>
      <w:r>
        <w:rPr/>
        <w:t xml:space="preserve"> — For </w:t>
      </w:r>
      <w:r>
        <w:rPr>
          <w:shd w:fill="B7DDE8" w:val="clear"/>
        </w:rPr>
        <w:t>certain men have crept in among you unnoticed</w:t>
      </w:r>
      <w:r>
        <w:rPr>
          <w:b w:val="false"/>
          <w:i w:val="false"/>
          <w:color w:val="000000"/>
          <w:u w:val="none"/>
        </w:rPr>
        <w:t xml:space="preserve"> [1FVU]</w:t>
      </w:r>
      <w:r>
        <w:rPr/>
        <w:t>—</w:t>
      </w:r>
      <w:r>
        <w:rPr>
          <w:shd w:fill="B7DDE8" w:val="clear"/>
        </w:rPr>
        <w:t>ungodly ones who were designated long ago for condemnation</w:t>
      </w:r>
      <w:r>
        <w:rPr>
          <w:b w:val="false"/>
          <w:i w:val="false"/>
          <w:color w:val="000000"/>
          <w:u w:val="none"/>
        </w:rPr>
        <w:t xml:space="preserve"> [1FVV]</w:t>
      </w:r>
      <w:r>
        <w:rPr/>
        <w:t xml:space="preserve">. </w:t>
      </w:r>
      <w:r>
        <w:rPr>
          <w:shd w:fill="B7DDE8" w:val="clear"/>
        </w:rPr>
        <w:t>They turn the grace of our God into a license for immorality</w:t>
      </w:r>
      <w:r>
        <w:rPr>
          <w:b w:val="false"/>
          <w:i w:val="false"/>
          <w:color w:val="000000"/>
          <w:u w:val="none"/>
        </w:rPr>
        <w:t xml:space="preserve"> [1FVW]</w:t>
      </w:r>
      <w:r>
        <w:rPr>
          <w:shd w:val="clear" w:color="auto" w:fill="548235"/>
          <w:color w:val="FFFFFF"/>
        </w:rPr>
        <w:t xml:space="preserve">, and </w:t>
      </w:r>
      <w:r>
        <w:rPr>
          <w:shd w:fill="548235" w:val="clear" w:color="auto"/>
          <w:color w:val="FFFFFF"/>
        </w:rPr>
        <w:t>they deny our only Master and Lord, Jesus Christ</w:t>
      </w:r>
      <w:r>
        <w:rPr>
          <w:b w:val="false"/>
          <w:i w:val="false"/>
          <w:color w:val="FFFFFF"/>
          <w:u w:val="none"/>
          <w:shd w:val="clear" w:color="auto" w:fill="548235"/>
        </w:rPr>
        <w:t xml:space="preserve"> [1FVX]</w:t>
      </w:r>
      <w:r>
        <w:rPr>
          <w:shd w:val="clear" w:color="auto" w:fill="548235"/>
          <w:color w:val="FFFFFF"/>
        </w:rPr>
        <w:t>.</w:t>
      </w:r>
    </w:p>
    <w:p>
      <w:r>
        <w:rPr>
          <w:b/>
          <w:sz w:val="32"/>
        </w:rPr>
        <w:t>Redemption  (51)</w:t>
      </w:r>
    </w:p>
    <w:p>
      <w:pPr>
        <w:pStyle w:val="Yellow"/>
        <w:rPr/>
      </w:pPr>
      <w:r>
        <w:rPr>
          <w:b/>
        </w:rPr>
        <w:t xml:space="preserve">Exodus 20:2</w:t>
      </w:r>
      <w:r>
        <w:rPr/>
        <w:t xml:space="preserve"> — </w:t>
      </w:r>
      <w:r>
        <w:rPr>
          <w:shd w:fill="B7DDE8" w:val="clear"/>
        </w:rPr>
        <w:t xml:space="preserve">I am the LORD your God</w:t>
      </w:r>
      <w:r>
        <w:rPr>
          <w:b w:val="false"/>
          <w:i w:val="false"/>
          <w:color w:val="000000"/>
          <w:u w:val="none"/>
        </w:rPr>
        <w:t xml:space="preserve"> [15MP]</w:t>
      </w:r>
      <w:r>
        <w:rPr/>
        <w:t xml:space="preserve">, </w:t>
      </w:r>
      <w:r>
        <w:rPr>
          <w:shd w:fill="B7DDE8" w:val="clear"/>
        </w:rPr>
        <w:t xml:space="preserve">who brought you out of the land of Egypt, out of the house of slavery</w:t>
      </w:r>
      <w:r>
        <w:rPr>
          <w:b w:val="false"/>
          <w:i w:val="false"/>
          <w:color w:val="000000"/>
          <w:u w:val="none"/>
        </w:rPr>
        <w:t xml:space="preserve"> [1KHV]</w:t>
      </w:r>
      <w:r>
        <w:rPr/>
        <w:t xml:space="preserve">.</w:t>
      </w:r>
    </w:p>
    <w:p>
      <w:pPr>
        <w:pStyle w:val="Yellow"/>
        <w:rPr/>
      </w:pPr>
      <w:r>
        <w:rPr>
          <w:b/>
          <w:shd w:val="clear" w:color="auto" w:fill="F4B183"/>
          <w:color w:val="000000"/>
        </w:rPr>
        <w:t xml:space="preserve">Deuteronomy 5:15</w:t>
      </w:r>
      <w:r>
        <w:rPr>
          <w:shd w:val="clear" w:color="auto" w:fill="F4B183"/>
          <w:color w:val="000000"/>
        </w:rPr>
        <w:t xml:space="preserve"> — Remember that </w:t>
      </w:r>
      <w:r>
        <w:rPr>
          <w:shd w:fill="F4B183" w:val="clear" w:color="auto"/>
          <w:color w:val="000000"/>
        </w:rPr>
        <w:t xml:space="preserve">you were a slave in the land of Egypt</w:t>
      </w:r>
      <w:r>
        <w:rPr>
          <w:b w:val="false"/>
          <w:i w:val="false"/>
          <w:color w:val="000000"/>
          <w:u w:val="none"/>
          <w:shd w:val="clear" w:color="auto" w:fill="F4B183"/>
        </w:rPr>
        <w:t xml:space="preserve"> [1KHR]</w:t>
      </w:r>
      <w:r>
        <w:rPr>
          <w:shd w:val="clear" w:color="auto" w:fill="F4B183"/>
          <w:color w:val="000000"/>
        </w:rPr>
        <w:t xml:space="preserve">, and that </w:t>
      </w:r>
      <w:r>
        <w:rPr>
          <w:shd w:fill="F4B183" w:val="clear" w:color="auto"/>
          <w:color w:val="000000"/>
        </w:rPr>
        <w:t xml:space="preserve">the LORD your God brought you out of there with a mighty hand and an outstretched arm</w:t>
      </w:r>
      <w:r>
        <w:rPr>
          <w:b w:val="false"/>
          <w:i w:val="false"/>
          <w:color w:val="000000"/>
          <w:u w:val="none"/>
          <w:shd w:val="clear" w:color="auto" w:fill="F4B183"/>
        </w:rPr>
        <w:t xml:space="preserve"> [1KHS]</w:t>
      </w:r>
      <w:r>
        <w:rPr>
          <w:shd w:val="clear" w:color="auto" w:fill="F4B183"/>
          <w:color w:val="000000"/>
        </w:rPr>
        <w:t xml:space="preserve">.</w:t>
      </w:r>
    </w:p>
    <w:p>
      <w:pPr>
        <w:pStyle w:val="Yellow"/>
        <w:rPr/>
      </w:pPr>
      <w:r>
        <w:rPr>
          <w:b/>
          <w:shd w:val="clear" w:color="auto" w:fill="F4B183"/>
          <w:color w:val="000000"/>
        </w:rPr>
        <w:t xml:space="preserve">Deuteronomy 24:18</w:t>
      </w:r>
      <w:r>
        <w:rPr>
          <w:shd w:val="clear" w:color="auto" w:fill="F4B183"/>
          <w:color w:val="000000"/>
        </w:rPr>
        <w:t xml:space="preserve"> — Remember that </w:t>
      </w:r>
      <w:r>
        <w:rPr>
          <w:shd w:fill="F4B183" w:val="clear" w:color="auto"/>
          <w:color w:val="000000"/>
        </w:rPr>
        <w:t xml:space="preserve">you were slaves in Egypt</w:t>
      </w:r>
      <w:r>
        <w:rPr>
          <w:b w:val="false"/>
          <w:i w:val="false"/>
          <w:color w:val="000000"/>
          <w:u w:val="none"/>
          <w:shd w:val="clear" w:color="auto" w:fill="F4B183"/>
        </w:rPr>
        <w:t xml:space="preserve"> [1KHD]</w:t>
      </w:r>
      <w:r>
        <w:rPr>
          <w:shd w:val="clear" w:color="auto" w:fill="F4B183"/>
          <w:color w:val="000000"/>
        </w:rPr>
        <w:t xml:space="preserve">, and </w:t>
      </w:r>
      <w:r>
        <w:rPr>
          <w:shd w:fill="F4B183" w:val="clear" w:color="auto"/>
          <w:color w:val="000000"/>
        </w:rPr>
        <w:t xml:space="preserve">the LORD your God redeemed you from that place</w:t>
      </w:r>
      <w:r>
        <w:rPr>
          <w:b w:val="false"/>
          <w:i w:val="false"/>
          <w:color w:val="000000"/>
          <w:u w:val="none"/>
          <w:shd w:val="clear" w:color="auto" w:fill="F4B183"/>
        </w:rPr>
        <w:t xml:space="preserve"> [1KHE]</w:t>
      </w:r>
      <w:r>
        <w:rPr>
          <w:shd w:val="clear" w:color="auto" w:fill="F4B183"/>
          <w:color w:val="000000"/>
        </w:rPr>
        <w:t xml:space="preserve">.</w:t>
      </w:r>
    </w:p>
    <w:p>
      <w:pPr>
        <w:pStyle w:val="Yellow"/>
        <w:rPr/>
      </w:pPr>
      <w:r>
        <w:rPr>
          <w:shd w:val="clear" w:color="auto" w:fill="F4B183"/>
          <w:color w:val="000000"/>
        </w:rPr>
        <w:t xml:space="preserve">(De26:7 Israel called to the LORD) </w:t>
      </w:r>
      <w:r>
        <w:rPr>
          <w:b/>
          <w:shd w:val="clear" w:color="auto" w:fill="F4B183"/>
          <w:color w:val="000000"/>
        </w:rPr>
        <w:t xml:space="preserve">Deuteronomy 26:8</w:t>
      </w:r>
      <w:r>
        <w:rPr>
          <w:shd w:val="clear" w:color="auto" w:fill="F4B183"/>
          <w:color w:val="000000"/>
        </w:rPr>
        <w:t xml:space="preserve"> — {Then} </w:t>
      </w:r>
      <w:r>
        <w:rPr>
          <w:shd w:fill="F4B183" w:val="clear" w:color="auto"/>
          <w:color w:val="000000"/>
        </w:rPr>
        <w:t xml:space="preserve">the LORD brought us out of Egypt with a mighty hand and an outstretched arm, with great terror, signs, and wonders</w:t>
      </w:r>
      <w:r>
        <w:rPr>
          <w:b w:val="false"/>
          <w:i w:val="false"/>
          <w:color w:val="000000"/>
          <w:u w:val="none"/>
          <w:shd w:val="clear" w:color="auto" w:fill="F4B183"/>
        </w:rPr>
        <w:t xml:space="preserve"> [1KHQ]</w:t>
      </w:r>
      <w:r>
        <w:rPr>
          <w:shd w:val="clear" w:color="auto" w:fill="F4B183"/>
          <w:color w:val="000000"/>
        </w:rPr>
        <w:t xml:space="preserve">.</w:t>
      </w:r>
    </w:p>
    <w:p>
      <w:pPr>
        <w:pStyle w:val="Yellow"/>
        <w:rPr/>
      </w:pPr>
      <w:r>
        <w:rPr>
          <w:b/>
        </w:rPr>
        <w:t>1 Kings 1:29</w:t>
      </w:r>
      <w:r>
        <w:t xml:space="preserve"> — </w:t>
      </w:r>
      <w:r>
        <w:rPr>
          <w:shd w:fill="B7DDE8" w:val="clear"/>
        </w:rPr>
        <w:t>the LORD lives</w:t>
      </w:r>
      <w:r>
        <w:rPr>
          <w:b w:val="false"/>
          <w:i w:val="false"/>
          <w:color w:val="000000"/>
          <w:u w:val="none"/>
        </w:rPr>
        <w:t xml:space="preserve"> [4ASR]</w:t>
      </w:r>
      <w:r>
        <w:t xml:space="preserve">, </w:t>
      </w:r>
      <w:r>
        <w:rPr>
          <w:shd w:fill="B7DDE8" w:val="clear"/>
        </w:rPr>
        <w:t>who has redeemed my life from all distress</w:t>
      </w:r>
      <w:r>
        <w:rPr>
          <w:b w:val="false"/>
          <w:i w:val="false"/>
          <w:color w:val="000000"/>
          <w:u w:val="none"/>
        </w:rPr>
        <w:t xml:space="preserve"> [1BOK]</w:t>
      </w:r>
    </w:p>
    <w:p>
      <w:pPr>
        <w:pStyle w:val="Yellow"/>
        <w:rPr/>
      </w:pPr>
      <w:r>
        <w:rPr>
          <w:shd w:val="clear" w:color="auto" w:fill="F4B183"/>
          <w:color w:val="000000"/>
        </w:rPr>
        <w:t xml:space="preserve">(Neh1:6–9 Israelites) </w:t>
      </w:r>
      <w:r>
        <w:rPr>
          <w:b/>
          <w:shd w:val="clear" w:color="auto" w:fill="F4B183"/>
          <w:color w:val="000000"/>
        </w:rPr>
        <w:t>Nehemiah 1:10</w:t>
      </w:r>
      <w:r>
        <w:rPr>
          <w:shd w:val="clear" w:color="auto" w:fill="F4B183"/>
          <w:color w:val="000000"/>
        </w:rPr>
        <w:t xml:space="preserve"> — {They} are Your servants and Your people. </w:t>
      </w:r>
      <w:r>
        <w:rPr>
          <w:shd w:fill="F4B183" w:val="clear" w:color="auto"/>
          <w:color w:val="000000"/>
        </w:rPr>
        <w:t>You redeemed them by Your great power and mighty hand</w:t>
      </w:r>
      <w:r>
        <w:rPr>
          <w:b w:val="false"/>
          <w:i w:val="false"/>
          <w:color w:val="000000"/>
          <w:u w:val="none"/>
          <w:shd w:val="clear" w:color="auto" w:fill="F4B183"/>
        </w:rPr>
        <w:t xml:space="preserve"> [1HW]</w:t>
      </w:r>
      <w:r>
        <w:rPr>
          <w:shd w:val="clear" w:color="auto" w:fill="F4B183"/>
          <w:color w:val="000000"/>
        </w:rPr>
        <w:t>.</w:t>
      </w:r>
    </w:p>
    <w:p>
      <w:pPr>
        <w:pStyle w:val="Yellow"/>
        <w:rPr/>
      </w:pPr>
      <w:r>
        <w:rPr>
          <w:b/>
          <w:u w:val="none"/>
        </w:rPr>
        <w:t>Psalm 55:16-18</w:t>
      </w:r>
      <w:r>
        <w:rPr>
          <w:u w:val="none"/>
        </w:rPr>
        <w:t xml:space="preserve"> — But </w:t>
      </w:r>
      <w:r>
        <w:rPr>
          <w:u w:val="none"/>
        </w:rPr>
        <w:t>I call to God</w:t>
      </w:r>
      <w:r>
        <w:rPr>
          <w:b w:val="false"/>
          <w:i w:val="false"/>
          <w:u w:val="none"/>
          <w:color w:val="000000"/>
        </w:rPr>
        <w:t xml:space="preserve"> [4FBB]</w:t>
      </w:r>
      <w:r>
        <w:rPr>
          <w:u w:val="none"/>
        </w:rPr>
        <w:t xml:space="preserve">, and </w:t>
      </w:r>
      <w:r>
        <w:rPr>
          <w:u w:val="none"/>
        </w:rPr>
        <w:t>the LORD saves me</w:t>
      </w:r>
      <w:r>
        <w:rPr>
          <w:b w:val="false"/>
          <w:i w:val="false"/>
          <w:color w:val="000000"/>
          <w:u w:val="none"/>
        </w:rPr>
        <w:t xml:space="preserve"> [2FBC]</w:t>
      </w:r>
      <w:r>
        <w:rPr>
          <w:u w:val="none"/>
        </w:rPr>
        <w:t xml:space="preserve">. </w:t>
      </w:r>
      <w:r>
        <w:rPr>
          <w:u w:val="none"/>
          <w:shd w:val="clear" w:fill="B7DDE8"/>
        </w:rPr>
        <w:t>Morning, noon, and night, I cry out in distress</w:t>
      </w:r>
      <w:r>
        <w:rPr>
          <w:b w:val="false"/>
          <w:i w:val="false"/>
          <w:color w:val="000000"/>
          <w:u w:val="none"/>
        </w:rPr>
        <w:t xml:space="preserve"> [1FBD]</w:t>
      </w:r>
      <w:r>
        <w:rPr>
          <w:u w:val="none"/>
        </w:rPr>
        <w:t xml:space="preserve">, and </w:t>
      </w:r>
      <w:r>
        <w:rPr>
          <w:u w:val="none"/>
          <w:shd w:val="clear" w:fill="B7DDE8"/>
        </w:rPr>
        <w:t>He hears my voice</w:t>
      </w:r>
      <w:r>
        <w:rPr>
          <w:b w:val="false"/>
          <w:i w:val="false"/>
          <w:u w:val="none"/>
          <w:color w:val="000000"/>
        </w:rPr>
        <w:t xml:space="preserve"> [13CNM]</w:t>
      </w:r>
      <w:r>
        <w:rPr>
          <w:u w:val="none"/>
        </w:rPr>
        <w:t xml:space="preserve">. </w:t>
      </w:r>
      <w:r>
        <w:rPr>
          <w:u w:val="none"/>
          <w:shd w:val="clear" w:fill="B7DDE8"/>
        </w:rPr>
        <w:t>He redeems my soul in peace from the battle waged against me, even though many oppose me</w:t>
      </w:r>
      <w:r>
        <w:rPr>
          <w:b w:val="false"/>
          <w:i w:val="false"/>
          <w:color w:val="000000"/>
          <w:u w:val="none"/>
        </w:rPr>
        <w:t xml:space="preserve"> [1FBE]</w:t>
      </w:r>
      <w:r>
        <w:rPr>
          <w:u w:val="none"/>
        </w:rPr>
        <w:t>.</w:t>
      </w:r>
    </w:p>
    <w:p>
      <w:pPr>
        <w:pStyle w:val="Yellow"/>
        <w:rPr/>
      </w:pPr>
      <w:r>
        <w:t xml:space="preserve">(Ps111:4 “the LORD”) </w:t>
      </w:r>
      <w:r>
        <w:rPr>
          <w:b/>
        </w:rPr>
        <w:t>Psalm 111:9</w:t>
      </w:r>
      <w:r>
        <w:t xml:space="preserve"> — </w:t>
      </w:r>
      <w:r>
        <w:rPr>
          <w:shd w:fill="B7DDE8" w:val="clear"/>
        </w:rPr>
        <w:t>{He} has sent redemption to His people</w:t>
      </w:r>
      <w:r>
        <w:rPr>
          <w:b w:val="false"/>
          <w:i w:val="false"/>
          <w:color w:val="000000"/>
          <w:u w:val="none"/>
        </w:rPr>
        <w:t xml:space="preserve"> [1ADM]</w:t>
      </w:r>
      <w:r>
        <w:t xml:space="preserve">; </w:t>
      </w:r>
      <w:r>
        <w:rPr>
          <w:shd w:fill="B7DDE8" w:val="clear"/>
        </w:rPr>
        <w:t>He has ordained His covenant forever</w:t>
      </w:r>
      <w:r>
        <w:rPr>
          <w:b w:val="false"/>
          <w:i w:val="false"/>
          <w:color w:val="000000"/>
          <w:u w:val="none"/>
        </w:rPr>
        <w:t xml:space="preserve"> [1ADN]</w:t>
      </w:r>
      <w:r>
        <w:t xml:space="preserve">; </w:t>
      </w:r>
      <w:r>
        <w:rPr>
          <w:shd w:fill="B7DDE8" w:val="clear"/>
        </w:rPr>
        <w:t>holy and awesome is His name</w:t>
      </w:r>
      <w:r>
        <w:rPr>
          <w:b w:val="false"/>
          <w:i w:val="false"/>
          <w:color w:val="000000"/>
          <w:u w:val="none"/>
        </w:rPr>
        <w:t xml:space="preserve"> [1ADO]</w:t>
      </w:r>
      <w:r>
        <w:t>.</w:t>
      </w:r>
    </w:p>
    <w:p>
      <w:pPr>
        <w:pStyle w:val="Green"/>
        <w:rPr/>
      </w:pPr>
      <w:r>
        <w:rPr>
          <w:b/>
          <w:u w:val="none"/>
        </w:rPr>
        <w:t>Psalm 130:7–8</w:t>
      </w:r>
      <w:r>
        <w:rPr>
          <w:u w:val="none"/>
        </w:rPr>
        <w:t xml:space="preserve"> — </w:t>
      </w:r>
      <w:r>
        <w:rPr>
          <w:u w:val="none"/>
          <w:shd w:val="clear" w:fill="B7DDE8"/>
        </w:rPr>
        <w:t>O Israel, put your hope in the LORD</w:t>
      </w:r>
      <w:r>
        <w:rPr>
          <w:b w:val="false"/>
          <w:i w:val="false"/>
          <w:color w:val="000000"/>
          <w:u w:val="none"/>
        </w:rPr>
        <w:t xml:space="preserve"> [1BYM]</w:t>
      </w:r>
      <w:r>
        <w:rPr>
          <w:u w:val="none"/>
        </w:rPr>
        <w:t xml:space="preserve">, for </w:t>
      </w:r>
      <w:r>
        <w:rPr>
          <w:u w:val="none"/>
          <w:shd w:val="clear" w:fill="B7DDE8"/>
        </w:rPr>
        <w:t>with the LORD is loving devotion</w:t>
      </w:r>
      <w:r>
        <w:rPr>
          <w:b w:val="false"/>
          <w:i w:val="false"/>
          <w:color w:val="000000"/>
          <w:u w:val="none"/>
        </w:rPr>
        <w:t xml:space="preserve"> [1BYN]</w:t>
      </w:r>
      <w:r>
        <w:rPr>
          <w:u w:val="none"/>
        </w:rPr>
        <w:t xml:space="preserve">, and </w:t>
      </w:r>
      <w:r>
        <w:rPr>
          <w:u w:val="none"/>
          <w:shd w:val="clear" w:fill="B7DDE8"/>
        </w:rPr>
        <w:t>with Him is redemption in abundance</w:t>
      </w:r>
      <w:r>
        <w:rPr>
          <w:b w:val="false"/>
          <w:i w:val="false"/>
          <w:color w:val="000000"/>
          <w:u w:val="none"/>
        </w:rPr>
        <w:t xml:space="preserve"> [1BYO]</w:t>
      </w:r>
      <w:r>
        <w:rPr>
          <w:u w:val="none"/>
          <w:shd w:val="clear" w:color="auto" w:fill="548235"/>
          <w:color w:val="FFFFFF"/>
        </w:rPr>
        <w:t xml:space="preserve">. And </w:t>
      </w:r>
      <w:r>
        <w:rPr>
          <w:u w:val="none"/>
          <w:shd w:val="clear" w:fill="548235" w:color="auto"/>
          <w:color w:val="FFFFFF"/>
        </w:rPr>
        <w:t>He will redeem Israel from all iniquity</w:t>
      </w:r>
      <w:r>
        <w:rPr>
          <w:b w:val="false"/>
          <w:i w:val="false"/>
          <w:color w:val="FFFFFF"/>
          <w:u w:val="none"/>
          <w:shd w:val="clear" w:color="auto" w:fill="548235"/>
        </w:rPr>
        <w:t xml:space="preserve"> [1BYP]</w:t>
      </w:r>
      <w:r>
        <w:rPr>
          <w:u w:val="none"/>
          <w:shd w:val="clear" w:color="auto" w:fill="548235"/>
          <w:color w:val="FFFFFF"/>
        </w:rPr>
        <w:t>.</w:t>
      </w:r>
    </w:p>
    <w:p>
      <w:pPr>
        <w:pStyle w:val="Yellow"/>
        <w:rPr/>
      </w:pPr>
      <w:r>
        <w:rPr>
          <w:b/>
          <w:u w:val="none"/>
          <w:shd w:val="clear" w:color="auto" w:fill="C00000"/>
          <w:color w:val="FFFFFF"/>
        </w:rPr>
        <w:t>Isaiah 41:14</w:t>
      </w:r>
      <w:r>
        <w:rPr>
          <w:u w:val="none"/>
          <w:shd w:val="clear" w:color="auto" w:fill="C00000"/>
          <w:color w:val="FFFFFF"/>
        </w:rPr>
        <w:t xml:space="preserve"> — </w:t>
      </w:r>
      <w:r>
        <w:rPr>
          <w:u w:val="none"/>
          <w:shd w:val="clear" w:color="auto" w:fill="C00000"/>
          <w:color w:val="FFFFFF"/>
        </w:rPr>
        <w:t>Do not fear</w:t>
      </w:r>
      <w:r>
        <w:rPr>
          <w:b w:val="false"/>
          <w:i w:val="false"/>
          <w:u w:val="none"/>
          <w:shd w:val="clear" w:color="auto" w:fill="C00000"/>
          <w:color w:val="FFFFFF"/>
        </w:rPr>
        <w:t xml:space="preserve"> [17AKG]</w:t>
      </w:r>
      <w:r>
        <w:rPr>
          <w:u w:val="none"/>
          <w:shd w:val="clear" w:color="auto" w:fill="C00000"/>
          <w:color w:val="FFFFFF"/>
        </w:rPr>
        <w:t xml:space="preserve">, O Jacob, you worm, O few men of Israel. </w:t>
      </w:r>
      <w:r>
        <w:rPr>
          <w:u w:val="none"/>
          <w:shd w:val="clear" w:color="auto" w:fill="C00000"/>
          <w:color w:val="FFFFFF"/>
        </w:rPr>
        <w:t>I will help you</w:t>
      </w:r>
      <w:r>
        <w:rPr>
          <w:b w:val="false"/>
          <w:i w:val="false"/>
          <w:u w:val="none"/>
          <w:shd w:val="clear" w:color="auto" w:fill="C00000"/>
          <w:color w:val="FFFFFF"/>
        </w:rPr>
        <w:t xml:space="preserve"> [3CWD]</w:t>
      </w:r>
      <w:r>
        <w:rPr>
          <w:u w:val="none"/>
          <w:shd w:val="clear" w:color="auto" w:fill="C00000"/>
          <w:color w:val="FFFFFF"/>
        </w:rPr>
        <w:t>,” declares the LORD. “</w:t>
      </w:r>
      <w:r>
        <w:rPr>
          <w:u w:val="none"/>
          <w:shd w:val="clear" w:color="auto" w:fill="C00000"/>
          <w:color w:val="FFFFFF"/>
        </w:rPr>
        <w:t>Your Redeemer is the Holy One of Israel</w:t>
      </w:r>
      <w:r>
        <w:rPr>
          <w:b w:val="false"/>
          <w:i w:val="false"/>
          <w:u w:val="none"/>
          <w:shd w:val="clear" w:color="auto" w:fill="C00000"/>
          <w:color w:val="FFFFFF"/>
        </w:rPr>
        <w:t xml:space="preserve"> [8IT]</w:t>
      </w:r>
      <w:r>
        <w:rPr>
          <w:u w:val="none"/>
          <w:shd w:val="clear" w:color="auto" w:fill="C00000"/>
          <w:color w:val="FFFFFF"/>
        </w:rPr>
        <w:t>.</w:t>
      </w:r>
    </w:p>
    <w:p>
      <w:pPr>
        <w:pStyle w:val="Yellow"/>
        <w:rPr/>
      </w:pPr>
      <w:r>
        <w:rPr>
          <w:u w:val="none"/>
        </w:rPr>
        <w:t xml:space="preserve">(Is43:2 God promised protection through waters and fire) </w:t>
      </w:r>
      <w:r>
        <w:rPr>
          <w:b/>
          <w:u w:val="none"/>
        </w:rPr>
        <w:t>Isaiah 43:3–4</w:t>
      </w:r>
      <w:r>
        <w:rPr>
          <w:u w:val="none"/>
        </w:rPr>
        <w:t xml:space="preserve"> — {For} </w:t>
      </w:r>
      <w:r>
        <w:rPr>
          <w:u w:val="none"/>
        </w:rPr>
        <w:t>I am the LORD your God</w:t>
      </w:r>
      <w:r>
        <w:rPr>
          <w:b w:val="false"/>
          <w:i w:val="false"/>
          <w:color w:val="000000"/>
          <w:u w:val="none"/>
        </w:rPr>
        <w:t xml:space="preserve"> [15MP]</w:t>
      </w:r>
      <w:r>
        <w:rPr>
          <w:u w:val="none"/>
        </w:rPr>
        <w:t xml:space="preserve">, </w:t>
      </w:r>
      <w:r>
        <w:rPr>
          <w:u w:val="none"/>
        </w:rPr>
        <w:t>the Holy One of Israel</w:t>
      </w:r>
      <w:r>
        <w:rPr>
          <w:b w:val="false"/>
          <w:i w:val="false"/>
          <w:color w:val="000000"/>
          <w:u w:val="none"/>
        </w:rPr>
        <w:t xml:space="preserve"> [3AYN]</w:t>
      </w:r>
      <w:r>
        <w:rPr>
          <w:u w:val="none"/>
        </w:rPr>
        <w:t xml:space="preserve">, </w:t>
      </w:r>
      <w:r>
        <w:rPr>
          <w:u w:val="none"/>
        </w:rPr>
        <w:t>your Savior</w:t>
      </w:r>
      <w:r>
        <w:rPr>
          <w:b w:val="false"/>
          <w:i w:val="false"/>
          <w:color w:val="000000"/>
          <w:u w:val="none"/>
        </w:rPr>
        <w:t xml:space="preserve"> [7AYO]</w:t>
      </w:r>
      <w:r>
        <w:rPr>
          <w:u w:val="none"/>
        </w:rPr>
        <w:t xml:space="preserve">; </w:t>
      </w:r>
      <w:r>
        <w:rPr>
          <w:u w:val="none"/>
          <w:shd w:fill="B7DDE8" w:val="clear"/>
        </w:rPr>
        <w:t>I give Egypt for your ransom, Cush and Seba in your place</w:t>
      </w:r>
      <w:r>
        <w:rPr>
          <w:b w:val="false"/>
          <w:i w:val="false"/>
          <w:color w:val="000000"/>
          <w:u w:val="none"/>
        </w:rPr>
        <w:t xml:space="preserve"> [1AYP]</w:t>
      </w:r>
      <w:r>
        <w:rPr>
          <w:u w:val="none"/>
        </w:rPr>
        <w:t xml:space="preserve">. </w:t>
      </w:r>
      <w:r>
        <w:rPr>
          <w:u w:val="none"/>
          <w:shd w:fill="B7DDE8" w:val="clear"/>
        </w:rPr>
        <w:t xml:space="preserve">Because </w:t>
      </w:r>
      <w:r>
        <w:rPr>
          <w:u w:val="none"/>
          <w:shd w:fill="B7DDE8" w:val="clear"/>
        </w:rPr>
        <w:t>you are precious and honored in My sight</w:t>
      </w:r>
      <w:r>
        <w:rPr>
          <w:b w:val="false"/>
          <w:i w:val="false"/>
          <w:color w:val="000000"/>
          <w:u w:val="none"/>
        </w:rPr>
        <w:t xml:space="preserve"> [1AYQ]</w:t>
      </w:r>
      <w:r>
        <w:rPr>
          <w:u w:val="none"/>
        </w:rPr>
        <w:t xml:space="preserve">, and </w:t>
      </w:r>
      <w:r>
        <w:rPr>
          <w:u w:val="none"/>
        </w:rPr>
        <w:t xml:space="preserve">because </w:t>
      </w:r>
      <w:r>
        <w:rPr>
          <w:u w:val="none"/>
          <w:shd w:fill="B7DDE8" w:val="clear"/>
        </w:rPr>
        <w:t>I love you</w:t>
      </w:r>
      <w:r>
        <w:rPr>
          <w:b w:val="false"/>
          <w:i w:val="false"/>
          <w:color w:val="000000"/>
          <w:u w:val="none"/>
        </w:rPr>
        <w:t xml:space="preserve"> [11ALI]</w:t>
      </w:r>
      <w:r>
        <w:rPr>
          <w:u w:val="none"/>
        </w:rPr>
        <w:t xml:space="preserve">, </w:t>
      </w:r>
      <w:r>
        <w:rPr>
          <w:u w:val="none"/>
          <w:shd w:fill="B7DDE8" w:val="clear"/>
        </w:rPr>
        <w:t>I will give men in exchange for you and nations in place of your life</w:t>
      </w:r>
      <w:r>
        <w:rPr>
          <w:b w:val="false"/>
          <w:i w:val="false"/>
          <w:color w:val="000000"/>
          <w:u w:val="none"/>
        </w:rPr>
        <w:t xml:space="preserve"> [1AYP]</w:t>
      </w:r>
      <w:r>
        <w:rPr>
          <w:u w:val="none"/>
        </w:rPr>
        <w:t>.</w:t>
      </w:r>
    </w:p>
    <w:p>
      <w:pPr>
        <w:pStyle w:val="Yellow"/>
        <w:rPr/>
      </w:pPr>
      <w:r>
        <w:rPr>
          <w:b/>
          <w:shd w:val="clear" w:color="auto" w:fill="C00000"/>
          <w:color w:val="FFFFFF"/>
        </w:rPr>
        <w:t>Isaiah 47:4</w:t>
      </w:r>
      <w:r>
        <w:rPr>
          <w:shd w:val="clear" w:color="auto" w:fill="C00000"/>
          <w:color w:val="FFFFFF"/>
        </w:rPr>
        <w:t xml:space="preserve"> — </w:t>
      </w:r>
      <w:r>
        <w:rPr>
          <w:shd w:val="clear" w:color="auto" w:fill="C00000"/>
          <w:color w:val="FFFFFF"/>
        </w:rPr>
        <w:t>Our Redeemer—the LORD of Hosts is His name—is the Holy One of Israel</w:t>
      </w:r>
      <w:r>
        <w:rPr>
          <w:b w:val="false"/>
          <w:i w:val="false"/>
          <w:u w:val="none"/>
          <w:shd w:val="clear" w:color="auto" w:fill="C00000"/>
          <w:color w:val="FFFFFF"/>
        </w:rPr>
        <w:t xml:space="preserve"> [8IT]</w:t>
      </w:r>
      <w:r>
        <w:rPr>
          <w:shd w:val="clear" w:color="auto" w:fill="C00000"/>
          <w:color w:val="FFFFFF"/>
        </w:rPr>
        <w:t>.</w:t>
      </w:r>
    </w:p>
    <w:p>
      <w:pPr>
        <w:pStyle w:val="Yellow"/>
        <w:rPr/>
      </w:pPr>
      <w:r>
        <w:rPr>
          <w:b/>
          <w:shd w:val="clear" w:color="auto" w:fill="548235"/>
          <w:color w:val="FFFFFF"/>
        </w:rPr>
        <w:t>Isaiah 48:20</w:t>
      </w:r>
      <w:r>
        <w:rPr>
          <w:shd w:val="clear" w:color="auto" w:fill="548235"/>
          <w:color w:val="FFFFFF"/>
        </w:rPr>
        <w:t xml:space="preserve"> — “</w:t>
      </w:r>
      <w:r>
        <w:rPr>
          <w:shd w:val="clear" w:fill="548235" w:color="auto"/>
          <w:color w:val="FFFFFF"/>
        </w:rPr>
        <w:t>The LORD has redeemed His servant Jacob</w:t>
      </w:r>
      <w:r>
        <w:rPr>
          <w:b w:val="false"/>
          <w:i w:val="false"/>
          <w:color w:val="FFFFFF"/>
          <w:u w:val="none"/>
          <w:shd w:val="clear" w:color="auto" w:fill="548235"/>
        </w:rPr>
        <w:t xml:space="preserve"> [1BVK]</w:t>
      </w:r>
      <w:r>
        <w:rPr>
          <w:shd w:val="clear" w:color="auto" w:fill="548235"/>
          <w:color w:val="FFFFFF"/>
        </w:rPr>
        <w:t>!”</w:t>
      </w:r>
    </w:p>
    <w:p>
      <w:pPr>
        <w:pStyle w:val="Yellow"/>
        <w:rPr/>
      </w:pPr>
      <w:r>
        <w:rPr>
          <w:b/>
        </w:rPr>
        <w:t>Isaiah 52:3</w:t>
      </w:r>
      <w:r>
        <w:t xml:space="preserve"> — For this is what the LORD says: “</w:t>
      </w:r>
      <w:r>
        <w:rPr>
          <w:shd w:fill="B7DDE8" w:val="clear"/>
        </w:rPr>
        <w:t>You were sold for nothing</w:t>
      </w:r>
      <w:r>
        <w:rPr>
          <w:b w:val="false"/>
          <w:i w:val="false"/>
          <w:color w:val="000000"/>
          <w:u w:val="none"/>
        </w:rPr>
        <w:t xml:space="preserve"> [1BQU]</w:t>
      </w:r>
      <w:r>
        <w:t xml:space="preserve">, and </w:t>
      </w:r>
      <w:r>
        <w:rPr>
          <w:shd w:fill="B7DDE8" w:val="clear"/>
        </w:rPr>
        <w:t>without money you will be redeemed</w:t>
      </w:r>
      <w:r>
        <w:rPr>
          <w:b w:val="false"/>
          <w:i w:val="false"/>
          <w:color w:val="000000"/>
          <w:u w:val="none"/>
        </w:rPr>
        <w:t xml:space="preserve"> [1BQV]</w:t>
      </w:r>
      <w:r>
        <w:t>.”</w:t>
      </w:r>
    </w:p>
    <w:p>
      <w:pPr>
        <w:pStyle w:val="Yellow"/>
        <w:rPr/>
      </w:pPr>
      <w:r>
        <w:rPr/>
        <w:t xml:space="preserve">(Is52:13 “My Servant”) </w:t>
      </w:r>
      <w:r>
        <w:rPr>
          <w:b/>
        </w:rPr>
        <w:t xml:space="preserve">Isaiah 53:4</w:t>
      </w:r>
      <w:r>
        <w:rPr/>
        <w:t xml:space="preserve"> — Surely </w:t>
      </w:r>
      <w:r>
        <w:rPr>
          <w:shd w:fill="B7DDE8" w:val="clear"/>
        </w:rPr>
        <w:t xml:space="preserve">{He} took up our infirmities</w:t>
      </w:r>
      <w:r>
        <w:rPr>
          <w:b w:val="false"/>
          <w:i w:val="false"/>
          <w:color w:val="000000"/>
          <w:u w:val="none"/>
        </w:rPr>
        <w:t xml:space="preserve"> [1GUT]</w:t>
      </w:r>
      <w:r>
        <w:rPr/>
        <w:t xml:space="preserve"> and </w:t>
      </w:r>
      <w:r>
        <w:rPr>
          <w:shd w:fill="B7DDE8" w:val="clear"/>
        </w:rPr>
        <w:t xml:space="preserve">carried our sorrows</w:t>
      </w:r>
      <w:r>
        <w:rPr>
          <w:b w:val="false"/>
          <w:i w:val="false"/>
          <w:color w:val="000000"/>
          <w:u w:val="none"/>
        </w:rPr>
        <w:t xml:space="preserve"> [1GUU]</w:t>
      </w:r>
      <w:r>
        <w:rPr/>
        <w:t xml:space="preserve">; yet </w:t>
      </w:r>
      <w:r>
        <w:rPr>
          <w:shd w:fill="B7DDE8" w:val="clear"/>
        </w:rPr>
        <w:t xml:space="preserve">we considered Him stricken, struck down by God, and afflicted</w:t>
      </w:r>
      <w:r>
        <w:rPr>
          <w:b w:val="false"/>
          <w:i w:val="false"/>
          <w:color w:val="000000"/>
          <w:u w:val="none"/>
        </w:rPr>
        <w:t xml:space="preserve"> [1GUV]</w:t>
      </w:r>
      <w:r>
        <w:rPr/>
        <w:t xml:space="preserve">.</w:t>
      </w:r>
    </w:p>
    <w:p>
      <w:pPr>
        <w:pStyle w:val="Yellow"/>
        <w:rPr/>
      </w:pPr>
      <w:r>
        <w:rPr/>
        <w:t xml:space="preserve">(Is52:13 “My Servant”) </w:t>
      </w:r>
      <w:r>
        <w:rPr>
          <w:b/>
        </w:rPr>
        <w:t>Isaiah 53:5</w:t>
      </w:r>
      <w:r>
        <w:rPr/>
        <w:t xml:space="preserve"> — {But} </w:t>
      </w:r>
      <w:r>
        <w:rPr>
          <w:shd w:val="clear" w:fill="B7DDE8"/>
        </w:rPr>
        <w:t>{He} was pierced for our transgressions, He was crushed for our iniquities</w:t>
      </w:r>
      <w:r>
        <w:rPr>
          <w:b w:val="false"/>
          <w:i w:val="false"/>
          <w:color w:val="000000"/>
          <w:u w:val="none"/>
        </w:rPr>
        <w:t xml:space="preserve"> [1EQK]</w:t>
      </w:r>
      <w:r>
        <w:rPr/>
        <w:t xml:space="preserve">; </w:t>
      </w:r>
      <w:r>
        <w:rPr>
          <w:shd w:val="clear" w:fill="B7DDE8"/>
        </w:rPr>
        <w:t>the punishment that brought us peace was upon Him</w:t>
      </w:r>
      <w:r>
        <w:rPr>
          <w:b w:val="false"/>
          <w:i w:val="false"/>
          <w:color w:val="000000"/>
          <w:u w:val="none"/>
        </w:rPr>
        <w:t xml:space="preserve"> [1EQL]</w:t>
      </w:r>
      <w:r>
        <w:rPr/>
        <w:t xml:space="preserve">, and </w:t>
      </w:r>
      <w:r>
        <w:rPr>
          <w:shd w:val="clear" w:fill="B7DDE8"/>
        </w:rPr>
        <w:t>by His stripes we are healed</w:t>
      </w:r>
      <w:r>
        <w:rPr>
          <w:b w:val="false"/>
          <w:i w:val="false"/>
          <w:color w:val="000000"/>
          <w:u w:val="none"/>
        </w:rPr>
        <w:t xml:space="preserve"> [2EQM]</w:t>
      </w:r>
      <w:r>
        <w:rPr/>
        <w:t>.</w:t>
      </w:r>
    </w:p>
    <w:p>
      <w:pPr>
        <w:pStyle w:val="Yellow"/>
        <w:rPr/>
      </w:pPr>
      <w:r>
        <w:rPr/>
        <w:t xml:space="preserve">(Is52:13 “My Servant”) </w:t>
      </w:r>
      <w:r>
        <w:rPr>
          <w:b/>
        </w:rPr>
        <w:t xml:space="preserve">Isaiah 53:8</w:t>
      </w:r>
      <w:r>
        <w:rPr/>
        <w:t xml:space="preserve"> — </w:t>
      </w:r>
      <w:r>
        <w:rPr>
          <w:shd w:fill="B7DDE8" w:val="clear"/>
        </w:rPr>
        <w:t xml:space="preserve">By oppression and judgment {He} was taken away</w:t>
      </w:r>
      <w:r>
        <w:rPr>
          <w:b w:val="false"/>
          <w:i w:val="false"/>
          <w:color w:val="000000"/>
          <w:u w:val="none"/>
        </w:rPr>
        <w:t xml:space="preserve"> [1JLU]</w:t>
      </w:r>
      <w:r>
        <w:rPr/>
        <w:t xml:space="preserve">, and </w:t>
      </w:r>
      <w:r>
        <w:rPr>
          <w:shd w:fill="B7DDE8" w:val="clear"/>
        </w:rPr>
        <w:t xml:space="preserve">who can recount His descendants</w:t>
      </w:r>
      <w:r>
        <w:rPr>
          <w:b w:val="false"/>
          <w:i w:val="false"/>
          <w:color w:val="000000"/>
          <w:u w:val="none"/>
        </w:rPr>
        <w:t xml:space="preserve"> [1JLV]</w:t>
      </w:r>
      <w:r>
        <w:rPr/>
        <w:t xml:space="preserve">? For </w:t>
      </w:r>
      <w:r>
        <w:rPr>
          <w:shd w:fill="B7DDE8" w:val="clear"/>
        </w:rPr>
        <w:t xml:space="preserve">He was cut off from the land of the living</w:t>
      </w:r>
      <w:r>
        <w:rPr>
          <w:b w:val="false"/>
          <w:i w:val="false"/>
          <w:color w:val="000000"/>
          <w:u w:val="none"/>
        </w:rPr>
        <w:t xml:space="preserve"> [1JLW]</w:t>
      </w:r>
      <w:r>
        <w:rPr/>
        <w:t xml:space="preserve">; </w:t>
      </w:r>
      <w:r>
        <w:rPr>
          <w:shd w:fill="B7DDE8" w:val="clear"/>
        </w:rPr>
        <w:t xml:space="preserve">He was stricken for the transgression of My people</w:t>
      </w:r>
      <w:r>
        <w:rPr>
          <w:b w:val="false"/>
          <w:i w:val="false"/>
          <w:color w:val="000000"/>
          <w:u w:val="none"/>
        </w:rPr>
        <w:t xml:space="preserve"> [1JLX]</w:t>
      </w:r>
      <w:r>
        <w:rPr/>
        <w:t xml:space="preserve">.</w:t>
      </w:r>
    </w:p>
    <w:p>
      <w:pPr>
        <w:pStyle w:val="Yellow"/>
        <w:rPr/>
      </w:pPr>
      <w:r>
        <w:t xml:space="preserve">&lt;2&gt;(Is52:13 “My Servant”) </w:t>
      </w:r>
      <w:r>
        <w:rPr>
          <w:b/>
        </w:rPr>
        <w:t>Isaiah 53:11</w:t>
      </w:r>
      <w:r>
        <w:t xml:space="preserve"> — </w:t>
      </w:r>
      <w:r>
        <w:rPr>
          <w:shd w:fill="B7DDE8" w:val="clear"/>
        </w:rPr>
        <w:t>After the anguish of {His} soul, He will see the light of life</w:t>
      </w:r>
      <w:r>
        <w:rPr>
          <w:b w:val="false"/>
          <w:i w:val="false"/>
          <w:color w:val="000000"/>
          <w:u w:val="none"/>
        </w:rPr>
        <w:t xml:space="preserve"> [1CIQ]</w:t>
      </w:r>
      <w:r>
        <w:t xml:space="preserve"> and </w:t>
      </w:r>
      <w:r>
        <w:rPr>
          <w:shd w:fill="B7DDE8" w:val="clear"/>
        </w:rPr>
        <w:t>be satisfied</w:t>
      </w:r>
      <w:r>
        <w:rPr>
          <w:b w:val="false"/>
          <w:i w:val="false"/>
          <w:u w:val="none"/>
          <w:color w:val="000000"/>
        </w:rPr>
        <w:t xml:space="preserve"> [4CIR]</w:t>
      </w:r>
      <w:r>
        <w:t xml:space="preserve">. </w:t>
      </w:r>
      <w:r>
        <w:rPr>
          <w:shd w:fill="B7DDE8" w:val="clear"/>
        </w:rPr>
        <w:t xml:space="preserve">By His knowledge </w:t>
      </w:r>
      <w:r>
        <w:rPr>
          <w:shd w:fill="B7DDE8" w:val="clear"/>
        </w:rPr>
        <w:t>My righteous Servant</w:t>
      </w:r>
      <w:r>
        <w:rPr>
          <w:b w:val="false"/>
          <w:i w:val="false"/>
          <w:color w:val="000000"/>
          <w:u w:val="none"/>
        </w:rPr>
        <w:t xml:space="preserve"> [1AYE]</w:t>
      </w:r>
      <w:r>
        <w:rPr>
          <w:shd w:fill="B7DDE8" w:val="clear"/>
        </w:rPr>
        <w:t xml:space="preserve"> will justify many</w:t>
      </w:r>
      <w:r>
        <w:rPr>
          <w:b w:val="false"/>
          <w:i w:val="false"/>
          <w:color w:val="000000"/>
          <w:u w:val="none"/>
        </w:rPr>
        <w:t xml:space="preserve"> [1AYF]</w:t>
      </w:r>
      <w:r>
        <w:t xml:space="preserve">, and </w:t>
      </w:r>
      <w:r>
        <w:rPr>
          <w:shd w:fill="B7DDE8" w:val="clear"/>
        </w:rPr>
        <w:t>He will bear their iniquities</w:t>
      </w:r>
      <w:r>
        <w:rPr>
          <w:b w:val="false"/>
          <w:i w:val="false"/>
          <w:color w:val="000000"/>
          <w:u w:val="none"/>
        </w:rPr>
        <w:t xml:space="preserve"> [2AYG]</w:t>
      </w:r>
      <w:r>
        <w:t>.</w:t>
      </w:r>
    </w:p>
    <w:p>
      <w:pPr>
        <w:pStyle w:val="Yellow"/>
        <w:rPr/>
      </w:pPr>
      <w:r>
        <w:t xml:space="preserve">&lt;2&gt;(Is53:11 “My righteous Servant will justify many”) </w:t>
      </w:r>
      <w:r>
        <w:rPr>
          <w:b/>
        </w:rPr>
        <w:t>Isaiah 53:12</w:t>
      </w:r>
      <w:r>
        <w:t xml:space="preserve"> — </w:t>
      </w:r>
      <w:r>
        <w:rPr>
          <w:shd w:fill="B7DDE8" w:val="clear"/>
        </w:rPr>
        <w:t>{Therefore} I will allot {Him} a portion with the great</w:t>
      </w:r>
      <w:r>
        <w:rPr>
          <w:b w:val="false"/>
          <w:i w:val="false"/>
          <w:color w:val="000000"/>
          <w:u w:val="none"/>
        </w:rPr>
        <w:t xml:space="preserve"> [1AYH]</w:t>
      </w:r>
      <w:r>
        <w:rPr/>
        <w:t xml:space="preserve">, and </w:t>
      </w:r>
      <w:r>
        <w:rPr>
          <w:shd w:fill="B7DDE8" w:val="clear"/>
        </w:rPr>
        <w:t>He will divide the spoils with the strong</w:t>
      </w:r>
      <w:r>
        <w:rPr>
          <w:b w:val="false"/>
          <w:i w:val="false"/>
          <w:color w:val="000000"/>
          <w:u w:val="none"/>
        </w:rPr>
        <w:t xml:space="preserve"> [1AYI]</w:t>
      </w:r>
      <w:r>
        <w:rPr>
          <w:shd w:fill="B7DDE8" w:val="clear"/>
        </w:rPr>
        <w:t xml:space="preserve">, because </w:t>
      </w:r>
      <w:r>
        <w:rPr>
          <w:shd w:fill="B7DDE8" w:val="clear"/>
        </w:rPr>
        <w:t>He has poured out His life unto death</w:t>
      </w:r>
      <w:r>
        <w:rPr>
          <w:b w:val="false"/>
          <w:i w:val="false"/>
          <w:color w:val="000000"/>
          <w:u w:val="none"/>
        </w:rPr>
        <w:t xml:space="preserve"> [1AYJ]</w:t>
      </w:r>
      <w:r>
        <w:rPr/>
        <w:t xml:space="preserve">, and </w:t>
      </w:r>
      <w:r>
        <w:rPr>
          <w:shd w:fill="B7DDE8" w:val="clear"/>
        </w:rPr>
        <w:t>He was numbered with the transgressors</w:t>
      </w:r>
      <w:r>
        <w:rPr>
          <w:b w:val="false"/>
          <w:i w:val="false"/>
          <w:color w:val="000000"/>
          <w:u w:val="none"/>
        </w:rPr>
        <w:t xml:space="preserve"> [1AYK]</w:t>
      </w:r>
      <w:r>
        <w:t xml:space="preserve">. Yet </w:t>
      </w:r>
      <w:r>
        <w:rPr>
          <w:shd w:fill="B7DDE8" w:val="clear"/>
        </w:rPr>
        <w:t>He bore the sin of many</w:t>
      </w:r>
      <w:r>
        <w:rPr>
          <w:b w:val="false"/>
          <w:i w:val="false"/>
          <w:color w:val="000000"/>
          <w:u w:val="none"/>
        </w:rPr>
        <w:t xml:space="preserve"> [2AYG]</w:t>
      </w:r>
      <w:r>
        <w:t xml:space="preserve"> and </w:t>
      </w:r>
      <w:r>
        <w:rPr>
          <w:shd w:fill="B7DDE8" w:val="clear"/>
        </w:rPr>
        <w:t>made intercession for the transgressors</w:t>
      </w:r>
      <w:r>
        <w:rPr>
          <w:b w:val="false"/>
          <w:i w:val="false"/>
          <w:color w:val="000000"/>
          <w:u w:val="none"/>
        </w:rPr>
        <w:t xml:space="preserve"> [1AYM]</w:t>
      </w:r>
      <w:r>
        <w:t>.</w:t>
      </w:r>
    </w:p>
    <w:p>
      <w:pPr>
        <w:pStyle w:val="Yellow"/>
        <w:rPr/>
      </w:pPr>
      <w:r>
        <w:rPr>
          <w:b/>
        </w:rPr>
        <w:t>Isaiah 63:16</w:t>
      </w:r>
      <w:r>
        <w:rPr/>
        <w:t xml:space="preserve"> — </w:t>
      </w:r>
      <w:r>
        <w:rPr>
          <w:shd w:val="clear" w:color="auto" w:fill="D9C3E6"/>
        </w:rPr>
        <w:t>You, O LORD, are our Father</w:t>
      </w:r>
      <w:r>
        <w:rPr>
          <w:b w:val="false"/>
          <w:i w:val="false"/>
          <w:color w:val="000000"/>
          <w:u w:val="none"/>
        </w:rPr>
        <w:t xml:space="preserve"> [3BOG]</w:t>
      </w:r>
      <w:r>
        <w:rPr/>
        <w:t xml:space="preserve">; </w:t>
      </w:r>
      <w:r>
        <w:rPr>
          <w:shd w:fill="B7DDE8" w:val="clear"/>
        </w:rPr>
        <w:t>our Redeemer from Everlasting is Your name</w:t>
      </w:r>
      <w:r>
        <w:rPr>
          <w:b w:val="false"/>
          <w:i w:val="false"/>
          <w:color w:val="000000"/>
          <w:u w:val="none"/>
        </w:rPr>
        <w:t xml:space="preserve"> [1LXK]</w:t>
      </w:r>
      <w:r>
        <w:rPr/>
        <w:t>.</w:t>
      </w:r>
    </w:p>
    <w:p>
      <w:pPr>
        <w:pStyle w:val="Yellow"/>
        <w:rPr/>
      </w:pPr>
      <w:r>
        <w:rPr/>
        <w:t xml:space="preserve">(Je31:10 God will “gather” and “keep” Israel¹) </w:t>
      </w:r>
      <w:r>
        <w:rPr>
          <w:b/>
        </w:rPr>
        <w:t>Jeremiah 31:11</w:t>
      </w:r>
      <w:r>
        <w:rPr/>
        <w:t xml:space="preserve"> — {For} </w:t>
      </w:r>
      <w:r>
        <w:rPr>
          <w:shd w:val="clear" w:fill="B7DDE8"/>
        </w:rPr>
        <w:t>the LORD has ransomed Jacob</w:t>
      </w:r>
      <w:r>
        <w:rPr>
          <w:b w:val="false"/>
          <w:i w:val="false"/>
          <w:color w:val="000000"/>
          <w:u w:val="none"/>
        </w:rPr>
        <w:t xml:space="preserve"> [1BVI]</w:t>
      </w:r>
      <w:r>
        <w:rPr/>
        <w:t xml:space="preserve"> and </w:t>
      </w:r>
      <w:r>
        <w:rPr>
          <w:shd w:val="clear" w:fill="B7DDE8"/>
        </w:rPr>
        <w:t>redeemed him from the hand that had overpowered him</w:t>
      </w:r>
      <w:r>
        <w:rPr>
          <w:b w:val="false"/>
          <w:i w:val="false"/>
          <w:color w:val="000000"/>
          <w:u w:val="none"/>
        </w:rPr>
        <w:t xml:space="preserve"> [1BVJ]</w:t>
      </w:r>
      <w:r>
        <w:rPr/>
        <w:t>.</w:t>
      </w:r>
    </w:p>
    <w:p>
      <w:pPr>
        <w:pStyle w:val="Yellow"/>
        <w:rPr/>
      </w:pPr>
      <w:r>
        <w:t xml:space="preserve">(Ho13:9 “Israel”) </w:t>
      </w:r>
      <w:r>
        <w:rPr>
          <w:b/>
        </w:rPr>
        <w:t>Hosea 13:14</w:t>
      </w:r>
      <w:r>
        <w:t xml:space="preserve"> — </w:t>
      </w:r>
      <w:r>
        <w:rPr>
          <w:shd w:fill="B7DDE8" w:val="clear"/>
        </w:rPr>
        <w:t>I will ransom {them} from the power of Sheol</w:t>
      </w:r>
      <w:r>
        <w:rPr>
          <w:b w:val="false"/>
          <w:i w:val="false"/>
          <w:color w:val="000000"/>
          <w:u w:val="none"/>
        </w:rPr>
        <w:t xml:space="preserve"> [1AXC]</w:t>
      </w:r>
      <w:r>
        <w:t xml:space="preserve">; </w:t>
      </w:r>
      <w:r>
        <w:rPr>
          <w:shd w:fill="B7DDE8" w:val="clear"/>
        </w:rPr>
        <w:t>I will redeem them from Death</w:t>
      </w:r>
      <w:r>
        <w:rPr>
          <w:b w:val="false"/>
          <w:i w:val="false"/>
          <w:color w:val="000000"/>
          <w:u w:val="none"/>
        </w:rPr>
        <w:t xml:space="preserve"> [1AXC]</w:t>
      </w:r>
      <w:r>
        <w:t xml:space="preserve">. </w:t>
      </w:r>
      <w:r>
        <w:rPr>
          <w:shd w:fill="B7DDE8" w:val="clear"/>
        </w:rPr>
        <w:t>Where, O Death, are your plagues? Where, O Sheol, is your sting</w:t>
      </w:r>
      <w:r>
        <w:rPr>
          <w:b w:val="false"/>
          <w:i w:val="false"/>
          <w:color w:val="000000"/>
          <w:u w:val="none"/>
        </w:rPr>
        <w:t xml:space="preserve"> [1AXD]</w:t>
      </w:r>
      <w:r>
        <w:t>?</w:t>
      </w:r>
    </w:p>
    <w:p>
      <w:pPr>
        <w:pStyle w:val="Yellow"/>
        <w:rPr/>
      </w:pPr>
      <w:r>
        <w:rPr>
          <w:b/>
          <w:shd w:val="clear" w:color="auto" w:fill="548235"/>
          <w:color w:val="FFFFFF"/>
        </w:rPr>
        <w:t>Jonah 2:6</w:t>
      </w:r>
      <w:r>
        <w:rPr>
          <w:shd w:val="clear" w:color="auto" w:fill="548235"/>
          <w:color w:val="FFFFFF"/>
        </w:rPr>
        <w:t xml:space="preserve"> — </w:t>
      </w:r>
      <w:r>
        <w:rPr>
          <w:shd w:fill="548235" w:val="clear" w:color="auto"/>
          <w:color w:val="FFFFFF"/>
        </w:rPr>
        <w:t>You raised my life from the pit, O LORD my God</w:t>
      </w:r>
      <w:r>
        <w:rPr>
          <w:b w:val="false"/>
          <w:i w:val="false"/>
          <w:color w:val="FFFFFF"/>
          <w:u w:val="none"/>
          <w:shd w:val="clear" w:color="auto" w:fill="548235"/>
        </w:rPr>
        <w:t xml:space="preserve"> [1LVX]</w:t>
      </w:r>
      <w:r>
        <w:rPr>
          <w:shd w:val="clear" w:color="auto" w:fill="548235"/>
          <w:color w:val="FFFFFF"/>
        </w:rPr>
        <w:t>!</w:t>
      </w:r>
    </w:p>
    <w:p>
      <w:pPr>
        <w:pStyle w:val="Yellow"/>
        <w:rPr/>
      </w:pPr>
      <w:r>
        <w:rPr>
          <w:b/>
          <w:shd w:val="clear" w:color="auto" w:fill="F4B183"/>
          <w:color w:val="000000"/>
        </w:rPr>
        <w:t xml:space="preserve">Micah 6:4</w:t>
      </w:r>
      <w:r>
        <w:rPr>
          <w:shd w:val="clear" w:color="auto" w:fill="F4B183"/>
          <w:color w:val="000000"/>
        </w:rPr>
        <w:t xml:space="preserve"> — </w:t>
      </w:r>
      <w:r>
        <w:rPr>
          <w:shd w:fill="F4B183" w:val="clear" w:color="auto"/>
          <w:color w:val="000000"/>
        </w:rPr>
        <w:t xml:space="preserve">I brought you up from the land of Egypt</w:t>
      </w:r>
      <w:r>
        <w:rPr>
          <w:b w:val="false"/>
          <w:i w:val="false"/>
          <w:color w:val="000000"/>
          <w:u w:val="none"/>
          <w:shd w:val="clear" w:color="auto" w:fill="F4B183"/>
        </w:rPr>
        <w:t xml:space="preserve"> [2KHT]</w:t>
      </w:r>
      <w:r>
        <w:rPr>
          <w:shd w:val="clear" w:color="auto" w:fill="F4B183"/>
          <w:color w:val="000000"/>
        </w:rPr>
        <w:t xml:space="preserve"> and </w:t>
      </w:r>
      <w:r>
        <w:rPr>
          <w:shd w:fill="F4B183" w:val="clear" w:color="auto"/>
          <w:color w:val="000000"/>
        </w:rPr>
        <w:t xml:space="preserve">redeemed you from the house of slavery</w:t>
      </w:r>
      <w:r>
        <w:rPr>
          <w:b w:val="false"/>
          <w:i w:val="false"/>
          <w:color w:val="000000"/>
          <w:u w:val="none"/>
          <w:shd w:val="clear" w:color="auto" w:fill="F4B183"/>
        </w:rPr>
        <w:t xml:space="preserve"> [1KHU]</w:t>
      </w:r>
      <w:r>
        <w:rPr>
          <w:shd w:val="clear" w:color="auto" w:fill="F4B183"/>
          <w:color w:val="000000"/>
        </w:rPr>
        <w:t xml:space="preserve">.</w:t>
      </w:r>
    </w:p>
    <w:p>
      <w:pPr>
        <w:pStyle w:val="Yellow"/>
        <w:rPr/>
      </w:pPr>
      <w:r>
        <w:rPr>
          <w:u w:val="none"/>
        </w:rPr>
        <w:t xml:space="preserve">(Mk14:28ᶜ Jesus said, “after I have risen”) </w:t>
      </w:r>
      <w:r>
        <w:rPr>
          <w:b/>
          <w:u w:val="none"/>
        </w:rPr>
        <w:t>Mark 16:6</w:t>
      </w:r>
      <w:r>
        <w:rPr>
          <w:u w:val="none"/>
        </w:rPr>
        <w:t xml:space="preserve"> — You are looking for </w:t>
      </w:r>
      <w:r>
        <w:rPr>
          <w:u w:val="none"/>
          <w:shd w:fill="B7DDE8" w:val="clear"/>
        </w:rPr>
        <w:t>Jesus the Nazarene, who was crucified</w:t>
      </w:r>
      <w:r>
        <w:rPr>
          <w:b w:val="false"/>
          <w:i w:val="false"/>
          <w:color w:val="000000"/>
          <w:u w:val="none"/>
        </w:rPr>
        <w:t xml:space="preserve"> [1AZK]</w:t>
      </w:r>
      <w:r>
        <w:rPr>
          <w:u w:val="none"/>
        </w:rPr>
        <w:t xml:space="preserve">. </w:t>
      </w:r>
      <w:r>
        <w:rPr>
          <w:u w:val="none"/>
          <w:shd w:fill="B7DDE8" w:val="clear"/>
        </w:rPr>
        <w:t>He has risen</w:t>
      </w:r>
      <w:r>
        <w:rPr>
          <w:b w:val="false"/>
          <w:i w:val="false"/>
          <w:color w:val="000000"/>
          <w:u w:val="none"/>
        </w:rPr>
        <w:t xml:space="preserve"> [7AVP]</w:t>
      </w:r>
      <w:r>
        <w:rPr>
          <w:u w:val="none"/>
          <w:shd w:val="clear" w:color="auto" w:fill="548235"/>
          <w:color w:val="FFFFFF"/>
        </w:rPr>
        <w:t xml:space="preserve">! </w:t>
      </w:r>
      <w:r>
        <w:rPr>
          <w:u w:val="none"/>
          <w:shd w:fill="548235" w:val="clear" w:color="auto"/>
          <w:color w:val="FFFFFF"/>
        </w:rPr>
        <w:t>He is not here</w:t>
      </w:r>
      <w:r>
        <w:rPr>
          <w:b w:val="false"/>
          <w:i w:val="false"/>
          <w:color w:val="FFFFFF"/>
          <w:u w:val="none"/>
          <w:shd w:val="clear" w:color="auto" w:fill="548235"/>
        </w:rPr>
        <w:t xml:space="preserve"> [1AZL]</w:t>
      </w:r>
      <w:r>
        <w:rPr>
          <w:u w:val="none"/>
          <w:shd w:val="clear" w:color="auto" w:fill="548235"/>
          <w:color w:val="FFFFFF"/>
        </w:rPr>
        <w:t>!</w:t>
      </w:r>
    </w:p>
    <w:p>
      <w:pPr>
        <w:pStyle w:val="Yellow"/>
        <w:rPr/>
      </w:pPr>
      <w:r>
        <w:rPr/>
        <w:t xml:space="preserve">(Lk1:72–73ᶜ God remembers “His holy covenant”) </w:t>
      </w:r>
      <w:r>
        <w:rPr>
          <w:b/>
        </w:rPr>
        <w:t xml:space="preserve">Luke 1:68</w:t>
      </w:r>
      <w:r>
        <w:rPr/>
        <w:t xml:space="preserve"> — “</w:t>
      </w:r>
      <w:r>
        <w:rPr>
          <w:shd w:fill="B7DDE8" w:val="clear"/>
        </w:rPr>
        <w:t xml:space="preserve">Blessed be the Lord</w:t>
      </w:r>
      <w:r>
        <w:rPr>
          <w:b w:val="false"/>
          <w:i w:val="false"/>
          <w:u w:val="none"/>
          <w:color w:val="000000"/>
        </w:rPr>
        <w:t xml:space="preserve"> [8CQM]</w:t>
      </w:r>
      <w:r>
        <w:rPr/>
        <w:t xml:space="preserve">, </w:t>
      </w:r>
      <w:r>
        <w:rPr>
          <w:shd w:fill="B7DDE8" w:val="clear"/>
        </w:rPr>
        <w:t xml:space="preserve">the God of Israel</w:t>
      </w:r>
      <w:r>
        <w:rPr>
          <w:b w:val="false"/>
          <w:i w:val="false"/>
          <w:color w:val="000000"/>
          <w:u w:val="none"/>
        </w:rPr>
        <w:t xml:space="preserve"> [1GFD]</w:t>
      </w:r>
      <w:r>
        <w:rPr/>
        <w:t xml:space="preserve">, because </w:t>
      </w:r>
      <w:r>
        <w:rPr>
          <w:shd w:fill="B7DDE8" w:val="clear"/>
        </w:rPr>
        <w:t xml:space="preserve">He has visited and redeemed His people</w:t>
      </w:r>
      <w:r>
        <w:rPr>
          <w:b w:val="false"/>
          <w:i w:val="false"/>
          <w:color w:val="000000"/>
          <w:u w:val="none"/>
        </w:rPr>
        <w:t xml:space="preserve"> [1GFE]</w:t>
      </w:r>
      <w:r>
        <w:rPr>
          <w:b w:val="false"/>
          <w:i w:val="false"/>
          <w:color w:val="000000"/>
          <w:u w:val="none"/>
        </w:rPr>
        <w:t xml:space="preserve"> [1GFF]</w:t>
      </w:r>
      <w:r>
        <w:rPr/>
        <w:t xml:space="preserve">.</w:t>
      </w:r>
    </w:p>
    <w:p>
      <w:pPr>
        <w:pStyle w:val="Yellow"/>
        <w:rPr/>
      </w:pPr>
      <w:r>
        <w:rPr>
          <w:u w:val="none"/>
        </w:rPr>
        <w:t xml:space="preserve">(Ac3:13 Jesus) </w:t>
      </w:r>
      <w:r>
        <w:rPr>
          <w:b/>
          <w:u w:val="none"/>
        </w:rPr>
        <w:t>Acts 3:15</w:t>
      </w:r>
      <w:r>
        <w:rPr>
          <w:u w:val="none"/>
        </w:rPr>
        <w:t xml:space="preserve"> — </w:t>
      </w:r>
      <w:r>
        <w:rPr>
          <w:u w:val="none"/>
          <w:shd w:fill="B7DDE8" w:val="clear"/>
        </w:rPr>
        <w:t>You killed the {Author of life}</w:t>
      </w:r>
      <w:r>
        <w:rPr>
          <w:b w:val="false"/>
          <w:i w:val="false"/>
          <w:color w:val="000000"/>
          <w:u w:val="none"/>
        </w:rPr>
        <w:t xml:space="preserve"> [1EVD]</w:t>
      </w:r>
      <w:r>
        <w:rPr>
          <w:u w:val="none"/>
        </w:rPr>
        <w:t xml:space="preserve">, but </w:t>
      </w:r>
      <w:r>
        <w:rPr>
          <w:u w:val="none"/>
          <w:shd w:fill="B7DDE8" w:val="clear"/>
        </w:rPr>
        <w:t>God raised Him from the dead</w:t>
      </w:r>
      <w:r>
        <w:rPr>
          <w:b w:val="false"/>
          <w:i w:val="false"/>
          <w:color w:val="000000"/>
          <w:u w:val="none"/>
        </w:rPr>
        <w:t xml:space="preserve"> [5MHB]</w:t>
      </w:r>
    </w:p>
    <w:p>
      <w:pPr>
        <w:pStyle w:val="Yellow"/>
        <w:rPr/>
      </w:pPr>
      <w:r>
        <w:t xml:space="preserve">(Ro4:24 "Jesus our Lord") </w:t>
      </w:r>
      <w:r>
        <w:rPr>
          <w:b/>
        </w:rPr>
        <w:t>Romans 4:25</w:t>
      </w:r>
      <w:r>
        <w:t xml:space="preserve"> — </w:t>
      </w:r>
      <w:r>
        <w:rPr>
          <w:shd w:fill="B7DDE8" w:val="clear"/>
        </w:rPr>
        <w:t>{He} was delivered over to death for our trespasses</w:t>
      </w:r>
      <w:r>
        <w:rPr>
          <w:b w:val="false"/>
          <w:i w:val="false"/>
          <w:color w:val="000000"/>
          <w:u w:val="none"/>
        </w:rPr>
        <w:t xml:space="preserve"> [1BRW]</w:t>
      </w:r>
      <w:r>
        <w:rPr>
          <w:shd w:fill="B7DDE8" w:val="clear"/>
        </w:rPr>
        <w:t xml:space="preserve"> and was raised to life for our justification</w:t>
      </w:r>
      <w:r>
        <w:rPr>
          <w:b w:val="false"/>
          <w:i w:val="false"/>
          <w:color w:val="000000"/>
          <w:u w:val="none"/>
        </w:rPr>
        <w:t xml:space="preserve"> [1BRX]</w:t>
      </w:r>
      <w:r>
        <w:t>.</w:t>
      </w:r>
    </w:p>
    <w:p>
      <w:pPr>
        <w:pStyle w:val="Yellow"/>
        <w:rPr/>
      </w:pPr>
      <w:r>
        <w:rPr>
          <w:b/>
          <w:u w:val="none"/>
        </w:rPr>
        <w:t>Romans 5:6</w:t>
      </w:r>
      <w:r>
        <w:rPr>
          <w:u w:val="none"/>
        </w:rPr>
        <w:t xml:space="preserve"> — </w:t>
      </w:r>
      <w:r>
        <w:rPr>
          <w:u w:val="none"/>
          <w:shd w:fill="B7DDE8" w:val="clear"/>
        </w:rPr>
        <w:t>Christ died for the ungodly</w:t>
      </w:r>
      <w:r>
        <w:rPr>
          <w:b w:val="false"/>
          <w:i w:val="false"/>
          <w:color w:val="000000"/>
          <w:u w:val="none"/>
        </w:rPr>
        <w:t xml:space="preserve"> [1AXE]</w:t>
      </w:r>
      <w:r>
        <w:rPr>
          <w:u w:val="none"/>
        </w:rPr>
        <w:t>.</w:t>
      </w:r>
    </w:p>
    <w:p>
      <w:pPr>
        <w:pStyle w:val="Yellow"/>
        <w:rPr/>
      </w:pPr>
      <w:r>
        <w:rPr>
          <w:b/>
          <w:u w:val="none"/>
        </w:rPr>
        <w:t>Romans 5:8</w:t>
      </w:r>
      <w:r>
        <w:rPr>
          <w:u w:val="none"/>
        </w:rPr>
        <w:t xml:space="preserve"> — </w:t>
      </w:r>
      <w:r>
        <w:rPr>
          <w:u w:val="none"/>
          <w:shd w:fill="B7DDE8" w:val="clear"/>
        </w:rPr>
        <w:t>God proves His love for us</w:t>
      </w:r>
      <w:r>
        <w:rPr>
          <w:b w:val="false"/>
          <w:i w:val="false"/>
          <w:color w:val="000000"/>
          <w:u w:val="none"/>
        </w:rPr>
        <w:t xml:space="preserve"> [1AZV]</w:t>
      </w:r>
      <w:r>
        <w:rPr>
          <w:u w:val="none"/>
          <w:shd w:fill="B7DDE8" w:val="clear"/>
        </w:rPr>
        <w:t xml:space="preserve"> in this: While we were still sinners, Christ died for us</w:t>
      </w:r>
      <w:r>
        <w:rPr>
          <w:b w:val="false"/>
          <w:i w:val="false"/>
          <w:color w:val="000000"/>
          <w:u w:val="none"/>
        </w:rPr>
        <w:t xml:space="preserve"> [1AZW]</w:t>
      </w:r>
      <w:r>
        <w:rPr>
          <w:u w:val="none"/>
        </w:rPr>
        <w:t>.</w:t>
      </w:r>
    </w:p>
    <w:p>
      <w:pPr>
        <w:pStyle w:val="Yellow"/>
        <w:rPr/>
      </w:pPr>
      <w:r>
        <w:rPr/>
        <w:t xml:space="preserve">(Ro6:9 “Christ”) </w:t>
      </w:r>
      <w:r>
        <w:rPr>
          <w:b/>
        </w:rPr>
        <w:t xml:space="preserve">Romans 6:10</w:t>
      </w:r>
      <w:r>
        <w:rPr/>
        <w:t xml:space="preserve"> — </w:t>
      </w:r>
      <w:r>
        <w:rPr>
          <w:shd w:fill="B7DDE8" w:val="clear"/>
        </w:rPr>
        <w:t xml:space="preserve">The death {He} died, He died to sin once for all</w:t>
      </w:r>
      <w:r>
        <w:rPr>
          <w:b w:val="false"/>
          <w:i w:val="false"/>
          <w:color w:val="000000"/>
          <w:u w:val="none"/>
        </w:rPr>
        <w:t xml:space="preserve"> [1IZT]</w:t>
      </w:r>
      <w:r>
        <w:rPr/>
        <w:t xml:space="preserve">; but </w:t>
      </w:r>
      <w:r>
        <w:rPr>
          <w:shd w:fill="B7DDE8" w:val="clear"/>
        </w:rPr>
        <w:t xml:space="preserve">the life He lives, He lives to God</w:t>
      </w:r>
      <w:r>
        <w:rPr>
          <w:b w:val="false"/>
          <w:i w:val="false"/>
          <w:color w:val="000000"/>
          <w:u w:val="none"/>
        </w:rPr>
        <w:t xml:space="preserve"> [1IZU]</w:t>
      </w:r>
      <w:r>
        <w:rPr/>
        <w:t xml:space="preserve">.</w:t>
      </w:r>
    </w:p>
    <w:p>
      <w:pPr>
        <w:pStyle w:val="Yellow"/>
        <w:rPr/>
      </w:pPr>
      <w:r>
        <w:rPr>
          <w:b/>
        </w:rPr>
        <w:t xml:space="preserve">1 Corinthians 5:7</w:t>
      </w:r>
      <w:r>
        <w:rPr/>
        <w:t xml:space="preserve"> — For </w:t>
      </w:r>
      <w:r>
        <w:rPr>
          <w:shd w:fill="B7DDE8" w:val="clear"/>
        </w:rPr>
        <w:t xml:space="preserve">Christ, our Passover lamb, has been sacrificed</w:t>
      </w:r>
      <w:r>
        <w:rPr>
          <w:b w:val="false"/>
          <w:i w:val="false"/>
          <w:color w:val="000000"/>
          <w:u w:val="none"/>
        </w:rPr>
        <w:t xml:space="preserve"> [1LJS]</w:t>
      </w:r>
      <w:r>
        <w:rPr/>
        <w:t xml:space="preserve">.</w:t>
      </w:r>
    </w:p>
    <w:p>
      <w:pPr>
        <w:pStyle w:val="Yellow"/>
        <w:rPr/>
      </w:pPr>
      <w:r>
        <w:rPr>
          <w:b/>
        </w:rPr>
        <w:t xml:space="preserve">Galatians 3:13</w:t>
      </w:r>
      <w:r>
        <w:rPr/>
        <w:t xml:space="preserve"> — </w:t>
      </w:r>
      <w:r>
        <w:rPr>
          <w:shd w:fill="B7DDE8" w:val="clear"/>
        </w:rPr>
        <w:t xml:space="preserve">Christ redeemed us from the curse of the law</w:t>
      </w:r>
      <w:r>
        <w:rPr>
          <w:b w:val="false"/>
          <w:i w:val="false"/>
          <w:color w:val="000000"/>
          <w:u w:val="none"/>
        </w:rPr>
        <w:t xml:space="preserve"> [1JKC]</w:t>
      </w:r>
      <w:r>
        <w:rPr/>
        <w:t xml:space="preserve"> </w:t>
      </w:r>
      <w:r>
        <w:rPr>
          <w:shd w:fill="B7DDE8" w:val="clear"/>
        </w:rPr>
        <w:t xml:space="preserve">by becoming a curse for us</w:t>
      </w:r>
      <w:r>
        <w:rPr>
          <w:b w:val="false"/>
          <w:i w:val="false"/>
          <w:color w:val="000000"/>
          <w:u w:val="none"/>
        </w:rPr>
        <w:t xml:space="preserve"> [1JKD]</w:t>
      </w:r>
      <w:r>
        <w:rPr/>
        <w:t xml:space="preserve">.</w:t>
      </w:r>
    </w:p>
    <w:p>
      <w:pPr>
        <w:pStyle w:val="Yellow"/>
        <w:rPr/>
      </w:pPr>
      <w:r>
        <w:rPr>
          <w:u w:val="none"/>
        </w:rPr>
        <w:t xml:space="preserve">(Ep1:5 “Jesus”) </w:t>
      </w:r>
      <w:r>
        <w:rPr>
          <w:b/>
          <w:u w:val="none"/>
        </w:rPr>
        <w:t>Ephesians 1:7–8</w:t>
      </w:r>
      <w:r>
        <w:rPr>
          <w:u w:val="none"/>
        </w:rPr>
        <w:t xml:space="preserve"> — In {Him} </w:t>
      </w:r>
      <w:r>
        <w:rPr>
          <w:u w:val="none"/>
          <w:shd w:val="clear" w:fill="B7DDE8"/>
        </w:rPr>
        <w:t>we have redemption through His blood</w:t>
      </w:r>
      <w:r>
        <w:rPr>
          <w:b w:val="false"/>
          <w:i w:val="false"/>
          <w:color w:val="000000"/>
          <w:u w:val="none"/>
        </w:rPr>
        <w:t xml:space="preserve"> [1CAT]</w:t>
      </w:r>
      <w:r>
        <w:rPr>
          <w:u w:val="none"/>
          <w:shd w:val="clear" w:fill="B7DDE8"/>
        </w:rPr>
        <w:t>, the forgiveness of our trespasses</w:t>
      </w:r>
      <w:r>
        <w:rPr>
          <w:b w:val="false"/>
          <w:i w:val="false"/>
          <w:color w:val="000000"/>
          <w:u w:val="none"/>
        </w:rPr>
        <w:t xml:space="preserve"> [1CAU]</w:t>
      </w:r>
      <w:r>
        <w:rPr>
          <w:u w:val="none"/>
        </w:rPr>
        <w:t xml:space="preserve">, </w:t>
      </w:r>
      <w:r>
        <w:rPr>
          <w:u w:val="none"/>
          <w:shd w:val="clear" w:fill="B7DDE8"/>
        </w:rPr>
        <w:t>according to the riches of His grace</w:t>
      </w:r>
      <w:r>
        <w:rPr>
          <w:b w:val="false"/>
          <w:i w:val="false"/>
          <w:color w:val="000000"/>
          <w:u w:val="none"/>
        </w:rPr>
        <w:t xml:space="preserve"> [1CAV]</w:t>
      </w:r>
      <w:r>
        <w:rPr>
          <w:u w:val="none"/>
          <w:shd w:val="clear" w:fill="B7DDE8"/>
        </w:rPr>
        <w:t xml:space="preserve"> that He lavished on us</w:t>
      </w:r>
      <w:r>
        <w:rPr>
          <w:b w:val="false"/>
          <w:i w:val="false"/>
          <w:u w:val="none"/>
          <w:color w:val="000000"/>
        </w:rPr>
        <w:t xml:space="preserve"> [1CAW]</w:t>
      </w:r>
      <w:r>
        <w:rPr>
          <w:u w:val="none"/>
          <w:shd w:val="clear" w:fill="B7DDE8"/>
        </w:rPr>
        <w:t xml:space="preserve"> with all wisdom and understanding</w:t>
      </w:r>
      <w:r>
        <w:rPr>
          <w:b w:val="false"/>
          <w:i w:val="false"/>
          <w:color w:val="000000"/>
          <w:u w:val="none"/>
        </w:rPr>
        <w:t xml:space="preserve"> [1CAX]</w:t>
      </w:r>
      <w:r>
        <w:rPr>
          <w:u w:val="none"/>
        </w:rPr>
        <w:t>.</w:t>
      </w:r>
    </w:p>
    <w:p>
      <w:pPr>
        <w:pStyle w:val="Yellow"/>
        <w:rPr/>
        <w:pBdr>
          <w:left w:val="single" w:sz="28" w:space="5" w:color="C00000"/>
        </w:pBdr>
      </w:pPr>
      <w:r>
        <w:rPr>
          <w:b/>
          <w:u w:val="none"/>
        </w:rPr>
        <w:t>Ephesians 5:2</w:t>
      </w:r>
      <w:r>
        <w:rPr>
          <w:u w:val="none"/>
        </w:rPr>
        <w:t xml:space="preserve"> — </w:t>
      </w:r>
      <w:r>
        <w:rPr>
          <w:u w:val="none"/>
          <w:shd w:fill="B7DDE8" w:val="clear"/>
        </w:rPr>
        <w:t>Christ loved us</w:t>
      </w:r>
      <w:r>
        <w:rPr>
          <w:b w:val="false"/>
          <w:i w:val="false"/>
          <w:u w:val="none"/>
          <w:color w:val="000000"/>
        </w:rPr>
        <w:t xml:space="preserve"> [1BAK]</w:t>
      </w:r>
      <w:r>
        <w:rPr>
          <w:u w:val="none"/>
        </w:rPr>
        <w:t xml:space="preserve"> and </w:t>
      </w:r>
      <w:r>
        <w:rPr>
          <w:u w:val="none"/>
          <w:shd w:fill="B7DDE8" w:val="clear"/>
        </w:rPr>
        <w:t>gave Himself up for us</w:t>
      </w:r>
      <w:r>
        <w:rPr>
          <w:b w:val="false"/>
          <w:i w:val="false"/>
          <w:u w:val="none"/>
          <w:color w:val="000000"/>
        </w:rPr>
        <w:t xml:space="preserve"> [2AVC]</w:t>
      </w:r>
      <w:r>
        <w:rPr>
          <w:u w:val="none"/>
        </w:rPr>
        <w:t xml:space="preserve"> </w:t>
      </w:r>
      <w:r>
        <w:rPr>
          <w:u w:val="none"/>
          <w:shd w:fill="B7DDE8" w:val="clear"/>
        </w:rPr>
        <w:t>as a fragrant sacrificial offering to God</w:t>
      </w:r>
      <w:r>
        <w:rPr>
          <w:b w:val="false"/>
          <w:i w:val="false"/>
          <w:color w:val="000000"/>
          <w:u w:val="none"/>
        </w:rPr>
        <w:t xml:space="preserve"> [1BAL]</w:t>
      </w:r>
      <w:r>
        <w:rPr>
          <w:u w:val="none"/>
        </w:rPr>
        <w:t>.</w:t>
      </w:r>
    </w:p>
    <w:p>
      <w:pPr>
        <w:pStyle w:val="Yellow"/>
        <w:rPr/>
      </w:pPr>
      <w:r>
        <w:rPr/>
        <w:t xml:space="preserve">&lt;52&gt;</w:t>
      </w:r>
      <w:r>
        <w:rPr>
          <w:b/>
        </w:rPr>
        <w:t xml:space="preserve">Hebrews 7:24-25</w:t>
      </w:r>
      <w:r>
        <w:rPr/>
        <w:t xml:space="preserve"> — But </w:t>
      </w:r>
      <w:r>
        <w:rPr>
          <w:shd w:fill="B7DDE8" w:val="clear"/>
        </w:rPr>
        <w:t xml:space="preserve">because Jesus lives forever</w:t>
      </w:r>
      <w:r>
        <w:rPr>
          <w:b w:val="false"/>
          <w:i w:val="false"/>
          <w:color w:val="000000"/>
          <w:u w:val="none"/>
        </w:rPr>
        <w:t xml:space="preserve"> [1KVK]</w:t>
      </w:r>
      <w:r>
        <w:rPr/>
        <w:t xml:space="preserve">, </w:t>
      </w:r>
      <w:r>
        <w:rPr>
          <w:shd w:fill="B7DDE8" w:val="clear"/>
        </w:rPr>
        <w:t xml:space="preserve">He has a permanent priesthood</w:t>
      </w:r>
      <w:r>
        <w:rPr>
          <w:b w:val="false"/>
          <w:i w:val="false"/>
          <w:color w:val="000000"/>
          <w:u w:val="none"/>
        </w:rPr>
        <w:t xml:space="preserve"> [1KVL]</w:t>
      </w:r>
      <w:r>
        <w:rPr/>
        <w:t xml:space="preserve">. Therefore </w:t>
      </w:r>
      <w:r>
        <w:rPr>
          <w:shd w:fill="B7DDE8" w:val="clear"/>
        </w:rPr>
        <w:t xml:space="preserve">He is able to save completely those who draw near to God through Him</w:t>
      </w:r>
      <w:r>
        <w:rPr>
          <w:b w:val="false"/>
          <w:i w:val="false"/>
          <w:color w:val="000000"/>
          <w:u w:val="none"/>
        </w:rPr>
        <w:t xml:space="preserve"> [1KVM]</w:t>
      </w:r>
      <w:r>
        <w:rPr/>
        <w:t xml:space="preserve">, since </w:t>
      </w:r>
      <w:r>
        <w:rPr>
          <w:shd w:fill="B7DDE8" w:val="clear"/>
        </w:rPr>
        <w:t xml:space="preserve">He always lives to intercede for them</w:t>
      </w:r>
      <w:r>
        <w:rPr>
          <w:b w:val="false"/>
          <w:i w:val="false"/>
          <w:color w:val="000000"/>
          <w:u w:val="none"/>
        </w:rPr>
        <w:t xml:space="preserve"> [1KVN]</w:t>
      </w:r>
      <w:r>
        <w:rPr/>
        <w:t xml:space="preserve">.</w:t>
      </w:r>
    </w:p>
    <w:p>
      <w:pPr>
        <w:pStyle w:val="Yellow"/>
        <w:rPr/>
      </w:pPr>
      <w:r>
        <w:rPr/>
        <w:t xml:space="preserve">&lt;52&gt;</w:t>
      </w:r>
      <w:r>
        <w:rPr>
          <w:b/>
        </w:rPr>
        <w:t xml:space="preserve">Hebrews 7:26</w:t>
      </w:r>
      <w:r>
        <w:rPr/>
        <w:t xml:space="preserve"> — </w:t>
      </w:r>
      <w:r>
        <w:rPr>
          <w:shd w:fill="B7DDE8" w:val="clear"/>
        </w:rPr>
        <w:t xml:space="preserve">Such a high priest truly befits us</w:t>
      </w:r>
      <w:r>
        <w:rPr>
          <w:b w:val="false"/>
          <w:i w:val="false"/>
          <w:color w:val="000000"/>
          <w:u w:val="none"/>
        </w:rPr>
        <w:t xml:space="preserve"> [1KVO]</w:t>
      </w:r>
      <w:r>
        <w:rPr/>
        <w:t xml:space="preserve">—</w:t>
      </w:r>
      <w:r>
        <w:rPr>
          <w:shd w:fill="B7DDE8" w:val="clear"/>
        </w:rPr>
        <w:t xml:space="preserve">One who is holy, innocent, undefiled, set apart from sinners</w:t>
      </w:r>
      <w:r>
        <w:rPr>
          <w:b w:val="false"/>
          <w:i w:val="false"/>
          <w:color w:val="000000"/>
          <w:u w:val="none"/>
        </w:rPr>
        <w:t xml:space="preserve"> [1KVP]</w:t>
      </w:r>
      <w:r>
        <w:rPr/>
        <w:t xml:space="preserve">, and </w:t>
      </w:r>
      <w:r>
        <w:rPr>
          <w:shd w:fill="B7DDE8" w:val="clear"/>
        </w:rPr>
        <w:t xml:space="preserve">exalted above the heavens</w:t>
      </w:r>
      <w:r>
        <w:rPr>
          <w:b w:val="false"/>
          <w:i w:val="false"/>
          <w:color w:val="000000"/>
          <w:u w:val="none"/>
        </w:rPr>
        <w:t xml:space="preserve"> [1KVQ]</w:t>
      </w:r>
      <w:r>
        <w:rPr/>
        <w:t xml:space="preserve">.</w:t>
      </w:r>
    </w:p>
    <w:p>
      <w:pPr>
        <w:pStyle w:val="Yellow"/>
        <w:rPr/>
      </w:pPr>
      <w:r>
        <w:rPr/>
        <w:t xml:space="preserve">&lt;52&gt;</w:t>
      </w:r>
      <w:r>
        <w:rPr>
          <w:b/>
        </w:rPr>
        <w:t xml:space="preserve">Hebrews 7:27</w:t>
      </w:r>
      <w:r>
        <w:rPr/>
        <w:t xml:space="preserve"> — </w:t>
      </w:r>
      <w:r>
        <w:rPr>
          <w:shd w:fill="B7DDE8" w:val="clear"/>
        </w:rPr>
        <w:t xml:space="preserve">Unlike the other high priests, He does not need to offer daily sacrifices, first for His own sins and then for the sins of the people</w:t>
      </w:r>
      <w:r>
        <w:rPr>
          <w:b w:val="false"/>
          <w:i w:val="false"/>
          <w:u w:val="none"/>
          <w:color w:val="000000"/>
        </w:rPr>
        <w:t xml:space="preserve"> [1KVR]</w:t>
      </w:r>
      <w:r>
        <w:rPr/>
        <w:t xml:space="preserve">; </w:t>
      </w:r>
      <w:r>
        <w:rPr>
          <w:shd w:fill="B7DDE8" w:val="clear"/>
        </w:rPr>
        <w:t xml:space="preserve">He sacrificed for sin once for all when He offered up Himself</w:t>
      </w:r>
      <w:r>
        <w:rPr>
          <w:b w:val="false"/>
          <w:i w:val="false"/>
          <w:color w:val="000000"/>
          <w:u w:val="none"/>
        </w:rPr>
        <w:t xml:space="preserve"> [2BDB]</w:t>
      </w:r>
      <w:r>
        <w:rPr/>
        <w:t xml:space="preserve">.</w:t>
      </w:r>
    </w:p>
    <w:p>
      <w:pPr>
        <w:pStyle w:val="Yellow"/>
        <w:rPr/>
      </w:pPr>
      <w:r>
        <w:rPr>
          <w:u w:val="none"/>
        </w:rPr>
        <w:t xml:space="preserve">(He9:11 “Christ”) </w:t>
      </w:r>
      <w:r>
        <w:rPr>
          <w:b/>
          <w:u w:val="none"/>
        </w:rPr>
        <w:t>Hebrews 9:12</w:t>
      </w:r>
      <w:r>
        <w:rPr>
          <w:u w:val="none"/>
        </w:rPr>
        <w:t xml:space="preserve"> — </w:t>
      </w:r>
      <w:r>
        <w:rPr>
          <w:u w:val="none"/>
          <w:shd w:fill="B7DDE8" w:val="clear"/>
        </w:rPr>
        <w:t>{He} did not {enter} by the blood of goats and calves</w:t>
      </w:r>
      <w:r>
        <w:rPr>
          <w:b w:val="false"/>
          <w:i w:val="false"/>
          <w:color w:val="000000"/>
          <w:u w:val="none"/>
        </w:rPr>
        <w:t xml:space="preserve"> [1BPG]</w:t>
      </w:r>
      <w:r>
        <w:rPr>
          <w:u w:val="none"/>
        </w:rPr>
        <w:t xml:space="preserve">, but </w:t>
      </w:r>
      <w:r>
        <w:rPr>
          <w:u w:val="none"/>
          <w:shd w:fill="B7DDE8" w:val="clear"/>
        </w:rPr>
        <w:t>He entered the Most Holy Place once for all by His own blood</w:t>
      </w:r>
      <w:r>
        <w:rPr>
          <w:b w:val="false"/>
          <w:i w:val="false"/>
          <w:u w:val="none"/>
          <w:color w:val="000000"/>
        </w:rPr>
        <w:t xml:space="preserve"> [1BPH]</w:t>
      </w:r>
      <w:r>
        <w:rPr>
          <w:u w:val="none"/>
        </w:rPr>
        <w:t xml:space="preserve">, thus </w:t>
      </w:r>
      <w:r>
        <w:rPr>
          <w:u w:val="none"/>
          <w:shd w:fill="B7DDE8" w:val="clear"/>
        </w:rPr>
        <w:t>securing eternal redemption</w:t>
      </w:r>
      <w:r>
        <w:rPr>
          <w:b w:val="false"/>
          <w:i w:val="false"/>
          <w:color w:val="000000"/>
          <w:u w:val="none"/>
        </w:rPr>
        <w:t xml:space="preserve"> [1BPI]</w:t>
      </w:r>
      <w:r>
        <w:rPr>
          <w:u w:val="none"/>
        </w:rPr>
        <w:t>.</w:t>
      </w:r>
    </w:p>
    <w:p>
      <w:pPr>
        <w:pStyle w:val="Yellow"/>
        <w:rPr/>
      </w:pPr>
      <w:r>
        <w:rPr>
          <w:b/>
        </w:rPr>
        <w:t>Hebrews 9:24-26</w:t>
      </w:r>
      <w:r>
        <w:t xml:space="preserve"> — For </w:t>
      </w:r>
      <w:r>
        <w:rPr>
          <w:shd w:fill="B7DDE8" w:val="clear"/>
        </w:rPr>
        <w:t>Christ did not enter a man-made copy of the true sanctuary</w:t>
      </w:r>
      <w:r>
        <w:rPr>
          <w:b w:val="false"/>
          <w:i w:val="false"/>
          <w:color w:val="000000"/>
          <w:u w:val="none"/>
        </w:rPr>
        <w:t xml:space="preserve"> [1BBW]</w:t>
      </w:r>
      <w:r>
        <w:t xml:space="preserve">, but </w:t>
      </w:r>
      <w:r>
        <w:rPr>
          <w:shd w:fill="B7DDE8" w:val="clear"/>
        </w:rPr>
        <w:t>He entered heaven itself</w:t>
      </w:r>
      <w:r>
        <w:rPr>
          <w:b w:val="false"/>
          <w:i w:val="false"/>
          <w:color w:val="000000"/>
          <w:u w:val="none"/>
        </w:rPr>
        <w:t xml:space="preserve"> [1BBX]</w:t>
      </w:r>
      <w:r>
        <w:t xml:space="preserve">, </w:t>
      </w:r>
      <w:r>
        <w:rPr>
          <w:shd w:fill="B7DDE8" w:val="clear"/>
        </w:rPr>
        <w:t>now to appear on our behalf in the presence of God</w:t>
      </w:r>
      <w:r>
        <w:rPr>
          <w:b w:val="false"/>
          <w:i w:val="false"/>
          <w:color w:val="000000"/>
          <w:u w:val="none"/>
        </w:rPr>
        <w:t xml:space="preserve"> [1BBY]</w:t>
      </w:r>
      <w:r>
        <w:t xml:space="preserve">. </w:t>
      </w:r>
      <w:r>
        <w:rPr>
          <w:shd w:fill="B7DDE8" w:val="clear"/>
        </w:rPr>
        <w:t>Nor did He enter heaven to offer Himself again and again</w:t>
      </w:r>
      <w:r>
        <w:rPr>
          <w:b w:val="false"/>
          <w:i w:val="false"/>
          <w:color w:val="000000"/>
          <w:u w:val="none"/>
        </w:rPr>
        <w:t xml:space="preserve"> [1BBZ]</w:t>
      </w:r>
      <w:r>
        <w:t xml:space="preserve">, </w:t>
      </w:r>
      <w:r>
        <w:rPr>
          <w:shd w:fill="B7DDE8" w:val="clear"/>
        </w:rPr>
        <w:t>as the high priest enters the Most Holy Place every year with blood that is not his own</w:t>
      </w:r>
      <w:r>
        <w:rPr>
          <w:b w:val="false"/>
          <w:i w:val="false"/>
          <w:u w:val="none"/>
          <w:color w:val="000000"/>
        </w:rPr>
        <w:t xml:space="preserve"> [1BCA]</w:t>
      </w:r>
      <w:r>
        <w:t xml:space="preserve">. Otherwise, </w:t>
      </w:r>
      <w:r>
        <w:rPr>
          <w:shd w:fill="B7DDE8" w:val="clear"/>
        </w:rPr>
        <w:t>Christ would have had to suffer repeatedly since the foundation of the world</w:t>
      </w:r>
      <w:r>
        <w:rPr>
          <w:b w:val="false"/>
          <w:i w:val="false"/>
          <w:color w:val="000000"/>
          <w:u w:val="none"/>
        </w:rPr>
        <w:t xml:space="preserve"> [1BCB]</w:t>
      </w:r>
      <w:r>
        <w:t xml:space="preserve">. But now </w:t>
      </w:r>
      <w:r>
        <w:rPr>
          <w:shd w:fill="B7DDE8" w:val="clear"/>
        </w:rPr>
        <w:t>He has appeared once for all at the end of the ages</w:t>
      </w:r>
      <w:r>
        <w:rPr>
          <w:b w:val="false"/>
          <w:i w:val="false"/>
          <w:color w:val="000000"/>
          <w:u w:val="none"/>
        </w:rPr>
        <w:t xml:space="preserve"> [1BCC]</w:t>
      </w:r>
      <w:r>
        <w:t xml:space="preserve"> </w:t>
      </w:r>
      <w:r>
        <w:rPr>
          <w:shd w:fill="B7DDE8" w:val="clear"/>
        </w:rPr>
        <w:t>to do away with sin by the sacrifice of Himself</w:t>
      </w:r>
      <w:r>
        <w:rPr>
          <w:b w:val="false"/>
          <w:i w:val="false"/>
          <w:color w:val="000000"/>
          <w:u w:val="none"/>
        </w:rPr>
        <w:t xml:space="preserve"> [1BCD]</w:t>
      </w:r>
      <w:r>
        <w:t>.</w:t>
      </w:r>
    </w:p>
    <w:p>
      <w:pPr>
        <w:pStyle w:val="Yellow"/>
        <w:rPr/>
      </w:pPr>
      <w:r>
        <w:rPr>
          <w:b/>
        </w:rPr>
        <w:t xml:space="preserve">Hebrews 9:27–28</w:t>
      </w:r>
      <w:r>
        <w:rPr/>
        <w:t xml:space="preserve"> — Just as </w:t>
      </w:r>
      <w:r>
        <w:rPr>
          <w:shd w:fill="B7DDE8" w:val="clear"/>
        </w:rPr>
        <w:t xml:space="preserve">man is appointed to die once</w:t>
      </w:r>
      <w:r>
        <w:rPr>
          <w:b w:val="false"/>
          <w:i w:val="false"/>
          <w:color w:val="000000"/>
          <w:u w:val="none"/>
        </w:rPr>
        <w:t xml:space="preserve"> [1ITW]</w:t>
      </w:r>
      <w:r>
        <w:rPr/>
        <w:t xml:space="preserve">, and </w:t>
      </w:r>
      <w:r>
        <w:rPr>
          <w:shd w:fill="B7DDE8" w:val="clear"/>
        </w:rPr>
        <w:t xml:space="preserve">after that to face judgment</w:t>
      </w:r>
      <w:r>
        <w:rPr>
          <w:b w:val="false"/>
          <w:i w:val="false"/>
          <w:color w:val="000000"/>
          <w:u w:val="none"/>
        </w:rPr>
        <w:t xml:space="preserve"> [1ITX]</w:t>
      </w:r>
      <w:r>
        <w:rPr/>
        <w:t xml:space="preserve">, so also </w:t>
      </w:r>
      <w:r>
        <w:rPr>
          <w:shd w:fill="B7DDE8" w:val="clear"/>
        </w:rPr>
        <w:t xml:space="preserve">Christ was offered once to bear the sins of many</w:t>
      </w:r>
      <w:r>
        <w:rPr>
          <w:b w:val="false"/>
          <w:i w:val="false"/>
          <w:color w:val="000000"/>
          <w:u w:val="none"/>
        </w:rPr>
        <w:t xml:space="preserve"> [1ITY]</w:t>
      </w:r>
      <w:r>
        <w:rPr/>
        <w:t xml:space="preserve">; and </w:t>
      </w:r>
      <w:r>
        <w:rPr>
          <w:shd w:fill="B7DDE8" w:val="clear"/>
        </w:rPr>
        <w:t xml:space="preserve">He will appear a second time</w:t>
      </w:r>
      <w:r>
        <w:rPr>
          <w:b w:val="false"/>
          <w:i w:val="false"/>
          <w:color w:val="000000"/>
          <w:u w:val="none"/>
        </w:rPr>
        <w:t xml:space="preserve"> [1ITZ]</w:t>
      </w:r>
      <w:r>
        <w:rPr/>
        <w:t xml:space="preserve">, </w:t>
      </w:r>
      <w:r>
        <w:rPr>
          <w:shd w:fill="B7DDE8" w:val="clear"/>
        </w:rPr>
        <w:t xml:space="preserve">not to bear sin</w:t>
      </w:r>
      <w:r>
        <w:rPr>
          <w:b w:val="false"/>
          <w:i w:val="false"/>
          <w:color w:val="000000"/>
          <w:u w:val="none"/>
        </w:rPr>
        <w:t xml:space="preserve"> [1IUA]</w:t>
      </w:r>
      <w:r>
        <w:rPr/>
        <w:t xml:space="preserve">, but </w:t>
      </w:r>
      <w:r>
        <w:rPr>
          <w:shd w:fill="B7DDE8" w:val="clear"/>
        </w:rPr>
        <w:t xml:space="preserve">to bring salvation to those who eagerly await Him</w:t>
      </w:r>
      <w:r>
        <w:rPr>
          <w:b w:val="false"/>
          <w:i w:val="false"/>
          <w:color w:val="000000"/>
          <w:u w:val="none"/>
        </w:rPr>
        <w:t xml:space="preserve"> [1IUB]</w:t>
      </w:r>
      <w:r>
        <w:rPr/>
        <w:t xml:space="preserve">.</w:t>
      </w:r>
    </w:p>
    <w:p>
      <w:pPr>
        <w:pStyle w:val="Yellow"/>
        <w:rPr/>
      </w:pPr>
      <w:r>
        <w:rPr/>
        <w:t xml:space="preserve">&lt;53&gt;</w:t>
      </w:r>
      <w:r>
        <w:rPr>
          <w:b/>
        </w:rPr>
        <w:t xml:space="preserve">Hebrews 10:1</w:t>
      </w:r>
      <w:r>
        <w:rPr/>
        <w:t xml:space="preserve"> — For </w:t>
      </w:r>
      <w:r>
        <w:rPr>
          <w:shd w:fill="B7DDE8" w:val="clear"/>
        </w:rPr>
        <w:t xml:space="preserve">the law is only a shadow of the good things to come, not the realities themselves</w:t>
      </w:r>
      <w:r>
        <w:rPr>
          <w:b w:val="false"/>
          <w:i w:val="false"/>
          <w:color w:val="000000"/>
          <w:u w:val="none"/>
        </w:rPr>
        <w:t xml:space="preserve"> [1HWD]</w:t>
      </w:r>
      <w:r>
        <w:rPr/>
        <w:t xml:space="preserve">. </w:t>
      </w:r>
      <w:r>
        <w:rPr>
          <w:shd w:fill="B7DDE8" w:val="clear"/>
        </w:rPr>
        <w:t xml:space="preserve">It can never, by the same sacrifices offered year after year, make perfect those who draw near to worship</w:t>
      </w:r>
      <w:r>
        <w:rPr>
          <w:b w:val="false"/>
          <w:i w:val="false"/>
          <w:color w:val="000000"/>
          <w:u w:val="none"/>
        </w:rPr>
        <w:t xml:space="preserve"> [1HWE]</w:t>
      </w:r>
      <w:r>
        <w:rPr/>
        <w:t xml:space="preserve">.</w:t>
      </w:r>
    </w:p>
    <w:p>
      <w:pPr>
        <w:pStyle w:val="Yellow"/>
        <w:rPr/>
      </w:pPr>
      <w:r>
        <w:rPr/>
        <w:t xml:space="preserve">&lt;53&gt;</w:t>
      </w:r>
      <w:r>
        <w:rPr>
          <w:b/>
        </w:rPr>
        <w:t xml:space="preserve">Hebrews 10:3–4</w:t>
      </w:r>
      <w:r>
        <w:rPr/>
        <w:t xml:space="preserve"> — Instead, </w:t>
      </w:r>
      <w:r>
        <w:rPr>
          <w:shd w:fill="B7DDE8" w:val="clear"/>
        </w:rPr>
        <w:t xml:space="preserve">those sacrifices are an annual reminder of sins</w:t>
      </w:r>
      <w:r>
        <w:rPr>
          <w:b w:val="false"/>
          <w:i w:val="false"/>
          <w:color w:val="000000"/>
          <w:u w:val="none"/>
        </w:rPr>
        <w:t xml:space="preserve"> [1HWF]</w:t>
      </w:r>
      <w:r>
        <w:rPr/>
        <w:t xml:space="preserve">, because </w:t>
      </w:r>
      <w:r>
        <w:rPr>
          <w:shd w:fill="B7DDE8" w:val="clear"/>
        </w:rPr>
        <w:t xml:space="preserve">it is impossible for the blood of bulls and goats to take away sins</w:t>
      </w:r>
      <w:r>
        <w:rPr>
          <w:b w:val="false"/>
          <w:i w:val="false"/>
          <w:color w:val="000000"/>
          <w:u w:val="none"/>
        </w:rPr>
        <w:t xml:space="preserve"> [1HWG]</w:t>
      </w:r>
      <w:r>
        <w:rPr/>
        <w:t xml:space="preserve">.</w:t>
      </w:r>
    </w:p>
    <w:p>
      <w:pPr>
        <w:pStyle w:val="Yellow"/>
        <w:rPr/>
      </w:pPr>
      <w:r>
        <w:rPr/>
        <w:t xml:space="preserve">&lt;53&gt;(He10:5 “Christ”) </w:t>
      </w:r>
      <w:r>
        <w:rPr>
          <w:b/>
        </w:rPr>
        <w:t xml:space="preserve">Hebrews 10:8–10</w:t>
      </w:r>
      <w:r>
        <w:rPr/>
        <w:t xml:space="preserve"> — In the passage above {He} says, “</w:t>
      </w:r>
      <w:r>
        <w:rPr>
          <w:shd w:fill="B7DDE8" w:val="clear"/>
        </w:rPr>
        <w:t xml:space="preserve">Sacrifices and offerings, burnt offerings and sin offerings You did not desire, nor did You delight in them</w:t>
      </w:r>
      <w:r>
        <w:rPr>
          <w:b w:val="false"/>
          <w:i w:val="false"/>
          <w:color w:val="000000"/>
          <w:u w:val="none"/>
        </w:rPr>
        <w:t xml:space="preserve"> [1HWH]</w:t>
      </w:r>
      <w:r>
        <w:rPr/>
        <w:t xml:space="preserve">” (</w:t>
      </w:r>
      <w:r>
        <w:rPr>
          <w:shd w:fill="B7DDE8" w:val="clear"/>
        </w:rPr>
        <w:t xml:space="preserve">although they are offered according to the law</w:t>
      </w:r>
      <w:r>
        <w:rPr>
          <w:b w:val="false"/>
          <w:i w:val="false"/>
          <w:color w:val="000000"/>
          <w:u w:val="none"/>
        </w:rPr>
        <w:t xml:space="preserve"> [1HWI]</w:t>
      </w:r>
      <w:r>
        <w:rPr/>
        <w:t xml:space="preserve">). Then He adds, “</w:t>
      </w:r>
      <w:r>
        <w:rPr>
          <w:shd w:fill="B7DDE8" w:val="clear"/>
        </w:rPr>
        <w:t xml:space="preserve">Here I am, I have come to do Your will</w:t>
      </w:r>
      <w:r>
        <w:rPr>
          <w:b w:val="false"/>
          <w:i w:val="false"/>
          <w:color w:val="000000"/>
          <w:u w:val="none"/>
        </w:rPr>
        <w:t xml:space="preserve"> [1HWJ]</w:t>
      </w:r>
      <w:r>
        <w:rPr/>
        <w:t xml:space="preserve">.” </w:t>
      </w:r>
      <w:r>
        <w:rPr>
          <w:shd w:fill="B7DDE8" w:val="clear"/>
        </w:rPr>
        <w:t xml:space="preserve">He takes away the first to establish the second</w:t>
      </w:r>
      <w:r>
        <w:rPr>
          <w:b w:val="false"/>
          <w:i w:val="false"/>
          <w:color w:val="000000"/>
          <w:u w:val="none"/>
        </w:rPr>
        <w:t xml:space="preserve"> [1HWK]</w:t>
      </w:r>
      <w:r>
        <w:rPr/>
        <w:t xml:space="preserve">. And </w:t>
      </w:r>
      <w:r>
        <w:rPr>
          <w:shd w:fill="B7DDE8" w:val="clear"/>
        </w:rPr>
        <w:t xml:space="preserve">by that will, we have been sanctified through the sacrifice of the body of Jesus Christ once for all</w:t>
      </w:r>
      <w:r>
        <w:rPr>
          <w:b w:val="false"/>
          <w:i w:val="false"/>
          <w:color w:val="000000"/>
          <w:u w:val="none"/>
        </w:rPr>
        <w:t xml:space="preserve"> [1HWL]</w:t>
      </w:r>
      <w:r>
        <w:rPr/>
        <w:t xml:space="preserve">.</w:t>
      </w:r>
    </w:p>
    <w:p>
      <w:pPr>
        <w:pStyle w:val="Yellow"/>
        <w:rPr/>
      </w:pPr>
      <w:r>
        <w:rPr>
          <w:b/>
          <w:shd w:val="clear" w:color="auto" w:fill="F4B183"/>
          <w:color w:val="000000"/>
        </w:rPr>
        <w:t xml:space="preserve">Hebrews 10:11</w:t>
      </w:r>
      <w:r>
        <w:rPr>
          <w:shd w:val="clear" w:color="auto" w:fill="F4B183"/>
          <w:color w:val="000000"/>
        </w:rPr>
        <w:t xml:space="preserve"> — </w:t>
      </w:r>
      <w:r>
        <w:rPr>
          <w:shd w:fill="F4B183" w:val="clear" w:color="auto"/>
          <w:color w:val="000000"/>
        </w:rPr>
        <w:t xml:space="preserve">Day after day every priest stands to minister and to offer again and again the same sacrifices</w:t>
      </w:r>
      <w:r>
        <w:rPr>
          <w:b w:val="false"/>
          <w:i w:val="false"/>
          <w:color w:val="000000"/>
          <w:u w:val="none"/>
          <w:shd w:val="clear" w:color="auto" w:fill="F4B183"/>
        </w:rPr>
        <w:t xml:space="preserve"> [1GGR]</w:t>
      </w:r>
      <w:r>
        <w:rPr>
          <w:shd w:val="clear" w:color="auto" w:fill="F4B183"/>
          <w:color w:val="000000"/>
        </w:rPr>
        <w:t xml:space="preserve">, </w:t>
      </w:r>
      <w:r>
        <w:rPr>
          <w:shd w:fill="F4B183" w:val="clear" w:color="auto"/>
          <w:color w:val="000000"/>
        </w:rPr>
        <w:t xml:space="preserve">which can never take away sins</w:t>
      </w:r>
      <w:r>
        <w:rPr>
          <w:b w:val="false"/>
          <w:i w:val="false"/>
          <w:color w:val="000000"/>
          <w:u w:val="none"/>
          <w:shd w:val="clear" w:color="auto" w:fill="F4B183"/>
        </w:rPr>
        <w:t xml:space="preserve"> [1GGS]</w:t>
      </w:r>
      <w:r>
        <w:rPr>
          <w:shd w:val="clear" w:color="auto" w:fill="F4B183"/>
          <w:color w:val="000000"/>
        </w:rPr>
        <w:t xml:space="preserve">.</w:t>
      </w:r>
    </w:p>
    <w:p>
      <w:pPr>
        <w:pStyle w:val="Yellow"/>
        <w:rPr/>
      </w:pPr>
      <w:r>
        <w:rPr>
          <w:b/>
          <w:u w:val="none"/>
        </w:rPr>
        <w:t>1 Peter 1:18–19</w:t>
      </w:r>
      <w:r>
        <w:rPr>
          <w:u w:val="none"/>
        </w:rPr>
        <w:t xml:space="preserve"> — For you know that </w:t>
      </w:r>
      <w:r>
        <w:rPr>
          <w:u w:val="none"/>
          <w:shd w:fill="B7DDE8" w:val="clear"/>
        </w:rPr>
        <w:t>it was not with perishable things such as silver or gold that you were redeemed from the empty way of life you inherited from your forefathers</w:t>
      </w:r>
      <w:r>
        <w:rPr>
          <w:b w:val="false"/>
          <w:i w:val="false"/>
          <w:color w:val="000000"/>
          <w:u w:val="none"/>
        </w:rPr>
        <w:t xml:space="preserve"> [1BAA]</w:t>
      </w:r>
      <w:r>
        <w:rPr>
          <w:u w:val="none"/>
          <w:shd w:fill="B7DDE8" w:val="clear"/>
        </w:rPr>
        <w:t>, but with the precious blood of Christ</w:t>
      </w:r>
      <w:r>
        <w:rPr>
          <w:b w:val="false"/>
          <w:i w:val="false"/>
          <w:color w:val="000000"/>
          <w:u w:val="none"/>
        </w:rPr>
        <w:t xml:space="preserve"> [1BAB]</w:t>
      </w:r>
      <w:r>
        <w:rPr>
          <w:u w:val="none"/>
        </w:rPr>
        <w:t xml:space="preserve">, </w:t>
      </w:r>
      <w:r>
        <w:rPr>
          <w:u w:val="none"/>
          <w:shd w:fill="B7DDE8" w:val="clear"/>
        </w:rPr>
        <w:t>a lamb without blemish or spot</w:t>
      </w:r>
      <w:r>
        <w:rPr>
          <w:b w:val="false"/>
          <w:i w:val="false"/>
          <w:color w:val="000000"/>
          <w:u w:val="none"/>
        </w:rPr>
        <w:t xml:space="preserve"> [1BAD]</w:t>
      </w:r>
      <w:r>
        <w:rPr>
          <w:u w:val="none"/>
        </w:rPr>
        <w:t>.</w:t>
      </w:r>
    </w:p>
    <w:p>
      <w:pPr>
        <w:pStyle w:val="Yellow"/>
        <w:rPr/>
        <w:pBdr>
          <w:left w:val="single" w:sz="28" w:space="5" w:color="C00000"/>
        </w:pBdr>
      </w:pPr>
      <w:r>
        <w:rPr>
          <w:b/>
        </w:rPr>
        <w:t xml:space="preserve">1 John 3:5</w:t>
      </w:r>
      <w:r>
        <w:rPr/>
        <w:t xml:space="preserve"> — But you know that </w:t>
      </w:r>
      <w:r>
        <w:rPr>
          <w:shd w:fill="B7DDE8" w:val="clear"/>
        </w:rPr>
        <w:t xml:space="preserve">Christ appeared to take away sins</w:t>
      </w:r>
      <w:r>
        <w:rPr>
          <w:b w:val="false"/>
          <w:i w:val="false"/>
          <w:color w:val="000000"/>
          <w:u w:val="none"/>
        </w:rPr>
        <w:t xml:space="preserve"> [1HWM]</w:t>
      </w:r>
      <w:r>
        <w:rPr/>
        <w:t xml:space="preserve">, and </w:t>
      </w:r>
      <w:r>
        <w:rPr>
          <w:shd w:fill="548235" w:val="clear" w:color="auto"/>
          <w:color w:val="FFFFFF"/>
        </w:rPr>
        <w:t xml:space="preserve">in Him there is no sin</w:t>
      </w:r>
      <w:r>
        <w:rPr>
          <w:b w:val="false"/>
          <w:i w:val="false"/>
          <w:color w:val="FFFFFF"/>
          <w:u w:val="none"/>
          <w:shd w:val="clear" w:color="auto" w:fill="548235"/>
        </w:rPr>
        <w:t xml:space="preserve"> [2APC]</w:t>
      </w:r>
      <w:r>
        <w:rPr/>
        <w:t xml:space="preserve">.</w:t>
      </w:r>
    </w:p>
    <w:p>
      <w:pPr>
        <w:pStyle w:val="Yellow"/>
        <w:rPr/>
      </w:pPr>
      <w:r>
        <w:rPr>
          <w:b/>
        </w:rPr>
        <w:t xml:space="preserve">1 John 3:16</w:t>
      </w:r>
      <w:r>
        <w:rPr/>
        <w:t xml:space="preserve"> — </w:t>
      </w:r>
      <w:r>
        <w:rPr>
          <w:shd w:fill="B7DDE8" w:val="clear"/>
        </w:rPr>
        <w:t xml:space="preserve">By this we know what love is</w:t>
      </w:r>
      <w:r>
        <w:rPr>
          <w:b w:val="false"/>
          <w:i w:val="false"/>
          <w:color w:val="000000"/>
          <w:u w:val="none"/>
        </w:rPr>
        <w:t xml:space="preserve"> [1LMI]</w:t>
      </w:r>
      <w:r>
        <w:rPr/>
        <w:t xml:space="preserve">: </w:t>
      </w:r>
      <w:r>
        <w:rPr>
          <w:shd w:fill="B7DDE8" w:val="clear"/>
        </w:rPr>
        <w:t xml:space="preserve">Jesus laid down His life for us</w:t>
      </w:r>
      <w:r>
        <w:rPr>
          <w:b w:val="false"/>
          <w:i w:val="false"/>
          <w:color w:val="000000"/>
          <w:u w:val="none"/>
        </w:rPr>
        <w:t xml:space="preserve"> [1LMJ]</w:t>
      </w:r>
    </w:p>
    <w:p>
      <w:pPr>
        <w:pStyle w:val="Yellow"/>
        <w:rPr/>
      </w:pPr>
      <w:r>
        <w:rPr/>
        <w:t xml:space="preserve">(Re1:1 “Jesus Christ”) </w:t>
      </w:r>
      <w:r>
        <w:rPr>
          <w:b/>
        </w:rPr>
        <w:t>Revelation 1:5</w:t>
      </w:r>
      <w:r>
        <w:rPr/>
        <w:t xml:space="preserve"> — </w:t>
      </w:r>
      <w:r>
        <w:rPr>
          <w:shd w:fill="B7DDE8" w:val="clear"/>
        </w:rPr>
        <w:t>{who} loves us</w:t>
      </w:r>
      <w:r>
        <w:rPr>
          <w:b w:val="false"/>
          <w:i w:val="false"/>
          <w:u w:val="none"/>
          <w:color w:val="000000"/>
        </w:rPr>
        <w:t xml:space="preserve"> [1FTT]</w:t>
      </w:r>
      <w:r>
        <w:rPr/>
        <w:t xml:space="preserve"> and </w:t>
      </w:r>
      <w:r>
        <w:rPr>
          <w:shd w:fill="B7DDE8" w:val="clear"/>
        </w:rPr>
        <w:t>has released us from our sins by His blood</w:t>
      </w:r>
      <w:r>
        <w:rPr>
          <w:b w:val="false"/>
          <w:i w:val="false"/>
          <w:color w:val="000000"/>
          <w:u w:val="none"/>
        </w:rPr>
        <w:t xml:space="preserve"> [1FTU]</w:t>
      </w:r>
    </w:p>
    <w:p>
      <w:pPr>
        <w:pStyle w:val="Yellow"/>
        <w:rPr/>
      </w:pPr>
      <w:r>
        <w:rPr>
          <w:shd w:val="clear" w:color="auto" w:fill="C00000"/>
          <w:color w:val="FFFFFF"/>
        </w:rPr>
        <w:t xml:space="preserve">(Re1:1 “Jesus Christ”) </w:t>
      </w:r>
      <w:r>
        <w:rPr>
          <w:b/>
          <w:shd w:val="clear" w:color="auto" w:fill="C00000"/>
          <w:color w:val="FFFFFF"/>
        </w:rPr>
        <w:t xml:space="preserve">Revelation 1:6</w:t>
      </w:r>
      <w:r>
        <w:rPr>
          <w:shd w:val="clear" w:color="auto" w:fill="C00000"/>
          <w:color w:val="FFFFFF"/>
        </w:rPr>
        <w:t xml:space="preserve"> — {who} </w:t>
      </w:r>
      <w:r>
        <w:rPr>
          <w:shd w:val="clear" w:color="auto" w:fill="C00000"/>
          <w:color w:val="FFFFFF"/>
        </w:rPr>
        <w:t xml:space="preserve">has made us to be a kingdom</w:t>
      </w:r>
      <w:r>
        <w:rPr>
          <w:b w:val="false"/>
          <w:i w:val="false"/>
          <w:u w:val="none"/>
          <w:shd w:val="clear" w:color="auto" w:fill="C00000"/>
          <w:color w:val="FFFFFF"/>
        </w:rPr>
        <w:t xml:space="preserve"> [1LKH]</w:t>
      </w:r>
      <w:r>
        <w:rPr>
          <w:shd w:val="clear" w:color="auto" w:fill="C00000"/>
          <w:color w:val="FFFFFF"/>
        </w:rPr>
        <w:t xml:space="preserve">, </w:t>
      </w:r>
      <w:r>
        <w:rPr>
          <w:shd w:val="clear" w:color="auto" w:fill="C00000"/>
          <w:color w:val="FFFFFF"/>
        </w:rPr>
        <w:t xml:space="preserve">priests to His God and Father</w:t>
      </w:r>
      <w:r>
        <w:rPr>
          <w:b w:val="false"/>
          <w:i w:val="false"/>
          <w:u w:val="none"/>
          <w:shd w:val="clear" w:color="auto" w:fill="C00000"/>
          <w:color w:val="FFFFFF"/>
        </w:rPr>
        <w:t xml:space="preserve"> [1LKI]</w:t>
      </w:r>
    </w:p>
    <w:p>
      <w:pPr>
        <w:pStyle w:val="Yellow"/>
        <w:rPr/>
      </w:pPr>
      <w:r>
        <w:rPr>
          <w:b/>
        </w:rPr>
        <w:t xml:space="preserve">Revelation 5:9-10</w:t>
      </w:r>
      <w:r>
        <w:rPr/>
        <w:t xml:space="preserve"> — </w:t>
      </w:r>
      <w:r>
        <w:rPr>
          <w:shd w:fill="B7DDE8" w:val="clear"/>
        </w:rPr>
        <w:t xml:space="preserve">by Your blood You purchased for God those from every tribe and tongue and people and nation</w:t>
      </w:r>
      <w:r>
        <w:rPr>
          <w:b w:val="false"/>
          <w:i w:val="false"/>
          <w:color w:val="000000"/>
          <w:u w:val="none"/>
        </w:rPr>
        <w:t xml:space="preserve"> [1KTE]</w:t>
      </w:r>
      <w:r>
        <w:rPr/>
        <w:t xml:space="preserve">. </w:t>
      </w:r>
      <w:r>
        <w:rPr>
          <w:shd w:fill="B7DDE8" w:val="clear"/>
        </w:rPr>
        <w:t xml:space="preserve">You have made {them} to be a kingdom and priests to serve our God</w:t>
      </w:r>
      <w:r>
        <w:rPr>
          <w:b w:val="false"/>
          <w:i w:val="false"/>
          <w:color w:val="000000"/>
          <w:u w:val="none"/>
        </w:rPr>
        <w:t xml:space="preserve"> [1KTF]</w:t>
      </w:r>
      <w:r>
        <w:rPr/>
        <w:t xml:space="preserve">, and </w:t>
      </w:r>
      <w:r>
        <w:rPr>
          <w:shd w:fill="B7DDE8" w:val="clear"/>
        </w:rPr>
        <w:t xml:space="preserve">they will reign upon the earth</w:t>
      </w:r>
      <w:r>
        <w:rPr>
          <w:b w:val="false"/>
          <w:i w:val="false"/>
          <w:color w:val="000000"/>
          <w:u w:val="none"/>
        </w:rPr>
        <w:t xml:space="preserve"> [1KTG]</w:t>
      </w:r>
      <w:r>
        <w:rPr/>
        <w:t xml:space="preserve">.”</w:t>
      </w:r>
    </w:p>
    <w:p>
      <w:r>
        <w:rPr>
          <w:b/>
          <w:sz w:val="32"/>
        </w:rPr>
        <w:t>Justification  (22)</w:t>
      </w:r>
    </w:p>
    <w:p>
      <w:pPr>
        <w:pStyle w:val="Yellow"/>
        <w:rPr/>
        <w:shd w:val="clear" w:color="auto" w:fill="E4DFEC"/>
        <w:pBdr>
          <w:left w:val="single" w:sz="28" w:space="5" w:color="7030A0"/>
        </w:pBdr>
      </w:pPr>
      <w:r>
        <w:rPr>
          <w:u w:val="none"/>
          <w:shd w:val="clear" w:color="auto" w:fill="548235"/>
          <w:color w:val="FFFFFF"/>
        </w:rPr>
        <w:t xml:space="preserve">(Ge15:4 “own body will be your heir” \ Ge15:5 Offspring = number of stars) </w:t>
      </w:r>
      <w:r>
        <w:rPr>
          <w:b/>
          <w:u w:val="none"/>
          <w:shd w:val="clear" w:color="auto" w:fill="548235"/>
          <w:color w:val="FFFFFF"/>
        </w:rPr>
        <w:t>Genesis 15:6</w:t>
      </w:r>
      <w:r>
        <w:rPr>
          <w:u w:val="none"/>
          <w:shd w:val="clear" w:color="auto" w:fill="548235"/>
          <w:color w:val="FFFFFF"/>
        </w:rPr>
        <w:t xml:space="preserve"> — </w:t>
      </w:r>
      <w:r>
        <w:rPr>
          <w:u w:val="none"/>
          <w:shd w:val="clear" w:fill="548235" w:color="auto"/>
          <w:color w:val="FFFFFF"/>
        </w:rPr>
        <w:t>Abram believed the LORD</w:t>
      </w:r>
      <w:r>
        <w:rPr>
          <w:b w:val="false"/>
          <w:i w:val="false"/>
          <w:color w:val="FFFFFF"/>
          <w:u w:val="none"/>
          <w:shd w:val="clear" w:color="auto" w:fill="548235"/>
        </w:rPr>
        <w:t xml:space="preserve"> [4AHE]</w:t>
      </w:r>
      <w:r>
        <w:rPr>
          <w:u w:val="none"/>
          <w:shd w:val="clear" w:color="auto" w:fill="548235"/>
          <w:color w:val="FFFFFF"/>
        </w:rPr>
        <w:t xml:space="preserve">, and </w:t>
      </w:r>
      <w:r>
        <w:rPr>
          <w:u w:val="none"/>
          <w:shd w:val="clear" w:fill="548235" w:color="auto"/>
          <w:color w:val="FFFFFF"/>
        </w:rPr>
        <w:t>it was credited to him as righteousness</w:t>
      </w:r>
      <w:r>
        <w:rPr>
          <w:b w:val="false"/>
          <w:i w:val="false"/>
          <w:color w:val="FFFFFF"/>
          <w:u w:val="none"/>
          <w:shd w:val="clear" w:color="auto" w:fill="548235"/>
        </w:rPr>
        <w:t xml:space="preserve"> [5AHF]</w:t>
      </w:r>
      <w:r>
        <w:rPr>
          <w:u w:val="none"/>
          <w:shd w:val="clear" w:color="auto" w:fill="548235"/>
          <w:color w:val="FFFFFF"/>
        </w:rPr>
        <w:t>.</w:t>
      </w:r>
    </w:p>
    <w:p>
      <w:pPr>
        <w:pStyle w:val="Yellow"/>
        <w:rPr/>
      </w:pPr>
      <w:r>
        <w:rPr>
          <w:b/>
        </w:rPr>
        <w:t>Isaiah 45:25</w:t>
      </w:r>
      <w:r>
        <w:rPr/>
        <w:t xml:space="preserve"> — </w:t>
      </w:r>
      <w:r>
        <w:rPr>
          <w:shd w:val="clear" w:fill="B7DDE8"/>
        </w:rPr>
        <w:t>In the LORD all descendants of Israel will be justified</w:t>
      </w:r>
      <w:r>
        <w:rPr>
          <w:b w:val="false"/>
          <w:i w:val="false"/>
          <w:u w:val="none"/>
          <w:color w:val="000000"/>
        </w:rPr>
        <w:t xml:space="preserve"> [1CCQ]</w:t>
      </w:r>
      <w:r>
        <w:rPr>
          <w:shd w:val="clear" w:fill="B7DDE8"/>
        </w:rPr>
        <w:t xml:space="preserve"> and will exult</w:t>
      </w:r>
      <w:r>
        <w:rPr>
          <w:b w:val="false"/>
          <w:i w:val="false"/>
          <w:color w:val="000000"/>
          <w:u w:val="none"/>
        </w:rPr>
        <w:t xml:space="preserve"> [1CCR]</w:t>
      </w:r>
      <w:r>
        <w:rPr/>
        <w:t>.</w:t>
      </w:r>
    </w:p>
    <w:p>
      <w:pPr>
        <w:pStyle w:val="Yellow"/>
        <w:rPr/>
      </w:pPr>
      <w:r>
        <w:rPr/>
        <w:t xml:space="preserve">(Lk18:13ᶜ Tax collector¹ asked God to “have mercy on me, a sinner!”) </w:t>
      </w:r>
      <w:r>
        <w:rPr>
          <w:b/>
        </w:rPr>
        <w:t>Luke 18:14</w:t>
      </w:r>
      <w:r>
        <w:rPr/>
        <w:t xml:space="preserve"> — I tell you, </w:t>
      </w:r>
      <w:r>
        <w:rPr>
          <w:shd w:val="clear" w:fill="B7DDE8"/>
        </w:rPr>
        <w:t>{this man}, rather than the Pharisee, went home justified</w:t>
      </w:r>
      <w:r>
        <w:rPr>
          <w:b w:val="false"/>
          <w:i w:val="false"/>
          <w:color w:val="000000"/>
          <w:u w:val="none"/>
        </w:rPr>
        <w:t xml:space="preserve"> [1CGM]</w:t>
      </w:r>
      <w:r>
        <w:rPr/>
        <w:t xml:space="preserve">. For </w:t>
      </w:r>
      <w:r>
        <w:rPr>
          <w:shd w:val="clear" w:fill="B7DDE8"/>
        </w:rPr>
        <w:t>everyone who exalts himself will be humbled</w:t>
      </w:r>
      <w:r>
        <w:rPr>
          <w:b w:val="false"/>
          <w:i w:val="false"/>
          <w:color w:val="000000"/>
          <w:u w:val="none"/>
        </w:rPr>
        <w:t xml:space="preserve"> [2CGN]</w:t>
      </w:r>
      <w:r>
        <w:rPr/>
        <w:t xml:space="preserve">, but </w:t>
      </w:r>
      <w:r>
        <w:rPr>
          <w:shd w:val="clear" w:fill="B7DDE8"/>
        </w:rPr>
        <w:t>the one who humbles himself will be exalted</w:t>
      </w:r>
      <w:r>
        <w:rPr>
          <w:b w:val="false"/>
          <w:i w:val="false"/>
          <w:color w:val="000000"/>
          <w:u w:val="none"/>
        </w:rPr>
        <w:t xml:space="preserve"> [3CGO]</w:t>
      </w:r>
      <w:r>
        <w:rPr/>
        <w:t>.”</w:t>
      </w:r>
    </w:p>
    <w:p>
      <w:pPr>
        <w:pStyle w:val="Yellow"/>
        <w:rPr/>
      </w:pPr>
      <w:r>
        <w:rPr/>
        <w:t xml:space="preserve">(Ac13:38 Jesus) </w:t>
      </w:r>
      <w:r>
        <w:rPr>
          <w:b/>
        </w:rPr>
        <w:t>Acts 13:39</w:t>
      </w:r>
      <w:r>
        <w:rPr/>
        <w:t xml:space="preserve"> — </w:t>
      </w:r>
      <w:r>
        <w:rPr>
          <w:shd w:val="clear" w:fill="B7DDE8"/>
        </w:rPr>
        <w:t>Through {Him} everyone who believes is justified</w:t>
      </w:r>
      <w:r>
        <w:rPr>
          <w:b w:val="false"/>
          <w:i w:val="false"/>
          <w:color w:val="000000"/>
          <w:u w:val="none"/>
        </w:rPr>
        <w:t xml:space="preserve"> [1CGI]</w:t>
      </w:r>
      <w:r>
        <w:rPr>
          <w:shd w:val="clear" w:fill="B7DDE8"/>
        </w:rPr>
        <w:t xml:space="preserve"> from everything from which you could not be justified by the law of Moses</w:t>
      </w:r>
      <w:r>
        <w:rPr>
          <w:b w:val="false"/>
          <w:i w:val="false"/>
          <w:color w:val="000000"/>
          <w:u w:val="none"/>
        </w:rPr>
        <w:t xml:space="preserve"> [1CGJ]</w:t>
      </w:r>
      <w:r>
        <w:rPr/>
        <w:t>.</w:t>
      </w:r>
    </w:p>
    <w:p>
      <w:pPr>
        <w:pStyle w:val="Yellow"/>
        <w:rPr/>
      </w:pPr>
      <w:r>
        <w:rPr/>
        <w:t xml:space="preserve">(Ro3:19 “the whole world held accountable to God”¹ ²) </w:t>
      </w:r>
      <w:r>
        <w:rPr>
          <w:b/>
        </w:rPr>
        <w:t>Romans 3:20</w:t>
      </w:r>
      <w:r>
        <w:rPr/>
        <w:t xml:space="preserve"> — {Therefore} </w:t>
      </w:r>
      <w:r>
        <w:rPr>
          <w:shd w:val="clear" w:fill="B7DDE8"/>
        </w:rPr>
        <w:t>no one will be justified in {His} sight by works of the law</w:t>
      </w:r>
      <w:r>
        <w:rPr>
          <w:b w:val="false"/>
          <w:i w:val="false"/>
          <w:color w:val="000000"/>
          <w:u w:val="none"/>
        </w:rPr>
        <w:t xml:space="preserve"> [1CAY]</w:t>
      </w:r>
      <w:r>
        <w:rPr/>
        <w:t xml:space="preserve">. For </w:t>
      </w:r>
      <w:r>
        <w:rPr>
          <w:shd w:val="clear" w:fill="B7DDE8"/>
        </w:rPr>
        <w:t>the law merely brings awareness of sin</w:t>
      </w:r>
      <w:r>
        <w:rPr>
          <w:b w:val="false"/>
          <w:i w:val="false"/>
          <w:color w:val="000000"/>
          <w:u w:val="none"/>
        </w:rPr>
        <w:t xml:space="preserve"> [1CAZ]</w:t>
      </w:r>
      <w:r>
        <w:rPr/>
        <w:t>.</w:t>
      </w:r>
    </w:p>
    <w:p>
      <w:pPr>
        <w:pStyle w:val="Yellow"/>
        <w:rPr/>
      </w:pPr>
      <w:r>
        <w:rPr>
          <w:b/>
          <w:u w:val="none"/>
        </w:rPr>
        <w:t>Romans 3:27-28</w:t>
      </w:r>
      <w:r>
        <w:rPr>
          <w:u w:val="none"/>
        </w:rPr>
        <w:t xml:space="preserve"> — </w:t>
      </w:r>
      <w:r>
        <w:rPr>
          <w:u w:val="none"/>
          <w:shd w:val="clear" w:fill="B7DDE8"/>
        </w:rPr>
        <w:t>Where, then, is boasting? It is excluded</w:t>
      </w:r>
      <w:r>
        <w:rPr>
          <w:b w:val="false"/>
          <w:i w:val="false"/>
          <w:color w:val="000000"/>
          <w:u w:val="none"/>
        </w:rPr>
        <w:t xml:space="preserve"> [1CBC]</w:t>
      </w:r>
      <w:r>
        <w:rPr>
          <w:u w:val="none"/>
        </w:rPr>
        <w:t xml:space="preserve">. </w:t>
      </w:r>
      <w:r>
        <w:rPr>
          <w:u w:val="none"/>
          <w:shd w:val="clear" w:fill="B7DDE8"/>
        </w:rPr>
        <w:t>On what principle? On that of works? No, but on that of faith</w:t>
      </w:r>
      <w:r>
        <w:rPr>
          <w:b w:val="false"/>
          <w:i w:val="false"/>
          <w:color w:val="000000"/>
          <w:u w:val="none"/>
        </w:rPr>
        <w:t xml:space="preserve"> [1CBD]</w:t>
      </w:r>
      <w:r>
        <w:rPr>
          <w:u w:val="none"/>
        </w:rPr>
        <w:t xml:space="preserve">. For we maintain that </w:t>
      </w:r>
      <w:r>
        <w:rPr>
          <w:u w:val="none"/>
          <w:shd w:val="clear" w:fill="B7DDE8"/>
        </w:rPr>
        <w:t>a man is justified by faith apart from works of the law</w:t>
      </w:r>
      <w:r>
        <w:rPr>
          <w:b w:val="false"/>
          <w:i w:val="false"/>
          <w:color w:val="000000"/>
          <w:u w:val="none"/>
        </w:rPr>
        <w:t xml:space="preserve"> [1CBE]</w:t>
      </w:r>
      <w:r>
        <w:rPr>
          <w:u w:val="none"/>
        </w:rPr>
        <w:t>.</w:t>
      </w:r>
    </w:p>
    <w:p>
      <w:pPr>
        <w:pStyle w:val="Yellow"/>
        <w:rPr/>
      </w:pPr>
      <w:r>
        <w:rPr>
          <w:u w:val="none"/>
        </w:rPr>
        <w:t xml:space="preserve">(Ro3:29 God “of Gentiles too”) </w:t>
      </w:r>
      <w:r>
        <w:rPr>
          <w:b/>
          <w:u w:val="none"/>
        </w:rPr>
        <w:t>Romans 3:30</w:t>
      </w:r>
      <w:r>
        <w:rPr>
          <w:u w:val="none"/>
        </w:rPr>
        <w:t xml:space="preserve"> — {since} </w:t>
      </w:r>
      <w:r>
        <w:rPr>
          <w:u w:val="none"/>
          <w:shd w:fill="B7DDE8" w:val="clear"/>
        </w:rPr>
        <w:t>there is only one God</w:t>
      </w:r>
      <w:r>
        <w:rPr>
          <w:b w:val="false"/>
          <w:i w:val="false"/>
          <w:color w:val="000000"/>
          <w:u w:val="none"/>
        </w:rPr>
        <w:t xml:space="preserve"> [19FQ]</w:t>
      </w:r>
      <w:r>
        <w:rPr>
          <w:u w:val="none"/>
        </w:rPr>
        <w:t xml:space="preserve">, </w:t>
      </w:r>
      <w:r>
        <w:rPr>
          <w:u w:val="none"/>
          <w:shd w:fill="B7DDE8" w:val="clear"/>
        </w:rPr>
        <w:t>who will justify the circumcised by faith and the uncircumcised through that same faith</w:t>
      </w:r>
      <w:r>
        <w:rPr>
          <w:b w:val="false"/>
          <w:i w:val="false"/>
          <w:color w:val="000000"/>
          <w:u w:val="none"/>
        </w:rPr>
        <w:t xml:space="preserve"> [1FW]</w:t>
      </w:r>
      <w:r>
        <w:rPr>
          <w:u w:val="none"/>
        </w:rPr>
        <w:t>.</w:t>
      </w:r>
    </w:p>
    <w:p>
      <w:pPr>
        <w:pStyle w:val="Yellow"/>
        <w:rPr/>
      </w:pPr>
      <w:r>
        <w:rPr>
          <w:b/>
          <w:u w:val="none"/>
          <w:shd w:val="clear" w:color="auto" w:fill="C00000"/>
          <w:color w:val="FFFFFF"/>
        </w:rPr>
        <w:t>Romans 4:3</w:t>
      </w:r>
      <w:r>
        <w:rPr>
          <w:u w:val="none"/>
          <w:shd w:val="clear" w:color="auto" w:fill="C00000"/>
          <w:color w:val="FFFFFF"/>
        </w:rPr>
        <w:t xml:space="preserve"> — “</w:t>
      </w:r>
      <w:r>
        <w:rPr>
          <w:u w:val="none"/>
          <w:shd w:val="clear" w:color="auto" w:fill="C00000"/>
          <w:color w:val="FFFFFF"/>
        </w:rPr>
        <w:t>Abraham believed God</w:t>
      </w:r>
      <w:r>
        <w:rPr>
          <w:b w:val="false"/>
          <w:i w:val="false"/>
          <w:u w:val="none"/>
          <w:shd w:val="clear" w:color="auto" w:fill="C00000"/>
          <w:color w:val="FFFFFF"/>
        </w:rPr>
        <w:t xml:space="preserve"> [4AHE]</w:t>
      </w:r>
      <w:r>
        <w:rPr>
          <w:u w:val="none"/>
          <w:shd w:val="clear" w:color="auto" w:fill="C00000"/>
          <w:color w:val="FFFFFF"/>
        </w:rPr>
        <w:t xml:space="preserve">, and </w:t>
      </w:r>
      <w:r>
        <w:rPr>
          <w:u w:val="none"/>
          <w:shd w:val="clear" w:color="auto" w:fill="C00000"/>
          <w:color w:val="FFFFFF"/>
        </w:rPr>
        <w:t>it was credited to him as righteousness</w:t>
      </w:r>
      <w:r>
        <w:rPr>
          <w:b w:val="false"/>
          <w:i w:val="false"/>
          <w:u w:val="none"/>
          <w:shd w:val="clear" w:color="auto" w:fill="C00000"/>
          <w:color w:val="FFFFFF"/>
        </w:rPr>
        <w:t xml:space="preserve"> [5AHF]</w:t>
      </w:r>
      <w:r>
        <w:rPr>
          <w:u w:val="none"/>
          <w:shd w:val="clear" w:color="auto" w:fill="C00000"/>
          <w:color w:val="FFFFFF"/>
        </w:rPr>
        <w:t>.”</w:t>
      </w:r>
    </w:p>
    <w:p>
      <w:pPr>
        <w:pStyle w:val="Yellow"/>
        <w:rPr/>
      </w:pPr>
      <w:r>
        <w:rPr/>
        <w:t xml:space="preserve">(Ro4:6 “God”) </w:t>
      </w:r>
      <w:r>
        <w:rPr>
          <w:b/>
        </w:rPr>
        <w:t>Romans 4:5</w:t>
      </w:r>
      <w:r>
        <w:rPr/>
        <w:t xml:space="preserve"> — However, </w:t>
      </w:r>
      <w:r>
        <w:rPr>
          <w:color w:val="000000"/>
        </w:rPr>
        <w:t>to the one who does not work, but believes in {Him}</w:t>
      </w:r>
      <w:r>
        <w:rPr>
          <w:b w:val="false"/>
          <w:i w:val="false"/>
          <w:color w:val="000000"/>
          <w:u w:val="none"/>
        </w:rPr>
        <w:t xml:space="preserve"> [1CAD]</w:t>
      </w:r>
      <w:r>
        <w:rPr>
          <w:shd w:val="clear" w:fill="B7DDE8"/>
        </w:rPr>
        <w:t xml:space="preserve"> who justifies the ungodly</w:t>
      </w:r>
      <w:r>
        <w:rPr>
          <w:b w:val="false"/>
          <w:i w:val="false"/>
          <w:color w:val="000000"/>
          <w:u w:val="none"/>
        </w:rPr>
        <w:t xml:space="preserve"> [1CAE]</w:t>
      </w:r>
      <w:r>
        <w:rPr>
          <w:shd w:val="clear" w:fill="548235" w:color="auto"/>
          <w:color w:val="FFFFFF"/>
        </w:rPr>
        <w:t>, his faith is credited</w:t>
      </w:r>
      <w:r>
        <w:rPr>
          <w:b w:val="false"/>
          <w:i w:val="false"/>
          <w:color w:val="FFFFFF"/>
          <w:u w:val="none"/>
          <w:shd w:val="clear" w:color="auto" w:fill="548235"/>
        </w:rPr>
        <w:t xml:space="preserve"> [1CAF]</w:t>
      </w:r>
      <w:r>
        <w:rPr>
          <w:shd w:val="clear" w:fill="548235" w:color="auto"/>
          <w:color w:val="FFFFFF"/>
        </w:rPr>
        <w:t xml:space="preserve"> as righteousness</w:t>
      </w:r>
      <w:r>
        <w:rPr>
          <w:b w:val="false"/>
          <w:i w:val="false"/>
          <w:color w:val="FFFFFF"/>
          <w:u w:val="none"/>
          <w:shd w:val="clear" w:color="auto" w:fill="548235"/>
        </w:rPr>
        <w:t xml:space="preserve"> [1CAG]</w:t>
      </w:r>
      <w:r>
        <w:rPr>
          <w:shd w:val="clear" w:color="auto" w:fill="548235"/>
          <w:color w:val="FFFFFF"/>
        </w:rPr>
        <w:t>.</w:t>
      </w:r>
    </w:p>
    <w:p>
      <w:pPr>
        <w:pStyle w:val="Yellow"/>
        <w:rPr/>
      </w:pPr>
      <w:r>
        <w:rPr/>
        <w:t xml:space="preserve">(Ro5:8 "Christ") </w:t>
      </w:r>
      <w:r>
        <w:rPr>
          <w:b/>
        </w:rPr>
        <w:t>Romans 5:9</w:t>
      </w:r>
      <w:r>
        <w:rPr/>
        <w:t xml:space="preserve"> — Therefore, </w:t>
      </w:r>
      <w:r>
        <w:rPr>
          <w:shd w:val="clear" w:fill="B7DDE8"/>
        </w:rPr>
        <w:t>since we have now been justified by {His} blood</w:t>
      </w:r>
      <w:r>
        <w:rPr>
          <w:b w:val="false"/>
          <w:i w:val="false"/>
          <w:color w:val="000000"/>
          <w:u w:val="none"/>
        </w:rPr>
        <w:t xml:space="preserve"> [1CAQ]</w:t>
      </w:r>
      <w:r>
        <w:rPr>
          <w:shd w:val="clear" w:fill="B7DDE8"/>
        </w:rPr>
        <w:t>, how much more shall we be saved from wrath</w:t>
      </w:r>
      <w:r>
        <w:rPr>
          <w:b w:val="false"/>
          <w:i w:val="false"/>
          <w:color w:val="000000"/>
          <w:u w:val="none"/>
        </w:rPr>
        <w:t xml:space="preserve"> [1CAR]</w:t>
      </w:r>
      <w:r>
        <w:rPr>
          <w:shd w:val="clear" w:fill="B7DDE8"/>
        </w:rPr>
        <w:t xml:space="preserve"> through Him</w:t>
      </w:r>
      <w:r>
        <w:rPr>
          <w:b w:val="false"/>
          <w:i w:val="false"/>
          <w:color w:val="000000"/>
          <w:u w:val="none"/>
        </w:rPr>
        <w:t xml:space="preserve"> [1CAS]</w:t>
      </w:r>
      <w:r>
        <w:rPr/>
        <w:t>!</w:t>
      </w:r>
    </w:p>
    <w:p>
      <w:pPr>
        <w:pStyle w:val="Yellow"/>
        <w:rPr/>
      </w:pPr>
      <w:r>
        <w:rPr>
          <w:b/>
          <w:shd w:val="clear" w:color="auto" w:fill="548235"/>
          <w:color w:val="FFFFFF"/>
        </w:rPr>
        <w:t>Romans 5:16</w:t>
      </w:r>
      <w:r>
        <w:rPr>
          <w:shd w:val="clear" w:color="auto" w:fill="548235"/>
          <w:color w:val="FFFFFF"/>
        </w:rPr>
        <w:t xml:space="preserve"> — </w:t>
      </w:r>
      <w:r>
        <w:rPr>
          <w:shd w:val="clear" w:fill="548235" w:color="auto"/>
          <w:color w:val="FFFFFF"/>
        </w:rPr>
        <w:t>The judgment that followed one sin brought condemnation</w:t>
      </w:r>
      <w:r>
        <w:rPr>
          <w:b w:val="false"/>
          <w:i w:val="false"/>
          <w:color w:val="FFFFFF"/>
          <w:u w:val="none"/>
          <w:shd w:val="clear" w:color="auto" w:fill="548235"/>
        </w:rPr>
        <w:t xml:space="preserve"> [1CAO]</w:t>
      </w:r>
      <w:r>
        <w:rPr>
          <w:shd w:val="clear" w:color="auto" w:fill="548235"/>
          <w:color w:val="FFFFFF"/>
        </w:rPr>
        <w:t xml:space="preserve">, but </w:t>
      </w:r>
      <w:r>
        <w:rPr>
          <w:shd w:val="clear" w:fill="548235" w:color="auto"/>
          <w:color w:val="FFFFFF"/>
        </w:rPr>
        <w:t>the gift that followed many trespasses brought justification</w:t>
      </w:r>
      <w:r>
        <w:rPr>
          <w:b w:val="false"/>
          <w:i w:val="false"/>
          <w:color w:val="FFFFFF"/>
          <w:u w:val="none"/>
          <w:shd w:val="clear" w:color="auto" w:fill="548235"/>
        </w:rPr>
        <w:t xml:space="preserve"> [1CAP]</w:t>
      </w:r>
      <w:r>
        <w:rPr>
          <w:shd w:val="clear" w:color="auto" w:fill="548235"/>
          <w:color w:val="FFFFFF"/>
        </w:rPr>
        <w:t>.</w:t>
      </w:r>
    </w:p>
    <w:p>
      <w:pPr>
        <w:pStyle w:val="Yellow"/>
        <w:rPr/>
      </w:pPr>
      <w:r>
        <w:rPr>
          <w:b/>
        </w:rPr>
        <w:t>Romans 5:18</w:t>
      </w:r>
      <w:r>
        <w:rPr/>
        <w:t xml:space="preserve"> — </w:t>
      </w:r>
      <w:r>
        <w:rPr>
          <w:shd w:val="clear" w:fill="B7DDE8"/>
        </w:rPr>
        <w:t>just as one trespass brought condemnation for all men</w:t>
      </w:r>
      <w:r>
        <w:rPr>
          <w:b w:val="false"/>
          <w:i w:val="false"/>
          <w:color w:val="000000"/>
          <w:u w:val="none"/>
        </w:rPr>
        <w:t xml:space="preserve"> [1CAL]</w:t>
      </w:r>
      <w:r>
        <w:rPr>
          <w:shd w:val="clear" w:fill="B7DDE8"/>
        </w:rPr>
        <w:t>, so also one act of righteousness brought justification</w:t>
      </w:r>
      <w:r>
        <w:rPr>
          <w:b w:val="false"/>
          <w:i w:val="false"/>
          <w:color w:val="000000"/>
          <w:u w:val="none"/>
        </w:rPr>
        <w:t xml:space="preserve"> [1CAM]</w:t>
      </w:r>
      <w:r>
        <w:rPr>
          <w:shd w:val="clear" w:fill="B7DDE8"/>
        </w:rPr>
        <w:t xml:space="preserve"> and life for all men</w:t>
      </w:r>
      <w:r>
        <w:rPr>
          <w:b w:val="false"/>
          <w:i w:val="false"/>
          <w:color w:val="000000"/>
          <w:u w:val="none"/>
        </w:rPr>
        <w:t xml:space="preserve"> [1CAN]</w:t>
      </w:r>
      <w:r>
        <w:rPr/>
        <w:t>.</w:t>
      </w:r>
    </w:p>
    <w:p>
      <w:pPr>
        <w:pStyle w:val="Yellow"/>
        <w:rPr/>
      </w:pPr>
      <w:r>
        <w:rPr>
          <w:b/>
          <w:shd w:val="clear" w:color="auto" w:fill="548235"/>
          <w:color w:val="FFFFFF"/>
        </w:rPr>
        <w:t>Romans 10:4</w:t>
      </w:r>
      <w:r>
        <w:rPr>
          <w:shd w:val="clear" w:color="auto" w:fill="548235"/>
          <w:color w:val="FFFFFF"/>
        </w:rPr>
        <w:t xml:space="preserve"> — For </w:t>
      </w:r>
      <w:r>
        <w:rPr>
          <w:shd w:val="clear" w:fill="548235" w:color="auto"/>
          <w:color w:val="FFFFFF"/>
        </w:rPr>
        <w:t>Christ is the end of the law</w:t>
      </w:r>
      <w:r>
        <w:rPr>
          <w:b w:val="false"/>
          <w:i w:val="false"/>
          <w:color w:val="FFFFFF"/>
          <w:u w:val="none"/>
          <w:shd w:val="clear" w:color="auto" w:fill="548235"/>
        </w:rPr>
        <w:t xml:space="preserve"> [1CYP]</w:t>
      </w:r>
      <w:r>
        <w:rPr>
          <w:shd w:val="clear" w:color="auto" w:fill="548235"/>
          <w:color w:val="FFFFFF"/>
        </w:rPr>
        <w:t xml:space="preserve">, </w:t>
      </w:r>
      <w:r>
        <w:rPr>
          <w:shd w:val="clear" w:fill="548235" w:color="auto"/>
          <w:color w:val="FFFFFF"/>
        </w:rPr>
        <w:t>to bring righteousness to everyone who believes</w:t>
      </w:r>
      <w:r>
        <w:rPr>
          <w:b w:val="false"/>
          <w:i w:val="false"/>
          <w:color w:val="FFFFFF"/>
          <w:u w:val="none"/>
          <w:shd w:val="clear" w:color="auto" w:fill="548235"/>
        </w:rPr>
        <w:t xml:space="preserve"> [1CYQ]</w:t>
      </w:r>
      <w:r>
        <w:rPr>
          <w:shd w:val="clear" w:color="auto" w:fill="548235"/>
          <w:color w:val="FFFFFF"/>
        </w:rPr>
        <w:t>.</w:t>
      </w:r>
    </w:p>
    <w:p>
      <w:pPr>
        <w:pStyle w:val="Yellow"/>
        <w:rPr/>
      </w:pPr>
      <w:r>
        <w:rPr>
          <w:b/>
        </w:rPr>
        <w:t>Romans 10:10</w:t>
      </w:r>
      <w:r>
        <w:rPr/>
        <w:t xml:space="preserve"> — For </w:t>
      </w:r>
      <w:r>
        <w:rPr>
          <w:shd w:val="clear" w:fill="B7DDE8"/>
        </w:rPr>
        <w:t>with your heart you believe</w:t>
      </w:r>
      <w:r>
        <w:rPr>
          <w:b w:val="false"/>
          <w:i w:val="false"/>
          <w:u w:val="none"/>
          <w:color w:val="000000"/>
        </w:rPr>
        <w:t xml:space="preserve"> [1CEV]</w:t>
      </w:r>
      <w:r>
        <w:rPr>
          <w:shd w:val="clear" w:fill="B7DDE8"/>
        </w:rPr>
        <w:t xml:space="preserve"> and are justified</w:t>
      </w:r>
      <w:r>
        <w:rPr>
          <w:b w:val="false"/>
          <w:i w:val="false"/>
          <w:u w:val="none"/>
          <w:color w:val="000000"/>
        </w:rPr>
        <w:t xml:space="preserve"> [1CEW]</w:t>
      </w:r>
      <w:r>
        <w:rPr/>
        <w:t xml:space="preserve">, and </w:t>
      </w:r>
      <w:r>
        <w:rPr>
          <w:shd w:val="clear" w:fill="B7DDE8"/>
        </w:rPr>
        <w:t>with your mouth you confess</w:t>
      </w:r>
      <w:r>
        <w:rPr>
          <w:b w:val="false"/>
          <w:i w:val="false"/>
          <w:color w:val="000000"/>
          <w:u w:val="none"/>
        </w:rPr>
        <w:t xml:space="preserve"> [1CEX]</w:t>
      </w:r>
      <w:r>
        <w:rPr>
          <w:shd w:val="clear" w:fill="B7DDE8"/>
        </w:rPr>
        <w:t xml:space="preserve"> and are saved</w:t>
      </w:r>
      <w:r>
        <w:rPr>
          <w:b w:val="false"/>
          <w:i w:val="false"/>
          <w:color w:val="000000"/>
          <w:u w:val="none"/>
        </w:rPr>
        <w:t xml:space="preserve"> [1CEY]</w:t>
      </w:r>
      <w:r>
        <w:rPr/>
        <w:t>.</w:t>
      </w:r>
    </w:p>
    <w:p>
      <w:pPr>
        <w:pStyle w:val="Yellow"/>
        <w:rPr/>
      </w:pPr>
      <w:r>
        <w:rPr>
          <w:b/>
          <w:u w:val="none"/>
        </w:rPr>
        <w:t>Galatians 2:16</w:t>
      </w:r>
      <w:r>
        <w:rPr>
          <w:u w:val="none"/>
        </w:rPr>
        <w:t xml:space="preserve"> — </w:t>
      </w:r>
      <w:r>
        <w:rPr>
          <w:u w:val="none"/>
          <w:shd w:val="clear" w:fill="B7DDE8"/>
        </w:rPr>
        <w:t>a man is not justified by works of the law</w:t>
      </w:r>
      <w:r>
        <w:rPr>
          <w:b w:val="false"/>
          <w:i w:val="false"/>
          <w:color w:val="000000"/>
          <w:u w:val="none"/>
        </w:rPr>
        <w:t xml:space="preserve"> [1CBA]</w:t>
      </w:r>
      <w:r>
        <w:rPr>
          <w:u w:val="none"/>
          <w:shd w:val="clear" w:fill="B7DDE8"/>
        </w:rPr>
        <w:t>, but by faith in Jesus Christ</w:t>
      </w:r>
      <w:r>
        <w:rPr>
          <w:b w:val="false"/>
          <w:i w:val="false"/>
          <w:color w:val="000000"/>
          <w:u w:val="none"/>
        </w:rPr>
        <w:t xml:space="preserve"> [1CBB]</w:t>
      </w:r>
      <w:r>
        <w:rPr>
          <w:u w:val="none"/>
        </w:rPr>
        <w:t>.</w:t>
      </w:r>
    </w:p>
    <w:p>
      <w:pPr>
        <w:pStyle w:val="Yellow"/>
        <w:rPr/>
      </w:pPr>
      <w:r>
        <w:rPr>
          <w:b/>
          <w:shd w:val="clear" w:color="auto" w:fill="F4B183"/>
          <w:color w:val="000000"/>
        </w:rPr>
        <w:t>Galatians 2:21</w:t>
      </w:r>
      <w:r>
        <w:rPr>
          <w:shd w:val="clear" w:color="auto" w:fill="F4B183"/>
          <w:color w:val="000000"/>
        </w:rPr>
        <w:t xml:space="preserve"> — For </w:t>
      </w:r>
      <w:r>
        <w:rPr>
          <w:shd w:fill="F4B183" w:val="clear" w:color="auto"/>
          <w:color w:val="000000"/>
        </w:rPr>
        <w:t>if righteousness comes through the law, then Christ died for nothing</w:t>
      </w:r>
      <w:r>
        <w:rPr>
          <w:b w:val="false"/>
          <w:i w:val="false"/>
          <w:color w:val="000000"/>
          <w:u w:val="none"/>
          <w:shd w:val="clear" w:color="auto" w:fill="F4B183"/>
        </w:rPr>
        <w:t xml:space="preserve"> [1AXW]</w:t>
      </w:r>
      <w:r>
        <w:rPr>
          <w:shd w:val="clear" w:color="auto" w:fill="F4B183"/>
          <w:color w:val="000000"/>
        </w:rPr>
        <w:t>.</w:t>
      </w:r>
    </w:p>
    <w:p>
      <w:pPr>
        <w:pStyle w:val="Yellow"/>
        <w:rPr/>
      </w:pPr>
      <w:r>
        <w:rPr>
          <w:b/>
        </w:rPr>
        <w:t>Galatians 3:8</w:t>
      </w:r>
      <w:r>
        <w:rPr/>
        <w:t xml:space="preserve"> — </w:t>
      </w:r>
      <w:r>
        <w:rPr>
          <w:shd w:val="clear" w:fill="B7DDE8"/>
        </w:rPr>
        <w:t>The Scripture foresaw that God would justify the Gentiles by faith</w:t>
      </w:r>
      <w:r>
        <w:rPr>
          <w:b w:val="false"/>
          <w:i w:val="false"/>
          <w:u w:val="none"/>
          <w:color w:val="000000"/>
        </w:rPr>
        <w:t xml:space="preserve"> [1PD]</w:t>
      </w:r>
      <w:r>
        <w:rPr/>
        <w:t xml:space="preserve">, and </w:t>
      </w:r>
      <w:r>
        <w:rPr>
          <w:shd w:val="clear" w:fill="B7DDE8"/>
        </w:rPr>
        <w:t>foretold the gospel to Abraham</w:t>
      </w:r>
      <w:r>
        <w:rPr>
          <w:b w:val="false"/>
          <w:i w:val="false"/>
          <w:color w:val="000000"/>
          <w:u w:val="none"/>
        </w:rPr>
        <w:t xml:space="preserve"> [1PE]</w:t>
      </w:r>
      <w:r>
        <w:rPr/>
        <w:t>: “</w:t>
      </w:r>
      <w:r>
        <w:rPr>
          <w:shd w:val="clear" w:fill="B7DDE8"/>
        </w:rPr>
        <w:t>All nations will be blessed through you</w:t>
      </w:r>
      <w:r>
        <w:rPr>
          <w:b w:val="false"/>
          <w:i w:val="false"/>
          <w:color w:val="000000"/>
          <w:u w:val="none"/>
        </w:rPr>
        <w:t xml:space="preserve"> [2PF]</w:t>
      </w:r>
      <w:r>
        <w:rPr/>
        <w:t>.”</w:t>
      </w:r>
    </w:p>
    <w:p>
      <w:pPr>
        <w:pStyle w:val="Yellow"/>
        <w:rPr/>
      </w:pPr>
      <w:r>
        <w:rPr>
          <w:b/>
          <w:shd w:val="clear" w:color="auto" w:fill="F4B183"/>
          <w:color w:val="000000"/>
        </w:rPr>
        <w:t xml:space="preserve">Galatians 3:10</w:t>
      </w:r>
      <w:r>
        <w:rPr>
          <w:shd w:val="clear" w:color="auto" w:fill="F4B183"/>
          <w:color w:val="000000"/>
        </w:rPr>
        <w:t xml:space="preserve"> — </w:t>
      </w:r>
      <w:r>
        <w:rPr>
          <w:shd w:fill="F4B183" w:val="clear" w:color="auto"/>
          <w:color w:val="000000"/>
        </w:rPr>
        <w:t xml:space="preserve">All who rely on works of the law are under a curse</w:t>
      </w:r>
      <w:r>
        <w:rPr>
          <w:b w:val="false"/>
          <w:i w:val="false"/>
          <w:color w:val="000000"/>
          <w:u w:val="none"/>
          <w:shd w:val="clear" w:color="auto" w:fill="F4B183"/>
        </w:rPr>
        <w:t xml:space="preserve"> [1JKA]</w:t>
      </w:r>
      <w:r>
        <w:rPr>
          <w:shd w:val="clear" w:color="auto" w:fill="F4B183"/>
          <w:color w:val="000000"/>
        </w:rPr>
        <w:t xml:space="preserve">.</w:t>
      </w:r>
    </w:p>
    <w:p>
      <w:pPr>
        <w:pStyle w:val="Yellow"/>
        <w:rPr/>
        <w:pBdr>
          <w:left w:val="single" w:sz="28" w:space="5" w:color="C00000"/>
        </w:pBdr>
      </w:pPr>
      <w:r>
        <w:rPr>
          <w:b/>
          <w:u w:val="none"/>
          <w:shd w:val="clear" w:color="auto" w:fill="F4B183"/>
          <w:color w:val="000000"/>
        </w:rPr>
        <w:t>Galatians 3:11</w:t>
      </w:r>
      <w:r>
        <w:rPr>
          <w:u w:val="none"/>
          <w:shd w:val="clear" w:color="auto" w:fill="F4B183"/>
          <w:color w:val="000000"/>
        </w:rPr>
        <w:t xml:space="preserve"> — Now it is clear that </w:t>
      </w:r>
      <w:r>
        <w:rPr>
          <w:u w:val="none"/>
          <w:shd w:val="clear" w:fill="F4B183" w:color="auto"/>
          <w:color w:val="000000"/>
        </w:rPr>
        <w:t>no one is justified before God by the law</w:t>
      </w:r>
      <w:r>
        <w:rPr>
          <w:b w:val="false"/>
          <w:i w:val="false"/>
          <w:color w:val="000000"/>
          <w:u w:val="none"/>
          <w:shd w:val="clear" w:color="auto" w:fill="F4B183"/>
        </w:rPr>
        <w:t xml:space="preserve"> [1CBI]</w:t>
      </w:r>
      <w:r>
        <w:rPr>
          <w:u w:val="none"/>
          <w:shd w:val="clear" w:color="auto" w:fill="F4B183"/>
          <w:color w:val="000000"/>
        </w:rPr>
        <w:t>, because, “</w:t>
      </w:r>
      <w:r>
        <w:rPr>
          <w:u w:val="none"/>
          <w:shd w:val="clear" w:fill="F4B183" w:color="auto"/>
          <w:color w:val="000000"/>
        </w:rPr>
        <w:t>The righteous will live by faith</w:t>
      </w:r>
      <w:r>
        <w:rPr>
          <w:b w:val="false"/>
          <w:i w:val="false"/>
          <w:color w:val="000000"/>
          <w:u w:val="none"/>
          <w:shd w:val="clear" w:color="auto" w:fill="F4B183"/>
        </w:rPr>
        <w:t xml:space="preserve"> [4CBJ]</w:t>
      </w:r>
      <w:r>
        <w:rPr>
          <w:u w:val="none"/>
          <w:shd w:val="clear" w:color="auto" w:fill="F4B183"/>
          <w:color w:val="000000"/>
        </w:rPr>
        <w:t>.”</w:t>
      </w:r>
    </w:p>
    <w:p>
      <w:pPr>
        <w:pStyle w:val="Yellow"/>
        <w:rPr/>
      </w:pPr>
      <w:r>
        <w:rPr/>
        <w:t xml:space="preserve">(Ga3:10 “everything written in the Book of the Law”) </w:t>
      </w:r>
      <w:r>
        <w:rPr>
          <w:b/>
        </w:rPr>
        <w:t>Galatians 3:12</w:t>
      </w:r>
      <w:r>
        <w:rPr/>
        <w:t xml:space="preserve"> — </w:t>
      </w:r>
      <w:r>
        <w:rPr>
          <w:shd w:val="clear" w:fill="B7DDE8"/>
        </w:rPr>
        <w:t>The law, however, is not based on faith</w:t>
      </w:r>
      <w:r>
        <w:rPr>
          <w:b w:val="false"/>
          <w:i w:val="false"/>
          <w:color w:val="000000"/>
          <w:u w:val="none"/>
        </w:rPr>
        <w:t xml:space="preserve"> [1CYM]</w:t>
      </w:r>
      <w:r>
        <w:rPr/>
        <w:t>; on the contrary, “</w:t>
      </w:r>
      <w:r>
        <w:rPr>
          <w:color w:val="000000"/>
          <w:shd w:val="clear" w:color="auto" w:fill="D9C3E6"/>
        </w:rPr>
        <w:t>The man who does {these things} will live by them</w:t>
      </w:r>
      <w:r>
        <w:rPr>
          <w:b w:val="false"/>
          <w:i w:val="false"/>
          <w:color w:val="000000"/>
          <w:u w:val="none"/>
          <w:shd w:val="clear" w:color="auto" w:fill="F4B183"/>
        </w:rPr>
        <w:t xml:space="preserve"> [3VR]</w:t>
      </w:r>
      <w:r>
        <w:rPr>
          <w:shd w:val="clear" w:color="auto" w:fill="D9C3E6"/>
        </w:rPr>
        <w:t>.”</w:t>
      </w:r>
    </w:p>
    <w:p>
      <w:pPr>
        <w:pStyle w:val="Yellow"/>
        <w:rPr/>
      </w:pPr>
      <w:r>
        <w:rPr>
          <w:b/>
        </w:rPr>
        <w:t>Galatians 5:4-5</w:t>
      </w:r>
      <w:r>
        <w:rPr/>
        <w:t xml:space="preserve"> — </w:t>
      </w:r>
      <w:r>
        <w:rPr>
          <w:shd w:val="clear" w:fill="B7DDE8"/>
        </w:rPr>
        <w:t>You who are trying to be justified by the law have been severed from Christ</w:t>
      </w:r>
      <w:r>
        <w:rPr>
          <w:b w:val="false"/>
          <w:i w:val="false"/>
          <w:color w:val="000000"/>
          <w:u w:val="none"/>
        </w:rPr>
        <w:t xml:space="preserve"> [1CBF]</w:t>
      </w:r>
      <w:r>
        <w:rPr/>
        <w:t xml:space="preserve">; </w:t>
      </w:r>
      <w:r>
        <w:rPr>
          <w:shd w:val="clear" w:fill="B7DDE8"/>
        </w:rPr>
        <w:t>you have fallen away from grace</w:t>
      </w:r>
      <w:r>
        <w:rPr>
          <w:b w:val="false"/>
          <w:i w:val="false"/>
          <w:color w:val="000000"/>
          <w:u w:val="none"/>
        </w:rPr>
        <w:t xml:space="preserve"> [1CBG]</w:t>
      </w:r>
      <w:r>
        <w:rPr/>
        <w:t xml:space="preserve">. But </w:t>
      </w:r>
      <w:r>
        <w:rPr>
          <w:shd w:val="clear" w:fill="B7DDE8"/>
        </w:rPr>
        <w:t>by faith we eagerly await through the Spirit the hope of righteousness</w:t>
      </w:r>
      <w:r>
        <w:rPr>
          <w:b w:val="false"/>
          <w:i w:val="false"/>
          <w:color w:val="000000"/>
          <w:u w:val="none"/>
        </w:rPr>
        <w:t xml:space="preserve"> [1CBH]</w:t>
      </w:r>
      <w:r>
        <w:rPr/>
        <w:t>.</w:t>
      </w:r>
    </w:p>
    <w:p>
      <w:pPr>
        <w:pStyle w:val="Yellow"/>
        <w:rPr/>
        <w:shd w:val="clear" w:color="auto" w:fill="E4DFEC"/>
        <w:pBdr>
          <w:left w:val="single" w:sz="28" w:space="5" w:color="7030A0"/>
        </w:pBdr>
      </w:pPr>
      <w:r>
        <w:rPr>
          <w:b/>
          <w:u w:val="none"/>
        </w:rPr>
        <w:t>James 2:23</w:t>
      </w:r>
      <w:r>
        <w:rPr>
          <w:u w:val="none"/>
        </w:rPr>
        <w:t xml:space="preserve"> — And </w:t>
      </w:r>
      <w:r>
        <w:rPr>
          <w:u w:val="none"/>
          <w:shd w:fill="B7DDE8" w:val="clear"/>
        </w:rPr>
        <w:t>the Scripture was fulfilled</w:t>
      </w:r>
      <w:r>
        <w:rPr>
          <w:b w:val="false"/>
          <w:i w:val="false"/>
          <w:color w:val="000000"/>
          <w:u w:val="none"/>
        </w:rPr>
        <w:t xml:space="preserve"> [2MFU]</w:t>
      </w:r>
      <w:r>
        <w:rPr>
          <w:u w:val="none"/>
        </w:rPr>
        <w:t xml:space="preserve"> that says, “</w:t>
      </w:r>
      <w:r>
        <w:rPr>
          <w:u w:val="none"/>
          <w:shd w:fill="B7DDE8" w:val="clear"/>
        </w:rPr>
        <w:t>Abraham believed God</w:t>
      </w:r>
      <w:r>
        <w:rPr>
          <w:b w:val="false"/>
          <w:i w:val="false"/>
          <w:color w:val="000000"/>
          <w:u w:val="none"/>
        </w:rPr>
        <w:t xml:space="preserve"> [4AHE]</w:t>
      </w:r>
      <w:r>
        <w:rPr>
          <w:u w:val="none"/>
        </w:rPr>
        <w:t xml:space="preserve">, and </w:t>
      </w:r>
      <w:r>
        <w:rPr>
          <w:u w:val="none"/>
          <w:shd w:fill="B7DDE8" w:val="clear"/>
        </w:rPr>
        <w:t>it was credited to him as righteousness</w:t>
      </w:r>
      <w:r>
        <w:rPr>
          <w:b w:val="false"/>
          <w:i w:val="false"/>
          <w:color w:val="000000"/>
          <w:u w:val="none"/>
        </w:rPr>
        <w:t xml:space="preserve"> [5AHF]</w:t>
      </w:r>
      <w:r>
        <w:rPr>
          <w:u w:val="none"/>
        </w:rPr>
        <w:t xml:space="preserve">,” and </w:t>
      </w:r>
      <w:r>
        <w:rPr>
          <w:u w:val="none"/>
          <w:shd w:fill="B7DDE8" w:val="clear"/>
        </w:rPr>
        <w:t>he was called a friend of God</w:t>
      </w:r>
      <w:r>
        <w:rPr>
          <w:b w:val="false"/>
          <w:i w:val="false"/>
          <w:color w:val="000000"/>
          <w:u w:val="none"/>
        </w:rPr>
        <w:t xml:space="preserve"> [3AHG]</w:t>
      </w:r>
      <w:r>
        <w:rPr>
          <w:u w:val="none"/>
        </w:rPr>
        <w:t>.</w:t>
      </w:r>
    </w:p>
    <w:p>
      <w:r>
        <w:rPr>
          <w:b/>
          <w:sz w:val="32"/>
        </w:rPr>
        <w:t>Reconciliation  (6)</w:t>
      </w:r>
    </w:p>
    <w:p>
      <w:pPr>
        <w:pStyle w:val="Yellow"/>
        <w:rPr/>
      </w:pPr>
      <w:r>
        <w:rPr>
          <w:b/>
          <w:shd w:val="clear" w:color="auto" w:fill="548235"/>
          <w:color w:val="FFFFFF"/>
        </w:rPr>
        <w:t xml:space="preserve">Romans 5:10</w:t>
      </w:r>
      <w:r>
        <w:rPr>
          <w:shd w:val="clear" w:color="auto" w:fill="548235"/>
          <w:color w:val="FFFFFF"/>
        </w:rPr>
        <w:t xml:space="preserve"> — For </w:t>
      </w:r>
      <w:r>
        <w:rPr>
          <w:shd w:fill="548235" w:val="clear" w:color="auto"/>
          <w:color w:val="FFFFFF"/>
        </w:rPr>
        <w:t xml:space="preserve">if, when we were enemies of God, we were reconciled to Him through the death of His Son, how much more, having been reconciled, shall we be saved through His life</w:t>
      </w:r>
      <w:r>
        <w:rPr>
          <w:b w:val="false"/>
          <w:i w:val="false"/>
          <w:color w:val="FFFFFF"/>
          <w:u w:val="none"/>
          <w:shd w:val="clear" w:color="auto" w:fill="548235"/>
        </w:rPr>
        <w:t xml:space="preserve"> [1IMF]</w:t>
      </w:r>
      <w:r>
        <w:rPr>
          <w:shd w:val="clear" w:color="auto" w:fill="548235"/>
          <w:color w:val="FFFFFF"/>
        </w:rPr>
        <w:t xml:space="preserve">!</w:t>
      </w:r>
    </w:p>
    <w:p>
      <w:pPr>
        <w:pStyle w:val="Yellow"/>
        <w:rPr/>
      </w:pPr>
      <w:r>
        <w:rPr>
          <w:b/>
        </w:rPr>
        <w:t xml:space="preserve">2 Corinthians 5:17-19</w:t>
      </w:r>
      <w:r>
        <w:rPr/>
        <w:t xml:space="preserve"> — Therefore </w:t>
      </w:r>
      <w:r>
        <w:rPr>
          <w:shd w:fill="B7DDE8" w:val="clear"/>
        </w:rPr>
        <w:t xml:space="preserve">if anyone is in Christ, he is a new creation</w:t>
      </w:r>
      <w:r>
        <w:rPr>
          <w:b w:val="false"/>
          <w:i w:val="false"/>
          <w:color w:val="000000"/>
          <w:u w:val="none"/>
        </w:rPr>
        <w:t xml:space="preserve"> [1GGI]</w:t>
      </w:r>
      <w:r>
        <w:rPr/>
        <w:t xml:space="preserve">. </w:t>
      </w:r>
      <w:r>
        <w:rPr>
          <w:shd w:fill="B7DDE8" w:val="clear"/>
        </w:rPr>
        <w:t xml:space="preserve">The old has passed away</w:t>
      </w:r>
      <w:r>
        <w:rPr>
          <w:b w:val="false"/>
          <w:i w:val="false"/>
          <w:color w:val="000000"/>
          <w:u w:val="none"/>
        </w:rPr>
        <w:t xml:space="preserve"> [1GGJ]</w:t>
      </w:r>
      <w:r>
        <w:rPr/>
        <w:t xml:space="preserve">. Behold, </w:t>
      </w:r>
      <w:r>
        <w:rPr>
          <w:shd w:fill="B7DDE8" w:val="clear"/>
        </w:rPr>
        <w:t xml:space="preserve">the new has come</w:t>
      </w:r>
      <w:r>
        <w:rPr>
          <w:b w:val="false"/>
          <w:i w:val="false"/>
          <w:color w:val="000000"/>
          <w:u w:val="none"/>
        </w:rPr>
        <w:t xml:space="preserve"> [1GGK]</w:t>
      </w:r>
      <w:r>
        <w:rPr/>
        <w:t xml:space="preserve">! </w:t>
      </w:r>
      <w:r>
        <w:rPr>
          <w:shd w:fill="B7DDE8" w:val="clear"/>
        </w:rPr>
        <w:t xml:space="preserve">All this is from God</w:t>
      </w:r>
      <w:r>
        <w:rPr>
          <w:b w:val="false"/>
          <w:i w:val="false"/>
          <w:color w:val="000000"/>
          <w:u w:val="none"/>
        </w:rPr>
        <w:t xml:space="preserve"> [1GGL]</w:t>
      </w:r>
      <w:r>
        <w:rPr/>
        <w:t xml:space="preserve">, </w:t>
      </w:r>
      <w:r>
        <w:rPr>
          <w:shd w:fill="B7DDE8" w:val="clear"/>
        </w:rPr>
        <w:t xml:space="preserve">who reconciled us to Himself through Christ</w:t>
      </w:r>
      <w:r>
        <w:rPr>
          <w:b w:val="false"/>
          <w:i w:val="false"/>
          <w:color w:val="000000"/>
          <w:u w:val="none"/>
        </w:rPr>
        <w:t xml:space="preserve"> [1GGM]</w:t>
      </w:r>
      <w:r>
        <w:rPr/>
        <w:t xml:space="preserve"> and </w:t>
      </w:r>
      <w:r>
        <w:rPr>
          <w:shd w:fill="B7DDE8" w:val="clear"/>
        </w:rPr>
        <w:t xml:space="preserve">gave us the ministry of reconciliation</w:t>
      </w:r>
      <w:r>
        <w:rPr>
          <w:b w:val="false"/>
          <w:i w:val="false"/>
          <w:color w:val="000000"/>
          <w:u w:val="none"/>
        </w:rPr>
        <w:t xml:space="preserve"> [1GGN]</w:t>
      </w:r>
      <w:r>
        <w:rPr/>
        <w:t xml:space="preserve">: that </w:t>
      </w:r>
      <w:r>
        <w:rPr>
          <w:shd w:fill="B7DDE8" w:val="clear"/>
        </w:rPr>
        <w:t xml:space="preserve">God was reconciling the world to Himself in Christ</w:t>
      </w:r>
      <w:r>
        <w:rPr>
          <w:b w:val="false"/>
          <w:i w:val="false"/>
          <w:color w:val="000000"/>
          <w:u w:val="none"/>
        </w:rPr>
        <w:t xml:space="preserve"> [1GGO]</w:t>
      </w:r>
      <w:r>
        <w:rPr/>
        <w:t xml:space="preserve">, </w:t>
      </w:r>
      <w:r>
        <w:rPr>
          <w:shd w:fill="B7DDE8" w:val="clear"/>
        </w:rPr>
        <w:t xml:space="preserve">not counting men’s trespasses against them</w:t>
      </w:r>
      <w:r>
        <w:rPr>
          <w:b w:val="false"/>
          <w:i w:val="false"/>
          <w:color w:val="000000"/>
          <w:u w:val="none"/>
        </w:rPr>
        <w:t xml:space="preserve"> [1GGP]</w:t>
      </w:r>
      <w:r>
        <w:rPr/>
        <w:t xml:space="preserve">. And </w:t>
      </w:r>
      <w:r>
        <w:rPr>
          <w:shd w:fill="B7DDE8" w:val="clear"/>
        </w:rPr>
        <w:t xml:space="preserve">He has committed to us the message of reconciliation</w:t>
      </w:r>
      <w:r>
        <w:rPr>
          <w:b w:val="false"/>
          <w:i w:val="false"/>
          <w:color w:val="000000"/>
          <w:u w:val="none"/>
        </w:rPr>
        <w:t xml:space="preserve"> [1GGQ]</w:t>
      </w:r>
      <w:r>
        <w:rPr/>
        <w:t xml:space="preserve">.</w:t>
      </w:r>
    </w:p>
    <w:p>
      <w:pPr>
        <w:pStyle w:val="Yellow"/>
        <w:rPr/>
      </w:pPr>
      <w:r>
        <w:rPr/>
        <w:t xml:space="preserve">(Ep1:3 “God”) </w:t>
      </w:r>
      <w:r>
        <w:rPr>
          <w:b/>
        </w:rPr>
        <w:t>Ephesians 1:9–10</w:t>
      </w:r>
      <w:r>
        <w:rPr/>
        <w:t xml:space="preserve"> — And </w:t>
      </w:r>
      <w:r>
        <w:rPr>
          <w:shd w:fill="B7DDE8" w:val="clear"/>
        </w:rPr>
        <w:t>{He} has made known to us the mystery of His will</w:t>
      </w:r>
      <w:r>
        <w:rPr>
          <w:b w:val="false"/>
          <w:i w:val="false"/>
          <w:color w:val="000000"/>
          <w:u w:val="none"/>
        </w:rPr>
        <w:t xml:space="preserve"> [1JT]</w:t>
      </w:r>
      <w:r>
        <w:rPr/>
        <w:t xml:space="preserve"> according to His good pleasure, </w:t>
      </w:r>
      <w:r>
        <w:rPr>
          <w:shd w:fill="B7DDE8" w:val="clear"/>
        </w:rPr>
        <w:t>which He purposed in Christ as a plan for the fullness of time</w:t>
      </w:r>
      <w:r>
        <w:rPr>
          <w:b w:val="false"/>
          <w:i w:val="false"/>
          <w:color w:val="000000"/>
          <w:u w:val="none"/>
        </w:rPr>
        <w:t xml:space="preserve"> [1LW]</w:t>
      </w:r>
      <w:r>
        <w:rPr>
          <w:shd w:val="clear" w:color="auto" w:fill="548235"/>
          <w:color w:val="FFFFFF"/>
        </w:rPr>
        <w:t xml:space="preserve">, </w:t>
      </w:r>
      <w:r>
        <w:rPr>
          <w:shd w:fill="548235" w:val="clear" w:color="auto"/>
          <w:color w:val="FFFFFF"/>
        </w:rPr>
        <w:t>to bring all things in heaven and on earth together in Christ</w:t>
      </w:r>
      <w:r>
        <w:rPr>
          <w:b w:val="false"/>
          <w:i w:val="false"/>
          <w:color w:val="FFFFFF"/>
          <w:u w:val="none"/>
          <w:shd w:val="clear" w:color="auto" w:fill="548235"/>
        </w:rPr>
        <w:t xml:space="preserve"> [1JU]</w:t>
      </w:r>
      <w:r>
        <w:rPr>
          <w:shd w:val="clear" w:color="auto" w:fill="548235"/>
          <w:color w:val="FFFFFF"/>
        </w:rPr>
        <w:t>.</w:t>
      </w:r>
    </w:p>
    <w:p>
      <w:pPr>
        <w:pStyle w:val="Yellow"/>
        <w:rPr/>
      </w:pPr>
      <w:r>
        <w:t xml:space="preserve">(Ep2:13 “Christ”¹ / 11 “so-called circumcision” and “uncircumcised”² ) </w:t>
      </w:r>
      <w:r>
        <w:rPr>
          <w:b/>
        </w:rPr>
        <w:t>Ephesians 2:14–16</w:t>
      </w:r>
      <w:r>
        <w:t xml:space="preserve"> — For </w:t>
      </w:r>
      <w:r>
        <w:rPr>
          <w:shd w:fill="B7DDE8" w:val="clear"/>
        </w:rPr>
        <w:t>{He} Himself is our peace</w:t>
      </w:r>
      <w:r>
        <w:rPr>
          <w:b w:val="false"/>
          <w:i w:val="false"/>
          <w:color w:val="000000"/>
          <w:u w:val="none"/>
        </w:rPr>
        <w:t xml:space="preserve"> [1BCO]</w:t>
      </w:r>
      <w:r>
        <w:t xml:space="preserve">, </w:t>
      </w:r>
      <w:r>
        <w:rPr>
          <w:shd w:fill="B7DDE8" w:val="clear"/>
        </w:rPr>
        <w:t>who has made {the two} one</w:t>
      </w:r>
      <w:r>
        <w:rPr>
          <w:b w:val="false"/>
          <w:i w:val="false"/>
          <w:color w:val="000000"/>
          <w:u w:val="none"/>
        </w:rPr>
        <w:t xml:space="preserve"> [1BCP]</w:t>
      </w:r>
      <w:r>
        <w:t xml:space="preserve"> and </w:t>
      </w:r>
      <w:r>
        <w:rPr>
          <w:shd w:fill="B7DDE8" w:val="clear"/>
        </w:rPr>
        <w:t>has torn down the dividing wall of hostility by abolishing in His flesh the law of commandments and decrees</w:t>
      </w:r>
      <w:r>
        <w:rPr>
          <w:b w:val="false"/>
          <w:i w:val="false"/>
          <w:color w:val="000000"/>
          <w:u w:val="none"/>
        </w:rPr>
        <w:t xml:space="preserve"> [1BCQ]</w:t>
      </w:r>
      <w:r>
        <w:t xml:space="preserve">. He did this </w:t>
      </w:r>
      <w:r>
        <w:rPr>
          <w:shd w:fill="B7DDE8" w:val="clear"/>
        </w:rPr>
        <w:t>to create in Himself one new man out of the two</w:t>
      </w:r>
      <w:r>
        <w:rPr>
          <w:b w:val="false"/>
          <w:i w:val="false"/>
          <w:color w:val="000000"/>
          <w:u w:val="none"/>
        </w:rPr>
        <w:t xml:space="preserve"> [1BCR]</w:t>
      </w:r>
      <w:r>
        <w:t xml:space="preserve">, </w:t>
      </w:r>
      <w:r>
        <w:rPr>
          <w:shd w:fill="B7DDE8" w:val="clear"/>
        </w:rPr>
        <w:t>thus making peace</w:t>
      </w:r>
      <w:r>
        <w:rPr>
          <w:b w:val="false"/>
          <w:i w:val="false"/>
          <w:color w:val="000000"/>
          <w:u w:val="none"/>
        </w:rPr>
        <w:t xml:space="preserve"> [1BCS]</w:t>
      </w:r>
      <w:r>
        <w:t xml:space="preserve"> and </w:t>
      </w:r>
      <w:r>
        <w:rPr>
          <w:shd w:fill="B7DDE8" w:val="clear"/>
        </w:rPr>
        <w:t>reconciling both of them to God in one body through the cross</w:t>
      </w:r>
      <w:r>
        <w:rPr>
          <w:b w:val="false"/>
          <w:i w:val="false"/>
          <w:color w:val="000000"/>
          <w:u w:val="none"/>
        </w:rPr>
        <w:t xml:space="preserve"> [1BCT]</w:t>
      </w:r>
      <w:r>
        <w:t xml:space="preserve">, </w:t>
      </w:r>
      <w:r>
        <w:rPr>
          <w:shd w:fill="B7DDE8" w:val="clear"/>
        </w:rPr>
        <w:t>by which He extinguished their hostility</w:t>
      </w:r>
      <w:r>
        <w:rPr>
          <w:b w:val="false"/>
          <w:i w:val="false"/>
          <w:color w:val="000000"/>
          <w:u w:val="none"/>
        </w:rPr>
        <w:t xml:space="preserve"> [1BCU]</w:t>
      </w:r>
      <w:r>
        <w:t>.</w:t>
      </w:r>
    </w:p>
    <w:p>
      <w:pPr>
        <w:pStyle w:val="Yellow"/>
        <w:rPr/>
      </w:pPr>
      <w:r>
        <w:t xml:space="preserve">(Cl1:15 “The Son”) </w:t>
      </w:r>
      <w:r>
        <w:rPr>
          <w:b/>
        </w:rPr>
        <w:t>Colossians 1:19–20</w:t>
      </w:r>
      <w:r>
        <w:t xml:space="preserve"> — For </w:t>
      </w:r>
      <w:r>
        <w:rPr>
          <w:shd w:fill="B7DDE8" w:val="clear"/>
        </w:rPr>
        <w:t>God was pleased to have all His fullness dwell in {Him}</w:t>
      </w:r>
      <w:r>
        <w:rPr>
          <w:b w:val="false"/>
          <w:i w:val="false"/>
          <w:color w:val="000000"/>
          <w:u w:val="none"/>
        </w:rPr>
        <w:t xml:space="preserve"> [1BCL]</w:t>
      </w:r>
      <w:r>
        <w:t xml:space="preserve">, and </w:t>
      </w:r>
      <w:r>
        <w:rPr>
          <w:shd w:fill="B7DDE8" w:val="clear"/>
        </w:rPr>
        <w:t>through Him to reconcile to Himself all things, whether things on earth or things in heaven</w:t>
      </w:r>
      <w:r>
        <w:rPr>
          <w:b w:val="false"/>
          <w:i w:val="false"/>
          <w:color w:val="000000"/>
          <w:u w:val="none"/>
        </w:rPr>
        <w:t xml:space="preserve"> [1BCM]</w:t>
      </w:r>
      <w:r>
        <w:t xml:space="preserve">, by </w:t>
      </w:r>
      <w:r>
        <w:rPr>
          <w:shd w:fill="B7DDE8" w:val="clear"/>
        </w:rPr>
        <w:t>making peace through the blood of His cross</w:t>
      </w:r>
      <w:r>
        <w:rPr>
          <w:b w:val="false"/>
          <w:i w:val="false"/>
          <w:color w:val="000000"/>
          <w:u w:val="none"/>
        </w:rPr>
        <w:t xml:space="preserve"> [1BCN]</w:t>
      </w:r>
      <w:r>
        <w:t>.</w:t>
      </w:r>
    </w:p>
    <w:p>
      <w:pPr>
        <w:pStyle w:val="Yellow"/>
        <w:rPr/>
      </w:pPr>
      <w:r>
        <w:rPr>
          <w:b/>
        </w:rPr>
        <w:t xml:space="preserve">James 4:4</w:t>
      </w:r>
      <w:r>
        <w:rPr/>
        <w:t xml:space="preserve"> — Do you not know that </w:t>
      </w:r>
      <w:r>
        <w:rPr>
          <w:shd w:fill="B7DDE8" w:val="clear"/>
        </w:rPr>
        <w:t xml:space="preserve">friendship with the world is hostility toward God</w:t>
      </w:r>
      <w:r>
        <w:rPr>
          <w:b w:val="false"/>
          <w:i w:val="false"/>
          <w:color w:val="000000"/>
          <w:u w:val="none"/>
        </w:rPr>
        <w:t xml:space="preserve"> [1JZO]</w:t>
      </w:r>
      <w:r>
        <w:rPr/>
        <w:t xml:space="preserve">? Therefore, </w:t>
      </w:r>
      <w:r>
        <w:rPr>
          <w:shd w:fill="B7DDE8" w:val="clear"/>
        </w:rPr>
        <w:t xml:space="preserve">whoever chooses to be a friend of the world renders himself an enemy of God</w:t>
      </w:r>
      <w:r>
        <w:rPr>
          <w:b w:val="false"/>
          <w:i w:val="false"/>
          <w:color w:val="000000"/>
          <w:u w:val="none"/>
        </w:rPr>
        <w:t xml:space="preserve"> [1JZP]</w:t>
      </w:r>
      <w:r>
        <w:rPr/>
        <w:t xml:space="preserve">.</w:t>
      </w:r>
    </w:p>
    <w:p>
      <w:r>
        <w:rPr>
          <w:b/>
          <w:sz w:val="32"/>
        </w:rPr>
        <w:t>Sanctification  (12)</w:t>
      </w:r>
    </w:p>
    <w:p>
      <w:pPr>
        <w:pStyle w:val="Yellow"/>
        <w:rPr/>
      </w:pPr>
      <w:r>
        <w:rPr>
          <w:b/>
          <w:u w:val="none"/>
          <w:shd w:val="clear" w:color="auto" w:fill="C00000"/>
          <w:color w:val="FFFFFF"/>
        </w:rPr>
        <w:t xml:space="preserve">Exodus 31:13</w:t>
      </w:r>
      <w:r>
        <w:rPr>
          <w:u w:val="none"/>
          <w:shd w:val="clear" w:color="auto" w:fill="C00000"/>
          <w:color w:val="FFFFFF"/>
        </w:rPr>
        <w:t xml:space="preserve"> — </w:t>
      </w:r>
      <w:r>
        <w:rPr>
          <w:u w:val="none"/>
          <w:shd w:val="clear" w:color="auto" w:fill="C00000"/>
          <w:color w:val="FFFFFF"/>
        </w:rPr>
        <w:t xml:space="preserve">I am the LORD who sanctifies you</w:t>
      </w:r>
      <w:r>
        <w:rPr>
          <w:b w:val="false"/>
          <w:i w:val="false"/>
          <w:u w:val="none"/>
          <w:shd w:val="clear" w:color="auto" w:fill="C00000"/>
          <w:color w:val="FFFFFF"/>
        </w:rPr>
        <w:t xml:space="preserve"> [2VT]</w:t>
      </w:r>
      <w:r>
        <w:rPr>
          <w:u w:val="none"/>
          <w:shd w:val="clear" w:color="auto" w:fill="C00000"/>
          <w:color w:val="FFFFFF"/>
        </w:rPr>
        <w:t xml:space="preserve">.</w:t>
      </w:r>
    </w:p>
    <w:p>
      <w:pPr>
        <w:pStyle w:val="Yellow"/>
        <w:rPr/>
      </w:pPr>
      <w:r>
        <w:rPr/>
        <w:t xml:space="preserve">(Eze20:9 “Israel”) </w:t>
      </w:r>
      <w:r>
        <w:rPr>
          <w:b/>
        </w:rPr>
        <w:t xml:space="preserve">Ezekiel 20:12</w:t>
      </w:r>
      <w:r>
        <w:rPr/>
        <w:t xml:space="preserve"> — </w:t>
      </w:r>
      <w:r>
        <w:rPr>
          <w:shd w:fill="B7DDE8" w:val="clear"/>
        </w:rPr>
        <w:t xml:space="preserve">I also gave {them} My Sabbaths</w:t>
      </w:r>
      <w:r>
        <w:rPr>
          <w:b w:val="false"/>
          <w:i w:val="false"/>
          <w:color w:val="000000"/>
          <w:u w:val="none"/>
        </w:rPr>
        <w:t xml:space="preserve"> [1KWR]</w:t>
      </w:r>
      <w:r>
        <w:rPr/>
        <w:t xml:space="preserve"> </w:t>
      </w:r>
      <w:r>
        <w:rPr>
          <w:shd w:fill="B7DDE8" w:val="clear"/>
        </w:rPr>
        <w:t xml:space="preserve">as a sign between us</w:t>
      </w:r>
      <w:r>
        <w:rPr>
          <w:b w:val="false"/>
          <w:i w:val="false"/>
          <w:color w:val="000000"/>
          <w:u w:val="none"/>
        </w:rPr>
        <w:t xml:space="preserve"> [1KWS]</w:t>
      </w:r>
      <w:r>
        <w:rPr/>
        <w:t xml:space="preserve">, </w:t>
      </w:r>
      <w:r>
        <w:rPr>
          <w:shd w:fill="B7DDE8" w:val="clear"/>
        </w:rPr>
        <w:t xml:space="preserve">so that they would know that I am the LORD who sanctifies them</w:t>
      </w:r>
      <w:r>
        <w:rPr>
          <w:b w:val="false"/>
          <w:i w:val="false"/>
          <w:u w:val="none"/>
          <w:color w:val="000000"/>
        </w:rPr>
        <w:t xml:space="preserve"> [1KWT]</w:t>
      </w:r>
      <w:r>
        <w:rPr/>
        <w:t xml:space="preserve">.</w:t>
      </w:r>
    </w:p>
    <w:p>
      <w:pPr>
        <w:pStyle w:val="Yellow"/>
        <w:rPr/>
      </w:pPr>
      <w:r>
        <w:rPr>
          <w:b/>
          <w:u w:val="none"/>
        </w:rPr>
        <w:t>Ezekiel 37:28</w:t>
      </w:r>
      <w:r>
        <w:rPr>
          <w:u w:val="none"/>
        </w:rPr>
        <w:t xml:space="preserve"> — </w:t>
      </w:r>
      <w:r>
        <w:rPr>
          <w:u w:val="none"/>
          <w:shd w:fill="B7DDE8" w:val="clear"/>
        </w:rPr>
        <w:t>Then the nations will know that I the LORD sanctify Israel</w:t>
      </w:r>
      <w:r>
        <w:rPr>
          <w:b w:val="false"/>
          <w:i w:val="false"/>
          <w:color w:val="000000"/>
          <w:u w:val="none"/>
        </w:rPr>
        <w:t xml:space="preserve"> [1BFF]</w:t>
      </w:r>
      <w:r>
        <w:rPr>
          <w:u w:val="none"/>
          <w:shd w:fill="B7DDE8" w:val="clear"/>
        </w:rPr>
        <w:t>, when My sanctuary is among them forever</w:t>
      </w:r>
      <w:r>
        <w:rPr>
          <w:b w:val="false"/>
          <w:i w:val="false"/>
          <w:color w:val="000000"/>
          <w:u w:val="none"/>
        </w:rPr>
        <w:t xml:space="preserve"> [1BFG]</w:t>
      </w:r>
      <w:r>
        <w:rPr>
          <w:u w:val="none"/>
        </w:rPr>
        <w:t>.’”</w:t>
      </w:r>
    </w:p>
    <w:p>
      <w:pPr>
        <w:pStyle w:val="Yellow"/>
        <w:rPr/>
      </w:pPr>
      <w:r>
        <w:t xml:space="preserve">(Jn18:1 Jesus’ “disciples”) </w:t>
      </w:r>
      <w:r>
        <w:rPr>
          <w:b/>
        </w:rPr>
        <w:t>John 17:19</w:t>
      </w:r>
      <w:r>
        <w:t xml:space="preserve"> — </w:t>
      </w:r>
      <w:r>
        <w:rPr>
          <w:shd w:fill="B7DDE8" w:val="clear"/>
        </w:rPr>
        <w:t>For {them} I sanctify Myself</w:t>
      </w:r>
      <w:r>
        <w:rPr>
          <w:b w:val="false"/>
          <w:i w:val="false"/>
          <w:color w:val="000000"/>
          <w:u w:val="none"/>
        </w:rPr>
        <w:t xml:space="preserve"> [1BEZ]</w:t>
      </w:r>
      <w:r>
        <w:rPr>
          <w:shd w:fill="B7DDE8" w:val="clear"/>
        </w:rPr>
        <w:t>, so that they too may be sanctified by the truth</w:t>
      </w:r>
      <w:r>
        <w:rPr>
          <w:b w:val="false"/>
          <w:i w:val="false"/>
          <w:color w:val="000000"/>
          <w:u w:val="none"/>
        </w:rPr>
        <w:t xml:space="preserve"> [1BFA]</w:t>
      </w:r>
      <w:r>
        <w:t>.</w:t>
      </w:r>
    </w:p>
    <w:p>
      <w:pPr>
        <w:pStyle w:val="Yellow"/>
        <w:rPr/>
      </w:pPr>
      <w:r>
        <w:rPr>
          <w:b/>
        </w:rPr>
        <w:t>1 Corinthians 1:2</w:t>
      </w:r>
      <w:r>
        <w:t xml:space="preserve"> — to </w:t>
      </w:r>
      <w:r>
        <w:rPr>
          <w:shd w:fill="B7DDE8" w:val="clear"/>
        </w:rPr>
        <w:t>those sanctified in Christ Jesus</w:t>
      </w:r>
      <w:r>
        <w:rPr>
          <w:b w:val="false"/>
          <w:i w:val="false"/>
          <w:color w:val="000000"/>
          <w:u w:val="none"/>
        </w:rPr>
        <w:t xml:space="preserve"> [1BLH]</w:t>
      </w:r>
      <w:r>
        <w:t xml:space="preserve"> and </w:t>
      </w:r>
      <w:r>
        <w:rPr>
          <w:shd w:fill="B7DDE8" w:val="clear"/>
        </w:rPr>
        <w:t>called to be holy</w:t>
      </w:r>
      <w:r>
        <w:rPr>
          <w:b w:val="false"/>
          <w:i w:val="false"/>
          <w:color w:val="000000"/>
          <w:u w:val="none"/>
        </w:rPr>
        <w:t xml:space="preserve"> [1BLI]</w:t>
      </w:r>
    </w:p>
    <w:p>
      <w:pPr>
        <w:pStyle w:val="Yellow"/>
        <w:rPr/>
      </w:pPr>
      <w:r>
        <w:rPr/>
        <w:t xml:space="preserve">(1Co6:9 “the wicked”) </w:t>
      </w:r>
      <w:r>
        <w:rPr>
          <w:b/>
        </w:rPr>
        <w:t>1 Corinthians 6:11</w:t>
      </w:r>
      <w:r>
        <w:rPr/>
        <w:t xml:space="preserve"> — And </w:t>
      </w:r>
      <w:r>
        <w:rPr>
          <w:shd w:val="clear" w:fill="B7DDE8"/>
        </w:rPr>
        <w:t>{that} is what some of you were</w:t>
      </w:r>
      <w:r>
        <w:rPr>
          <w:b w:val="false"/>
          <w:i w:val="false"/>
          <w:color w:val="000000"/>
          <w:u w:val="none"/>
        </w:rPr>
        <w:t xml:space="preserve"> [1CDY]</w:t>
      </w:r>
      <w:r>
        <w:rPr/>
        <w:t xml:space="preserve">. But </w:t>
      </w:r>
      <w:r>
        <w:rPr>
          <w:shd w:val="clear" w:fill="B7DDE8"/>
        </w:rPr>
        <w:t>you were washed</w:t>
      </w:r>
      <w:r>
        <w:rPr>
          <w:b w:val="false"/>
          <w:i w:val="false"/>
          <w:color w:val="000000"/>
          <w:u w:val="none"/>
        </w:rPr>
        <w:t xml:space="preserve"> [1CDZ]</w:t>
      </w:r>
      <w:r>
        <w:rPr/>
        <w:t xml:space="preserve">, </w:t>
      </w:r>
      <w:r>
        <w:rPr>
          <w:shd w:val="clear" w:fill="B7DDE8"/>
        </w:rPr>
        <w:t>you were sanctified</w:t>
      </w:r>
      <w:r>
        <w:rPr>
          <w:b w:val="false"/>
          <w:i w:val="false"/>
          <w:color w:val="000000"/>
          <w:u w:val="none"/>
        </w:rPr>
        <w:t xml:space="preserve"> [1CEA]</w:t>
      </w:r>
      <w:r>
        <w:rPr/>
        <w:t xml:space="preserve">, </w:t>
      </w:r>
      <w:r>
        <w:rPr>
          <w:shd w:val="clear" w:fill="B7DDE8"/>
        </w:rPr>
        <w:t>you were justified</w:t>
      </w:r>
      <w:r>
        <w:rPr>
          <w:b w:val="false"/>
          <w:i w:val="false"/>
          <w:color w:val="000000"/>
          <w:u w:val="none"/>
        </w:rPr>
        <w:t xml:space="preserve"> [1CEB]</w:t>
      </w:r>
      <w:r>
        <w:rPr/>
        <w:t xml:space="preserve">, </w:t>
      </w:r>
      <w:r>
        <w:rPr>
          <w:shd w:val="clear" w:fill="B7DDE8"/>
        </w:rPr>
        <w:t>in the name of the Lord Jesus Christ</w:t>
      </w:r>
      <w:r>
        <w:rPr>
          <w:b w:val="false"/>
          <w:i w:val="false"/>
          <w:color w:val="000000"/>
          <w:u w:val="none"/>
        </w:rPr>
        <w:t xml:space="preserve"> [1CEC]</w:t>
      </w:r>
      <w:r>
        <w:rPr>
          <w:shd w:val="clear" w:color="auto" w:fill="548235"/>
          <w:color w:val="FFFFFF"/>
        </w:rPr>
        <w:t xml:space="preserve"> and </w:t>
      </w:r>
      <w:r>
        <w:rPr>
          <w:shd w:val="clear" w:fill="548235" w:color="auto"/>
          <w:color w:val="FFFFFF"/>
        </w:rPr>
        <w:t>by the Spirit of our God</w:t>
      </w:r>
      <w:r>
        <w:rPr>
          <w:b w:val="false"/>
          <w:i w:val="false"/>
          <w:color w:val="FFFFFF"/>
          <w:u w:val="none"/>
          <w:shd w:val="clear" w:color="auto" w:fill="548235"/>
        </w:rPr>
        <w:t xml:space="preserve"> [1CED]</w:t>
      </w:r>
      <w:r>
        <w:rPr>
          <w:shd w:val="clear" w:color="auto" w:fill="548235"/>
          <w:color w:val="FFFFFF"/>
        </w:rPr>
        <w:t>.</w:t>
      </w:r>
    </w:p>
    <w:p>
      <w:pPr>
        <w:pStyle w:val="Yellow"/>
        <w:rPr/>
      </w:pPr>
      <w:r>
        <w:rPr>
          <w:b/>
        </w:rPr>
        <w:t>2 Corinthians 4:16</w:t>
      </w:r>
      <w:r>
        <w:t xml:space="preserve"> — Though </w:t>
      </w:r>
      <w:r>
        <w:rPr>
          <w:shd w:fill="B7DDE8" w:val="clear"/>
        </w:rPr>
        <w:t>our outer self is wasting away</w:t>
      </w:r>
      <w:r>
        <w:rPr>
          <w:b w:val="false"/>
          <w:i w:val="false"/>
          <w:color w:val="000000"/>
          <w:u w:val="none"/>
        </w:rPr>
        <w:t xml:space="preserve"> [1BFI]</w:t>
      </w:r>
      <w:r>
        <w:t xml:space="preserve">, yet </w:t>
      </w:r>
      <w:r>
        <w:rPr>
          <w:shd w:fill="B7DDE8" w:val="clear"/>
        </w:rPr>
        <w:t>our inner self is being renewed day by day</w:t>
      </w:r>
      <w:r>
        <w:rPr>
          <w:b w:val="false"/>
          <w:i w:val="false"/>
          <w:color w:val="000000"/>
          <w:u w:val="none"/>
        </w:rPr>
        <w:t xml:space="preserve"> [1BFJ]</w:t>
      </w:r>
      <w:r>
        <w:t>.</w:t>
      </w:r>
    </w:p>
    <w:p>
      <w:pPr>
        <w:pStyle w:val="Yellow"/>
        <w:rPr/>
      </w:pPr>
      <w:r>
        <w:rPr>
          <w:b/>
        </w:rPr>
        <w:t>Ephesians 4:22-24</w:t>
      </w:r>
      <w:r>
        <w:t xml:space="preserve"> — </w:t>
      </w:r>
      <w:r>
        <w:rPr>
          <w:shd w:fill="B7DDE8" w:val="clear"/>
        </w:rPr>
        <w:t>put off your former way of life, your old self</w:t>
      </w:r>
      <w:r>
        <w:rPr>
          <w:b w:val="false"/>
          <w:i w:val="false"/>
          <w:color w:val="000000"/>
          <w:u w:val="none"/>
        </w:rPr>
        <w:t xml:space="preserve"> [1BHE]</w:t>
      </w:r>
      <w:r>
        <w:t xml:space="preserve">, </w:t>
      </w:r>
      <w:r>
        <w:rPr>
          <w:shd w:fill="B7DDE8" w:val="clear"/>
        </w:rPr>
        <w:t>which is being corrupted by its deceitful desires</w:t>
      </w:r>
      <w:r>
        <w:rPr>
          <w:b w:val="false"/>
          <w:i w:val="false"/>
          <w:color w:val="000000"/>
          <w:u w:val="none"/>
        </w:rPr>
        <w:t xml:space="preserve"> [1BHF]</w:t>
      </w:r>
      <w:r>
        <w:t xml:space="preserve">; </w:t>
      </w:r>
      <w:r>
        <w:rPr>
          <w:shd w:fill="B7DDE8" w:val="clear"/>
        </w:rPr>
        <w:t>to be renewed in the spirit of your minds</w:t>
      </w:r>
      <w:r>
        <w:rPr>
          <w:b w:val="false"/>
          <w:i w:val="false"/>
          <w:color w:val="000000"/>
          <w:u w:val="none"/>
        </w:rPr>
        <w:t xml:space="preserve"> [1BHG]</w:t>
      </w:r>
      <w:r>
        <w:t xml:space="preserve">; and </w:t>
      </w:r>
      <w:r>
        <w:rPr>
          <w:shd w:fill="B7DDE8" w:val="clear"/>
        </w:rPr>
        <w:t>to put on the new self</w:t>
      </w:r>
      <w:r>
        <w:rPr>
          <w:b w:val="false"/>
          <w:i w:val="false"/>
          <w:color w:val="000000"/>
          <w:u w:val="none"/>
        </w:rPr>
        <w:t xml:space="preserve"> [1BHH]</w:t>
      </w:r>
      <w:r>
        <w:t xml:space="preserve">, </w:t>
      </w:r>
      <w:r>
        <w:rPr>
          <w:shd w:fill="B7DDE8" w:val="clear"/>
        </w:rPr>
        <w:t>created to be like God in true righteousness and holiness</w:t>
      </w:r>
      <w:r>
        <w:rPr>
          <w:b w:val="false"/>
          <w:i w:val="false"/>
          <w:color w:val="000000"/>
          <w:u w:val="none"/>
        </w:rPr>
        <w:t xml:space="preserve"> [1BHI]</w:t>
      </w:r>
      <w:r>
        <w:t>.</w:t>
      </w:r>
    </w:p>
    <w:p>
      <w:pPr>
        <w:pStyle w:val="Yellow"/>
        <w:rPr/>
      </w:pPr>
      <w:r>
        <w:rPr>
          <w:b/>
        </w:rPr>
        <w:t>Colossians 3:9-10</w:t>
      </w:r>
      <w:r>
        <w:t xml:space="preserve"> — </w:t>
      </w:r>
      <w:r>
        <w:rPr>
          <w:shd w:fill="B7DDE8" w:val="clear"/>
        </w:rPr>
        <w:t>Do not lie to one another</w:t>
      </w:r>
      <w:r>
        <w:rPr>
          <w:b w:val="false"/>
          <w:i w:val="false"/>
          <w:color w:val="000000"/>
          <w:u w:val="none"/>
        </w:rPr>
        <w:t xml:space="preserve"> [1BHA]</w:t>
      </w:r>
      <w:r>
        <w:t xml:space="preserve">, since </w:t>
      </w:r>
      <w:r>
        <w:rPr>
          <w:shd w:fill="B7DDE8" w:val="clear"/>
        </w:rPr>
        <w:t>you have taken off the old self with its practices</w:t>
      </w:r>
      <w:r>
        <w:rPr>
          <w:b w:val="false"/>
          <w:i w:val="false"/>
          <w:color w:val="000000"/>
          <w:u w:val="none"/>
        </w:rPr>
        <w:t xml:space="preserve"> [1BHB]</w:t>
      </w:r>
      <w:r>
        <w:t xml:space="preserve">, and </w:t>
      </w:r>
      <w:r>
        <w:rPr>
          <w:shd w:fill="B7DDE8" w:val="clear"/>
        </w:rPr>
        <w:t>have put on the new self</w:t>
      </w:r>
      <w:r>
        <w:rPr>
          <w:b w:val="false"/>
          <w:i w:val="false"/>
          <w:color w:val="000000"/>
          <w:u w:val="none"/>
        </w:rPr>
        <w:t xml:space="preserve"> [1BHC]</w:t>
      </w:r>
      <w:r>
        <w:t xml:space="preserve">, </w:t>
      </w:r>
      <w:r>
        <w:rPr>
          <w:shd w:fill="B7DDE8" w:val="clear"/>
        </w:rPr>
        <w:t>which is being renewed in knowledge in the image of its Creator</w:t>
      </w:r>
      <w:r>
        <w:rPr>
          <w:b w:val="false"/>
          <w:i w:val="false"/>
          <w:color w:val="000000"/>
          <w:u w:val="none"/>
        </w:rPr>
        <w:t xml:space="preserve"> [1BHD]</w:t>
      </w:r>
      <w:r>
        <w:t>.</w:t>
      </w:r>
    </w:p>
    <w:p>
      <w:pPr>
        <w:pStyle w:val="Yellow"/>
        <w:rPr/>
      </w:pPr>
      <w:r>
        <w:rPr>
          <w:u w:val="none"/>
        </w:rPr>
        <w:t xml:space="preserve">(He10:10 “Jesus Christ”) </w:t>
      </w:r>
      <w:r>
        <w:rPr>
          <w:b/>
          <w:u w:val="none"/>
        </w:rPr>
        <w:t>Hebrews 10:12–14</w:t>
      </w:r>
      <w:r>
        <w:rPr>
          <w:u w:val="none"/>
        </w:rPr>
        <w:t xml:space="preserve"> — But when </w:t>
      </w:r>
      <w:r>
        <w:rPr>
          <w:u w:val="none"/>
        </w:rPr>
        <w:t>{this Priest} had offered for all time one sacrifice for sins</w:t>
      </w:r>
      <w:r>
        <w:rPr>
          <w:b w:val="false"/>
          <w:i w:val="false"/>
          <w:color w:val="000000"/>
          <w:u w:val="none"/>
        </w:rPr>
        <w:t xml:space="preserve"> [2BDB]</w:t>
      </w:r>
      <w:r>
        <w:rPr>
          <w:u w:val="none"/>
        </w:rPr>
        <w:t xml:space="preserve">, </w:t>
      </w:r>
      <w:r>
        <w:rPr>
          <w:u w:val="none"/>
        </w:rPr>
        <w:t>He sat down at the right hand of God</w:t>
      </w:r>
      <w:r>
        <w:rPr>
          <w:b w:val="false"/>
          <w:i w:val="false"/>
          <w:u w:val="none"/>
          <w:color w:val="000000"/>
        </w:rPr>
        <w:t xml:space="preserve"> [4BCY]</w:t>
      </w:r>
      <w:r>
        <w:rPr>
          <w:u w:val="none"/>
        </w:rPr>
        <w:t xml:space="preserve">. Since that time, </w:t>
      </w:r>
      <w:r>
        <w:rPr>
          <w:u w:val="none"/>
          <w:shd w:fill="B7DDE8" w:val="clear"/>
        </w:rPr>
        <w:t>He waits for His enemies to be made a footstool for His feet</w:t>
      </w:r>
      <w:r>
        <w:rPr>
          <w:b w:val="false"/>
          <w:i w:val="false"/>
          <w:color w:val="000000"/>
          <w:u w:val="none"/>
        </w:rPr>
        <w:t xml:space="preserve"> [1BDC]</w:t>
      </w:r>
      <w:r>
        <w:rPr>
          <w:u w:val="none"/>
        </w:rPr>
        <w:t xml:space="preserve">, because </w:t>
      </w:r>
      <w:r>
        <w:rPr>
          <w:u w:val="none"/>
          <w:shd w:fill="B7DDE8" w:val="clear"/>
        </w:rPr>
        <w:t>by a single offering He has made perfect for all time those who are being sanctified</w:t>
      </w:r>
      <w:r>
        <w:rPr>
          <w:b w:val="false"/>
          <w:i w:val="false"/>
          <w:color w:val="000000"/>
          <w:u w:val="none"/>
        </w:rPr>
        <w:t xml:space="preserve"> [1BDD]</w:t>
      </w:r>
      <w:r>
        <w:rPr>
          <w:u w:val="none"/>
        </w:rPr>
        <w:t>.</w:t>
      </w:r>
    </w:p>
    <w:p>
      <w:pPr>
        <w:pStyle w:val="Yellow"/>
        <w:rPr/>
      </w:pPr>
      <w:r>
        <w:rPr/>
        <w:t xml:space="preserve">(1Jn3:5 “Christ”) </w:t>
      </w:r>
      <w:r>
        <w:rPr>
          <w:b/>
        </w:rPr>
        <w:t xml:space="preserve">1 John 3:6</w:t>
      </w:r>
      <w:r>
        <w:rPr/>
        <w:t xml:space="preserve"> — </w:t>
      </w:r>
      <w:r>
        <w:rPr>
          <w:shd w:fill="B7DDE8" w:val="clear"/>
        </w:rPr>
        <w:t xml:space="preserve">No one who remains in {Him} keeps on sinning</w:t>
      </w:r>
      <w:r>
        <w:rPr>
          <w:b w:val="false"/>
          <w:i w:val="false"/>
          <w:color w:val="000000"/>
          <w:u w:val="none"/>
        </w:rPr>
        <w:t xml:space="preserve"> [1HVZ]</w:t>
      </w:r>
      <w:r>
        <w:rPr/>
        <w:t xml:space="preserve">. </w:t>
      </w:r>
      <w:r>
        <w:rPr>
          <w:shd w:fill="B7DDE8" w:val="clear"/>
        </w:rPr>
        <w:t xml:space="preserve">No one who continues to sin has seen Him or known Him</w:t>
      </w:r>
      <w:r>
        <w:rPr>
          <w:b w:val="false"/>
          <w:i w:val="false"/>
          <w:color w:val="000000"/>
          <w:u w:val="none"/>
        </w:rPr>
        <w:t xml:space="preserve"> [1HWA]</w:t>
      </w:r>
      <w:r>
        <w:rPr/>
        <w:t xml:space="preserve">.</w:t>
      </w:r>
    </w:p>
    <w:p>
      <w:pPr>
        <w:pStyle w:val="Yellow"/>
        <w:rPr/>
      </w:pPr>
      <w:r>
        <w:rPr>
          <w:b/>
        </w:rPr>
        <w:t xml:space="preserve">1 John 3:9</w:t>
      </w:r>
      <w:r>
        <w:rPr/>
        <w:t xml:space="preserve"> — </w:t>
      </w:r>
      <w:r>
        <w:rPr>
          <w:shd w:fill="B7DDE8" w:val="clear"/>
        </w:rPr>
        <w:t xml:space="preserve">Anyone born of God refuses to practice sin</w:t>
      </w:r>
      <w:r>
        <w:rPr>
          <w:b w:val="false"/>
          <w:i w:val="false"/>
          <w:color w:val="000000"/>
          <w:u w:val="none"/>
        </w:rPr>
        <w:t xml:space="preserve"> [2EAR]</w:t>
      </w:r>
      <w:r>
        <w:rPr/>
        <w:t xml:space="preserve">, because </w:t>
      </w:r>
      <w:r>
        <w:rPr>
          <w:shd w:fill="B7DDE8" w:val="clear"/>
        </w:rPr>
        <w:t xml:space="preserve">God’s seed abides in him</w:t>
      </w:r>
      <w:r>
        <w:rPr>
          <w:b w:val="false"/>
          <w:i w:val="false"/>
          <w:color w:val="000000"/>
          <w:u w:val="none"/>
        </w:rPr>
        <w:t xml:space="preserve"> [1IFF]</w:t>
      </w:r>
      <w:r>
        <w:rPr/>
        <w:t xml:space="preserve">; </w:t>
      </w:r>
      <w:r>
        <w:rPr/>
        <w:t xml:space="preserve">he cannot go on sinning</w:t>
      </w:r>
      <w:r>
        <w:rPr>
          <w:b w:val="false"/>
          <w:i w:val="false"/>
          <w:color w:val="000000"/>
          <w:u w:val="none"/>
        </w:rPr>
        <w:t xml:space="preserve"> [2EAR]</w:t>
      </w:r>
      <w:r>
        <w:rPr/>
        <w:t xml:space="preserve">, because </w:t>
      </w:r>
      <w:r>
        <w:rPr/>
        <w:t xml:space="preserve">he has been born of God</w:t>
      </w:r>
      <w:r>
        <w:rPr>
          <w:b w:val="false"/>
          <w:i w:val="false"/>
          <w:u w:val="none"/>
          <w:color w:val="000000"/>
        </w:rPr>
        <w:t xml:space="preserve"> [2ANB]</w:t>
      </w:r>
      <w:r>
        <w:rPr/>
        <w:t xml:space="preserve">.</w:t>
      </w:r>
    </w:p>
    <w:p>
      <w:r>
        <w:rPr>
          <w:b/>
          <w:sz w:val="32"/>
        </w:rPr>
        <w:t>Eternal Life  (40)</w:t>
      </w:r>
    </w:p>
    <w:p>
      <w:pPr>
        <w:pStyle w:val="Yellow"/>
        <w:rPr/>
      </w:pPr>
      <w:r>
        <w:rPr>
          <w:b/>
        </w:rPr>
        <w:t xml:space="preserve">Exodus 32:33</w:t>
      </w:r>
      <w:r>
        <w:rPr/>
        <w:t xml:space="preserve"> — “</w:t>
      </w:r>
      <w:r>
        <w:rPr>
          <w:shd w:fill="B7DDE8" w:val="clear"/>
        </w:rPr>
        <w:t xml:space="preserve">Whoever has sinned against Me, I will blot out of My book</w:t>
      </w:r>
      <w:r>
        <w:rPr>
          <w:b w:val="false"/>
          <w:i w:val="false"/>
          <w:color w:val="000000"/>
          <w:u w:val="none"/>
        </w:rPr>
        <w:t xml:space="preserve"> [1JSI]</w:t>
      </w:r>
      <w:r>
        <w:rPr/>
        <w:t xml:space="preserve">.”</w:t>
      </w:r>
    </w:p>
    <w:p>
      <w:pPr>
        <w:pStyle w:val="Yellow"/>
        <w:rPr/>
      </w:pPr>
      <w:r>
        <w:rPr>
          <w:b/>
        </w:rPr>
        <w:t>Psalm 133:3</w:t>
      </w:r>
      <w:r>
        <w:rPr/>
        <w:t xml:space="preserve"> — </w:t>
      </w:r>
      <w:r>
        <w:rPr>
          <w:shd w:val="clear" w:fill="B7DDE8"/>
        </w:rPr>
        <w:t>It is like the dew of Hermon falling on the mountains of Zion</w:t>
      </w:r>
      <w:r>
        <w:rPr>
          <w:b w:val="false"/>
          <w:i w:val="false"/>
          <w:color w:val="000000"/>
          <w:u w:val="none"/>
        </w:rPr>
        <w:t xml:space="preserve"> [1EKZ]</w:t>
      </w:r>
      <w:r>
        <w:rPr/>
        <w:t xml:space="preserve">. For </w:t>
      </w:r>
      <w:r>
        <w:rPr>
          <w:shd w:val="clear" w:fill="B7DDE8"/>
        </w:rPr>
        <w:t>there the LORD has bestowed the blessing of life forevermore</w:t>
      </w:r>
      <w:r>
        <w:rPr>
          <w:b w:val="false"/>
          <w:i w:val="false"/>
          <w:color w:val="000000"/>
          <w:u w:val="none"/>
        </w:rPr>
        <w:t xml:space="preserve"> [1ELA]</w:t>
      </w:r>
      <w:r>
        <w:rPr/>
        <w:t>.</w:t>
      </w:r>
    </w:p>
    <w:p>
      <w:pPr>
        <w:pStyle w:val="Green"/>
        <w:rPr/>
      </w:pPr>
      <w:r>
        <w:rPr>
          <w:b/>
        </w:rPr>
        <w:t>Mark 10:29–30</w:t>
      </w:r>
      <w:r>
        <w:t xml:space="preserve"> — </w:t>
      </w:r>
      <w:r>
        <w:rPr>
          <w:shd w:fill="B7DDE8" w:val="clear"/>
        </w:rPr>
        <w:t>no one who has left home or brothers or sisters or mother or father or children or fields for My sake and for the gospel will fail to receive a hundredfold in the present age—houses and brothers and sisters and mothers and children and fields, along with persecutions—and in the age to come, eternal life</w:t>
      </w:r>
      <w:r>
        <w:rPr>
          <w:b w:val="false"/>
          <w:i w:val="false"/>
          <w:color w:val="000000"/>
          <w:u w:val="none"/>
        </w:rPr>
        <w:t xml:space="preserve"> [1BPW]</w:t>
      </w:r>
      <w:r>
        <w:t>.</w:t>
      </w:r>
    </w:p>
    <w:p>
      <w:pPr>
        <w:pStyle w:val="Yellow"/>
        <w:rPr/>
        <w:pBdr>
          <w:left w:val="single" w:sz="28" w:space="5" w:color="C00000"/>
        </w:pBdr>
      </w:pPr>
      <w:r>
        <w:rPr>
          <w:b/>
          <w:shd w:val="clear" w:color="auto" w:fill="F4B183"/>
          <w:color w:val="000000"/>
        </w:rPr>
        <w:t xml:space="preserve">Luke 18:29–30</w:t>
      </w:r>
      <w:r>
        <w:rPr>
          <w:shd w:val="clear" w:color="auto" w:fill="F4B183"/>
          <w:color w:val="000000"/>
        </w:rPr>
        <w:t xml:space="preserve"> — “</w:t>
      </w:r>
      <w:r>
        <w:rPr>
          <w:shd w:fill="F4B183" w:val="clear" w:color="auto"/>
          <w:color w:val="000000"/>
        </w:rPr>
        <w:t xml:space="preserve">no one who has left home or wife or brothers or parents or children for the sake of the kingdom of God will fail to receive many times more in this age—and in the age to come, eternal life</w:t>
      </w:r>
      <w:r>
        <w:rPr>
          <w:b w:val="false"/>
          <w:i w:val="false"/>
          <w:color w:val="000000"/>
          <w:u w:val="none"/>
          <w:shd w:val="clear" w:color="auto" w:fill="F4B183"/>
        </w:rPr>
        <w:t xml:space="preserve"> [1GNV]</w:t>
      </w:r>
      <w:r>
        <w:rPr>
          <w:b w:val="false"/>
          <w:i w:val="false"/>
          <w:color w:val="000000"/>
          <w:u w:val="none"/>
          <w:shd w:val="clear" w:color="auto" w:fill="F4B183"/>
        </w:rPr>
        <w:t xml:space="preserve"> [1GNW]</w:t>
      </w:r>
      <w:r>
        <w:rPr>
          <w:shd w:val="clear" w:color="auto" w:fill="F4B183"/>
          <w:color w:val="000000"/>
        </w:rPr>
        <w:t xml:space="preserve">.”</w:t>
      </w:r>
    </w:p>
    <w:p>
      <w:pPr>
        <w:pStyle w:val="Yellow"/>
        <w:rPr/>
      </w:pPr>
      <w:r>
        <w:rPr>
          <w:b/>
          <w:u w:val="none"/>
        </w:rPr>
        <w:t>John 3:16</w:t>
      </w:r>
      <w:r>
        <w:rPr>
          <w:u w:val="none"/>
        </w:rPr>
        <w:t xml:space="preserve"> — For </w:t>
      </w:r>
      <w:r>
        <w:rPr>
          <w:u w:val="none"/>
          <w:shd w:val="clear" w:fill="B7DDE8"/>
        </w:rPr>
        <w:t>God so loved the world</w:t>
      </w:r>
      <w:r>
        <w:rPr>
          <w:b w:val="false"/>
          <w:i w:val="false"/>
          <w:color w:val="000000"/>
          <w:u w:val="none"/>
        </w:rPr>
        <w:t xml:space="preserve"> [1CLK]</w:t>
      </w:r>
      <w:r>
        <w:rPr>
          <w:u w:val="none"/>
        </w:rPr>
        <w:t xml:space="preserve"> that </w:t>
      </w:r>
      <w:r>
        <w:rPr>
          <w:u w:val="none"/>
          <w:shd w:val="clear" w:fill="B7DDE8"/>
        </w:rPr>
        <w:t>He gave His one and only Son</w:t>
      </w:r>
      <w:r>
        <w:rPr>
          <w:b w:val="false"/>
          <w:i w:val="false"/>
          <w:color w:val="000000"/>
          <w:u w:val="none"/>
        </w:rPr>
        <w:t xml:space="preserve"> [1CLL]</w:t>
      </w:r>
      <w:r>
        <w:rPr>
          <w:u w:val="none"/>
        </w:rPr>
        <w:t xml:space="preserve">, that </w:t>
      </w:r>
      <w:r>
        <w:rPr>
          <w:u w:val="none"/>
          <w:shd w:val="clear" w:fill="B7DDE8"/>
        </w:rPr>
        <w:t>everyone who believes in Him shall not perish</w:t>
      </w:r>
      <w:r>
        <w:rPr>
          <w:b w:val="false"/>
          <w:i w:val="false"/>
          <w:color w:val="000000"/>
          <w:u w:val="none"/>
        </w:rPr>
        <w:t xml:space="preserve"> [1CLM]</w:t>
      </w:r>
      <w:r>
        <w:rPr>
          <w:u w:val="none"/>
        </w:rPr>
        <w:t xml:space="preserve"> but </w:t>
      </w:r>
      <w:r>
        <w:rPr>
          <w:u w:val="none"/>
          <w:shd w:val="clear" w:fill="B7DDE8"/>
        </w:rPr>
        <w:t>have eternal life</w:t>
      </w:r>
      <w:r>
        <w:rPr>
          <w:b w:val="false"/>
          <w:i w:val="false"/>
          <w:color w:val="000000"/>
          <w:u w:val="none"/>
        </w:rPr>
        <w:t xml:space="preserve"> [4CJT]</w:t>
      </w:r>
      <w:r>
        <w:rPr>
          <w:u w:val="none"/>
        </w:rPr>
        <w:t>.</w:t>
      </w:r>
    </w:p>
    <w:p>
      <w:pPr>
        <w:pStyle w:val="Yellow"/>
        <w:rPr/>
      </w:pPr>
      <w:r>
        <w:rPr>
          <w:b/>
          <w:u w:val="none"/>
        </w:rPr>
        <w:t>John 3:36</w:t>
      </w:r>
      <w:r>
        <w:rPr>
          <w:u w:val="none"/>
        </w:rPr>
        <w:t xml:space="preserve"> — </w:t>
      </w:r>
      <w:r>
        <w:rPr>
          <w:u w:val="none"/>
          <w:color w:val="000000"/>
        </w:rPr>
        <w:t>Whoever believes in the Son has eternal life</w:t>
      </w:r>
      <w:r>
        <w:rPr>
          <w:b w:val="false"/>
          <w:i w:val="false"/>
          <w:color w:val="000000"/>
          <w:u w:val="none"/>
        </w:rPr>
        <w:t xml:space="preserve"> [4CJT]</w:t>
      </w:r>
      <w:r>
        <w:rPr>
          <w:u w:val="none"/>
        </w:rPr>
        <w:t xml:space="preserve">. </w:t>
      </w:r>
      <w:r>
        <w:rPr>
          <w:u w:val="none"/>
          <w:shd w:val="clear" w:fill="B7DDE8"/>
        </w:rPr>
        <w:t>Whoever rejects the Son will not see life</w:t>
      </w:r>
      <w:r>
        <w:rPr>
          <w:b w:val="false"/>
          <w:i w:val="false"/>
          <w:color w:val="000000"/>
          <w:u w:val="none"/>
        </w:rPr>
        <w:t xml:space="preserve"> [1CJU]</w:t>
      </w:r>
      <w:r>
        <w:rPr>
          <w:u w:val="none"/>
        </w:rPr>
        <w:t xml:space="preserve">. Instead, </w:t>
      </w:r>
      <w:r>
        <w:rPr>
          <w:u w:val="none"/>
          <w:shd w:val="clear" w:fill="B7DDE8"/>
        </w:rPr>
        <w:t>the wrath of God remains on him</w:t>
      </w:r>
      <w:r>
        <w:rPr>
          <w:b w:val="false"/>
          <w:i w:val="false"/>
          <w:color w:val="000000"/>
          <w:u w:val="none"/>
        </w:rPr>
        <w:t xml:space="preserve"> [1CJV]</w:t>
      </w:r>
      <w:r>
        <w:rPr>
          <w:u w:val="none"/>
        </w:rPr>
        <w:t>.”</w:t>
      </w:r>
    </w:p>
    <w:p>
      <w:pPr>
        <w:pStyle w:val="Yellow"/>
        <w:rPr/>
      </w:pPr>
      <w:r>
        <w:rPr>
          <w:u w:val="none"/>
        </w:rPr>
        <w:t xml:space="preserve">(Jn5:18 God) </w:t>
      </w:r>
      <w:r>
        <w:rPr>
          <w:b/>
          <w:u w:val="none"/>
        </w:rPr>
        <w:t xml:space="preserve">John 5:24</w:t>
      </w:r>
      <w:r>
        <w:rPr>
          <w:u w:val="none"/>
        </w:rPr>
        <w:t xml:space="preserve"> — Truly, truly, I tell you, </w:t>
      </w:r>
      <w:r>
        <w:rPr>
          <w:u w:val="none"/>
          <w:shd w:fill="B7DDE8" w:val="clear"/>
        </w:rPr>
        <w:t xml:space="preserve">whoever hears My word and believes {Him} who sent Me has eternal life</w:t>
      </w:r>
      <w:r>
        <w:rPr>
          <w:u w:val="none"/>
          <w:shd w:fill="B7DDE8" w:val="clear"/>
        </w:rPr>
        <w:t xml:space="preserve"> and will not come under judgment</w:t>
      </w:r>
      <w:r>
        <w:rPr>
          <w:b w:val="false"/>
          <w:i w:val="false"/>
          <w:color w:val="000000"/>
          <w:u w:val="none"/>
        </w:rPr>
        <w:t xml:space="preserve"> [1IPJ]</w:t>
      </w:r>
      <w:r>
        <w:rPr>
          <w:b w:val="false"/>
          <w:i w:val="false"/>
          <w:color w:val="000000"/>
          <w:u w:val="none"/>
        </w:rPr>
        <w:t xml:space="preserve"> [1IPK]</w:t>
      </w:r>
      <w:r>
        <w:rPr>
          <w:u w:val="none"/>
        </w:rPr>
        <w:t xml:space="preserve">. Indeed, </w:t>
      </w:r>
      <w:r>
        <w:rPr>
          <w:u w:val="none"/>
          <w:shd w:fill="B7DDE8" w:val="clear"/>
        </w:rPr>
        <w:t xml:space="preserve">he has crossed over from death to life</w:t>
      </w:r>
      <w:r>
        <w:rPr>
          <w:b w:val="false"/>
          <w:i w:val="false"/>
          <w:color w:val="000000"/>
          <w:u w:val="none"/>
        </w:rPr>
        <w:t xml:space="preserve"> [1IPL]</w:t>
      </w:r>
      <w:r>
        <w:rPr>
          <w:u w:val="none"/>
        </w:rPr>
        <w:t xml:space="preserve">.</w:t>
      </w:r>
    </w:p>
    <w:p>
      <w:pPr>
        <w:pStyle w:val="Yellow"/>
        <w:rPr/>
      </w:pPr>
      <w:r>
        <w:rPr>
          <w:b/>
        </w:rPr>
        <w:t xml:space="preserve">John 5:26</w:t>
      </w:r>
      <w:r>
        <w:rPr/>
        <w:t xml:space="preserve"> — as </w:t>
      </w:r>
      <w:r>
        <w:rPr>
          <w:shd w:fill="B7DDE8" w:val="clear"/>
        </w:rPr>
        <w:t xml:space="preserve">the Father has life in Himself</w:t>
      </w:r>
      <w:r>
        <w:rPr>
          <w:b w:val="false"/>
          <w:i w:val="false"/>
          <w:color w:val="000000"/>
          <w:u w:val="none"/>
        </w:rPr>
        <w:t xml:space="preserve"> [1LBA]</w:t>
      </w:r>
      <w:r>
        <w:rPr/>
        <w:t xml:space="preserve">, so also </w:t>
      </w:r>
      <w:r>
        <w:rPr>
          <w:shd w:fill="B7DDE8" w:val="clear"/>
        </w:rPr>
        <w:t xml:space="preserve">He has granted the Son to have life in Himself</w:t>
      </w:r>
      <w:r>
        <w:rPr>
          <w:b w:val="false"/>
          <w:i w:val="false"/>
          <w:color w:val="000000"/>
          <w:u w:val="none"/>
        </w:rPr>
        <w:t xml:space="preserve"> [1LBB]</w:t>
      </w:r>
      <w:r>
        <w:rPr/>
        <w:t xml:space="preserve">.</w:t>
      </w:r>
    </w:p>
    <w:p>
      <w:pPr>
        <w:pStyle w:val="Yellow"/>
        <w:rPr/>
      </w:pPr>
      <w:r>
        <w:rPr/>
        <w:t xml:space="preserve">(Jn5:39 The Scriptures “testify about Me”) </w:t>
      </w:r>
      <w:r>
        <w:rPr>
          <w:b/>
        </w:rPr>
        <w:t>John 5:40</w:t>
      </w:r>
      <w:r>
        <w:rPr/>
        <w:t xml:space="preserve"> — </w:t>
      </w:r>
      <w:r>
        <w:rPr>
          <w:shd w:fill="B7DDE8" w:val="clear"/>
        </w:rPr>
        <w:t>{Yet} you refuse to come to Me to have life</w:t>
      </w:r>
      <w:r>
        <w:rPr>
          <w:b w:val="false"/>
          <w:i w:val="false"/>
          <w:color w:val="000000"/>
          <w:u w:val="none"/>
        </w:rPr>
        <w:t xml:space="preserve"> [1LVW]</w:t>
      </w:r>
      <w:r>
        <w:rPr/>
        <w:t>.</w:t>
      </w:r>
    </w:p>
    <w:p>
      <w:pPr>
        <w:pStyle w:val="Yellow"/>
        <w:rPr/>
      </w:pPr>
      <w:r>
        <w:rPr>
          <w:b/>
          <w:u w:val="none"/>
        </w:rPr>
        <w:t>John 6:40</w:t>
      </w:r>
      <w:r>
        <w:rPr>
          <w:u w:val="none"/>
        </w:rPr>
        <w:t xml:space="preserve"> — </w:t>
      </w:r>
      <w:r>
        <w:rPr>
          <w:u w:val="none"/>
          <w:shd w:val="clear" w:fill="B7DDE8"/>
        </w:rPr>
        <w:t>it is My Father’s will that everyone who looks to the Son and believes in Him shall have eternal life</w:t>
      </w:r>
      <w:r>
        <w:rPr>
          <w:b w:val="false"/>
          <w:i w:val="false"/>
          <w:color w:val="000000"/>
          <w:u w:val="none"/>
        </w:rPr>
        <w:t xml:space="preserve"> [1CMF]</w:t>
      </w:r>
      <w:r>
        <w:rPr>
          <w:u w:val="none"/>
          <w:shd w:fill="F4CCCC" w:val="clear"/>
        </w:rPr>
        <w:t xml:space="preserve">, and </w:t>
      </w:r>
      <w:r>
        <w:rPr>
          <w:u w:val="none"/>
          <w:shd w:val="clear" w:fill="B7DDE8"/>
        </w:rPr>
        <w:t>I will raise him up at the last day</w:t>
      </w:r>
      <w:r>
        <w:rPr>
          <w:b w:val="false"/>
          <w:i w:val="false"/>
          <w:color w:val="000000"/>
          <w:u w:val="none"/>
        </w:rPr>
        <w:t xml:space="preserve"> [4CMG]</w:t>
      </w:r>
      <w:r>
        <w:rPr>
          <w:u w:val="none"/>
        </w:rPr>
        <w:t>.”</w:t>
      </w:r>
    </w:p>
    <w:p>
      <w:pPr>
        <w:pStyle w:val="Yellow"/>
        <w:rPr/>
      </w:pPr>
      <w:r>
        <w:rPr>
          <w:b/>
          <w:u w:val="none"/>
          <w:shd w:val="clear" w:color="auto" w:fill="C00000"/>
          <w:color w:val="FFFFFF"/>
        </w:rPr>
        <w:t>John 6:47</w:t>
      </w:r>
      <w:r>
        <w:rPr>
          <w:u w:val="none"/>
          <w:shd w:val="clear" w:color="auto" w:fill="C00000"/>
          <w:color w:val="FFFFFF"/>
        </w:rPr>
        <w:t xml:space="preserve"> — Truly, truly, I tell you, </w:t>
      </w:r>
      <w:r>
        <w:rPr>
          <w:u w:val="none"/>
          <w:shd w:val="clear" w:color="auto" w:fill="C00000"/>
          <w:color w:val="FFFFFF"/>
        </w:rPr>
        <w:t>he who believes has eternal life</w:t>
      </w:r>
      <w:r>
        <w:rPr>
          <w:b w:val="false"/>
          <w:i w:val="false"/>
          <w:u w:val="none"/>
          <w:shd w:val="clear" w:color="auto" w:fill="C00000"/>
          <w:color w:val="FFFFFF"/>
        </w:rPr>
        <w:t xml:space="preserve"> [4CJT]</w:t>
      </w:r>
      <w:r>
        <w:rPr>
          <w:u w:val="none"/>
          <w:shd w:val="clear" w:color="auto" w:fill="C00000"/>
          <w:color w:val="FFFFFF"/>
        </w:rPr>
        <w:t>.</w:t>
      </w:r>
    </w:p>
    <w:p>
      <w:pPr>
        <w:pStyle w:val="Yellow"/>
        <w:rPr/>
      </w:pPr>
      <w:r>
        <w:rPr>
          <w:b/>
        </w:rPr>
        <w:t>John 6:53</w:t>
      </w:r>
      <w:r>
        <w:t xml:space="preserve"> — “Truly, truly, I tell you, </w:t>
      </w:r>
      <w:r>
        <w:rPr>
          <w:shd w:fill="B7DDE8" w:val="clear"/>
        </w:rPr>
        <w:t>unless you eat the flesh and drink the blood of the Son of Man, you have no life in you</w:t>
      </w:r>
      <w:r>
        <w:rPr>
          <w:b w:val="false"/>
          <w:i w:val="false"/>
          <w:color w:val="000000"/>
          <w:u w:val="none"/>
        </w:rPr>
        <w:t xml:space="preserve"> [1ASW]</w:t>
      </w:r>
      <w:r>
        <w:t>.</w:t>
      </w:r>
    </w:p>
    <w:p>
      <w:pPr>
        <w:pStyle w:val="Yellow"/>
        <w:rPr/>
        <w:pBdr>
          <w:left w:val="single" w:sz="28" w:space="5" w:color="C00000"/>
        </w:pBdr>
      </w:pPr>
      <w:r>
        <w:rPr>
          <w:b/>
          <w:u w:val="none"/>
          <w:shd w:val="clear" w:color="auto" w:fill="548235"/>
          <w:color w:val="FFFFFF"/>
        </w:rPr>
        <w:t>John 6:54</w:t>
      </w:r>
      <w:r>
        <w:rPr>
          <w:u w:val="none"/>
          <w:shd w:val="clear" w:color="auto" w:fill="548235"/>
          <w:color w:val="FFFFFF"/>
        </w:rPr>
        <w:t xml:space="preserve"> — </w:t>
      </w:r>
      <w:r>
        <w:rPr>
          <w:u w:val="none"/>
          <w:shd w:val="clear" w:fill="548235" w:color="auto"/>
          <w:color w:val="FFFFFF"/>
        </w:rPr>
        <w:t>Whoever eats My flesh and drinks My blood has eternal life</w:t>
      </w:r>
      <w:r>
        <w:rPr>
          <w:b w:val="false"/>
          <w:i w:val="false"/>
          <w:color w:val="FFFFFF"/>
          <w:u w:val="none"/>
          <w:shd w:val="clear" w:color="auto" w:fill="548235"/>
        </w:rPr>
        <w:t xml:space="preserve"> [1CMH]</w:t>
      </w:r>
      <w:r>
        <w:rPr>
          <w:u w:val="none"/>
          <w:shd w:val="clear" w:color="auto" w:fill="548235"/>
          <w:color w:val="FFFFFF"/>
        </w:rPr>
        <w:t xml:space="preserve">, and </w:t>
      </w:r>
      <w:r>
        <w:rPr>
          <w:u w:val="none"/>
          <w:shd w:val="clear" w:fill="548235" w:color="auto"/>
          <w:color w:val="FFFFFF"/>
        </w:rPr>
        <w:t>I will raise him up at the last day</w:t>
      </w:r>
      <w:r>
        <w:rPr>
          <w:b w:val="false"/>
          <w:i w:val="false"/>
          <w:color w:val="FFFFFF"/>
          <w:u w:val="none"/>
          <w:shd w:val="clear" w:color="auto" w:fill="548235"/>
        </w:rPr>
        <w:t xml:space="preserve"> [4CMG]</w:t>
      </w:r>
      <w:r>
        <w:rPr>
          <w:u w:val="none"/>
          <w:shd w:val="clear" w:color="auto" w:fill="548235"/>
          <w:color w:val="FFFFFF"/>
        </w:rPr>
        <w:t>.</w:t>
      </w:r>
    </w:p>
    <w:p>
      <w:pPr>
        <w:pStyle w:val="Yellow"/>
        <w:rPr/>
      </w:pPr>
      <w:r>
        <w:rPr>
          <w:b/>
        </w:rPr>
        <w:t xml:space="preserve">John 6:57</w:t>
      </w:r>
      <w:r>
        <w:rPr/>
        <w:t xml:space="preserve"> — Just as </w:t>
      </w:r>
      <w:r>
        <w:rPr>
          <w:shd w:fill="B7DDE8" w:val="clear"/>
        </w:rPr>
        <w:t xml:space="preserve">the living Father sent Me</w:t>
      </w:r>
      <w:r>
        <w:rPr>
          <w:b w:val="false"/>
          <w:i w:val="false"/>
          <w:color w:val="000000"/>
          <w:u w:val="none"/>
        </w:rPr>
        <w:t xml:space="preserve"> [1LCX]</w:t>
      </w:r>
      <w:r>
        <w:rPr/>
        <w:t xml:space="preserve"> and </w:t>
      </w:r>
      <w:r>
        <w:rPr>
          <w:shd w:fill="B7DDE8" w:val="clear"/>
        </w:rPr>
        <w:t xml:space="preserve">I live because of the Father</w:t>
      </w:r>
      <w:r>
        <w:rPr>
          <w:b w:val="false"/>
          <w:i w:val="false"/>
          <w:color w:val="000000"/>
          <w:u w:val="none"/>
        </w:rPr>
        <w:t xml:space="preserve"> [1LCY]</w:t>
      </w:r>
      <w:r>
        <w:rPr/>
        <w:t xml:space="preserve">, so also </w:t>
      </w:r>
      <w:r>
        <w:rPr>
          <w:shd w:fill="B7DDE8" w:val="clear"/>
        </w:rPr>
        <w:t xml:space="preserve">the one who feeds on Me will live because of Me</w:t>
      </w:r>
      <w:r>
        <w:rPr>
          <w:b w:val="false"/>
          <w:i w:val="false"/>
          <w:color w:val="000000"/>
          <w:u w:val="none"/>
        </w:rPr>
        <w:t xml:space="preserve"> [1LCZ]</w:t>
      </w:r>
      <w:r>
        <w:rPr/>
        <w:t xml:space="preserve">.</w:t>
      </w:r>
    </w:p>
    <w:p>
      <w:pPr>
        <w:pStyle w:val="Yellow"/>
        <w:rPr/>
      </w:pPr>
      <w:r>
        <w:rPr>
          <w:shd w:val="clear" w:color="auto" w:fill="C00000"/>
          <w:color w:val="FFFFFF"/>
        </w:rPr>
        <w:t xml:space="preserve">(Jn6:51 Jesus said, “I am the living bread”) </w:t>
      </w:r>
      <w:r>
        <w:rPr>
          <w:b/>
          <w:shd w:val="clear" w:color="auto" w:fill="C00000"/>
          <w:color w:val="FFFFFF"/>
        </w:rPr>
        <w:t>John 6:58</w:t>
      </w:r>
      <w:r>
        <w:rPr>
          <w:shd w:val="clear" w:color="auto" w:fill="C00000"/>
          <w:color w:val="FFFFFF"/>
        </w:rPr>
        <w:t xml:space="preserve"> — </w:t>
      </w:r>
      <w:r>
        <w:rPr>
          <w:shd w:val="clear" w:color="auto" w:fill="C00000"/>
          <w:color w:val="FFFFFF"/>
        </w:rPr>
        <w:t>the one who eats {this bread} will live forever</w:t>
      </w:r>
      <w:r>
        <w:rPr>
          <w:b w:val="false"/>
          <w:i w:val="false"/>
          <w:u w:val="none"/>
          <w:shd w:val="clear" w:color="auto" w:fill="C00000"/>
          <w:color w:val="FFFFFF"/>
        </w:rPr>
        <w:t xml:space="preserve"> [3CHC]</w:t>
      </w:r>
      <w:r>
        <w:rPr>
          <w:shd w:val="clear" w:color="auto" w:fill="C00000"/>
          <w:color w:val="FFFFFF"/>
        </w:rPr>
        <w:t>.”</w:t>
      </w:r>
    </w:p>
    <w:p>
      <w:pPr>
        <w:pStyle w:val="Yellow"/>
        <w:rPr/>
      </w:pPr>
      <w:r>
        <w:rPr>
          <w:shd w:val="clear" w:color="auto" w:fill="548235"/>
          <w:color w:val="FFFFFF"/>
        </w:rPr>
        <w:t xml:space="preserve">(Jn10:27 Those who “listen to My voice”) </w:t>
      </w:r>
      <w:r>
        <w:rPr>
          <w:b/>
          <w:shd w:val="clear" w:color="auto" w:fill="548235"/>
          <w:color w:val="FFFFFF"/>
        </w:rPr>
        <w:t xml:space="preserve">John 10:10</w:t>
      </w:r>
      <w:r>
        <w:rPr>
          <w:shd w:val="clear" w:color="auto" w:fill="548235"/>
          <w:color w:val="FFFFFF"/>
        </w:rPr>
        <w:t xml:space="preserve"> — </w:t>
      </w:r>
      <w:r>
        <w:rPr>
          <w:shd w:fill="548235" w:val="clear" w:color="auto"/>
          <w:color w:val="FFFFFF"/>
        </w:rPr>
        <w:t xml:space="preserve">The thief comes only to steal and kill and destroy</w:t>
      </w:r>
      <w:r>
        <w:rPr>
          <w:b w:val="false"/>
          <w:i w:val="false"/>
          <w:color w:val="FFFFFF"/>
          <w:u w:val="none"/>
          <w:shd w:val="clear" w:color="auto" w:fill="548235"/>
        </w:rPr>
        <w:t xml:space="preserve"> [1JVI]</w:t>
      </w:r>
      <w:r>
        <w:rPr>
          <w:shd w:val="clear" w:color="auto" w:fill="548235"/>
          <w:color w:val="FFFFFF"/>
        </w:rPr>
        <w:t xml:space="preserve">. </w:t>
      </w:r>
      <w:r>
        <w:rPr>
          <w:shd w:fill="548235" w:val="clear" w:color="auto"/>
          <w:color w:val="FFFFFF"/>
        </w:rPr>
        <w:t xml:space="preserve">I have come that {they} may have life, and have it in all its fullness</w:t>
      </w:r>
      <w:r>
        <w:rPr>
          <w:b w:val="false"/>
          <w:i w:val="false"/>
          <w:color w:val="FFFFFF"/>
          <w:u w:val="none"/>
          <w:shd w:val="clear" w:color="auto" w:fill="548235"/>
        </w:rPr>
        <w:t xml:space="preserve"> [1JVJ]</w:t>
      </w:r>
      <w:r>
        <w:rPr>
          <w:shd w:val="clear" w:color="auto" w:fill="548235"/>
          <w:color w:val="FFFFFF"/>
        </w:rPr>
        <w:t xml:space="preserve">.</w:t>
      </w:r>
    </w:p>
    <w:p>
      <w:pPr>
        <w:pStyle w:val="Yellow"/>
        <w:rPr/>
      </w:pPr>
      <w:r>
        <w:rPr>
          <w:b/>
        </w:rPr>
        <w:t>John 10:27–28</w:t>
      </w:r>
      <w:r>
        <w:rPr/>
        <w:t xml:space="preserve"> — </w:t>
      </w:r>
      <w:r>
        <w:rPr/>
        <w:t>My sheep listen to My voice</w:t>
      </w:r>
      <w:r>
        <w:rPr>
          <w:b w:val="false"/>
          <w:i w:val="false"/>
          <w:color w:val="000000"/>
          <w:u w:val="none"/>
        </w:rPr>
        <w:t xml:space="preserve"> [2CMK]</w:t>
      </w:r>
      <w:r>
        <w:rPr/>
        <w:t xml:space="preserve">; </w:t>
      </w:r>
      <w:r>
        <w:rPr>
          <w:shd w:val="clear" w:fill="B7DDE8"/>
        </w:rPr>
        <w:t>I know them</w:t>
      </w:r>
      <w:r>
        <w:rPr>
          <w:b w:val="false"/>
          <w:i w:val="false"/>
          <w:color w:val="000000"/>
          <w:u w:val="none"/>
        </w:rPr>
        <w:t xml:space="preserve"> [1CML]</w:t>
      </w:r>
      <w:r>
        <w:rPr/>
        <w:t xml:space="preserve">, and </w:t>
      </w:r>
      <w:r>
        <w:rPr>
          <w:shd w:val="clear" w:fill="B7DDE8"/>
        </w:rPr>
        <w:t>they follow Me</w:t>
      </w:r>
      <w:r>
        <w:rPr>
          <w:b w:val="false"/>
          <w:i w:val="false"/>
          <w:color w:val="000000"/>
          <w:u w:val="none"/>
        </w:rPr>
        <w:t xml:space="preserve"> [1CMM]</w:t>
      </w:r>
      <w:r>
        <w:rPr/>
        <w:t xml:space="preserve">. </w:t>
      </w:r>
      <w:r>
        <w:rPr>
          <w:shd w:val="clear" w:fill="B7DDE8"/>
        </w:rPr>
        <w:t>I give them eternal life</w:t>
      </w:r>
      <w:r>
        <w:rPr>
          <w:b w:val="false"/>
          <w:i w:val="false"/>
          <w:u w:val="none"/>
          <w:color w:val="000000"/>
        </w:rPr>
        <w:t xml:space="preserve"> [1CMN]</w:t>
      </w:r>
      <w:r>
        <w:rPr/>
        <w:t xml:space="preserve">, and </w:t>
      </w:r>
      <w:r>
        <w:rPr>
          <w:shd w:val="clear" w:fill="B7DDE8"/>
        </w:rPr>
        <w:t>they will never perish</w:t>
      </w:r>
      <w:r>
        <w:rPr>
          <w:b w:val="false"/>
          <w:i w:val="false"/>
          <w:color w:val="000000"/>
          <w:u w:val="none"/>
        </w:rPr>
        <w:t xml:space="preserve"> [1CMO]</w:t>
      </w:r>
      <w:r>
        <w:rPr/>
        <w:t xml:space="preserve">. </w:t>
      </w:r>
      <w:r>
        <w:rPr>
          <w:shd w:val="clear" w:fill="B7DDE8"/>
        </w:rPr>
        <w:t>No one can snatch them out of My hand</w:t>
      </w:r>
      <w:r>
        <w:rPr>
          <w:b w:val="false"/>
          <w:i w:val="false"/>
          <w:color w:val="000000"/>
          <w:u w:val="none"/>
        </w:rPr>
        <w:t xml:space="preserve"> [1CMP]</w:t>
      </w:r>
      <w:r>
        <w:rPr/>
        <w:t>.</w:t>
      </w:r>
    </w:p>
    <w:p>
      <w:pPr>
        <w:pStyle w:val="Yellow"/>
        <w:rPr/>
        <w:pBdr>
          <w:left w:val="single" w:sz="28" w:space="5" w:color="C00000"/>
        </w:pBdr>
      </w:pPr>
      <w:r>
        <w:rPr/>
        <w:t xml:space="preserve">(Jn10:27ᶜ Jesus’ “sheep”) </w:t>
      </w:r>
      <w:r>
        <w:rPr>
          <w:b/>
        </w:rPr>
        <w:t xml:space="preserve">John 10:29</w:t>
      </w:r>
      <w:r>
        <w:rPr/>
        <w:t xml:space="preserve"> — </w:t>
      </w:r>
      <w:r>
        <w:rPr>
          <w:shd w:fill="B7DDE8" w:val="clear"/>
        </w:rPr>
        <w:t xml:space="preserve">My Father who has given {them} to Me</w:t>
      </w:r>
      <w:r>
        <w:rPr>
          <w:b w:val="false"/>
          <w:i w:val="false"/>
          <w:u w:val="none"/>
          <w:color w:val="000000"/>
        </w:rPr>
        <w:t xml:space="preserve"> [2UD]</w:t>
      </w:r>
      <w:r>
        <w:rPr/>
        <w:t xml:space="preserve"> </w:t>
      </w:r>
      <w:r>
        <w:rPr>
          <w:shd w:fill="B7DDE8" w:val="clear"/>
        </w:rPr>
        <w:t xml:space="preserve">is greater than all</w:t>
      </w:r>
      <w:r>
        <w:rPr>
          <w:b w:val="false"/>
          <w:i w:val="false"/>
          <w:color w:val="000000"/>
          <w:u w:val="none"/>
        </w:rPr>
        <w:t xml:space="preserve"> [1LHF]</w:t>
      </w:r>
      <w:r>
        <w:rPr>
          <w:shd w:val="clear" w:color="auto" w:fill="548235"/>
          <w:color w:val="FFFFFF"/>
        </w:rPr>
        <w:t xml:space="preserve">. </w:t>
      </w:r>
      <w:r>
        <w:rPr>
          <w:shd w:fill="548235" w:val="clear" w:color="auto"/>
          <w:color w:val="FFFFFF"/>
        </w:rPr>
        <w:t xml:space="preserve">No one can snatch them out of My Father’s hand</w:t>
      </w:r>
      <w:r>
        <w:rPr>
          <w:b w:val="false"/>
          <w:i w:val="false"/>
          <w:color w:val="FFFFFF"/>
          <w:u w:val="none"/>
          <w:shd w:val="clear" w:color="auto" w:fill="548235"/>
        </w:rPr>
        <w:t xml:space="preserve"> [1LHG]</w:t>
      </w:r>
      <w:r>
        <w:rPr>
          <w:shd w:val="clear" w:color="auto" w:fill="548235"/>
          <w:color w:val="FFFFFF"/>
        </w:rPr>
        <w:t xml:space="preserve">.</w:t>
      </w:r>
    </w:p>
    <w:p>
      <w:pPr>
        <w:pStyle w:val="Yellow"/>
        <w:rPr/>
      </w:pPr>
      <w:r>
        <w:rPr>
          <w:b/>
          <w:shd w:val="clear" w:color="auto" w:fill="548235"/>
          <w:color w:val="FFFFFF"/>
        </w:rPr>
        <w:t>John 11:25</w:t>
      </w:r>
      <w:r>
        <w:rPr>
          <w:shd w:val="clear" w:color="auto" w:fill="548235"/>
          <w:color w:val="FFFFFF"/>
        </w:rPr>
        <w:t xml:space="preserve"> — “</w:t>
      </w:r>
      <w:r>
        <w:rPr>
          <w:shd w:fill="548235" w:val="clear" w:color="auto"/>
          <w:color w:val="FFFFFF"/>
        </w:rPr>
        <w:t>I am the resurrection and the life</w:t>
      </w:r>
      <w:r>
        <w:rPr>
          <w:b w:val="false"/>
          <w:i w:val="false"/>
          <w:color w:val="FFFFFF"/>
          <w:u w:val="none"/>
          <w:shd w:val="clear" w:color="auto" w:fill="548235"/>
        </w:rPr>
        <w:t xml:space="preserve"> [1AYY]</w:t>
      </w:r>
      <w:r>
        <w:rPr>
          <w:shd w:val="clear" w:color="auto" w:fill="548235"/>
          <w:color w:val="FFFFFF"/>
        </w:rPr>
        <w:t xml:space="preserve">. </w:t>
      </w:r>
      <w:r>
        <w:rPr>
          <w:shd w:fill="548235" w:val="clear" w:color="auto"/>
          <w:color w:val="FFFFFF"/>
        </w:rPr>
        <w:t>Whoever believes in Me will live, even though he dies</w:t>
      </w:r>
      <w:r>
        <w:rPr>
          <w:b w:val="false"/>
          <w:i w:val="false"/>
          <w:color w:val="FFFFFF"/>
          <w:u w:val="none"/>
          <w:shd w:val="clear" w:color="auto" w:fill="548235"/>
        </w:rPr>
        <w:t xml:space="preserve"> [1AYZ]</w:t>
      </w:r>
      <w:r>
        <w:rPr>
          <w:shd w:val="clear" w:color="auto" w:fill="548235"/>
          <w:color w:val="FFFFFF"/>
        </w:rPr>
        <w:t>.</w:t>
      </w:r>
    </w:p>
    <w:p>
      <w:pPr>
        <w:pStyle w:val="Yellow"/>
        <w:rPr/>
      </w:pPr>
      <w:r>
        <w:rPr>
          <w:b/>
        </w:rPr>
        <w:t>John 11:26</w:t>
      </w:r>
      <w:r>
        <w:rPr/>
        <w:t xml:space="preserve"> — </w:t>
      </w:r>
      <w:r>
        <w:rPr>
          <w:shd w:val="clear" w:fill="B7DDE8"/>
        </w:rPr>
        <w:t>everyone who lives and believes in Me will never die</w:t>
      </w:r>
      <w:r>
        <w:rPr>
          <w:b w:val="false"/>
          <w:i w:val="false"/>
          <w:color w:val="000000"/>
          <w:u w:val="none"/>
        </w:rPr>
        <w:t xml:space="preserve"> [1CGH]</w:t>
      </w:r>
      <w:r>
        <w:rPr/>
        <w:t>.</w:t>
      </w:r>
    </w:p>
    <w:p>
      <w:pPr>
        <w:pStyle w:val="Yellow"/>
        <w:rPr/>
      </w:pPr>
      <w:r>
        <w:rPr>
          <w:b/>
        </w:rPr>
        <w:t>John 12:25</w:t>
      </w:r>
      <w:r>
        <w:rPr/>
        <w:t xml:space="preserve"> — </w:t>
      </w:r>
      <w:r>
        <w:rPr>
          <w:shd w:val="clear" w:fill="B7DDE8"/>
        </w:rPr>
        <w:t>Whoever loves his life will lose it</w:t>
      </w:r>
      <w:r>
        <w:rPr>
          <w:b w:val="false"/>
          <w:i w:val="false"/>
          <w:color w:val="000000"/>
          <w:u w:val="none"/>
        </w:rPr>
        <w:t xml:space="preserve"> [1CJW]</w:t>
      </w:r>
      <w:r>
        <w:rPr/>
        <w:t xml:space="preserve">, but </w:t>
      </w:r>
      <w:r>
        <w:rPr>
          <w:shd w:val="clear" w:fill="B7DDE8"/>
        </w:rPr>
        <w:t>whoever hates his life in this world will keep it for eternal life</w:t>
      </w:r>
      <w:r>
        <w:rPr>
          <w:b w:val="false"/>
          <w:i w:val="false"/>
          <w:color w:val="000000"/>
          <w:u w:val="none"/>
        </w:rPr>
        <w:t xml:space="preserve"> [1CJX]</w:t>
      </w:r>
      <w:r>
        <w:rPr/>
        <w:t>.</w:t>
      </w:r>
    </w:p>
    <w:p>
      <w:pPr>
        <w:pStyle w:val="Yellow"/>
        <w:rPr/>
      </w:pPr>
      <w:r>
        <w:rPr>
          <w:b/>
        </w:rPr>
        <w:t xml:space="preserve">John 14:19</w:t>
      </w:r>
      <w:r>
        <w:rPr/>
        <w:t xml:space="preserve"> — Because </w:t>
      </w:r>
      <w:r>
        <w:rPr>
          <w:shd w:fill="B7DDE8" w:val="clear"/>
        </w:rPr>
        <w:t xml:space="preserve">I live</w:t>
      </w:r>
      <w:r>
        <w:rPr>
          <w:b w:val="false"/>
          <w:i w:val="false"/>
          <w:color w:val="000000"/>
          <w:u w:val="none"/>
        </w:rPr>
        <w:t xml:space="preserve"> [1LCV]</w:t>
      </w:r>
      <w:r>
        <w:rPr/>
        <w:t xml:space="preserve">, </w:t>
      </w:r>
      <w:r>
        <w:rPr>
          <w:shd w:fill="B7DDE8" w:val="clear"/>
        </w:rPr>
        <w:t xml:space="preserve">you also will live</w:t>
      </w:r>
      <w:r>
        <w:rPr>
          <w:b w:val="false"/>
          <w:i w:val="false"/>
          <w:color w:val="000000"/>
          <w:u w:val="none"/>
        </w:rPr>
        <w:t xml:space="preserve"> [1LCW]</w:t>
      </w:r>
      <w:r>
        <w:rPr/>
        <w:t xml:space="preserve">.</w:t>
      </w:r>
    </w:p>
    <w:p>
      <w:pPr>
        <w:pStyle w:val="Yellow"/>
        <w:rPr/>
        <w:pBdr>
          <w:left w:val="single" w:sz="28" w:space="5" w:color="C00000"/>
        </w:pBdr>
      </w:pPr>
      <w:r>
        <w:rPr/>
        <w:t xml:space="preserve">(Jn17:1 Jesus) </w:t>
      </w:r>
      <w:r>
        <w:rPr>
          <w:b/>
        </w:rPr>
        <w:t>John 17:2</w:t>
      </w:r>
      <w:r>
        <w:rPr/>
        <w:t xml:space="preserve"> — </w:t>
      </w:r>
      <w:r>
        <w:rPr>
          <w:shd w:val="clear" w:fill="B7DDE8"/>
        </w:rPr>
        <w:t>You granted {Him} authority over all people</w:t>
      </w:r>
      <w:r>
        <w:rPr>
          <w:b w:val="false"/>
          <w:i w:val="false"/>
          <w:color w:val="000000"/>
          <w:u w:val="none"/>
        </w:rPr>
        <w:t xml:space="preserve"> [1CKP]</w:t>
      </w:r>
      <w:r>
        <w:rPr/>
        <w:t xml:space="preserve">, so that </w:t>
      </w:r>
      <w:r>
        <w:rPr>
          <w:shd w:val="clear" w:fill="F4B183" w:color="auto"/>
          <w:color w:val="000000"/>
        </w:rPr>
        <w:t>He may give eternal life to all those You have given Him</w:t>
      </w:r>
      <w:r>
        <w:rPr>
          <w:b w:val="false"/>
          <w:i w:val="false"/>
          <w:color w:val="000000"/>
          <w:u w:val="none"/>
          <w:shd w:val="clear" w:color="auto" w:fill="F4B183"/>
        </w:rPr>
        <w:t xml:space="preserve"> [1CKQ]</w:t>
      </w:r>
      <w:r>
        <w:rPr/>
        <w:t>.</w:t>
      </w:r>
    </w:p>
    <w:p>
      <w:pPr>
        <w:pStyle w:val="Yellow"/>
        <w:rPr/>
      </w:pPr>
      <w:r>
        <w:rPr/>
        <w:t xml:space="preserve">(Jn17:2 “all those” the Father has “given” to Jesus) </w:t>
      </w:r>
      <w:r>
        <w:rPr>
          <w:b/>
        </w:rPr>
        <w:t>John 17:3</w:t>
      </w:r>
      <w:r>
        <w:rPr/>
        <w:t xml:space="preserve"> — Now </w:t>
      </w:r>
      <w:r>
        <w:rPr>
          <w:shd w:val="clear" w:fill="B7DDE8"/>
        </w:rPr>
        <w:t>this is eternal life, that {they} may know You, the only true God, and Jesus Christ, whom You have sent</w:t>
      </w:r>
      <w:r>
        <w:rPr>
          <w:b w:val="false"/>
          <w:i w:val="false"/>
          <w:color w:val="000000"/>
          <w:u w:val="none"/>
        </w:rPr>
        <w:t xml:space="preserve"> [1CKX]</w:t>
      </w:r>
      <w:r>
        <w:rPr/>
        <w:t>.</w:t>
      </w:r>
    </w:p>
    <w:p>
      <w:pPr>
        <w:pStyle w:val="Yellow"/>
        <w:rPr/>
      </w:pPr>
      <w:r>
        <w:rPr>
          <w:b/>
          <w:u w:val="none"/>
        </w:rPr>
        <w:t>Romans 6:8-9</w:t>
      </w:r>
      <w:r>
        <w:rPr>
          <w:u w:val="none"/>
        </w:rPr>
        <w:t xml:space="preserve"> — Now </w:t>
      </w:r>
      <w:r>
        <w:rPr>
          <w:u w:val="none"/>
          <w:shd w:val="clear" w:color="auto" w:fill="D9C3E6"/>
        </w:rPr>
        <w:t>if we died with Christ, we believe that we will also live with Him</w:t>
      </w:r>
      <w:r>
        <w:rPr>
          <w:b w:val="false"/>
          <w:i w:val="false"/>
          <w:color w:val="000000"/>
          <w:u w:val="none"/>
        </w:rPr>
        <w:t xml:space="preserve"> [2AVZ]</w:t>
      </w:r>
      <w:r>
        <w:rPr>
          <w:u w:val="none"/>
        </w:rPr>
        <w:t xml:space="preserve">. For we know that </w:t>
      </w:r>
      <w:r>
        <w:rPr>
          <w:u w:val="none"/>
          <w:shd w:fill="B7DDE8" w:val="clear"/>
        </w:rPr>
        <w:t xml:space="preserve">since </w:t>
      </w:r>
      <w:r>
        <w:rPr>
          <w:u w:val="none"/>
          <w:shd w:fill="B7DDE8" w:val="clear"/>
        </w:rPr>
        <w:t>Christ was raised from the dead</w:t>
      </w:r>
      <w:r>
        <w:rPr>
          <w:b w:val="false"/>
          <w:i w:val="false"/>
          <w:color w:val="000000"/>
          <w:u w:val="none"/>
        </w:rPr>
        <w:t xml:space="preserve"> [7AVP]</w:t>
      </w:r>
      <w:r>
        <w:rPr>
          <w:u w:val="none"/>
          <w:shd w:fill="B7DDE8" w:val="clear"/>
        </w:rPr>
        <w:t>, He cannot die again</w:t>
      </w:r>
      <w:r>
        <w:rPr>
          <w:b w:val="false"/>
          <w:i w:val="false"/>
          <w:color w:val="000000"/>
          <w:u w:val="none"/>
        </w:rPr>
        <w:t xml:space="preserve"> [1AWA]</w:t>
      </w:r>
      <w:r>
        <w:rPr>
          <w:u w:val="none"/>
        </w:rPr>
        <w:t xml:space="preserve">; </w:t>
      </w:r>
      <w:r>
        <w:rPr>
          <w:u w:val="none"/>
          <w:shd w:fill="B7DDE8" w:val="clear"/>
        </w:rPr>
        <w:t>death no longer has dominion over Him</w:t>
      </w:r>
      <w:r>
        <w:rPr>
          <w:b w:val="false"/>
          <w:i w:val="false"/>
          <w:color w:val="000000"/>
          <w:u w:val="none"/>
        </w:rPr>
        <w:t xml:space="preserve"> [1AWB]</w:t>
      </w:r>
      <w:r>
        <w:rPr>
          <w:u w:val="none"/>
        </w:rPr>
        <w:t>.</w:t>
      </w:r>
    </w:p>
    <w:p>
      <w:pPr>
        <w:pStyle w:val="Yellow"/>
        <w:rPr/>
      </w:pPr>
      <w:r>
        <w:rPr>
          <w:b/>
        </w:rPr>
        <w:t>Romans 6:23</w:t>
      </w:r>
      <w:r>
        <w:rPr/>
        <w:t xml:space="preserve"> — For </w:t>
      </w:r>
      <w:r>
        <w:rPr>
          <w:shd w:val="clear" w:fill="B7DDE8"/>
        </w:rPr>
        <w:t>the wages of sin is death</w:t>
      </w:r>
      <w:r>
        <w:rPr>
          <w:b w:val="false"/>
          <w:i w:val="false"/>
          <w:color w:val="000000"/>
          <w:u w:val="none"/>
        </w:rPr>
        <w:t xml:space="preserve"> [1CLP]</w:t>
      </w:r>
      <w:r>
        <w:rPr/>
        <w:t xml:space="preserve">, but </w:t>
      </w:r>
      <w:r>
        <w:rPr>
          <w:shd w:val="clear" w:fill="B7DDE8"/>
        </w:rPr>
        <w:t>the gift of God is eternal life in Christ Jesus our Lord</w:t>
      </w:r>
      <w:r>
        <w:rPr>
          <w:b w:val="false"/>
          <w:i w:val="false"/>
          <w:color w:val="000000"/>
          <w:u w:val="none"/>
        </w:rPr>
        <w:t xml:space="preserve"> [1CLQ]</w:t>
      </w:r>
      <w:r>
        <w:rPr/>
        <w:t>.</w:t>
      </w:r>
    </w:p>
    <w:p>
      <w:pPr>
        <w:pStyle w:val="Yellow"/>
        <w:rPr/>
      </w:pPr>
      <w:r>
        <w:rPr>
          <w:b/>
        </w:rPr>
        <w:t>Galatians 6:8</w:t>
      </w:r>
      <w:r>
        <w:rPr/>
        <w:t xml:space="preserve"> — </w:t>
      </w:r>
      <w:r>
        <w:rPr>
          <w:shd w:val="clear" w:fill="B7DDE8"/>
        </w:rPr>
        <w:t>The one who sows to please his flesh, from the flesh will reap destruction</w:t>
      </w:r>
      <w:r>
        <w:rPr>
          <w:b w:val="false"/>
          <w:i w:val="false"/>
          <w:color w:val="000000"/>
          <w:u w:val="none"/>
        </w:rPr>
        <w:t xml:space="preserve"> [1CKC]</w:t>
      </w:r>
      <w:r>
        <w:rPr/>
        <w:t xml:space="preserve">; but </w:t>
      </w:r>
      <w:r>
        <w:rPr>
          <w:shd w:val="clear" w:fill="B7DDE8"/>
        </w:rPr>
        <w:t>the one who sows to please the Spirit, from the Spirit will reap eternal life</w:t>
      </w:r>
      <w:r>
        <w:rPr>
          <w:b w:val="false"/>
          <w:i w:val="false"/>
          <w:color w:val="000000"/>
          <w:u w:val="none"/>
        </w:rPr>
        <w:t xml:space="preserve"> [1CKD]</w:t>
      </w:r>
      <w:r>
        <w:rPr/>
        <w:t>.</w:t>
      </w:r>
    </w:p>
    <w:p>
      <w:pPr>
        <w:pStyle w:val="Yellow"/>
        <w:rPr/>
      </w:pPr>
      <w:r>
        <w:rPr>
          <w:b/>
        </w:rPr>
        <w:t>1 Timothy 1:16</w:t>
      </w:r>
      <w:r>
        <w:rPr/>
        <w:t xml:space="preserve"> — But for this very reason </w:t>
      </w:r>
      <w:r>
        <w:rPr>
          <w:shd w:val="clear" w:fill="B7DDE8"/>
        </w:rPr>
        <w:t>I was shown mercy</w:t>
      </w:r>
      <w:r>
        <w:rPr>
          <w:b w:val="false"/>
          <w:i w:val="false"/>
          <w:color w:val="000000"/>
          <w:u w:val="none"/>
        </w:rPr>
        <w:t xml:space="preserve"> [2CKM]</w:t>
      </w:r>
      <w:r>
        <w:rPr/>
        <w:t xml:space="preserve">, so that in me, </w:t>
      </w:r>
      <w:r>
        <w:rPr>
          <w:shd w:val="clear" w:fill="B7DDE8"/>
        </w:rPr>
        <w:t>the worst of sinners</w:t>
      </w:r>
      <w:r>
        <w:rPr>
          <w:b w:val="false"/>
          <w:i w:val="false"/>
          <w:u w:val="none"/>
          <w:color w:val="000000"/>
        </w:rPr>
        <w:t xml:space="preserve"> [2BPO]</w:t>
      </w:r>
      <w:r>
        <w:rPr/>
        <w:t xml:space="preserve">, </w:t>
      </w:r>
      <w:r>
        <w:rPr>
          <w:shd w:val="clear" w:fill="B7DDE8"/>
        </w:rPr>
        <w:t>Christ Jesus might display His perfect patience</w:t>
      </w:r>
      <w:r>
        <w:rPr>
          <w:b w:val="false"/>
          <w:i w:val="false"/>
          <w:color w:val="000000"/>
          <w:u w:val="none"/>
        </w:rPr>
        <w:t xml:space="preserve"> [1CKN]</w:t>
      </w:r>
      <w:r>
        <w:rPr/>
        <w:t xml:space="preserve"> </w:t>
      </w:r>
      <w:r>
        <w:rPr>
          <w:shd w:val="clear" w:fill="B7DDE8"/>
        </w:rPr>
        <w:t>as an example to those who would believe in Him for eternal life</w:t>
      </w:r>
      <w:r>
        <w:rPr>
          <w:b w:val="false"/>
          <w:i w:val="false"/>
          <w:u w:val="none"/>
          <w:color w:val="000000"/>
        </w:rPr>
        <w:t xml:space="preserve"> [1CKO]</w:t>
      </w:r>
      <w:r>
        <w:rPr/>
        <w:t>.</w:t>
      </w:r>
    </w:p>
    <w:p>
      <w:pPr>
        <w:pStyle w:val="Yellow"/>
        <w:rPr/>
      </w:pPr>
      <w:r>
        <w:rPr>
          <w:b/>
        </w:rPr>
        <w:t>1 Timothy 6:12</w:t>
      </w:r>
      <w:r>
        <w:rPr/>
        <w:t xml:space="preserve"> — </w:t>
      </w:r>
      <w:r>
        <w:rPr>
          <w:shd w:val="clear" w:fill="B7DDE8"/>
        </w:rPr>
        <w:t>Take hold of the eternal life to which you were called</w:t>
      </w:r>
      <w:r>
        <w:rPr>
          <w:b w:val="false"/>
          <w:i w:val="false"/>
          <w:color w:val="000000"/>
          <w:u w:val="none"/>
        </w:rPr>
        <w:t xml:space="preserve"> [1CKI]</w:t>
      </w:r>
      <w:r>
        <w:rPr/>
        <w:t xml:space="preserve"> when </w:t>
      </w:r>
      <w:r>
        <w:rPr>
          <w:shd w:val="clear" w:fill="B7DDE8"/>
        </w:rPr>
        <w:t>you made the good confession before many witnesses</w:t>
      </w:r>
      <w:r>
        <w:rPr>
          <w:b w:val="false"/>
          <w:i w:val="false"/>
          <w:color w:val="000000"/>
          <w:u w:val="none"/>
        </w:rPr>
        <w:t xml:space="preserve"> [1CKJ]</w:t>
      </w:r>
      <w:r>
        <w:rPr/>
        <w:t>.</w:t>
      </w:r>
    </w:p>
    <w:p>
      <w:pPr>
        <w:pStyle w:val="Yellow"/>
        <w:rPr/>
      </w:pPr>
      <w:r>
        <w:rPr/>
        <w:t xml:space="preserve">(Tt3:4–6 “God”² “saved us”¹) </w:t>
      </w:r>
      <w:r>
        <w:rPr>
          <w:b/>
        </w:rPr>
        <w:t>Titus 3:7-8</w:t>
      </w:r>
      <w:r>
        <w:rPr/>
        <w:t xml:space="preserve"> — {so that}, </w:t>
      </w:r>
      <w:r>
        <w:rPr>
          <w:shd w:val="clear" w:fill="B7DDE8"/>
        </w:rPr>
        <w:t>having been justified by {His} grace</w:t>
      </w:r>
      <w:r>
        <w:rPr>
          <w:b w:val="false"/>
          <w:i w:val="false"/>
          <w:color w:val="000000"/>
          <w:u w:val="none"/>
        </w:rPr>
        <w:t xml:space="preserve"> [2CBV]</w:t>
      </w:r>
      <w:r>
        <w:rPr/>
        <w:t xml:space="preserve">, </w:t>
      </w:r>
      <w:r>
        <w:rPr>
          <w:shd w:val="clear" w:fill="B7DDE8"/>
        </w:rPr>
        <w:t>we would become heirs with the hope of eternal life</w:t>
      </w:r>
      <w:r>
        <w:rPr>
          <w:b w:val="false"/>
          <w:i w:val="false"/>
          <w:color w:val="000000"/>
          <w:u w:val="none"/>
        </w:rPr>
        <w:t xml:space="preserve"> [1CKK]</w:t>
      </w:r>
      <w:r>
        <w:rPr/>
        <w:t xml:space="preserve">. </w:t>
      </w:r>
      <w:r>
        <w:rPr>
          <w:shd w:val="clear" w:fill="B7DDE8"/>
        </w:rPr>
        <w:t>This saying is trustworthy</w:t>
      </w:r>
      <w:r>
        <w:rPr>
          <w:b w:val="false"/>
          <w:i w:val="false"/>
          <w:color w:val="000000"/>
          <w:u w:val="none"/>
        </w:rPr>
        <w:t xml:space="preserve"> [1CKL]</w:t>
      </w:r>
      <w:r>
        <w:rPr/>
        <w:t>.</w:t>
      </w:r>
    </w:p>
    <w:p>
      <w:pPr>
        <w:pStyle w:val="Yellow"/>
        <w:rPr/>
        <w:pBdr>
          <w:left w:val="single" w:sz="28" w:space="5" w:color="C00000"/>
        </w:pBdr>
      </w:pPr>
      <w:r>
        <w:rPr>
          <w:b/>
          <w:shd w:val="clear" w:color="auto" w:fill="548235"/>
          <w:color w:val="FFFFFF"/>
        </w:rPr>
        <w:t>1 John 2:25</w:t>
      </w:r>
      <w:r>
        <w:rPr>
          <w:shd w:val="clear" w:color="auto" w:fill="548235"/>
          <w:color w:val="FFFFFF"/>
        </w:rPr>
        <w:t xml:space="preserve"> — And </w:t>
      </w:r>
      <w:r>
        <w:rPr>
          <w:shd w:fill="548235" w:val="clear" w:color="auto"/>
          <w:color w:val="FFFFFF"/>
        </w:rPr>
        <w:t xml:space="preserve">this is the </w:t>
      </w:r>
      <w:r>
        <w:rPr>
          <w:shd w:fill="548235" w:val="clear" w:color="auto"/>
          <w:color w:val="FFFFFF"/>
        </w:rPr>
        <w:t>promise</w:t>
      </w:r>
      <w:r>
        <w:rPr>
          <w:shd w:fill="548235" w:val="clear" w:color="auto"/>
          <w:color w:val="FFFFFF"/>
        </w:rPr>
        <w:t xml:space="preserve"> that He Himself made to us: </w:t>
      </w:r>
      <w:r>
        <w:rPr>
          <w:shd w:fill="548235" w:val="clear" w:color="auto"/>
          <w:color w:val="FFFFFF"/>
        </w:rPr>
        <w:t>eternal</w:t>
      </w:r>
      <w:r>
        <w:rPr>
          <w:shd w:fill="548235" w:val="clear" w:color="auto"/>
          <w:color w:val="FFFFFF"/>
        </w:rPr>
        <w:t xml:space="preserve"> </w:t>
      </w:r>
      <w:r>
        <w:rPr>
          <w:shd w:fill="548235" w:val="clear" w:color="auto"/>
          <w:color w:val="FFFFFF"/>
        </w:rPr>
        <w:t>life</w:t>
      </w:r>
      <w:r>
        <w:rPr>
          <w:b w:val="false"/>
          <w:i w:val="false"/>
          <w:color w:val="FFFFFF"/>
          <w:u w:val="none"/>
          <w:shd w:val="clear" w:color="auto" w:fill="548235"/>
        </w:rPr>
        <w:t xml:space="preserve"> [1ACN]</w:t>
      </w:r>
      <w:r>
        <w:rPr>
          <w:shd w:val="clear" w:color="auto" w:fill="548235"/>
          <w:color w:val="FFFFFF"/>
        </w:rPr>
        <w:t>.</w:t>
      </w:r>
    </w:p>
    <w:p>
      <w:pPr>
        <w:pStyle w:val="Yellow"/>
        <w:rPr/>
      </w:pPr>
      <w:r>
        <w:rPr>
          <w:b/>
          <w:u w:val="none"/>
        </w:rPr>
        <w:t>1 John 5:11</w:t>
      </w:r>
      <w:r>
        <w:rPr>
          <w:u w:val="none"/>
        </w:rPr>
        <w:t xml:space="preserve"> — And this is that testimony: </w:t>
      </w:r>
      <w:r>
        <w:rPr>
          <w:u w:val="none"/>
          <w:shd w:val="clear" w:fill="B7DDE8"/>
        </w:rPr>
        <w:t>God has given us eternal life</w:t>
      </w:r>
      <w:r>
        <w:rPr>
          <w:b w:val="false"/>
          <w:i w:val="false"/>
          <w:color w:val="000000"/>
          <w:u w:val="none"/>
        </w:rPr>
        <w:t xml:space="preserve"> [1CLA]</w:t>
      </w:r>
      <w:r>
        <w:rPr>
          <w:u w:val="none"/>
        </w:rPr>
        <w:t xml:space="preserve">, and </w:t>
      </w:r>
      <w:r>
        <w:rPr>
          <w:u w:val="none"/>
          <w:shd w:val="clear" w:fill="B7DDE8"/>
        </w:rPr>
        <w:t>this life is in His Son</w:t>
      </w:r>
      <w:r>
        <w:rPr>
          <w:b w:val="false"/>
          <w:i w:val="false"/>
          <w:color w:val="000000"/>
          <w:u w:val="none"/>
        </w:rPr>
        <w:t xml:space="preserve"> [1CLB]</w:t>
      </w:r>
      <w:r>
        <w:rPr>
          <w:u w:val="none"/>
        </w:rPr>
        <w:t>.</w:t>
      </w:r>
    </w:p>
    <w:p>
      <w:pPr>
        <w:pStyle w:val="Yellow"/>
        <w:rPr/>
      </w:pPr>
      <w:r>
        <w:rPr>
          <w:b/>
          <w:u w:val="none"/>
        </w:rPr>
        <w:t>1 John 5:12</w:t>
      </w:r>
      <w:r>
        <w:rPr>
          <w:u w:val="none"/>
        </w:rPr>
        <w:t xml:space="preserve"> — </w:t>
      </w:r>
      <w:r>
        <w:rPr>
          <w:u w:val="none"/>
          <w:shd w:fill="B7DDE8" w:val="clear"/>
        </w:rPr>
        <w:t>Whoever has the Son has life</w:t>
      </w:r>
      <w:r>
        <w:rPr>
          <w:b w:val="false"/>
          <w:i w:val="false"/>
          <w:color w:val="000000"/>
          <w:u w:val="none"/>
        </w:rPr>
        <w:t xml:space="preserve"> [1ATM]</w:t>
      </w:r>
      <w:r>
        <w:rPr>
          <w:u w:val="none"/>
        </w:rPr>
        <w:t xml:space="preserve">; </w:t>
      </w:r>
      <w:r>
        <w:rPr>
          <w:u w:val="none"/>
          <w:shd w:fill="B7DDE8" w:val="clear"/>
        </w:rPr>
        <w:t>whoever does not have the Son of God does not have life</w:t>
      </w:r>
      <w:r>
        <w:rPr>
          <w:b w:val="false"/>
          <w:i w:val="false"/>
          <w:color w:val="000000"/>
          <w:u w:val="none"/>
        </w:rPr>
        <w:t xml:space="preserve"> [1ATN]</w:t>
      </w:r>
      <w:r>
        <w:rPr>
          <w:u w:val="none"/>
        </w:rPr>
        <w:t>.</w:t>
      </w:r>
    </w:p>
    <w:p>
      <w:pPr>
        <w:pStyle w:val="Yellow"/>
        <w:rPr/>
      </w:pPr>
      <w:r>
        <w:rPr>
          <w:b/>
          <w:u w:val="none"/>
        </w:rPr>
        <w:t xml:space="preserve">Revelation 1:17–18</w:t>
      </w:r>
      <w:r>
        <w:rPr>
          <w:u w:val="none"/>
        </w:rPr>
        <w:t xml:space="preserve"> — “</w:t>
      </w:r>
      <w:r>
        <w:rPr>
          <w:u w:val="none"/>
          <w:shd w:fill="B7DDE8" w:val="clear"/>
        </w:rPr>
        <w:t xml:space="preserve">I am the First and the Last</w:t>
      </w:r>
      <w:r>
        <w:rPr>
          <w:b w:val="false"/>
          <w:i w:val="false"/>
          <w:color w:val="000000"/>
          <w:u w:val="none"/>
        </w:rPr>
        <w:t xml:space="preserve"> [4FP]</w:t>
      </w:r>
      <w:r>
        <w:rPr>
          <w:u w:val="none"/>
        </w:rPr>
        <w:t xml:space="preserve">, </w:t>
      </w:r>
      <w:r>
        <w:rPr>
          <w:u w:val="none"/>
          <w:shd w:fill="B7DDE8" w:val="clear"/>
        </w:rPr>
        <w:t xml:space="preserve">the Living One</w:t>
      </w:r>
      <w:r>
        <w:rPr>
          <w:b w:val="false"/>
          <w:i w:val="false"/>
          <w:color w:val="000000"/>
          <w:u w:val="none"/>
        </w:rPr>
        <w:t xml:space="preserve"> [1IRJ]</w:t>
      </w:r>
      <w:r>
        <w:rPr>
          <w:u w:val="none"/>
        </w:rPr>
        <w:t xml:space="preserve">. </w:t>
      </w:r>
      <w:r>
        <w:rPr>
          <w:u w:val="none"/>
          <w:shd w:fill="B7DDE8" w:val="clear"/>
        </w:rPr>
        <w:t xml:space="preserve">I was dead</w:t>
      </w:r>
      <w:r>
        <w:rPr>
          <w:b w:val="false"/>
          <w:i w:val="false"/>
          <w:color w:val="000000"/>
          <w:u w:val="none"/>
        </w:rPr>
        <w:t xml:space="preserve"> [1IRK]</w:t>
      </w:r>
      <w:r>
        <w:rPr>
          <w:u w:val="none"/>
        </w:rPr>
        <w:t xml:space="preserve">, and behold, </w:t>
      </w:r>
      <w:r>
        <w:rPr>
          <w:u w:val="none"/>
          <w:shd w:fill="B7DDE8" w:val="clear"/>
        </w:rPr>
        <w:t xml:space="preserve">now I am alive forever and ever</w:t>
      </w:r>
      <w:r>
        <w:rPr>
          <w:b w:val="false"/>
          <w:i w:val="false"/>
          <w:color w:val="000000"/>
          <w:u w:val="none"/>
        </w:rPr>
        <w:t xml:space="preserve"> [1IRL]</w:t>
      </w:r>
      <w:r>
        <w:rPr>
          <w:u w:val="none"/>
        </w:rPr>
        <w:t xml:space="preserve">! And </w:t>
      </w:r>
      <w:r>
        <w:rPr>
          <w:u w:val="none"/>
          <w:shd w:fill="B7DDE8" w:val="clear"/>
        </w:rPr>
        <w:t xml:space="preserve">I hold the keys of Death and of Hades</w:t>
      </w:r>
      <w:r>
        <w:rPr>
          <w:b w:val="false"/>
          <w:i w:val="false"/>
          <w:color w:val="000000"/>
          <w:u w:val="none"/>
        </w:rPr>
        <w:t xml:space="preserve"> [1IRM]</w:t>
      </w:r>
      <w:r>
        <w:rPr>
          <w:u w:val="none"/>
        </w:rPr>
        <w:t xml:space="preserve">.</w:t>
      </w:r>
    </w:p>
    <w:p>
      <w:pPr>
        <w:pStyle w:val="Yellow"/>
        <w:rPr/>
      </w:pPr>
      <w:r>
        <w:rPr>
          <w:b/>
          <w:shd w:val="clear" w:color="auto" w:fill="548235"/>
          <w:color w:val="FFFFFF"/>
        </w:rPr>
        <w:t>Revelation 2:7</w:t>
      </w:r>
      <w:r>
        <w:rPr>
          <w:shd w:val="clear" w:color="auto" w:fill="548235"/>
          <w:color w:val="FFFFFF"/>
        </w:rPr>
        <w:t xml:space="preserve"> — </w:t>
      </w:r>
      <w:r>
        <w:rPr>
          <w:shd w:val="clear" w:fill="548235" w:color="auto"/>
          <w:color w:val="FFFFFF"/>
        </w:rPr>
        <w:t>To the one who overcomes, I will grant the right to eat from the tree of life in the Paradise of God</w:t>
      </w:r>
      <w:r>
        <w:rPr>
          <w:b w:val="false"/>
          <w:i w:val="false"/>
          <w:color w:val="FFFFFF"/>
          <w:u w:val="none"/>
          <w:shd w:val="clear" w:color="auto" w:fill="548235"/>
        </w:rPr>
        <w:t xml:space="preserve"> [1FNM]</w:t>
      </w:r>
      <w:r>
        <w:rPr>
          <w:shd w:val="clear" w:color="auto" w:fill="548235"/>
          <w:color w:val="FFFFFF"/>
        </w:rPr>
        <w:t>.</w:t>
      </w:r>
    </w:p>
    <w:p>
      <w:pPr>
        <w:pStyle w:val="Yellow"/>
        <w:rPr/>
      </w:pPr>
      <w:r>
        <w:rPr>
          <w:b/>
        </w:rPr>
        <w:t xml:space="preserve">Revelation 13:8</w:t>
      </w:r>
      <w:r>
        <w:rPr/>
        <w:t xml:space="preserve"> — And </w:t>
      </w:r>
      <w:r>
        <w:rPr>
          <w:shd w:fill="B7DDE8" w:val="clear"/>
        </w:rPr>
        <w:t xml:space="preserve">all who dwell on the earth will worship the beast—all whose names have not been written from the foundation of the world in the Book of Life</w:t>
      </w:r>
      <w:r>
        <w:rPr>
          <w:b w:val="false"/>
          <w:i w:val="false"/>
          <w:color w:val="000000"/>
          <w:u w:val="none"/>
        </w:rPr>
        <w:t xml:space="preserve"> [1KQN]</w:t>
      </w:r>
      <w:r>
        <w:rPr/>
        <w:t xml:space="preserve"> belonging to </w:t>
      </w:r>
      <w:r>
        <w:rPr>
          <w:shd w:fill="B7DDE8" w:val="clear"/>
        </w:rPr>
        <w:t xml:space="preserve">the Lamb who was slain</w:t>
      </w:r>
      <w:r>
        <w:rPr>
          <w:b w:val="false"/>
          <w:i w:val="false"/>
          <w:color w:val="000000"/>
          <w:u w:val="none"/>
        </w:rPr>
        <w:t xml:space="preserve"> [1KQO]</w:t>
      </w:r>
      <w:r>
        <w:rPr/>
        <w:t xml:space="preserve">.</w:t>
      </w:r>
    </w:p>
    <w:p>
      <w:pPr>
        <w:pStyle w:val="Yellow"/>
        <w:rPr/>
      </w:pPr>
      <w:r>
        <w:rPr>
          <w:u w:val="none"/>
        </w:rPr>
        <w:t xml:space="preserve">(Re21:5 “I make all things new”) </w:t>
      </w:r>
      <w:r>
        <w:rPr>
          <w:b/>
          <w:u w:val="none"/>
        </w:rPr>
        <w:t>Revelation 21:6</w:t>
      </w:r>
      <w:r>
        <w:rPr>
          <w:u w:val="none"/>
        </w:rPr>
        <w:t xml:space="preserve"> — And He told me, “</w:t>
      </w:r>
      <w:r>
        <w:rPr>
          <w:u w:val="none"/>
          <w:shd w:val="clear" w:fill="B7DDE8"/>
        </w:rPr>
        <w:t>{It} is done</w:t>
      </w:r>
      <w:r>
        <w:rPr>
          <w:b w:val="false"/>
          <w:i w:val="false"/>
          <w:color w:val="000000"/>
          <w:u w:val="none"/>
        </w:rPr>
        <w:t xml:space="preserve"> [1ECL]</w:t>
      </w:r>
      <w:r>
        <w:rPr>
          <w:u w:val="none"/>
        </w:rPr>
        <w:t xml:space="preserve">! </w:t>
      </w:r>
      <w:r>
        <w:rPr>
          <w:u w:val="none"/>
          <w:shd w:val="clear" w:fill="B7DDE8"/>
        </w:rPr>
        <w:t>I am the Alpha and the Omega, the Beginning and the End</w:t>
      </w:r>
      <w:r>
        <w:rPr>
          <w:b w:val="false"/>
          <w:i w:val="false"/>
          <w:color w:val="000000"/>
          <w:u w:val="none"/>
        </w:rPr>
        <w:t xml:space="preserve"> [1ECM]</w:t>
      </w:r>
      <w:r>
        <w:rPr>
          <w:u w:val="none"/>
        </w:rPr>
        <w:t xml:space="preserve">. </w:t>
      </w:r>
      <w:r>
        <w:rPr>
          <w:u w:val="none"/>
          <w:shd w:val="clear" w:fill="B7DDE8"/>
        </w:rPr>
        <w:t>To the thirsty I will give freely from the spring of the water of life</w:t>
      </w:r>
      <w:r>
        <w:rPr>
          <w:b w:val="false"/>
          <w:i w:val="false"/>
          <w:color w:val="000000"/>
          <w:u w:val="none"/>
        </w:rPr>
        <w:t xml:space="preserve"> [1ECN]</w:t>
      </w:r>
      <w:r>
        <w:rPr>
          <w:u w:val="none"/>
        </w:rPr>
        <w:t>.</w:t>
      </w:r>
    </w:p>
    <w:p>
      <w:pPr>
        <w:pStyle w:val="Yellow"/>
        <w:rPr/>
      </w:pPr>
      <w:r>
        <w:rPr>
          <w:b/>
        </w:rPr>
        <w:t>Revelation 22:14</w:t>
      </w:r>
      <w:r>
        <w:rPr/>
        <w:t xml:space="preserve"> — </w:t>
      </w:r>
      <w:r>
        <w:rPr>
          <w:shd w:val="clear" w:fill="B7DDE8"/>
        </w:rPr>
        <w:t>Blessed are those who wash their robes</w:t>
      </w:r>
      <w:r>
        <w:rPr>
          <w:b w:val="false"/>
          <w:i w:val="false"/>
          <w:color w:val="000000"/>
          <w:u w:val="none"/>
        </w:rPr>
        <w:t xml:space="preserve"> [1EIW]</w:t>
      </w:r>
      <w:r>
        <w:rPr/>
        <w:t xml:space="preserve">, so that </w:t>
      </w:r>
      <w:r>
        <w:rPr>
          <w:shd w:val="clear" w:fill="B7DDE8"/>
        </w:rPr>
        <w:t>they may have the right to the tree of life</w:t>
      </w:r>
      <w:r>
        <w:rPr>
          <w:b w:val="false"/>
          <w:i w:val="false"/>
          <w:color w:val="000000"/>
          <w:u w:val="none"/>
        </w:rPr>
        <w:t xml:space="preserve"> [1EIX]</w:t>
      </w:r>
      <w:r>
        <w:rPr/>
        <w:t xml:space="preserve"> and </w:t>
      </w:r>
      <w:r>
        <w:rPr>
          <w:shd w:val="clear" w:fill="B7DDE8"/>
        </w:rPr>
        <w:t>may enter the city by its gates</w:t>
      </w:r>
      <w:r>
        <w:rPr>
          <w:b w:val="false"/>
          <w:i w:val="false"/>
          <w:color w:val="000000"/>
          <w:u w:val="none"/>
        </w:rPr>
        <w:t xml:space="preserve"> [1EIY]</w:t>
      </w:r>
      <w:r>
        <w:rPr/>
        <w:t>.</w:t>
      </w:r>
    </w:p>
    <w:p>
      <w:pPr>
        <w:pStyle w:val="Yellow"/>
        <w:rPr/>
        <w:pBdr>
          <w:left w:val="single" w:sz="28" w:space="5" w:color="C00000"/>
        </w:pBdr>
      </w:pPr>
      <w:r>
        <w:rPr>
          <w:b/>
          <w:u w:val="none"/>
          <w:shd w:val="clear" w:color="auto" w:fill="548235"/>
          <w:color w:val="FFFFFF"/>
        </w:rPr>
        <w:t>Revelation 22:17</w:t>
      </w:r>
      <w:r>
        <w:rPr>
          <w:u w:val="none"/>
          <w:shd w:val="clear" w:color="auto" w:fill="548235"/>
          <w:color w:val="FFFFFF"/>
        </w:rPr>
        <w:t xml:space="preserve"> — And </w:t>
      </w:r>
      <w:r>
        <w:rPr>
          <w:u w:val="none"/>
          <w:shd w:val="clear" w:fill="548235" w:color="auto"/>
          <w:color w:val="FFFFFF"/>
        </w:rPr>
        <w:t>let the one who is thirsty come</w:t>
      </w:r>
      <w:r>
        <w:rPr>
          <w:b w:val="false"/>
          <w:i w:val="false"/>
          <w:color w:val="FFFFFF"/>
          <w:u w:val="none"/>
          <w:shd w:val="clear" w:color="auto" w:fill="548235"/>
        </w:rPr>
        <w:t xml:space="preserve"> [1ECJ]</w:t>
      </w:r>
      <w:r>
        <w:rPr>
          <w:u w:val="none"/>
          <w:shd w:val="clear" w:color="auto" w:fill="548235"/>
          <w:color w:val="FFFFFF"/>
        </w:rPr>
        <w:t xml:space="preserve">, and </w:t>
      </w:r>
      <w:r>
        <w:rPr>
          <w:u w:val="none"/>
          <w:shd w:val="clear" w:fill="548235" w:color="auto"/>
          <w:color w:val="FFFFFF"/>
        </w:rPr>
        <w:t>the one who desires the water of life drink freely</w:t>
      </w:r>
      <w:r>
        <w:rPr>
          <w:b w:val="false"/>
          <w:i w:val="false"/>
          <w:color w:val="FFFFFF"/>
          <w:u w:val="none"/>
          <w:shd w:val="clear" w:color="auto" w:fill="548235"/>
        </w:rPr>
        <w:t xml:space="preserve"> [1ECK]</w:t>
      </w:r>
      <w:r>
        <w:rPr>
          <w:u w:val="none"/>
          <w:shd w:val="clear" w:color="auto" w:fill="548235"/>
          <w:color w:val="FFFFFF"/>
        </w:rPr>
        <w:t>.</w:t>
      </w:r>
    </w:p>
    <w:p>
      <w:pPr>
        <w:pStyle w:val="Yellow"/>
        <w:rPr/>
      </w:pPr>
      <w:r>
        <w:rPr/>
        <w:t xml:space="preserve">(Re1:11 John was told, “Write on a scroll what you see”) </w:t>
      </w:r>
      <w:r>
        <w:rPr>
          <w:b/>
        </w:rPr>
        <w:t xml:space="preserve">Revelation 22:18</w:t>
      </w:r>
      <w:r>
        <w:rPr/>
        <w:t xml:space="preserve"> — </w:t>
      </w:r>
      <w:r>
        <w:rPr>
          <w:shd w:fill="B7DDE8" w:val="clear"/>
        </w:rPr>
        <w:t xml:space="preserve">I testify to everyone who hears the words of prophecy in this book</w:t>
      </w:r>
      <w:r>
        <w:rPr>
          <w:b w:val="false"/>
          <w:i w:val="false"/>
          <w:color w:val="000000"/>
          <w:u w:val="none"/>
        </w:rPr>
        <w:t xml:space="preserve"> [1KQK]</w:t>
      </w:r>
      <w:r>
        <w:rPr/>
        <w:t xml:space="preserve">: </w:t>
      </w:r>
      <w:r>
        <w:rPr>
          <w:shd w:fill="B7DDE8" w:val="clear"/>
        </w:rPr>
        <w:t xml:space="preserve">If anyone adds to them, God will add to him the plagues described in this book</w:t>
      </w:r>
      <w:r>
        <w:rPr>
          <w:b w:val="false"/>
          <w:i w:val="false"/>
          <w:color w:val="000000"/>
          <w:u w:val="none"/>
        </w:rPr>
        <w:t xml:space="preserve"> [1KQL]</w:t>
      </w:r>
      <w:r>
        <w:rPr>
          <w:shd w:val="clear" w:color="auto" w:fill="548235"/>
          <w:color w:val="FFFFFF"/>
        </w:rPr>
        <w:t xml:space="preserve">. And </w:t>
      </w:r>
      <w:r>
        <w:rPr>
          <w:shd w:fill="548235" w:val="clear" w:color="auto"/>
          <w:color w:val="FFFFFF"/>
        </w:rPr>
        <w:t xml:space="preserve">if anyone takes away from the words of this book of prophecy, God will take away his share in the tree of life and the holy city, which are described in this book</w:t>
      </w:r>
      <w:r>
        <w:rPr>
          <w:b w:val="false"/>
          <w:i w:val="false"/>
          <w:color w:val="FFFFFF"/>
          <w:u w:val="none"/>
          <w:shd w:val="clear" w:color="auto" w:fill="548235"/>
        </w:rPr>
        <w:t xml:space="preserve"> [1KQM]</w:t>
      </w:r>
      <w:r>
        <w:rPr>
          <w:shd w:val="clear" w:color="auto" w:fill="548235"/>
          <w:color w:val="FFFFFF"/>
        </w:rPr>
        <w:t xml:space="preserve">.</w:t>
      </w:r>
    </w:p>
    <w:p>
      <w:r>
        <w:rPr>
          <w:b/>
          <w:sz w:val="32"/>
        </w:rPr>
        <w:t>Faith  (48)</w:t>
      </w:r>
    </w:p>
    <w:p>
      <w:pPr>
        <w:pStyle w:val="Yellow"/>
        <w:rPr/>
      </w:pPr>
      <w:r>
        <w:rPr>
          <w:b/>
          <w:highlight w:val="cyan"/>
        </w:rPr>
        <w:t xml:space="preserve">2 Samuel 24:14</w:t>
      </w:r>
      <w:r>
        <w:rPr>
          <w:highlight w:val="cyan"/>
        </w:rPr>
        <w:t xml:space="preserve"> — Please, </w:t>
      </w:r>
      <w:r>
        <w:rPr>
          <w:highlight w:val="cyan"/>
          <w:shd w:fill="548235" w:val="clear" w:color="auto"/>
          <w:color w:val="FFFFFF"/>
        </w:rPr>
        <w:t xml:space="preserve">let us fall into the hand of the LORD</w:t>
      </w:r>
      <w:r>
        <w:rPr>
          <w:b w:val="false"/>
          <w:i w:val="false"/>
          <w:color w:val="FFFFFF"/>
          <w:u w:val="none"/>
          <w:shd w:val="clear" w:color="auto" w:fill="548235"/>
        </w:rPr>
        <w:t xml:space="preserve"> [2LKZ]</w:t>
      </w:r>
      <w:r>
        <w:rPr>
          <w:highlight w:val="cyan"/>
        </w:rPr>
        <w:t xml:space="preserve">, for </w:t>
      </w:r>
      <w:r>
        <w:rPr>
          <w:highlight w:val="cyan"/>
          <w:shd w:fill="B7DDE8" w:val="clear"/>
        </w:rPr>
        <w:t xml:space="preserve">His mercies are great</w:t>
      </w:r>
      <w:r>
        <w:rPr>
          <w:b w:val="false"/>
          <w:i w:val="false"/>
          <w:color w:val="000000"/>
          <w:u w:val="none"/>
        </w:rPr>
        <w:t xml:space="preserve"> [3LLA]</w:t>
      </w:r>
    </w:p>
    <w:p>
      <w:pPr>
        <w:pStyle w:val="Yellow"/>
        <w:rPr/>
      </w:pPr>
      <w:r>
        <w:rPr>
          <w:b/>
          <w:highlight w:val="cyan"/>
          <w:color w:val="auto"/>
        </w:rPr>
        <w:t xml:space="preserve">1 Chronicles 21:13</w:t>
      </w:r>
      <w:r>
        <w:rPr>
          <w:highlight w:val="cyan"/>
          <w:color w:val="auto"/>
        </w:rPr>
        <w:t xml:space="preserve"> — Please, </w:t>
      </w:r>
      <w:r>
        <w:rPr>
          <w:highlight w:val="cyan"/>
          <w:color w:val="auto"/>
        </w:rPr>
        <w:t xml:space="preserve">let me fall into the hand of the LORD</w:t>
      </w:r>
      <w:r>
        <w:rPr>
          <w:b w:val="false"/>
          <w:i w:val="false"/>
          <w:u w:val="none"/>
          <w:color w:val="auto"/>
        </w:rPr>
        <w:t xml:space="preserve"> [2LKZ]</w:t>
      </w:r>
      <w:r>
        <w:rPr>
          <w:highlight w:val="cyan"/>
          <w:color w:val="auto"/>
        </w:rPr>
        <w:t xml:space="preserve">, for </w:t>
      </w:r>
      <w:r>
        <w:rPr>
          <w:highlight w:val="cyan"/>
          <w:color w:val="auto"/>
        </w:rPr>
        <w:t xml:space="preserve">His mercies are very great</w:t>
      </w:r>
      <w:r>
        <w:rPr>
          <w:b w:val="false"/>
          <w:i w:val="false"/>
          <w:u w:val="none"/>
          <w:color w:val="auto"/>
        </w:rPr>
        <w:t xml:space="preserve"> [3LLA]</w:t>
      </w:r>
    </w:p>
    <w:p>
      <w:pPr>
        <w:pStyle w:val="Yellow"/>
        <w:rPr/>
      </w:pPr>
      <w:r>
        <w:rPr/>
        <w:t xml:space="preserve">(2Ch16:8 Cushites and Libyans were a vast army) </w:t>
      </w:r>
      <w:r>
        <w:rPr>
          <w:b/>
        </w:rPr>
        <w:t>2 Chronicles 16:8</w:t>
      </w:r>
      <w:r>
        <w:rPr/>
        <w:t xml:space="preserve"> — {Yet} </w:t>
      </w:r>
      <w:r>
        <w:rPr>
          <w:shd w:val="clear" w:fill="F4B183" w:color="auto"/>
          <w:color w:val="000000"/>
        </w:rPr>
        <w:t>because you relied on the LORD</w:t>
      </w:r>
      <w:r>
        <w:rPr>
          <w:b w:val="false"/>
          <w:i w:val="false"/>
          <w:color w:val="000000"/>
          <w:u w:val="none"/>
          <w:shd w:val="clear" w:color="auto" w:fill="F4B183"/>
        </w:rPr>
        <w:t xml:space="preserve"> [1DPO]</w:t>
      </w:r>
      <w:r>
        <w:rPr/>
        <w:t xml:space="preserve">, </w:t>
      </w:r>
      <w:r>
        <w:rPr>
          <w:shd w:val="clear" w:fill="B7DDE8"/>
        </w:rPr>
        <w:t>He delivered {them} into your hand</w:t>
      </w:r>
      <w:r>
        <w:rPr>
          <w:b w:val="false"/>
          <w:i w:val="false"/>
          <w:color w:val="000000"/>
          <w:u w:val="none"/>
        </w:rPr>
        <w:t xml:space="preserve"> [2DPP]</w:t>
      </w:r>
      <w:r>
        <w:rPr/>
        <w:t>.</w:t>
      </w:r>
    </w:p>
    <w:p>
      <w:pPr>
        <w:pStyle w:val="Yellow"/>
        <w:rPr/>
      </w:pPr>
      <w:r>
        <w:rPr/>
        <w:t xml:space="preserve">(Ps22:3 Israel’s fathers) </w:t>
      </w:r>
      <w:r>
        <w:rPr>
          <w:b/>
        </w:rPr>
        <w:t>Psalm 22:4–5</w:t>
      </w:r>
      <w:r>
        <w:rPr/>
        <w:t xml:space="preserve"> — </w:t>
      </w:r>
      <w:r>
        <w:rPr>
          <w:shd w:val="clear" w:fill="B7DDE8"/>
        </w:rPr>
        <w:t>In You {our fathers} trusted</w:t>
      </w:r>
      <w:r>
        <w:rPr>
          <w:b w:val="false"/>
          <w:i w:val="false"/>
          <w:color w:val="000000"/>
          <w:u w:val="none"/>
        </w:rPr>
        <w:t xml:space="preserve"> [1DTH]</w:t>
      </w:r>
      <w:r>
        <w:rPr/>
        <w:t xml:space="preserve">; </w:t>
      </w:r>
      <w:r>
        <w:rPr>
          <w:shd w:val="clear" w:fill="B7DDE8"/>
        </w:rPr>
        <w:t>they trusted</w:t>
      </w:r>
      <w:r>
        <w:rPr>
          <w:b w:val="false"/>
          <w:i w:val="false"/>
          <w:color w:val="000000"/>
          <w:u w:val="none"/>
        </w:rPr>
        <w:t xml:space="preserve"> [1DTH]</w:t>
      </w:r>
      <w:r>
        <w:rPr/>
        <w:t xml:space="preserve"> and </w:t>
      </w:r>
      <w:r>
        <w:rPr>
          <w:shd w:val="clear" w:fill="B7DDE8"/>
        </w:rPr>
        <w:t>You delivered them</w:t>
      </w:r>
      <w:r>
        <w:rPr>
          <w:b w:val="false"/>
          <w:i w:val="false"/>
          <w:color w:val="000000"/>
          <w:u w:val="none"/>
        </w:rPr>
        <w:t xml:space="preserve"> [1DTI]</w:t>
      </w:r>
      <w:r>
        <w:rPr/>
        <w:t xml:space="preserve">. </w:t>
      </w:r>
      <w:r>
        <w:rPr>
          <w:shd w:val="clear" w:fill="B7DDE8"/>
        </w:rPr>
        <w:t>They cried out to You</w:t>
      </w:r>
      <w:r>
        <w:rPr>
          <w:b w:val="false"/>
          <w:i w:val="false"/>
          <w:color w:val="000000"/>
          <w:u w:val="none"/>
        </w:rPr>
        <w:t xml:space="preserve"> [1DTJ]</w:t>
      </w:r>
      <w:r>
        <w:rPr/>
        <w:t xml:space="preserve"> and </w:t>
      </w:r>
      <w:r>
        <w:rPr>
          <w:shd w:val="clear" w:fill="B7DDE8"/>
        </w:rPr>
        <w:t>were set free</w:t>
      </w:r>
      <w:r>
        <w:rPr>
          <w:b w:val="false"/>
          <w:i w:val="false"/>
          <w:color w:val="000000"/>
          <w:u w:val="none"/>
        </w:rPr>
        <w:t xml:space="preserve"> [2DTK]</w:t>
      </w:r>
      <w:r>
        <w:rPr/>
        <w:t xml:space="preserve">; </w:t>
      </w:r>
      <w:r>
        <w:rPr>
          <w:shd w:val="clear" w:fill="B7DDE8"/>
        </w:rPr>
        <w:t>they trusted in You</w:t>
      </w:r>
      <w:r>
        <w:rPr>
          <w:b w:val="false"/>
          <w:i w:val="false"/>
          <w:color w:val="000000"/>
          <w:u w:val="none"/>
        </w:rPr>
        <w:t xml:space="preserve"> [1DTH]</w:t>
      </w:r>
      <w:r>
        <w:rPr/>
        <w:t xml:space="preserve"> and </w:t>
      </w:r>
      <w:r>
        <w:rPr>
          <w:shd w:val="clear" w:fill="B7DDE8"/>
        </w:rPr>
        <w:t>were not disappointed</w:t>
      </w:r>
      <w:r>
        <w:rPr>
          <w:b w:val="false"/>
          <w:i w:val="false"/>
          <w:color w:val="000000"/>
          <w:u w:val="none"/>
        </w:rPr>
        <w:t xml:space="preserve"> [1DTL]</w:t>
      </w:r>
      <w:r>
        <w:rPr/>
        <w:t>.</w:t>
      </w:r>
    </w:p>
    <w:p>
      <w:pPr>
        <w:pStyle w:val="Yellow"/>
        <w:rPr/>
        <w:pBdr>
          <w:left w:val="single" w:sz="28" w:space="5" w:color="C00000"/>
        </w:pBdr>
      </w:pPr>
      <w:r>
        <w:rPr>
          <w:b/>
          <w:u w:val="none"/>
        </w:rPr>
        <w:t>Psalm 28:7</w:t>
      </w:r>
      <w:r>
        <w:rPr>
          <w:u w:val="none"/>
        </w:rPr>
        <w:t xml:space="preserve"> — </w:t>
      </w:r>
      <w:r>
        <w:rPr>
          <w:u w:val="none"/>
          <w:shd w:val="clear" w:color="auto" w:fill="D9C3E6"/>
        </w:rPr>
        <w:t>The LORD is my strength</w:t>
      </w:r>
      <w:r>
        <w:rPr>
          <w:b w:val="false"/>
          <w:i w:val="false"/>
          <w:color w:val="000000"/>
          <w:u w:val="none"/>
        </w:rPr>
        <w:t xml:space="preserve"> [7LI]</w:t>
      </w:r>
      <w:r>
        <w:rPr>
          <w:u w:val="none"/>
          <w:shd w:val="clear" w:color="auto" w:fill="D9C3E6"/>
        </w:rPr>
        <w:t xml:space="preserve"> and </w:t>
      </w:r>
      <w:r>
        <w:rPr>
          <w:u w:val="none"/>
          <w:shd w:val="clear" w:color="auto" w:fill="D9C3E6"/>
        </w:rPr>
        <w:t>my shield</w:t>
      </w:r>
      <w:r>
        <w:rPr>
          <w:b w:val="false"/>
          <w:i w:val="false"/>
          <w:color w:val="000000"/>
          <w:u w:val="none"/>
        </w:rPr>
        <w:t xml:space="preserve"> [7CUW]</w:t>
      </w:r>
      <w:r>
        <w:rPr>
          <w:u w:val="none"/>
          <w:shd w:val="clear" w:color="auto" w:fill="D9C3E6"/>
        </w:rPr>
        <w:t xml:space="preserve">; </w:t>
      </w:r>
      <w:r>
        <w:rPr>
          <w:u w:val="none"/>
          <w:shd w:val="clear" w:fill="548235" w:color="auto"/>
          <w:color w:val="FFFFFF"/>
        </w:rPr>
        <w:t>my heart trusts in Him</w:t>
      </w:r>
      <w:r>
        <w:rPr>
          <w:b w:val="false"/>
          <w:i w:val="false"/>
          <w:color w:val="FFFFFF"/>
          <w:u w:val="none"/>
          <w:shd w:val="clear" w:color="auto" w:fill="548235"/>
        </w:rPr>
        <w:t xml:space="preserve"> [1DWU]</w:t>
      </w:r>
      <w:r>
        <w:rPr>
          <w:u w:val="none"/>
          <w:shd w:fill="548235" w:val="clear" w:color="auto"/>
          <w:color w:val="FFFFFF"/>
        </w:rPr>
        <w:t xml:space="preserve">, and </w:t>
      </w:r>
      <w:r>
        <w:rPr>
          <w:u w:val="none"/>
          <w:shd w:val="clear" w:fill="548235" w:color="auto"/>
          <w:color w:val="FFFFFF"/>
        </w:rPr>
        <w:t>I am helped</w:t>
      </w:r>
      <w:r>
        <w:rPr>
          <w:b w:val="false"/>
          <w:i w:val="false"/>
          <w:color w:val="FFFFFF"/>
          <w:u w:val="none"/>
          <w:shd w:val="clear" w:color="auto" w:fill="548235"/>
        </w:rPr>
        <w:t xml:space="preserve"> [1DWV]</w:t>
      </w:r>
      <w:r>
        <w:rPr>
          <w:u w:val="none"/>
        </w:rPr>
        <w:t>.</w:t>
      </w:r>
    </w:p>
    <w:p>
      <w:pPr>
        <w:pStyle w:val="Yellow"/>
        <w:rPr/>
        <w:shd w:val="clear" w:color="auto" w:fill="E4DFEC"/>
        <w:pBdr>
          <w:left w:val="single" w:sz="28" w:space="5" w:color="B4A7D6"/>
        </w:pBdr>
      </w:pPr>
      <w:r>
        <w:rPr>
          <w:b/>
        </w:rPr>
        <w:t>Psalm 31:14</w:t>
      </w:r>
      <w:r>
        <w:rPr/>
        <w:t xml:space="preserve"> — But </w:t>
      </w:r>
      <w:r>
        <w:rPr>
          <w:shd w:val="clear" w:fill="F4B183" w:color="auto"/>
          <w:color w:val="000000"/>
        </w:rPr>
        <w:t>I trust in You, O LORD</w:t>
      </w:r>
      <w:r>
        <w:rPr>
          <w:b w:val="false"/>
          <w:i w:val="false"/>
          <w:color w:val="000000"/>
          <w:u w:val="none"/>
          <w:shd w:val="clear" w:color="auto" w:fill="F4B183"/>
        </w:rPr>
        <w:t xml:space="preserve"> [2CZJ]</w:t>
      </w:r>
      <w:r>
        <w:rPr/>
        <w:t>; I say, “</w:t>
      </w:r>
      <w:r>
        <w:rPr>
          <w:shd w:val="clear" w:fill="B7DDE8"/>
        </w:rPr>
        <w:t>You are my God</w:t>
      </w:r>
      <w:r>
        <w:rPr>
          <w:b w:val="false"/>
          <w:i w:val="false"/>
          <w:color w:val="000000"/>
          <w:u w:val="none"/>
        </w:rPr>
        <w:t xml:space="preserve"> [3BYU]</w:t>
      </w:r>
      <w:r>
        <w:rPr/>
        <w:t>.”</w:t>
      </w:r>
    </w:p>
    <w:p>
      <w:pPr>
        <w:pStyle w:val="Yellow"/>
        <w:rPr/>
      </w:pPr>
      <w:r>
        <w:rPr>
          <w:b/>
          <w:u w:val="none"/>
          <w:shd w:val="clear" w:color="auto" w:fill="F4B183"/>
          <w:color w:val="000000"/>
        </w:rPr>
        <w:t>Psalm 40:4</w:t>
      </w:r>
      <w:r>
        <w:rPr>
          <w:u w:val="none"/>
          <w:shd w:val="clear" w:color="auto" w:fill="F4B183"/>
          <w:color w:val="000000"/>
        </w:rPr>
        <w:t xml:space="preserve"> — </w:t>
      </w:r>
      <w:r>
        <w:rPr>
          <w:u w:val="none"/>
          <w:shd w:val="clear" w:fill="F4B183" w:color="auto"/>
          <w:color w:val="000000"/>
        </w:rPr>
        <w:t>Blessed is the man who has made the LORD his trust, who has not turned to the proud, nor to those who lapse into falsehood</w:t>
      </w:r>
      <w:r>
        <w:rPr>
          <w:b w:val="false"/>
          <w:i w:val="false"/>
          <w:color w:val="000000"/>
          <w:u w:val="none"/>
          <w:shd w:val="clear" w:color="auto" w:fill="F4B183"/>
        </w:rPr>
        <w:t xml:space="preserve"> [1CXZ]</w:t>
      </w:r>
      <w:r>
        <w:rPr>
          <w:u w:val="none"/>
          <w:shd w:val="clear" w:color="auto" w:fill="F4B183"/>
          <w:color w:val="000000"/>
        </w:rPr>
        <w:t>.</w:t>
      </w:r>
    </w:p>
    <w:p>
      <w:pPr>
        <w:pStyle w:val="Yellow"/>
        <w:rPr/>
      </w:pPr>
      <w:r>
        <w:rPr>
          <w:b/>
        </w:rPr>
        <w:t>Psalm 56:3–4</w:t>
      </w:r>
      <w:r>
        <w:rPr/>
        <w:t xml:space="preserve"> — </w:t>
      </w:r>
      <w:r>
        <w:rPr>
          <w:color w:val="000000"/>
        </w:rPr>
        <w:t>When I am afraid, I put my trust in You</w:t>
      </w:r>
      <w:r>
        <w:rPr>
          <w:b w:val="false"/>
          <w:i w:val="false"/>
          <w:color w:val="000000"/>
          <w:u w:val="none"/>
        </w:rPr>
        <w:t xml:space="preserve"> [1CZH]</w:t>
      </w:r>
      <w:r>
        <w:rPr/>
        <w:t xml:space="preserve">. In God, </w:t>
      </w:r>
      <w:r>
        <w:rPr>
          <w:color w:val="000000"/>
        </w:rPr>
        <w:t>whose word I praise</w:t>
      </w:r>
      <w:r>
        <w:rPr>
          <w:b w:val="false"/>
          <w:i w:val="false"/>
          <w:color w:val="000000"/>
          <w:u w:val="none"/>
        </w:rPr>
        <w:t xml:space="preserve"> [1CZI]</w:t>
      </w:r>
      <w:r>
        <w:rPr/>
        <w:t>—</w:t>
      </w:r>
      <w:r>
        <w:rPr>
          <w:color w:val="000000"/>
        </w:rPr>
        <w:t>in God I trust</w:t>
      </w:r>
      <w:r>
        <w:rPr>
          <w:b w:val="false"/>
          <w:i w:val="false"/>
          <w:color w:val="000000"/>
          <w:u w:val="none"/>
        </w:rPr>
        <w:t xml:space="preserve"> [2CZJ]</w:t>
      </w:r>
      <w:r>
        <w:rPr/>
        <w:t xml:space="preserve">. </w:t>
      </w:r>
      <w:r>
        <w:rPr/>
        <w:t>I will not be afraid</w:t>
      </w:r>
      <w:r>
        <w:rPr>
          <w:b w:val="false"/>
          <w:i w:val="false"/>
          <w:color w:val="000000"/>
          <w:u w:val="none"/>
        </w:rPr>
        <w:t xml:space="preserve"> [4CJE]</w:t>
      </w:r>
      <w:r>
        <w:rPr/>
        <w:t>.</w:t>
      </w:r>
    </w:p>
    <w:p>
      <w:pPr>
        <w:pStyle w:val="Yellow"/>
        <w:rPr/>
      </w:pPr>
      <w:r>
        <w:rPr>
          <w:b/>
          <w:u w:val="none"/>
          <w:shd w:val="clear" w:color="auto" w:fill="C00000"/>
          <w:color w:val="FFFFFF"/>
        </w:rPr>
        <w:t>Psalm 84:12</w:t>
      </w:r>
      <w:r>
        <w:rPr>
          <w:u w:val="none"/>
          <w:shd w:val="clear" w:color="auto" w:fill="C00000"/>
          <w:color w:val="FFFFFF"/>
        </w:rPr>
        <w:t xml:space="preserve"> — O LORD of Hosts, </w:t>
      </w:r>
      <w:r>
        <w:rPr>
          <w:u w:val="none"/>
          <w:shd w:val="clear" w:color="auto" w:fill="C00000"/>
          <w:color w:val="FFFFFF"/>
        </w:rPr>
        <w:t>how blessed is the man who trusts in You</w:t>
      </w:r>
      <w:r>
        <w:rPr>
          <w:b w:val="false"/>
          <w:i w:val="false"/>
          <w:u w:val="none"/>
          <w:shd w:val="clear" w:color="auto" w:fill="C00000"/>
          <w:color w:val="FFFFFF"/>
        </w:rPr>
        <w:t xml:space="preserve"> [3CXQ]</w:t>
      </w:r>
      <w:r>
        <w:rPr>
          <w:u w:val="none"/>
          <w:shd w:val="clear" w:color="auto" w:fill="C00000"/>
          <w:color w:val="FFFFFF"/>
        </w:rPr>
        <w:t>!</w:t>
      </w:r>
    </w:p>
    <w:p>
      <w:pPr>
        <w:pStyle w:val="Yellow"/>
        <w:rPr/>
      </w:pPr>
      <w:r>
        <w:rPr>
          <w:b/>
          <w:u w:val="none"/>
        </w:rPr>
        <w:t>Psalm 91:2</w:t>
      </w:r>
      <w:r>
        <w:rPr>
          <w:u w:val="none"/>
        </w:rPr>
        <w:t xml:space="preserve"> — I will say to the LORD, “</w:t>
      </w:r>
      <w:r>
        <w:rPr>
          <w:u w:val="none"/>
          <w:shd w:val="clear" w:fill="B7DDE8"/>
        </w:rPr>
        <w:t>You are my refuge</w:t>
      </w:r>
      <w:r>
        <w:rPr>
          <w:b w:val="false"/>
          <w:i w:val="false"/>
          <w:color w:val="000000"/>
          <w:u w:val="none"/>
        </w:rPr>
        <w:t xml:space="preserve"> [7DXY]</w:t>
      </w:r>
      <w:r>
        <w:rPr>
          <w:u w:val="none"/>
        </w:rPr>
        <w:t xml:space="preserve"> and </w:t>
      </w:r>
      <w:r>
        <w:rPr>
          <w:u w:val="none"/>
          <w:shd w:val="clear" w:fill="F4B183" w:color="auto"/>
          <w:color w:val="000000"/>
        </w:rPr>
        <w:t>my fortress</w:t>
      </w:r>
      <w:r>
        <w:rPr>
          <w:b w:val="false"/>
          <w:i w:val="false"/>
          <w:color w:val="000000"/>
          <w:u w:val="none"/>
          <w:shd w:val="clear" w:color="auto" w:fill="F4B183"/>
        </w:rPr>
        <w:t xml:space="preserve"> [12GJ]</w:t>
      </w:r>
      <w:r>
        <w:rPr>
          <w:u w:val="none"/>
        </w:rPr>
        <w:t xml:space="preserve">, </w:t>
      </w:r>
      <w:r>
        <w:rPr>
          <w:u w:val="none"/>
          <w:shd w:val="clear" w:fill="F4B183" w:color="auto"/>
          <w:color w:val="000000"/>
        </w:rPr>
        <w:t>my God, in whom I trust</w:t>
      </w:r>
      <w:r>
        <w:rPr>
          <w:b w:val="false"/>
          <w:i w:val="false"/>
          <w:color w:val="000000"/>
          <w:u w:val="none"/>
          <w:shd w:val="clear" w:color="auto" w:fill="F4B183"/>
        </w:rPr>
        <w:t xml:space="preserve"> [1DXZ]</w:t>
      </w:r>
      <w:r>
        <w:rPr>
          <w:u w:val="none"/>
        </w:rPr>
        <w:t>.”</w:t>
      </w:r>
    </w:p>
    <w:p>
      <w:pPr>
        <w:pStyle w:val="Yellow"/>
        <w:rPr/>
      </w:pPr>
      <w:r>
        <w:rPr>
          <w:b/>
          <w:u w:val="none"/>
        </w:rPr>
        <w:t>Psalm 115:9–11</w:t>
      </w:r>
      <w:r>
        <w:rPr>
          <w:u w:val="none"/>
        </w:rPr>
        <w:t xml:space="preserve"> — </w:t>
      </w:r>
      <w:r>
        <w:rPr>
          <w:u w:val="none"/>
          <w:shd w:val="clear" w:fill="B7DDE8"/>
        </w:rPr>
        <w:t>O Israel, trust in the LORD</w:t>
      </w:r>
      <w:r>
        <w:rPr>
          <w:b w:val="false"/>
          <w:i w:val="false"/>
          <w:color w:val="000000"/>
          <w:u w:val="none"/>
        </w:rPr>
        <w:t xml:space="preserve"> [1DXB]</w:t>
      </w:r>
      <w:r>
        <w:rPr>
          <w:u w:val="none"/>
        </w:rPr>
        <w:t xml:space="preserve">! </w:t>
      </w:r>
      <w:r>
        <w:rPr>
          <w:u w:val="none"/>
          <w:shd w:val="clear" w:fill="B7DDE8"/>
        </w:rPr>
        <w:t>He is their help and shield</w:t>
      </w:r>
      <w:r>
        <w:rPr>
          <w:b w:val="false"/>
          <w:i w:val="false"/>
          <w:u w:val="none"/>
          <w:color w:val="000000"/>
        </w:rPr>
        <w:t xml:space="preserve"> [1DXC]</w:t>
      </w:r>
      <w:r>
        <w:rPr>
          <w:u w:val="none"/>
        </w:rPr>
        <w:t xml:space="preserve">. </w:t>
      </w:r>
      <w:r>
        <w:rPr>
          <w:u w:val="none"/>
          <w:shd w:val="clear" w:fill="B7DDE8"/>
        </w:rPr>
        <w:t>O house of Aaron, trust in the LORD</w:t>
      </w:r>
      <w:r>
        <w:rPr>
          <w:b w:val="false"/>
          <w:i w:val="false"/>
          <w:color w:val="000000"/>
          <w:u w:val="none"/>
        </w:rPr>
        <w:t xml:space="preserve"> [1DXD]</w:t>
      </w:r>
      <w:r>
        <w:rPr>
          <w:u w:val="none"/>
        </w:rPr>
        <w:t xml:space="preserve">! </w:t>
      </w:r>
      <w:r>
        <w:rPr>
          <w:u w:val="none"/>
          <w:shd w:val="clear" w:fill="B7DDE8"/>
        </w:rPr>
        <w:t>He is their help and shield</w:t>
      </w:r>
      <w:r>
        <w:rPr>
          <w:b w:val="false"/>
          <w:i w:val="false"/>
          <w:u w:val="none"/>
          <w:color w:val="000000"/>
        </w:rPr>
        <w:t xml:space="preserve"> [1DXC]</w:t>
      </w:r>
      <w:r>
        <w:rPr>
          <w:u w:val="none"/>
        </w:rPr>
        <w:t xml:space="preserve">. </w:t>
      </w:r>
      <w:r>
        <w:rPr>
          <w:u w:val="none"/>
          <w:shd w:val="clear" w:fill="B7DDE8"/>
        </w:rPr>
        <w:t>You who fear the LORD, trust in the LORD</w:t>
      </w:r>
      <w:r>
        <w:rPr>
          <w:b w:val="false"/>
          <w:i w:val="false"/>
          <w:color w:val="000000"/>
          <w:u w:val="none"/>
        </w:rPr>
        <w:t xml:space="preserve"> [1DXE]</w:t>
      </w:r>
      <w:r>
        <w:rPr>
          <w:u w:val="none"/>
        </w:rPr>
        <w:t>!</w:t>
      </w:r>
      <w:r>
        <w:rPr>
          <w:u w:val="none"/>
          <w:shd w:fill="F4CCCC" w:val="clear"/>
        </w:rPr>
        <w:t xml:space="preserve"> </w:t>
      </w:r>
      <w:r>
        <w:rPr>
          <w:u w:val="none"/>
          <w:shd w:val="clear" w:fill="B7DDE8"/>
        </w:rPr>
        <w:t>He is their help and shield</w:t>
      </w:r>
      <w:r>
        <w:rPr>
          <w:b w:val="false"/>
          <w:i w:val="false"/>
          <w:u w:val="none"/>
          <w:color w:val="000000"/>
        </w:rPr>
        <w:t xml:space="preserve"> [1DXC]</w:t>
      </w:r>
      <w:r>
        <w:rPr>
          <w:u w:val="none"/>
          <w:shd w:fill="F4CCCC" w:val="clear"/>
        </w:rPr>
        <w:t>.</w:t>
      </w:r>
    </w:p>
    <w:p>
      <w:pPr>
        <w:pStyle w:val="Yellow"/>
        <w:rPr/>
        <w:shd w:val="clear" w:color="auto" w:fill="E4DFEC"/>
        <w:pBdr>
          <w:left w:val="single" w:sz="28" w:space="5" w:color="B4A7D6"/>
        </w:pBdr>
      </w:pPr>
      <w:r>
        <w:rPr>
          <w:b/>
          <w:u w:val="none"/>
        </w:rPr>
        <w:t xml:space="preserve">Psalm 118:5</w:t>
      </w:r>
      <w:r>
        <w:rPr>
          <w:u w:val="none"/>
        </w:rPr>
        <w:t xml:space="preserve"> — </w:t>
      </w:r>
      <w:r>
        <w:rPr>
          <w:u w:val="none"/>
          <w:shd w:fill="B7DDE8" w:val="clear"/>
        </w:rPr>
        <w:t xml:space="preserve">In my distress I called</w:t>
      </w:r>
      <w:r>
        <w:rPr>
          <w:b w:val="false"/>
          <w:i w:val="false"/>
          <w:color w:val="000000"/>
          <w:u w:val="none"/>
        </w:rPr>
        <w:t xml:space="preserve"> [4CPV]</w:t>
      </w:r>
      <w:r>
        <w:rPr>
          <w:u w:val="none"/>
          <w:shd w:fill="F4CCCC" w:val="clear"/>
        </w:rPr>
        <w:t xml:space="preserve"> to the LORD, and </w:t>
      </w:r>
      <w:r>
        <w:rPr>
          <w:u w:val="none"/>
          <w:shd w:fill="B7DDE8" w:val="clear"/>
        </w:rPr>
        <w:t xml:space="preserve">He answered and set me free</w:t>
      </w:r>
      <w:r>
        <w:rPr>
          <w:b w:val="false"/>
          <w:i w:val="false"/>
          <w:color w:val="000000"/>
          <w:u w:val="none"/>
        </w:rPr>
        <w:t xml:space="preserve"> [8CNQ]</w:t>
      </w:r>
      <w:r>
        <w:rPr>
          <w:b w:val="false"/>
          <w:i w:val="false"/>
          <w:u w:val="none"/>
          <w:color w:val="000000"/>
        </w:rPr>
        <w:t xml:space="preserve"> [2DTK]</w:t>
      </w:r>
      <w:r>
        <w:rPr>
          <w:u w:val="none"/>
        </w:rPr>
        <w:t xml:space="preserve">.</w:t>
      </w:r>
    </w:p>
    <w:p>
      <w:pPr>
        <w:pStyle w:val="Green"/>
        <w:rPr/>
      </w:pPr>
      <w:r>
        <w:rPr>
          <w:b/>
        </w:rPr>
        <w:t>Psalm 125:1</w:t>
      </w:r>
      <w:r>
        <w:rPr/>
        <w:t xml:space="preserve"> — </w:t>
      </w:r>
      <w:r>
        <w:rPr>
          <w:shd w:val="clear" w:fill="B7DDE8"/>
        </w:rPr>
        <w:t>Those who trust in the LORD are like Mount Zion</w:t>
      </w:r>
      <w:r>
        <w:rPr>
          <w:b w:val="false"/>
          <w:i w:val="false"/>
          <w:color w:val="000000"/>
          <w:u w:val="none"/>
        </w:rPr>
        <w:t xml:space="preserve"> [1CXB]</w:t>
      </w:r>
      <w:r>
        <w:rPr/>
        <w:t xml:space="preserve">. </w:t>
      </w:r>
      <w:r>
        <w:rPr>
          <w:shd w:val="clear" w:fill="B7DDE8"/>
        </w:rPr>
        <w:t>It cannot be moved</w:t>
      </w:r>
      <w:r>
        <w:rPr>
          <w:b w:val="false"/>
          <w:i w:val="false"/>
          <w:color w:val="000000"/>
          <w:u w:val="none"/>
        </w:rPr>
        <w:t xml:space="preserve"> [1CXC]</w:t>
      </w:r>
      <w:r>
        <w:rPr/>
        <w:t xml:space="preserve">; </w:t>
      </w:r>
      <w:r>
        <w:rPr>
          <w:shd w:val="clear" w:fill="B7DDE8"/>
        </w:rPr>
        <w:t>it abides forever</w:t>
      </w:r>
      <w:r>
        <w:rPr>
          <w:b w:val="false"/>
          <w:i w:val="false"/>
          <w:color w:val="000000"/>
          <w:u w:val="none"/>
        </w:rPr>
        <w:t xml:space="preserve"> [1CXD]</w:t>
      </w:r>
      <w:r>
        <w:rPr/>
        <w:t>.</w:t>
      </w:r>
    </w:p>
    <w:p>
      <w:pPr>
        <w:pStyle w:val="Yellow"/>
        <w:rPr/>
      </w:pPr>
      <w:r>
        <w:rPr>
          <w:b/>
        </w:rPr>
        <w:t xml:space="preserve">Proverbs 3:5–6</w:t>
      </w:r>
      <w:r>
        <w:rPr/>
        <w:t xml:space="preserve"> — </w:t>
      </w:r>
      <w:r>
        <w:rPr>
          <w:shd w:fill="B7DDE8" w:val="clear"/>
        </w:rPr>
        <w:t xml:space="preserve">Trust in the LORD with all your heart, and lean not on your own understanding; in all your ways acknowledge Him</w:t>
      </w:r>
      <w:r>
        <w:rPr>
          <w:b w:val="false"/>
          <w:i w:val="false"/>
          <w:color w:val="000000"/>
          <w:u w:val="none"/>
        </w:rPr>
        <w:t xml:space="preserve"> [1HQB]</w:t>
      </w:r>
      <w:r>
        <w:rPr/>
        <w:t xml:space="preserve">, and </w:t>
      </w:r>
      <w:r>
        <w:rPr>
          <w:shd w:fill="B7DDE8" w:val="clear"/>
        </w:rPr>
        <w:t xml:space="preserve">He will make your paths straight</w:t>
      </w:r>
      <w:r>
        <w:rPr>
          <w:b w:val="false"/>
          <w:i w:val="false"/>
          <w:color w:val="000000"/>
          <w:u w:val="none"/>
        </w:rPr>
        <w:t xml:space="preserve"> [1HQC]</w:t>
      </w:r>
      <w:r>
        <w:rPr/>
        <w:t xml:space="preserve">.</w:t>
      </w:r>
    </w:p>
    <w:p>
      <w:pPr>
        <w:pStyle w:val="Yellow"/>
        <w:rPr/>
      </w:pPr>
      <w:r>
        <w:rPr>
          <w:b/>
          <w:u w:val="none"/>
          <w:shd w:val="clear" w:color="auto" w:fill="F4B183"/>
          <w:color w:val="000000"/>
        </w:rPr>
        <w:t>Proverbs 16:20</w:t>
      </w:r>
      <w:r>
        <w:rPr>
          <w:u w:val="none"/>
          <w:shd w:val="clear" w:color="auto" w:fill="F4B183"/>
          <w:color w:val="000000"/>
        </w:rPr>
        <w:t xml:space="preserve"> — </w:t>
      </w:r>
      <w:r>
        <w:rPr>
          <w:u w:val="none"/>
          <w:shd w:val="clear" w:fill="F4B183" w:color="auto"/>
          <w:color w:val="000000"/>
        </w:rPr>
        <w:t>Whoever heeds instruction will find success</w:t>
      </w:r>
      <w:r>
        <w:rPr>
          <w:b w:val="false"/>
          <w:i w:val="false"/>
          <w:color w:val="000000"/>
          <w:u w:val="none"/>
          <w:shd w:val="clear" w:color="auto" w:fill="F4B183"/>
        </w:rPr>
        <w:t xml:space="preserve"> [1CXW]</w:t>
      </w:r>
      <w:r>
        <w:rPr>
          <w:u w:val="none"/>
          <w:shd w:val="clear" w:color="auto" w:fill="F4B183"/>
          <w:color w:val="000000"/>
        </w:rPr>
        <w:t xml:space="preserve">, and </w:t>
      </w:r>
      <w:r>
        <w:rPr>
          <w:u w:val="none"/>
          <w:shd w:val="clear" w:fill="F4B183" w:color="auto"/>
          <w:color w:val="000000"/>
        </w:rPr>
        <w:t>blessed is he who trusts in the LORD</w:t>
      </w:r>
      <w:r>
        <w:rPr>
          <w:b w:val="false"/>
          <w:i w:val="false"/>
          <w:color w:val="000000"/>
          <w:u w:val="none"/>
          <w:shd w:val="clear" w:color="auto" w:fill="F4B183"/>
        </w:rPr>
        <w:t xml:space="preserve"> [3CXQ]</w:t>
      </w:r>
      <w:r>
        <w:rPr>
          <w:u w:val="none"/>
          <w:shd w:val="clear" w:color="auto" w:fill="F4B183"/>
          <w:color w:val="000000"/>
        </w:rPr>
        <w:t>.</w:t>
      </w:r>
    </w:p>
    <w:p>
      <w:pPr>
        <w:pStyle w:val="Yellow"/>
        <w:rPr/>
      </w:pPr>
      <w:r>
        <w:rPr>
          <w:b/>
        </w:rPr>
        <w:t>Proverbs 28:25</w:t>
      </w:r>
      <w:r>
        <w:rPr/>
        <w:t xml:space="preserve"> — </w:t>
      </w:r>
      <w:r>
        <w:rPr>
          <w:color w:val="000000"/>
        </w:rPr>
        <w:t>A greedy man stirs up strife</w:t>
      </w:r>
      <w:r>
        <w:rPr>
          <w:b w:val="false"/>
          <w:i w:val="false"/>
          <w:color w:val="000000"/>
          <w:u w:val="none"/>
        </w:rPr>
        <w:t xml:space="preserve"> [1CXX]</w:t>
      </w:r>
      <w:r>
        <w:rPr/>
        <w:t xml:space="preserve">, but </w:t>
      </w:r>
      <w:r>
        <w:rPr>
          <w:shd w:val="clear" w:fill="B7DDE8"/>
        </w:rPr>
        <w:t>he who trusts in the LORD will prosper</w:t>
      </w:r>
      <w:r>
        <w:rPr>
          <w:b w:val="false"/>
          <w:i w:val="false"/>
          <w:color w:val="000000"/>
          <w:u w:val="none"/>
        </w:rPr>
        <w:t xml:space="preserve"> [1CXY]</w:t>
      </w:r>
      <w:r>
        <w:rPr/>
        <w:t>.</w:t>
      </w:r>
    </w:p>
    <w:p>
      <w:pPr>
        <w:pStyle w:val="Yellow"/>
        <w:rPr/>
      </w:pPr>
      <w:r>
        <w:rPr>
          <w:b/>
        </w:rPr>
        <w:t>Isaiah 11:10</w:t>
      </w:r>
      <w:r>
        <w:rPr/>
        <w:t xml:space="preserve"> — </w:t>
      </w:r>
      <w:r>
        <w:rPr>
          <w:shd w:val="clear" w:fill="B7DDE8"/>
        </w:rPr>
        <w:t>On that day the Root of Jesse will stand as a banner for the peoples</w:t>
      </w:r>
      <w:r>
        <w:rPr>
          <w:b w:val="false"/>
          <w:i w:val="false"/>
          <w:color w:val="000000"/>
          <w:u w:val="none"/>
        </w:rPr>
        <w:t xml:space="preserve"> [1EWJ]</w:t>
      </w:r>
      <w:r>
        <w:rPr/>
        <w:t xml:space="preserve">. </w:t>
      </w:r>
      <w:r>
        <w:rPr>
          <w:shd w:val="clear" w:fill="B7DDE8"/>
        </w:rPr>
        <w:t>The nations will seek Him</w:t>
      </w:r>
      <w:r>
        <w:rPr>
          <w:b w:val="false"/>
          <w:i w:val="false"/>
          <w:color w:val="000000"/>
          <w:u w:val="none"/>
        </w:rPr>
        <w:t xml:space="preserve"> [1EWK]</w:t>
      </w:r>
      <w:r>
        <w:rPr/>
        <w:t xml:space="preserve">, and </w:t>
      </w:r>
      <w:r>
        <w:rPr>
          <w:shd w:val="clear" w:fill="B7DDE8"/>
        </w:rPr>
        <w:t>His place of rest will be glorious</w:t>
      </w:r>
      <w:r>
        <w:rPr>
          <w:b w:val="false"/>
          <w:i w:val="false"/>
          <w:color w:val="000000"/>
          <w:u w:val="none"/>
        </w:rPr>
        <w:t xml:space="preserve"> [1EWL]</w:t>
      </w:r>
      <w:r>
        <w:rPr/>
        <w:t>.</w:t>
      </w:r>
    </w:p>
    <w:p>
      <w:pPr>
        <w:pStyle w:val="Yellow"/>
        <w:rPr/>
      </w:pPr>
      <w:r>
        <w:rPr>
          <w:b/>
        </w:rPr>
        <w:t>Isaiah 26:3</w:t>
      </w:r>
      <w:r>
        <w:rPr/>
        <w:t xml:space="preserve"> — </w:t>
      </w:r>
      <w:r>
        <w:rPr>
          <w:shd w:val="clear" w:fill="B7DDE8"/>
        </w:rPr>
        <w:t>You will keep in perfect peace the steadfast of mind, because he trusts in You</w:t>
      </w:r>
      <w:r>
        <w:rPr>
          <w:b w:val="false"/>
          <w:i w:val="false"/>
          <w:color w:val="000000"/>
          <w:u w:val="none"/>
        </w:rPr>
        <w:t xml:space="preserve"> [1DBD]</w:t>
      </w:r>
      <w:r>
        <w:rPr/>
        <w:t>.</w:t>
      </w:r>
    </w:p>
    <w:p>
      <w:pPr>
        <w:pStyle w:val="Yellow"/>
        <w:rPr/>
      </w:pPr>
      <w:r>
        <w:t xml:space="preserve">(Is28:15 because Jerusalem’s rulers made “lies our refuge”) </w:t>
      </w:r>
      <w:r>
        <w:rPr>
          <w:b/>
        </w:rPr>
        <w:t>Isaiah 28:16</w:t>
      </w:r>
      <w:r>
        <w:t xml:space="preserve"> — {So} this is what the Lord GOD says: “See, </w:t>
      </w:r>
      <w:r>
        <w:rPr>
          <w:shd w:fill="B7DDE8" w:val="clear"/>
        </w:rPr>
        <w:t>I lay a stone in Zion</w:t>
      </w:r>
      <w:r>
        <w:rPr>
          <w:b w:val="false"/>
          <w:i w:val="false"/>
          <w:color w:val="000000"/>
          <w:u w:val="none"/>
        </w:rPr>
        <w:t xml:space="preserve"> [1CIF]</w:t>
      </w:r>
      <w:r>
        <w:t xml:space="preserve">, </w:t>
      </w:r>
      <w:r>
        <w:rPr>
          <w:shd w:fill="B7DDE8" w:val="clear"/>
        </w:rPr>
        <w:t>a tested stone</w:t>
      </w:r>
      <w:r>
        <w:rPr>
          <w:b w:val="false"/>
          <w:i w:val="false"/>
          <w:color w:val="000000"/>
          <w:u w:val="none"/>
        </w:rPr>
        <w:t xml:space="preserve"> [1ANL]</w:t>
      </w:r>
      <w:r>
        <w:t xml:space="preserve">, </w:t>
      </w:r>
      <w:r>
        <w:rPr>
          <w:shd w:fill="B7DDE8" w:val="clear"/>
        </w:rPr>
        <w:t>a precious cornerstone</w:t>
      </w:r>
      <w:r>
        <w:rPr>
          <w:b w:val="false"/>
          <w:i w:val="false"/>
          <w:color w:val="000000"/>
          <w:u w:val="none"/>
        </w:rPr>
        <w:t xml:space="preserve"> [1CIG]</w:t>
      </w:r>
      <w:r>
        <w:t xml:space="preserve">, </w:t>
      </w:r>
      <w:r>
        <w:rPr>
          <w:shd w:fill="B7DDE8" w:val="clear"/>
        </w:rPr>
        <w:t>a sure foundation</w:t>
      </w:r>
      <w:r>
        <w:rPr>
          <w:b w:val="false"/>
          <w:i w:val="false"/>
          <w:color w:val="000000"/>
          <w:u w:val="none"/>
        </w:rPr>
        <w:t xml:space="preserve"> [1ANM]</w:t>
      </w:r>
      <w:r>
        <w:t xml:space="preserve">; </w:t>
      </w:r>
      <w:r>
        <w:rPr>
          <w:shd w:fill="B7DDE8" w:val="clear"/>
        </w:rPr>
        <w:t>the one who believes will never be shaken</w:t>
      </w:r>
      <w:r>
        <w:rPr>
          <w:b w:val="false"/>
          <w:i w:val="false"/>
          <w:color w:val="000000"/>
          <w:u w:val="none"/>
        </w:rPr>
        <w:t xml:space="preserve"> [1ANN]</w:t>
      </w:r>
      <w:r>
        <w:t>.</w:t>
      </w:r>
    </w:p>
    <w:p>
      <w:pPr>
        <w:pStyle w:val="Yellow"/>
        <w:rPr/>
        <w:pBdr>
          <w:left w:val="single" w:sz="28" w:space="5" w:color="C00000"/>
        </w:pBdr>
      </w:pPr>
      <w:r>
        <w:rPr>
          <w:b/>
          <w:u w:val="none"/>
        </w:rPr>
        <w:t>Nahum 1:7</w:t>
      </w:r>
      <w:r>
        <w:rPr>
          <w:u w:val="none"/>
        </w:rPr>
        <w:t xml:space="preserve"> — </w:t>
      </w:r>
      <w:r>
        <w:rPr>
          <w:u w:val="none"/>
          <w:shd w:val="clear" w:color="auto" w:fill="D9C3E6"/>
        </w:rPr>
        <w:t>The LORD is good</w:t>
      </w:r>
      <w:r>
        <w:rPr>
          <w:b w:val="false"/>
          <w:i w:val="false"/>
          <w:color w:val="000000"/>
          <w:u w:val="none"/>
        </w:rPr>
        <w:t xml:space="preserve"> [7FD]</w:t>
      </w:r>
      <w:r>
        <w:rPr>
          <w:u w:val="none"/>
          <w:shd w:val="clear" w:color="auto" w:fill="D9C3E6"/>
        </w:rPr>
        <w:t xml:space="preserve">, </w:t>
      </w:r>
      <w:r>
        <w:rPr>
          <w:u w:val="none"/>
          <w:shd w:val="clear" w:color="auto" w:fill="D9C3E6"/>
        </w:rPr>
        <w:t>a stronghold in the day of distress</w:t>
      </w:r>
      <w:r>
        <w:rPr>
          <w:b w:val="false"/>
          <w:i w:val="false"/>
          <w:color w:val="000000"/>
          <w:u w:val="none"/>
        </w:rPr>
        <w:t xml:space="preserve"> [2GO]</w:t>
      </w:r>
      <w:r>
        <w:rPr>
          <w:u w:val="none"/>
          <w:shd w:val="clear" w:color="auto" w:fill="D9C3E6"/>
        </w:rPr>
        <w:t xml:space="preserve">; </w:t>
      </w:r>
      <w:r>
        <w:rPr>
          <w:u w:val="none"/>
          <w:shd w:fill="B7DDE8" w:val="clear"/>
        </w:rPr>
        <w:t>He cares for those who trust in Him</w:t>
      </w:r>
      <w:r>
        <w:rPr>
          <w:b w:val="false"/>
          <w:i w:val="false"/>
          <w:u w:val="none"/>
          <w:color w:val="000000"/>
        </w:rPr>
        <w:t xml:space="preserve"> [1GP]</w:t>
      </w:r>
      <w:r>
        <w:rPr>
          <w:u w:val="none"/>
        </w:rPr>
        <w:t>.</w:t>
      </w:r>
    </w:p>
    <w:p>
      <w:pPr>
        <w:pStyle w:val="Yellow"/>
        <w:rPr/>
      </w:pPr>
      <w:r>
        <w:rPr>
          <w:b/>
          <w:u w:val="none"/>
        </w:rPr>
        <w:t>Matthew 21:42</w:t>
      </w:r>
      <w:r>
        <w:rPr>
          <w:u w:val="none"/>
        </w:rPr>
        <w:t xml:space="preserve"> — ‘</w:t>
      </w:r>
      <w:r>
        <w:rPr>
          <w:u w:val="none"/>
          <w:shd w:val="clear" w:color="auto" w:fill="D9C3E6"/>
        </w:rPr>
        <w:t>The stone the builders rejected has become the cornerstone</w:t>
      </w:r>
      <w:r>
        <w:rPr>
          <w:b w:val="false"/>
          <w:i w:val="false"/>
          <w:color w:val="000000"/>
          <w:u w:val="none"/>
        </w:rPr>
        <w:t xml:space="preserve"> [4ANE]</w:t>
      </w:r>
      <w:r>
        <w:rPr>
          <w:u w:val="none"/>
        </w:rPr>
        <w:t xml:space="preserve">. </w:t>
      </w:r>
      <w:r>
        <w:rPr>
          <w:u w:val="none"/>
          <w:shd w:fill="B7DDE8" w:val="clear"/>
        </w:rPr>
        <w:t>This is from the Lord</w:t>
      </w:r>
      <w:r>
        <w:rPr>
          <w:b w:val="false"/>
          <w:i w:val="false"/>
          <w:color w:val="000000"/>
          <w:u w:val="none"/>
        </w:rPr>
        <w:t xml:space="preserve"> [1ANI]</w:t>
      </w:r>
      <w:r>
        <w:rPr>
          <w:u w:val="none"/>
        </w:rPr>
        <w:t xml:space="preserve">, and </w:t>
      </w:r>
      <w:r>
        <w:rPr>
          <w:u w:val="none"/>
          <w:shd w:fill="B7DDE8" w:val="clear"/>
        </w:rPr>
        <w:t>it is marvelous in our eyes</w:t>
      </w:r>
      <w:r>
        <w:rPr>
          <w:b w:val="false"/>
          <w:i w:val="false"/>
          <w:color w:val="000000"/>
          <w:u w:val="none"/>
        </w:rPr>
        <w:t xml:space="preserve"> [1ANJ]</w:t>
      </w:r>
      <w:r>
        <w:rPr>
          <w:u w:val="none"/>
        </w:rPr>
        <w:t>’</w:t>
      </w:r>
    </w:p>
    <w:p>
      <w:pPr>
        <w:pStyle w:val="Yellow"/>
        <w:rPr/>
      </w:pPr>
      <w:r>
        <w:rPr>
          <w:b/>
          <w:u w:val="none"/>
          <w:shd w:val="clear" w:color="auto" w:fill="C00000"/>
          <w:color w:val="FFFFFF"/>
        </w:rPr>
        <w:t>Mark 12:10–11</w:t>
      </w:r>
      <w:r>
        <w:rPr>
          <w:u w:val="none"/>
          <w:shd w:val="clear" w:color="auto" w:fill="C00000"/>
          <w:color w:val="FFFFFF"/>
        </w:rPr>
        <w:t xml:space="preserve"> — ‘</w:t>
      </w:r>
      <w:r>
        <w:rPr>
          <w:u w:val="none"/>
          <w:shd w:val="clear" w:color="auto" w:fill="C00000"/>
          <w:color w:val="FFFFFF"/>
        </w:rPr>
        <w:t>The stone the builders rejected has become the cornerstone</w:t>
      </w:r>
      <w:r>
        <w:rPr>
          <w:b w:val="false"/>
          <w:i w:val="false"/>
          <w:u w:val="none"/>
          <w:shd w:val="clear" w:color="auto" w:fill="C00000"/>
          <w:color w:val="FFFFFF"/>
        </w:rPr>
        <w:t xml:space="preserve"> [4ANE]</w:t>
      </w:r>
      <w:r>
        <w:rPr>
          <w:u w:val="none"/>
          <w:shd w:val="clear" w:color="auto" w:fill="C00000"/>
          <w:color w:val="FFFFFF"/>
        </w:rPr>
        <w:t>.</w:t>
      </w:r>
    </w:p>
    <w:p>
      <w:pPr>
        <w:pStyle w:val="Yellow"/>
        <w:rPr/>
      </w:pPr>
      <w:r>
        <w:rPr>
          <w:b/>
        </w:rPr>
        <w:t>Mark 15:39</w:t>
      </w:r>
      <w:r>
        <w:t xml:space="preserve"> — </w:t>
      </w:r>
      <w:r>
        <w:t xml:space="preserve">When </w:t>
      </w:r>
      <w:r>
        <w:rPr>
          <w:shd w:fill="B7DDE8" w:val="clear"/>
        </w:rPr>
        <w:t>the centurion standing there in front of Jesus saw how He had breathed His last</w:t>
      </w:r>
      <w:r>
        <w:rPr>
          <w:b w:val="false"/>
          <w:i w:val="false"/>
          <w:color w:val="000000"/>
          <w:u w:val="none"/>
        </w:rPr>
        <w:t xml:space="preserve"> [1CHQ]</w:t>
      </w:r>
      <w:r>
        <w:t>, he said, “</w:t>
      </w:r>
      <w:r>
        <w:rPr>
          <w:shd w:fill="B7DDE8" w:val="clear"/>
        </w:rPr>
        <w:t>Truly this man was the Son of God</w:t>
      </w:r>
      <w:r>
        <w:rPr>
          <w:b w:val="false"/>
          <w:i w:val="false"/>
          <w:color w:val="000000"/>
          <w:u w:val="none"/>
        </w:rPr>
        <w:t xml:space="preserve"> [7AMS]</w:t>
      </w:r>
      <w:r>
        <w:t>!”</w:t>
      </w:r>
    </w:p>
    <w:p>
      <w:pPr>
        <w:pStyle w:val="Yellow"/>
        <w:rPr/>
      </w:pPr>
      <w:r>
        <w:rPr/>
        <w:t xml:space="preserve">(Lk9:33 “Jesus”) </w:t>
      </w:r>
      <w:r>
        <w:rPr>
          <w:b/>
        </w:rPr>
        <w:t>Luke 9:35</w:t>
      </w:r>
      <w:r>
        <w:rPr/>
        <w:t xml:space="preserve"> — “</w:t>
      </w:r>
      <w:r>
        <w:rPr>
          <w:shd w:fill="B7DDE8" w:val="clear"/>
        </w:rPr>
        <w:t>{This} is My Son</w:t>
      </w:r>
      <w:r>
        <w:rPr>
          <w:b w:val="false"/>
          <w:i w:val="false"/>
          <w:color w:val="000000"/>
          <w:u w:val="none"/>
        </w:rPr>
        <w:t xml:space="preserve"> [7AMS]</w:t>
      </w:r>
      <w:r>
        <w:rPr/>
        <w:t xml:space="preserve">, </w:t>
      </w:r>
      <w:r>
        <w:rPr>
          <w:shd w:fill="B7DDE8" w:val="clear"/>
        </w:rPr>
        <w:t>whom I have chosen</w:t>
      </w:r>
      <w:r>
        <w:rPr>
          <w:b w:val="false"/>
          <w:i w:val="false"/>
          <w:color w:val="000000"/>
          <w:u w:val="none"/>
        </w:rPr>
        <w:t xml:space="preserve"> [1LZJ]</w:t>
      </w:r>
      <w:r>
        <w:rPr/>
        <w:t xml:space="preserve">. </w:t>
      </w:r>
      <w:r>
        <w:rPr>
          <w:shd w:fill="B7DDE8" w:val="clear"/>
        </w:rPr>
        <w:t>Listen to Him</w:t>
      </w:r>
      <w:r>
        <w:rPr>
          <w:b w:val="false"/>
          <w:i w:val="false"/>
          <w:color w:val="000000"/>
          <w:u w:val="none"/>
        </w:rPr>
        <w:t xml:space="preserve"> [1LZK]</w:t>
      </w:r>
      <w:r>
        <w:rPr/>
        <w:t>!”</w:t>
      </w:r>
    </w:p>
    <w:p>
      <w:pPr>
        <w:pStyle w:val="Yellow"/>
        <w:rPr/>
      </w:pPr>
      <w:r>
        <w:rPr>
          <w:b/>
        </w:rPr>
        <w:t>Acts 4:11</w:t>
      </w:r>
      <w:r>
        <w:t xml:space="preserve"> — </w:t>
      </w:r>
      <w:r>
        <w:rPr>
          <w:shd w:fill="B7DDE8" w:val="clear"/>
        </w:rPr>
        <w:t>This Jesus is ‘</w:t>
      </w:r>
      <w:r>
        <w:rPr>
          <w:shd w:fill="B7DDE8" w:val="clear"/>
        </w:rPr>
        <w:t>the stone you builders rejected, which has become the cornerstone</w:t>
      </w:r>
      <w:r>
        <w:rPr>
          <w:b w:val="false"/>
          <w:i w:val="false"/>
          <w:color w:val="000000"/>
          <w:u w:val="none"/>
        </w:rPr>
        <w:t xml:space="preserve"> [4ANE]</w:t>
      </w:r>
      <w:r>
        <w:t>.’</w:t>
      </w:r>
    </w:p>
    <w:p>
      <w:pPr>
        <w:pStyle w:val="Yellow"/>
        <w:rPr/>
      </w:pPr>
      <w:r>
        <w:rPr>
          <w:b/>
          <w:shd w:val="clear" w:color="auto" w:fill="548235"/>
          <w:color w:val="FFFFFF"/>
        </w:rPr>
        <w:t>Acts 27:25</w:t>
      </w:r>
      <w:r>
        <w:rPr>
          <w:shd w:val="clear" w:color="auto" w:fill="548235"/>
          <w:color w:val="FFFFFF"/>
        </w:rPr>
        <w:t xml:space="preserve"> — </w:t>
      </w:r>
      <w:r>
        <w:rPr>
          <w:shd w:val="clear" w:fill="548235" w:color="auto"/>
          <w:color w:val="FFFFFF"/>
        </w:rPr>
        <w:t>I believe God that it will happen just as He told me</w:t>
      </w:r>
      <w:r>
        <w:rPr>
          <w:b w:val="false"/>
          <w:i w:val="false"/>
          <w:color w:val="FFFFFF"/>
          <w:u w:val="none"/>
          <w:shd w:val="clear" w:color="auto" w:fill="548235"/>
        </w:rPr>
        <w:t xml:space="preserve"> [1CYB]</w:t>
      </w:r>
      <w:r>
        <w:rPr>
          <w:shd w:val="clear" w:color="auto" w:fill="548235"/>
          <w:color w:val="FFFFFF"/>
        </w:rPr>
        <w:t>.</w:t>
      </w:r>
    </w:p>
    <w:p>
      <w:pPr>
        <w:pStyle w:val="Yellow"/>
        <w:rPr/>
      </w:pPr>
      <w:r>
        <w:rPr/>
        <w:t>&lt;38&gt;</w:t>
      </w:r>
      <w:r>
        <w:rPr>
          <w:b/>
        </w:rPr>
        <w:t>Romans 9:30-32</w:t>
      </w:r>
      <w:r>
        <w:rPr/>
        <w:t xml:space="preserve"> — What then will we say? That </w:t>
      </w:r>
      <w:r>
        <w:rPr>
          <w:shd w:val="clear" w:fill="B7DDE8"/>
        </w:rPr>
        <w:t>the Gentiles, who did not pursue righteousness</w:t>
      </w:r>
      <w:r>
        <w:rPr>
          <w:b w:val="false"/>
          <w:i w:val="false"/>
          <w:color w:val="000000"/>
          <w:u w:val="none"/>
        </w:rPr>
        <w:t xml:space="preserve"> [1DIA]</w:t>
      </w:r>
      <w:r>
        <w:rPr/>
        <w:t xml:space="preserve">, </w:t>
      </w:r>
      <w:r>
        <w:rPr>
          <w:shd w:val="clear" w:fill="B7DDE8"/>
        </w:rPr>
        <w:t>have obtained it</w:t>
      </w:r>
      <w:r>
        <w:rPr>
          <w:b w:val="false"/>
          <w:i w:val="false"/>
          <w:u w:val="none"/>
          <w:color w:val="000000"/>
        </w:rPr>
        <w:t xml:space="preserve"> [1DIB]</w:t>
      </w:r>
      <w:r>
        <w:rPr/>
        <w:t xml:space="preserve">, </w:t>
      </w:r>
      <w:r>
        <w:rPr>
          <w:shd w:val="clear" w:fill="B7DDE8"/>
        </w:rPr>
        <w:t>a righteousness that is by faith</w:t>
      </w:r>
      <w:r>
        <w:rPr>
          <w:b w:val="false"/>
          <w:i w:val="false"/>
          <w:u w:val="none"/>
          <w:color w:val="000000"/>
        </w:rPr>
        <w:t xml:space="preserve"> [1DIC]</w:t>
      </w:r>
      <w:r>
        <w:rPr/>
        <w:t xml:space="preserve">; but </w:t>
      </w:r>
      <w:r>
        <w:rPr>
          <w:shd w:val="clear" w:fill="B7DDE8"/>
        </w:rPr>
        <w:t>Israel, who pursued a law of righteousness</w:t>
      </w:r>
      <w:r>
        <w:rPr>
          <w:b w:val="false"/>
          <w:i w:val="false"/>
          <w:color w:val="000000"/>
          <w:u w:val="none"/>
        </w:rPr>
        <w:t xml:space="preserve"> [1DID]</w:t>
      </w:r>
      <w:r>
        <w:rPr/>
        <w:t xml:space="preserve">, </w:t>
      </w:r>
      <w:r>
        <w:rPr>
          <w:shd w:val="clear" w:fill="B7DDE8"/>
        </w:rPr>
        <w:t>has not attained it</w:t>
      </w:r>
      <w:r>
        <w:rPr>
          <w:b w:val="false"/>
          <w:i w:val="false"/>
          <w:color w:val="000000"/>
          <w:u w:val="none"/>
        </w:rPr>
        <w:t xml:space="preserve"> [1DIE]</w:t>
      </w:r>
      <w:r>
        <w:rPr/>
        <w:t xml:space="preserve">. Why not? Because </w:t>
      </w:r>
      <w:r>
        <w:rPr>
          <w:shd w:val="clear" w:fill="B7DDE8"/>
        </w:rPr>
        <w:t>their pursuit was not by faith</w:t>
      </w:r>
      <w:r>
        <w:rPr>
          <w:b w:val="false"/>
          <w:i w:val="false"/>
          <w:color w:val="000000"/>
          <w:u w:val="none"/>
        </w:rPr>
        <w:t xml:space="preserve"> [1DIF]</w:t>
      </w:r>
      <w:r>
        <w:rPr/>
        <w:t xml:space="preserve">, </w:t>
      </w:r>
      <w:r>
        <w:rPr>
          <w:shd w:val="clear" w:fill="B7DDE8"/>
        </w:rPr>
        <w:t>but as if it were by works</w:t>
      </w:r>
      <w:r>
        <w:rPr>
          <w:b w:val="false"/>
          <w:i w:val="false"/>
          <w:color w:val="000000"/>
          <w:u w:val="none"/>
        </w:rPr>
        <w:t xml:space="preserve"> [1DIG]</w:t>
      </w:r>
      <w:r>
        <w:rPr/>
        <w:t>.</w:t>
      </w:r>
    </w:p>
    <w:p>
      <w:pPr>
        <w:pStyle w:val="Yellow"/>
        <w:rPr/>
      </w:pPr>
      <w:r>
        <w:rPr>
          <w:u w:val="none"/>
        </w:rPr>
        <w:t>&lt;38&gt;</w:t>
      </w:r>
      <w:r>
        <w:rPr>
          <w:b/>
          <w:u w:val="none"/>
        </w:rPr>
        <w:t>Romans 9:33</w:t>
      </w:r>
      <w:r>
        <w:rPr>
          <w:u w:val="none"/>
        </w:rPr>
        <w:t xml:space="preserve"> —</w:t>
      </w:r>
      <w:r>
        <w:rPr>
          <w:u w:val="none"/>
          <w:shd w:val="clear" w:fill="B7DDE8"/>
        </w:rPr>
        <w:t>They stumbled over the stumbling stone</w:t>
      </w:r>
      <w:r>
        <w:rPr>
          <w:b w:val="false"/>
          <w:i w:val="false"/>
          <w:color w:val="000000"/>
          <w:u w:val="none"/>
        </w:rPr>
        <w:t xml:space="preserve"> [1DIH]</w:t>
      </w:r>
      <w:r>
        <w:rPr>
          <w:u w:val="none"/>
        </w:rPr>
        <w:t xml:space="preserve">, as it is written: “See, </w:t>
      </w:r>
      <w:r>
        <w:rPr>
          <w:u w:val="none"/>
          <w:shd w:val="clear" w:fill="B7DDE8"/>
        </w:rPr>
        <w:t>I lay in Zion a stone of stumbling and a rock of offense</w:t>
      </w:r>
      <w:r>
        <w:rPr>
          <w:b w:val="false"/>
          <w:i w:val="false"/>
          <w:color w:val="000000"/>
          <w:u w:val="none"/>
        </w:rPr>
        <w:t xml:space="preserve"> [1DII]</w:t>
      </w:r>
      <w:r>
        <w:rPr>
          <w:u w:val="none"/>
        </w:rPr>
        <w:t xml:space="preserve">; and </w:t>
      </w:r>
      <w:r>
        <w:rPr>
          <w:u w:val="none"/>
          <w:shd w:val="clear" w:fill="B7DDE8"/>
        </w:rPr>
        <w:t>the one who believes in Him will never be put to shame</w:t>
      </w:r>
      <w:r>
        <w:rPr>
          <w:b w:val="false"/>
          <w:i w:val="false"/>
          <w:u w:val="none"/>
          <w:color w:val="000000"/>
        </w:rPr>
        <w:t xml:space="preserve"> [3AAD]</w:t>
      </w:r>
      <w:r>
        <w:rPr>
          <w:u w:val="none"/>
        </w:rPr>
        <w:t>.”</w:t>
      </w:r>
    </w:p>
    <w:p>
      <w:pPr>
        <w:pStyle w:val="Yellow"/>
        <w:rPr/>
      </w:pPr>
      <w:r>
        <w:rPr>
          <w:b/>
        </w:rPr>
        <w:t>Romans 10:17</w:t>
      </w:r>
      <w:r>
        <w:rPr/>
        <w:t xml:space="preserve"> — Consequently, </w:t>
      </w:r>
      <w:r>
        <w:rPr>
          <w:shd w:val="clear" w:fill="B7DDE8"/>
        </w:rPr>
        <w:t>faith comes by hearing</w:t>
      </w:r>
      <w:r>
        <w:rPr>
          <w:b w:val="false"/>
          <w:i w:val="false"/>
          <w:color w:val="000000"/>
          <w:u w:val="none"/>
        </w:rPr>
        <w:t xml:space="preserve"> [1DAK]</w:t>
      </w:r>
      <w:r>
        <w:rPr/>
        <w:t xml:space="preserve">, and </w:t>
      </w:r>
      <w:r>
        <w:rPr>
          <w:shd w:val="clear" w:fill="B7DDE8"/>
        </w:rPr>
        <w:t>hearing by the word of Christ</w:t>
      </w:r>
      <w:r>
        <w:rPr>
          <w:b w:val="false"/>
          <w:i w:val="false"/>
          <w:color w:val="000000"/>
          <w:u w:val="none"/>
        </w:rPr>
        <w:t xml:space="preserve"> [1DAL]</w:t>
      </w:r>
      <w:r>
        <w:rPr/>
        <w:t>.</w:t>
      </w:r>
    </w:p>
    <w:p>
      <w:pPr>
        <w:pStyle w:val="Yellow"/>
        <w:rPr/>
      </w:pPr>
      <w:r>
        <w:rPr/>
        <w:t xml:space="preserve">(Re22:16 Jesus: “I am the Root”) </w:t>
      </w:r>
      <w:r>
        <w:rPr>
          <w:b/>
        </w:rPr>
        <w:t xml:space="preserve">Romans 11:18</w:t>
      </w:r>
      <w:r>
        <w:rPr/>
        <w:t xml:space="preserve"> — </w:t>
      </w:r>
      <w:r>
        <w:rPr>
          <w:shd w:fill="B7DDE8" w:val="clear"/>
        </w:rPr>
        <w:t xml:space="preserve">You do not support the {root}</w:t>
      </w:r>
      <w:r>
        <w:rPr>
          <w:b w:val="false"/>
          <w:i w:val="false"/>
          <w:color w:val="000000"/>
          <w:u w:val="none"/>
        </w:rPr>
        <w:t xml:space="preserve"> [1LLG]</w:t>
      </w:r>
      <w:r>
        <w:rPr/>
        <w:t xml:space="preserve">, but </w:t>
      </w:r>
      <w:r>
        <w:rPr>
          <w:shd w:fill="B7DDE8" w:val="clear"/>
        </w:rPr>
        <w:t xml:space="preserve">the root supports you</w:t>
      </w:r>
      <w:r>
        <w:rPr>
          <w:b w:val="false"/>
          <w:i w:val="false"/>
          <w:color w:val="000000"/>
          <w:u w:val="none"/>
        </w:rPr>
        <w:t xml:space="preserve"> [1LLH]</w:t>
      </w:r>
      <w:r>
        <w:rPr/>
        <w:t xml:space="preserve">.</w:t>
      </w:r>
    </w:p>
    <w:p>
      <w:pPr>
        <w:pStyle w:val="Yellow"/>
        <w:rPr/>
      </w:pPr>
      <w:r>
        <w:rPr/>
        <w:t xml:space="preserve">&lt;39&gt;</w:t>
      </w:r>
      <w:r>
        <w:rPr>
          <w:b/>
        </w:rPr>
        <w:t xml:space="preserve">Romans 11:22</w:t>
      </w:r>
      <w:r>
        <w:rPr/>
        <w:t xml:space="preserve"> — </w:t>
      </w:r>
      <w:r>
        <w:rPr>
          <w:shd w:fill="B7DDE8" w:val="clear"/>
        </w:rPr>
        <w:t xml:space="preserve">Take notice, therefore, of the kindness and severity of God</w:t>
      </w:r>
      <w:r>
        <w:rPr>
          <w:b w:val="false"/>
          <w:i w:val="false"/>
          <w:color w:val="000000"/>
          <w:u w:val="none"/>
        </w:rPr>
        <w:t xml:space="preserve"> [1JLZ]</w:t>
      </w:r>
      <w:r>
        <w:rPr/>
        <w:t xml:space="preserve">: </w:t>
      </w:r>
      <w:r>
        <w:rPr>
          <w:shd w:fill="B7DDE8" w:val="clear"/>
        </w:rPr>
        <w:t xml:space="preserve">severity to those who fell, but kindness to you, if you continue in His kindness</w:t>
      </w:r>
      <w:r>
        <w:rPr>
          <w:b w:val="false"/>
          <w:i w:val="false"/>
          <w:color w:val="000000"/>
          <w:u w:val="none"/>
        </w:rPr>
        <w:t xml:space="preserve"> [1JMA]</w:t>
      </w:r>
      <w:r>
        <w:rPr>
          <w:b w:val="false"/>
          <w:i w:val="false"/>
          <w:color w:val="000000"/>
          <w:u w:val="none"/>
        </w:rPr>
        <w:t xml:space="preserve"> [1JMB]</w:t>
      </w:r>
      <w:r>
        <w:rPr/>
        <w:t xml:space="preserve">. </w:t>
      </w:r>
      <w:r>
        <w:rPr>
          <w:shd w:fill="B7DDE8" w:val="clear"/>
        </w:rPr>
        <w:t xml:space="preserve">Otherwise you also will be cut off</w:t>
      </w:r>
      <w:r>
        <w:rPr>
          <w:b w:val="false"/>
          <w:i w:val="false"/>
          <w:color w:val="000000"/>
          <w:u w:val="none"/>
        </w:rPr>
        <w:t xml:space="preserve"> [1JMC]</w:t>
      </w:r>
      <w:r>
        <w:rPr/>
        <w:t xml:space="preserve">.</w:t>
      </w:r>
    </w:p>
    <w:p>
      <w:pPr>
        <w:pStyle w:val="Yellow"/>
        <w:rPr/>
      </w:pPr>
      <w:r>
        <w:rPr/>
        <w:t xml:space="preserve">&lt;39&gt;(Ro11:7 “Israel”) </w:t>
      </w:r>
      <w:r>
        <w:rPr>
          <w:b/>
        </w:rPr>
        <w:t xml:space="preserve">Romans 11:23</w:t>
      </w:r>
      <w:r>
        <w:rPr/>
        <w:t xml:space="preserve"> — And </w:t>
      </w:r>
      <w:r>
        <w:rPr>
          <w:shd w:fill="B7DDE8" w:val="clear"/>
        </w:rPr>
        <w:t xml:space="preserve">if {they} do not persist in unbelief, they will be grafted in</w:t>
      </w:r>
      <w:r>
        <w:rPr>
          <w:b w:val="false"/>
          <w:i w:val="false"/>
          <w:color w:val="000000"/>
          <w:u w:val="none"/>
        </w:rPr>
        <w:t xml:space="preserve"> [1JMD]</w:t>
      </w:r>
      <w:r>
        <w:rPr/>
        <w:t xml:space="preserve">, for </w:t>
      </w:r>
      <w:r>
        <w:rPr>
          <w:shd w:fill="B7DDE8" w:val="clear"/>
        </w:rPr>
        <w:t xml:space="preserve">God is able to graft them in again</w:t>
      </w:r>
      <w:r>
        <w:rPr>
          <w:b w:val="false"/>
          <w:i w:val="false"/>
          <w:color w:val="000000"/>
          <w:u w:val="none"/>
        </w:rPr>
        <w:t xml:space="preserve"> [1JME]</w:t>
      </w:r>
      <w:r>
        <w:rPr/>
        <w:t xml:space="preserve">.</w:t>
      </w:r>
    </w:p>
    <w:p>
      <w:pPr>
        <w:pStyle w:val="Yellow"/>
        <w:rPr/>
      </w:pPr>
      <w:r>
        <w:rPr>
          <w:b/>
        </w:rPr>
        <w:t>1 Corinthians 13:2</w:t>
      </w:r>
      <w:r>
        <w:rPr/>
        <w:t xml:space="preserve"> — </w:t>
      </w:r>
      <w:r>
        <w:rPr>
          <w:shd w:val="clear" w:fill="B7DDE8"/>
        </w:rPr>
        <w:t>If I have the gift of prophecy and can fathom all mysteries and all knowledge, and if I have absolute faith so as to move mountains</w:t>
      </w:r>
      <w:r>
        <w:rPr>
          <w:b w:val="false"/>
          <w:i w:val="false"/>
          <w:color w:val="000000"/>
          <w:u w:val="none"/>
        </w:rPr>
        <w:t xml:space="preserve"> [1DEJ]</w:t>
      </w:r>
      <w:r>
        <w:rPr/>
        <w:t xml:space="preserve">, </w:t>
      </w:r>
      <w:r>
        <w:rPr>
          <w:shd w:val="clear" w:fill="B7DDE8"/>
        </w:rPr>
        <w:t>but have not love, I am nothing</w:t>
      </w:r>
      <w:r>
        <w:rPr>
          <w:b w:val="false"/>
          <w:i w:val="false"/>
          <w:color w:val="000000"/>
          <w:u w:val="none"/>
        </w:rPr>
        <w:t xml:space="preserve"> [1DEK]</w:t>
      </w:r>
      <w:r>
        <w:rPr/>
        <w:t>.</w:t>
      </w:r>
    </w:p>
    <w:p>
      <w:pPr>
        <w:pStyle w:val="Yellow"/>
        <w:rPr/>
      </w:pPr>
      <w:r>
        <w:rPr>
          <w:b/>
          <w:u w:val="none"/>
        </w:rPr>
        <w:t>Galatians 2:20</w:t>
      </w:r>
      <w:r>
        <w:rPr>
          <w:u w:val="none"/>
        </w:rPr>
        <w:t xml:space="preserve"> — </w:t>
      </w:r>
      <w:r>
        <w:rPr>
          <w:u w:val="none"/>
          <w:shd w:fill="B7DDE8" w:val="clear"/>
        </w:rPr>
        <w:t>I have been crucified with Christ</w:t>
      </w:r>
      <w:r>
        <w:rPr>
          <w:b w:val="false"/>
          <w:i w:val="false"/>
          <w:color w:val="000000"/>
          <w:u w:val="none"/>
        </w:rPr>
        <w:t xml:space="preserve"> [1AYS]</w:t>
      </w:r>
      <w:r>
        <w:rPr>
          <w:u w:val="none"/>
        </w:rPr>
        <w:t xml:space="preserve">, and </w:t>
      </w:r>
      <w:r>
        <w:rPr>
          <w:u w:val="none"/>
          <w:shd w:fill="B7DDE8" w:val="clear"/>
        </w:rPr>
        <w:t>I no longer live</w:t>
      </w:r>
      <w:r>
        <w:rPr>
          <w:b w:val="false"/>
          <w:i w:val="false"/>
          <w:color w:val="000000"/>
          <w:u w:val="none"/>
        </w:rPr>
        <w:t xml:space="preserve"> [1AYT]</w:t>
      </w:r>
      <w:r>
        <w:rPr>
          <w:u w:val="none"/>
        </w:rPr>
        <w:t xml:space="preserve">, but </w:t>
      </w:r>
      <w:r>
        <w:rPr>
          <w:u w:val="none"/>
          <w:shd w:fill="B7DDE8" w:val="clear"/>
        </w:rPr>
        <w:t>Christ lives in me</w:t>
      </w:r>
      <w:r>
        <w:rPr>
          <w:b w:val="false"/>
          <w:i w:val="false"/>
          <w:color w:val="000000"/>
          <w:u w:val="none"/>
        </w:rPr>
        <w:t xml:space="preserve"> [1AYU]</w:t>
      </w:r>
      <w:r>
        <w:rPr>
          <w:u w:val="none"/>
        </w:rPr>
        <w:t xml:space="preserve">. </w:t>
      </w:r>
      <w:r>
        <w:rPr>
          <w:u w:val="none"/>
          <w:shd w:fill="B7DDE8" w:val="clear"/>
        </w:rPr>
        <w:t>The life I live in the body, I live by faith in the Son of God</w:t>
      </w:r>
      <w:r>
        <w:rPr>
          <w:b w:val="false"/>
          <w:i w:val="false"/>
          <w:color w:val="000000"/>
          <w:u w:val="none"/>
        </w:rPr>
        <w:t xml:space="preserve"> [1AYV]</w:t>
      </w:r>
      <w:r>
        <w:rPr>
          <w:u w:val="none"/>
        </w:rPr>
        <w:t xml:space="preserve">, </w:t>
      </w:r>
      <w:r>
        <w:rPr>
          <w:u w:val="none"/>
          <w:shd w:fill="B7DDE8" w:val="clear"/>
        </w:rPr>
        <w:t>who loved me</w:t>
      </w:r>
      <w:r>
        <w:rPr>
          <w:b w:val="false"/>
          <w:i w:val="false"/>
          <w:color w:val="000000"/>
          <w:u w:val="none"/>
        </w:rPr>
        <w:t xml:space="preserve"> [1AYW]</w:t>
      </w:r>
      <w:r>
        <w:rPr>
          <w:u w:val="none"/>
        </w:rPr>
        <w:t xml:space="preserve"> and </w:t>
      </w:r>
      <w:r>
        <w:rPr>
          <w:u w:val="none"/>
          <w:shd w:fill="B7DDE8" w:val="clear"/>
        </w:rPr>
        <w:t>gave Himself up for me</w:t>
      </w:r>
      <w:r>
        <w:rPr>
          <w:b w:val="false"/>
          <w:i w:val="false"/>
          <w:color w:val="000000"/>
          <w:u w:val="none"/>
        </w:rPr>
        <w:t xml:space="preserve"> [1AYX]</w:t>
      </w:r>
      <w:r>
        <w:rPr>
          <w:u w:val="none"/>
        </w:rPr>
        <w:t>.</w:t>
      </w:r>
    </w:p>
    <w:p>
      <w:pPr>
        <w:pStyle w:val="Yellow"/>
        <w:rPr/>
      </w:pPr>
      <w:r>
        <w:rPr>
          <w:b/>
        </w:rPr>
        <w:t xml:space="preserve">Colossians 1:21-23</w:t>
      </w:r>
      <w:r>
        <w:rPr/>
        <w:t xml:space="preserve"> —  Once </w:t>
      </w:r>
      <w:r>
        <w:rPr>
          <w:shd w:fill="B7DDE8" w:val="clear"/>
        </w:rPr>
        <w:t xml:space="preserve">you were alienated from God</w:t>
      </w:r>
      <w:r>
        <w:rPr>
          <w:b w:val="false"/>
          <w:i w:val="false"/>
          <w:color w:val="000000"/>
          <w:u w:val="none"/>
        </w:rPr>
        <w:t xml:space="preserve"> [1GKL]</w:t>
      </w:r>
      <w:r>
        <w:rPr/>
        <w:t xml:space="preserve"> and </w:t>
      </w:r>
      <w:r>
        <w:rPr>
          <w:shd w:fill="B7DDE8" w:val="clear"/>
        </w:rPr>
        <w:t xml:space="preserve">were hostile in your minds because of your evil deeds</w:t>
      </w:r>
      <w:r>
        <w:rPr>
          <w:b w:val="false"/>
          <w:i w:val="false"/>
          <w:color w:val="000000"/>
          <w:u w:val="none"/>
        </w:rPr>
        <w:t xml:space="preserve"> [1GKM]</w:t>
      </w:r>
      <w:r>
        <w:rPr/>
        <w:t xml:space="preserve">. But now </w:t>
      </w:r>
      <w:r>
        <w:rPr>
          <w:shd w:fill="B7DDE8" w:val="clear"/>
        </w:rPr>
        <w:t xml:space="preserve">He has reconciled you by Christ’s physical body through death</w:t>
      </w:r>
      <w:r>
        <w:rPr>
          <w:b w:val="false"/>
          <w:i w:val="false"/>
          <w:color w:val="000000"/>
          <w:u w:val="none"/>
        </w:rPr>
        <w:t xml:space="preserve"> [1GKN]</w:t>
      </w:r>
      <w:r>
        <w:rPr/>
        <w:t xml:space="preserve"> </w:t>
      </w:r>
      <w:r>
        <w:rPr>
          <w:shd w:fill="B7DDE8" w:val="clear"/>
        </w:rPr>
        <w:t xml:space="preserve">to present you holy, unblemished, and blameless in His presence</w:t>
      </w:r>
      <w:r>
        <w:rPr>
          <w:b w:val="false"/>
          <w:i w:val="false"/>
          <w:color w:val="000000"/>
          <w:u w:val="none"/>
        </w:rPr>
        <w:t xml:space="preserve"> [1GKO]</w:t>
      </w:r>
      <w:r>
        <w:rPr/>
        <w:t xml:space="preserve">— </w:t>
      </w:r>
      <w:r>
        <w:rPr>
          <w:shd w:fill="B7DDE8" w:val="clear"/>
        </w:rPr>
        <w:t xml:space="preserve">if indeed you continue in your faith, established and firm, not moved from the hope of the gospel you heard</w:t>
      </w:r>
      <w:r>
        <w:rPr>
          <w:b w:val="false"/>
          <w:i w:val="false"/>
          <w:color w:val="000000"/>
          <w:u w:val="none"/>
        </w:rPr>
        <w:t xml:space="preserve"> [1GKP]</w:t>
      </w:r>
      <w:r>
        <w:rPr/>
        <w:t xml:space="preserve">,</w:t>
      </w:r>
    </w:p>
    <w:p>
      <w:pPr>
        <w:pStyle w:val="Yellow"/>
        <w:rPr/>
      </w:pPr>
      <w:r>
        <w:rPr>
          <w:b/>
          <w:color w:val="auto"/>
        </w:rPr>
        <w:t>Hebrews 6:11–12</w:t>
      </w:r>
      <w:r>
        <w:rPr>
          <w:color w:val="auto"/>
        </w:rPr>
        <w:t xml:space="preserve"> — We want each of you to </w:t>
      </w:r>
      <w:r>
        <w:rPr>
          <w:color w:val="auto"/>
        </w:rPr>
        <w:t>show this same diligence to the very end</w:t>
      </w:r>
      <w:r>
        <w:rPr>
          <w:b w:val="false"/>
          <w:i w:val="false"/>
          <w:color w:val="auto"/>
          <w:u w:val="none"/>
        </w:rPr>
        <w:t xml:space="preserve"> [1AFI]</w:t>
      </w:r>
      <w:r>
        <w:rPr>
          <w:color w:val="auto"/>
        </w:rPr>
        <w:t xml:space="preserve">, </w:t>
      </w:r>
      <w:r>
        <w:rPr>
          <w:color w:val="auto"/>
        </w:rPr>
        <w:t>in order to make your hope sure</w:t>
      </w:r>
      <w:r>
        <w:rPr>
          <w:b w:val="false"/>
          <w:i w:val="false"/>
          <w:color w:val="auto"/>
          <w:u w:val="none"/>
        </w:rPr>
        <w:t xml:space="preserve"> [1AFJ]</w:t>
      </w:r>
      <w:r>
        <w:rPr>
          <w:color w:val="auto"/>
        </w:rPr>
        <w:t xml:space="preserve">. </w:t>
      </w:r>
      <w:r>
        <w:rPr>
          <w:color w:val="auto"/>
        </w:rPr>
        <w:t>Then you will not be sluggish</w:t>
      </w:r>
      <w:r>
        <w:rPr>
          <w:b w:val="false"/>
          <w:i w:val="false"/>
          <w:u w:val="none"/>
          <w:color w:val="auto"/>
        </w:rPr>
        <w:t xml:space="preserve"> [1AFK]</w:t>
      </w:r>
      <w:r>
        <w:rPr>
          <w:color w:val="auto"/>
        </w:rPr>
        <w:t xml:space="preserve">, but </w:t>
      </w:r>
      <w:r>
        <w:rPr>
          <w:color w:val="auto"/>
        </w:rPr>
        <w:t>will imitate those who through faith and patience inherit what has been promised</w:t>
      </w:r>
      <w:r>
        <w:rPr>
          <w:b w:val="false"/>
          <w:i w:val="false"/>
          <w:color w:val="auto"/>
          <w:u w:val="none"/>
        </w:rPr>
        <w:t xml:space="preserve"> [1AFL]</w:t>
      </w:r>
      <w:r>
        <w:rPr>
          <w:color w:val="auto"/>
        </w:rPr>
        <w:t>.</w:t>
      </w:r>
    </w:p>
    <w:p>
      <w:pPr>
        <w:pStyle w:val="Yellow"/>
        <w:rPr/>
      </w:pPr>
      <w:r>
        <w:rPr>
          <w:b/>
        </w:rPr>
        <w:t>Hebrews 11:1</w:t>
      </w:r>
      <w:r>
        <w:rPr/>
        <w:t xml:space="preserve"> — Now </w:t>
      </w:r>
      <w:r>
        <w:rPr>
          <w:shd w:val="clear" w:fill="B7DDE8"/>
        </w:rPr>
        <w:t>faith is the assurance of what we hope for</w:t>
      </w:r>
      <w:r>
        <w:rPr>
          <w:b w:val="false"/>
          <w:i w:val="false"/>
          <w:color w:val="000000"/>
          <w:u w:val="none"/>
        </w:rPr>
        <w:t xml:space="preserve"> [1DGU]</w:t>
      </w:r>
      <w:r>
        <w:rPr/>
        <w:t xml:space="preserve"> and </w:t>
      </w:r>
      <w:r>
        <w:rPr>
          <w:shd w:val="clear" w:fill="B7DDE8"/>
        </w:rPr>
        <w:t>the certainty of what we do not see</w:t>
      </w:r>
      <w:r>
        <w:rPr>
          <w:b w:val="false"/>
          <w:i w:val="false"/>
          <w:color w:val="000000"/>
          <w:u w:val="none"/>
        </w:rPr>
        <w:t xml:space="preserve"> [1DGV]</w:t>
      </w:r>
      <w:r>
        <w:rPr/>
        <w:t>.</w:t>
      </w:r>
    </w:p>
    <w:p>
      <w:pPr>
        <w:pStyle w:val="Yellow"/>
        <w:rPr/>
      </w:pPr>
      <w:r>
        <w:rPr>
          <w:b/>
        </w:rPr>
        <w:t>Hebrews 11:6</w:t>
      </w:r>
      <w:r>
        <w:rPr/>
        <w:t xml:space="preserve"> — And </w:t>
      </w:r>
      <w:r>
        <w:rPr>
          <w:shd w:val="clear" w:fill="B7DDE8"/>
        </w:rPr>
        <w:t>without faith it is impossible to please God</w:t>
      </w:r>
      <w:r>
        <w:rPr>
          <w:b w:val="false"/>
          <w:i w:val="false"/>
          <w:color w:val="000000"/>
          <w:u w:val="none"/>
        </w:rPr>
        <w:t xml:space="preserve"> [1DBL]</w:t>
      </w:r>
      <w:r>
        <w:rPr/>
        <w:t xml:space="preserve">, because </w:t>
      </w:r>
      <w:r>
        <w:rPr>
          <w:shd w:val="clear" w:fill="B7DDE8"/>
        </w:rPr>
        <w:t>anyone who approaches Him must believe that He exists</w:t>
      </w:r>
      <w:r>
        <w:rPr>
          <w:b w:val="false"/>
          <w:i w:val="false"/>
          <w:color w:val="000000"/>
          <w:u w:val="none"/>
        </w:rPr>
        <w:t xml:space="preserve"> [1DBM]</w:t>
      </w:r>
      <w:r>
        <w:rPr/>
        <w:t xml:space="preserve"> and that </w:t>
      </w:r>
      <w:r>
        <w:rPr>
          <w:shd w:val="clear" w:fill="B7DDE8"/>
        </w:rPr>
        <w:t>He rewards those who earnestly seek Him</w:t>
      </w:r>
      <w:r>
        <w:rPr>
          <w:b w:val="false"/>
          <w:i w:val="false"/>
          <w:color w:val="000000"/>
          <w:u w:val="none"/>
        </w:rPr>
        <w:t xml:space="preserve"> [1DBN]</w:t>
      </w:r>
      <w:r>
        <w:rPr/>
        <w:t>.</w:t>
      </w:r>
    </w:p>
    <w:p>
      <w:pPr>
        <w:pStyle w:val="Yellow"/>
        <w:rPr/>
      </w:pPr>
      <w:r>
        <w:rPr>
          <w:b/>
        </w:rPr>
        <w:t>James 2:5</w:t>
      </w:r>
      <w:r>
        <w:t xml:space="preserve"> — Listen, my beloved brothers: </w:t>
      </w:r>
      <w:r>
        <w:rPr>
          <w:shd w:fill="B7DDE8" w:val="clear"/>
        </w:rPr>
        <w:t>Has not God chosen the poor of this world to be rich in faith</w:t>
      </w:r>
      <w:r>
        <w:rPr>
          <w:b w:val="false"/>
          <w:i w:val="false"/>
          <w:color w:val="000000"/>
          <w:u w:val="none"/>
        </w:rPr>
        <w:t xml:space="preserve"> [1AFQ]</w:t>
      </w:r>
      <w:r>
        <w:t xml:space="preserve"> and </w:t>
      </w:r>
      <w:r>
        <w:rPr>
          <w:shd w:fill="B7DDE8" w:val="clear"/>
        </w:rPr>
        <w:t>to inherit the kingdom He promised those who love Him</w:t>
      </w:r>
      <w:r>
        <w:rPr>
          <w:b w:val="false"/>
          <w:i w:val="false"/>
          <w:color w:val="000000"/>
          <w:u w:val="none"/>
        </w:rPr>
        <w:t xml:space="preserve"> [1AFR]</w:t>
      </w:r>
      <w:r>
        <w:t>?</w:t>
      </w:r>
    </w:p>
    <w:p>
      <w:pPr>
        <w:pStyle w:val="Yellow"/>
        <w:rPr/>
      </w:pPr>
      <w:r>
        <w:rPr/>
        <w:t>&lt;54&gt;</w:t>
      </w:r>
      <w:r>
        <w:rPr>
          <w:b/>
        </w:rPr>
        <w:t>James 2:14</w:t>
      </w:r>
      <w:r>
        <w:rPr/>
        <w:t xml:space="preserve"> — What good is it, my brothers, </w:t>
      </w:r>
      <w:r>
        <w:rPr>
          <w:shd w:val="clear" w:fill="B7DDE8"/>
        </w:rPr>
        <w:t>if someone claims to have faith, but has no deeds</w:t>
      </w:r>
      <w:r>
        <w:rPr>
          <w:b w:val="false"/>
          <w:i w:val="false"/>
          <w:color w:val="000000"/>
          <w:u w:val="none"/>
        </w:rPr>
        <w:t xml:space="preserve"> [1DDR]</w:t>
      </w:r>
      <w:r>
        <w:rPr/>
        <w:t xml:space="preserve">? </w:t>
      </w:r>
      <w:r>
        <w:rPr>
          <w:shd w:val="clear" w:fill="B7DDE8"/>
        </w:rPr>
        <w:t>Can such faith save him</w:t>
      </w:r>
      <w:r>
        <w:rPr>
          <w:b w:val="false"/>
          <w:i w:val="false"/>
          <w:color w:val="000000"/>
          <w:u w:val="none"/>
        </w:rPr>
        <w:t xml:space="preserve"> [1DDS]</w:t>
      </w:r>
      <w:r>
        <w:rPr/>
        <w:t>?</w:t>
      </w:r>
    </w:p>
    <w:p>
      <w:pPr>
        <w:pStyle w:val="Yellow"/>
        <w:rPr/>
      </w:pPr>
      <w:r>
        <w:rPr>
          <w:u w:val="none"/>
        </w:rPr>
        <w:t>&lt;54&gt;</w:t>
      </w:r>
      <w:r>
        <w:rPr>
          <w:b/>
          <w:u w:val="none"/>
        </w:rPr>
        <w:t>James 2:17</w:t>
      </w:r>
      <w:r>
        <w:rPr>
          <w:u w:val="none"/>
        </w:rPr>
        <w:t xml:space="preserve"> — So too, </w:t>
      </w:r>
      <w:r>
        <w:rPr>
          <w:u w:val="none"/>
          <w:shd w:val="clear" w:fill="B7DDE8"/>
        </w:rPr>
        <w:t>faith by itself, if it does not result in action, is dead</w:t>
      </w:r>
      <w:r>
        <w:rPr>
          <w:b w:val="false"/>
          <w:i w:val="false"/>
          <w:color w:val="000000"/>
          <w:u w:val="none"/>
        </w:rPr>
        <w:t xml:space="preserve"> [2DDT]</w:t>
      </w:r>
      <w:r>
        <w:rPr>
          <w:u w:val="none"/>
        </w:rPr>
        <w:t>.</w:t>
      </w:r>
    </w:p>
    <w:p>
      <w:pPr>
        <w:pStyle w:val="Yellow"/>
        <w:rPr/>
      </w:pPr>
      <w:r>
        <w:rPr>
          <w:u w:val="none"/>
        </w:rPr>
        <w:t>&lt;54&gt;</w:t>
      </w:r>
      <w:r>
        <w:rPr>
          <w:b/>
          <w:u w:val="none"/>
        </w:rPr>
        <w:t>James 2:20-23</w:t>
      </w:r>
      <w:r>
        <w:rPr>
          <w:u w:val="none"/>
        </w:rPr>
        <w:t xml:space="preserve"> — O foolish man, do you want evidence that </w:t>
      </w:r>
      <w:r>
        <w:rPr>
          <w:u w:val="none"/>
          <w:shd w:fill="B7DDE8" w:val="clear"/>
        </w:rPr>
        <w:t>faith without deeds is worthless</w:t>
      </w:r>
      <w:r>
        <w:rPr>
          <w:b w:val="false"/>
          <w:i w:val="false"/>
          <w:color w:val="000000"/>
          <w:u w:val="none"/>
        </w:rPr>
        <w:t xml:space="preserve"> [1DDU]</w:t>
      </w:r>
      <w:r>
        <w:rPr>
          <w:u w:val="none"/>
        </w:rPr>
        <w:t xml:space="preserve">? Was not </w:t>
      </w:r>
      <w:r>
        <w:rPr>
          <w:u w:val="none"/>
          <w:shd w:fill="B7DDE8" w:val="clear"/>
        </w:rPr>
        <w:t>our father Abraham justified by what he did when he offered his son Isaac on the altar</w:t>
      </w:r>
      <w:r>
        <w:rPr>
          <w:b w:val="false"/>
          <w:i w:val="false"/>
          <w:color w:val="000000"/>
          <w:u w:val="none"/>
        </w:rPr>
        <w:t xml:space="preserve"> [1DDV]</w:t>
      </w:r>
      <w:r>
        <w:rPr>
          <w:u w:val="none"/>
        </w:rPr>
        <w:t xml:space="preserve">? You see that </w:t>
      </w:r>
      <w:r>
        <w:rPr>
          <w:u w:val="none"/>
          <w:shd w:fill="B7DDE8" w:val="clear"/>
        </w:rPr>
        <w:t>his faith was working with his actions</w:t>
      </w:r>
      <w:r>
        <w:rPr>
          <w:b w:val="false"/>
          <w:i w:val="false"/>
          <w:color w:val="000000"/>
          <w:u w:val="none"/>
        </w:rPr>
        <w:t xml:space="preserve"> [1DDW]</w:t>
      </w:r>
      <w:r>
        <w:rPr>
          <w:u w:val="none"/>
        </w:rPr>
        <w:t xml:space="preserve">, and </w:t>
      </w:r>
      <w:r>
        <w:rPr>
          <w:u w:val="none"/>
          <w:shd w:fill="B7DDE8" w:val="clear"/>
        </w:rPr>
        <w:t>his faith was perfected by what he did</w:t>
      </w:r>
      <w:r>
        <w:rPr>
          <w:b w:val="false"/>
          <w:i w:val="false"/>
          <w:color w:val="000000"/>
          <w:u w:val="none"/>
        </w:rPr>
        <w:t xml:space="preserve"> [1DDX]</w:t>
      </w:r>
      <w:r>
        <w:rPr>
          <w:u w:val="none"/>
        </w:rPr>
        <w:t xml:space="preserve">. And </w:t>
      </w:r>
      <w:r>
        <w:rPr>
          <w:u w:val="none"/>
          <w:shd w:fill="B7DDE8" w:val="clear"/>
        </w:rPr>
        <w:t>the Scripture was fulfilled</w:t>
      </w:r>
      <w:r>
        <w:rPr>
          <w:b w:val="false"/>
          <w:i w:val="false"/>
          <w:color w:val="000000"/>
          <w:u w:val="none"/>
        </w:rPr>
        <w:t xml:space="preserve"> [2MFU]</w:t>
      </w:r>
      <w:r>
        <w:rPr>
          <w:u w:val="none"/>
        </w:rPr>
        <w:t xml:space="preserve"> that says, “</w:t>
      </w:r>
      <w:r>
        <w:rPr>
          <w:u w:val="none"/>
          <w:shd w:fill="B7DDE8" w:val="clear"/>
        </w:rPr>
        <w:t>Abraham believed God</w:t>
      </w:r>
      <w:r>
        <w:rPr>
          <w:b w:val="false"/>
          <w:i w:val="false"/>
          <w:color w:val="000000"/>
          <w:u w:val="none"/>
        </w:rPr>
        <w:t xml:space="preserve"> [4AHE]</w:t>
      </w:r>
      <w:r>
        <w:rPr>
          <w:u w:val="none"/>
        </w:rPr>
        <w:t xml:space="preserve">, and </w:t>
      </w:r>
      <w:r>
        <w:rPr>
          <w:u w:val="none"/>
          <w:shd w:fill="B7DDE8" w:val="clear"/>
        </w:rPr>
        <w:t>it was credited to him as righteousness</w:t>
      </w:r>
      <w:r>
        <w:rPr>
          <w:b w:val="false"/>
          <w:i w:val="false"/>
          <w:color w:val="000000"/>
          <w:u w:val="none"/>
        </w:rPr>
        <w:t xml:space="preserve"> [5AHF]</w:t>
      </w:r>
      <w:r>
        <w:rPr>
          <w:u w:val="none"/>
        </w:rPr>
        <w:t xml:space="preserve">,” and </w:t>
      </w:r>
      <w:r>
        <w:rPr>
          <w:u w:val="none"/>
          <w:shd w:fill="B7DDE8" w:val="clear"/>
        </w:rPr>
        <w:t>he was called a friend of God</w:t>
      </w:r>
      <w:r>
        <w:rPr>
          <w:b w:val="false"/>
          <w:i w:val="false"/>
          <w:color w:val="000000"/>
          <w:u w:val="none"/>
        </w:rPr>
        <w:t xml:space="preserve"> [3AHG]</w:t>
      </w:r>
      <w:r>
        <w:rPr>
          <w:u w:val="none"/>
        </w:rPr>
        <w:t>.</w:t>
      </w:r>
    </w:p>
    <w:p>
      <w:pPr>
        <w:pStyle w:val="Yellow"/>
        <w:rPr/>
      </w:pPr>
      <w:r>
        <w:rPr/>
        <w:t>&lt;54&gt;</w:t>
      </w:r>
      <w:r>
        <w:rPr>
          <w:b/>
        </w:rPr>
        <w:t>James 2:24</w:t>
      </w:r>
      <w:r>
        <w:rPr/>
        <w:t xml:space="preserve"> — As you can see, </w:t>
      </w:r>
      <w:r>
        <w:rPr>
          <w:shd w:val="clear" w:fill="B7DDE8"/>
        </w:rPr>
        <w:t>a man is justified by his deeds and not by faith alone</w:t>
      </w:r>
      <w:r>
        <w:rPr>
          <w:b w:val="false"/>
          <w:i w:val="false"/>
          <w:color w:val="000000"/>
          <w:u w:val="none"/>
        </w:rPr>
        <w:t xml:space="preserve"> [1DDY]</w:t>
      </w:r>
      <w:r>
        <w:rPr/>
        <w:t>.</w:t>
      </w:r>
    </w:p>
    <w:p>
      <w:pPr>
        <w:pStyle w:val="Yellow"/>
        <w:rPr/>
      </w:pPr>
      <w:r>
        <w:rPr>
          <w:u w:val="none"/>
        </w:rPr>
        <w:t>&lt;54&gt;</w:t>
      </w:r>
      <w:r>
        <w:rPr>
          <w:b/>
          <w:u w:val="none"/>
        </w:rPr>
        <w:t>James 2:26</w:t>
      </w:r>
      <w:r>
        <w:rPr>
          <w:u w:val="none"/>
        </w:rPr>
        <w:t xml:space="preserve"> — As </w:t>
      </w:r>
      <w:r>
        <w:rPr>
          <w:u w:val="none"/>
          <w:shd w:val="clear" w:fill="B7DDE8"/>
        </w:rPr>
        <w:t>the body without the spirit is dead</w:t>
      </w:r>
      <w:r>
        <w:rPr>
          <w:b w:val="false"/>
          <w:i w:val="false"/>
          <w:color w:val="000000"/>
          <w:u w:val="none"/>
        </w:rPr>
        <w:t xml:space="preserve"> [1DDZ]</w:t>
      </w:r>
      <w:r>
        <w:rPr>
          <w:u w:val="none"/>
        </w:rPr>
        <w:t xml:space="preserve">, so </w:t>
      </w:r>
      <w:r>
        <w:rPr>
          <w:u w:val="none"/>
          <w:shd w:val="clear" w:fill="B7DDE8"/>
        </w:rPr>
        <w:t>faith without deeds is dead</w:t>
      </w:r>
      <w:r>
        <w:rPr>
          <w:b w:val="false"/>
          <w:i w:val="false"/>
          <w:color w:val="000000"/>
          <w:u w:val="none"/>
        </w:rPr>
        <w:t xml:space="preserve"> [2DDT]</w:t>
      </w:r>
      <w:r>
        <w:rPr>
          <w:u w:val="none"/>
        </w:rPr>
        <w:t>.</w:t>
      </w:r>
    </w:p>
    <w:p>
      <w:pPr>
        <w:pStyle w:val="Yellow"/>
        <w:rPr/>
      </w:pPr>
      <w:r>
        <w:rPr>
          <w:u w:val="none"/>
        </w:rPr>
        <w:t xml:space="preserve">(1Pe1:19 “Christ”) </w:t>
      </w:r>
      <w:r>
        <w:rPr>
          <w:b/>
          <w:u w:val="none"/>
        </w:rPr>
        <w:t>1 Peter 1:21</w:t>
      </w:r>
      <w:r>
        <w:rPr>
          <w:u w:val="none"/>
        </w:rPr>
        <w:t xml:space="preserve"> — </w:t>
      </w:r>
      <w:r>
        <w:rPr>
          <w:u w:val="none"/>
          <w:shd w:fill="B7DDE8" w:val="clear"/>
        </w:rPr>
        <w:t>Through {Him} you believe in God</w:t>
      </w:r>
      <w:r>
        <w:rPr>
          <w:b w:val="false"/>
          <w:i w:val="false"/>
          <w:color w:val="000000"/>
          <w:u w:val="none"/>
        </w:rPr>
        <w:t xml:space="preserve"> [1EUW]</w:t>
      </w:r>
      <w:r>
        <w:rPr>
          <w:u w:val="none"/>
        </w:rPr>
        <w:t xml:space="preserve">, </w:t>
      </w:r>
      <w:r>
        <w:rPr>
          <w:u w:val="none"/>
          <w:shd w:fill="B7DDE8" w:val="clear"/>
        </w:rPr>
        <w:t>who raised Him from the dead</w:t>
      </w:r>
      <w:r>
        <w:rPr>
          <w:b w:val="false"/>
          <w:i w:val="false"/>
          <w:color w:val="000000"/>
          <w:u w:val="none"/>
        </w:rPr>
        <w:t xml:space="preserve"> [5MHB]</w:t>
      </w:r>
      <w:r>
        <w:rPr>
          <w:u w:val="none"/>
        </w:rPr>
        <w:t xml:space="preserve"> and </w:t>
      </w:r>
      <w:r>
        <w:rPr>
          <w:u w:val="none"/>
          <w:shd w:fill="B7DDE8" w:val="clear"/>
        </w:rPr>
        <w:t>glorified Him</w:t>
      </w:r>
      <w:r>
        <w:rPr>
          <w:b w:val="false"/>
          <w:i w:val="false"/>
          <w:color w:val="000000"/>
          <w:u w:val="none"/>
        </w:rPr>
        <w:t xml:space="preserve"> [1EUX]</w:t>
      </w:r>
      <w:r>
        <w:rPr>
          <w:u w:val="none"/>
        </w:rPr>
        <w:t xml:space="preserve">; and so </w:t>
      </w:r>
      <w:r>
        <w:rPr>
          <w:u w:val="none"/>
          <w:shd w:fill="B7DDE8" w:val="clear"/>
        </w:rPr>
        <w:t>your faith and hope are in God</w:t>
      </w:r>
      <w:r>
        <w:rPr>
          <w:b w:val="false"/>
          <w:i w:val="false"/>
          <w:color w:val="000000"/>
          <w:u w:val="none"/>
        </w:rPr>
        <w:t xml:space="preserve"> [1EUY]</w:t>
      </w:r>
      <w:r>
        <w:rPr>
          <w:u w:val="none"/>
        </w:rPr>
        <w:t>.</w:t>
      </w:r>
    </w:p>
    <w:p>
      <w:pPr>
        <w:pStyle w:val="Yellow"/>
        <w:rPr/>
      </w:pPr>
      <w:r>
        <w:rPr>
          <w:shd w:val="clear" w:color="auto" w:fill="548235"/>
          <w:color w:val="FFFFFF"/>
        </w:rPr>
        <w:t xml:space="preserve">(1Pe2:21 “Christ”) </w:t>
      </w:r>
      <w:r>
        <w:rPr>
          <w:b/>
          <w:shd w:val="clear" w:color="auto" w:fill="548235"/>
          <w:color w:val="FFFFFF"/>
        </w:rPr>
        <w:t>1 Peter 2:6</w:t>
      </w:r>
      <w:r>
        <w:rPr>
          <w:shd w:val="clear" w:color="auto" w:fill="548235"/>
          <w:color w:val="FFFFFF"/>
        </w:rPr>
        <w:t xml:space="preserve"> — For it stands in Scripture: “See, </w:t>
      </w:r>
      <w:r>
        <w:rPr>
          <w:shd w:fill="548235" w:val="clear" w:color="auto"/>
          <w:color w:val="FFFFFF"/>
        </w:rPr>
        <w:t>I lay in Zion a {stone}, a chosen and precious cornerstone</w:t>
      </w:r>
      <w:r>
        <w:rPr>
          <w:b w:val="false"/>
          <w:i w:val="false"/>
          <w:color w:val="FFFFFF"/>
          <w:u w:val="none"/>
          <w:shd w:val="clear" w:color="auto" w:fill="548235"/>
        </w:rPr>
        <w:t xml:space="preserve"> [1AAC]</w:t>
      </w:r>
      <w:r>
        <w:rPr>
          <w:shd w:val="clear" w:color="auto" w:fill="548235"/>
          <w:color w:val="FFFFFF"/>
        </w:rPr>
        <w:t xml:space="preserve">; and </w:t>
      </w:r>
      <w:r>
        <w:rPr>
          <w:color w:val="auto"/>
          <w:shd w:val="clear" w:color="auto" w:fill="D9C3E6"/>
        </w:rPr>
        <w:t xml:space="preserve">the one who </w:t>
      </w:r>
      <w:r>
        <w:rPr>
          <w:color w:val="auto"/>
          <w:shd w:val="clear" w:color="auto" w:fill="D9C3E6"/>
        </w:rPr>
        <w:t>believes</w:t>
      </w:r>
      <w:r>
        <w:rPr>
          <w:color w:val="auto"/>
          <w:shd w:val="clear" w:color="auto" w:fill="D9C3E6"/>
        </w:rPr>
        <w:t xml:space="preserve"> in Him will never be put to shame</w:t>
      </w:r>
      <w:r>
        <w:rPr>
          <w:b w:val="false"/>
          <w:i w:val="false"/>
          <w:color w:val="FFFFFF"/>
          <w:u w:val="none"/>
          <w:shd w:val="clear" w:color="auto" w:fill="548235"/>
        </w:rPr>
        <w:t xml:space="preserve"> [3AAD]</w:t>
      </w:r>
      <w:r>
        <w:rPr>
          <w:color w:val="auto"/>
          <w:shd w:val="clear" w:color="auto" w:fill="D9C3E6"/>
        </w:rPr>
        <w:t>.”</w:t>
      </w:r>
    </w:p>
    <w:p>
      <w:pPr>
        <w:pStyle w:val="Yellow"/>
        <w:rPr/>
      </w:pPr>
      <w:r>
        <w:rPr/>
        <w:t xml:space="preserve">(1Pe5:6 “God”) </w:t>
      </w:r>
      <w:r>
        <w:rPr>
          <w:b/>
        </w:rPr>
        <w:t xml:space="preserve">1 Peter 5:7</w:t>
      </w:r>
      <w:r>
        <w:rPr/>
        <w:t xml:space="preserve"> — </w:t>
      </w:r>
      <w:r>
        <w:rPr>
          <w:shd w:fill="F4B183" w:val="clear" w:color="auto"/>
          <w:color w:val="000000"/>
        </w:rPr>
        <w:t xml:space="preserve">Cast all your anxiety on {Him}</w:t>
      </w:r>
      <w:r>
        <w:rPr>
          <w:b w:val="false"/>
          <w:i w:val="false"/>
          <w:color w:val="000000"/>
          <w:u w:val="none"/>
          <w:shd w:val="clear" w:color="auto" w:fill="F4B183"/>
        </w:rPr>
        <w:t xml:space="preserve"> [2FFS]</w:t>
      </w:r>
      <w:r>
        <w:rPr/>
        <w:t xml:space="preserve">, because </w:t>
      </w:r>
      <w:r>
        <w:rPr>
          <w:shd w:fill="B7DDE8" w:val="clear"/>
        </w:rPr>
        <w:t xml:space="preserve">He cares for you</w:t>
      </w:r>
      <w:r>
        <w:rPr>
          <w:b w:val="false"/>
          <w:i w:val="false"/>
          <w:color w:val="000000"/>
          <w:u w:val="none"/>
        </w:rPr>
        <w:t xml:space="preserve"> [1LDF]</w:t>
      </w:r>
      <w:r>
        <w:rPr/>
        <w:t xml:space="preserve">.</w:t>
      </w:r>
    </w:p>
    <w:p>
      <w:pPr>
        <w:pStyle w:val="Yellow"/>
        <w:rPr/>
      </w:pPr>
      <w:r>
        <w:rPr>
          <w:b/>
        </w:rPr>
        <w:t>1 John 5:4</w:t>
      </w:r>
      <w:r>
        <w:rPr/>
        <w:t xml:space="preserve"> — And </w:t>
      </w:r>
      <w:r>
        <w:rPr>
          <w:shd w:val="clear" w:fill="B7DDE8"/>
        </w:rPr>
        <w:t>this is the victory that has overcome the world: our faith</w:t>
      </w:r>
      <w:r>
        <w:rPr>
          <w:b w:val="false"/>
          <w:i w:val="false"/>
          <w:color w:val="000000"/>
          <w:u w:val="none"/>
        </w:rPr>
        <w:t xml:space="preserve"> [1DTU]</w:t>
      </w:r>
      <w:r>
        <w:rPr/>
        <w:t>.</w:t>
      </w:r>
    </w:p>
    <w:p>
      <w:r>
        <w:rPr>
          <w:b/>
          <w:sz w:val="32"/>
        </w:rPr>
        <w:t>Hope  (32)</w:t>
      </w:r>
    </w:p>
    <w:p>
      <w:pPr>
        <w:pStyle w:val="Yellow"/>
        <w:rPr/>
        <w:pBdr>
          <w:left w:val="single" w:sz="28" w:space="5" w:color="C00000"/>
        </w:pBdr>
      </w:pPr>
      <w:r>
        <w:rPr>
          <w:b/>
          <w:shd w:val="clear" w:color="auto" w:fill="548235"/>
          <w:color w:val="FFFFFF"/>
        </w:rPr>
        <w:t>Ezra 10:2</w:t>
      </w:r>
      <w:r>
        <w:rPr>
          <w:shd w:val="clear" w:color="auto" w:fill="548235"/>
          <w:color w:val="FFFFFF"/>
        </w:rPr>
        <w:t xml:space="preserve"> — “</w:t>
      </w:r>
      <w:r>
        <w:rPr>
          <w:shd w:val="clear" w:fill="548235" w:color="auto"/>
          <w:color w:val="FFFFFF"/>
        </w:rPr>
        <w:t>We have been unfaithful to our God by marrying foreign women from the people of the land</w:t>
      </w:r>
      <w:r>
        <w:rPr>
          <w:b w:val="false"/>
          <w:i w:val="false"/>
          <w:color w:val="FFFFFF"/>
          <w:u w:val="none"/>
          <w:shd w:val="clear" w:color="auto" w:fill="548235"/>
        </w:rPr>
        <w:t xml:space="preserve"> [1DGF]</w:t>
      </w:r>
      <w:r>
        <w:rPr>
          <w:shd w:val="clear" w:color="auto" w:fill="548235"/>
          <w:color w:val="FFFFFF"/>
        </w:rPr>
        <w:t xml:space="preserve">, yet </w:t>
      </w:r>
      <w:r>
        <w:rPr>
          <w:shd w:val="clear" w:fill="548235" w:color="auto"/>
          <w:color w:val="FFFFFF"/>
        </w:rPr>
        <w:t>in spite of this, there is hope for Israel</w:t>
      </w:r>
      <w:r>
        <w:rPr>
          <w:b w:val="false"/>
          <w:i w:val="false"/>
          <w:color w:val="FFFFFF"/>
          <w:u w:val="none"/>
          <w:shd w:val="clear" w:color="auto" w:fill="548235"/>
        </w:rPr>
        <w:t xml:space="preserve"> [1DGG]</w:t>
      </w:r>
      <w:r>
        <w:rPr>
          <w:shd w:val="clear" w:color="auto" w:fill="548235"/>
          <w:color w:val="FFFFFF"/>
        </w:rPr>
        <w:t>.</w:t>
      </w:r>
    </w:p>
    <w:p>
      <w:pPr>
        <w:pStyle w:val="Yellow"/>
        <w:rPr/>
      </w:pPr>
      <w:r>
        <w:rPr/>
        <w:t xml:space="preserve">(Job13:11 God) </w:t>
      </w:r>
      <w:r>
        <w:rPr>
          <w:b/>
        </w:rPr>
        <w:t xml:space="preserve">Job 13:15–16</w:t>
      </w:r>
      <w:r>
        <w:rPr/>
        <w:t xml:space="preserve"> — </w:t>
      </w:r>
      <w:r>
        <w:rPr>
          <w:shd w:fill="B7DDE8" w:val="clear"/>
        </w:rPr>
        <w:t xml:space="preserve">Though {He} slay me, I will hope in Him</w:t>
      </w:r>
      <w:r>
        <w:rPr>
          <w:b w:val="false"/>
          <w:i w:val="false"/>
          <w:color w:val="000000"/>
          <w:u w:val="none"/>
        </w:rPr>
        <w:t xml:space="preserve"> [1IXR]</w:t>
      </w:r>
      <w:r>
        <w:rPr/>
        <w:t xml:space="preserve">.</w:t>
      </w:r>
    </w:p>
    <w:p>
      <w:pPr>
        <w:pStyle w:val="Yellow"/>
        <w:rPr/>
      </w:pPr>
      <w:r>
        <w:rPr>
          <w:b/>
          <w:shd w:val="clear" w:color="auto" w:fill="548235"/>
          <w:color w:val="FFFFFF"/>
        </w:rPr>
        <w:t xml:space="preserve">Job 27:8</w:t>
      </w:r>
      <w:r>
        <w:rPr>
          <w:shd w:val="clear" w:color="auto" w:fill="548235"/>
          <w:color w:val="FFFFFF"/>
        </w:rPr>
        <w:t xml:space="preserve"> — </w:t>
      </w:r>
      <w:r>
        <w:rPr>
          <w:shd w:fill="548235" w:val="clear" w:color="auto"/>
          <w:color w:val="FFFFFF"/>
        </w:rPr>
        <w:t xml:space="preserve">What is the hope of the godless when he is cut off, when God takes away his life</w:t>
      </w:r>
      <w:r>
        <w:rPr>
          <w:b w:val="false"/>
          <w:i w:val="false"/>
          <w:color w:val="FFFFFF"/>
          <w:u w:val="none"/>
          <w:shd w:val="clear" w:color="auto" w:fill="548235"/>
        </w:rPr>
        <w:t xml:space="preserve"> [1JLY]</w:t>
      </w:r>
      <w:r>
        <w:rPr>
          <w:shd w:val="clear" w:color="auto" w:fill="548235"/>
          <w:color w:val="FFFFFF"/>
        </w:rPr>
        <w:t xml:space="preserve">?</w:t>
      </w:r>
    </w:p>
    <w:p>
      <w:pPr>
        <w:pStyle w:val="Yellow"/>
        <w:rPr/>
        <w:pBdr>
          <w:left w:val="single" w:sz="28" w:space="5" w:color="C00000"/>
        </w:pBdr>
      </w:pPr>
      <w:r>
        <w:rPr>
          <w:b/>
        </w:rPr>
        <w:t>Psalm 9:18</w:t>
      </w:r>
      <w:r>
        <w:rPr/>
        <w:t xml:space="preserve"> — </w:t>
      </w:r>
      <w:r>
        <w:rPr>
          <w:shd w:val="clear" w:fill="B7DDE8"/>
        </w:rPr>
        <w:t>the needy will not always be forgotten</w:t>
      </w:r>
      <w:r>
        <w:rPr>
          <w:b w:val="false"/>
          <w:i w:val="false"/>
          <w:color w:val="000000"/>
          <w:u w:val="none"/>
        </w:rPr>
        <w:t xml:space="preserve"> [1DGN]</w:t>
      </w:r>
      <w:r>
        <w:rPr/>
        <w:t xml:space="preserve">; </w:t>
      </w:r>
      <w:r>
        <w:rPr>
          <w:shd w:val="clear" w:fill="B7DDE8"/>
        </w:rPr>
        <w:t>nor the hope of the oppressed forever dashed</w:t>
      </w:r>
      <w:r>
        <w:rPr>
          <w:b w:val="false"/>
          <w:i w:val="false"/>
          <w:u w:val="none"/>
          <w:color w:val="000000"/>
        </w:rPr>
        <w:t xml:space="preserve"> [1DGO]</w:t>
      </w:r>
      <w:r>
        <w:rPr/>
        <w:t>.</w:t>
      </w:r>
    </w:p>
    <w:p>
      <w:pPr>
        <w:pStyle w:val="Yellow"/>
        <w:rPr/>
      </w:pPr>
      <w:r>
        <w:rPr>
          <w:b/>
        </w:rPr>
        <w:t xml:space="preserve">Psalm 33:18–19</w:t>
      </w:r>
      <w:r>
        <w:rPr/>
        <w:t xml:space="preserve"> — Surely </w:t>
      </w:r>
      <w:r>
        <w:rPr>
          <w:shd w:fill="B7DDE8" w:val="clear"/>
        </w:rPr>
        <w:t xml:space="preserve">the eyes of the LORD are on those who fear Him</w:t>
      </w:r>
      <w:r>
        <w:rPr>
          <w:shd w:fill="B7DDE8" w:val="clear"/>
        </w:rPr>
        <w:t xml:space="preserve">, on those whose hope is in His loving devotion</w:t>
      </w:r>
      <w:r>
        <w:rPr>
          <w:b w:val="false"/>
          <w:i w:val="false"/>
          <w:color w:val="000000"/>
          <w:u w:val="none"/>
        </w:rPr>
        <w:t xml:space="preserve"> [1IXO]</w:t>
      </w:r>
      <w:r>
        <w:rPr/>
        <w:t xml:space="preserve"> </w:t>
      </w:r>
      <w:r>
        <w:rPr>
          <w:shd w:fill="B7DDE8" w:val="clear"/>
        </w:rPr>
        <w:t xml:space="preserve">to deliver them from death</w:t>
      </w:r>
      <w:r>
        <w:rPr>
          <w:b w:val="false"/>
          <w:i w:val="false"/>
          <w:color w:val="000000"/>
          <w:u w:val="none"/>
        </w:rPr>
        <w:t xml:space="preserve"> [1IXP]</w:t>
      </w:r>
      <w:r>
        <w:rPr/>
        <w:t xml:space="preserve"> and </w:t>
      </w:r>
      <w:r>
        <w:rPr>
          <w:shd w:fill="B7DDE8" w:val="clear"/>
        </w:rPr>
        <w:t xml:space="preserve">keep them alive in famine</w:t>
      </w:r>
      <w:r>
        <w:rPr>
          <w:b w:val="false"/>
          <w:i w:val="false"/>
          <w:color w:val="000000"/>
          <w:u w:val="none"/>
        </w:rPr>
        <w:t xml:space="preserve"> [1IXQ]</w:t>
      </w:r>
      <w:r>
        <w:rPr/>
        <w:t xml:space="preserve">.</w:t>
      </w:r>
    </w:p>
    <w:p>
      <w:pPr>
        <w:pStyle w:val="Yellow"/>
        <w:rPr/>
      </w:pPr>
      <w:r>
        <w:rPr>
          <w:b/>
        </w:rPr>
        <w:t>Psalm 33:20</w:t>
      </w:r>
      <w:r>
        <w:rPr/>
        <w:t xml:space="preserve"> — </w:t>
      </w:r>
      <w:r>
        <w:rPr>
          <w:shd w:val="clear" w:fill="B7DDE8"/>
        </w:rPr>
        <w:t>Our soul waits for the LORD</w:t>
      </w:r>
      <w:r>
        <w:rPr>
          <w:b w:val="false"/>
          <w:i w:val="false"/>
          <w:color w:val="000000"/>
          <w:u w:val="none"/>
        </w:rPr>
        <w:t xml:space="preserve"> [1DWY]</w:t>
      </w:r>
      <w:r>
        <w:rPr/>
        <w:t xml:space="preserve">; </w:t>
      </w:r>
      <w:r>
        <w:rPr>
          <w:color w:val="000000"/>
        </w:rPr>
        <w:t>He is our help</w:t>
      </w:r>
      <w:r>
        <w:rPr>
          <w:b w:val="false"/>
          <w:i w:val="false"/>
          <w:color w:val="000000"/>
          <w:u w:val="none"/>
        </w:rPr>
        <w:t xml:space="preserve"> [1DWZ]</w:t>
      </w:r>
      <w:r>
        <w:rPr/>
        <w:t xml:space="preserve"> and </w:t>
      </w:r>
      <w:r>
        <w:rPr>
          <w:color w:val="000000"/>
        </w:rPr>
        <w:t>our shield</w:t>
      </w:r>
      <w:r>
        <w:rPr>
          <w:b w:val="false"/>
          <w:i w:val="false"/>
          <w:color w:val="000000"/>
          <w:u w:val="none"/>
        </w:rPr>
        <w:t xml:space="preserve"> [7CUW]</w:t>
      </w:r>
      <w:r>
        <w:rPr/>
        <w:t>.</w:t>
      </w:r>
    </w:p>
    <w:p>
      <w:pPr>
        <w:pStyle w:val="Yellow"/>
        <w:rPr/>
      </w:pPr>
      <w:r>
        <w:rPr>
          <w:b/>
        </w:rPr>
        <w:t>Psalm 38:15</w:t>
      </w:r>
      <w:r>
        <w:rPr/>
        <w:t xml:space="preserve"> — </w:t>
      </w:r>
      <w:r>
        <w:rPr>
          <w:shd w:fill="548235" w:val="clear" w:color="auto"/>
          <w:color w:val="FFFFFF"/>
        </w:rPr>
        <w:t>I wait for You, O LORD</w:t>
      </w:r>
      <w:r>
        <w:rPr>
          <w:b w:val="false"/>
          <w:i w:val="false"/>
          <w:color w:val="FFFFFF"/>
          <w:u w:val="none"/>
          <w:shd w:val="clear" w:color="auto" w:fill="548235"/>
        </w:rPr>
        <w:t xml:space="preserve"> [1LZG]</w:t>
      </w:r>
      <w:r>
        <w:rPr>
          <w:shd w:val="clear" w:color="auto" w:fill="548235"/>
          <w:color w:val="FFFFFF"/>
        </w:rPr>
        <w:t xml:space="preserve">; </w:t>
      </w:r>
      <w:r>
        <w:rPr>
          <w:shd w:val="clear" w:color="auto" w:fill="D9C3E6"/>
        </w:rPr>
        <w:t>You will answer, O Lord my God</w:t>
      </w:r>
      <w:r>
        <w:rPr>
          <w:b w:val="false"/>
          <w:i w:val="false"/>
          <w:color w:val="000000"/>
          <w:u w:val="none"/>
        </w:rPr>
        <w:t xml:space="preserve"> [6GWU]</w:t>
      </w:r>
      <w:r>
        <w:rPr>
          <w:shd w:val="clear" w:color="auto" w:fill="D9C3E6"/>
        </w:rPr>
        <w:t>.</w:t>
      </w:r>
    </w:p>
    <w:p>
      <w:pPr>
        <w:pStyle w:val="Yellow"/>
        <w:rPr/>
      </w:pPr>
      <w:r>
        <w:rPr>
          <w:b/>
        </w:rPr>
        <w:t>Psalm 40:1</w:t>
      </w:r>
      <w:r>
        <w:rPr/>
        <w:t xml:space="preserve"> — </w:t>
      </w:r>
      <w:r>
        <w:rPr>
          <w:shd w:val="clear" w:fill="B7DDE8"/>
        </w:rPr>
        <w:t>I waited patiently for the LORD</w:t>
      </w:r>
      <w:r>
        <w:rPr>
          <w:b w:val="false"/>
          <w:i w:val="false"/>
          <w:color w:val="000000"/>
          <w:u w:val="none"/>
        </w:rPr>
        <w:t xml:space="preserve"> [1CQS]</w:t>
      </w:r>
      <w:r>
        <w:rPr/>
        <w:t xml:space="preserve">; </w:t>
      </w:r>
      <w:r>
        <w:rPr>
          <w:shd w:val="clear" w:fill="B7DDE8"/>
        </w:rPr>
        <w:t>He inclined to me</w:t>
      </w:r>
      <w:r>
        <w:rPr>
          <w:b w:val="false"/>
          <w:i w:val="false"/>
          <w:color w:val="000000"/>
          <w:u w:val="none"/>
        </w:rPr>
        <w:t xml:space="preserve"> [2CQT]</w:t>
      </w:r>
      <w:r>
        <w:rPr/>
        <w:t xml:space="preserve"> and </w:t>
      </w:r>
      <w:r>
        <w:rPr>
          <w:shd w:val="clear" w:fill="B7DDE8"/>
        </w:rPr>
        <w:t>heard my cry</w:t>
      </w:r>
      <w:r>
        <w:rPr>
          <w:b w:val="false"/>
          <w:i w:val="false"/>
          <w:color w:val="000000"/>
          <w:u w:val="none"/>
        </w:rPr>
        <w:t xml:space="preserve"> [13CNM]</w:t>
      </w:r>
      <w:r>
        <w:rPr/>
        <w:t>.</w:t>
      </w:r>
    </w:p>
    <w:p>
      <w:pPr>
        <w:pStyle w:val="Yellow"/>
        <w:rPr/>
      </w:pPr>
      <w:r>
        <w:rPr>
          <w:b/>
          <w:u w:val="none"/>
        </w:rPr>
        <w:t>Psalm 42:5</w:t>
      </w:r>
      <w:r>
        <w:rPr>
          <w:u w:val="none"/>
        </w:rPr>
        <w:t xml:space="preserve"> — </w:t>
      </w:r>
      <w:r>
        <w:rPr>
          <w:u w:val="none"/>
          <w:shd w:val="clear" w:fill="B7DDE8"/>
        </w:rPr>
        <w:t>Put your hope in God</w:t>
      </w:r>
      <w:r>
        <w:rPr>
          <w:b w:val="false"/>
          <w:i w:val="false"/>
          <w:color w:val="000000"/>
          <w:u w:val="none"/>
        </w:rPr>
        <w:t xml:space="preserve"> [2BYQ]</w:t>
      </w:r>
      <w:r>
        <w:rPr>
          <w:u w:val="none"/>
        </w:rPr>
        <w:t xml:space="preserve">, for </w:t>
      </w:r>
      <w:r>
        <w:rPr>
          <w:u w:val="none"/>
          <w:color w:val="000000"/>
        </w:rPr>
        <w:t>I will yet praise Him</w:t>
      </w:r>
      <w:r>
        <w:rPr>
          <w:b w:val="false"/>
          <w:i w:val="false"/>
          <w:color w:val="000000"/>
          <w:u w:val="none"/>
        </w:rPr>
        <w:t xml:space="preserve"> [2BYR]</w:t>
      </w:r>
      <w:r>
        <w:rPr>
          <w:u w:val="none"/>
          <w:color w:val="000000"/>
        </w:rPr>
        <w:t xml:space="preserve"> for the salvation of His presence</w:t>
      </w:r>
      <w:r>
        <w:rPr>
          <w:b w:val="false"/>
          <w:i w:val="false"/>
          <w:color w:val="000000"/>
          <w:u w:val="none"/>
        </w:rPr>
        <w:t xml:space="preserve"> [1BYS]</w:t>
      </w:r>
      <w:r>
        <w:rPr>
          <w:u w:val="none"/>
        </w:rPr>
        <w:t>.</w:t>
      </w:r>
    </w:p>
    <w:p>
      <w:pPr>
        <w:pStyle w:val="Yellow"/>
        <w:rPr/>
      </w:pPr>
      <w:r>
        <w:rPr>
          <w:b/>
        </w:rPr>
        <w:t>Psalm 71:5</w:t>
      </w:r>
      <w:r>
        <w:rPr/>
        <w:t xml:space="preserve"> — </w:t>
      </w:r>
      <w:r>
        <w:rPr>
          <w:shd w:val="clear" w:fill="F4B183" w:color="auto"/>
          <w:color w:val="000000"/>
        </w:rPr>
        <w:t>You are my hope, O Lord GOD</w:t>
      </w:r>
      <w:r>
        <w:rPr>
          <w:b w:val="false"/>
          <w:i w:val="false"/>
          <w:color w:val="000000"/>
          <w:u w:val="none"/>
          <w:shd w:val="clear" w:color="auto" w:fill="F4B183"/>
        </w:rPr>
        <w:t xml:space="preserve"> [1DGR]</w:t>
      </w:r>
      <w:r>
        <w:rPr/>
        <w:t xml:space="preserve">, </w:t>
      </w:r>
      <w:r>
        <w:rPr>
          <w:shd w:val="clear" w:fill="B7DDE8"/>
        </w:rPr>
        <w:t>my confidence from my youth</w:t>
      </w:r>
      <w:r>
        <w:rPr>
          <w:b w:val="false"/>
          <w:i w:val="false"/>
          <w:color w:val="000000"/>
          <w:u w:val="none"/>
        </w:rPr>
        <w:t xml:space="preserve"> [1DGS]</w:t>
      </w:r>
      <w:r>
        <w:rPr/>
        <w:t>.</w:t>
      </w:r>
    </w:p>
    <w:p>
      <w:pPr>
        <w:pStyle w:val="Yellow"/>
        <w:rPr/>
      </w:pPr>
      <w:r>
        <w:rPr>
          <w:b/>
          <w:color w:val="auto"/>
        </w:rPr>
        <w:t>Psalm 119:49</w:t>
      </w:r>
      <w:r>
        <w:rPr>
          <w:color w:val="auto"/>
        </w:rPr>
        <w:t xml:space="preserve"> — </w:t>
      </w:r>
      <w:r>
        <w:rPr>
          <w:color w:val="auto"/>
        </w:rPr>
        <w:t>You have given me hope</w:t>
      </w:r>
      <w:r>
        <w:rPr>
          <w:b w:val="false"/>
          <w:i w:val="false"/>
          <w:color w:val="auto"/>
          <w:u w:val="none"/>
        </w:rPr>
        <w:t xml:space="preserve"> [1DGT]</w:t>
      </w:r>
      <w:r>
        <w:rPr>
          <w:color w:val="auto"/>
        </w:rPr>
        <w:t>.</w:t>
      </w:r>
    </w:p>
    <w:p>
      <w:pPr>
        <w:pStyle w:val="Yellow"/>
        <w:rPr/>
      </w:pPr>
      <w:r>
        <w:rPr>
          <w:b/>
        </w:rPr>
        <w:t>Psalm 119:114</w:t>
      </w:r>
      <w:r>
        <w:rPr/>
        <w:t xml:space="preserve"> — </w:t>
      </w:r>
      <w:r>
        <w:rPr/>
        <w:t>You are my hiding place</w:t>
      </w:r>
      <w:r>
        <w:rPr>
          <w:b w:val="false"/>
          <w:i w:val="false"/>
          <w:color w:val="000000"/>
          <w:u w:val="none"/>
        </w:rPr>
        <w:t xml:space="preserve"> [2CVF]</w:t>
      </w:r>
      <w:r>
        <w:rPr/>
        <w:t xml:space="preserve"> and </w:t>
      </w:r>
      <w:r>
        <w:rPr/>
        <w:t>my shield</w:t>
      </w:r>
      <w:r>
        <w:rPr>
          <w:b w:val="false"/>
          <w:i w:val="false"/>
          <w:u w:val="none"/>
          <w:color w:val="000000"/>
        </w:rPr>
        <w:t xml:space="preserve"> [7CUW]</w:t>
      </w:r>
      <w:r>
        <w:rPr/>
        <w:t xml:space="preserve">; </w:t>
      </w:r>
      <w:r>
        <w:rPr>
          <w:shd w:val="clear" w:fill="B7DDE8"/>
        </w:rPr>
        <w:t>I put my hope in Your word</w:t>
      </w:r>
      <w:r>
        <w:rPr>
          <w:b w:val="false"/>
          <w:i w:val="false"/>
          <w:color w:val="000000"/>
          <w:u w:val="none"/>
        </w:rPr>
        <w:t xml:space="preserve"> [1CVG]</w:t>
      </w:r>
      <w:r>
        <w:rPr/>
        <w:t>.</w:t>
      </w:r>
    </w:p>
    <w:p>
      <w:pPr>
        <w:pStyle w:val="Yellow"/>
        <w:rPr/>
      </w:pPr>
      <w:r>
        <w:rPr>
          <w:b/>
          <w:u w:val="none"/>
        </w:rPr>
        <w:t>Psalm 146:5–6</w:t>
      </w:r>
      <w:r>
        <w:rPr>
          <w:u w:val="none"/>
        </w:rPr>
        <w:t xml:space="preserve"> — </w:t>
      </w:r>
      <w:r>
        <w:rPr>
          <w:u w:val="none"/>
          <w:shd w:fill="B7DDE8" w:val="clear"/>
        </w:rPr>
        <w:t>Blessed is he whose help is the God of Jacob, whose hope is in the LORD his God</w:t>
      </w:r>
      <w:r>
        <w:rPr>
          <w:b w:val="false"/>
          <w:i w:val="false"/>
          <w:color w:val="000000"/>
          <w:u w:val="none"/>
        </w:rPr>
        <w:t xml:space="preserve"> [1KH]</w:t>
      </w:r>
      <w:r>
        <w:rPr>
          <w:u w:val="none"/>
        </w:rPr>
        <w:t xml:space="preserve">, </w:t>
      </w:r>
      <w:r>
        <w:rPr>
          <w:u w:val="none"/>
          <w:shd w:fill="B7DDE8" w:val="clear"/>
        </w:rPr>
        <w:t>the Maker of heaven and earth</w:t>
      </w:r>
      <w:r>
        <w:rPr>
          <w:u w:val="none"/>
          <w:shd w:fill="B7DDE8" w:val="clear"/>
        </w:rPr>
        <w:t>, the sea, and everything in them</w:t>
      </w:r>
      <w:r>
        <w:rPr>
          <w:b w:val="false"/>
          <w:i w:val="false"/>
          <w:color w:val="000000"/>
          <w:u w:val="none"/>
        </w:rPr>
        <w:t xml:space="preserve"> [3KI]</w:t>
      </w:r>
      <w:r>
        <w:rPr>
          <w:u w:val="none"/>
        </w:rPr>
        <w:t xml:space="preserve">. </w:t>
      </w:r>
      <w:r>
        <w:rPr>
          <w:u w:val="none"/>
        </w:rPr>
        <w:t>He remains faithful forever</w:t>
      </w:r>
      <w:r>
        <w:rPr>
          <w:b w:val="false"/>
          <w:i w:val="false"/>
          <w:u w:val="none"/>
          <w:color w:val="000000"/>
        </w:rPr>
        <w:t xml:space="preserve"> [4HG]</w:t>
      </w:r>
      <w:r>
        <w:rPr>
          <w:u w:val="none"/>
        </w:rPr>
        <w:t>.</w:t>
      </w:r>
    </w:p>
    <w:p>
      <w:pPr>
        <w:pStyle w:val="Yellow"/>
        <w:rPr/>
      </w:pPr>
      <w:r>
        <w:rPr>
          <w:b/>
          <w:u w:val="none"/>
        </w:rPr>
        <w:t xml:space="preserve">Proverbs 10:28</w:t>
      </w:r>
      <w:r>
        <w:rPr>
          <w:u w:val="none"/>
        </w:rPr>
        <w:t xml:space="preserve"> — </w:t>
      </w:r>
      <w:r>
        <w:rPr>
          <w:u w:val="none"/>
          <w:shd w:fill="B7DDE8" w:val="clear"/>
        </w:rPr>
        <w:t xml:space="preserve">The hope of the righteous is joy</w:t>
      </w:r>
      <w:r>
        <w:rPr>
          <w:b w:val="false"/>
          <w:i w:val="false"/>
          <w:color w:val="000000"/>
          <w:u w:val="none"/>
        </w:rPr>
        <w:t xml:space="preserve"> [1JOC]</w:t>
      </w:r>
      <w:r>
        <w:rPr>
          <w:u w:val="none"/>
        </w:rPr>
        <w:t xml:space="preserve">, but </w:t>
      </w:r>
      <w:r>
        <w:rPr>
          <w:u w:val="none"/>
          <w:shd w:fill="B7DDE8" w:val="clear"/>
        </w:rPr>
        <w:t xml:space="preserve">the expectations of </w:t>
      </w:r>
      <w:r>
        <w:rPr>
          <w:u w:val="none"/>
          <w:shd w:fill="B7DDE8" w:val="clear"/>
        </w:rPr>
        <w:t xml:space="preserve">the wicked will perish</w:t>
      </w:r>
      <w:r>
        <w:rPr>
          <w:b w:val="false"/>
          <w:i w:val="false"/>
          <w:color w:val="000000"/>
          <w:u w:val="none"/>
        </w:rPr>
        <w:t xml:space="preserve"> [1JOD]</w:t>
      </w:r>
      <w:r>
        <w:rPr>
          <w:u w:val="none"/>
        </w:rPr>
        <w:t xml:space="preserve">.</w:t>
      </w:r>
    </w:p>
    <w:p>
      <w:pPr>
        <w:pStyle w:val="Yellow"/>
        <w:rPr/>
      </w:pPr>
      <w:r>
        <w:rPr>
          <w:b/>
        </w:rPr>
        <w:t>Proverbs 11:7</w:t>
      </w:r>
      <w:r>
        <w:rPr/>
        <w:t xml:space="preserve"> — </w:t>
      </w:r>
      <w:r>
        <w:rPr>
          <w:shd w:val="clear" w:fill="B7DDE8"/>
        </w:rPr>
        <w:t>When the wicked man dies, his hope perishes</w:t>
      </w:r>
      <w:r>
        <w:rPr>
          <w:b w:val="false"/>
          <w:i w:val="false"/>
          <w:color w:val="000000"/>
          <w:u w:val="none"/>
        </w:rPr>
        <w:t xml:space="preserve"> [1DGP]</w:t>
      </w:r>
      <w:r>
        <w:rPr/>
        <w:t xml:space="preserve">, and </w:t>
      </w:r>
      <w:r>
        <w:rPr>
          <w:shd w:val="clear" w:fill="B7DDE8"/>
        </w:rPr>
        <w:t>the hope of his strength vanishes</w:t>
      </w:r>
      <w:r>
        <w:rPr>
          <w:b w:val="false"/>
          <w:i w:val="false"/>
          <w:color w:val="000000"/>
          <w:u w:val="none"/>
        </w:rPr>
        <w:t xml:space="preserve"> [1DGQ]</w:t>
      </w:r>
      <w:r>
        <w:rPr/>
        <w:t>.</w:t>
      </w:r>
    </w:p>
    <w:p>
      <w:pPr>
        <w:pStyle w:val="Yellow"/>
        <w:rPr/>
      </w:pPr>
      <w:r>
        <w:rPr>
          <w:b/>
        </w:rPr>
        <w:t>Proverbs 13:12</w:t>
      </w:r>
      <w:r>
        <w:t xml:space="preserve"> — </w:t>
      </w:r>
      <w:r>
        <w:rPr>
          <w:shd w:fill="B7DDE8" w:val="clear"/>
        </w:rPr>
        <w:t>Hope deferred makes the heart sick</w:t>
      </w:r>
      <w:r>
        <w:rPr>
          <w:b w:val="false"/>
          <w:i w:val="false"/>
          <w:color w:val="000000"/>
          <w:u w:val="none"/>
        </w:rPr>
        <w:t xml:space="preserve"> [1AMH]</w:t>
      </w:r>
      <w:r>
        <w:t xml:space="preserve">, but </w:t>
      </w:r>
      <w:r>
        <w:rPr>
          <w:shd w:fill="F4B183" w:val="clear" w:color="auto"/>
          <w:color w:val="000000"/>
        </w:rPr>
        <w:t>desire fulfilled is a tree of life</w:t>
      </w:r>
      <w:r>
        <w:rPr>
          <w:b w:val="false"/>
          <w:i w:val="false"/>
          <w:color w:val="000000"/>
          <w:u w:val="none"/>
          <w:shd w:val="clear" w:color="auto" w:fill="F4B183"/>
        </w:rPr>
        <w:t xml:space="preserve"> [1AMI]</w:t>
      </w:r>
      <w:r>
        <w:t>.</w:t>
      </w:r>
    </w:p>
    <w:p>
      <w:pPr>
        <w:pStyle w:val="Yellow"/>
        <w:rPr/>
      </w:pPr>
      <w:r>
        <w:rPr>
          <w:b/>
        </w:rPr>
        <w:t>Isaiah 25:9</w:t>
      </w:r>
      <w:r>
        <w:t xml:space="preserve"> — “Surely this is our God; </w:t>
      </w:r>
      <w:r>
        <w:rPr>
          <w:color w:val="auto"/>
        </w:rPr>
        <w:t>we have waited for Him, and He has saved us</w:t>
      </w:r>
      <w:r>
        <w:rPr>
          <w:b w:val="false"/>
          <w:i w:val="false"/>
          <w:color w:val="auto"/>
          <w:u w:val="none"/>
        </w:rPr>
        <w:t xml:space="preserve"> [1BTG]</w:t>
      </w:r>
      <w:r>
        <w:rPr>
          <w:color w:val="auto"/>
        </w:rPr>
        <w:t xml:space="preserve">. </w:t>
      </w:r>
      <w:r>
        <w:rPr>
          <w:color w:val="auto"/>
        </w:rPr>
        <w:t>This is the LORD for whom we have waited</w:t>
      </w:r>
      <w:r>
        <w:rPr>
          <w:b w:val="false"/>
          <w:i w:val="false"/>
          <w:color w:val="FFFFFF"/>
          <w:u w:val="none"/>
          <w:shd w:val="clear" w:color="auto" w:fill="548235"/>
        </w:rPr>
        <w:t xml:space="preserve"> [1BTH]</w:t>
      </w:r>
      <w:r>
        <w:rPr>
          <w:shd w:val="clear" w:color="auto" w:fill="548235"/>
          <w:color w:val="FFFFFF"/>
        </w:rPr>
        <w:t xml:space="preserve">. </w:t>
      </w:r>
      <w:r>
        <w:rPr/>
        <w:t>Let us rejoice and be glad in His salvation</w:t>
      </w:r>
      <w:r>
        <w:rPr>
          <w:b w:val="false"/>
          <w:i w:val="false"/>
          <w:color w:val="000000"/>
          <w:u w:val="none"/>
        </w:rPr>
        <w:t xml:space="preserve"> [2BTI]</w:t>
      </w:r>
      <w:r>
        <w:rPr/>
        <w:t>.”</w:t>
      </w:r>
    </w:p>
    <w:p>
      <w:pPr>
        <w:pStyle w:val="Yellow"/>
        <w:rPr/>
      </w:pPr>
      <w:r>
        <w:rPr>
          <w:b/>
        </w:rPr>
        <w:t>Lamentations 3:24</w:t>
      </w:r>
      <w:r>
        <w:rPr/>
        <w:t xml:space="preserve"> — “</w:t>
      </w:r>
      <w:r>
        <w:rPr>
          <w:shd w:val="clear" w:fill="B7DDE8"/>
        </w:rPr>
        <w:t>The LORD is my portion</w:t>
      </w:r>
      <w:r>
        <w:rPr>
          <w:b w:val="false"/>
          <w:i w:val="false"/>
          <w:color w:val="000000"/>
          <w:u w:val="none"/>
        </w:rPr>
        <w:t xml:space="preserve"> [3DGW]</w:t>
      </w:r>
      <w:r>
        <w:rPr/>
        <w:t xml:space="preserve">,” says my soul, “therefore </w:t>
      </w:r>
      <w:r>
        <w:rPr>
          <w:shd w:val="clear" w:fill="548235" w:color="auto"/>
          <w:color w:val="FFFFFF"/>
        </w:rPr>
        <w:t>I will hope in Him</w:t>
      </w:r>
      <w:r>
        <w:rPr>
          <w:b w:val="false"/>
          <w:i w:val="false"/>
          <w:color w:val="FFFFFF"/>
          <w:u w:val="none"/>
          <w:shd w:val="clear" w:color="auto" w:fill="548235"/>
        </w:rPr>
        <w:t xml:space="preserve"> [1DGX]</w:t>
      </w:r>
      <w:r>
        <w:rPr/>
        <w:t>.”</w:t>
      </w:r>
    </w:p>
    <w:p>
      <w:pPr>
        <w:pStyle w:val="Yellow"/>
        <w:rPr/>
      </w:pPr>
      <w:r>
        <w:rPr>
          <w:shd w:val="clear" w:color="auto" w:fill="548235"/>
          <w:color w:val="FFFFFF"/>
        </w:rPr>
        <w:t xml:space="preserve">(Mt12:18 “My Servant”) </w:t>
      </w:r>
      <w:r>
        <w:rPr>
          <w:b/>
          <w:shd w:val="clear" w:color="auto" w:fill="548235"/>
          <w:color w:val="FFFFFF"/>
        </w:rPr>
        <w:t>Matthew 12:21</w:t>
      </w:r>
      <w:r>
        <w:rPr>
          <w:shd w:val="clear" w:color="auto" w:fill="548235"/>
          <w:color w:val="FFFFFF"/>
        </w:rPr>
        <w:t xml:space="preserve"> — </w:t>
      </w:r>
      <w:r>
        <w:rPr>
          <w:shd w:val="clear" w:fill="548235" w:color="auto"/>
          <w:color w:val="FFFFFF"/>
        </w:rPr>
        <w:t>In {His} name the nations will put their hope</w:t>
      </w:r>
      <w:r>
        <w:rPr>
          <w:b w:val="false"/>
          <w:i w:val="false"/>
          <w:color w:val="FFFFFF"/>
          <w:u w:val="none"/>
          <w:shd w:val="clear" w:color="auto" w:fill="548235"/>
        </w:rPr>
        <w:t xml:space="preserve"> [1DGY]</w:t>
      </w:r>
      <w:r>
        <w:rPr>
          <w:shd w:val="clear" w:color="auto" w:fill="548235"/>
          <w:color w:val="FFFFFF"/>
        </w:rPr>
        <w:t>.”</w:t>
      </w:r>
    </w:p>
    <w:p>
      <w:pPr>
        <w:pStyle w:val="Yellow"/>
        <w:rPr/>
      </w:pPr>
      <w:r>
        <w:rPr>
          <w:b/>
        </w:rPr>
        <w:t>Romans 15:4</w:t>
      </w:r>
      <w:r>
        <w:rPr/>
        <w:t xml:space="preserve"> — For </w:t>
      </w:r>
      <w:r>
        <w:rPr>
          <w:shd w:fill="B7DDE8" w:val="clear"/>
        </w:rPr>
        <w:t>everything that was written in the past was written for our instruction</w:t>
      </w:r>
      <w:r>
        <w:rPr>
          <w:b w:val="false"/>
          <w:i w:val="false"/>
          <w:color w:val="000000"/>
          <w:u w:val="none"/>
        </w:rPr>
        <w:t xml:space="preserve"> [1ZT]</w:t>
      </w:r>
      <w:r>
        <w:rPr/>
        <w:t xml:space="preserve">, so that </w:t>
      </w:r>
      <w:r>
        <w:rPr>
          <w:shd w:fill="B7DDE8" w:val="clear"/>
        </w:rPr>
        <w:t>through endurance and the encouragement of the Scriptures, we might have hope</w:t>
      </w:r>
      <w:r>
        <w:rPr>
          <w:b w:val="false"/>
          <w:i w:val="false"/>
          <w:color w:val="000000"/>
          <w:u w:val="none"/>
        </w:rPr>
        <w:t xml:space="preserve"> [1ZU]</w:t>
      </w:r>
      <w:r>
        <w:rPr/>
        <w:t>.</w:t>
      </w:r>
    </w:p>
    <w:p>
      <w:pPr>
        <w:pStyle w:val="Yellow"/>
        <w:rPr/>
      </w:pPr>
      <w:r>
        <w:rPr>
          <w:b/>
        </w:rPr>
        <w:t>Romans 15:13</w:t>
      </w:r>
      <w:r>
        <w:t xml:space="preserve"> — Now may </w:t>
      </w:r>
      <w:r>
        <w:rPr>
          <w:shd w:fill="B7DDE8" w:val="clear"/>
        </w:rPr>
        <w:t>the God of hope</w:t>
      </w:r>
      <w:r>
        <w:rPr>
          <w:b w:val="false"/>
          <w:i w:val="false"/>
          <w:color w:val="000000"/>
          <w:u w:val="none"/>
        </w:rPr>
        <w:t xml:space="preserve"> [1BLX]</w:t>
      </w:r>
      <w:r>
        <w:t xml:space="preserve"> </w:t>
      </w:r>
      <w:r>
        <w:rPr>
          <w:shd w:fill="B7DDE8" w:val="clear"/>
        </w:rPr>
        <w:t>fill you with all joy and peace as you believe in Him</w:t>
      </w:r>
      <w:r>
        <w:rPr>
          <w:b w:val="false"/>
          <w:i w:val="false"/>
          <w:color w:val="000000"/>
          <w:u w:val="none"/>
        </w:rPr>
        <w:t xml:space="preserve"> [1BLY]</w:t>
      </w:r>
      <w:r>
        <w:t xml:space="preserve">, so that </w:t>
      </w:r>
      <w:r>
        <w:rPr>
          <w:shd w:fill="B7DDE8" w:val="clear"/>
        </w:rPr>
        <w:t>you may overflow with hope by the power of the Holy Spirit</w:t>
      </w:r>
      <w:r>
        <w:rPr>
          <w:b w:val="false"/>
          <w:i w:val="false"/>
          <w:color w:val="000000"/>
          <w:u w:val="none"/>
        </w:rPr>
        <w:t xml:space="preserve"> [1BLZ]</w:t>
      </w:r>
      <w:r>
        <w:t>.</w:t>
      </w:r>
    </w:p>
    <w:p>
      <w:pPr>
        <w:pStyle w:val="Yellow"/>
        <w:rPr/>
        <w:pBdr>
          <w:left w:val="single" w:sz="28" w:space="5" w:color="C00000"/>
        </w:pBdr>
      </w:pPr>
      <w:r>
        <w:rPr>
          <w:b/>
        </w:rPr>
        <w:t>1 Corinthians 2:9-10</w:t>
      </w:r>
      <w:r>
        <w:rPr/>
        <w:t xml:space="preserve"> — Rather, as it is written: “</w:t>
      </w:r>
      <w:r>
        <w:rPr>
          <w:shd w:val="clear" w:fill="548235" w:color="auto"/>
          <w:color w:val="FFFFFF"/>
        </w:rPr>
        <w:t>No eye has seen, no ear has heard, no heart has imagined, what God has prepared for those who love Him</w:t>
      </w:r>
      <w:r>
        <w:rPr>
          <w:b w:val="false"/>
          <w:i w:val="false"/>
          <w:color w:val="FFFFFF"/>
          <w:u w:val="none"/>
          <w:shd w:val="clear" w:color="auto" w:fill="548235"/>
        </w:rPr>
        <w:t xml:space="preserve"> [1PK]</w:t>
      </w:r>
      <w:r>
        <w:rPr/>
        <w:t xml:space="preserve">.” But </w:t>
      </w:r>
      <w:r>
        <w:rPr>
          <w:shd w:val="clear" w:fill="B7DDE8"/>
        </w:rPr>
        <w:t>God has revealed {it} to us by the Spirit</w:t>
      </w:r>
      <w:r>
        <w:rPr>
          <w:b w:val="false"/>
          <w:i w:val="false"/>
          <w:color w:val="000000"/>
          <w:u w:val="none"/>
        </w:rPr>
        <w:t xml:space="preserve"> [1PL]</w:t>
      </w:r>
      <w:r>
        <w:rPr/>
        <w:t>.</w:t>
      </w:r>
    </w:p>
    <w:p>
      <w:pPr>
        <w:pStyle w:val="Yellow"/>
        <w:rPr/>
      </w:pPr>
      <w:r>
        <w:rPr>
          <w:b/>
        </w:rPr>
        <w:t>1 Corinthians 7:31</w:t>
      </w:r>
      <w:r>
        <w:rPr/>
        <w:t xml:space="preserve"> — For </w:t>
      </w:r>
      <w:r>
        <w:rPr>
          <w:shd w:fill="B7DDE8" w:val="clear"/>
        </w:rPr>
        <w:t>this world in its present form is passing away</w:t>
      </w:r>
      <w:r>
        <w:rPr>
          <w:b w:val="false"/>
          <w:i w:val="false"/>
          <w:color w:val="000000"/>
          <w:u w:val="none"/>
        </w:rPr>
        <w:t xml:space="preserve"> [1LWJ]</w:t>
      </w:r>
      <w:r>
        <w:rPr/>
        <w:t>.</w:t>
      </w:r>
    </w:p>
    <w:p>
      <w:pPr>
        <w:pStyle w:val="Yellow"/>
        <w:rPr/>
      </w:pPr>
      <w:r>
        <w:rPr>
          <w:b/>
        </w:rPr>
        <w:t xml:space="preserve">2 Corinthians 4:18</w:t>
      </w:r>
      <w:r>
        <w:rPr/>
        <w:t xml:space="preserve"> — For </w:t>
      </w:r>
      <w:r>
        <w:rPr>
          <w:shd w:fill="B7DDE8" w:val="clear"/>
        </w:rPr>
        <w:t xml:space="preserve">what is seen is temporary</w:t>
      </w:r>
      <w:r>
        <w:rPr>
          <w:b w:val="false"/>
          <w:i w:val="false"/>
          <w:color w:val="000000"/>
          <w:u w:val="none"/>
        </w:rPr>
        <w:t xml:space="preserve"> [1LSE]</w:t>
      </w:r>
      <w:r>
        <w:rPr/>
        <w:t xml:space="preserve">, but </w:t>
      </w:r>
      <w:r>
        <w:rPr>
          <w:shd w:fill="B7DDE8" w:val="clear"/>
        </w:rPr>
        <w:t xml:space="preserve">what is unseen is eternal</w:t>
      </w:r>
      <w:r>
        <w:rPr>
          <w:b w:val="false"/>
          <w:i w:val="false"/>
          <w:color w:val="000000"/>
          <w:u w:val="none"/>
        </w:rPr>
        <w:t xml:space="preserve"> [1LSF]</w:t>
      </w:r>
      <w:r>
        <w:rPr/>
        <w:t xml:space="preserve">.</w:t>
      </w:r>
    </w:p>
    <w:p>
      <w:pPr>
        <w:pStyle w:val="Yellow"/>
        <w:rPr/>
      </w:pPr>
      <w:r>
        <w:rPr/>
        <w:t xml:space="preserve">&lt;44&gt;(Ep1:17 “God”) </w:t>
      </w:r>
      <w:r>
        <w:rPr>
          <w:b/>
        </w:rPr>
        <w:t>Ephesians 1:18-19</w:t>
      </w:r>
      <w:r>
        <w:rPr/>
        <w:t xml:space="preserve"> — I ask that </w:t>
      </w:r>
      <w:r>
        <w:rPr>
          <w:shd w:val="clear" w:fill="B7DDE8"/>
        </w:rPr>
        <w:t>the eyes of your heart may be enlightened</w:t>
      </w:r>
      <w:r>
        <w:rPr>
          <w:b w:val="false"/>
          <w:i w:val="false"/>
          <w:color w:val="000000"/>
          <w:u w:val="none"/>
        </w:rPr>
        <w:t xml:space="preserve"> [1ELX]</w:t>
      </w:r>
      <w:r>
        <w:rPr/>
        <w:t xml:space="preserve">, </w:t>
      </w:r>
      <w:r>
        <w:rPr>
          <w:shd w:val="clear" w:fill="B7DDE8"/>
        </w:rPr>
        <w:t>so that you may know the hope of His calling, the riches of His glorious inheritance in the saints, and the surpassing greatness of His power to us who believe</w:t>
      </w:r>
      <w:r>
        <w:rPr>
          <w:b w:val="false"/>
          <w:i w:val="false"/>
          <w:color w:val="000000"/>
          <w:u w:val="none"/>
        </w:rPr>
        <w:t xml:space="preserve"> [1ELY]</w:t>
      </w:r>
      <w:r>
        <w:rPr/>
        <w:t>.</w:t>
      </w:r>
    </w:p>
    <w:p>
      <w:pPr>
        <w:pStyle w:val="Yellow"/>
        <w:rPr/>
      </w:pPr>
      <w:r>
        <w:rPr>
          <w:u w:val="none"/>
        </w:rPr>
        <w:t>&lt;44&gt;</w:t>
      </w:r>
      <w:r>
        <w:rPr>
          <w:b/>
          <w:u w:val="none"/>
        </w:rPr>
        <w:t>Ephesians 1:20–21</w:t>
      </w:r>
      <w:r>
        <w:rPr>
          <w:u w:val="none"/>
          <w:shd w:fill="B7DDE8" w:val="clear"/>
        </w:rPr>
        <w:t xml:space="preserve"> </w:t>
      </w:r>
      <w:r>
        <w:rPr>
          <w:u w:val="none"/>
          <w:shd w:fill="B7DDE8" w:val="clear"/>
        </w:rPr>
        <w:t>These are in accordance with the working of His mighty strength</w:t>
      </w:r>
      <w:r>
        <w:rPr>
          <w:b w:val="false"/>
          <w:i w:val="false"/>
          <w:color w:val="000000"/>
          <w:u w:val="none"/>
        </w:rPr>
        <w:t xml:space="preserve"> [1ELZ]</w:t>
      </w:r>
      <w:r>
        <w:rPr>
          <w:u w:val="none"/>
        </w:rPr>
        <w:t xml:space="preserve">, </w:t>
      </w:r>
      <w:r>
        <w:rPr>
          <w:u w:val="none"/>
          <w:shd w:fill="B7DDE8" w:val="clear"/>
        </w:rPr>
        <w:t>which He exerted in Christ</w:t>
      </w:r>
      <w:r>
        <w:rPr>
          <w:b w:val="false"/>
          <w:i w:val="false"/>
          <w:color w:val="000000"/>
          <w:u w:val="none"/>
        </w:rPr>
        <w:t xml:space="preserve"> [1EMA]</w:t>
      </w:r>
      <w:r>
        <w:rPr>
          <w:u w:val="none"/>
        </w:rPr>
        <w:t xml:space="preserve"> when </w:t>
      </w:r>
      <w:r>
        <w:rPr>
          <w:u w:val="none"/>
          <w:shd w:fill="B7DDE8" w:val="clear"/>
        </w:rPr>
        <w:t>He raised Him from the dead</w:t>
      </w:r>
      <w:r>
        <w:rPr>
          <w:b w:val="false"/>
          <w:i w:val="false"/>
          <w:color w:val="000000"/>
          <w:u w:val="none"/>
        </w:rPr>
        <w:t xml:space="preserve"> [5MHB]</w:t>
      </w:r>
      <w:r>
        <w:rPr>
          <w:u w:val="none"/>
        </w:rPr>
        <w:t xml:space="preserve"> and </w:t>
      </w:r>
      <w:r>
        <w:rPr>
          <w:u w:val="none"/>
          <w:shd w:fill="B7DDE8" w:val="clear"/>
        </w:rPr>
        <w:t>seated Him at His right hand in the heavenly realms</w:t>
      </w:r>
      <w:r>
        <w:rPr>
          <w:b w:val="false"/>
          <w:i w:val="false"/>
          <w:u w:val="none"/>
          <w:color w:val="000000"/>
        </w:rPr>
        <w:t xml:space="preserve"> [4BCY]</w:t>
      </w:r>
      <w:r>
        <w:rPr>
          <w:u w:val="none"/>
        </w:rPr>
        <w:t xml:space="preserve">, </w:t>
      </w:r>
      <w:r>
        <w:rPr>
          <w:u w:val="none"/>
          <w:shd w:fill="B7DDE8" w:val="clear"/>
        </w:rPr>
        <w:t>far above all rule and authority, power and dominion, and every name that is named, not only in the present age but also in the one to come</w:t>
      </w:r>
      <w:r>
        <w:rPr>
          <w:b w:val="false"/>
          <w:i w:val="false"/>
          <w:u w:val="none"/>
          <w:color w:val="000000"/>
        </w:rPr>
        <w:t xml:space="preserve"> [1EMB]</w:t>
      </w:r>
      <w:r>
        <w:rPr>
          <w:u w:val="none"/>
        </w:rPr>
        <w:t>.</w:t>
      </w:r>
    </w:p>
    <w:p>
      <w:pPr>
        <w:pStyle w:val="Yellow"/>
        <w:rPr/>
      </w:pPr>
      <w:r>
        <w:rPr>
          <w:shd w:val="clear" w:color="auto" w:fill="548235"/>
          <w:color w:val="FFFFFF"/>
        </w:rPr>
        <w:t xml:space="preserve">(Cl1:26 “His saints”) </w:t>
      </w:r>
      <w:r>
        <w:rPr>
          <w:b/>
          <w:shd w:val="clear" w:color="auto" w:fill="548235"/>
          <w:color w:val="FFFFFF"/>
        </w:rPr>
        <w:t>Colossians 1:27</w:t>
      </w:r>
      <w:r>
        <w:rPr>
          <w:shd w:val="clear" w:color="auto" w:fill="548235"/>
          <w:color w:val="FFFFFF"/>
        </w:rPr>
        <w:t xml:space="preserve"> — To {them} </w:t>
      </w:r>
      <w:r>
        <w:rPr>
          <w:shd w:val="clear" w:fill="548235" w:color="auto"/>
          <w:color w:val="FFFFFF"/>
        </w:rPr>
        <w:t>God has chosen to make known among the Gentiles the glorious riches of this mystery</w:t>
      </w:r>
      <w:r>
        <w:rPr>
          <w:b w:val="false"/>
          <w:i w:val="false"/>
          <w:color w:val="FFFFFF"/>
          <w:u w:val="none"/>
          <w:shd w:val="clear" w:color="auto" w:fill="548235"/>
        </w:rPr>
        <w:t xml:space="preserve"> [1CYR]</w:t>
      </w:r>
      <w:r>
        <w:rPr>
          <w:shd w:val="clear" w:color="auto" w:fill="548235"/>
          <w:color w:val="FFFFFF"/>
        </w:rPr>
        <w:t xml:space="preserve">, which is </w:t>
      </w:r>
      <w:r>
        <w:rPr>
          <w:shd w:val="clear" w:fill="548235" w:color="auto"/>
          <w:color w:val="FFFFFF"/>
        </w:rPr>
        <w:t>Christ in you</w:t>
      </w:r>
      <w:r>
        <w:rPr>
          <w:b w:val="false"/>
          <w:i w:val="false"/>
          <w:color w:val="FFFFFF"/>
          <w:u w:val="none"/>
          <w:shd w:val="clear" w:color="auto" w:fill="548235"/>
        </w:rPr>
        <w:t xml:space="preserve"> [1CYS]</w:t>
      </w:r>
      <w:r>
        <w:rPr>
          <w:shd w:val="clear" w:color="auto" w:fill="548235"/>
          <w:color w:val="FFFFFF"/>
        </w:rPr>
        <w:t xml:space="preserve">, </w:t>
      </w:r>
      <w:r>
        <w:rPr>
          <w:shd w:val="clear" w:fill="548235" w:color="auto"/>
          <w:color w:val="FFFFFF"/>
        </w:rPr>
        <w:t>the hope of glory</w:t>
      </w:r>
      <w:r>
        <w:rPr>
          <w:b w:val="false"/>
          <w:i w:val="false"/>
          <w:color w:val="FFFFFF"/>
          <w:u w:val="none"/>
          <w:shd w:val="clear" w:color="auto" w:fill="548235"/>
        </w:rPr>
        <w:t xml:space="preserve"> [1CYT]</w:t>
      </w:r>
      <w:r>
        <w:rPr>
          <w:shd w:val="clear" w:color="auto" w:fill="548235"/>
          <w:color w:val="FFFFFF"/>
        </w:rPr>
        <w:t>.</w:t>
      </w:r>
    </w:p>
    <w:p>
      <w:pPr>
        <w:pStyle w:val="Yellow"/>
        <w:rPr/>
      </w:pPr>
      <w:r>
        <w:rPr/>
        <w:t xml:space="preserve">(2Th2:13 “God”² “saved”¹ you) </w:t>
      </w:r>
      <w:r>
        <w:rPr>
          <w:b/>
        </w:rPr>
        <w:t xml:space="preserve">2 Thessalonians 2:14</w:t>
      </w:r>
      <w:r>
        <w:rPr/>
        <w:t xml:space="preserve"> — To {this} </w:t>
      </w:r>
      <w:r>
        <w:rPr>
          <w:shd w:fill="B7DDE8" w:val="clear"/>
        </w:rPr>
        <w:t xml:space="preserve">{He} called you through our gospel</w:t>
      </w:r>
      <w:r>
        <w:rPr>
          <w:b w:val="false"/>
          <w:i w:val="false"/>
          <w:color w:val="000000"/>
          <w:u w:val="none"/>
        </w:rPr>
        <w:t xml:space="preserve"> [1GKG]</w:t>
      </w:r>
      <w:r>
        <w:rPr/>
        <w:t xml:space="preserve">, </w:t>
      </w:r>
      <w:r>
        <w:rPr>
          <w:shd w:fill="F4B183" w:val="clear" w:color="auto"/>
          <w:color w:val="000000"/>
        </w:rPr>
        <w:t xml:space="preserve">so that you may share in the glory of our Lord Jesus Christ</w:t>
      </w:r>
      <w:r>
        <w:rPr>
          <w:b w:val="false"/>
          <w:i w:val="false"/>
          <w:color w:val="000000"/>
          <w:u w:val="none"/>
          <w:shd w:val="clear" w:color="auto" w:fill="F4B183"/>
        </w:rPr>
        <w:t xml:space="preserve"> [1GKH]</w:t>
      </w:r>
      <w:r>
        <w:rPr/>
        <w:t xml:space="preserve">.</w:t>
      </w:r>
    </w:p>
    <w:p>
      <w:pPr>
        <w:pStyle w:val="Yellow"/>
        <w:rPr/>
        <w:pBdr>
          <w:left w:val="single" w:sz="28" w:space="5" w:color="C00000"/>
        </w:pBdr>
      </w:pPr>
      <w:r>
        <w:rPr>
          <w:b/>
        </w:rPr>
        <w:t>Hebrews 3:6</w:t>
      </w:r>
      <w:r>
        <w:rPr/>
        <w:t xml:space="preserve"> — But </w:t>
      </w:r>
      <w:r>
        <w:rPr>
          <w:shd w:val="clear" w:fill="B7DDE8"/>
        </w:rPr>
        <w:t>Christ is faithful as the Son over God’s house</w:t>
      </w:r>
      <w:r>
        <w:rPr>
          <w:b w:val="false"/>
          <w:i w:val="false"/>
          <w:color w:val="000000"/>
          <w:u w:val="none"/>
        </w:rPr>
        <w:t xml:space="preserve"> [1CYZ]</w:t>
      </w:r>
      <w:r>
        <w:rPr/>
        <w:t xml:space="preserve">. And </w:t>
      </w:r>
      <w:r>
        <w:rPr>
          <w:shd w:val="clear" w:fill="548235" w:color="auto"/>
          <w:color w:val="FFFFFF"/>
        </w:rPr>
        <w:t>we are His house, if we hold firmly to our confidence and the hope of which we boast</w:t>
      </w:r>
      <w:r>
        <w:rPr>
          <w:b w:val="false"/>
          <w:i w:val="false"/>
          <w:color w:val="FFFFFF"/>
          <w:u w:val="none"/>
          <w:shd w:val="clear" w:color="auto" w:fill="548235"/>
        </w:rPr>
        <w:t xml:space="preserve"> [1CZA]</w:t>
      </w:r>
      <w:r>
        <w:rPr/>
        <w:t>.</w:t>
      </w:r>
    </w:p>
    <w:p>
      <w:pPr>
        <w:pStyle w:val="Yellow"/>
        <w:rPr/>
      </w:pPr>
      <w:r>
        <w:t xml:space="preserve">(He10:16 “the Lord”) </w:t>
      </w:r>
      <w:r>
        <w:rPr>
          <w:b/>
        </w:rPr>
        <w:t>Hebrews 10:23</w:t>
      </w:r>
      <w:r>
        <w:t xml:space="preserve"> — </w:t>
      </w:r>
      <w:r>
        <w:rPr>
          <w:shd w:fill="B7DDE8" w:val="clear"/>
        </w:rPr>
        <w:t>Let us hold resolutely to the hope we profess</w:t>
      </w:r>
      <w:r>
        <w:rPr>
          <w:b w:val="false"/>
          <w:i w:val="false"/>
          <w:color w:val="000000"/>
          <w:u w:val="none"/>
        </w:rPr>
        <w:t xml:space="preserve"> [1AFM]</w:t>
      </w:r>
      <w:r>
        <w:t xml:space="preserve">, </w:t>
      </w:r>
      <w:r>
        <w:t xml:space="preserve">for </w:t>
      </w:r>
      <w:r>
        <w:rPr>
          <w:shd w:fill="F4B183" w:val="clear" w:color="auto"/>
          <w:color w:val="000000"/>
        </w:rPr>
        <w:t>{He} who promised is faithful</w:t>
      </w:r>
      <w:r>
        <w:rPr>
          <w:b w:val="false"/>
          <w:i w:val="false"/>
          <w:color w:val="000000"/>
          <w:u w:val="none"/>
          <w:shd w:val="clear" w:color="auto" w:fill="F4B183"/>
        </w:rPr>
        <w:t xml:space="preserve"> [11GW]</w:t>
      </w:r>
      <w:r>
        <w:t>.</w:t>
      </w:r>
    </w:p>
    <w:p>
      <w:pPr>
        <w:pStyle w:val="Yellow"/>
        <w:rPr/>
      </w:pPr>
      <w:r>
        <w:rPr>
          <w:b/>
          <w:u w:val="none"/>
          <w:color w:val="auto"/>
        </w:rPr>
        <w:t>1 Peter 1:3–5</w:t>
      </w:r>
      <w:r>
        <w:rPr>
          <w:u w:val="none"/>
          <w:color w:val="auto"/>
        </w:rPr>
        <w:t xml:space="preserve"> — </w:t>
      </w:r>
      <w:r>
        <w:rPr>
          <w:u w:val="none"/>
          <w:color w:val="auto"/>
        </w:rPr>
        <w:t>Blessed be the God and Father of our Lord Jesus Christ</w:t>
      </w:r>
      <w:r>
        <w:rPr>
          <w:b w:val="false"/>
          <w:i w:val="false"/>
          <w:color w:val="auto"/>
          <w:u w:val="none"/>
        </w:rPr>
        <w:t xml:space="preserve"> [3AWJ]</w:t>
      </w:r>
      <w:r>
        <w:rPr>
          <w:u w:val="none"/>
          <w:color w:val="auto"/>
        </w:rPr>
        <w:t xml:space="preserve">! </w:t>
      </w:r>
      <w:r>
        <w:rPr>
          <w:u w:val="none"/>
          <w:color w:val="auto"/>
        </w:rPr>
        <w:t xml:space="preserve">By His great mercy </w:t>
      </w:r>
      <w:r>
        <w:rPr>
          <w:u w:val="none"/>
          <w:color w:val="auto"/>
        </w:rPr>
        <w:t>He has given us new birth</w:t>
      </w:r>
      <w:r>
        <w:rPr>
          <w:b w:val="false"/>
          <w:i w:val="false"/>
          <w:color w:val="auto"/>
          <w:u w:val="none"/>
        </w:rPr>
        <w:t xml:space="preserve"> [1AWK]</w:t>
      </w:r>
      <w:r>
        <w:rPr>
          <w:u w:val="none"/>
          <w:color w:val="auto"/>
        </w:rPr>
        <w:t xml:space="preserve"> into a living hope through </w:t>
      </w:r>
      <w:r>
        <w:rPr>
          <w:u w:val="none"/>
          <w:color w:val="auto"/>
        </w:rPr>
        <w:t>the resurrection of Jesus Christ from the dead</w:t>
      </w:r>
      <w:r>
        <w:rPr>
          <w:b w:val="false"/>
          <w:i w:val="false"/>
          <w:color w:val="auto"/>
          <w:u w:val="none"/>
        </w:rPr>
        <w:t xml:space="preserve"> [1AWL]</w:t>
      </w:r>
      <w:r>
        <w:rPr>
          <w:u w:val="none"/>
          <w:color w:val="auto"/>
        </w:rPr>
        <w:t xml:space="preserve">, and into </w:t>
      </w:r>
      <w:r>
        <w:rPr>
          <w:u w:val="none"/>
          <w:color w:val="auto"/>
        </w:rPr>
        <w:t>an inheritance that is imperishable, undefiled, and unfading</w:t>
      </w:r>
      <w:r>
        <w:rPr>
          <w:b w:val="false"/>
          <w:i w:val="false"/>
          <w:color w:val="auto"/>
          <w:u w:val="none"/>
        </w:rPr>
        <w:t xml:space="preserve"> [1AWM]</w:t>
      </w:r>
      <w:r>
        <w:rPr>
          <w:u w:val="none"/>
          <w:color w:val="auto"/>
        </w:rPr>
        <w:t xml:space="preserve">, </w:t>
      </w:r>
      <w:r>
        <w:rPr>
          <w:u w:val="none"/>
          <w:color w:val="auto"/>
        </w:rPr>
        <w:t>reserved in heaven for you</w:t>
      </w:r>
      <w:r>
        <w:rPr>
          <w:b w:val="false"/>
          <w:i w:val="false"/>
          <w:color w:val="auto"/>
          <w:u w:val="none"/>
        </w:rPr>
        <w:t xml:space="preserve"> [1AWN]</w:t>
      </w:r>
      <w:r>
        <w:rPr>
          <w:u w:val="none"/>
          <w:color w:val="auto"/>
        </w:rPr>
        <w:t xml:space="preserve">, who </w:t>
      </w:r>
      <w:r>
        <w:rPr>
          <w:u w:val="none"/>
          <w:color w:val="auto"/>
        </w:rPr>
        <w:t>through faith are shielded by God’s power</w:t>
      </w:r>
      <w:r>
        <w:rPr>
          <w:b w:val="false"/>
          <w:i w:val="false"/>
          <w:color w:val="auto"/>
          <w:u w:val="none"/>
        </w:rPr>
        <w:t xml:space="preserve"> [1AWO]</w:t>
      </w:r>
      <w:r>
        <w:rPr>
          <w:u w:val="none"/>
          <w:color w:val="auto"/>
        </w:rPr>
        <w:t xml:space="preserve"> for </w:t>
      </w:r>
      <w:r>
        <w:rPr>
          <w:u w:val="none"/>
          <w:color w:val="auto"/>
        </w:rPr>
        <w:t>the salvation that is ready to be revealed in the last time</w:t>
      </w:r>
      <w:r>
        <w:rPr>
          <w:b w:val="false"/>
          <w:i w:val="false"/>
          <w:color w:val="auto"/>
          <w:u w:val="none"/>
        </w:rPr>
        <w:t xml:space="preserve"> [1AWP]</w:t>
      </w:r>
      <w:r>
        <w:rPr>
          <w:u w:val="none"/>
          <w:color w:val="auto"/>
        </w:rPr>
        <w:t>.</w:t>
      </w:r>
    </w:p>
    <w:p>
      <w:pPr>
        <w:pStyle w:val="Yellow"/>
        <w:rPr/>
        <w:pBdr>
          <w:left w:val="single" w:sz="28" w:space="5" w:color="C00000"/>
        </w:pBdr>
      </w:pPr>
      <w:r>
        <w:rPr>
          <w:b/>
          <w:shd w:val="clear" w:color="auto" w:fill="548235"/>
          <w:color w:val="FFFFFF"/>
        </w:rPr>
        <w:t>1 Peter 1:13</w:t>
      </w:r>
      <w:r>
        <w:rPr>
          <w:shd w:val="clear" w:color="auto" w:fill="548235"/>
          <w:color w:val="FFFFFF"/>
        </w:rPr>
        <w:t xml:space="preserve"> — </w:t>
      </w:r>
      <w:r>
        <w:rPr>
          <w:shd w:val="clear" w:fill="548235" w:color="auto"/>
          <w:color w:val="FFFFFF"/>
        </w:rPr>
        <w:t>Set your hope fully on the grace to be given you at the revelation of Jesus Christ</w:t>
      </w:r>
      <w:r>
        <w:rPr>
          <w:b w:val="false"/>
          <w:i w:val="false"/>
          <w:color w:val="FFFFFF"/>
          <w:u w:val="none"/>
          <w:shd w:val="clear" w:color="auto" w:fill="548235"/>
        </w:rPr>
        <w:t xml:space="preserve"> [1CVU]</w:t>
      </w:r>
      <w:r>
        <w:rPr>
          <w:shd w:val="clear" w:color="auto" w:fill="548235"/>
          <w:color w:val="FFFFFF"/>
        </w:rPr>
        <w:t>.</w:t>
      </w:r>
    </w:p>
    <w:p>
      <w:r>
        <w:rPr>
          <w:b/>
          <w:sz w:val="32"/>
        </w:rPr>
        <w:t>Love  (51)</w:t>
      </w:r>
    </w:p>
    <w:p>
      <w:pPr>
        <w:pStyle w:val="Yellow"/>
        <w:rPr/>
      </w:pPr>
      <w:r>
        <w:rPr>
          <w:b/>
          <w:u w:val="none"/>
        </w:rPr>
        <w:t>Deuteronomy 30:16</w:t>
      </w:r>
      <w:r>
        <w:rPr>
          <w:u w:val="none"/>
        </w:rPr>
        <w:t xml:space="preserve"> — </w:t>
      </w:r>
      <w:r>
        <w:rPr>
          <w:u w:val="none"/>
          <w:shd w:val="clear" w:fill="B7DDE8"/>
        </w:rPr>
        <w:t>I am commanding you today to love the LORD your God, to walk in His ways, and to keep His commandments, statutes, and ordinances</w:t>
      </w:r>
      <w:r>
        <w:rPr>
          <w:b w:val="false"/>
          <w:i w:val="false"/>
          <w:color w:val="000000"/>
          <w:u w:val="none"/>
        </w:rPr>
        <w:t xml:space="preserve"> [1EHP]</w:t>
      </w:r>
      <w:r>
        <w:rPr>
          <w:u w:val="none"/>
        </w:rPr>
        <w:t xml:space="preserve">, so that </w:t>
      </w:r>
      <w:r>
        <w:rPr>
          <w:u w:val="none"/>
          <w:shd w:val="clear" w:fill="B7DDE8"/>
        </w:rPr>
        <w:t>you may live and increase</w:t>
      </w:r>
      <w:r>
        <w:rPr>
          <w:b w:val="false"/>
          <w:i w:val="false"/>
          <w:color w:val="000000"/>
          <w:u w:val="none"/>
        </w:rPr>
        <w:t xml:space="preserve"> [1EHQ]</w:t>
      </w:r>
      <w:r>
        <w:rPr>
          <w:u w:val="none"/>
        </w:rPr>
        <w:t xml:space="preserve">, and </w:t>
      </w:r>
      <w:r>
        <w:rPr>
          <w:u w:val="none"/>
          <w:shd w:val="clear" w:fill="B7DDE8"/>
        </w:rPr>
        <w:t>the LORD your God may bless you in the land that you are entering to possess</w:t>
      </w:r>
      <w:r>
        <w:rPr>
          <w:b w:val="false"/>
          <w:i w:val="false"/>
          <w:color w:val="000000"/>
          <w:u w:val="none"/>
        </w:rPr>
        <w:t xml:space="preserve"> [1EHR]</w:t>
      </w:r>
      <w:r>
        <w:rPr>
          <w:u w:val="none"/>
        </w:rPr>
        <w:t>.</w:t>
      </w:r>
    </w:p>
    <w:p>
      <w:pPr>
        <w:pStyle w:val="Yellow"/>
        <w:rPr/>
        <w:pBdr>
          <w:left w:val="single" w:sz="28" w:space="5" w:color="C00000"/>
        </w:pBdr>
      </w:pPr>
      <w:r>
        <w:rPr>
          <w:b/>
        </w:rPr>
        <w:t xml:space="preserve">Psalm 63:8</w:t>
      </w:r>
      <w:r>
        <w:rPr/>
        <w:t xml:space="preserve"> — </w:t>
      </w:r>
      <w:r>
        <w:rPr>
          <w:shd w:fill="548235" w:val="clear" w:color="auto"/>
          <w:color w:val="FFFFFF"/>
        </w:rPr>
        <w:t xml:space="preserve">My soul clings to You</w:t>
      </w:r>
      <w:r>
        <w:rPr>
          <w:b w:val="false"/>
          <w:i w:val="false"/>
          <w:color w:val="FFFFFF"/>
          <w:u w:val="none"/>
          <w:shd w:val="clear" w:color="auto" w:fill="548235"/>
        </w:rPr>
        <w:t xml:space="preserve"> [1KYJ]</w:t>
      </w:r>
      <w:r>
        <w:rPr/>
        <w:t xml:space="preserve">; </w:t>
      </w:r>
      <w:r>
        <w:rPr>
          <w:shd w:val="clear" w:color="auto" w:fill="D9C3E6"/>
        </w:rPr>
        <w:t xml:space="preserve">Your right hand upholds me</w:t>
      </w:r>
      <w:r>
        <w:rPr>
          <w:b w:val="false"/>
          <w:i w:val="false"/>
          <w:color w:val="000000"/>
          <w:u w:val="none"/>
        </w:rPr>
        <w:t xml:space="preserve"> [2DYU]</w:t>
      </w:r>
      <w:r>
        <w:rPr>
          <w:shd w:val="clear" w:color="auto" w:fill="D9C3E6"/>
        </w:rPr>
        <w:t xml:space="preserve">.</w:t>
      </w:r>
    </w:p>
    <w:p>
      <w:pPr>
        <w:pStyle w:val="Yellow"/>
        <w:rPr/>
      </w:pPr>
      <w:r>
        <w:rPr>
          <w:b/>
          <w:u w:val="none"/>
        </w:rPr>
        <w:t>Psalm 116:1</w:t>
      </w:r>
      <w:r>
        <w:rPr>
          <w:u w:val="none"/>
        </w:rPr>
        <w:t xml:space="preserve"> — </w:t>
      </w:r>
      <w:r>
        <w:rPr>
          <w:u w:val="none"/>
          <w:shd w:val="clear" w:fill="B7DDE8"/>
        </w:rPr>
        <w:t>I love the LORD</w:t>
      </w:r>
      <w:r>
        <w:rPr>
          <w:b w:val="false"/>
          <w:i w:val="false"/>
          <w:color w:val="000000"/>
          <w:u w:val="none"/>
        </w:rPr>
        <w:t xml:space="preserve"> [1CNL]</w:t>
      </w:r>
      <w:r>
        <w:rPr>
          <w:u w:val="none"/>
        </w:rPr>
        <w:t xml:space="preserve">, for </w:t>
      </w:r>
      <w:r>
        <w:rPr>
          <w:u w:val="none"/>
          <w:shd w:val="clear" w:fill="B7DDE8"/>
        </w:rPr>
        <w:t>He has heard my voice—my appeal for mercy</w:t>
      </w:r>
      <w:r>
        <w:rPr>
          <w:b w:val="false"/>
          <w:i w:val="false"/>
          <w:color w:val="000000"/>
          <w:u w:val="none"/>
        </w:rPr>
        <w:t xml:space="preserve"> [13CNM]</w:t>
      </w:r>
      <w:r>
        <w:rPr>
          <w:u w:val="none"/>
        </w:rPr>
        <w:t>.</w:t>
      </w:r>
    </w:p>
    <w:p>
      <w:pPr>
        <w:pStyle w:val="Yellow"/>
        <w:rPr/>
      </w:pPr>
      <w:r>
        <w:rPr>
          <w:b/>
        </w:rPr>
        <w:t>Psalm 119:24</w:t>
      </w:r>
      <w:r>
        <w:rPr/>
        <w:t xml:space="preserve"> — </w:t>
      </w:r>
      <w:r>
        <w:rPr>
          <w:shd w:val="clear" w:fill="B7DDE8"/>
        </w:rPr>
        <w:t>Your testimonies are indeed my delight</w:t>
      </w:r>
      <w:r>
        <w:rPr>
          <w:b w:val="false"/>
          <w:i w:val="false"/>
          <w:u w:val="none"/>
          <w:color w:val="000000"/>
        </w:rPr>
        <w:t xml:space="preserve"> [1FBX]</w:t>
      </w:r>
      <w:r>
        <w:rPr/>
        <w:t xml:space="preserve">; </w:t>
      </w:r>
      <w:r>
        <w:rPr>
          <w:shd w:val="clear" w:fill="B7DDE8"/>
        </w:rPr>
        <w:t>they are my counselors</w:t>
      </w:r>
      <w:r>
        <w:rPr>
          <w:b w:val="false"/>
          <w:i w:val="false"/>
          <w:color w:val="000000"/>
          <w:u w:val="none"/>
        </w:rPr>
        <w:t xml:space="preserve"> [1FBY]</w:t>
      </w:r>
      <w:r>
        <w:rPr/>
        <w:t>.</w:t>
      </w:r>
    </w:p>
    <w:p>
      <w:pPr>
        <w:pStyle w:val="Yellow"/>
        <w:rPr/>
      </w:pPr>
      <w:r>
        <w:rPr>
          <w:b/>
        </w:rPr>
        <w:t xml:space="preserve">Psalm 119:92</w:t>
      </w:r>
      <w:r>
        <w:rPr/>
        <w:t xml:space="preserve"> — </w:t>
      </w:r>
      <w:r>
        <w:rPr>
          <w:shd w:fill="B7DDE8" w:val="clear"/>
        </w:rPr>
        <w:t xml:space="preserve">If Your law had not been my delight</w:t>
      </w:r>
      <w:r>
        <w:rPr>
          <w:b w:val="false"/>
          <w:i w:val="false"/>
          <w:color w:val="000000"/>
          <w:u w:val="none"/>
        </w:rPr>
        <w:t xml:space="preserve"> [1IHD]</w:t>
      </w:r>
      <w:r>
        <w:rPr/>
        <w:t xml:space="preserve">, then </w:t>
      </w:r>
      <w:r>
        <w:rPr>
          <w:shd w:fill="B7DDE8" w:val="clear"/>
        </w:rPr>
        <w:t xml:space="preserve">I would have perished in my affliction</w:t>
      </w:r>
      <w:r>
        <w:rPr>
          <w:b w:val="false"/>
          <w:i w:val="false"/>
          <w:color w:val="000000"/>
          <w:u w:val="none"/>
        </w:rPr>
        <w:t xml:space="preserve"> [1IHE]</w:t>
      </w:r>
      <w:r>
        <w:rPr/>
        <w:t xml:space="preserve">.</w:t>
      </w:r>
    </w:p>
    <w:p>
      <w:pPr>
        <w:pStyle w:val="Yellow"/>
        <w:rPr/>
      </w:pPr>
      <w:r>
        <w:rPr>
          <w:b/>
          <w:shd w:val="clear" w:color="auto" w:fill="548235"/>
          <w:color w:val="FFFFFF"/>
        </w:rPr>
        <w:t>Psalm 119:119</w:t>
      </w:r>
      <w:r>
        <w:rPr>
          <w:shd w:val="clear" w:color="auto" w:fill="548235"/>
          <w:color w:val="FFFFFF"/>
        </w:rPr>
        <w:t xml:space="preserve"> — </w:t>
      </w:r>
      <w:r>
        <w:rPr>
          <w:shd w:fill="548235" w:val="clear" w:color="auto"/>
          <w:color w:val="FFFFFF"/>
        </w:rPr>
        <w:t>All the wicked on earth You discard like dross</w:t>
      </w:r>
      <w:r>
        <w:rPr>
          <w:b w:val="false"/>
          <w:i w:val="false"/>
          <w:color w:val="FFFFFF"/>
          <w:u w:val="none"/>
          <w:shd w:val="clear" w:color="auto" w:fill="548235"/>
        </w:rPr>
        <w:t xml:space="preserve"> [1FQU]</w:t>
      </w:r>
      <w:r>
        <w:rPr>
          <w:shd w:val="clear" w:color="auto" w:fill="548235"/>
          <w:color w:val="FFFFFF"/>
        </w:rPr>
        <w:t xml:space="preserve">; therefore </w:t>
      </w:r>
      <w:r>
        <w:rPr>
          <w:shd w:fill="548235" w:val="clear" w:color="auto"/>
          <w:color w:val="FFFFFF"/>
        </w:rPr>
        <w:t>I love Your testimonies</w:t>
      </w:r>
      <w:r>
        <w:rPr>
          <w:b w:val="false"/>
          <w:i w:val="false"/>
          <w:color w:val="FFFFFF"/>
          <w:u w:val="none"/>
          <w:shd w:val="clear" w:color="auto" w:fill="548235"/>
        </w:rPr>
        <w:t xml:space="preserve"> [1FQV]</w:t>
      </w:r>
      <w:r>
        <w:rPr>
          <w:shd w:val="clear" w:color="auto" w:fill="548235"/>
          <w:color w:val="FFFFFF"/>
        </w:rPr>
        <w:t>.</w:t>
      </w:r>
    </w:p>
    <w:p>
      <w:pPr>
        <w:pStyle w:val="Yellow"/>
        <w:rPr/>
      </w:pPr>
      <w:r>
        <w:rPr>
          <w:b/>
        </w:rPr>
        <w:t xml:space="preserve">Proverbs 10:12</w:t>
      </w:r>
      <w:r>
        <w:rPr/>
        <w:t xml:space="preserve"> — </w:t>
      </w:r>
      <w:r>
        <w:rPr>
          <w:shd w:fill="B7DDE8" w:val="clear"/>
        </w:rPr>
        <w:t xml:space="preserve">Hatred stirs up dissension</w:t>
      </w:r>
      <w:r>
        <w:rPr>
          <w:b w:val="false"/>
          <w:i w:val="false"/>
          <w:color w:val="000000"/>
          <w:u w:val="none"/>
        </w:rPr>
        <w:t xml:space="preserve"> [1HBP]</w:t>
      </w:r>
      <w:r>
        <w:rPr/>
        <w:t xml:space="preserve">, but </w:t>
      </w:r>
      <w:r>
        <w:rPr>
          <w:shd w:fill="B7DDE8" w:val="clear"/>
        </w:rPr>
        <w:t xml:space="preserve">love covers all transgressions</w:t>
      </w:r>
      <w:r>
        <w:rPr>
          <w:b w:val="false"/>
          <w:i w:val="false"/>
          <w:color w:val="000000"/>
          <w:u w:val="none"/>
        </w:rPr>
        <w:t xml:space="preserve"> [1HBQ]</w:t>
      </w:r>
      <w:r>
        <w:rPr/>
        <w:t xml:space="preserve">.</w:t>
      </w:r>
    </w:p>
    <w:p>
      <w:pPr>
        <w:pStyle w:val="Yellow"/>
        <w:rPr/>
      </w:pPr>
      <w:r>
        <w:rPr>
          <w:b/>
          <w:shd w:val="clear" w:color="auto" w:fill="548235"/>
          <w:color w:val="FFFFFF"/>
        </w:rPr>
        <w:t xml:space="preserve">Proverbs 21:17</w:t>
      </w:r>
      <w:r>
        <w:rPr>
          <w:shd w:val="clear" w:color="auto" w:fill="548235"/>
          <w:color w:val="FFFFFF"/>
        </w:rPr>
        <w:t xml:space="preserve"> — </w:t>
      </w:r>
      <w:r>
        <w:rPr>
          <w:shd w:fill="548235" w:val="clear" w:color="auto"/>
          <w:color w:val="FFFFFF"/>
        </w:rPr>
        <w:t xml:space="preserve">He who loves pleasure will become poor</w:t>
      </w:r>
      <w:r>
        <w:rPr>
          <w:b w:val="false"/>
          <w:i w:val="false"/>
          <w:color w:val="FFFFFF"/>
          <w:u w:val="none"/>
          <w:shd w:val="clear" w:color="auto" w:fill="548235"/>
        </w:rPr>
        <w:t xml:space="preserve"> [1HEP]</w:t>
      </w:r>
      <w:r>
        <w:rPr>
          <w:shd w:val="clear" w:color="auto" w:fill="548235"/>
          <w:color w:val="FFFFFF"/>
        </w:rPr>
        <w:t xml:space="preserve">; </w:t>
      </w:r>
      <w:r>
        <w:rPr>
          <w:shd w:fill="548235" w:val="clear" w:color="auto"/>
          <w:color w:val="FFFFFF"/>
        </w:rPr>
        <w:t xml:space="preserve">the one who loves wine and oil will never be rich</w:t>
      </w:r>
      <w:r>
        <w:rPr>
          <w:b w:val="false"/>
          <w:i w:val="false"/>
          <w:color w:val="FFFFFF"/>
          <w:u w:val="none"/>
          <w:shd w:val="clear" w:color="auto" w:fill="548235"/>
        </w:rPr>
        <w:t xml:space="preserve"> [1HEQ]</w:t>
      </w:r>
      <w:r>
        <w:rPr>
          <w:shd w:val="clear" w:color="auto" w:fill="548235"/>
          <w:color w:val="FFFFFF"/>
        </w:rPr>
        <w:t xml:space="preserve">.</w:t>
      </w:r>
    </w:p>
    <w:p>
      <w:pPr>
        <w:pStyle w:val="Yellow"/>
        <w:rPr/>
      </w:pPr>
      <w:r>
        <w:rPr>
          <w:b/>
          <w:shd w:val="clear" w:color="auto" w:fill="548235"/>
          <w:color w:val="FFFFFF"/>
        </w:rPr>
        <w:t>Jeremiah 15:16</w:t>
      </w:r>
      <w:r>
        <w:rPr>
          <w:shd w:val="clear" w:color="auto" w:fill="548235"/>
          <w:color w:val="FFFFFF"/>
        </w:rPr>
        <w:t xml:space="preserve"> — </w:t>
      </w:r>
      <w:r>
        <w:rPr>
          <w:shd w:val="clear" w:fill="548235" w:color="auto"/>
          <w:color w:val="FFFFFF"/>
        </w:rPr>
        <w:t>Your words became my joy and my heart’s delight</w:t>
      </w:r>
      <w:r>
        <w:rPr>
          <w:b w:val="false"/>
          <w:i w:val="false"/>
          <w:color w:val="FFFFFF"/>
          <w:u w:val="none"/>
          <w:shd w:val="clear" w:color="auto" w:fill="548235"/>
        </w:rPr>
        <w:t xml:space="preserve"> [1FBW]</w:t>
      </w:r>
      <w:r>
        <w:rPr>
          <w:shd w:val="clear" w:color="auto" w:fill="548235"/>
          <w:color w:val="FFFFFF"/>
        </w:rPr>
        <w:t>.</w:t>
      </w:r>
    </w:p>
    <w:p>
      <w:pPr>
        <w:pStyle w:val="Yellow"/>
        <w:rPr/>
      </w:pPr>
      <w:r>
        <w:rPr>
          <w:b/>
        </w:rPr>
        <w:t>Matthew 10:37</w:t>
      </w:r>
      <w:r>
        <w:rPr/>
        <w:t xml:space="preserve"> — </w:t>
      </w:r>
      <w:r>
        <w:rPr>
          <w:shd w:fill="B7DDE8" w:val="clear"/>
        </w:rPr>
        <w:t>Anyone who loves his father or mother more than Me is not worthy of Me</w:t>
      </w:r>
      <w:r>
        <w:rPr>
          <w:b w:val="false"/>
          <w:i w:val="false"/>
          <w:color w:val="000000"/>
          <w:u w:val="none"/>
        </w:rPr>
        <w:t xml:space="preserve"> [1LYK]</w:t>
      </w:r>
      <w:r>
        <w:rPr/>
        <w:t xml:space="preserve">; </w:t>
      </w:r>
      <w:r>
        <w:rPr>
          <w:shd w:fill="B7DDE8" w:val="clear"/>
        </w:rPr>
        <w:t>anyone who loves his son or daughter more than Me is not worthy of Me</w:t>
      </w:r>
      <w:r>
        <w:rPr>
          <w:b w:val="false"/>
          <w:i w:val="false"/>
          <w:color w:val="000000"/>
          <w:u w:val="none"/>
        </w:rPr>
        <w:t xml:space="preserve"> [1LYL]</w:t>
      </w:r>
      <w:r>
        <w:rPr/>
        <w:t>;</w:t>
      </w:r>
    </w:p>
    <w:p>
      <w:pPr>
        <w:pStyle w:val="Yellow"/>
        <w:rPr/>
      </w:pPr>
      <w:r>
        <w:rPr>
          <w:b/>
        </w:rPr>
        <w:t>Matthew 24:12-13</w:t>
      </w:r>
      <w:r>
        <w:t xml:space="preserve"> — </w:t>
      </w:r>
      <w:r>
        <w:rPr>
          <w:shd w:fill="B7DDE8" w:val="clear"/>
        </w:rPr>
        <w:t>Because of the multiplication of wickedness, the love of most will grow cold</w:t>
      </w:r>
      <w:r>
        <w:rPr>
          <w:b w:val="false"/>
          <w:i w:val="false"/>
          <w:color w:val="000000"/>
          <w:u w:val="none"/>
        </w:rPr>
        <w:t xml:space="preserve"> [1BUI]</w:t>
      </w:r>
      <w:r>
        <w:t xml:space="preserve">. But </w:t>
      </w:r>
      <w:r>
        <w:rPr>
          <w:color w:val="auto"/>
        </w:rPr>
        <w:t>the one who perseveres to the end will be saved</w:t>
      </w:r>
      <w:r>
        <w:rPr>
          <w:b w:val="false"/>
          <w:i w:val="false"/>
          <w:color w:val="auto"/>
          <w:u w:val="none"/>
        </w:rPr>
        <w:t xml:space="preserve"> [2BUH]</w:t>
      </w:r>
      <w:r>
        <w:t>.</w:t>
      </w:r>
    </w:p>
    <w:p>
      <w:pPr>
        <w:pStyle w:val="Yellow"/>
        <w:rPr/>
      </w:pPr>
      <w:r>
        <w:rPr>
          <w:b/>
        </w:rPr>
        <w:t>Matthew 25:40</w:t>
      </w:r>
      <w:r>
        <w:rPr/>
        <w:t xml:space="preserve"> — ‘Truly I tell you, </w:t>
      </w:r>
      <w:r>
        <w:rPr>
          <w:shd w:fill="B7DDE8" w:val="clear"/>
        </w:rPr>
        <w:t>whatever you did for one of the least of these brothers of Mine, you did for Me</w:t>
      </w:r>
      <w:r>
        <w:rPr>
          <w:b w:val="false"/>
          <w:i w:val="false"/>
          <w:color w:val="000000"/>
          <w:u w:val="none"/>
        </w:rPr>
        <w:t xml:space="preserve"> [1MCG]</w:t>
      </w:r>
      <w:r>
        <w:rPr/>
        <w:t>.’</w:t>
      </w:r>
    </w:p>
    <w:p>
      <w:pPr>
        <w:pStyle w:val="Yellow"/>
        <w:rPr/>
      </w:pPr>
      <w:r>
        <w:rPr/>
        <w:t xml:space="preserve">(Mt25:40 “brothers of Mine”) </w:t>
      </w:r>
      <w:r>
        <w:rPr>
          <w:b/>
        </w:rPr>
        <w:t>Matthew 25:45</w:t>
      </w:r>
      <w:r>
        <w:rPr/>
        <w:t xml:space="preserve"> — ‘Truly I tell you, </w:t>
      </w:r>
      <w:r>
        <w:rPr>
          <w:shd w:fill="B7DDE8" w:val="clear"/>
        </w:rPr>
        <w:t>whatever you did not do for one of {the least of these}, you did not do for Me</w:t>
      </w:r>
      <w:r>
        <w:rPr>
          <w:b w:val="false"/>
          <w:i w:val="false"/>
          <w:color w:val="000000"/>
          <w:u w:val="none"/>
        </w:rPr>
        <w:t xml:space="preserve"> [1MCF]</w:t>
      </w:r>
      <w:r>
        <w:rPr/>
        <w:t>.’</w:t>
      </w:r>
    </w:p>
    <w:p>
      <w:pPr>
        <w:pStyle w:val="Yellow"/>
        <w:rPr/>
      </w:pPr>
      <w:r>
        <w:rPr/>
        <w:t xml:space="preserve">(Jn1:1,4 “the Word” was “the light of men”) </w:t>
      </w:r>
      <w:r>
        <w:rPr>
          <w:b/>
        </w:rPr>
        <w:t>John 3:19</w:t>
      </w:r>
      <w:r>
        <w:rPr/>
        <w:t xml:space="preserve"> — And this is the verdict: </w:t>
      </w:r>
      <w:r>
        <w:rPr>
          <w:shd w:fill="B7DDE8" w:val="clear"/>
        </w:rPr>
        <w:t>{The Light} has come into the world</w:t>
      </w:r>
      <w:r>
        <w:rPr>
          <w:b w:val="false"/>
          <w:i w:val="false"/>
          <w:color w:val="000000"/>
          <w:u w:val="none"/>
        </w:rPr>
        <w:t xml:space="preserve"> [2CYG]</w:t>
      </w:r>
      <w:r>
        <w:rPr/>
        <w:t xml:space="preserve">, but </w:t>
      </w:r>
      <w:r>
        <w:rPr>
          <w:shd w:fill="B7DDE8" w:val="clear"/>
        </w:rPr>
        <w:t>men loved the darkness rather than the Light</w:t>
      </w:r>
      <w:r>
        <w:rPr>
          <w:b w:val="false"/>
          <w:i w:val="false"/>
          <w:color w:val="000000"/>
          <w:u w:val="none"/>
        </w:rPr>
        <w:t xml:space="preserve"> [1MFD]</w:t>
      </w:r>
      <w:r>
        <w:rPr/>
        <w:t xml:space="preserve"> because </w:t>
      </w:r>
      <w:r>
        <w:rPr>
          <w:shd w:fill="B7DDE8" w:val="clear"/>
        </w:rPr>
        <w:t>their deeds were evil</w:t>
      </w:r>
      <w:r>
        <w:rPr>
          <w:b w:val="false"/>
          <w:i w:val="false"/>
          <w:u w:val="none"/>
          <w:color w:val="000000"/>
        </w:rPr>
        <w:t xml:space="preserve"> [2JFD]</w:t>
      </w:r>
      <w:r>
        <w:rPr/>
        <w:t>.</w:t>
      </w:r>
    </w:p>
    <w:p>
      <w:pPr>
        <w:pStyle w:val="Yellow"/>
        <w:rPr/>
      </w:pPr>
      <w:r>
        <w:rPr>
          <w:b/>
          <w:u w:val="none"/>
        </w:rPr>
        <w:t>John 13:35</w:t>
      </w:r>
      <w:r>
        <w:rPr>
          <w:u w:val="none"/>
        </w:rPr>
        <w:t xml:space="preserve"> — By this </w:t>
      </w:r>
      <w:r>
        <w:rPr>
          <w:u w:val="none"/>
          <w:shd w:fill="B7DDE8" w:val="clear"/>
        </w:rPr>
        <w:t>everyone will know that you are My disciples</w:t>
      </w:r>
      <w:r>
        <w:rPr>
          <w:b w:val="false"/>
          <w:i w:val="false"/>
          <w:color w:val="000000"/>
          <w:u w:val="none"/>
        </w:rPr>
        <w:t xml:space="preserve"> [1FUA]</w:t>
      </w:r>
      <w:r>
        <w:rPr>
          <w:u w:val="none"/>
        </w:rPr>
        <w:t xml:space="preserve">, </w:t>
      </w:r>
      <w:r>
        <w:rPr>
          <w:u w:val="none"/>
          <w:color w:val="auto"/>
        </w:rPr>
        <w:t xml:space="preserve">if you </w:t>
      </w:r>
      <w:r>
        <w:rPr>
          <w:u w:val="none"/>
          <w:color w:val="auto"/>
        </w:rPr>
        <w:t>love one another</w:t>
      </w:r>
      <w:r>
        <w:rPr>
          <w:b w:val="false"/>
          <w:i w:val="false"/>
          <w:color w:val="auto"/>
          <w:u w:val="none"/>
        </w:rPr>
        <w:t xml:space="preserve"> [2FUB]</w:t>
      </w:r>
      <w:r>
        <w:rPr>
          <w:u w:val="none"/>
        </w:rPr>
        <w:t>.”</w:t>
      </w:r>
    </w:p>
    <w:p>
      <w:pPr>
        <w:pStyle w:val="Yellow"/>
        <w:rPr/>
      </w:pPr>
      <w:r>
        <w:rPr>
          <w:b/>
          <w:u w:val="none"/>
        </w:rPr>
        <w:t>John 16:27</w:t>
      </w:r>
      <w:r>
        <w:rPr>
          <w:u w:val="none"/>
        </w:rPr>
        <w:t xml:space="preserve"> — </w:t>
      </w:r>
      <w:r>
        <w:rPr>
          <w:u w:val="none"/>
          <w:shd w:fill="F4B183" w:val="clear" w:color="auto"/>
          <w:color w:val="000000"/>
        </w:rPr>
        <w:t>the Father Himself loves you</w:t>
      </w:r>
      <w:r>
        <w:rPr>
          <w:b w:val="false"/>
          <w:i w:val="false"/>
          <w:color w:val="000000"/>
          <w:u w:val="none"/>
          <w:shd w:val="clear" w:color="auto" w:fill="F4B183"/>
        </w:rPr>
        <w:t xml:space="preserve"> [11ALI]</w:t>
      </w:r>
      <w:r>
        <w:rPr>
          <w:u w:val="none"/>
        </w:rPr>
        <w:t xml:space="preserve">, </w:t>
      </w:r>
      <w:r>
        <w:rPr>
          <w:u w:val="none"/>
          <w:shd w:fill="B7DDE8" w:val="clear"/>
        </w:rPr>
        <w:t>because you have loved Me and have believed that I came from God</w:t>
      </w:r>
      <w:r>
        <w:rPr>
          <w:b w:val="false"/>
          <w:i w:val="false"/>
          <w:color w:val="000000"/>
          <w:u w:val="none"/>
        </w:rPr>
        <w:t xml:space="preserve"> [1FSZ]</w:t>
      </w:r>
      <w:r>
        <w:rPr>
          <w:u w:val="none"/>
        </w:rPr>
        <w:t>.</w:t>
      </w:r>
    </w:p>
    <w:p>
      <w:pPr>
        <w:pStyle w:val="Yellow"/>
        <w:rPr/>
      </w:pPr>
      <w:r>
        <w:rPr>
          <w:b/>
          <w:u w:val="none"/>
          <w:shd w:fill="F4CCCC" w:val="clear"/>
        </w:rPr>
        <w:t>Romans 13:8</w:t>
      </w:r>
      <w:r>
        <w:rPr>
          <w:u w:val="none"/>
          <w:shd w:fill="F4CCCC" w:val="clear"/>
        </w:rPr>
        <w:t xml:space="preserve"> — For </w:t>
      </w:r>
      <w:r>
        <w:rPr>
          <w:u w:val="none"/>
          <w:shd w:fill="B7DDE8" w:val="clear"/>
        </w:rPr>
        <w:t>he who loves his neighbor has fulfilled the law</w:t>
      </w:r>
      <w:r>
        <w:rPr>
          <w:b w:val="false"/>
          <w:i w:val="false"/>
          <w:color w:val="000000"/>
          <w:u w:val="none"/>
        </w:rPr>
        <w:t xml:space="preserve"> [1ALV]</w:t>
      </w:r>
      <w:r>
        <w:rPr>
          <w:u w:val="none"/>
          <w:shd w:fill="F4CCCC" w:val="clear"/>
        </w:rPr>
        <w:t>.</w:t>
      </w:r>
    </w:p>
    <w:p>
      <w:pPr>
        <w:pStyle w:val="Yellow"/>
        <w:rPr/>
        <w:pBdr>
          <w:left w:val="single" w:sz="28" w:space="5" w:color="C00000"/>
        </w:pBdr>
      </w:pPr>
      <w:r>
        <w:rPr>
          <w:b/>
          <w:u w:val="none"/>
          <w:shd w:val="clear" w:color="auto" w:fill="548235"/>
          <w:color w:val="FFFFFF"/>
        </w:rPr>
        <w:t xml:space="preserve">Romans 13:10</w:t>
      </w:r>
      <w:r>
        <w:rPr>
          <w:u w:val="none"/>
          <w:shd w:val="clear" w:color="auto" w:fill="548235"/>
          <w:color w:val="FFFFFF"/>
        </w:rPr>
        <w:t xml:space="preserve"> — </w:t>
      </w:r>
      <w:r>
        <w:rPr>
          <w:u w:val="none"/>
          <w:shd w:fill="548235" w:val="clear" w:color="auto"/>
          <w:color w:val="FFFFFF"/>
        </w:rPr>
        <w:t xml:space="preserve">Love does no wrong to its neighbor</w:t>
      </w:r>
      <w:r>
        <w:rPr>
          <w:b w:val="false"/>
          <w:i w:val="false"/>
          <w:color w:val="FFFFFF"/>
          <w:u w:val="none"/>
          <w:shd w:val="clear" w:color="auto" w:fill="548235"/>
        </w:rPr>
        <w:t xml:space="preserve"> [1HRQ]</w:t>
      </w:r>
      <w:r>
        <w:rPr>
          <w:u w:val="none"/>
          <w:shd w:val="clear" w:color="auto" w:fill="548235"/>
          <w:color w:val="FFFFFF"/>
        </w:rPr>
        <w:t xml:space="preserve">. Therefore </w:t>
      </w:r>
      <w:r>
        <w:rPr>
          <w:u w:val="none"/>
          <w:shd w:fill="548235" w:val="clear" w:color="auto"/>
          <w:color w:val="FFFFFF"/>
        </w:rPr>
        <w:t xml:space="preserve">love is the fulfillment of the law</w:t>
      </w:r>
      <w:r>
        <w:rPr>
          <w:b w:val="false"/>
          <w:i w:val="false"/>
          <w:color w:val="FFFFFF"/>
          <w:u w:val="none"/>
          <w:shd w:val="clear" w:color="auto" w:fill="548235"/>
        </w:rPr>
        <w:t xml:space="preserve"> [1HRR]</w:t>
      </w:r>
      <w:r>
        <w:rPr>
          <w:u w:val="none"/>
          <w:shd w:val="clear" w:color="auto" w:fill="548235"/>
          <w:color w:val="FFFFFF"/>
        </w:rPr>
        <w:t xml:space="preserve">.</w:t>
      </w:r>
    </w:p>
    <w:p>
      <w:pPr>
        <w:pStyle w:val="Yellow"/>
        <w:rPr/>
        <w:pBdr>
          <w:left w:val="single" w:sz="28" w:space="5" w:color="C00000"/>
        </w:pBdr>
      </w:pPr>
      <w:r>
        <w:rPr>
          <w:b/>
          <w:shd w:val="clear" w:color="auto" w:fill="548235"/>
          <w:color w:val="FFFFFF"/>
        </w:rPr>
        <w:t>1 Corinthians 8:1</w:t>
      </w:r>
      <w:r>
        <w:rPr>
          <w:shd w:val="clear" w:color="auto" w:fill="548235"/>
          <w:color w:val="FFFFFF"/>
        </w:rPr>
        <w:t xml:space="preserve"> — </w:t>
      </w:r>
      <w:r>
        <w:rPr>
          <w:shd w:val="clear" w:fill="548235" w:color="auto"/>
          <w:color w:val="FFFFFF"/>
        </w:rPr>
        <w:t>Knowledge puffs up</w:t>
      </w:r>
      <w:r>
        <w:rPr>
          <w:b w:val="false"/>
          <w:i w:val="false"/>
          <w:color w:val="FFFFFF"/>
          <w:u w:val="none"/>
          <w:shd w:val="clear" w:color="auto" w:fill="548235"/>
        </w:rPr>
        <w:t xml:space="preserve"> [1RS]</w:t>
      </w:r>
      <w:r>
        <w:rPr>
          <w:shd w:val="clear" w:color="auto" w:fill="548235"/>
          <w:color w:val="FFFFFF"/>
        </w:rPr>
        <w:t xml:space="preserve">, but </w:t>
      </w:r>
      <w:r>
        <w:rPr>
          <w:shd w:val="clear" w:fill="548235" w:color="auto"/>
          <w:color w:val="FFFFFF"/>
        </w:rPr>
        <w:t>love builds up</w:t>
      </w:r>
      <w:r>
        <w:rPr>
          <w:b w:val="false"/>
          <w:i w:val="false"/>
          <w:color w:val="FFFFFF"/>
          <w:u w:val="none"/>
          <w:shd w:val="clear" w:color="auto" w:fill="548235"/>
        </w:rPr>
        <w:t xml:space="preserve"> [1RT]</w:t>
      </w:r>
      <w:r>
        <w:rPr>
          <w:shd w:val="clear" w:color="auto" w:fill="548235"/>
          <w:color w:val="FFFFFF"/>
        </w:rPr>
        <w:t>.</w:t>
      </w:r>
    </w:p>
    <w:p>
      <w:pPr>
        <w:pStyle w:val="Yellow"/>
        <w:rPr/>
        <w:pBdr>
          <w:left w:val="single" w:sz="28" w:space="5" w:color="C00000"/>
        </w:pBdr>
      </w:pPr>
      <w:r>
        <w:rPr>
          <w:b/>
          <w:shd w:val="clear" w:color="auto" w:fill="548235"/>
          <w:color w:val="FFFFFF"/>
        </w:rPr>
        <w:t>1 Corinthians 8:3</w:t>
      </w:r>
      <w:r>
        <w:rPr>
          <w:shd w:val="clear" w:color="auto" w:fill="548235"/>
          <w:color w:val="FFFFFF"/>
        </w:rPr>
        <w:t xml:space="preserve"> — But </w:t>
      </w:r>
      <w:r>
        <w:rPr>
          <w:shd w:fill="548235" w:val="clear" w:color="auto"/>
          <w:color w:val="FFFFFF"/>
        </w:rPr>
        <w:t>the one who loves God is known by God</w:t>
      </w:r>
      <w:r>
        <w:rPr>
          <w:b w:val="false"/>
          <w:i w:val="false"/>
          <w:color w:val="FFFFFF"/>
          <w:u w:val="none"/>
          <w:shd w:val="clear" w:color="auto" w:fill="548235"/>
        </w:rPr>
        <w:t xml:space="preserve"> [1LXR]</w:t>
      </w:r>
      <w:r>
        <w:rPr>
          <w:shd w:val="clear" w:color="auto" w:fill="548235"/>
          <w:color w:val="FFFFFF"/>
        </w:rPr>
        <w:t>.</w:t>
      </w:r>
    </w:p>
    <w:p>
      <w:pPr>
        <w:pStyle w:val="Yellow"/>
        <w:rPr/>
      </w:pPr>
      <w:r>
        <w:rPr>
          <w:b/>
          <w:shd w:val="clear" w:color="auto" w:fill="C00000"/>
          <w:color w:val="FFFFFF"/>
        </w:rPr>
        <w:t>1 Corinthians 13:1</w:t>
      </w:r>
      <w:r>
        <w:rPr>
          <w:shd w:val="clear" w:color="auto" w:fill="C00000"/>
          <w:color w:val="FFFFFF"/>
        </w:rPr>
        <w:t xml:space="preserve"> — </w:t>
      </w:r>
      <w:r>
        <w:rPr>
          <w:shd w:val="clear" w:color="auto" w:fill="C00000"/>
          <w:color w:val="FFFFFF"/>
        </w:rPr>
        <w:t>If I speak in the tongues of men and of angels, but have not love, I am only a ringing gong or a clanging cymbal</w:t>
      </w:r>
      <w:r>
        <w:rPr>
          <w:b w:val="false"/>
          <w:i w:val="false"/>
          <w:u w:val="none"/>
          <w:shd w:val="clear" w:color="auto" w:fill="C00000"/>
          <w:color w:val="FFFFFF"/>
        </w:rPr>
        <w:t xml:space="preserve"> [1LXN]</w:t>
      </w:r>
      <w:r>
        <w:rPr>
          <w:shd w:val="clear" w:color="auto" w:fill="C00000"/>
          <w:color w:val="FFFFFF"/>
        </w:rPr>
        <w:t>.</w:t>
      </w:r>
    </w:p>
    <w:p>
      <w:pPr>
        <w:pStyle w:val="Yellow"/>
        <w:rPr/>
        <w:pBdr>
          <w:left w:val="single" w:sz="28" w:space="5" w:color="C00000"/>
        </w:pBdr>
      </w:pPr>
      <w:r>
        <w:rPr>
          <w:b/>
          <w:shd w:val="clear" w:color="auto" w:fill="F4B183"/>
          <w:color w:val="000000"/>
        </w:rPr>
        <w:t xml:space="preserve">1 Corinthians 13:3</w:t>
      </w:r>
      <w:r>
        <w:rPr>
          <w:shd w:val="clear" w:color="auto" w:fill="F4B183"/>
          <w:color w:val="000000"/>
        </w:rPr>
        <w:t xml:space="preserve"> — </w:t>
      </w:r>
      <w:r>
        <w:rPr>
          <w:shd w:fill="F4B183" w:val="clear" w:color="auto"/>
          <w:color w:val="000000"/>
        </w:rPr>
        <w:t xml:space="preserve">If I give all I possess to the poor and exult in the surrender of my body, but have not love, I gain nothing</w:t>
      </w:r>
      <w:r>
        <w:rPr>
          <w:b w:val="false"/>
          <w:i w:val="false"/>
          <w:color w:val="000000"/>
          <w:u w:val="none"/>
          <w:shd w:val="clear" w:color="auto" w:fill="F4B183"/>
        </w:rPr>
        <w:t xml:space="preserve"> [1GXF]</w:t>
      </w:r>
      <w:r>
        <w:rPr>
          <w:shd w:val="clear" w:color="auto" w:fill="F4B183"/>
          <w:color w:val="000000"/>
        </w:rPr>
        <w:t xml:space="preserve">.</w:t>
      </w:r>
    </w:p>
    <w:p>
      <w:pPr>
        <w:pStyle w:val="Yellow"/>
        <w:rPr/>
      </w:pPr>
      <w:r>
        <w:rPr>
          <w:b/>
          <w:shd w:val="clear" w:color="auto" w:fill="548235"/>
          <w:color w:val="FFFFFF"/>
        </w:rPr>
        <w:t>1 Corinthians 13:13</w:t>
      </w:r>
      <w:r>
        <w:rPr>
          <w:shd w:val="clear" w:color="auto" w:fill="548235"/>
          <w:color w:val="FFFFFF"/>
        </w:rPr>
        <w:t xml:space="preserve"> — And now </w:t>
      </w:r>
      <w:r>
        <w:rPr>
          <w:shd w:val="clear" w:fill="548235" w:color="auto"/>
          <w:color w:val="FFFFFF"/>
        </w:rPr>
        <w:t>these three remain: faith, hope, and love</w:t>
      </w:r>
      <w:r>
        <w:rPr>
          <w:b w:val="false"/>
          <w:i w:val="false"/>
          <w:color w:val="FFFFFF"/>
          <w:u w:val="none"/>
          <w:shd w:val="clear" w:color="auto" w:fill="548235"/>
        </w:rPr>
        <w:t xml:space="preserve"> [1DEL]</w:t>
      </w:r>
      <w:r>
        <w:rPr>
          <w:shd w:val="clear" w:color="auto" w:fill="548235"/>
          <w:color w:val="FFFFFF"/>
        </w:rPr>
        <w:t xml:space="preserve">; but </w:t>
      </w:r>
      <w:r>
        <w:rPr>
          <w:shd w:val="clear" w:fill="548235" w:color="auto"/>
          <w:color w:val="FFFFFF"/>
        </w:rPr>
        <w:t>the greatest of these is love</w:t>
      </w:r>
      <w:r>
        <w:rPr>
          <w:b w:val="false"/>
          <w:i w:val="false"/>
          <w:color w:val="FFFFFF"/>
          <w:u w:val="none"/>
          <w:shd w:val="clear" w:color="auto" w:fill="548235"/>
        </w:rPr>
        <w:t xml:space="preserve"> [1DEM]</w:t>
      </w:r>
      <w:r>
        <w:rPr>
          <w:shd w:val="clear" w:color="auto" w:fill="548235"/>
          <w:color w:val="FFFFFF"/>
        </w:rPr>
        <w:t>.</w:t>
      </w:r>
    </w:p>
    <w:p>
      <w:pPr>
        <w:pStyle w:val="Yellow"/>
        <w:rPr/>
      </w:pPr>
      <w:r>
        <w:rPr>
          <w:b/>
        </w:rPr>
        <w:t xml:space="preserve">1 Corinthians 16:22</w:t>
      </w:r>
      <w:r>
        <w:rPr/>
        <w:t xml:space="preserve"> — </w:t>
      </w:r>
      <w:r>
        <w:rPr>
          <w:shd w:fill="B7DDE8" w:val="clear"/>
        </w:rPr>
        <w:t xml:space="preserve">If anyone does not love the Lord, let him be under a curse</w:t>
      </w:r>
      <w:r>
        <w:rPr>
          <w:b w:val="false"/>
          <w:i w:val="false"/>
          <w:color w:val="000000"/>
          <w:u w:val="none"/>
        </w:rPr>
        <w:t xml:space="preserve"> [1JXF]</w:t>
      </w:r>
      <w:r>
        <w:rPr/>
        <w:t xml:space="preserve">.</w:t>
      </w:r>
    </w:p>
    <w:p>
      <w:pPr>
        <w:pStyle w:val="Yellow"/>
        <w:rPr/>
        <w:pBdr>
          <w:left w:val="single" w:sz="28" w:space="5" w:color="C00000"/>
        </w:pBdr>
      </w:pPr>
      <w:r>
        <w:rPr>
          <w:b/>
        </w:rPr>
        <w:t>2 Corinthians 11:3</w:t>
      </w:r>
      <w:r>
        <w:rPr/>
        <w:t xml:space="preserve"> — I am afraid, however, that just as </w:t>
      </w:r>
      <w:r>
        <w:rPr>
          <w:shd w:val="clear" w:fill="B7DDE8"/>
        </w:rPr>
        <w:t>Eve was deceived by the serpent’s cunning</w:t>
      </w:r>
      <w:r>
        <w:rPr>
          <w:b w:val="false"/>
          <w:i w:val="false"/>
          <w:color w:val="000000"/>
          <w:u w:val="none"/>
        </w:rPr>
        <w:t xml:space="preserve"> [1DLT]</w:t>
      </w:r>
      <w:r>
        <w:rPr/>
        <w:t xml:space="preserve">, </w:t>
      </w:r>
      <w:r>
        <w:rPr>
          <w:shd w:val="clear" w:fill="F4B183" w:color="auto"/>
          <w:color w:val="000000"/>
        </w:rPr>
        <w:t>your minds may be led astray from your simple and pure devotion to Christ</w:t>
      </w:r>
      <w:r>
        <w:rPr>
          <w:b w:val="false"/>
          <w:i w:val="false"/>
          <w:color w:val="000000"/>
          <w:u w:val="none"/>
          <w:shd w:val="clear" w:color="auto" w:fill="F4B183"/>
        </w:rPr>
        <w:t xml:space="preserve"> [1DLU]</w:t>
      </w:r>
      <w:r>
        <w:rPr/>
        <w:t>.</w:t>
      </w:r>
    </w:p>
    <w:p>
      <w:pPr>
        <w:pStyle w:val="Yellow"/>
        <w:rPr/>
      </w:pPr>
      <w:r>
        <w:rPr>
          <w:b/>
          <w:shd w:val="clear" w:color="auto" w:fill="548235"/>
          <w:color w:val="FFFFFF"/>
        </w:rPr>
        <w:t>Galatians 5:6</w:t>
      </w:r>
      <w:r>
        <w:rPr>
          <w:shd w:val="clear" w:color="auto" w:fill="548235"/>
          <w:color w:val="FFFFFF"/>
        </w:rPr>
        <w:t xml:space="preserve"> — For </w:t>
      </w:r>
      <w:r>
        <w:rPr>
          <w:color w:val="auto"/>
          <w:shd w:val="clear" w:color="auto" w:fill="D9C3E6"/>
        </w:rPr>
        <w:t>in Christ Jesus neither circumcision nor uncircumcision has any value</w:t>
      </w:r>
      <w:r>
        <w:rPr>
          <w:b w:val="false"/>
          <w:i w:val="false"/>
          <w:color w:val="FFFFFF"/>
          <w:u w:val="none"/>
          <w:shd w:val="clear" w:color="auto" w:fill="548235"/>
        </w:rPr>
        <w:t xml:space="preserve"> [2DEP]</w:t>
      </w:r>
      <w:r>
        <w:rPr>
          <w:color w:val="auto"/>
          <w:shd w:val="clear" w:color="auto" w:fill="D9C3E6"/>
        </w:rPr>
        <w:t xml:space="preserve">. </w:t>
      </w:r>
      <w:r>
        <w:rPr>
          <w:shd w:val="clear" w:fill="548235" w:color="auto"/>
          <w:color w:val="FFFFFF"/>
        </w:rPr>
        <w:t>All that matters is faith, expressed through love</w:t>
      </w:r>
      <w:r>
        <w:rPr>
          <w:b w:val="false"/>
          <w:i w:val="false"/>
          <w:color w:val="FFFFFF"/>
          <w:u w:val="none"/>
          <w:shd w:val="clear" w:color="auto" w:fill="548235"/>
        </w:rPr>
        <w:t xml:space="preserve"> [1DEQ]</w:t>
      </w:r>
      <w:r>
        <w:rPr>
          <w:shd w:val="clear" w:color="auto" w:fill="548235"/>
          <w:color w:val="FFFFFF"/>
        </w:rPr>
        <w:t>.</w:t>
      </w:r>
    </w:p>
    <w:p>
      <w:pPr>
        <w:pStyle w:val="Yellow"/>
        <w:rPr/>
      </w:pPr>
      <w:r>
        <w:rPr>
          <w:b/>
          <w:u w:val="none"/>
          <w:shd w:fill="F4CCCC" w:val="clear"/>
        </w:rPr>
        <w:t>Galatians 5:14</w:t>
      </w:r>
      <w:r>
        <w:rPr>
          <w:u w:val="none"/>
          <w:shd w:fill="F4CCCC" w:val="clear"/>
        </w:rPr>
        <w:t xml:space="preserve"> — </w:t>
      </w:r>
      <w:r>
        <w:rPr>
          <w:u w:val="none"/>
          <w:shd w:fill="B7DDE8" w:val="clear"/>
        </w:rPr>
        <w:t>The entire law is fulfilled in a single decree</w:t>
      </w:r>
      <w:r>
        <w:rPr>
          <w:b w:val="false"/>
          <w:i w:val="false"/>
          <w:color w:val="000000"/>
          <w:u w:val="none"/>
        </w:rPr>
        <w:t xml:space="preserve"> [1ALU]</w:t>
      </w:r>
      <w:r>
        <w:rPr>
          <w:u w:val="none"/>
          <w:shd w:fill="F4CCCC" w:val="clear"/>
        </w:rPr>
        <w:t>: “</w:t>
      </w:r>
      <w:r>
        <w:rPr>
          <w:u w:val="none"/>
          <w:shd w:val="clear" w:color="auto" w:fill="D9C3E6"/>
        </w:rPr>
        <w:t>Love your neighbor as yourself</w:t>
      </w:r>
      <w:r>
        <w:rPr>
          <w:b w:val="false"/>
          <w:i w:val="false"/>
          <w:color w:val="000000"/>
          <w:u w:val="none"/>
        </w:rPr>
        <w:t xml:space="preserve"> [2ALR]</w:t>
      </w:r>
      <w:r>
        <w:rPr>
          <w:u w:val="none"/>
          <w:shd w:val="clear" w:color="auto" w:fill="D9C3E6"/>
        </w:rPr>
        <w:t>.”</w:t>
      </w:r>
    </w:p>
    <w:p>
      <w:pPr>
        <w:pStyle w:val="Yellow"/>
        <w:rPr/>
        <w:pBdr>
          <w:left w:val="single" w:sz="28" w:space="5" w:color="C00000"/>
        </w:pBdr>
      </w:pPr>
      <w:r>
        <w:rPr>
          <w:b/>
          <w:shd w:val="clear" w:color="auto" w:fill="548235"/>
          <w:color w:val="FFFFFF"/>
        </w:rPr>
        <w:t>Galatians 6:2</w:t>
      </w:r>
      <w:r>
        <w:rPr>
          <w:shd w:val="clear" w:color="auto" w:fill="548235"/>
          <w:color w:val="FFFFFF"/>
        </w:rPr>
        <w:t xml:space="preserve"> — </w:t>
      </w:r>
      <w:r>
        <w:rPr>
          <w:shd w:fill="548235" w:val="clear" w:color="auto"/>
          <w:color w:val="FFFFFF"/>
        </w:rPr>
        <w:t>Carry one another’s burdens</w:t>
      </w:r>
      <w:r>
        <w:rPr>
          <w:b w:val="false"/>
          <w:i w:val="false"/>
          <w:color w:val="FFFFFF"/>
          <w:u w:val="none"/>
          <w:shd w:val="clear" w:color="auto" w:fill="548235"/>
        </w:rPr>
        <w:t xml:space="preserve"> [1ALY]</w:t>
      </w:r>
      <w:r>
        <w:rPr>
          <w:shd w:val="clear" w:color="auto" w:fill="548235"/>
          <w:color w:val="FFFFFF"/>
        </w:rPr>
        <w:t xml:space="preserve">, and </w:t>
      </w:r>
      <w:r>
        <w:rPr>
          <w:shd w:fill="548235" w:val="clear" w:color="auto"/>
          <w:color w:val="FFFFFF"/>
        </w:rPr>
        <w:t>in this way you will fulfill the law of Christ</w:t>
      </w:r>
      <w:r>
        <w:rPr>
          <w:b w:val="false"/>
          <w:i w:val="false"/>
          <w:color w:val="FFFFFF"/>
          <w:u w:val="none"/>
          <w:shd w:val="clear" w:color="auto" w:fill="548235"/>
        </w:rPr>
        <w:t xml:space="preserve"> [1ALZ]</w:t>
      </w:r>
      <w:r>
        <w:rPr>
          <w:shd w:val="clear" w:color="auto" w:fill="548235"/>
          <w:color w:val="FFFFFF"/>
        </w:rPr>
        <w:t>.</w:t>
      </w:r>
    </w:p>
    <w:p>
      <w:pPr>
        <w:pStyle w:val="Yellow"/>
        <w:rPr/>
      </w:pPr>
      <w:r>
        <w:rPr/>
        <w:t xml:space="preserve">(Ep4:15 “Christ ”¹ / 12 “body of Christ”²) </w:t>
      </w:r>
      <w:r>
        <w:rPr>
          <w:b/>
        </w:rPr>
        <w:t xml:space="preserve">Ephesians 4:16</w:t>
      </w:r>
      <w:r>
        <w:rPr/>
        <w:t xml:space="preserve"> — </w:t>
      </w:r>
      <w:r>
        <w:rPr>
          <w:shd w:fill="B7DDE8" w:val="clear"/>
        </w:rPr>
        <w:t xml:space="preserve">From {Him} the whole {body}, fitted and held together by every supporting ligament</w:t>
      </w:r>
      <w:r>
        <w:rPr>
          <w:b w:val="false"/>
          <w:i w:val="false"/>
          <w:color w:val="000000"/>
          <w:u w:val="none"/>
        </w:rPr>
        <w:t xml:space="preserve"> [2GZW]</w:t>
      </w:r>
      <w:r>
        <w:rPr>
          <w:shd w:val="clear" w:color="auto" w:fill="548235"/>
          <w:color w:val="FFFFFF"/>
        </w:rPr>
        <w:t xml:space="preserve">, </w:t>
      </w:r>
      <w:r>
        <w:rPr>
          <w:shd w:fill="548235" w:val="clear" w:color="auto"/>
          <w:color w:val="FFFFFF"/>
        </w:rPr>
        <w:t xml:space="preserve">grows and builds itself up in love through the work of each individual part</w:t>
      </w:r>
      <w:r>
        <w:rPr>
          <w:b w:val="false"/>
          <w:i w:val="false"/>
          <w:color w:val="FFFFFF"/>
          <w:u w:val="none"/>
          <w:shd w:val="clear" w:color="auto" w:fill="548235"/>
        </w:rPr>
        <w:t xml:space="preserve"> [1GZX]</w:t>
      </w:r>
      <w:r>
        <w:rPr>
          <w:shd w:val="clear" w:color="auto" w:fill="548235"/>
          <w:color w:val="FFFFFF"/>
        </w:rPr>
        <w:t xml:space="preserve">.</w:t>
      </w:r>
    </w:p>
    <w:p>
      <w:pPr>
        <w:pStyle w:val="Green"/>
        <w:rPr/>
      </w:pPr>
      <w:r>
        <w:rPr>
          <w:b/>
        </w:rPr>
        <w:t>Colossians 3:14</w:t>
      </w:r>
      <w:r>
        <w:rPr/>
        <w:t xml:space="preserve"> — And </w:t>
      </w:r>
      <w:r>
        <w:rPr>
          <w:shd w:fill="B7DDE8" w:val="clear"/>
        </w:rPr>
        <w:t>over all these virtues put on love</w:t>
      </w:r>
      <w:r>
        <w:rPr>
          <w:b w:val="false"/>
          <w:i w:val="false"/>
          <w:color w:val="000000"/>
          <w:u w:val="none"/>
        </w:rPr>
        <w:t xml:space="preserve"> [1LXS]</w:t>
      </w:r>
      <w:r>
        <w:rPr/>
        <w:t xml:space="preserve">, </w:t>
      </w:r>
      <w:r>
        <w:rPr>
          <w:shd w:fill="B7DDE8" w:val="clear"/>
        </w:rPr>
        <w:t>which is the bond of perfect unity</w:t>
      </w:r>
      <w:r>
        <w:rPr>
          <w:b w:val="false"/>
          <w:i w:val="false"/>
          <w:color w:val="000000"/>
          <w:u w:val="none"/>
        </w:rPr>
        <w:t xml:space="preserve"> [1LXT]</w:t>
      </w:r>
      <w:r>
        <w:rPr/>
        <w:t>.</w:t>
      </w:r>
    </w:p>
    <w:p>
      <w:pPr>
        <w:pStyle w:val="Yellow"/>
        <w:rPr/>
      </w:pPr>
      <w:r>
        <w:rPr>
          <w:b/>
        </w:rPr>
        <w:t>1 Thessalonians 5:8</w:t>
      </w:r>
      <w:r>
        <w:rPr/>
        <w:t xml:space="preserve"> — But since </w:t>
      </w:r>
      <w:r>
        <w:rPr>
          <w:shd w:val="clear" w:fill="B7DDE8"/>
        </w:rPr>
        <w:t>we belong to the day</w:t>
      </w:r>
      <w:r>
        <w:rPr>
          <w:b w:val="false"/>
          <w:i w:val="false"/>
          <w:color w:val="000000"/>
          <w:u w:val="none"/>
        </w:rPr>
        <w:t xml:space="preserve"> [1BYX]</w:t>
      </w:r>
      <w:r>
        <w:rPr/>
        <w:t xml:space="preserve">, </w:t>
      </w:r>
      <w:r>
        <w:rPr>
          <w:shd w:val="clear" w:fill="B7DDE8"/>
        </w:rPr>
        <w:t>let us be sober</w:t>
      </w:r>
      <w:r>
        <w:rPr>
          <w:b w:val="false"/>
          <w:i w:val="false"/>
          <w:u w:val="none"/>
          <w:color w:val="000000"/>
        </w:rPr>
        <w:t xml:space="preserve"> [2BYY]</w:t>
      </w:r>
      <w:r>
        <w:rPr/>
        <w:t xml:space="preserve">, </w:t>
      </w:r>
      <w:r>
        <w:rPr>
          <w:shd w:val="clear" w:fill="B7DDE8"/>
        </w:rPr>
        <w:t>putting on the breastplate of faith and love</w:t>
      </w:r>
      <w:r>
        <w:rPr>
          <w:b w:val="false"/>
          <w:i w:val="false"/>
          <w:u w:val="none"/>
          <w:color w:val="000000"/>
        </w:rPr>
        <w:t xml:space="preserve"> [1BYZ]</w:t>
      </w:r>
      <w:r>
        <w:rPr>
          <w:color w:val="auto"/>
        </w:rPr>
        <w:t xml:space="preserve">, and </w:t>
      </w:r>
      <w:r>
        <w:rPr>
          <w:color w:val="auto"/>
        </w:rPr>
        <w:t>the helmet of our hope of salvation</w:t>
      </w:r>
      <w:r>
        <w:rPr>
          <w:b w:val="false"/>
          <w:i w:val="false"/>
          <w:color w:val="auto"/>
          <w:u w:val="none"/>
        </w:rPr>
        <w:t xml:space="preserve"> [1BZA]</w:t>
      </w:r>
      <w:r>
        <w:rPr>
          <w:color w:val="auto"/>
        </w:rPr>
        <w:t>.</w:t>
      </w:r>
    </w:p>
    <w:p>
      <w:pPr>
        <w:pStyle w:val="Yellow"/>
        <w:rPr/>
      </w:pPr>
      <w:r>
        <w:rPr>
          <w:b/>
        </w:rPr>
        <w:t>1 Timothy 1:5</w:t>
      </w:r>
      <w:r>
        <w:rPr/>
        <w:t xml:space="preserve"> — </w:t>
      </w:r>
      <w:r>
        <w:rPr>
          <w:shd w:val="clear" w:fill="B7DDE8"/>
        </w:rPr>
        <w:t>The goal of our instruction is the love that comes from a pure heart, a clear conscience, and a sincere faith</w:t>
      </w:r>
      <w:r>
        <w:rPr>
          <w:b w:val="false"/>
          <w:i w:val="false"/>
          <w:color w:val="000000"/>
          <w:u w:val="none"/>
        </w:rPr>
        <w:t xml:space="preserve"> [1DEU]</w:t>
      </w:r>
      <w:r>
        <w:rPr/>
        <w:t>.</w:t>
      </w:r>
    </w:p>
    <w:p>
      <w:pPr>
        <w:pStyle w:val="Yellow"/>
        <w:rPr/>
      </w:pPr>
      <w:r>
        <w:rPr>
          <w:b/>
        </w:rPr>
        <w:t>1 Timothy 1:14</w:t>
      </w:r>
      <w:r>
        <w:rPr/>
        <w:t xml:space="preserve"> — And </w:t>
      </w:r>
      <w:r>
        <w:rPr>
          <w:shd w:val="clear" w:fill="B7DDE8"/>
        </w:rPr>
        <w:t>the grace of our Lord overflowed to me</w:t>
      </w:r>
      <w:r>
        <w:rPr>
          <w:b w:val="false"/>
          <w:i w:val="false"/>
          <w:u w:val="none"/>
          <w:color w:val="000000"/>
        </w:rPr>
        <w:t xml:space="preserve"> [1DEN]</w:t>
      </w:r>
      <w:r>
        <w:rPr/>
        <w:t xml:space="preserve">, along with </w:t>
      </w:r>
      <w:r>
        <w:rPr>
          <w:shd w:val="clear" w:fill="B7DDE8"/>
        </w:rPr>
        <w:t>the faith and love that are in Christ Jesus</w:t>
      </w:r>
      <w:r>
        <w:rPr>
          <w:b w:val="false"/>
          <w:i w:val="false"/>
          <w:color w:val="000000"/>
          <w:u w:val="none"/>
        </w:rPr>
        <w:t xml:space="preserve"> [1DEO]</w:t>
      </w:r>
      <w:r>
        <w:rPr/>
        <w:t>.</w:t>
      </w:r>
    </w:p>
    <w:p>
      <w:pPr>
        <w:pStyle w:val="Yellow"/>
        <w:rPr/>
      </w:pPr>
      <w:r>
        <w:rPr>
          <w:b/>
          <w:u w:val="none"/>
        </w:rPr>
        <w:t>James 2:8-9</w:t>
      </w:r>
      <w:r>
        <w:rPr>
          <w:u w:val="none"/>
        </w:rPr>
        <w:t xml:space="preserve"> — </w:t>
      </w:r>
      <w:r>
        <w:rPr>
          <w:u w:val="none"/>
          <w:shd w:fill="B7DDE8" w:val="clear"/>
        </w:rPr>
        <w:t>If you really fulfill the royal law stated in Scripture</w:t>
      </w:r>
      <w:r>
        <w:rPr>
          <w:b w:val="false"/>
          <w:i w:val="false"/>
          <w:color w:val="000000"/>
          <w:u w:val="none"/>
        </w:rPr>
        <w:t xml:space="preserve"> [1MGB]</w:t>
      </w:r>
      <w:r>
        <w:rPr>
          <w:u w:val="none"/>
        </w:rPr>
        <w:t>, “</w:t>
      </w:r>
      <w:r>
        <w:rPr>
          <w:u w:val="none"/>
          <w:shd w:fill="B7DDE8" w:val="clear"/>
        </w:rPr>
        <w:t>Love your neighbor as yourself</w:t>
      </w:r>
      <w:r>
        <w:rPr>
          <w:b w:val="false"/>
          <w:i w:val="false"/>
          <w:color w:val="000000"/>
          <w:u w:val="none"/>
        </w:rPr>
        <w:t xml:space="preserve"> [2ALR]</w:t>
      </w:r>
      <w:r>
        <w:rPr>
          <w:u w:val="none"/>
          <w:shd w:fill="B7DDE8" w:val="clear"/>
        </w:rPr>
        <w:t>,” you are doing well</w:t>
      </w:r>
      <w:r>
        <w:rPr>
          <w:b w:val="false"/>
          <w:i w:val="false"/>
          <w:color w:val="000000"/>
          <w:u w:val="none"/>
        </w:rPr>
        <w:t xml:space="preserve"> [1ALQ]</w:t>
      </w:r>
      <w:r>
        <w:rPr>
          <w:u w:val="none"/>
        </w:rPr>
        <w:t xml:space="preserve">. But </w:t>
      </w:r>
      <w:r>
        <w:rPr>
          <w:u w:val="none"/>
          <w:shd w:fill="B7DDE8" w:val="clear"/>
        </w:rPr>
        <w:t>if you show favoritism, you sin</w:t>
      </w:r>
      <w:r>
        <w:rPr>
          <w:b w:val="false"/>
          <w:i w:val="false"/>
          <w:color w:val="000000"/>
          <w:u w:val="none"/>
        </w:rPr>
        <w:t xml:space="preserve"> [1ALS]</w:t>
      </w:r>
      <w:r>
        <w:rPr>
          <w:u w:val="none"/>
          <w:shd w:fill="F4B183" w:val="clear" w:color="auto"/>
          <w:color w:val="000000"/>
        </w:rPr>
        <w:t xml:space="preserve"> and are convicted by the law as transgressors</w:t>
      </w:r>
      <w:r>
        <w:rPr>
          <w:b w:val="false"/>
          <w:i w:val="false"/>
          <w:color w:val="000000"/>
          <w:u w:val="none"/>
          <w:shd w:val="clear" w:color="auto" w:fill="F4B183"/>
        </w:rPr>
        <w:t xml:space="preserve"> [1ALT]</w:t>
      </w:r>
      <w:r>
        <w:rPr>
          <w:u w:val="none"/>
        </w:rPr>
        <w:t>.</w:t>
      </w:r>
    </w:p>
    <w:p>
      <w:pPr>
        <w:pStyle w:val="Yellow"/>
        <w:rPr/>
      </w:pPr>
      <w:r>
        <w:rPr>
          <w:b/>
          <w:u w:val="none"/>
        </w:rPr>
        <w:t>1 Peter 1:22</w:t>
      </w:r>
      <w:r>
        <w:rPr>
          <w:u w:val="none"/>
        </w:rPr>
        <w:t xml:space="preserve"> — Since </w:t>
      </w:r>
      <w:r>
        <w:rPr>
          <w:u w:val="none"/>
          <w:shd w:val="clear" w:fill="B7DDE8"/>
        </w:rPr>
        <w:t>you have purified your souls by obedience to the truth</w:t>
      </w:r>
      <w:r>
        <w:rPr>
          <w:b w:val="false"/>
          <w:i w:val="false"/>
          <w:color w:val="000000"/>
          <w:u w:val="none"/>
        </w:rPr>
        <w:t xml:space="preserve"> [1FLD]</w:t>
      </w:r>
      <w:r>
        <w:rPr>
          <w:u w:val="none"/>
        </w:rPr>
        <w:t xml:space="preserve"> </w:t>
      </w:r>
      <w:r>
        <w:rPr>
          <w:u w:val="none"/>
          <w:shd w:val="clear" w:fill="B7DDE8"/>
        </w:rPr>
        <w:t>so that you have a genuine love for your brothers</w:t>
      </w:r>
      <w:r>
        <w:rPr>
          <w:b w:val="false"/>
          <w:i w:val="false"/>
          <w:color w:val="000000"/>
          <w:u w:val="none"/>
        </w:rPr>
        <w:t xml:space="preserve"> [1FLE]</w:t>
      </w:r>
      <w:r>
        <w:rPr>
          <w:u w:val="none"/>
        </w:rPr>
        <w:t xml:space="preserve">, </w:t>
      </w:r>
      <w:r>
        <w:rPr>
          <w:u w:val="none"/>
          <w:shd w:val="clear" w:fill="B7DDE8"/>
        </w:rPr>
        <w:t>love one another deeply, from a pure heart</w:t>
      </w:r>
      <w:r>
        <w:rPr>
          <w:b w:val="false"/>
          <w:i w:val="false"/>
          <w:color w:val="000000"/>
          <w:u w:val="none"/>
        </w:rPr>
        <w:t xml:space="preserve"> [1FLF]</w:t>
      </w:r>
      <w:r>
        <w:rPr>
          <w:u w:val="none"/>
        </w:rPr>
        <w:t>.</w:t>
      </w:r>
    </w:p>
    <w:p>
      <w:pPr>
        <w:pStyle w:val="Yellow"/>
        <w:rPr/>
        <w:pBdr>
          <w:left w:val="single" w:sz="28" w:space="5" w:color="C00000"/>
        </w:pBdr>
      </w:pPr>
      <w:r>
        <w:rPr>
          <w:b/>
          <w:u w:val="none"/>
        </w:rPr>
        <w:t>1 Peter 4:8</w:t>
      </w:r>
      <w:r>
        <w:rPr>
          <w:u w:val="none"/>
        </w:rPr>
        <w:t xml:space="preserve"> — Above all, </w:t>
      </w:r>
      <w:r>
        <w:rPr>
          <w:u w:val="none"/>
          <w:shd w:fill="B7DDE8" w:val="clear"/>
        </w:rPr>
        <w:t>love one another deeply</w:t>
      </w:r>
      <w:r>
        <w:rPr>
          <w:b w:val="false"/>
          <w:i w:val="false"/>
          <w:u w:val="none"/>
          <w:color w:val="000000"/>
        </w:rPr>
        <w:t xml:space="preserve"> [1FTR]</w:t>
      </w:r>
      <w:r>
        <w:rPr>
          <w:u w:val="none"/>
        </w:rPr>
        <w:t xml:space="preserve">, because </w:t>
      </w:r>
      <w:r>
        <w:rPr>
          <w:u w:val="none"/>
          <w:shd w:fill="B7DDE8" w:val="clear"/>
        </w:rPr>
        <w:t>love covers over a multitude of sins</w:t>
      </w:r>
      <w:r>
        <w:rPr>
          <w:b w:val="false"/>
          <w:i w:val="false"/>
          <w:color w:val="000000"/>
          <w:u w:val="none"/>
        </w:rPr>
        <w:t xml:space="preserve"> [1FTS]</w:t>
      </w:r>
      <w:r>
        <w:rPr>
          <w:u w:val="none"/>
        </w:rPr>
        <w:t>.</w:t>
      </w:r>
    </w:p>
    <w:p>
      <w:pPr>
        <w:pStyle w:val="Yellow"/>
        <w:rPr/>
        <w:pBdr>
          <w:left w:val="single" w:sz="28" w:space="5" w:color="C00000"/>
        </w:pBdr>
      </w:pPr>
      <w:r>
        <w:rPr>
          <w:b/>
          <w:shd w:val="clear" w:color="auto" w:fill="548235"/>
          <w:color w:val="FFFFFF"/>
        </w:rPr>
        <w:t>1 John 2:9</w:t>
      </w:r>
      <w:r>
        <w:rPr>
          <w:shd w:val="clear" w:color="auto" w:fill="548235"/>
          <w:color w:val="FFFFFF"/>
        </w:rPr>
        <w:t xml:space="preserve"> — </w:t>
      </w:r>
      <w:r>
        <w:rPr>
          <w:shd w:fill="548235" w:val="clear" w:color="auto"/>
          <w:color w:val="FFFFFF"/>
        </w:rPr>
        <w:t>If anyone claims to be in the light but hates his brother, he is still in the darkness</w:t>
      </w:r>
      <w:r>
        <w:rPr>
          <w:b w:val="false"/>
          <w:i w:val="false"/>
          <w:color w:val="FFFFFF"/>
          <w:u w:val="none"/>
          <w:shd w:val="clear" w:color="auto" w:fill="548235"/>
        </w:rPr>
        <w:t xml:space="preserve"> [1MFG]</w:t>
      </w:r>
      <w:r>
        <w:rPr>
          <w:shd w:val="clear" w:color="auto" w:fill="548235"/>
          <w:color w:val="FFFFFF"/>
        </w:rPr>
        <w:t>.</w:t>
      </w:r>
    </w:p>
    <w:p>
      <w:pPr>
        <w:pStyle w:val="Yellow"/>
        <w:spacing w:lineRule="auto" w:line="252" w:before="0" w:after="100"/>
        <w:rPr/>
      </w:pPr>
      <w:r>
        <w:rPr>
          <w:b/>
        </w:rPr>
        <w:t>1 John 2:10</w:t>
      </w:r>
      <w:r>
        <w:rPr/>
        <w:t xml:space="preserve"> — </w:t>
      </w:r>
      <w:r>
        <w:rPr>
          <w:shd w:fill="B7DDE8" w:val="clear"/>
        </w:rPr>
        <w:t>Whoever loves his brother remains in the light</w:t>
      </w:r>
      <w:r>
        <w:rPr>
          <w:b w:val="false"/>
          <w:i w:val="false"/>
          <w:color w:val="000000"/>
          <w:u w:val="none"/>
        </w:rPr>
        <w:t xml:space="preserve"> [1MFJ]</w:t>
      </w:r>
      <w:r>
        <w:rPr/>
        <w:t xml:space="preserve">, and </w:t>
      </w:r>
      <w:r>
        <w:rPr>
          <w:shd w:fill="B7DDE8" w:val="clear"/>
        </w:rPr>
        <w:t>there is no cause of stumbling in him</w:t>
      </w:r>
      <w:r>
        <w:rPr>
          <w:b w:val="false"/>
          <w:i w:val="false"/>
          <w:color w:val="000000"/>
          <w:u w:val="none"/>
        </w:rPr>
        <w:t xml:space="preserve"> [1MFK]</w:t>
      </w:r>
      <w:r>
        <w:rPr/>
        <w:t>.</w:t>
      </w:r>
    </w:p>
    <w:p>
      <w:pPr>
        <w:pStyle w:val="Yellow"/>
        <w:rPr/>
      </w:pPr>
      <w:r>
        <w:rPr>
          <w:b/>
          <w:u w:val="none"/>
        </w:rPr>
        <w:t>1 John 2:11</w:t>
      </w:r>
      <w:r>
        <w:rPr>
          <w:u w:val="none"/>
        </w:rPr>
        <w:t xml:space="preserve"> — But </w:t>
      </w:r>
      <w:r>
        <w:rPr>
          <w:u w:val="none"/>
          <w:shd w:fill="B7DDE8" w:val="clear"/>
        </w:rPr>
        <w:t>whoever hates his brother is in the darkness</w:t>
      </w:r>
      <w:r>
        <w:rPr>
          <w:b w:val="false"/>
          <w:i w:val="false"/>
          <w:color w:val="000000"/>
          <w:u w:val="none"/>
        </w:rPr>
        <w:t xml:space="preserve"> [1MFH]</w:t>
      </w:r>
      <w:r>
        <w:rPr>
          <w:u w:val="none"/>
        </w:rPr>
        <w:t xml:space="preserve"> and </w:t>
      </w:r>
      <w:r>
        <w:rPr>
          <w:u w:val="none"/>
          <w:shd w:fill="B7DDE8" w:val="clear"/>
        </w:rPr>
        <w:t>walks in the darkness</w:t>
      </w:r>
      <w:r>
        <w:rPr>
          <w:b w:val="false"/>
          <w:i w:val="false"/>
          <w:color w:val="000000"/>
          <w:u w:val="none"/>
        </w:rPr>
        <w:t xml:space="preserve"> [2MEW]</w:t>
      </w:r>
      <w:r>
        <w:rPr>
          <w:u w:val="none"/>
        </w:rPr>
        <w:t xml:space="preserve">. </w:t>
      </w:r>
      <w:r>
        <w:rPr>
          <w:u w:val="none"/>
          <w:shd w:fill="B7DDE8" w:val="clear"/>
        </w:rPr>
        <w:t>He does not know where he is going</w:t>
      </w:r>
      <w:r>
        <w:rPr>
          <w:b w:val="false"/>
          <w:i w:val="false"/>
          <w:color w:val="000000"/>
          <w:u w:val="none"/>
        </w:rPr>
        <w:t xml:space="preserve"> [2MEX]</w:t>
      </w:r>
      <w:r>
        <w:rPr>
          <w:u w:val="none"/>
        </w:rPr>
        <w:t xml:space="preserve">, because </w:t>
      </w:r>
      <w:r>
        <w:rPr>
          <w:u w:val="none"/>
          <w:shd w:fill="B7DDE8" w:val="clear"/>
        </w:rPr>
        <w:t>the darkness has blinded his eyes</w:t>
      </w:r>
      <w:r>
        <w:rPr>
          <w:b w:val="false"/>
          <w:i w:val="false"/>
          <w:color w:val="000000"/>
          <w:u w:val="none"/>
        </w:rPr>
        <w:t xml:space="preserve"> [1MFI]</w:t>
      </w:r>
      <w:r>
        <w:rPr>
          <w:u w:val="none"/>
        </w:rPr>
        <w:t>.</w:t>
      </w:r>
    </w:p>
    <w:p>
      <w:pPr>
        <w:pStyle w:val="Yellow"/>
        <w:rPr/>
      </w:pPr>
      <w:r>
        <w:rPr>
          <w:b/>
        </w:rPr>
        <w:t>1 John 2:15</w:t>
      </w:r>
      <w:r>
        <w:rPr/>
        <w:t xml:space="preserve"> — </w:t>
      </w:r>
      <w:r>
        <w:rPr>
          <w:shd w:fill="B7DDE8" w:val="clear"/>
        </w:rPr>
        <w:t>Do not love the world or anything in the world</w:t>
      </w:r>
      <w:r>
        <w:rPr>
          <w:b w:val="false"/>
          <w:i w:val="false"/>
          <w:color w:val="000000"/>
          <w:u w:val="none"/>
        </w:rPr>
        <w:t xml:space="preserve"> [1LYD]</w:t>
      </w:r>
      <w:r>
        <w:rPr/>
        <w:t xml:space="preserve">. </w:t>
      </w:r>
      <w:r>
        <w:rPr>
          <w:shd w:fill="B7DDE8" w:val="clear"/>
        </w:rPr>
        <w:t>If anyone loves the world, the love of the Father is not in him</w:t>
      </w:r>
      <w:r>
        <w:rPr>
          <w:b w:val="false"/>
          <w:i w:val="false"/>
          <w:color w:val="000000"/>
          <w:u w:val="none"/>
        </w:rPr>
        <w:t xml:space="preserve"> [1LYE]</w:t>
      </w:r>
      <w:r>
        <w:rPr/>
        <w:t>.</w:t>
      </w:r>
    </w:p>
    <w:p>
      <w:pPr>
        <w:pStyle w:val="Yellow"/>
        <w:rPr/>
      </w:pPr>
      <w:r>
        <w:rPr>
          <w:b/>
          <w:u w:val="none"/>
        </w:rPr>
        <w:t xml:space="preserve">1 John 3:14</w:t>
      </w:r>
      <w:r>
        <w:rPr>
          <w:u w:val="none"/>
        </w:rPr>
        <w:t xml:space="preserve"> — </w:t>
      </w:r>
      <w:r>
        <w:rPr>
          <w:u w:val="none"/>
          <w:shd w:fill="B7DDE8" w:val="clear"/>
        </w:rPr>
        <w:t xml:space="preserve">We know that </w:t>
      </w:r>
      <w:r>
        <w:rPr>
          <w:u w:val="none"/>
          <w:shd w:fill="B7DDE8" w:val="clear"/>
        </w:rPr>
        <w:t xml:space="preserve">we have passed from death to life</w:t>
      </w:r>
      <w:r>
        <w:rPr>
          <w:b w:val="false"/>
          <w:i w:val="false"/>
          <w:color w:val="000000"/>
          <w:u w:val="none"/>
        </w:rPr>
        <w:t xml:space="preserve"> [1IWV]</w:t>
      </w:r>
      <w:r>
        <w:rPr>
          <w:u w:val="none"/>
        </w:rPr>
        <w:t xml:space="preserve">, </w:t>
      </w:r>
      <w:r>
        <w:rPr>
          <w:u w:val="none"/>
          <w:shd w:fill="B7DDE8" w:val="clear"/>
        </w:rPr>
        <w:t xml:space="preserve">because we love our brothers</w:t>
      </w:r>
      <w:r>
        <w:rPr>
          <w:b w:val="false"/>
          <w:i w:val="false"/>
          <w:color w:val="000000"/>
          <w:u w:val="none"/>
        </w:rPr>
        <w:t xml:space="preserve"> [1IWW]</w:t>
      </w:r>
      <w:r>
        <w:rPr>
          <w:u w:val="none"/>
        </w:rPr>
        <w:t xml:space="preserve">. </w:t>
      </w:r>
      <w:r>
        <w:rPr>
          <w:u w:val="none"/>
          <w:shd w:fill="B7DDE8" w:val="clear"/>
        </w:rPr>
        <w:t xml:space="preserve">The one who does not love remains in death</w:t>
      </w:r>
      <w:r>
        <w:rPr>
          <w:b w:val="false"/>
          <w:i w:val="false"/>
          <w:color w:val="000000"/>
          <w:u w:val="none"/>
        </w:rPr>
        <w:t xml:space="preserve"> [1IWX]</w:t>
      </w:r>
      <w:r>
        <w:rPr>
          <w:u w:val="none"/>
        </w:rPr>
        <w:t xml:space="preserve">.</w:t>
      </w:r>
    </w:p>
    <w:p>
      <w:pPr>
        <w:pStyle w:val="Yellow"/>
        <w:rPr/>
      </w:pPr>
      <w:r>
        <w:rPr>
          <w:b/>
        </w:rPr>
        <w:t>1 John 3:15</w:t>
      </w:r>
      <w:r>
        <w:rPr/>
        <w:t xml:space="preserve"> — </w:t>
      </w:r>
      <w:r>
        <w:rPr>
          <w:shd w:val="clear" w:fill="B7DDE8"/>
        </w:rPr>
        <w:t>Everyone who hates his brother is a murderer</w:t>
      </w:r>
      <w:r>
        <w:rPr>
          <w:b w:val="false"/>
          <w:i w:val="false"/>
          <w:color w:val="000000"/>
          <w:u w:val="none"/>
        </w:rPr>
        <w:t xml:space="preserve"> [1CLN]</w:t>
      </w:r>
      <w:r>
        <w:rPr/>
        <w:t xml:space="preserve">, and you know that </w:t>
      </w:r>
      <w:r>
        <w:rPr>
          <w:shd w:val="clear" w:fill="B7DDE8"/>
        </w:rPr>
        <w:t>eternal life does not reside in a murderer</w:t>
      </w:r>
      <w:r>
        <w:rPr>
          <w:b w:val="false"/>
          <w:i w:val="false"/>
          <w:color w:val="000000"/>
          <w:u w:val="none"/>
        </w:rPr>
        <w:t xml:space="preserve"> [1CLO]</w:t>
      </w:r>
      <w:r>
        <w:rPr/>
        <w:t>.</w:t>
      </w:r>
    </w:p>
    <w:p>
      <w:pPr>
        <w:pStyle w:val="Yellow"/>
        <w:rPr/>
      </w:pPr>
      <w:r>
        <w:rPr>
          <w:b/>
          <w:u w:val="none"/>
        </w:rPr>
        <w:t>1 John 4:7</w:t>
      </w:r>
      <w:r>
        <w:rPr>
          <w:u w:val="none"/>
        </w:rPr>
        <w:t xml:space="preserve"> — Beloved, </w:t>
      </w:r>
      <w:r>
        <w:rPr>
          <w:u w:val="none"/>
          <w:shd w:fill="B7DDE8" w:val="clear"/>
        </w:rPr>
        <w:t xml:space="preserve">let us </w:t>
      </w:r>
      <w:r>
        <w:rPr>
          <w:u w:val="none"/>
          <w:shd w:fill="B7DDE8" w:val="clear"/>
        </w:rPr>
        <w:t>love one another</w:t>
      </w:r>
      <w:r>
        <w:rPr>
          <w:b w:val="false"/>
          <w:i w:val="false"/>
          <w:color w:val="000000"/>
          <w:u w:val="none"/>
        </w:rPr>
        <w:t xml:space="preserve"> [1FTX]</w:t>
      </w:r>
      <w:r>
        <w:rPr>
          <w:u w:val="none"/>
        </w:rPr>
        <w:t xml:space="preserve">, because </w:t>
      </w:r>
      <w:r>
        <w:rPr>
          <w:u w:val="none"/>
          <w:shd w:fill="B7DDE8" w:val="clear"/>
        </w:rPr>
        <w:t>love comes from God</w:t>
      </w:r>
      <w:r>
        <w:rPr>
          <w:b w:val="false"/>
          <w:i w:val="false"/>
          <w:color w:val="000000"/>
          <w:u w:val="none"/>
        </w:rPr>
        <w:t xml:space="preserve"> [1FTY]</w:t>
      </w:r>
      <w:r>
        <w:rPr>
          <w:u w:val="none"/>
        </w:rPr>
        <w:t xml:space="preserve">. </w:t>
      </w:r>
      <w:r>
        <w:rPr>
          <w:u w:val="none"/>
          <w:shd w:fill="B7DDE8" w:val="clear"/>
        </w:rPr>
        <w:t>Everyone who loves has been born of God and knows God</w:t>
      </w:r>
      <w:r>
        <w:rPr>
          <w:b w:val="false"/>
          <w:i w:val="false"/>
          <w:color w:val="000000"/>
          <w:u w:val="none"/>
        </w:rPr>
        <w:t xml:space="preserve"> [1FTZ]</w:t>
      </w:r>
      <w:r>
        <w:rPr>
          <w:u w:val="none"/>
        </w:rPr>
        <w:t>.</w:t>
      </w:r>
    </w:p>
    <w:p>
      <w:pPr>
        <w:pStyle w:val="Yellow"/>
        <w:rPr/>
      </w:pPr>
      <w:r>
        <w:rPr>
          <w:b/>
          <w:u w:val="none"/>
        </w:rPr>
        <w:t>1 John 4:12</w:t>
      </w:r>
      <w:r>
        <w:rPr>
          <w:u w:val="none"/>
        </w:rPr>
        <w:t xml:space="preserve"> — </w:t>
      </w:r>
      <w:r>
        <w:rPr>
          <w:u w:val="none"/>
        </w:rPr>
        <w:t>No one has ever seen God</w:t>
      </w:r>
      <w:r>
        <w:rPr>
          <w:b w:val="false"/>
          <w:i w:val="false"/>
          <w:u w:val="none"/>
          <w:color w:val="000000"/>
        </w:rPr>
        <w:t xml:space="preserve"> [2FUC]</w:t>
      </w:r>
      <w:r>
        <w:rPr>
          <w:u w:val="none"/>
        </w:rPr>
        <w:t xml:space="preserve">; but </w:t>
      </w:r>
      <w:r>
        <w:rPr>
          <w:u w:val="none"/>
          <w:shd w:fill="B7DDE8" w:val="clear"/>
        </w:rPr>
        <w:t xml:space="preserve">if we </w:t>
      </w:r>
      <w:r>
        <w:rPr>
          <w:u w:val="none"/>
          <w:shd w:fill="B7DDE8" w:val="clear"/>
        </w:rPr>
        <w:t>love one another</w:t>
      </w:r>
      <w:r>
        <w:rPr>
          <w:b w:val="false"/>
          <w:i w:val="false"/>
          <w:color w:val="000000"/>
          <w:u w:val="none"/>
        </w:rPr>
        <w:t xml:space="preserve"> [2FUB]</w:t>
      </w:r>
      <w:r>
        <w:rPr>
          <w:u w:val="none"/>
        </w:rPr>
        <w:t xml:space="preserve">, </w:t>
      </w:r>
      <w:r>
        <w:rPr>
          <w:u w:val="none"/>
          <w:shd w:fill="B7DDE8" w:val="clear"/>
        </w:rPr>
        <w:t>God remains in us</w:t>
      </w:r>
      <w:r>
        <w:rPr>
          <w:b w:val="false"/>
          <w:i w:val="false"/>
          <w:u w:val="none"/>
          <w:color w:val="000000"/>
        </w:rPr>
        <w:t xml:space="preserve"> [1FUD]</w:t>
      </w:r>
      <w:r>
        <w:rPr>
          <w:u w:val="none"/>
          <w:shd w:val="clear" w:color="auto" w:fill="548235"/>
          <w:color w:val="FFFFFF"/>
        </w:rPr>
        <w:t xml:space="preserve">, and </w:t>
      </w:r>
      <w:r>
        <w:rPr>
          <w:u w:val="none"/>
          <w:shd w:fill="548235" w:val="clear" w:color="auto"/>
          <w:color w:val="FFFFFF"/>
        </w:rPr>
        <w:t>His love is perfected in us</w:t>
      </w:r>
      <w:r>
        <w:rPr>
          <w:b w:val="false"/>
          <w:i w:val="false"/>
          <w:color w:val="FFFFFF"/>
          <w:u w:val="none"/>
          <w:shd w:val="clear" w:color="auto" w:fill="548235"/>
        </w:rPr>
        <w:t xml:space="preserve"> [2FUE]</w:t>
      </w:r>
      <w:r>
        <w:rPr>
          <w:u w:val="none"/>
          <w:shd w:val="clear" w:color="auto" w:fill="548235"/>
          <w:color w:val="FFFFFF"/>
        </w:rPr>
        <w:t>.</w:t>
      </w:r>
    </w:p>
    <w:p>
      <w:pPr>
        <w:pStyle w:val="Yellow"/>
        <w:rPr/>
      </w:pPr>
      <w:r>
        <w:rPr>
          <w:b/>
        </w:rPr>
        <w:t xml:space="preserve">1 John 4:18</w:t>
      </w:r>
      <w:r>
        <w:rPr/>
        <w:t xml:space="preserve"> — </w:t>
      </w:r>
      <w:r>
        <w:rPr>
          <w:shd w:fill="B7DDE8" w:val="clear"/>
        </w:rPr>
        <w:t xml:space="preserve">There is no fear in love</w:t>
      </w:r>
      <w:r>
        <w:rPr>
          <w:b w:val="false"/>
          <w:i w:val="false"/>
          <w:color w:val="000000"/>
          <w:u w:val="none"/>
        </w:rPr>
        <w:t xml:space="preserve"> [1LDU]</w:t>
      </w:r>
      <w:r>
        <w:rPr/>
        <w:t xml:space="preserve">, but </w:t>
      </w:r>
      <w:r>
        <w:rPr>
          <w:shd w:fill="B7DDE8" w:val="clear"/>
        </w:rPr>
        <w:t xml:space="preserve">perfect love drives out fear</w:t>
      </w:r>
      <w:r>
        <w:rPr>
          <w:b w:val="false"/>
          <w:i w:val="false"/>
          <w:color w:val="000000"/>
          <w:u w:val="none"/>
        </w:rPr>
        <w:t xml:space="preserve"> [1LDV]</w:t>
      </w:r>
      <w:r>
        <w:rPr/>
        <w:t xml:space="preserve">, because </w:t>
      </w:r>
      <w:r>
        <w:rPr>
          <w:shd w:fill="B7DDE8" w:val="clear"/>
        </w:rPr>
        <w:t xml:space="preserve">fear involves punishment</w:t>
      </w:r>
      <w:r>
        <w:rPr>
          <w:b w:val="false"/>
          <w:i w:val="false"/>
          <w:color w:val="000000"/>
          <w:u w:val="none"/>
        </w:rPr>
        <w:t xml:space="preserve"> [1LDW]</w:t>
      </w:r>
      <w:r>
        <w:rPr/>
        <w:t xml:space="preserve">. </w:t>
      </w:r>
      <w:r>
        <w:rPr>
          <w:shd w:fill="B7DDE8" w:val="clear"/>
        </w:rPr>
        <w:t xml:space="preserve">The one who fears has not been perfected in love</w:t>
      </w:r>
      <w:r>
        <w:rPr>
          <w:b w:val="false"/>
          <w:i w:val="false"/>
          <w:color w:val="000000"/>
          <w:u w:val="none"/>
        </w:rPr>
        <w:t xml:space="preserve"> [1LDX]</w:t>
      </w:r>
      <w:r>
        <w:rPr/>
        <w:t xml:space="preserve">.</w:t>
      </w:r>
    </w:p>
    <w:p>
      <w:pPr>
        <w:pStyle w:val="Yellow"/>
        <w:rPr/>
      </w:pPr>
      <w:r>
        <w:rPr>
          <w:u w:val="none"/>
        </w:rPr>
        <w:t xml:space="preserve">(1Jn4:16 “God”) </w:t>
      </w:r>
      <w:r>
        <w:rPr>
          <w:b/>
          <w:u w:val="none"/>
        </w:rPr>
        <w:t>1 John 4:19</w:t>
      </w:r>
      <w:r>
        <w:rPr>
          <w:u w:val="none"/>
        </w:rPr>
        <w:t xml:space="preserve"> — </w:t>
      </w:r>
      <w:r>
        <w:rPr>
          <w:u w:val="none"/>
          <w:shd w:fill="B7DDE8" w:val="clear"/>
        </w:rPr>
        <w:t xml:space="preserve">We love because </w:t>
      </w:r>
      <w:r>
        <w:rPr>
          <w:u w:val="none"/>
          <w:shd w:fill="B7DDE8" w:val="clear"/>
        </w:rPr>
        <w:t>{He} first loved us</w:t>
      </w:r>
      <w:r>
        <w:rPr>
          <w:b w:val="false"/>
          <w:i w:val="false"/>
          <w:color w:val="000000"/>
          <w:u w:val="none"/>
        </w:rPr>
        <w:t xml:space="preserve"> [1FSY]</w:t>
      </w:r>
      <w:r>
        <w:rPr>
          <w:u w:val="none"/>
        </w:rPr>
        <w:t>.</w:t>
      </w:r>
    </w:p>
    <w:p>
      <w:pPr>
        <w:pStyle w:val="Yellow"/>
        <w:rPr/>
      </w:pPr>
      <w:r>
        <w:rPr>
          <w:b/>
        </w:rPr>
        <w:t>1 John 4:20</w:t>
      </w:r>
      <w:r>
        <w:rPr/>
        <w:t xml:space="preserve"> — </w:t>
      </w:r>
      <w:r>
        <w:rPr>
          <w:shd w:fill="B7DDE8" w:val="clear"/>
        </w:rPr>
        <w:t>If anyone says, “I love God,” but hates his brother, he is a liar</w:t>
      </w:r>
      <w:r>
        <w:rPr>
          <w:b w:val="false"/>
          <w:i w:val="false"/>
          <w:color w:val="000000"/>
          <w:u w:val="none"/>
        </w:rPr>
        <w:t xml:space="preserve"> [1LYG]</w:t>
      </w:r>
      <w:r>
        <w:rPr/>
        <w:t xml:space="preserve">. For </w:t>
      </w:r>
      <w:r>
        <w:rPr>
          <w:shd w:fill="B7DDE8" w:val="clear"/>
        </w:rPr>
        <w:t>anyone who does not love his brother, whom he has seen, cannot love God, whom he has not seen</w:t>
      </w:r>
      <w:r>
        <w:rPr>
          <w:b w:val="false"/>
          <w:i w:val="false"/>
          <w:color w:val="000000"/>
          <w:u w:val="none"/>
        </w:rPr>
        <w:t xml:space="preserve"> [1LYH]</w:t>
      </w:r>
      <w:r>
        <w:rPr/>
        <w:t>.</w:t>
      </w:r>
    </w:p>
    <w:p>
      <w:pPr>
        <w:pStyle w:val="Yellow"/>
        <w:rPr/>
        <w:pBdr>
          <w:left w:val="single" w:sz="28" w:space="5" w:color="C00000"/>
        </w:pBdr>
      </w:pPr>
      <w:r>
        <w:rPr>
          <w:b/>
          <w:u w:val="none"/>
        </w:rPr>
        <w:t>1 John 5:1</w:t>
      </w:r>
      <w:r>
        <w:rPr>
          <w:u w:val="none"/>
        </w:rPr>
        <w:t xml:space="preserve"> — </w:t>
      </w:r>
      <w:r>
        <w:rPr>
          <w:u w:val="none"/>
          <w:shd w:fill="B7DDE8" w:val="clear"/>
        </w:rPr>
        <w:t xml:space="preserve">Everyone who believes that </w:t>
      </w:r>
      <w:r>
        <w:rPr>
          <w:u w:val="none"/>
          <w:shd w:fill="B7DDE8" w:val="clear"/>
        </w:rPr>
        <w:t>Jesus is the Christ</w:t>
      </w:r>
      <w:r>
        <w:rPr>
          <w:b w:val="false"/>
          <w:i w:val="false"/>
          <w:color w:val="000000"/>
          <w:u w:val="none"/>
        </w:rPr>
        <w:t xml:space="preserve"> [1CIE]</w:t>
      </w:r>
      <w:r>
        <w:rPr>
          <w:u w:val="none"/>
          <w:shd w:fill="F4B183" w:val="clear" w:color="auto"/>
          <w:color w:val="000000"/>
        </w:rPr>
        <w:t xml:space="preserve"> has been born of God</w:t>
      </w:r>
      <w:r>
        <w:rPr>
          <w:b w:val="false"/>
          <w:i w:val="false"/>
          <w:color w:val="000000"/>
          <w:u w:val="none"/>
          <w:shd w:val="clear" w:color="auto" w:fill="F4B183"/>
        </w:rPr>
        <w:t xml:space="preserve"> [2ANB]</w:t>
      </w:r>
      <w:r>
        <w:rPr>
          <w:u w:val="none"/>
        </w:rPr>
        <w:t xml:space="preserve">, and </w:t>
      </w:r>
      <w:r>
        <w:rPr>
          <w:u w:val="none"/>
          <w:shd w:fill="F4B183" w:val="clear" w:color="auto"/>
          <w:color w:val="000000"/>
        </w:rPr>
        <w:t>everyone who loves the Father also loves those born of Him</w:t>
      </w:r>
      <w:r>
        <w:rPr>
          <w:b w:val="false"/>
          <w:i w:val="false"/>
          <w:color w:val="000000"/>
          <w:u w:val="none"/>
          <w:shd w:val="clear" w:color="auto" w:fill="F4B183"/>
        </w:rPr>
        <w:t xml:space="preserve"> [1AND]</w:t>
      </w:r>
      <w:r>
        <w:rPr>
          <w:u w:val="none"/>
        </w:rPr>
        <w:t>.</w:t>
      </w:r>
    </w:p>
    <w:p>
      <w:pPr>
        <w:pStyle w:val="Yellow"/>
        <w:rPr/>
      </w:pPr>
      <w:r>
        <w:rPr>
          <w:b/>
        </w:rPr>
        <w:t>1 John 5:2</w:t>
      </w:r>
      <w:r>
        <w:rPr/>
        <w:t xml:space="preserve"> — By this </w:t>
      </w:r>
      <w:r>
        <w:rPr>
          <w:shd w:fill="B7DDE8" w:val="clear"/>
        </w:rPr>
        <w:t xml:space="preserve">we know that we </w:t>
      </w:r>
      <w:r>
        <w:rPr>
          <w:shd w:fill="B7DDE8" w:val="clear"/>
        </w:rPr>
        <w:t>love</w:t>
      </w:r>
      <w:r>
        <w:rPr>
          <w:shd w:fill="B7DDE8" w:val="clear"/>
        </w:rPr>
        <w:t xml:space="preserve"> the children of God: when we </w:t>
      </w:r>
      <w:r>
        <w:rPr>
          <w:shd w:fill="B7DDE8" w:val="clear"/>
        </w:rPr>
        <w:t>love</w:t>
      </w:r>
      <w:r>
        <w:rPr>
          <w:shd w:fill="B7DDE8" w:val="clear"/>
        </w:rPr>
        <w:t xml:space="preserve"> God and keep His </w:t>
      </w:r>
      <w:r>
        <w:rPr>
          <w:shd w:fill="B7DDE8" w:val="clear"/>
        </w:rPr>
        <w:t>commandments</w:t>
      </w:r>
      <w:r>
        <w:rPr>
          <w:b w:val="false"/>
          <w:i w:val="false"/>
          <w:color w:val="000000"/>
          <w:u w:val="none"/>
        </w:rPr>
        <w:t xml:space="preserve"> [1WQ]</w:t>
      </w:r>
      <w:r>
        <w:rPr/>
        <w:t>.</w:t>
      </w:r>
    </w:p>
    <w:p>
      <w:pPr>
        <w:pStyle w:val="Yellow"/>
        <w:rPr/>
      </w:pPr>
      <w:r>
        <w:rPr>
          <w:b/>
        </w:rPr>
        <w:t>Jude 1:20–21</w:t>
      </w:r>
      <w:r>
        <w:rPr/>
        <w:t xml:space="preserve"> — But you, beloved, </w:t>
      </w:r>
      <w:r>
        <w:rPr>
          <w:shd w:fill="B7DDE8" w:val="clear"/>
        </w:rPr>
        <w:t>by building yourselves up in your most holy faith and praying in the Holy Spirit, keep yourselves in the love of God</w:t>
      </w:r>
      <w:r>
        <w:rPr>
          <w:b w:val="false"/>
          <w:i w:val="false"/>
          <w:color w:val="000000"/>
          <w:u w:val="none"/>
        </w:rPr>
        <w:t xml:space="preserve"> [1FWG]</w:t>
      </w:r>
      <w:r>
        <w:rPr/>
        <w:t xml:space="preserve"> </w:t>
      </w:r>
      <w:r>
        <w:rPr>
          <w:shd w:fill="B7DDE8" w:val="clear"/>
        </w:rPr>
        <w:t>as you await the mercy of our Lord Jesus Christ to bring you eternal life</w:t>
      </w:r>
      <w:r>
        <w:rPr>
          <w:b w:val="false"/>
          <w:i w:val="false"/>
          <w:u w:val="none"/>
          <w:color w:val="000000"/>
        </w:rPr>
        <w:t xml:space="preserve"> [1FWH]</w:t>
      </w:r>
      <w:r>
        <w:rPr/>
        <w:t>.</w:t>
      </w:r>
    </w:p>
    <w:p>
      <w:pPr>
        <w:pStyle w:val="Yellow"/>
        <w:rPr/>
      </w:pPr>
      <w:r>
        <w:rPr/>
        <w:t xml:space="preserve">(Re22:14 “the city”) </w:t>
      </w:r>
      <w:r>
        <w:rPr>
          <w:b/>
        </w:rPr>
        <w:t xml:space="preserve">Revelation 22:15</w:t>
      </w:r>
      <w:r>
        <w:rPr/>
        <w:t xml:space="preserve"> — But </w:t>
      </w:r>
      <w:r>
        <w:rPr>
          <w:shd w:fill="B7DDE8" w:val="clear"/>
        </w:rPr>
        <w:t xml:space="preserve">{outside} are the dogs, the sorcerers, the sexually immoral, the murderers, the idolaters, and everyone who loves and practices falsehood</w:t>
      </w:r>
      <w:r>
        <w:rPr>
          <w:b w:val="false"/>
          <w:i w:val="false"/>
          <w:color w:val="000000"/>
          <w:u w:val="none"/>
        </w:rPr>
        <w:t xml:space="preserve"> [1IEJ]</w:t>
      </w:r>
      <w:r>
        <w:rPr/>
        <w:t xml:space="preserve">.</w:t>
      </w:r>
    </w:p>
    <w:p>
      <w:r>
        <w:rPr>
          <w:b/>
          <w:sz w:val="32"/>
        </w:rPr>
        <w:t>Obedience  (46)</w:t>
      </w:r>
    </w:p>
    <w:p>
      <w:pPr>
        <w:pStyle w:val="Yellow"/>
        <w:rPr/>
      </w:pPr>
      <w:r>
        <w:rPr>
          <w:b/>
        </w:rPr>
        <w:t>Leviticus 18:5</w:t>
      </w:r>
      <w:r>
        <w:rPr/>
        <w:t xml:space="preserve"> —  </w:t>
      </w:r>
      <w:r>
        <w:rPr>
          <w:shd w:fill="B7DDE8" w:val="clear"/>
        </w:rPr>
        <w:t xml:space="preserve">You are to practice My judgments and </w:t>
      </w:r>
      <w:r>
        <w:rPr>
          <w:shd w:fill="B7DDE8" w:val="clear"/>
        </w:rPr>
        <w:t>keep My statutes</w:t>
      </w:r>
      <w:r>
        <w:rPr>
          <w:shd w:fill="B7DDE8" w:val="clear"/>
        </w:rPr>
        <w:t xml:space="preserve"> by walking in them</w:t>
      </w:r>
      <w:r>
        <w:rPr>
          <w:b w:val="false"/>
          <w:i w:val="false"/>
          <w:color w:val="000000"/>
          <w:u w:val="none"/>
        </w:rPr>
        <w:t xml:space="preserve"> [2VQ]</w:t>
      </w:r>
      <w:r>
        <w:rPr/>
        <w:t xml:space="preserve">. </w:t>
      </w:r>
      <w:r>
        <w:rPr>
          <w:shd w:fill="B7DDE8" w:val="clear"/>
        </w:rPr>
        <w:t>I am the LORD your God</w:t>
      </w:r>
      <w:r>
        <w:rPr>
          <w:b w:val="false"/>
          <w:i w:val="false"/>
          <w:color w:val="000000"/>
          <w:u w:val="none"/>
        </w:rPr>
        <w:t xml:space="preserve"> [15MP]</w:t>
      </w:r>
      <w:r>
        <w:rPr/>
        <w:t xml:space="preserve">. </w:t>
      </w:r>
      <w:r>
        <w:rPr>
          <w:shd w:fill="B7DDE8" w:val="clear"/>
        </w:rPr>
        <w:t>Keep My statutes</w:t>
      </w:r>
      <w:r>
        <w:rPr>
          <w:shd w:fill="B7DDE8" w:val="clear"/>
        </w:rPr>
        <w:t xml:space="preserve"> and My judgments</w:t>
      </w:r>
      <w:r>
        <w:rPr>
          <w:b w:val="false"/>
          <w:i w:val="false"/>
          <w:color w:val="000000"/>
          <w:u w:val="none"/>
        </w:rPr>
        <w:t xml:space="preserve"> [2VQ]</w:t>
      </w:r>
      <w:r>
        <w:rPr/>
        <w:t xml:space="preserve">, for </w:t>
      </w:r>
      <w:r>
        <w:rPr>
          <w:shd w:fill="B7DDE8" w:val="clear"/>
        </w:rPr>
        <w:t>the man who does these things will live by them</w:t>
      </w:r>
      <w:r>
        <w:rPr>
          <w:b w:val="false"/>
          <w:i w:val="false"/>
          <w:color w:val="000000"/>
          <w:u w:val="none"/>
        </w:rPr>
        <w:t xml:space="preserve"> [3VR]</w:t>
      </w:r>
      <w:r>
        <w:rPr/>
        <w:t xml:space="preserve">. </w:t>
      </w:r>
      <w:r>
        <w:rPr>
          <w:shd w:fill="B7DDE8" w:val="clear"/>
        </w:rPr>
        <w:t>I am the LORD</w:t>
      </w:r>
      <w:r>
        <w:rPr>
          <w:b w:val="false"/>
          <w:i w:val="false"/>
          <w:color w:val="000000"/>
          <w:u w:val="none"/>
        </w:rPr>
        <w:t xml:space="preserve"> [5MA]</w:t>
      </w:r>
      <w:r>
        <w:rPr/>
        <w:t>.</w:t>
      </w:r>
    </w:p>
    <w:p>
      <w:pPr>
        <w:pStyle w:val="Yellow"/>
        <w:rPr/>
      </w:pPr>
      <w:r>
        <w:rPr>
          <w:u w:val="none"/>
        </w:rPr>
        <w:t xml:space="preserve">(De8:2 “the LORD your God”) </w:t>
      </w:r>
      <w:r>
        <w:rPr>
          <w:b/>
          <w:u w:val="none"/>
        </w:rPr>
        <w:t>Deuteronomy 8:3</w:t>
      </w:r>
      <w:r>
        <w:rPr>
          <w:u w:val="none"/>
        </w:rPr>
        <w:t xml:space="preserve"> — </w:t>
      </w:r>
      <w:r>
        <w:rPr>
          <w:u w:val="none"/>
          <w:shd w:val="clear" w:fill="B7DDE8"/>
        </w:rPr>
        <w:t>{He} humbled you</w:t>
      </w:r>
      <w:r>
        <w:rPr>
          <w:b w:val="false"/>
          <w:i w:val="false"/>
          <w:u w:val="none"/>
          <w:color w:val="000000"/>
        </w:rPr>
        <w:t xml:space="preserve"> [2DKV]</w:t>
      </w:r>
      <w:r>
        <w:rPr>
          <w:u w:val="none"/>
        </w:rPr>
        <w:t xml:space="preserve">, and </w:t>
      </w:r>
      <w:r>
        <w:rPr>
          <w:u w:val="none"/>
          <w:shd w:val="clear" w:fill="B7DDE8"/>
        </w:rPr>
        <w:t>in your hunger He gave you manna to eat</w:t>
      </w:r>
      <w:r>
        <w:rPr>
          <w:b w:val="false"/>
          <w:i w:val="false"/>
          <w:color w:val="000000"/>
          <w:u w:val="none"/>
        </w:rPr>
        <w:t xml:space="preserve"> [1EBW]</w:t>
      </w:r>
      <w:r>
        <w:rPr>
          <w:u w:val="none"/>
        </w:rPr>
        <w:t xml:space="preserve">, </w:t>
      </w:r>
      <w:r>
        <w:rPr>
          <w:u w:val="none"/>
          <w:shd w:val="clear" w:fill="B7DDE8"/>
        </w:rPr>
        <w:t>which neither you nor your fathers had known</w:t>
      </w:r>
      <w:r>
        <w:rPr>
          <w:b w:val="false"/>
          <w:i w:val="false"/>
          <w:color w:val="000000"/>
          <w:u w:val="none"/>
        </w:rPr>
        <w:t xml:space="preserve"> [1EBX]</w:t>
      </w:r>
      <w:r>
        <w:rPr>
          <w:u w:val="none"/>
        </w:rPr>
        <w:t xml:space="preserve">, </w:t>
      </w:r>
      <w:r>
        <w:rPr>
          <w:u w:val="none"/>
          <w:shd w:val="clear" w:fill="B7DDE8"/>
        </w:rPr>
        <w:t>so that you might understand that man does not live on bread alone, but on every word that comes from the mouth of the LORD</w:t>
      </w:r>
      <w:r>
        <w:rPr>
          <w:b w:val="false"/>
          <w:i w:val="false"/>
          <w:color w:val="000000"/>
          <w:u w:val="none"/>
        </w:rPr>
        <w:t xml:space="preserve"> [2EBY]</w:t>
      </w:r>
      <w:r>
        <w:rPr>
          <w:u w:val="none"/>
        </w:rPr>
        <w:t>.</w:t>
      </w:r>
    </w:p>
    <w:p>
      <w:pPr>
        <w:pStyle w:val="Yellow"/>
        <w:rPr/>
      </w:pPr>
      <w:r>
        <w:rPr>
          <w:b/>
        </w:rPr>
        <w:t>Deuteronomy 11:13–14</w:t>
      </w:r>
      <w:r>
        <w:rPr/>
        <w:t xml:space="preserve"> — So </w:t>
      </w:r>
      <w:r>
        <w:rPr>
          <w:shd w:val="clear" w:fill="B7DDE8"/>
        </w:rPr>
        <w:t>if you carefully obey the commandments I am giving you today, to love the LORD your God and to serve Him with all your heart and with all your soul</w:t>
      </w:r>
      <w:r>
        <w:rPr>
          <w:b w:val="false"/>
          <w:i w:val="false"/>
          <w:u w:val="none"/>
          <w:color w:val="000000"/>
        </w:rPr>
        <w:t xml:space="preserve"> [1FLG]</w:t>
      </w:r>
      <w:r>
        <w:rPr/>
        <w:t xml:space="preserve">, then </w:t>
      </w:r>
      <w:r>
        <w:rPr>
          <w:shd w:val="clear" w:fill="B7DDE8"/>
        </w:rPr>
        <w:t>I will provide rain for your land in season, the autumn and spring rains</w:t>
      </w:r>
      <w:r>
        <w:rPr>
          <w:b w:val="false"/>
          <w:i w:val="false"/>
          <w:color w:val="000000"/>
          <w:u w:val="none"/>
        </w:rPr>
        <w:t xml:space="preserve"> [1FLH]</w:t>
      </w:r>
      <w:r>
        <w:rPr/>
        <w:t xml:space="preserve">, </w:t>
      </w:r>
      <w:r>
        <w:rPr>
          <w:shd w:val="clear" w:fill="B7DDE8"/>
        </w:rPr>
        <w:t>that you may gather your grain, new wine, and oil</w:t>
      </w:r>
      <w:r>
        <w:rPr>
          <w:b w:val="false"/>
          <w:i w:val="false"/>
          <w:u w:val="none"/>
          <w:color w:val="000000"/>
        </w:rPr>
        <w:t xml:space="preserve"> [1FLI]</w:t>
      </w:r>
      <w:r>
        <w:rPr/>
        <w:t>.</w:t>
      </w:r>
    </w:p>
    <w:p>
      <w:pPr>
        <w:pStyle w:val="Yellow"/>
        <w:rPr/>
        <w:pBdr>
          <w:left w:val="single" w:sz="28" w:space="5" w:color="C00000"/>
        </w:pBdr>
      </w:pPr>
      <w:r>
        <w:rPr>
          <w:b/>
          <w:shd w:val="clear" w:color="auto" w:fill="548235"/>
          <w:color w:val="FFFFFF"/>
        </w:rPr>
        <w:t>Judges 2:1–2</w:t>
      </w:r>
      <w:r>
        <w:rPr>
          <w:shd w:val="clear" w:color="auto" w:fill="548235"/>
          <w:color w:val="FFFFFF"/>
        </w:rPr>
        <w:t xml:space="preserve"> — ‘</w:t>
      </w:r>
      <w:r>
        <w:rPr>
          <w:shd w:fill="548235" w:val="clear" w:color="auto"/>
          <w:color w:val="FFFFFF"/>
        </w:rPr>
        <w:t>I will never break My covenant with you</w:t>
      </w:r>
      <w:r>
        <w:rPr>
          <w:b w:val="false"/>
          <w:i w:val="false"/>
          <w:color w:val="FFFFFF"/>
          <w:u w:val="none"/>
          <w:shd w:val="clear" w:color="auto" w:fill="548235"/>
        </w:rPr>
        <w:t xml:space="preserve"> [1AED]</w:t>
      </w:r>
      <w:r>
        <w:rPr>
          <w:shd w:val="clear" w:color="auto" w:fill="548235"/>
          <w:color w:val="FFFFFF"/>
        </w:rPr>
        <w:t xml:space="preserve">, and </w:t>
      </w:r>
      <w:r>
        <w:rPr>
          <w:shd w:fill="548235" w:val="clear" w:color="auto"/>
          <w:color w:val="FFFFFF"/>
        </w:rPr>
        <w:t>you are not to make a covenant with the people of this land</w:t>
      </w:r>
      <w:r>
        <w:rPr>
          <w:b w:val="false"/>
          <w:i w:val="false"/>
          <w:color w:val="FFFFFF"/>
          <w:u w:val="none"/>
          <w:shd w:val="clear" w:color="auto" w:fill="548235"/>
        </w:rPr>
        <w:t xml:space="preserve"> [1AEE]</w:t>
      </w:r>
      <w:r>
        <w:rPr>
          <w:shd w:val="clear" w:color="auto" w:fill="548235"/>
          <w:color w:val="FFFFFF"/>
        </w:rPr>
        <w:t xml:space="preserve">, but </w:t>
      </w:r>
      <w:r>
        <w:rPr>
          <w:shd w:fill="548235" w:val="clear" w:color="auto"/>
          <w:color w:val="FFFFFF"/>
        </w:rPr>
        <w:t>you shall tear down their altars</w:t>
      </w:r>
      <w:r>
        <w:rPr>
          <w:b w:val="false"/>
          <w:i w:val="false"/>
          <w:color w:val="FFFFFF"/>
          <w:u w:val="none"/>
          <w:shd w:val="clear" w:color="auto" w:fill="548235"/>
        </w:rPr>
        <w:t xml:space="preserve"> [1AEF]</w:t>
      </w:r>
      <w:r>
        <w:rPr>
          <w:shd w:val="clear" w:color="auto" w:fill="548235"/>
          <w:color w:val="FFFFFF"/>
        </w:rPr>
        <w:t>.’</w:t>
      </w:r>
    </w:p>
    <w:p>
      <w:pPr>
        <w:pStyle w:val="Yellow"/>
        <w:rPr/>
        <w:pBdr>
          <w:left w:val="single" w:sz="28" w:space="5" w:color="C00000"/>
        </w:pBdr>
      </w:pPr>
      <w:r>
        <w:rPr>
          <w:b/>
          <w:u w:val="none"/>
          <w:shd w:val="clear" w:color="auto" w:fill="548235"/>
          <w:color w:val="FFFFFF"/>
        </w:rPr>
        <w:t>1 Kings 2:3</w:t>
      </w:r>
      <w:r>
        <w:rPr>
          <w:u w:val="none"/>
          <w:shd w:val="clear" w:color="auto" w:fill="548235"/>
          <w:color w:val="FFFFFF"/>
        </w:rPr>
        <w:t xml:space="preserve"> — </w:t>
      </w:r>
      <w:r>
        <w:rPr>
          <w:u w:val="none"/>
          <w:shd w:val="clear" w:fill="548235" w:color="auto"/>
          <w:color w:val="FFFFFF"/>
        </w:rPr>
        <w:t>keep the charge of the LORD your God to walk in His ways and to keep His statutes, commandments, ordinances, and decrees, as written in the Law of Moses</w:t>
      </w:r>
      <w:r>
        <w:rPr>
          <w:b w:val="false"/>
          <w:i w:val="false"/>
          <w:color w:val="FFFFFF"/>
          <w:u w:val="none"/>
          <w:shd w:val="clear" w:color="auto" w:fill="548235"/>
        </w:rPr>
        <w:t xml:space="preserve"> [1FLT]</w:t>
      </w:r>
      <w:r>
        <w:rPr>
          <w:u w:val="none"/>
          <w:shd w:val="clear" w:color="auto" w:fill="548235"/>
          <w:color w:val="FFFFFF"/>
        </w:rPr>
        <w:t xml:space="preserve">, </w:t>
      </w:r>
      <w:r>
        <w:rPr>
          <w:u w:val="none"/>
          <w:shd w:val="clear" w:fill="548235" w:color="auto"/>
          <w:color w:val="FFFFFF"/>
        </w:rPr>
        <w:t>so that you may prosper in all you do and wherever you turn</w:t>
      </w:r>
      <w:r>
        <w:rPr>
          <w:b w:val="false"/>
          <w:i w:val="false"/>
          <w:color w:val="FFFFFF"/>
          <w:u w:val="none"/>
          <w:shd w:val="clear" w:color="auto" w:fill="548235"/>
        </w:rPr>
        <w:t xml:space="preserve"> [3AHS]</w:t>
      </w:r>
      <w:r>
        <w:rPr>
          <w:u w:val="none"/>
          <w:shd w:val="clear" w:color="auto" w:fill="548235"/>
          <w:color w:val="FFFFFF"/>
        </w:rPr>
        <w:t>,</w:t>
      </w:r>
    </w:p>
    <w:p>
      <w:pPr>
        <w:pStyle w:val="Yellow"/>
        <w:rPr/>
        <w:pBdr>
          <w:left w:val="single" w:sz="28" w:space="5" w:color="C00000"/>
        </w:pBdr>
      </w:pPr>
      <w:r>
        <w:rPr>
          <w:b/>
        </w:rPr>
        <w:t>1 Kings 3:14</w:t>
      </w:r>
      <w:r>
        <w:rPr/>
        <w:t xml:space="preserve"> — </w:t>
      </w:r>
      <w:r>
        <w:rPr>
          <w:shd w:val="clear" w:fill="F4B183" w:color="auto"/>
          <w:color w:val="000000"/>
        </w:rPr>
        <w:t>If you walk in My ways and keep My statutes and commandments, just as your father David did</w:t>
      </w:r>
      <w:r>
        <w:rPr>
          <w:b w:val="false"/>
          <w:i w:val="false"/>
          <w:color w:val="000000"/>
          <w:u w:val="none"/>
          <w:shd w:val="clear" w:color="auto" w:fill="F4B183"/>
        </w:rPr>
        <w:t xml:space="preserve"> [1FLU]</w:t>
      </w:r>
      <w:r>
        <w:rPr/>
        <w:t xml:space="preserve">, </w:t>
      </w:r>
      <w:r>
        <w:rPr>
          <w:shd w:val="clear" w:fill="B7DDE8"/>
        </w:rPr>
        <w:t>I will prolong your days</w:t>
      </w:r>
      <w:r>
        <w:rPr>
          <w:b w:val="false"/>
          <w:i w:val="false"/>
          <w:color w:val="000000"/>
          <w:u w:val="none"/>
        </w:rPr>
        <w:t xml:space="preserve"> [1FLV]</w:t>
      </w:r>
      <w:r>
        <w:rPr/>
        <w:t>.”</w:t>
      </w:r>
    </w:p>
    <w:p>
      <w:pPr>
        <w:pStyle w:val="Yellow"/>
        <w:rPr/>
      </w:pPr>
      <w:r>
        <w:rPr>
          <w:b/>
          <w:shd w:val="clear" w:color="auto" w:fill="548235"/>
          <w:color w:val="FFFFFF"/>
        </w:rPr>
        <w:t>2 Chronicles 30:12</w:t>
      </w:r>
      <w:r>
        <w:rPr>
          <w:shd w:val="clear" w:color="auto" w:fill="548235"/>
          <w:color w:val="FFFFFF"/>
        </w:rPr>
        <w:t xml:space="preserve"> — </w:t>
      </w:r>
      <w:r>
        <w:rPr>
          <w:shd w:fill="548235" w:val="clear" w:color="auto"/>
          <w:color w:val="FFFFFF"/>
        </w:rPr>
        <w:t xml:space="preserve">the power of God was on the people in Judah to give them one heart to obey the </w:t>
      </w:r>
      <w:r>
        <w:rPr>
          <w:shd w:fill="548235" w:val="clear" w:color="auto"/>
          <w:color w:val="FFFFFF"/>
        </w:rPr>
        <w:t>command</w:t>
      </w:r>
      <w:r>
        <w:rPr>
          <w:shd w:fill="548235" w:val="clear" w:color="auto"/>
          <w:color w:val="FFFFFF"/>
        </w:rPr>
        <w:t xml:space="preserve"> of the king and his officials according to the word of the LORD</w:t>
      </w:r>
      <w:r>
        <w:rPr>
          <w:b w:val="false"/>
          <w:i w:val="false"/>
          <w:color w:val="FFFFFF"/>
          <w:u w:val="none"/>
          <w:shd w:val="clear" w:color="auto" w:fill="548235"/>
        </w:rPr>
        <w:t xml:space="preserve"> [1XE]</w:t>
      </w:r>
      <w:r>
        <w:rPr>
          <w:shd w:val="clear" w:color="auto" w:fill="548235"/>
          <w:color w:val="FFFFFF"/>
        </w:rPr>
        <w:t>.</w:t>
      </w:r>
    </w:p>
    <w:p>
      <w:pPr>
        <w:pStyle w:val="Yellow"/>
        <w:rPr/>
      </w:pPr>
      <w:r>
        <w:rPr>
          <w:b/>
        </w:rPr>
        <w:t xml:space="preserve">Psalm 116:16</w:t>
      </w:r>
      <w:r>
        <w:rPr/>
        <w:t xml:space="preserve"> — Truly, O LORD, </w:t>
      </w:r>
      <w:r>
        <w:rPr/>
        <w:t xml:space="preserve">I am Your servant</w:t>
      </w:r>
      <w:r>
        <w:rPr>
          <w:b w:val="false"/>
          <w:i w:val="false"/>
          <w:color w:val="000000"/>
          <w:u w:val="none"/>
        </w:rPr>
        <w:t xml:space="preserve"> [4BZJ]</w:t>
      </w:r>
      <w:r>
        <w:rPr/>
        <w:t xml:space="preserve">; </w:t>
      </w:r>
      <w:r>
        <w:rPr>
          <w:shd w:fill="B7DDE8" w:val="clear"/>
        </w:rPr>
        <w:t xml:space="preserve">I am Your servant</w:t>
      </w:r>
      <w:r>
        <w:rPr>
          <w:b w:val="false"/>
          <w:i w:val="false"/>
          <w:color w:val="000000"/>
          <w:u w:val="none"/>
        </w:rPr>
        <w:t xml:space="preserve"> [4BZJ]</w:t>
      </w:r>
      <w:r>
        <w:rPr/>
        <w:t xml:space="preserve">, </w:t>
      </w:r>
      <w:r>
        <w:rPr>
          <w:shd w:fill="B7DDE8" w:val="clear"/>
        </w:rPr>
        <w:t xml:space="preserve">the son of Your maidservant</w:t>
      </w:r>
      <w:r>
        <w:rPr>
          <w:b w:val="false"/>
          <w:i w:val="false"/>
          <w:color w:val="000000"/>
          <w:u w:val="none"/>
        </w:rPr>
        <w:t xml:space="preserve"> [1LRT]</w:t>
      </w:r>
      <w:r>
        <w:rPr/>
        <w:t xml:space="preserve">; </w:t>
      </w:r>
      <w:r>
        <w:rPr>
          <w:shd w:fill="B7DDE8" w:val="clear"/>
        </w:rPr>
        <w:t xml:space="preserve">You have broken my bonds</w:t>
      </w:r>
      <w:r>
        <w:rPr>
          <w:b w:val="false"/>
          <w:i w:val="false"/>
          <w:color w:val="000000"/>
          <w:u w:val="none"/>
        </w:rPr>
        <w:t xml:space="preserve"> [1LRU]</w:t>
      </w:r>
      <w:r>
        <w:rPr/>
        <w:t xml:space="preserve">.</w:t>
      </w:r>
    </w:p>
    <w:p>
      <w:pPr>
        <w:pStyle w:val="Yellow"/>
        <w:rPr/>
        <w:pBdr>
          <w:left w:val="single" w:sz="28" w:space="5" w:color="C00000"/>
        </w:pBdr>
      </w:pPr>
      <w:r>
        <w:rPr>
          <w:b/>
        </w:rPr>
        <w:t>Psalm 119:52</w:t>
      </w:r>
      <w:r>
        <w:rPr/>
        <w:t xml:space="preserve"> — </w:t>
      </w:r>
      <w:r>
        <w:rPr>
          <w:shd w:val="clear" w:fill="B7DDE8"/>
        </w:rPr>
        <w:t>I remember Your judgments of old, O LORD</w:t>
      </w:r>
      <w:r>
        <w:rPr>
          <w:b w:val="false"/>
          <w:i w:val="false"/>
          <w:u w:val="none"/>
          <w:color w:val="000000"/>
        </w:rPr>
        <w:t xml:space="preserve"> [1FAG]</w:t>
      </w:r>
      <w:r>
        <w:rPr/>
        <w:t xml:space="preserve">, and </w:t>
      </w:r>
      <w:r>
        <w:rPr>
          <w:shd w:val="clear" w:fill="B7DDE8"/>
        </w:rPr>
        <w:t>in them I find comfort</w:t>
      </w:r>
      <w:r>
        <w:rPr>
          <w:b w:val="false"/>
          <w:i w:val="false"/>
          <w:color w:val="000000"/>
          <w:u w:val="none"/>
        </w:rPr>
        <w:t xml:space="preserve"> [1FAH]</w:t>
      </w:r>
      <w:r>
        <w:rPr/>
        <w:t>.</w:t>
      </w:r>
    </w:p>
    <w:p>
      <w:pPr>
        <w:pStyle w:val="Yellow"/>
        <w:rPr/>
      </w:pPr>
      <w:r>
        <w:rPr>
          <w:b/>
        </w:rPr>
        <w:t>Psalm 119:93</w:t>
      </w:r>
      <w:r>
        <w:rPr/>
        <w:t xml:space="preserve"> — </w:t>
      </w:r>
      <w:r>
        <w:rPr>
          <w:shd w:val="clear" w:fill="B7DDE8"/>
        </w:rPr>
        <w:t>I will never forget Your precepts</w:t>
      </w:r>
      <w:r>
        <w:rPr>
          <w:b w:val="false"/>
          <w:i w:val="false"/>
          <w:color w:val="000000"/>
          <w:u w:val="none"/>
        </w:rPr>
        <w:t xml:space="preserve"> [1EQS]</w:t>
      </w:r>
      <w:r>
        <w:rPr/>
        <w:t xml:space="preserve">, for </w:t>
      </w:r>
      <w:r>
        <w:rPr>
          <w:shd w:val="clear" w:fill="B7DDE8"/>
        </w:rPr>
        <w:t>by them You have revived me</w:t>
      </w:r>
      <w:r>
        <w:rPr>
          <w:b w:val="false"/>
          <w:i w:val="false"/>
          <w:color w:val="000000"/>
          <w:u w:val="none"/>
        </w:rPr>
        <w:t xml:space="preserve"> [1EQT]</w:t>
      </w:r>
      <w:r>
        <w:rPr/>
        <w:t>.</w:t>
      </w:r>
    </w:p>
    <w:p>
      <w:pPr>
        <w:pStyle w:val="Yellow"/>
        <w:rPr/>
        <w:pBdr>
          <w:left w:val="single" w:sz="28" w:space="5" w:color="C00000"/>
        </w:pBdr>
      </w:pPr>
      <w:r>
        <w:rPr>
          <w:b/>
        </w:rPr>
        <w:t>Psalm 119:102</w:t>
      </w:r>
      <w:r>
        <w:t xml:space="preserve"> — </w:t>
      </w:r>
      <w:r>
        <w:rPr>
          <w:shd w:fill="F4B183" w:val="clear" w:color="auto"/>
          <w:color w:val="000000"/>
        </w:rPr>
        <w:t>I have not departed from Your ordinances</w:t>
      </w:r>
      <w:r>
        <w:rPr>
          <w:b w:val="false"/>
          <w:i w:val="false"/>
          <w:color w:val="000000"/>
          <w:u w:val="none"/>
          <w:shd w:val="clear" w:color="auto" w:fill="F4B183"/>
        </w:rPr>
        <w:t xml:space="preserve"> [1MGA]</w:t>
      </w:r>
      <w:r>
        <w:t xml:space="preserve">, for </w:t>
      </w:r>
      <w:r>
        <w:rPr>
          <w:shd w:fill="B7DDE8" w:val="clear"/>
        </w:rPr>
        <w:t>You Yourself have taught me</w:t>
      </w:r>
      <w:r>
        <w:rPr>
          <w:b w:val="false"/>
          <w:i w:val="false"/>
          <w:color w:val="000000"/>
          <w:u w:val="none"/>
        </w:rPr>
        <w:t xml:space="preserve"> [2ZO]</w:t>
      </w:r>
      <w:r>
        <w:t>.</w:t>
      </w:r>
    </w:p>
    <w:p>
      <w:pPr>
        <w:pStyle w:val="Yellow"/>
        <w:rPr/>
      </w:pPr>
      <w:r>
        <w:rPr>
          <w:b/>
          <w:color w:val="auto"/>
        </w:rPr>
        <w:t>Proverbs 3:1–2</w:t>
      </w:r>
      <w:r>
        <w:rPr>
          <w:color w:val="auto"/>
        </w:rPr>
        <w:t xml:space="preserve"> — My son, </w:t>
      </w:r>
      <w:r>
        <w:rPr>
          <w:color w:val="auto"/>
        </w:rPr>
        <w:t>do not forget my teaching</w:t>
      </w:r>
      <w:r>
        <w:rPr>
          <w:b w:val="false"/>
          <w:i w:val="false"/>
          <w:color w:val="auto"/>
          <w:u w:val="none"/>
        </w:rPr>
        <w:t xml:space="preserve"> [1FAD]</w:t>
      </w:r>
      <w:r>
        <w:rPr>
          <w:color w:val="auto"/>
        </w:rPr>
        <w:t xml:space="preserve">, but </w:t>
      </w:r>
      <w:r>
        <w:rPr>
          <w:color w:val="auto"/>
        </w:rPr>
        <w:t>let your heart keep my commandments</w:t>
      </w:r>
      <w:r>
        <w:rPr>
          <w:b w:val="false"/>
          <w:i w:val="false"/>
          <w:color w:val="auto"/>
          <w:u w:val="none"/>
        </w:rPr>
        <w:t xml:space="preserve"> [1FAE]</w:t>
      </w:r>
      <w:r>
        <w:rPr>
          <w:color w:val="auto"/>
        </w:rPr>
        <w:t xml:space="preserve">; for </w:t>
      </w:r>
      <w:r>
        <w:rPr>
          <w:color w:val="auto"/>
        </w:rPr>
        <w:t>they will add length to your days, years and peace to your life</w:t>
      </w:r>
      <w:r>
        <w:rPr>
          <w:b w:val="false"/>
          <w:i w:val="false"/>
          <w:color w:val="auto"/>
          <w:u w:val="none"/>
        </w:rPr>
        <w:t xml:space="preserve"> [1FAF]</w:t>
      </w:r>
      <w:r>
        <w:rPr>
          <w:color w:val="auto"/>
        </w:rPr>
        <w:t>.</w:t>
      </w:r>
    </w:p>
    <w:p>
      <w:pPr>
        <w:pStyle w:val="Yellow"/>
        <w:rPr/>
        <w:pBdr>
          <w:left w:val="single" w:sz="28" w:space="5" w:color="C00000"/>
        </w:pBdr>
      </w:pPr>
      <w:r>
        <w:rPr>
          <w:b/>
        </w:rPr>
        <w:t>Proverbs 4:4</w:t>
      </w:r>
      <w:r>
        <w:rPr/>
        <w:t xml:space="preserve"> — “</w:t>
      </w:r>
      <w:r>
        <w:rPr>
          <w:shd w:fill="B7DDE8" w:val="clear"/>
        </w:rPr>
        <w:t>Let your heart lay hold of my words</w:t>
      </w:r>
      <w:r>
        <w:rPr>
          <w:b w:val="false"/>
          <w:i w:val="false"/>
          <w:u w:val="none"/>
          <w:color w:val="000000"/>
        </w:rPr>
        <w:t xml:space="preserve"> [1WI]</w:t>
      </w:r>
      <w:r>
        <w:rPr/>
        <w:t xml:space="preserve">; </w:t>
      </w:r>
      <w:r>
        <w:rPr>
          <w:shd w:val="clear" w:color="auto" w:fill="D9C3E6"/>
        </w:rPr>
        <w:t xml:space="preserve">keep my </w:t>
      </w:r>
      <w:r>
        <w:rPr>
          <w:shd w:val="clear" w:color="auto" w:fill="D9C3E6"/>
        </w:rPr>
        <w:t>commands</w:t>
      </w:r>
      <w:r>
        <w:rPr>
          <w:shd w:val="clear" w:color="auto" w:fill="D9C3E6"/>
        </w:rPr>
        <w:t xml:space="preserve"> and you will live</w:t>
      </w:r>
      <w:r>
        <w:rPr>
          <w:b w:val="false"/>
          <w:i w:val="false"/>
          <w:color w:val="000000"/>
          <w:u w:val="none"/>
        </w:rPr>
        <w:t xml:space="preserve"> [2WJ]</w:t>
      </w:r>
      <w:r>
        <w:rPr>
          <w:shd w:val="clear" w:color="auto" w:fill="D9C3E6"/>
        </w:rPr>
        <w:t>.</w:t>
      </w:r>
    </w:p>
    <w:p>
      <w:pPr>
        <w:pStyle w:val="Yellow"/>
        <w:rPr/>
      </w:pPr>
      <w:r>
        <w:rPr>
          <w:b/>
        </w:rPr>
        <w:t>Proverbs 7:2</w:t>
      </w:r>
      <w:r>
        <w:rPr/>
        <w:t xml:space="preserve"> — </w:t>
      </w:r>
      <w:r>
        <w:rPr/>
        <w:t>Keep my commandments and live</w:t>
      </w:r>
      <w:r>
        <w:rPr>
          <w:b w:val="false"/>
          <w:i w:val="false"/>
          <w:color w:val="000000"/>
          <w:u w:val="none"/>
        </w:rPr>
        <w:t xml:space="preserve"> [2WJ]</w:t>
      </w:r>
      <w:r>
        <w:rPr/>
        <w:t xml:space="preserve">; </w:t>
      </w:r>
      <w:r>
        <w:rPr>
          <w:shd w:val="clear" w:fill="F4B183" w:color="auto"/>
          <w:color w:val="000000"/>
        </w:rPr>
        <w:t>guard my teachings as the apple of your eye</w:t>
      </w:r>
      <w:r>
        <w:rPr>
          <w:b w:val="false"/>
          <w:i w:val="false"/>
          <w:color w:val="000000"/>
          <w:u w:val="none"/>
          <w:shd w:val="clear" w:color="auto" w:fill="F4B183"/>
        </w:rPr>
        <w:t xml:space="preserve"> [1EAO]</w:t>
      </w:r>
      <w:r>
        <w:rPr/>
        <w:t>.</w:t>
      </w:r>
    </w:p>
    <w:p>
      <w:pPr>
        <w:pStyle w:val="Yellow"/>
        <w:rPr/>
      </w:pPr>
      <w:r>
        <w:rPr>
          <w:b/>
        </w:rPr>
        <w:t>Proverbs 21:27</w:t>
      </w:r>
      <w:r>
        <w:t xml:space="preserve"> — </w:t>
      </w:r>
      <w:r>
        <w:rPr>
          <w:shd w:fill="B7DDE8" w:val="clear"/>
        </w:rPr>
        <w:t>The sacrifice of the wicked is detestable</w:t>
      </w:r>
      <w:r>
        <w:rPr>
          <w:b w:val="false"/>
          <w:i w:val="false"/>
          <w:color w:val="000000"/>
          <w:u w:val="none"/>
        </w:rPr>
        <w:t xml:space="preserve"> [2BBK]</w:t>
      </w:r>
      <w:r>
        <w:rPr>
          <w:shd w:fill="B7DDE8" w:val="clear"/>
        </w:rPr>
        <w:t>—how much more so when brought with ill intent</w:t>
      </w:r>
      <w:r>
        <w:rPr>
          <w:b w:val="false"/>
          <w:i w:val="false"/>
          <w:color w:val="000000"/>
          <w:u w:val="none"/>
        </w:rPr>
        <w:t xml:space="preserve"> [1BBL]</w:t>
      </w:r>
      <w:r>
        <w:t>!</w:t>
      </w:r>
    </w:p>
    <w:p>
      <w:pPr>
        <w:pStyle w:val="Yellow"/>
        <w:rPr/>
      </w:pPr>
      <w:r>
        <w:rPr>
          <w:shd w:val="clear" w:color="auto" w:fill="548235"/>
          <w:color w:val="FFFFFF"/>
        </w:rPr>
        <w:t xml:space="preserve">(Pr30:5 “God”) </w:t>
      </w:r>
      <w:r>
        <w:rPr>
          <w:b/>
          <w:shd w:val="clear" w:color="auto" w:fill="548235"/>
          <w:color w:val="FFFFFF"/>
        </w:rPr>
        <w:t xml:space="preserve">Proverbs 30:6</w:t>
      </w:r>
      <w:r>
        <w:rPr>
          <w:shd w:val="clear" w:color="auto" w:fill="548235"/>
          <w:color w:val="FFFFFF"/>
        </w:rPr>
        <w:t xml:space="preserve"> — </w:t>
      </w:r>
      <w:r>
        <w:rPr>
          <w:shd w:fill="548235" w:val="clear" w:color="auto"/>
          <w:color w:val="FFFFFF"/>
        </w:rPr>
        <w:t xml:space="preserve">Do not add to {His} words</w:t>
      </w:r>
      <w:r>
        <w:rPr>
          <w:b w:val="false"/>
          <w:i w:val="false"/>
          <w:color w:val="FFFFFF"/>
          <w:u w:val="none"/>
          <w:shd w:val="clear" w:color="auto" w:fill="548235"/>
        </w:rPr>
        <w:t xml:space="preserve"> [1HHA]</w:t>
      </w:r>
      <w:r>
        <w:rPr>
          <w:shd w:val="clear" w:color="auto" w:fill="548235"/>
          <w:color w:val="FFFFFF"/>
        </w:rPr>
        <w:t xml:space="preserve">, </w:t>
      </w:r>
      <w:r>
        <w:rPr>
          <w:shd w:fill="548235" w:val="clear" w:color="auto"/>
          <w:color w:val="FFFFFF"/>
        </w:rPr>
        <w:t xml:space="preserve">lest He rebuke you and prove you a liar</w:t>
      </w:r>
      <w:r>
        <w:rPr>
          <w:b w:val="false"/>
          <w:i w:val="false"/>
          <w:color w:val="FFFFFF"/>
          <w:u w:val="none"/>
          <w:shd w:val="clear" w:color="auto" w:fill="548235"/>
        </w:rPr>
        <w:t xml:space="preserve"> [1HHB]</w:t>
      </w:r>
      <w:r>
        <w:rPr>
          <w:shd w:val="clear" w:color="auto" w:fill="548235"/>
          <w:color w:val="FFFFFF"/>
        </w:rPr>
        <w:t xml:space="preserve">.</w:t>
      </w:r>
    </w:p>
    <w:p>
      <w:pPr>
        <w:pStyle w:val="Yellow"/>
        <w:rPr/>
      </w:pPr>
      <w:r>
        <w:rPr>
          <w:b/>
        </w:rPr>
        <w:t>Isaiah 1:11</w:t>
      </w:r>
      <w:r>
        <w:rPr/>
        <w:t xml:space="preserve"> — </w:t>
      </w:r>
      <w:r>
        <w:rPr>
          <w:shd w:val="clear" w:fill="B7DDE8"/>
        </w:rPr>
        <w:t>I take no delight in the blood of bulls and lambs and goats</w:t>
      </w:r>
      <w:r>
        <w:rPr>
          <w:b w:val="false"/>
          <w:i w:val="false"/>
          <w:color w:val="000000"/>
          <w:u w:val="none"/>
        </w:rPr>
        <w:t xml:space="preserve"> [1FBP]</w:t>
      </w:r>
      <w:r>
        <w:rPr/>
        <w:t>.</w:t>
      </w:r>
    </w:p>
    <w:p>
      <w:pPr>
        <w:pStyle w:val="Yellow"/>
        <w:rPr/>
      </w:pPr>
      <w:r>
        <w:rPr>
          <w:b/>
          <w:u w:val="none"/>
        </w:rPr>
        <w:t>Jeremiah 7:23</w:t>
      </w:r>
      <w:r>
        <w:rPr>
          <w:u w:val="none"/>
        </w:rPr>
        <w:t xml:space="preserve"> — </w:t>
      </w:r>
      <w:r>
        <w:rPr>
          <w:u w:val="none"/>
        </w:rPr>
        <w:t>Obey Me</w:t>
      </w:r>
      <w:r>
        <w:rPr>
          <w:b w:val="false"/>
          <w:i w:val="false"/>
          <w:u w:val="none"/>
          <w:color w:val="000000"/>
        </w:rPr>
        <w:t xml:space="preserve"> [2CHO]</w:t>
      </w:r>
      <w:r>
        <w:rPr>
          <w:u w:val="none"/>
        </w:rPr>
        <w:t xml:space="preserve">, and </w:t>
      </w:r>
      <w:r>
        <w:rPr>
          <w:u w:val="none"/>
        </w:rPr>
        <w:t>I will be your God, and you will be My people</w:t>
      </w:r>
      <w:r>
        <w:rPr>
          <w:b w:val="false"/>
          <w:i w:val="false"/>
          <w:color w:val="000000"/>
          <w:u w:val="none"/>
        </w:rPr>
        <w:t xml:space="preserve"> [9ACE]</w:t>
      </w:r>
      <w:r>
        <w:rPr>
          <w:u w:val="none"/>
        </w:rPr>
        <w:t xml:space="preserve">. </w:t>
      </w:r>
      <w:r>
        <w:rPr>
          <w:u w:val="none"/>
          <w:shd w:fill="B7DDE8" w:val="clear"/>
        </w:rPr>
        <w:t>You must walk in all the ways I have commanded you</w:t>
      </w:r>
      <w:r>
        <w:rPr>
          <w:b w:val="false"/>
          <w:i w:val="false"/>
          <w:color w:val="000000"/>
          <w:u w:val="none"/>
        </w:rPr>
        <w:t xml:space="preserve"> [1AMP]</w:t>
      </w:r>
      <w:r>
        <w:rPr>
          <w:u w:val="none"/>
        </w:rPr>
        <w:t xml:space="preserve">, </w:t>
      </w:r>
      <w:r>
        <w:rPr>
          <w:u w:val="none"/>
          <w:shd w:fill="B7DDE8" w:val="clear"/>
        </w:rPr>
        <w:t>so that it may go well with you</w:t>
      </w:r>
      <w:r>
        <w:rPr>
          <w:b w:val="false"/>
          <w:i w:val="false"/>
          <w:u w:val="none"/>
          <w:color w:val="000000"/>
        </w:rPr>
        <w:t xml:space="preserve"> [3AMQ]</w:t>
      </w:r>
      <w:r>
        <w:rPr>
          <w:u w:val="none"/>
        </w:rPr>
        <w:t>.</w:t>
      </w:r>
    </w:p>
    <w:p>
      <w:pPr>
        <w:pStyle w:val="Yellow"/>
        <w:rPr/>
      </w:pPr>
      <w:r>
        <w:rPr>
          <w:u w:val="none"/>
          <w:shd w:fill="F4CCCC" w:val="clear"/>
        </w:rPr>
        <w:t xml:space="preserve">(Je11:2 covenant with Judah and Jerusalem) </w:t>
      </w:r>
      <w:r>
        <w:rPr>
          <w:b/>
          <w:u w:val="none"/>
          <w:shd w:fill="F4CCCC" w:val="clear"/>
        </w:rPr>
        <w:t>Jeremiah 11:4</w:t>
      </w:r>
      <w:r>
        <w:rPr>
          <w:u w:val="none"/>
          <w:shd w:fill="F4CCCC" w:val="clear"/>
        </w:rPr>
        <w:t xml:space="preserve"> — ‘</w:t>
      </w:r>
      <w:r>
        <w:rPr>
          <w:u w:val="none"/>
          <w:shd w:fill="B7DDE8" w:val="clear"/>
        </w:rPr>
        <w:t>Obey Me</w:t>
      </w:r>
      <w:r>
        <w:rPr>
          <w:b w:val="false"/>
          <w:i w:val="false"/>
          <w:color w:val="000000"/>
          <w:u w:val="none"/>
        </w:rPr>
        <w:t xml:space="preserve"> [2CHO]</w:t>
      </w:r>
      <w:r>
        <w:rPr>
          <w:u w:val="none"/>
        </w:rPr>
        <w:t xml:space="preserve">, and </w:t>
      </w:r>
      <w:r>
        <w:rPr>
          <w:u w:val="none"/>
          <w:shd w:fill="B7DDE8" w:val="clear"/>
        </w:rPr>
        <w:t>do everything I command you</w:t>
      </w:r>
      <w:r>
        <w:rPr>
          <w:b w:val="false"/>
          <w:i w:val="false"/>
          <w:color w:val="000000"/>
          <w:u w:val="none"/>
        </w:rPr>
        <w:t xml:space="preserve"> [1CHP]</w:t>
      </w:r>
      <w:r>
        <w:rPr>
          <w:u w:val="none"/>
        </w:rPr>
        <w:t xml:space="preserve">, and </w:t>
      </w:r>
      <w:r>
        <w:rPr>
          <w:u w:val="none"/>
          <w:shd w:fill="B7DDE8" w:val="clear"/>
        </w:rPr>
        <w:t>you will be My people, and I will be your God</w:t>
      </w:r>
      <w:r>
        <w:rPr>
          <w:b w:val="false"/>
          <w:i w:val="false"/>
          <w:color w:val="000000"/>
          <w:u w:val="none"/>
        </w:rPr>
        <w:t xml:space="preserve"> [9ACE]</w:t>
      </w:r>
      <w:r>
        <w:rPr>
          <w:u w:val="none"/>
          <w:shd w:fill="F4CCCC" w:val="clear"/>
        </w:rPr>
        <w:t>.’</w:t>
      </w:r>
    </w:p>
    <w:p>
      <w:pPr>
        <w:pStyle w:val="Yellow"/>
        <w:rPr/>
        <w:pBdr>
          <w:left w:val="single" w:sz="28" w:space="5" w:color="C00000"/>
        </w:pBdr>
      </w:pPr>
      <w:r>
        <w:rPr>
          <w:b/>
        </w:rPr>
        <w:t>Haggai 1:12</w:t>
      </w:r>
      <w:r>
        <w:t xml:space="preserve"> — </w:t>
      </w:r>
      <w:r>
        <w:rPr>
          <w:shd w:fill="B7DDE8" w:val="clear"/>
        </w:rPr>
        <w:t>Then Zerubbabel son of Shealtiel and Joshua son of Jehozadak, the high priest, as well as all the remnant of the people, obeyed the voice of the LORD their God and the words of the prophet Haggai</w:t>
      </w:r>
      <w:r>
        <w:rPr>
          <w:b w:val="false"/>
          <w:i w:val="false"/>
          <w:color w:val="000000"/>
          <w:u w:val="none"/>
        </w:rPr>
        <w:t xml:space="preserve"> [1BAR]</w:t>
      </w:r>
      <w:r>
        <w:rPr>
          <w:shd w:fill="B7DDE8" w:val="clear"/>
        </w:rPr>
        <w:t>, because the LORD their God had sent him</w:t>
      </w:r>
      <w:r>
        <w:rPr>
          <w:b w:val="false"/>
          <w:i w:val="false"/>
          <w:color w:val="000000"/>
          <w:u w:val="none"/>
        </w:rPr>
        <w:t xml:space="preserve"> [1BAS]</w:t>
      </w:r>
      <w:r>
        <w:t xml:space="preserve">. So </w:t>
      </w:r>
      <w:r>
        <w:rPr>
          <w:shd w:fill="F4B183" w:val="clear" w:color="auto"/>
          <w:color w:val="000000"/>
        </w:rPr>
        <w:t>the people feared the LORD</w:t>
      </w:r>
      <w:r>
        <w:rPr>
          <w:b w:val="false"/>
          <w:i w:val="false"/>
          <w:color w:val="000000"/>
          <w:u w:val="none"/>
          <w:shd w:val="clear" w:color="auto" w:fill="F4B183"/>
        </w:rPr>
        <w:t xml:space="preserve"> [1BAU]</w:t>
      </w:r>
      <w:r>
        <w:t>.</w:t>
      </w:r>
    </w:p>
    <w:p>
      <w:pPr>
        <w:pStyle w:val="Yellow"/>
        <w:rPr/>
      </w:pPr>
      <w:r>
        <w:rPr/>
        <w:t xml:space="preserve">&lt;21&gt;(Mal1:6–7ᶜ “priests who despise My name” by “presenting defiled food”) </w:t>
      </w:r>
      <w:r>
        <w:rPr>
          <w:b/>
        </w:rPr>
        <w:t xml:space="preserve">Malachi 1:10</w:t>
      </w:r>
      <w:r>
        <w:rPr/>
        <w:t xml:space="preserve"> — </w:t>
      </w:r>
      <w:r>
        <w:rPr>
          <w:shd w:fill="B7DDE8" w:val="clear"/>
        </w:rPr>
        <w:t xml:space="preserve">I take no pleasure in you</w:t>
      </w:r>
      <w:r>
        <w:rPr>
          <w:b w:val="false"/>
          <w:i w:val="false"/>
          <w:color w:val="000000"/>
          <w:u w:val="none"/>
        </w:rPr>
        <w:t xml:space="preserve"> [1FYE]</w:t>
      </w:r>
      <w:r>
        <w:rPr/>
        <w:t xml:space="preserve">, says the LORD of Hosts, and </w:t>
      </w:r>
      <w:r>
        <w:rPr>
          <w:shd w:fill="B7DDE8" w:val="clear"/>
        </w:rPr>
        <w:t xml:space="preserve">I will accept no offering from your hands</w:t>
      </w:r>
      <w:r>
        <w:rPr>
          <w:b w:val="false"/>
          <w:i w:val="false"/>
          <w:color w:val="000000"/>
          <w:u w:val="none"/>
        </w:rPr>
        <w:t xml:space="preserve"> [3FBH]</w:t>
      </w:r>
      <w:r>
        <w:rPr/>
        <w:t xml:space="preserve">.</w:t>
      </w:r>
    </w:p>
    <w:p>
      <w:pPr>
        <w:pStyle w:val="Yellow"/>
        <w:rPr/>
      </w:pPr>
      <w:r>
        <w:rPr/>
        <w:t xml:space="preserve">&lt;21&gt;</w:t>
      </w:r>
      <w:r>
        <w:rPr>
          <w:b/>
        </w:rPr>
        <w:t xml:space="preserve">Malachi 1:11</w:t>
      </w:r>
      <w:r>
        <w:rPr/>
        <w:t xml:space="preserve"> — </w:t>
      </w:r>
      <w:r>
        <w:rPr>
          <w:shd w:fill="B7DDE8" w:val="clear"/>
        </w:rPr>
        <w:t xml:space="preserve">My name will be great among the nations, from where the sun rises to where it sets</w:t>
      </w:r>
      <w:r>
        <w:rPr>
          <w:b w:val="false"/>
          <w:i w:val="false"/>
          <w:color w:val="000000"/>
          <w:u w:val="none"/>
        </w:rPr>
        <w:t xml:space="preserve"> [1FYF]</w:t>
      </w:r>
      <w:r>
        <w:rPr/>
        <w:t xml:space="preserve">. </w:t>
      </w:r>
      <w:r>
        <w:rPr>
          <w:shd w:fill="B7DDE8" w:val="clear"/>
        </w:rPr>
        <w:t xml:space="preserve">In every place, incense and pure offerings will be presented in My name</w:t>
      </w:r>
      <w:r>
        <w:rPr>
          <w:b w:val="false"/>
          <w:i w:val="false"/>
          <w:color w:val="000000"/>
          <w:u w:val="none"/>
        </w:rPr>
        <w:t xml:space="preserve"> [1FYG]</w:t>
      </w:r>
      <w:r>
        <w:rPr/>
        <w:t xml:space="preserve">.</w:t>
      </w:r>
    </w:p>
    <w:p>
      <w:pPr>
        <w:pStyle w:val="Yellow"/>
        <w:rPr/>
      </w:pPr>
      <w:r>
        <w:rPr/>
        <w:t xml:space="preserve">&lt;21&gt;(Mal2:14ᶜ Because you “have broken faith” with your wife / “the LORD”¹) </w:t>
      </w:r>
      <w:r>
        <w:rPr>
          <w:b/>
        </w:rPr>
        <w:t xml:space="preserve">Malachi 2:13</w:t>
      </w:r>
      <w:r>
        <w:rPr/>
        <w:t xml:space="preserve"> — </w:t>
      </w:r>
      <w:r>
        <w:rPr>
          <w:shd w:fill="B7DDE8" w:val="clear"/>
        </w:rPr>
        <w:t xml:space="preserve">{He} no longer regards your offerings or receives them gladly from your hands</w:t>
      </w:r>
      <w:r>
        <w:rPr>
          <w:b w:val="false"/>
          <w:i w:val="false"/>
          <w:color w:val="000000"/>
          <w:u w:val="none"/>
        </w:rPr>
        <w:t xml:space="preserve"> [2FBI]</w:t>
      </w:r>
      <w:r>
        <w:rPr/>
        <w:t xml:space="preserve">.</w:t>
      </w:r>
    </w:p>
    <w:p>
      <w:pPr>
        <w:pStyle w:val="Yellow"/>
        <w:rPr/>
      </w:pPr>
      <w:r>
        <w:rPr>
          <w:shd w:val="clear" w:color="auto" w:fill="548235"/>
          <w:color w:val="FFFFFF"/>
        </w:rPr>
        <w:t xml:space="preserve">(Mal3:1 “the Lord”) </w:t>
      </w:r>
      <w:r>
        <w:rPr>
          <w:b/>
          <w:shd w:val="clear" w:color="auto" w:fill="548235"/>
          <w:color w:val="FFFFFF"/>
        </w:rPr>
        <w:t>Malachi 3:3</w:t>
      </w:r>
      <w:r>
        <w:rPr>
          <w:shd w:val="clear" w:color="auto" w:fill="548235"/>
          <w:color w:val="FFFFFF"/>
        </w:rPr>
        <w:t xml:space="preserve"> — </w:t>
      </w:r>
      <w:r>
        <w:rPr>
          <w:shd w:val="clear" w:fill="548235" w:color="auto"/>
          <w:color w:val="FFFFFF"/>
        </w:rPr>
        <w:t>{He} will purify the sons of Levi and refine them like gold and silver</w:t>
      </w:r>
      <w:r>
        <w:rPr>
          <w:b w:val="false"/>
          <w:i w:val="false"/>
          <w:color w:val="FFFFFF"/>
          <w:u w:val="none"/>
          <w:shd w:val="clear" w:color="auto" w:fill="548235"/>
        </w:rPr>
        <w:t xml:space="preserve"> [1FFE]</w:t>
      </w:r>
      <w:r>
        <w:rPr>
          <w:shd w:val="clear" w:color="auto" w:fill="548235"/>
          <w:color w:val="FFFFFF"/>
        </w:rPr>
        <w:t xml:space="preserve">. Then </w:t>
      </w:r>
      <w:r>
        <w:rPr>
          <w:shd w:val="clear" w:fill="548235" w:color="auto"/>
          <w:color w:val="FFFFFF"/>
        </w:rPr>
        <w:t>they will present offerings to the LORD in righteousness</w:t>
      </w:r>
      <w:r>
        <w:rPr>
          <w:b w:val="false"/>
          <w:i w:val="false"/>
          <w:color w:val="FFFFFF"/>
          <w:u w:val="none"/>
          <w:shd w:val="clear" w:color="auto" w:fill="548235"/>
        </w:rPr>
        <w:t xml:space="preserve"> [1FFF]</w:t>
      </w:r>
      <w:r>
        <w:rPr>
          <w:shd w:val="clear" w:color="auto" w:fill="548235"/>
          <w:color w:val="FFFFFF"/>
        </w:rPr>
        <w:t>.</w:t>
      </w:r>
    </w:p>
    <w:p>
      <w:pPr>
        <w:pStyle w:val="Yellow"/>
        <w:rPr/>
      </w:pPr>
      <w:r>
        <w:rPr>
          <w:b/>
        </w:rPr>
        <w:t>Matthew 4:4</w:t>
      </w:r>
      <w:r>
        <w:rPr/>
        <w:t xml:space="preserve"> — ‘</w:t>
      </w:r>
      <w:r>
        <w:rPr>
          <w:shd w:val="clear" w:fill="B7DDE8"/>
        </w:rPr>
        <w:t>Man shall not live on bread alone, but on every word that comes from the mouth of God</w:t>
      </w:r>
      <w:r>
        <w:rPr>
          <w:b w:val="false"/>
          <w:i w:val="false"/>
          <w:color w:val="000000"/>
          <w:u w:val="none"/>
        </w:rPr>
        <w:t xml:space="preserve"> [2EBY]</w:t>
      </w:r>
      <w:r>
        <w:rPr/>
        <w:t>.’”</w:t>
      </w:r>
    </w:p>
    <w:p>
      <w:pPr>
        <w:pStyle w:val="Yellow"/>
        <w:rPr/>
      </w:pPr>
      <w:r>
        <w:rPr/>
        <w:t xml:space="preserve">(Mt7:21ᶜ Only one who “does the will of My Father” enters the kingdom¹) </w:t>
      </w:r>
      <w:r>
        <w:rPr>
          <w:b/>
        </w:rPr>
        <w:t>Matthew 7:24–25</w:t>
      </w:r>
      <w:r>
        <w:rPr/>
        <w:t xml:space="preserve"> — {Therefore} </w:t>
      </w:r>
      <w:r>
        <w:rPr>
          <w:shd w:val="clear" w:fill="B7DDE8"/>
        </w:rPr>
        <w:t>everyone who hears these words of Mine and acts on them is like a wise man who built his house on the rock</w:t>
      </w:r>
      <w:r>
        <w:rPr>
          <w:b w:val="false"/>
          <w:i w:val="false"/>
          <w:color w:val="000000"/>
          <w:u w:val="none"/>
        </w:rPr>
        <w:t xml:space="preserve"> [1EOB]</w:t>
      </w:r>
      <w:r>
        <w:rPr/>
        <w:t xml:space="preserve">. </w:t>
      </w:r>
      <w:r>
        <w:rPr>
          <w:shd w:val="clear" w:fill="B7DDE8"/>
        </w:rPr>
        <w:t>The rain fell, the torrents raged, and the winds blew and beat against that house</w:t>
      </w:r>
      <w:r>
        <w:rPr>
          <w:b w:val="false"/>
          <w:i w:val="false"/>
          <w:color w:val="000000"/>
          <w:u w:val="none"/>
        </w:rPr>
        <w:t xml:space="preserve"> [2ENZ]</w:t>
      </w:r>
      <w:r>
        <w:rPr/>
        <w:t xml:space="preserve">; yet </w:t>
      </w:r>
      <w:r>
        <w:rPr>
          <w:shd w:val="clear" w:fill="B7DDE8"/>
        </w:rPr>
        <w:t>it did not fall</w:t>
      </w:r>
      <w:r>
        <w:rPr>
          <w:b w:val="false"/>
          <w:i w:val="false"/>
          <w:color w:val="000000"/>
          <w:u w:val="none"/>
        </w:rPr>
        <w:t xml:space="preserve"> [1EOC]</w:t>
      </w:r>
      <w:r>
        <w:rPr/>
        <w:t xml:space="preserve">, because </w:t>
      </w:r>
      <w:r>
        <w:rPr>
          <w:shd w:val="clear" w:fill="B7DDE8"/>
        </w:rPr>
        <w:t>its foundation was on the rock</w:t>
      </w:r>
      <w:r>
        <w:rPr>
          <w:b w:val="false"/>
          <w:i w:val="false"/>
          <w:color w:val="000000"/>
          <w:u w:val="none"/>
        </w:rPr>
        <w:t xml:space="preserve"> [2EOD]</w:t>
      </w:r>
      <w:r>
        <w:rPr/>
        <w:t>.</w:t>
      </w:r>
    </w:p>
    <w:p>
      <w:pPr>
        <w:pStyle w:val="Yellow"/>
        <w:rPr/>
      </w:pPr>
      <w:r>
        <w:rPr>
          <w:b/>
        </w:rPr>
        <w:t xml:space="preserve">Luke 6:47–48</w:t>
      </w:r>
      <w:r>
        <w:rPr/>
        <w:t xml:space="preserve"> — </w:t>
      </w:r>
      <w:r>
        <w:rPr>
          <w:shd w:fill="B7DDE8" w:val="clear"/>
        </w:rPr>
        <w:t xml:space="preserve">I will show you what he is like</w:t>
      </w:r>
      <w:r>
        <w:rPr>
          <w:b w:val="false"/>
          <w:i w:val="false"/>
          <w:color w:val="000000"/>
          <w:u w:val="none"/>
        </w:rPr>
        <w:t xml:space="preserve"> [1LMO]</w:t>
      </w:r>
      <w:r>
        <w:rPr/>
        <w:t xml:space="preserve"> </w:t>
      </w:r>
      <w:r>
        <w:rPr>
          <w:shd w:fill="B7DDE8" w:val="clear"/>
        </w:rPr>
        <w:t xml:space="preserve">who comes to Me and hears My words and acts on them</w:t>
      </w:r>
      <w:r>
        <w:rPr>
          <w:b w:val="false"/>
          <w:i w:val="false"/>
          <w:color w:val="000000"/>
          <w:u w:val="none"/>
        </w:rPr>
        <w:t xml:space="preserve"> [1LMP]</w:t>
      </w:r>
      <w:r>
        <w:rPr/>
        <w:t xml:space="preserve">: </w:t>
      </w:r>
      <w:r>
        <w:rPr>
          <w:shd w:fill="B7DDE8" w:val="clear"/>
        </w:rPr>
        <w:t xml:space="preserve">He is like a man building a house</w:t>
      </w:r>
      <w:r>
        <w:rPr>
          <w:b w:val="false"/>
          <w:i w:val="false"/>
          <w:color w:val="000000"/>
          <w:u w:val="none"/>
        </w:rPr>
        <w:t xml:space="preserve"> [1LMQ]</w:t>
      </w:r>
      <w:r>
        <w:rPr/>
        <w:t xml:space="preserve">, </w:t>
      </w:r>
      <w:r>
        <w:rPr>
          <w:shd w:fill="B7DDE8" w:val="clear"/>
        </w:rPr>
        <w:t xml:space="preserve">who dug down deep</w:t>
      </w:r>
      <w:r>
        <w:rPr>
          <w:b w:val="false"/>
          <w:i w:val="false"/>
          <w:color w:val="000000"/>
          <w:u w:val="none"/>
        </w:rPr>
        <w:t xml:space="preserve"> [1LMR]</w:t>
      </w:r>
      <w:r>
        <w:rPr/>
        <w:t xml:space="preserve"> and </w:t>
      </w:r>
      <w:r>
        <w:rPr>
          <w:shd w:fill="B7DDE8" w:val="clear"/>
        </w:rPr>
        <w:t xml:space="preserve">laid his foundation on the rock</w:t>
      </w:r>
      <w:r>
        <w:rPr>
          <w:b w:val="false"/>
          <w:i w:val="false"/>
          <w:color w:val="000000"/>
          <w:u w:val="none"/>
        </w:rPr>
        <w:t xml:space="preserve"> [2EOD]</w:t>
      </w:r>
      <w:r>
        <w:rPr/>
        <w:t xml:space="preserve">. When </w:t>
      </w:r>
      <w:r>
        <w:rPr>
          <w:shd w:fill="B7DDE8" w:val="clear"/>
        </w:rPr>
        <w:t xml:space="preserve">the flood came</w:t>
      </w:r>
      <w:r>
        <w:rPr>
          <w:b w:val="false"/>
          <w:i w:val="false"/>
          <w:color w:val="000000"/>
          <w:u w:val="none"/>
        </w:rPr>
        <w:t xml:space="preserve"> [1LMS]</w:t>
      </w:r>
      <w:r>
        <w:rPr/>
        <w:t xml:space="preserve">, </w:t>
      </w:r>
      <w:r>
        <w:rPr>
          <w:shd w:fill="B7DDE8" w:val="clear"/>
        </w:rPr>
        <w:t xml:space="preserve">the torrent crashed against that house</w:t>
      </w:r>
      <w:r>
        <w:rPr>
          <w:b w:val="false"/>
          <w:i w:val="false"/>
          <w:color w:val="000000"/>
          <w:u w:val="none"/>
        </w:rPr>
        <w:t xml:space="preserve"> [2JSB]</w:t>
      </w:r>
      <w:r>
        <w:rPr/>
        <w:t xml:space="preserve"> but </w:t>
      </w:r>
      <w:r>
        <w:rPr>
          <w:shd w:fill="B7DDE8" w:val="clear"/>
        </w:rPr>
        <w:t xml:space="preserve">could not shake it</w:t>
      </w:r>
      <w:r>
        <w:rPr>
          <w:b w:val="false"/>
          <w:i w:val="false"/>
          <w:color w:val="000000"/>
          <w:u w:val="none"/>
        </w:rPr>
        <w:t xml:space="preserve"> [1LMT]</w:t>
      </w:r>
      <w:r>
        <w:rPr/>
        <w:t xml:space="preserve">, because </w:t>
      </w:r>
      <w:r>
        <w:rPr>
          <w:shd w:fill="B7DDE8" w:val="clear"/>
        </w:rPr>
        <w:t xml:space="preserve">it was well built</w:t>
      </w:r>
      <w:r>
        <w:rPr>
          <w:b w:val="false"/>
          <w:i w:val="false"/>
          <w:color w:val="000000"/>
          <w:u w:val="none"/>
        </w:rPr>
        <w:t xml:space="preserve"> [1LMU]</w:t>
      </w:r>
      <w:r>
        <w:rPr/>
        <w:t xml:space="preserve">.</w:t>
      </w:r>
    </w:p>
    <w:p>
      <w:pPr>
        <w:pStyle w:val="Yellow"/>
        <w:rPr/>
      </w:pPr>
      <w:r>
        <w:rPr>
          <w:b/>
        </w:rPr>
        <w:t xml:space="preserve">Luke 6:49</w:t>
      </w:r>
      <w:r>
        <w:rPr/>
        <w:t xml:space="preserve"> — </w:t>
      </w:r>
      <w:r>
        <w:rPr>
          <w:shd w:fill="B7DDE8" w:val="clear"/>
        </w:rPr>
        <w:t xml:space="preserve">the one who hears My words and does not act on them is like a man who built his house on ground without a foundation</w:t>
      </w:r>
      <w:r>
        <w:rPr>
          <w:b w:val="false"/>
          <w:i w:val="false"/>
          <w:color w:val="000000"/>
          <w:u w:val="none"/>
        </w:rPr>
        <w:t xml:space="preserve"> [1JSA]</w:t>
      </w:r>
      <w:r>
        <w:rPr/>
        <w:t xml:space="preserve">. </w:t>
      </w:r>
      <w:r>
        <w:rPr>
          <w:shd w:fill="B7DDE8" w:val="clear"/>
        </w:rPr>
        <w:t xml:space="preserve">The torrent crashed against that house</w:t>
      </w:r>
      <w:r>
        <w:rPr>
          <w:b w:val="false"/>
          <w:i w:val="false"/>
          <w:color w:val="000000"/>
          <w:u w:val="none"/>
        </w:rPr>
        <w:t xml:space="preserve"> [2JSB]</w:t>
      </w:r>
      <w:r>
        <w:rPr/>
        <w:t xml:space="preserve">, and </w:t>
      </w:r>
      <w:r>
        <w:rPr>
          <w:shd w:fill="B7DDE8" w:val="clear"/>
        </w:rPr>
        <w:t xml:space="preserve">immediately it fell</w:t>
      </w:r>
      <w:r>
        <w:rPr>
          <w:b w:val="false"/>
          <w:i w:val="false"/>
          <w:color w:val="000000"/>
          <w:u w:val="none"/>
        </w:rPr>
        <w:t xml:space="preserve"> [1JSC]</w:t>
      </w:r>
      <w:r>
        <w:rPr/>
        <w:t xml:space="preserve">—and </w:t>
      </w:r>
      <w:r>
        <w:rPr>
          <w:shd w:fill="B7DDE8" w:val="clear"/>
        </w:rPr>
        <w:t xml:space="preserve">great was its destruction</w:t>
      </w:r>
      <w:r>
        <w:rPr>
          <w:b w:val="false"/>
          <w:i w:val="false"/>
          <w:color w:val="000000"/>
          <w:u w:val="none"/>
        </w:rPr>
        <w:t xml:space="preserve"> [1JSD]</w:t>
      </w:r>
      <w:r>
        <w:rPr/>
        <w:t xml:space="preserve">!”</w:t>
      </w:r>
    </w:p>
    <w:p>
      <w:pPr>
        <w:pStyle w:val="Yellow"/>
        <w:rPr/>
      </w:pPr>
      <w:r>
        <w:rPr>
          <w:b/>
        </w:rPr>
        <w:t>Luke 8:21</w:t>
      </w:r>
      <w:r>
        <w:rPr/>
        <w:t xml:space="preserve"> — “</w:t>
      </w:r>
      <w:r>
        <w:rPr>
          <w:shd w:val="clear" w:fill="B7DDE8"/>
        </w:rPr>
        <w:t>My mother and brothers are those who hear the word of God and carry it out</w:t>
      </w:r>
      <w:r>
        <w:rPr>
          <w:b w:val="false"/>
          <w:i w:val="false"/>
          <w:color w:val="000000"/>
          <w:u w:val="none"/>
        </w:rPr>
        <w:t xml:space="preserve"> [1TD]</w:t>
      </w:r>
      <w:r>
        <w:rPr/>
        <w:t>.”</w:t>
      </w:r>
    </w:p>
    <w:p>
      <w:pPr>
        <w:pStyle w:val="Yellow"/>
        <w:rPr/>
      </w:pPr>
      <w:r>
        <w:rPr>
          <w:b/>
        </w:rPr>
        <w:t>John 8:28-29</w:t>
      </w:r>
      <w:r>
        <w:t xml:space="preserve"> — “</w:t>
      </w:r>
      <w:r>
        <w:rPr>
          <w:shd w:fill="B7DDE8" w:val="clear"/>
        </w:rPr>
        <w:t>When you have lifted up the Son of Man, then you will know that I am He</w:t>
      </w:r>
      <w:r>
        <w:rPr>
          <w:b w:val="false"/>
          <w:i w:val="false"/>
          <w:color w:val="000000"/>
          <w:u w:val="none"/>
        </w:rPr>
        <w:t xml:space="preserve"> [1ANU]</w:t>
      </w:r>
      <w:r>
        <w:t xml:space="preserve">, and that </w:t>
      </w:r>
      <w:r>
        <w:rPr>
          <w:shd w:fill="B7DDE8" w:val="clear"/>
        </w:rPr>
        <w:t>I do nothing on My own</w:t>
      </w:r>
      <w:r>
        <w:rPr>
          <w:b w:val="false"/>
          <w:i w:val="false"/>
          <w:color w:val="000000"/>
          <w:u w:val="none"/>
        </w:rPr>
        <w:t xml:space="preserve"> [1ANV]</w:t>
      </w:r>
      <w:r>
        <w:t xml:space="preserve">, but </w:t>
      </w:r>
      <w:r>
        <w:rPr>
          <w:shd w:fill="B7DDE8" w:val="clear"/>
        </w:rPr>
        <w:t>speak exactly what the Father has taught Me</w:t>
      </w:r>
      <w:r>
        <w:rPr>
          <w:b w:val="false"/>
          <w:i w:val="false"/>
          <w:color w:val="000000"/>
          <w:u w:val="none"/>
        </w:rPr>
        <w:t xml:space="preserve"> [2ANW]</w:t>
      </w:r>
      <w:r>
        <w:t xml:space="preserve">. </w:t>
      </w:r>
      <w:r>
        <w:rPr>
          <w:shd w:fill="B7DDE8" w:val="clear"/>
        </w:rPr>
        <w:t>He who sent Me is with Me</w:t>
      </w:r>
      <w:r>
        <w:rPr>
          <w:b w:val="false"/>
          <w:i w:val="false"/>
          <w:color w:val="000000"/>
          <w:u w:val="none"/>
        </w:rPr>
        <w:t xml:space="preserve"> [1ANX]</w:t>
      </w:r>
      <w:r>
        <w:t xml:space="preserve">. </w:t>
      </w:r>
      <w:r>
        <w:rPr>
          <w:shd w:fill="B7DDE8" w:val="clear"/>
        </w:rPr>
        <w:t>He has not left Me alone</w:t>
      </w:r>
      <w:r>
        <w:rPr>
          <w:b w:val="false"/>
          <w:i w:val="false"/>
          <w:color w:val="000000"/>
          <w:u w:val="none"/>
        </w:rPr>
        <w:t xml:space="preserve"> [1ANX]</w:t>
      </w:r>
      <w:r>
        <w:t xml:space="preserve">, because </w:t>
      </w:r>
      <w:r>
        <w:rPr>
          <w:shd w:fill="B7DDE8" w:val="clear"/>
        </w:rPr>
        <w:t>I always do what pleases Him</w:t>
      </w:r>
      <w:r>
        <w:rPr>
          <w:b w:val="false"/>
          <w:i w:val="false"/>
          <w:color w:val="000000"/>
          <w:u w:val="none"/>
        </w:rPr>
        <w:t xml:space="preserve"> [1ANZ]</w:t>
      </w:r>
      <w:r>
        <w:t>.”</w:t>
      </w:r>
    </w:p>
    <w:p>
      <w:pPr>
        <w:pStyle w:val="Yellow"/>
        <w:rPr/>
      </w:pPr>
      <w:r>
        <w:rPr>
          <w:b/>
        </w:rPr>
        <w:t>John 12:49-50</w:t>
      </w:r>
      <w:r>
        <w:rPr/>
        <w:t xml:space="preserve"> — </w:t>
      </w:r>
      <w:r>
        <w:rPr>
          <w:shd w:val="clear" w:fill="B7DDE8"/>
        </w:rPr>
        <w:t>I have not spoken on My own</w:t>
      </w:r>
      <w:r>
        <w:rPr>
          <w:b w:val="false"/>
          <w:i w:val="false"/>
          <w:color w:val="000000"/>
          <w:u w:val="none"/>
        </w:rPr>
        <w:t xml:space="preserve"> [1CLX]</w:t>
      </w:r>
      <w:r>
        <w:rPr/>
        <w:t xml:space="preserve">, but </w:t>
      </w:r>
      <w:r>
        <w:rPr>
          <w:shd w:val="clear" w:fill="B7DDE8"/>
        </w:rPr>
        <w:t>the Father who sent Me has commanded Me what to say</w:t>
      </w:r>
      <w:r>
        <w:rPr>
          <w:b w:val="false"/>
          <w:i w:val="false"/>
          <w:color w:val="000000"/>
          <w:u w:val="none"/>
        </w:rPr>
        <w:t xml:space="preserve"> [1CLY]</w:t>
      </w:r>
      <w:r>
        <w:rPr/>
        <w:t xml:space="preserve"> and </w:t>
      </w:r>
      <w:r>
        <w:rPr>
          <w:shd w:val="clear" w:fill="B7DDE8"/>
        </w:rPr>
        <w:t>how to say it</w:t>
      </w:r>
      <w:r>
        <w:rPr>
          <w:b w:val="false"/>
          <w:i w:val="false"/>
          <w:color w:val="000000"/>
          <w:u w:val="none"/>
        </w:rPr>
        <w:t xml:space="preserve"> [1CLZ]</w:t>
      </w:r>
      <w:r>
        <w:rPr/>
        <w:t xml:space="preserve">. I know that </w:t>
      </w:r>
      <w:r>
        <w:rPr>
          <w:shd w:val="clear" w:fill="B7DDE8"/>
        </w:rPr>
        <w:t>His command leads to eternal life</w:t>
      </w:r>
      <w:r>
        <w:rPr>
          <w:b w:val="false"/>
          <w:i w:val="false"/>
          <w:color w:val="000000"/>
          <w:u w:val="none"/>
        </w:rPr>
        <w:t xml:space="preserve"> [1CMA]</w:t>
      </w:r>
      <w:r>
        <w:rPr/>
        <w:t xml:space="preserve">. So </w:t>
      </w:r>
      <w:r>
        <w:rPr>
          <w:shd w:val="clear" w:color="auto" w:fill="D9C3E6"/>
        </w:rPr>
        <w:t>I speak exactly what the Father has told Me to say</w:t>
      </w:r>
      <w:r>
        <w:rPr>
          <w:b w:val="false"/>
          <w:i w:val="false"/>
          <w:color w:val="000000"/>
          <w:u w:val="none"/>
        </w:rPr>
        <w:t xml:space="preserve"> [2ANW]</w:t>
      </w:r>
      <w:r>
        <w:rPr>
          <w:shd w:val="clear" w:color="auto" w:fill="D9C3E6"/>
        </w:rPr>
        <w:t>.</w:t>
      </w:r>
    </w:p>
    <w:p>
      <w:pPr>
        <w:pStyle w:val="Yellow"/>
        <w:rPr/>
        <w:pBdr>
          <w:left w:val="single" w:sz="28" w:space="5" w:color="C00000"/>
        </w:pBdr>
      </w:pPr>
      <w:r>
        <w:rPr>
          <w:b/>
        </w:rPr>
        <w:t>John 14:24</w:t>
      </w:r>
      <w:r>
        <w:rPr/>
        <w:t xml:space="preserve"> — </w:t>
      </w:r>
      <w:r>
        <w:rPr>
          <w:shd w:fill="B7DDE8" w:val="clear"/>
        </w:rPr>
        <w:t>Whoever does not love Me does not keep My words</w:t>
      </w:r>
      <w:r>
        <w:rPr>
          <w:b w:val="false"/>
          <w:i w:val="false"/>
          <w:color w:val="000000"/>
          <w:u w:val="none"/>
        </w:rPr>
        <w:t xml:space="preserve"> [1LYU]</w:t>
      </w:r>
      <w:r>
        <w:rPr/>
        <w:t xml:space="preserve">. </w:t>
      </w:r>
      <w:r>
        <w:rPr>
          <w:shd w:fill="B7DDE8" w:val="clear"/>
        </w:rPr>
        <w:t>The word that you hear is not My own</w:t>
      </w:r>
      <w:r>
        <w:rPr>
          <w:b w:val="false"/>
          <w:i w:val="false"/>
          <w:u w:val="none"/>
          <w:color w:val="000000"/>
        </w:rPr>
        <w:t xml:space="preserve"> [1LYV]</w:t>
      </w:r>
      <w:r>
        <w:rPr/>
        <w:t xml:space="preserve">, but </w:t>
      </w:r>
      <w:r>
        <w:rPr>
          <w:shd w:fill="B7DDE8" w:val="clear"/>
        </w:rPr>
        <w:t>it is from the Father</w:t>
      </w:r>
      <w:r>
        <w:rPr>
          <w:b w:val="false"/>
          <w:i w:val="false"/>
          <w:u w:val="none"/>
          <w:color w:val="000000"/>
        </w:rPr>
        <w:t xml:space="preserve"> [1LYW]</w:t>
      </w:r>
      <w:r>
        <w:rPr/>
        <w:t xml:space="preserve"> </w:t>
      </w:r>
      <w:r>
        <w:rPr>
          <w:shd w:fill="B7DDE8" w:val="clear"/>
        </w:rPr>
        <w:t>who sent Me</w:t>
      </w:r>
      <w:r>
        <w:rPr>
          <w:b w:val="false"/>
          <w:i w:val="false"/>
          <w:color w:val="000000"/>
          <w:u w:val="none"/>
        </w:rPr>
        <w:t xml:space="preserve"> [4LBE]</w:t>
      </w:r>
      <w:r>
        <w:rPr/>
        <w:t>.</w:t>
      </w:r>
    </w:p>
    <w:p>
      <w:pPr>
        <w:pStyle w:val="Yellow"/>
        <w:rPr/>
        <w:pBdr>
          <w:left w:val="single" w:sz="28" w:space="5" w:color="C00000"/>
        </w:pBdr>
      </w:pPr>
      <w:r>
        <w:rPr>
          <w:b/>
          <w:shd w:val="clear" w:color="auto" w:fill="548235"/>
          <w:color w:val="FFFFFF"/>
        </w:rPr>
        <w:t>John 18:11</w:t>
      </w:r>
      <w:r>
        <w:rPr>
          <w:shd w:val="clear" w:color="auto" w:fill="548235"/>
          <w:color w:val="FFFFFF"/>
        </w:rPr>
        <w:t xml:space="preserve"> — “</w:t>
      </w:r>
      <w:r>
        <w:rPr>
          <w:shd w:fill="548235" w:val="clear" w:color="auto"/>
          <w:color w:val="FFFFFF"/>
        </w:rPr>
        <w:t>Shall I not drink the cup the Father has given Me?</w:t>
      </w:r>
      <w:r>
        <w:rPr>
          <w:b w:val="false"/>
          <w:i w:val="false"/>
          <w:color w:val="FFFFFF"/>
          <w:u w:val="none"/>
          <w:shd w:val="clear" w:color="auto" w:fill="548235"/>
        </w:rPr>
        <w:t xml:space="preserve"> [1LUM]</w:t>
      </w:r>
      <w:r>
        <w:rPr>
          <w:shd w:val="clear" w:color="auto" w:fill="548235"/>
          <w:color w:val="FFFFFF"/>
        </w:rPr>
        <w:t>”</w:t>
      </w:r>
    </w:p>
    <w:p>
      <w:pPr>
        <w:pStyle w:val="Yellow"/>
        <w:rPr/>
      </w:pPr>
      <w:r>
        <w:rPr>
          <w:b/>
          <w:shd w:val="clear" w:color="auto" w:fill="548235"/>
          <w:color w:val="FFFFFF"/>
        </w:rPr>
        <w:t>Romans 2:13</w:t>
      </w:r>
      <w:r>
        <w:rPr>
          <w:shd w:val="clear" w:color="auto" w:fill="548235"/>
          <w:color w:val="FFFFFF"/>
        </w:rPr>
        <w:t xml:space="preserve"> — </w:t>
      </w:r>
      <w:r>
        <w:rPr>
          <w:shd w:val="clear" w:fill="548235" w:color="auto"/>
          <w:color w:val="FFFFFF"/>
        </w:rPr>
        <w:t>it is not the hearers of the law who are righteous before God</w:t>
      </w:r>
      <w:r>
        <w:rPr>
          <w:b w:val="false"/>
          <w:i w:val="false"/>
          <w:color w:val="FFFFFF"/>
          <w:u w:val="none"/>
          <w:shd w:val="clear" w:color="auto" w:fill="548235"/>
        </w:rPr>
        <w:t xml:space="preserve"> [1FGF]</w:t>
      </w:r>
      <w:r>
        <w:rPr>
          <w:shd w:val="clear" w:color="auto" w:fill="548235"/>
          <w:color w:val="FFFFFF"/>
        </w:rPr>
        <w:t xml:space="preserve">, but </w:t>
      </w:r>
      <w:r>
        <w:rPr>
          <w:shd w:val="clear" w:fill="548235" w:color="auto"/>
          <w:color w:val="FFFFFF"/>
        </w:rPr>
        <w:t>it is the doers of the law who will be declared righteous</w:t>
      </w:r>
      <w:r>
        <w:rPr>
          <w:b w:val="false"/>
          <w:i w:val="false"/>
          <w:color w:val="FFFFFF"/>
          <w:u w:val="none"/>
          <w:shd w:val="clear" w:color="auto" w:fill="548235"/>
        </w:rPr>
        <w:t xml:space="preserve"> [1FGG]</w:t>
      </w:r>
      <w:r>
        <w:rPr>
          <w:shd w:val="clear" w:color="auto" w:fill="548235"/>
          <w:color w:val="FFFFFF"/>
        </w:rPr>
        <w:t>.</w:t>
      </w:r>
    </w:p>
    <w:p>
      <w:pPr>
        <w:pStyle w:val="Yellow"/>
        <w:rPr/>
      </w:pPr>
      <w:r>
        <w:rPr/>
        <w:t xml:space="preserve">(Ro5:14 “Adam”¹ / 15 “Jesus Christ”²) </w:t>
      </w:r>
      <w:r>
        <w:rPr>
          <w:b/>
        </w:rPr>
        <w:t>Romans 5:19</w:t>
      </w:r>
      <w:r>
        <w:rPr/>
        <w:t xml:space="preserve"> — just as </w:t>
      </w:r>
      <w:r>
        <w:rPr>
          <w:shd w:val="clear" w:fill="B7DDE8"/>
        </w:rPr>
        <w:t>through the disobedience of {the one man} the many were made sinners</w:t>
      </w:r>
      <w:r>
        <w:rPr>
          <w:b w:val="false"/>
          <w:i w:val="false"/>
          <w:color w:val="000000"/>
          <w:u w:val="none"/>
        </w:rPr>
        <w:t xml:space="preserve"> [1FGB]</w:t>
      </w:r>
      <w:r>
        <w:rPr/>
        <w:t xml:space="preserve">, so also </w:t>
      </w:r>
      <w:r>
        <w:rPr>
          <w:shd w:val="clear" w:fill="B7DDE8"/>
        </w:rPr>
        <w:t>through the obedience of {the one man} the many will be made righteous</w:t>
      </w:r>
      <w:r>
        <w:rPr>
          <w:b w:val="false"/>
          <w:i w:val="false"/>
          <w:color w:val="000000"/>
          <w:u w:val="none"/>
        </w:rPr>
        <w:t xml:space="preserve"> [1FGC]</w:t>
      </w:r>
      <w:r>
        <w:rPr/>
        <w:t>.</w:t>
      </w:r>
    </w:p>
    <w:p>
      <w:pPr>
        <w:pStyle w:val="Yellow"/>
        <w:rPr/>
      </w:pPr>
      <w:r>
        <w:rPr/>
        <w:t>&lt;33&gt;</w:t>
      </w:r>
      <w:r>
        <w:rPr>
          <w:b/>
        </w:rPr>
        <w:t>Romans 6:16</w:t>
      </w:r>
      <w:r>
        <w:rPr/>
        <w:t xml:space="preserve"> — Do you not know that </w:t>
      </w:r>
      <w:r>
        <w:rPr>
          <w:shd w:val="clear" w:fill="B7DDE8"/>
        </w:rPr>
        <w:t>when you offer yourselves as obedient slaves, you are slaves to the one you obey</w:t>
      </w:r>
      <w:r>
        <w:rPr>
          <w:b w:val="false"/>
          <w:i w:val="false"/>
          <w:color w:val="000000"/>
          <w:u w:val="none"/>
        </w:rPr>
        <w:t xml:space="preserve"> [1FJE]</w:t>
      </w:r>
      <w:r>
        <w:rPr/>
        <w:t xml:space="preserve">, </w:t>
      </w:r>
      <w:r>
        <w:rPr>
          <w:shd w:val="clear" w:fill="B7DDE8"/>
        </w:rPr>
        <w:t>whether you are slaves to sin leading to death, or to obedience leading to righteousness</w:t>
      </w:r>
      <w:r>
        <w:rPr>
          <w:b w:val="false"/>
          <w:i w:val="false"/>
          <w:color w:val="000000"/>
          <w:u w:val="none"/>
        </w:rPr>
        <w:t xml:space="preserve"> [1FJF]</w:t>
      </w:r>
      <w:r>
        <w:rPr/>
        <w:t>?</w:t>
      </w:r>
    </w:p>
    <w:p>
      <w:pPr>
        <w:pStyle w:val="Yellow"/>
        <w:rPr/>
      </w:pPr>
      <w:r>
        <w:rPr/>
        <w:t>&lt;33&gt;</w:t>
      </w:r>
      <w:r>
        <w:rPr>
          <w:b/>
        </w:rPr>
        <w:t>Romans 6:17-18</w:t>
      </w:r>
      <w:r>
        <w:rPr/>
        <w:t xml:space="preserve"> — But thanks be to God that, though </w:t>
      </w:r>
      <w:r>
        <w:rPr>
          <w:shd w:val="clear" w:fill="B7DDE8"/>
        </w:rPr>
        <w:t>you once were slaves to sin</w:t>
      </w:r>
      <w:r>
        <w:rPr>
          <w:b w:val="false"/>
          <w:i w:val="false"/>
          <w:color w:val="000000"/>
          <w:u w:val="none"/>
        </w:rPr>
        <w:t xml:space="preserve"> [1FJG]</w:t>
      </w:r>
      <w:r>
        <w:rPr/>
        <w:t xml:space="preserve">, </w:t>
      </w:r>
      <w:r>
        <w:rPr>
          <w:shd w:val="clear" w:fill="B7DDE8"/>
        </w:rPr>
        <w:t>you wholeheartedly obeyed the form of teaching to which you were committed</w:t>
      </w:r>
      <w:r>
        <w:rPr>
          <w:b w:val="false"/>
          <w:i w:val="false"/>
          <w:u w:val="none"/>
          <w:color w:val="000000"/>
        </w:rPr>
        <w:t xml:space="preserve"> [1FJH]</w:t>
      </w:r>
      <w:r>
        <w:rPr/>
        <w:t xml:space="preserve">. </w:t>
      </w:r>
      <w:r>
        <w:rPr>
          <w:shd w:val="clear" w:fill="B7DDE8"/>
        </w:rPr>
        <w:t>You have been set free from sin</w:t>
      </w:r>
      <w:r>
        <w:rPr>
          <w:b w:val="false"/>
          <w:i w:val="false"/>
          <w:color w:val="000000"/>
          <w:u w:val="none"/>
        </w:rPr>
        <w:t xml:space="preserve"> [2CKE]</w:t>
      </w:r>
      <w:r>
        <w:rPr/>
        <w:t xml:space="preserve"> and </w:t>
      </w:r>
      <w:r>
        <w:rPr>
          <w:shd w:val="clear" w:fill="B7DDE8"/>
        </w:rPr>
        <w:t>have become slaves to righteousness</w:t>
      </w:r>
      <w:r>
        <w:rPr>
          <w:b w:val="false"/>
          <w:i w:val="false"/>
          <w:color w:val="000000"/>
          <w:u w:val="none"/>
        </w:rPr>
        <w:t xml:space="preserve"> [1FJI]</w:t>
      </w:r>
      <w:r>
        <w:rPr/>
        <w:t>.</w:t>
      </w:r>
    </w:p>
    <w:p>
      <w:pPr>
        <w:pStyle w:val="Yellow"/>
        <w:rPr/>
      </w:pPr>
      <w:r>
        <w:rPr>
          <w:b/>
        </w:rPr>
        <w:t>2 Corinthians 5:14</w:t>
      </w:r>
      <w:r>
        <w:t xml:space="preserve"> — For </w:t>
      </w:r>
      <w:r>
        <w:rPr>
          <w:shd w:fill="B7DDE8" w:val="clear"/>
        </w:rPr>
        <w:t>Christ’s love compels us</w:t>
      </w:r>
      <w:r>
        <w:rPr>
          <w:b w:val="false"/>
          <w:i w:val="false"/>
          <w:color w:val="000000"/>
          <w:u w:val="none"/>
        </w:rPr>
        <w:t xml:space="preserve"> [1AVT]</w:t>
      </w:r>
      <w:r>
        <w:t xml:space="preserve">, because we are convinced that </w:t>
      </w:r>
      <w:r>
        <w:rPr>
          <w:shd w:fill="B7DDE8" w:val="clear"/>
        </w:rPr>
        <w:t>One died for all</w:t>
      </w:r>
      <w:r>
        <w:rPr>
          <w:b w:val="false"/>
          <w:i w:val="false"/>
          <w:color w:val="000000"/>
          <w:u w:val="none"/>
        </w:rPr>
        <w:t xml:space="preserve"> [1AVU]</w:t>
      </w:r>
      <w:r>
        <w:rPr>
          <w:shd w:fill="B7DDE8" w:val="clear"/>
        </w:rPr>
        <w:t>, therefore all died</w:t>
      </w:r>
      <w:r>
        <w:rPr>
          <w:b w:val="false"/>
          <w:i w:val="false"/>
          <w:color w:val="000000"/>
          <w:u w:val="none"/>
        </w:rPr>
        <w:t xml:space="preserve"> [1AVV]</w:t>
      </w:r>
      <w:r>
        <w:t xml:space="preserve">. And </w:t>
      </w:r>
      <w:r>
        <w:rPr>
          <w:shd w:fill="B7DDE8" w:val="clear"/>
        </w:rPr>
        <w:t>He died for all</w:t>
      </w:r>
      <w:r>
        <w:rPr>
          <w:b w:val="false"/>
          <w:i w:val="false"/>
          <w:color w:val="000000"/>
          <w:u w:val="none"/>
        </w:rPr>
        <w:t xml:space="preserve"> [1AVU]</w:t>
      </w:r>
      <w:r>
        <w:rPr>
          <w:shd w:fill="B7DDE8" w:val="clear"/>
        </w:rPr>
        <w:t xml:space="preserve">, that </w:t>
      </w:r>
      <w:r>
        <w:rPr>
          <w:shd w:fill="B7DDE8" w:val="clear"/>
        </w:rPr>
        <w:t>those who live should no longer live for themselves</w:t>
      </w:r>
      <w:r>
        <w:rPr>
          <w:b w:val="false"/>
          <w:i w:val="false"/>
          <w:color w:val="000000"/>
          <w:u w:val="none"/>
        </w:rPr>
        <w:t xml:space="preserve"> [1AVW]</w:t>
      </w:r>
      <w:r>
        <w:rPr/>
        <w:t xml:space="preserve">, but </w:t>
      </w:r>
      <w:r>
        <w:rPr>
          <w:shd w:fill="B7DDE8" w:val="clear"/>
        </w:rPr>
        <w:t xml:space="preserve">for Him who died for them and </w:t>
      </w:r>
      <w:r>
        <w:rPr>
          <w:shd w:fill="B7DDE8" w:val="clear"/>
        </w:rPr>
        <w:t>was raised again</w:t>
      </w:r>
      <w:r>
        <w:rPr>
          <w:b w:val="false"/>
          <w:i w:val="false"/>
          <w:color w:val="000000"/>
          <w:u w:val="none"/>
        </w:rPr>
        <w:t xml:space="preserve"> [1AVX]</w:t>
      </w:r>
      <w:r>
        <w:t>.</w:t>
      </w:r>
    </w:p>
    <w:p>
      <w:pPr>
        <w:pStyle w:val="Yellow"/>
        <w:rPr/>
      </w:pPr>
      <w:r>
        <w:rPr>
          <w:b/>
        </w:rPr>
        <w:t xml:space="preserve">Galatians 1:10</w:t>
      </w:r>
      <w:r>
        <w:rPr/>
        <w:t xml:space="preserve"> — </w:t>
      </w:r>
      <w:r>
        <w:rPr>
          <w:shd w:fill="B7DDE8" w:val="clear"/>
        </w:rPr>
        <w:t xml:space="preserve">If I were still trying to please men</w:t>
      </w:r>
      <w:r>
        <w:rPr>
          <w:b w:val="false"/>
          <w:i w:val="false"/>
          <w:color w:val="000000"/>
          <w:u w:val="none"/>
        </w:rPr>
        <w:t xml:space="preserve"> [1LRR]</w:t>
      </w:r>
      <w:r>
        <w:rPr/>
        <w:t xml:space="preserve">, </w:t>
      </w:r>
      <w:r>
        <w:rPr>
          <w:shd w:fill="B7DDE8" w:val="clear"/>
        </w:rPr>
        <w:t xml:space="preserve">I would not be a servant of Christ</w:t>
      </w:r>
      <w:r>
        <w:rPr>
          <w:b w:val="false"/>
          <w:i w:val="false"/>
          <w:color w:val="000000"/>
          <w:u w:val="none"/>
        </w:rPr>
        <w:t xml:space="preserve"> [1LRS]</w:t>
      </w:r>
      <w:r>
        <w:rPr/>
        <w:t xml:space="preserve">.</w:t>
      </w:r>
    </w:p>
    <w:p>
      <w:pPr>
        <w:pStyle w:val="Yellow"/>
        <w:rPr/>
      </w:pPr>
      <w:r>
        <w:rPr>
          <w:b/>
        </w:rPr>
        <w:t>Philippians 2:12-13</w:t>
      </w:r>
      <w:r>
        <w:rPr/>
        <w:t xml:space="preserve"> — </w:t>
      </w:r>
      <w:r>
        <w:rPr>
          <w:shd w:val="clear" w:fill="B7DDE8"/>
        </w:rPr>
        <w:t>continue to work out your salvation with fear and trembling</w:t>
      </w:r>
      <w:r>
        <w:rPr>
          <w:b w:val="false"/>
          <w:i w:val="false"/>
          <w:color w:val="000000"/>
          <w:u w:val="none"/>
        </w:rPr>
        <w:t xml:space="preserve"> [1BXL]</w:t>
      </w:r>
      <w:r>
        <w:rPr/>
        <w:t xml:space="preserve">. For </w:t>
      </w:r>
      <w:r>
        <w:rPr>
          <w:shd w:val="clear" w:fill="B7DDE8"/>
        </w:rPr>
        <w:t>it is God who works in you</w:t>
      </w:r>
      <w:r>
        <w:rPr>
          <w:b w:val="false"/>
          <w:i w:val="false"/>
          <w:color w:val="000000"/>
          <w:u w:val="none"/>
        </w:rPr>
        <w:t xml:space="preserve"> [1BXM]</w:t>
      </w:r>
      <w:r>
        <w:rPr>
          <w:shd w:val="clear" w:fill="B7DDE8"/>
        </w:rPr>
        <w:t xml:space="preserve"> to will</w:t>
      </w:r>
      <w:r>
        <w:rPr>
          <w:b w:val="false"/>
          <w:i w:val="false"/>
          <w:color w:val="000000"/>
          <w:u w:val="none"/>
        </w:rPr>
        <w:t xml:space="preserve"> [1BXN]</w:t>
      </w:r>
      <w:r>
        <w:rPr>
          <w:shd w:val="clear" w:fill="B7DDE8"/>
        </w:rPr>
        <w:t xml:space="preserve"> and to act</w:t>
      </w:r>
      <w:r>
        <w:rPr>
          <w:b w:val="false"/>
          <w:i w:val="false"/>
          <w:color w:val="000000"/>
          <w:u w:val="none"/>
        </w:rPr>
        <w:t xml:space="preserve"> [1BXO]</w:t>
      </w:r>
      <w:r>
        <w:rPr>
          <w:shd w:val="clear" w:fill="B7DDE8"/>
        </w:rPr>
        <w:t xml:space="preserve"> on behalf of His good purpose</w:t>
      </w:r>
      <w:r>
        <w:rPr>
          <w:b w:val="false"/>
          <w:i w:val="false"/>
          <w:color w:val="000000"/>
          <w:u w:val="none"/>
        </w:rPr>
        <w:t xml:space="preserve"> [1BXP]</w:t>
      </w:r>
      <w:r>
        <w:rPr/>
        <w:t>.</w:t>
      </w:r>
    </w:p>
    <w:p>
      <w:pPr>
        <w:pStyle w:val="Yellow"/>
        <w:rPr/>
      </w:pPr>
      <w:r>
        <w:rPr>
          <w:b/>
        </w:rPr>
        <w:t>Philippians 4:9</w:t>
      </w:r>
      <w:r>
        <w:rPr/>
        <w:t xml:space="preserve"> — </w:t>
      </w:r>
      <w:r>
        <w:rPr>
          <w:shd w:val="clear" w:fill="B7DDE8"/>
        </w:rPr>
        <w:t>Whatever you have learned or received or heard from me, or seen in me, put it into practice</w:t>
      </w:r>
      <w:r>
        <w:rPr>
          <w:b w:val="false"/>
          <w:i w:val="false"/>
          <w:color w:val="000000"/>
          <w:u w:val="none"/>
        </w:rPr>
        <w:t xml:space="preserve"> [1DOQ]</w:t>
      </w:r>
      <w:r>
        <w:rPr/>
        <w:t xml:space="preserve">. And </w:t>
      </w:r>
      <w:r>
        <w:rPr>
          <w:shd w:val="clear" w:fill="B7DDE8"/>
        </w:rPr>
        <w:t>the God of peace will be with you</w:t>
      </w:r>
      <w:r>
        <w:rPr>
          <w:b w:val="false"/>
          <w:i w:val="false"/>
          <w:color w:val="000000"/>
          <w:u w:val="none"/>
        </w:rPr>
        <w:t xml:space="preserve"> [1DOR]</w:t>
      </w:r>
      <w:r>
        <w:rPr/>
        <w:t>.</w:t>
      </w:r>
    </w:p>
    <w:p>
      <w:pPr>
        <w:pStyle w:val="Yellow"/>
        <w:rPr/>
      </w:pPr>
      <w:r>
        <w:rPr>
          <w:b/>
        </w:rPr>
        <w:t>Philippians 4:18</w:t>
      </w:r>
      <w:r>
        <w:t xml:space="preserve"> — </w:t>
      </w:r>
      <w:r>
        <w:rPr>
          <w:shd w:fill="B7DDE8" w:val="clear"/>
        </w:rPr>
        <w:t>I have all I need and more</w:t>
      </w:r>
      <w:r>
        <w:rPr>
          <w:b w:val="false"/>
          <w:i w:val="false"/>
          <w:color w:val="000000"/>
          <w:u w:val="none"/>
        </w:rPr>
        <w:t xml:space="preserve"> [1BAV]</w:t>
      </w:r>
      <w:r>
        <w:rPr>
          <w:shd w:fill="B7DDE8" w:val="clear"/>
        </w:rPr>
        <w:t>, now that I have received your gifts from Epaphroditus</w:t>
      </w:r>
      <w:r>
        <w:rPr>
          <w:b w:val="false"/>
          <w:i w:val="false"/>
          <w:color w:val="000000"/>
          <w:u w:val="none"/>
        </w:rPr>
        <w:t xml:space="preserve"> [1BAW]</w:t>
      </w:r>
      <w:r>
        <w:t xml:space="preserve">. </w:t>
      </w:r>
      <w:r>
        <w:rPr>
          <w:shd w:fill="B7DDE8" w:val="clear"/>
        </w:rPr>
        <w:t>They are a fragrant offering</w:t>
      </w:r>
      <w:r>
        <w:rPr>
          <w:b w:val="false"/>
          <w:i w:val="false"/>
          <w:color w:val="000000"/>
          <w:u w:val="none"/>
        </w:rPr>
        <w:t xml:space="preserve"> [1BAY]</w:t>
      </w:r>
      <w:r>
        <w:t xml:space="preserve">, </w:t>
      </w:r>
      <w:r>
        <w:rPr>
          <w:shd w:fill="B7DDE8" w:val="clear"/>
        </w:rPr>
        <w:t>an acceptable sacrifice</w:t>
      </w:r>
      <w:r>
        <w:rPr>
          <w:b w:val="false"/>
          <w:i w:val="false"/>
          <w:color w:val="000000"/>
          <w:u w:val="none"/>
        </w:rPr>
        <w:t xml:space="preserve"> [1BAZ]</w:t>
      </w:r>
      <w:r>
        <w:t xml:space="preserve">, </w:t>
      </w:r>
      <w:r>
        <w:rPr>
          <w:shd w:fill="B7DDE8" w:val="clear"/>
        </w:rPr>
        <w:t>well-pleasing to God</w:t>
      </w:r>
      <w:r>
        <w:rPr>
          <w:b w:val="false"/>
          <w:i w:val="false"/>
          <w:color w:val="000000"/>
          <w:u w:val="none"/>
        </w:rPr>
        <w:t xml:space="preserve"> [1BBA]</w:t>
      </w:r>
      <w:r>
        <w:t>.</w:t>
      </w:r>
    </w:p>
    <w:p>
      <w:pPr>
        <w:pStyle w:val="Yellow"/>
        <w:rPr/>
      </w:pPr>
      <w:r>
        <w:rPr/>
        <w:t xml:space="preserve">(He5:7 “Jesus”) </w:t>
      </w:r>
      <w:r>
        <w:rPr>
          <w:b/>
        </w:rPr>
        <w:t>Hebrews 5:8</w:t>
      </w:r>
      <w:r>
        <w:rPr/>
        <w:t xml:space="preserve"> — </w:t>
      </w:r>
      <w:r>
        <w:rPr>
          <w:shd w:val="clear" w:fill="B7DDE8"/>
        </w:rPr>
        <w:t>Although {He} was a Son</w:t>
      </w:r>
      <w:r>
        <w:rPr>
          <w:b w:val="false"/>
          <w:i w:val="false"/>
          <w:color w:val="000000"/>
          <w:u w:val="none"/>
        </w:rPr>
        <w:t xml:space="preserve"> [1FNQ]</w:t>
      </w:r>
      <w:r>
        <w:rPr/>
        <w:t xml:space="preserve">, </w:t>
      </w:r>
      <w:r>
        <w:rPr>
          <w:shd w:val="clear" w:fill="B7DDE8"/>
        </w:rPr>
        <w:t>He learned obedience from what He suffered</w:t>
      </w:r>
      <w:r>
        <w:rPr>
          <w:b w:val="false"/>
          <w:i w:val="false"/>
          <w:color w:val="000000"/>
          <w:u w:val="none"/>
        </w:rPr>
        <w:t xml:space="preserve"> [1FNR]</w:t>
      </w:r>
      <w:r>
        <w:rPr/>
        <w:t>.</w:t>
      </w:r>
    </w:p>
    <w:p>
      <w:pPr>
        <w:pStyle w:val="Yellow"/>
        <w:rPr/>
      </w:pPr>
      <w:r>
        <w:rPr>
          <w:b/>
        </w:rPr>
        <w:t>James 1:22</w:t>
      </w:r>
      <w:r>
        <w:rPr/>
        <w:t xml:space="preserve"> — </w:t>
      </w:r>
      <w:r>
        <w:rPr>
          <w:shd w:fill="B7DDE8" w:val="clear"/>
        </w:rPr>
        <w:t>Be doers of the word, and not hearers only</w:t>
      </w:r>
      <w:r>
        <w:rPr>
          <w:b w:val="false"/>
          <w:i w:val="false"/>
          <w:color w:val="000000"/>
          <w:u w:val="none"/>
        </w:rPr>
        <w:t xml:space="preserve"> [1LYY]</w:t>
      </w:r>
      <w:r>
        <w:rPr/>
        <w:t xml:space="preserve">. </w:t>
      </w:r>
      <w:r>
        <w:rPr>
          <w:shd w:fill="B7DDE8" w:val="clear"/>
        </w:rPr>
        <w:t>Otherwise, you are deceiving yourselves</w:t>
      </w:r>
      <w:r>
        <w:rPr>
          <w:b w:val="false"/>
          <w:i w:val="false"/>
          <w:color w:val="000000"/>
          <w:u w:val="none"/>
        </w:rPr>
        <w:t xml:space="preserve"> [1LYZ]</w:t>
      </w:r>
      <w:r>
        <w:rPr/>
        <w:t>.</w:t>
      </w:r>
    </w:p>
    <w:p>
      <w:pPr>
        <w:pStyle w:val="Yellow"/>
        <w:rPr/>
      </w:pPr>
      <w:r>
        <w:rPr>
          <w:b/>
        </w:rPr>
        <w:t>1 Peter 3:1–2</w:t>
      </w:r>
      <w:r>
        <w:rPr/>
        <w:t xml:space="preserve"> — </w:t>
      </w:r>
      <w:r>
        <w:rPr>
          <w:shd w:val="clear" w:fill="B7DDE8"/>
        </w:rPr>
        <w:t>Wives, in the same way, submit yourselves to your husbands</w:t>
      </w:r>
      <w:r>
        <w:rPr>
          <w:b w:val="false"/>
          <w:i w:val="false"/>
          <w:color w:val="000000"/>
          <w:u w:val="none"/>
        </w:rPr>
        <w:t xml:space="preserve"> [1DAR]</w:t>
      </w:r>
      <w:r>
        <w:rPr/>
        <w:t xml:space="preserve">, so that even if </w:t>
      </w:r>
      <w:r>
        <w:rPr>
          <w:shd w:val="clear" w:fill="B7DDE8"/>
        </w:rPr>
        <w:t>they refuse to believe the word</w:t>
      </w:r>
      <w:r>
        <w:rPr>
          <w:b w:val="false"/>
          <w:i w:val="false"/>
          <w:color w:val="000000"/>
          <w:u w:val="none"/>
        </w:rPr>
        <w:t xml:space="preserve"> [1DAS]</w:t>
      </w:r>
      <w:r>
        <w:rPr/>
        <w:t xml:space="preserve">, </w:t>
      </w:r>
      <w:r>
        <w:rPr>
          <w:shd w:val="clear" w:fill="B7DDE8"/>
        </w:rPr>
        <w:t>they will be won over without words by the behavior of their wives</w:t>
      </w:r>
      <w:r>
        <w:rPr>
          <w:b w:val="false"/>
          <w:i w:val="false"/>
          <w:color w:val="000000"/>
          <w:u w:val="none"/>
        </w:rPr>
        <w:t xml:space="preserve"> [1DAT]</w:t>
      </w:r>
      <w:r>
        <w:rPr/>
        <w:t xml:space="preserve"> </w:t>
      </w:r>
      <w:r>
        <w:rPr>
          <w:shd w:val="clear" w:fill="B7DDE8"/>
        </w:rPr>
        <w:t>when they see your pure and reverent demeanor</w:t>
      </w:r>
      <w:r>
        <w:rPr>
          <w:b w:val="false"/>
          <w:i w:val="false"/>
          <w:color w:val="000000"/>
          <w:u w:val="none"/>
        </w:rPr>
        <w:t xml:space="preserve"> [1DAU]</w:t>
      </w:r>
      <w:r>
        <w:rPr/>
        <w:t>.</w:t>
      </w:r>
    </w:p>
    <w:p>
      <w:pPr>
        <w:pStyle w:val="Yellow"/>
        <w:rPr/>
      </w:pPr>
      <w:r>
        <w:rPr>
          <w:b/>
        </w:rPr>
        <w:t>1 Peter 3:3–4</w:t>
      </w:r>
      <w:r>
        <w:rPr/>
        <w:t xml:space="preserve"> — </w:t>
      </w:r>
      <w:r>
        <w:rPr>
          <w:shd w:val="clear" w:fill="B7DDE8"/>
        </w:rPr>
        <w:t>Your beauty should not come from outward adornment, such as braided hair or gold jewelry or fine clothes, but from the inner disposition of your heart, the unfading beauty of a gentle and quiet spirit</w:t>
      </w:r>
      <w:r>
        <w:rPr>
          <w:b w:val="false"/>
          <w:i w:val="false"/>
          <w:color w:val="000000"/>
          <w:u w:val="none"/>
        </w:rPr>
        <w:t xml:space="preserve"> [1ESA]</w:t>
      </w:r>
      <w:r>
        <w:rPr/>
        <w:t xml:space="preserve">, </w:t>
      </w:r>
      <w:r>
        <w:rPr>
          <w:shd w:val="clear" w:fill="B7DDE8"/>
        </w:rPr>
        <w:t>which is precious in God’s sight</w:t>
      </w:r>
      <w:r>
        <w:rPr>
          <w:b w:val="false"/>
          <w:i w:val="false"/>
          <w:color w:val="000000"/>
          <w:u w:val="none"/>
        </w:rPr>
        <w:t xml:space="preserve"> [1ESB]</w:t>
      </w:r>
      <w:r>
        <w:rPr/>
        <w:t>.</w:t>
      </w:r>
    </w:p>
    <w:p>
      <w:r>
        <w:rPr>
          <w:b/>
          <w:sz w:val="32"/>
        </w:rPr>
        <w:t>Righteousness  (35)</w:t>
      </w:r>
    </w:p>
    <w:p>
      <w:pPr>
        <w:pStyle w:val="Yellow"/>
        <w:rPr/>
      </w:pPr>
      <w:r>
        <w:rPr>
          <w:b/>
          <w:shd w:val="clear" w:color="auto" w:fill="548235"/>
          <w:color w:val="FFFFFF"/>
        </w:rPr>
        <w:t>Genesis 18:25</w:t>
      </w:r>
      <w:r>
        <w:rPr>
          <w:shd w:val="clear" w:color="auto" w:fill="548235"/>
          <w:color w:val="FFFFFF"/>
        </w:rPr>
        <w:t xml:space="preserve"> — </w:t>
      </w:r>
      <w:r>
        <w:rPr>
          <w:shd w:val="clear" w:fill="548235" w:color="auto"/>
          <w:color w:val="FFFFFF"/>
        </w:rPr>
        <w:t>Will not the Judge of all the earth do what is right</w:t>
      </w:r>
      <w:r>
        <w:rPr>
          <w:b w:val="false"/>
          <w:i w:val="false"/>
          <w:color w:val="FFFFFF"/>
          <w:u w:val="none"/>
          <w:shd w:val="clear" w:color="auto" w:fill="548235"/>
        </w:rPr>
        <w:t xml:space="preserve"> [1FEW]</w:t>
      </w:r>
      <w:r>
        <w:rPr>
          <w:shd w:val="clear" w:color="auto" w:fill="548235"/>
          <w:color w:val="FFFFFF"/>
        </w:rPr>
        <w:t>?</w:t>
      </w:r>
    </w:p>
    <w:p>
      <w:pPr>
        <w:pStyle w:val="Red"/>
        <w:spacing w:before="0" w:after="100" w:line="252" w:lineRule="auto"/>
        <w:rPr/>
        <w:shd w:val="clear" w:color="auto" w:fill="E4DFEC"/>
        <w:pBdr>
          <w:left w:val="single" w:sz="28" w:space="5" w:color="7030A0"/>
        </w:pBdr>
      </w:pPr>
      <w:r>
        <w:rPr>
          <w:b/>
        </w:rPr>
        <w:t>1 Chronicles 16:14</w:t>
      </w:r>
      <w:r>
        <w:rPr/>
        <w:t xml:space="preserve"> — </w:t>
      </w:r>
      <w:r>
        <w:rPr>
          <w:shd w:val="clear" w:fill="B7DDE8"/>
        </w:rPr>
        <w:t>He is the LORD our God</w:t>
      </w:r>
      <w:r>
        <w:rPr>
          <w:b w:val="false"/>
          <w:i w:val="false"/>
          <w:color w:val="000000"/>
          <w:u w:val="none"/>
        </w:rPr>
        <w:t xml:space="preserve"> [15MP]</w:t>
      </w:r>
      <w:r>
        <w:rPr/>
        <w:t xml:space="preserve">; </w:t>
      </w:r>
      <w:r>
        <w:rPr>
          <w:shd w:val="clear" w:fill="548235" w:color="auto"/>
          <w:color w:val="FFFFFF"/>
        </w:rPr>
        <w:t>His judgments carry throughout the earth</w:t>
      </w:r>
      <w:r>
        <w:rPr>
          <w:b w:val="false"/>
          <w:i w:val="false"/>
          <w:color w:val="FFFFFF"/>
          <w:u w:val="none"/>
          <w:shd w:val="clear" w:color="auto" w:fill="548235"/>
        </w:rPr>
        <w:t xml:space="preserve"> [2MQ]</w:t>
      </w:r>
      <w:r>
        <w:rPr/>
        <w:t>.</w:t>
      </w:r>
      <w:r>
        <w:rPr>
          <w:b w:val="0"/>
          <w:i w:val="0"/>
          <w:u w:val="single"/>
        </w:rPr>
      </w:r>
    </w:p>
    <w:p>
      <w:pPr>
        <w:pStyle w:val="Yellow"/>
        <w:rPr/>
        <w:pBdr>
          <w:left w:val="single" w:sz="28" w:space="5" w:color="C00000"/>
        </w:pBdr>
      </w:pPr>
      <w:r>
        <w:rPr>
          <w:b/>
          <w:u w:val="none"/>
          <w:shd w:val="clear" w:color="auto" w:fill="548235"/>
          <w:color w:val="FFFFFF"/>
        </w:rPr>
        <w:t>Nehemiah 9:33</w:t>
      </w:r>
      <w:r>
        <w:rPr>
          <w:u w:val="none"/>
          <w:shd w:val="clear" w:color="auto" w:fill="548235"/>
          <w:color w:val="FFFFFF"/>
        </w:rPr>
        <w:t xml:space="preserve"> — </w:t>
      </w:r>
      <w:r>
        <w:rPr>
          <w:u w:val="none"/>
          <w:shd w:fill="548235" w:val="clear" w:color="auto"/>
          <w:color w:val="FFFFFF"/>
        </w:rPr>
        <w:t>You are just</w:t>
      </w:r>
      <w:r>
        <w:rPr>
          <w:u w:val="none"/>
          <w:shd w:fill="548235" w:val="clear" w:color="auto"/>
          <w:color w:val="FFFFFF"/>
        </w:rPr>
        <w:t xml:space="preserve"> in all that has befallen us</w:t>
      </w:r>
      <w:r>
        <w:rPr>
          <w:b w:val="false"/>
          <w:i w:val="false"/>
          <w:color w:val="FFFFFF"/>
          <w:u w:val="none"/>
          <w:shd w:val="clear" w:color="auto" w:fill="548235"/>
        </w:rPr>
        <w:t xml:space="preserve"> [1GZ]</w:t>
      </w:r>
      <w:r>
        <w:rPr>
          <w:u w:val="none"/>
          <w:shd w:val="clear" w:color="auto" w:fill="548235"/>
          <w:color w:val="FFFFFF"/>
        </w:rPr>
        <w:t xml:space="preserve">, because </w:t>
      </w:r>
      <w:r>
        <w:rPr>
          <w:u w:val="none"/>
          <w:shd w:fill="548235" w:val="clear" w:color="auto"/>
          <w:color w:val="FFFFFF"/>
        </w:rPr>
        <w:t>You have acted faithfully</w:t>
      </w:r>
      <w:r>
        <w:rPr>
          <w:b w:val="false"/>
          <w:i w:val="false"/>
          <w:color w:val="FFFFFF"/>
          <w:u w:val="none"/>
          <w:shd w:val="clear" w:color="auto" w:fill="548235"/>
        </w:rPr>
        <w:t xml:space="preserve"> [11GW]</w:t>
      </w:r>
      <w:r>
        <w:rPr>
          <w:u w:val="none"/>
          <w:shd w:val="clear" w:color="auto" w:fill="548235"/>
          <w:color w:val="FFFFFF"/>
        </w:rPr>
        <w:t>, while we have acted wickedly.</w:t>
      </w:r>
    </w:p>
    <w:p>
      <w:pPr>
        <w:pStyle w:val="Yellow"/>
        <w:rPr/>
        <w:pBdr>
          <w:left w:val="single" w:sz="28" w:space="5" w:color="C00000"/>
        </w:pBdr>
      </w:pPr>
      <w:r>
        <w:rPr>
          <w:b/>
        </w:rPr>
        <w:t xml:space="preserve">Psalm 15:1–5</w:t>
      </w:r>
      <w:r>
        <w:rPr/>
        <w:t xml:space="preserve"> — O LORD, who may abide in Your tent? Who may dwell on Your holy mountain? </w:t>
      </w:r>
      <w:r>
        <w:rPr>
          <w:shd w:fill="B7DDE8" w:val="clear"/>
        </w:rPr>
        <w:t xml:space="preserve">He who walks with integrity and practices righteousness, who speaks the truth from his heart, who has no slander on his tongue, who does no harm to his neighbor, who casts no scorn on his friend, who despises the vile but honors those who fear the LORD, who does not revise a costly oath, who lends his money without interest and refuses a bribe against the innocent</w:t>
      </w:r>
      <w:r>
        <w:rPr>
          <w:b w:val="false"/>
          <w:i w:val="false"/>
          <w:color w:val="000000"/>
          <w:u w:val="none"/>
        </w:rPr>
        <w:t xml:space="preserve"> [1HSZ]</w:t>
      </w:r>
      <w:r>
        <w:rPr/>
        <w:t xml:space="preserve">. </w:t>
      </w:r>
      <w:r>
        <w:rPr>
          <w:shd w:fill="F4B183" w:val="clear" w:color="auto"/>
          <w:color w:val="000000"/>
        </w:rPr>
        <w:t xml:space="preserve">He who does these things will never be shaken</w:t>
      </w:r>
      <w:r>
        <w:rPr>
          <w:b w:val="false"/>
          <w:i w:val="false"/>
          <w:color w:val="000000"/>
          <w:u w:val="none"/>
          <w:shd w:val="clear" w:color="auto" w:fill="F4B183"/>
        </w:rPr>
        <w:t xml:space="preserve"> [1HTA]</w:t>
      </w:r>
      <w:r>
        <w:rPr/>
        <w:t xml:space="preserve">.</w:t>
      </w:r>
    </w:p>
    <w:p>
      <w:pPr>
        <w:pStyle w:val="Yellow"/>
        <w:rPr/>
      </w:pPr>
      <w:r>
        <w:rPr>
          <w:b/>
        </w:rPr>
        <w:t xml:space="preserve">Psalm 50:6</w:t>
      </w:r>
      <w:r>
        <w:rPr/>
        <w:t xml:space="preserve"> — And </w:t>
      </w:r>
      <w:r>
        <w:rPr>
          <w:shd w:fill="B7DDE8" w:val="clear"/>
        </w:rPr>
        <w:t xml:space="preserve">the heavens proclaim His righteousness</w:t>
      </w:r>
      <w:r>
        <w:rPr>
          <w:b w:val="false"/>
          <w:i w:val="false"/>
          <w:color w:val="000000"/>
          <w:u w:val="none"/>
        </w:rPr>
        <w:t xml:space="preserve"> [1GHL]</w:t>
      </w:r>
      <w:r>
        <w:rPr/>
        <w:t xml:space="preserve">, for </w:t>
      </w:r>
      <w:r>
        <w:rPr>
          <w:shd w:fill="B7DDE8" w:val="clear"/>
        </w:rPr>
        <w:t xml:space="preserve">God Himself is Judge</w:t>
      </w:r>
      <w:r>
        <w:rPr>
          <w:b w:val="false"/>
          <w:i w:val="false"/>
          <w:u w:val="none"/>
          <w:color w:val="000000"/>
        </w:rPr>
        <w:t xml:space="preserve"> [1GHM]</w:t>
      </w:r>
      <w:r>
        <w:rPr/>
        <w:t xml:space="preserve">.</w:t>
      </w:r>
    </w:p>
    <w:p>
      <w:pPr>
        <w:pStyle w:val="Yellow"/>
        <w:rPr/>
        <w:pBdr>
          <w:left w:val="single" w:sz="28" w:space="5" w:color="C00000"/>
        </w:pBdr>
      </w:pPr>
      <w:r>
        <w:rPr>
          <w:shd w:val="clear" w:color="auto" w:fill="548235"/>
          <w:color w:val="FFFFFF"/>
        </w:rPr>
        <w:t xml:space="preserve">(Ps85:12 “The LORD”) </w:t>
      </w:r>
      <w:r>
        <w:rPr>
          <w:b/>
          <w:shd w:val="clear" w:color="auto" w:fill="548235"/>
          <w:color w:val="FFFFFF"/>
        </w:rPr>
        <w:t>Psalm 85:13</w:t>
      </w:r>
      <w:r>
        <w:rPr>
          <w:shd w:val="clear" w:color="auto" w:fill="548235"/>
          <w:color w:val="FFFFFF"/>
        </w:rPr>
        <w:t xml:space="preserve"> — </w:t>
      </w:r>
      <w:r>
        <w:rPr>
          <w:shd w:val="clear" w:fill="548235" w:color="auto"/>
          <w:color w:val="FFFFFF"/>
        </w:rPr>
        <w:t>Righteousness will go before {Him} to prepare the way for His steps</w:t>
      </w:r>
      <w:r>
        <w:rPr>
          <w:b w:val="false"/>
          <w:i w:val="false"/>
          <w:color w:val="FFFFFF"/>
          <w:u w:val="none"/>
          <w:shd w:val="clear" w:color="auto" w:fill="548235"/>
        </w:rPr>
        <w:t xml:space="preserve"> [1FGZ]</w:t>
      </w:r>
      <w:r>
        <w:rPr>
          <w:shd w:val="clear" w:color="auto" w:fill="548235"/>
          <w:color w:val="FFFFFF"/>
        </w:rPr>
        <w:t>.</w:t>
      </w:r>
    </w:p>
    <w:p>
      <w:pPr>
        <w:pStyle w:val="Green"/>
        <w:rPr/>
        <w:shd w:val="clear" w:color="auto" w:fill="E4DFEC"/>
        <w:pBdr>
          <w:left w:val="single" w:sz="28" w:space="5" w:color="7030A0"/>
        </w:pBdr>
      </w:pPr>
      <w:r>
        <w:rPr>
          <w:b/>
          <w:u w:val="none"/>
        </w:rPr>
        <w:t>Psalm 92:15</w:t>
      </w:r>
      <w:r>
        <w:rPr>
          <w:u w:val="none"/>
        </w:rPr>
        <w:t xml:space="preserve"> — “</w:t>
      </w:r>
      <w:r>
        <w:rPr>
          <w:u w:val="none"/>
          <w:shd w:fill="B7DDE8" w:val="clear"/>
        </w:rPr>
        <w:t>The LORD is upright</w:t>
      </w:r>
      <w:r>
        <w:rPr>
          <w:b w:val="false"/>
          <w:i w:val="false"/>
          <w:color w:val="000000"/>
          <w:u w:val="none"/>
        </w:rPr>
        <w:t xml:space="preserve"> [16FJ]</w:t>
      </w:r>
      <w:r>
        <w:rPr>
          <w:u w:val="none"/>
        </w:rPr>
        <w:t xml:space="preserve">; </w:t>
      </w:r>
      <w:r>
        <w:rPr>
          <w:u w:val="none"/>
          <w:shd w:fill="B7DDE8" w:val="clear"/>
        </w:rPr>
        <w:t>He is my Rock</w:t>
      </w:r>
      <w:r>
        <w:rPr>
          <w:b w:val="false"/>
          <w:i w:val="false"/>
          <w:color w:val="000000"/>
          <w:u w:val="none"/>
        </w:rPr>
        <w:t xml:space="preserve"> [7GI]</w:t>
      </w:r>
      <w:r>
        <w:rPr>
          <w:u w:val="none"/>
        </w:rPr>
        <w:t xml:space="preserve">, and </w:t>
      </w:r>
      <w:r>
        <w:rPr>
          <w:u w:val="none"/>
          <w:shd w:fill="B7DDE8" w:val="clear"/>
        </w:rPr>
        <w:t>in Him there is no unrighteousness</w:t>
      </w:r>
      <w:r>
        <w:rPr>
          <w:b w:val="false"/>
          <w:i w:val="false"/>
          <w:color w:val="000000"/>
          <w:u w:val="none"/>
        </w:rPr>
        <w:t xml:space="preserve"> [16FJ]</w:t>
      </w:r>
      <w:r>
        <w:rPr>
          <w:u w:val="none"/>
        </w:rPr>
        <w:t>.”</w:t>
      </w:r>
    </w:p>
    <w:p>
      <w:pPr>
        <w:pStyle w:val="Yellow"/>
        <w:rPr/>
      </w:pPr>
      <w:r>
        <w:rPr>
          <w:b/>
          <w:u w:val="none"/>
        </w:rPr>
        <w:t xml:space="preserve">Psalm 94:14–15</w:t>
      </w:r>
      <w:r>
        <w:rPr>
          <w:u w:val="none"/>
        </w:rPr>
        <w:t xml:space="preserve"> — For </w:t>
      </w:r>
      <w:r>
        <w:rPr>
          <w:u w:val="none"/>
        </w:rPr>
        <w:t xml:space="preserve">the LORD will not forsake His people</w:t>
      </w:r>
      <w:r>
        <w:rPr>
          <w:b w:val="false"/>
          <w:i w:val="false"/>
          <w:color w:val="000000"/>
          <w:u w:val="none"/>
        </w:rPr>
        <w:t xml:space="preserve"> [2JOK]</w:t>
      </w:r>
      <w:r>
        <w:rPr>
          <w:u w:val="none"/>
        </w:rPr>
        <w:t xml:space="preserve">; </w:t>
      </w:r>
      <w:r>
        <w:rPr>
          <w:u w:val="none"/>
          <w:shd w:fill="B7DDE8" w:val="clear"/>
        </w:rPr>
        <w:t xml:space="preserve">He will never abandon His heritage</w:t>
      </w:r>
      <w:r>
        <w:rPr>
          <w:b w:val="false"/>
          <w:i w:val="false"/>
          <w:color w:val="000000"/>
          <w:u w:val="none"/>
        </w:rPr>
        <w:t xml:space="preserve"> [2JOK]</w:t>
      </w:r>
      <w:r>
        <w:rPr>
          <w:u w:val="none"/>
        </w:rPr>
        <w:t xml:space="preserve">. Surely </w:t>
      </w:r>
      <w:r>
        <w:rPr>
          <w:u w:val="none"/>
          <w:shd w:fill="B7DDE8" w:val="clear"/>
        </w:rPr>
        <w:t xml:space="preserve">judgment will again be righteous</w:t>
      </w:r>
      <w:r>
        <w:rPr>
          <w:b w:val="false"/>
          <w:i w:val="false"/>
          <w:color w:val="000000"/>
          <w:u w:val="none"/>
        </w:rPr>
        <w:t xml:space="preserve"> [1JOL]</w:t>
      </w:r>
      <w:r>
        <w:rPr>
          <w:u w:val="none"/>
        </w:rPr>
        <w:t xml:space="preserve">, and </w:t>
      </w:r>
      <w:r>
        <w:rPr>
          <w:u w:val="none"/>
          <w:shd w:fill="B7DDE8" w:val="clear"/>
        </w:rPr>
        <w:t xml:space="preserve">all the upright in heart will follow it</w:t>
      </w:r>
      <w:r>
        <w:rPr>
          <w:b w:val="false"/>
          <w:i w:val="false"/>
          <w:u w:val="none"/>
          <w:color w:val="000000"/>
        </w:rPr>
        <w:t xml:space="preserve"> [1JOM]</w:t>
      </w:r>
      <w:r>
        <w:rPr>
          <w:u w:val="none"/>
        </w:rPr>
        <w:t xml:space="preserve">.</w:t>
      </w:r>
    </w:p>
    <w:p>
      <w:pPr>
        <w:pStyle w:val="Yellow"/>
        <w:rPr/>
        <w:shd w:val="clear" w:color="auto" w:fill="E4DFEC"/>
        <w:pBdr>
          <w:left w:val="single" w:sz="28" w:space="5" w:color="7030A0"/>
        </w:pBdr>
      </w:pPr>
      <w:r>
        <w:rPr>
          <w:u w:val="none"/>
        </w:rPr>
        <w:t xml:space="preserve">(Ps98:6 “the LORD”) </w:t>
      </w:r>
      <w:r>
        <w:rPr>
          <w:b/>
          <w:u w:val="none"/>
        </w:rPr>
        <w:t xml:space="preserve">Psalm 98:9</w:t>
      </w:r>
      <w:r>
        <w:rPr>
          <w:u w:val="none"/>
        </w:rPr>
        <w:t xml:space="preserve"> — </w:t>
      </w:r>
      <w:r>
        <w:rPr>
          <w:u w:val="none"/>
          <w:shd w:fill="F4B183" w:val="clear" w:color="auto"/>
          <w:color w:val="000000"/>
        </w:rPr>
        <w:t xml:space="preserve">{He} comes to judge the earth</w:t>
      </w:r>
      <w:r>
        <w:rPr>
          <w:b w:val="false"/>
          <w:i w:val="false"/>
          <w:color w:val="000000"/>
          <w:u w:val="none"/>
          <w:shd w:val="clear" w:color="auto" w:fill="F4B183"/>
        </w:rPr>
        <w:t xml:space="preserve"> [2IOD]</w:t>
      </w:r>
      <w:r>
        <w:rPr>
          <w:u w:val="none"/>
        </w:rPr>
        <w:t xml:space="preserve">. </w:t>
      </w:r>
      <w:r>
        <w:rPr>
          <w:u w:val="none"/>
          <w:shd w:fill="B7DDE8" w:val="clear"/>
        </w:rPr>
        <w:t xml:space="preserve">He will judge the world with righteousness</w:t>
      </w:r>
      <w:r>
        <w:rPr>
          <w:b w:val="false"/>
          <w:i w:val="false"/>
          <w:color w:val="000000"/>
          <w:u w:val="none"/>
        </w:rPr>
        <w:t xml:space="preserve"> [2IOE]</w:t>
      </w:r>
      <w:r>
        <w:rPr>
          <w:u w:val="none"/>
        </w:rPr>
        <w:t xml:space="preserve"> and </w:t>
      </w:r>
      <w:r>
        <w:rPr>
          <w:u w:val="none"/>
          <w:shd w:fill="B7DDE8" w:val="clear"/>
        </w:rPr>
        <w:t xml:space="preserve">the peoples with equity</w:t>
      </w:r>
      <w:r>
        <w:rPr>
          <w:b w:val="false"/>
          <w:i w:val="false"/>
          <w:color w:val="000000"/>
          <w:u w:val="none"/>
        </w:rPr>
        <w:t xml:space="preserve"> [2IOE]</w:t>
      </w:r>
      <w:r>
        <w:rPr>
          <w:u w:val="none"/>
        </w:rPr>
        <w:t xml:space="preserve">.</w:t>
      </w:r>
    </w:p>
    <w:p>
      <w:pPr>
        <w:pStyle w:val="Yellow"/>
        <w:rPr/>
      </w:pPr>
      <w:r>
        <w:rPr>
          <w:b/>
        </w:rPr>
        <w:t>Psalm 106:3</w:t>
      </w:r>
      <w:r>
        <w:rPr/>
        <w:t xml:space="preserve"> — </w:t>
      </w:r>
      <w:r>
        <w:rPr>
          <w:shd w:val="clear" w:fill="B7DDE8"/>
        </w:rPr>
        <w:t>Blessed are those who uphold justice, who practice righteousness at all times</w:t>
      </w:r>
      <w:r>
        <w:rPr>
          <w:b w:val="false"/>
          <w:i w:val="false"/>
          <w:color w:val="000000"/>
          <w:u w:val="none"/>
        </w:rPr>
        <w:t xml:space="preserve"> [1FES]</w:t>
      </w:r>
      <w:r>
        <w:rPr/>
        <w:t>.</w:t>
      </w:r>
    </w:p>
    <w:p>
      <w:pPr>
        <w:pStyle w:val="Green"/>
        <w:rPr/>
        <w:shd w:val="clear" w:color="auto" w:fill="E4DFEC"/>
        <w:pBdr>
          <w:left w:val="single" w:sz="28" w:space="5" w:color="B4A7D6"/>
        </w:pBdr>
      </w:pPr>
      <w:r>
        <w:rPr>
          <w:b/>
          <w:u w:val="none"/>
        </w:rPr>
        <w:t>Psalm 145:17</w:t>
      </w:r>
      <w:r>
        <w:rPr>
          <w:u w:val="none"/>
        </w:rPr>
        <w:t xml:space="preserve"> — </w:t>
      </w:r>
      <w:r>
        <w:rPr>
          <w:u w:val="none"/>
          <w:shd w:fill="B7DDE8" w:val="clear"/>
        </w:rPr>
        <w:t>The LORD is righteous in all His ways</w:t>
      </w:r>
      <w:r>
        <w:rPr>
          <w:b w:val="false"/>
          <w:i w:val="false"/>
          <w:u w:val="none"/>
          <w:color w:val="000000"/>
        </w:rPr>
        <w:t xml:space="preserve"> [3MFQ]</w:t>
      </w:r>
      <w:r>
        <w:rPr>
          <w:u w:val="none"/>
        </w:rPr>
        <w:t xml:space="preserve"> and </w:t>
      </w:r>
      <w:r>
        <w:rPr>
          <w:u w:val="none"/>
          <w:shd w:fill="B7DDE8" w:val="clear"/>
        </w:rPr>
        <w:t>kind in all His deeds</w:t>
      </w:r>
      <w:r>
        <w:rPr>
          <w:b w:val="false"/>
          <w:i w:val="false"/>
          <w:color w:val="000000"/>
          <w:u w:val="none"/>
        </w:rPr>
        <w:t xml:space="preserve"> [2KT]</w:t>
      </w:r>
      <w:r>
        <w:rPr>
          <w:u w:val="none"/>
        </w:rPr>
        <w:t>.</w:t>
      </w:r>
    </w:p>
    <w:p>
      <w:pPr>
        <w:pStyle w:val="Yellow"/>
        <w:rPr/>
      </w:pPr>
      <w:r>
        <w:rPr>
          <w:b/>
        </w:rPr>
        <w:t>Proverbs 16:8</w:t>
      </w:r>
      <w:r>
        <w:rPr/>
        <w:t xml:space="preserve"> — </w:t>
      </w:r>
      <w:r>
        <w:rPr>
          <w:shd w:val="clear" w:fill="B7DDE8"/>
        </w:rPr>
        <w:t>Better a little with righteousness than great gain with injustice</w:t>
      </w:r>
      <w:r>
        <w:rPr>
          <w:b w:val="false"/>
          <w:i w:val="false"/>
          <w:color w:val="000000"/>
          <w:u w:val="none"/>
        </w:rPr>
        <w:t xml:space="preserve"> [1FDH]</w:t>
      </w:r>
      <w:r>
        <w:rPr/>
        <w:t>.</w:t>
      </w:r>
    </w:p>
    <w:p>
      <w:pPr>
        <w:pStyle w:val="Yellow"/>
        <w:rPr/>
        <w:pBdr>
          <w:left w:val="single" w:sz="28" w:space="5" w:color="C00000"/>
        </w:pBdr>
      </w:pPr>
      <w:r>
        <w:rPr>
          <w:b/>
        </w:rPr>
        <w:t>Proverbs 20:7</w:t>
      </w:r>
      <w:r>
        <w:rPr/>
        <w:t xml:space="preserve"> — </w:t>
      </w:r>
      <w:r>
        <w:rPr>
          <w:shd w:val="clear" w:fill="548235" w:color="auto"/>
          <w:color w:val="FFFFFF"/>
        </w:rPr>
        <w:t>The righteous man walks with integrity</w:t>
      </w:r>
      <w:r>
        <w:rPr>
          <w:b w:val="false"/>
          <w:i w:val="false"/>
          <w:color w:val="FFFFFF"/>
          <w:u w:val="none"/>
          <w:shd w:val="clear" w:color="auto" w:fill="548235"/>
        </w:rPr>
        <w:t xml:space="preserve"> [1EGU]</w:t>
      </w:r>
      <w:r>
        <w:rPr/>
        <w:t xml:space="preserve">; </w:t>
      </w:r>
      <w:r>
        <w:rPr>
          <w:shd w:val="clear" w:fill="B7DDE8"/>
        </w:rPr>
        <w:t>blessed are his children after him</w:t>
      </w:r>
      <w:r>
        <w:rPr>
          <w:b w:val="false"/>
          <w:i w:val="false"/>
          <w:color w:val="000000"/>
          <w:u w:val="none"/>
        </w:rPr>
        <w:t xml:space="preserve"> [1EGV]</w:t>
      </w:r>
      <w:r>
        <w:rPr/>
        <w:t>.</w:t>
      </w:r>
    </w:p>
    <w:p>
      <w:pPr>
        <w:pStyle w:val="Yellow"/>
        <w:rPr/>
      </w:pPr>
      <w:r>
        <w:rPr>
          <w:b/>
        </w:rPr>
        <w:t>Proverbs 21:21</w:t>
      </w:r>
      <w:r>
        <w:rPr/>
        <w:t xml:space="preserve"> — </w:t>
      </w:r>
      <w:r>
        <w:rPr>
          <w:shd w:fill="B7DDE8" w:val="clear"/>
        </w:rPr>
        <w:t>He who pursues righteousness and loving devotion</w:t>
      </w:r>
      <w:r>
        <w:rPr>
          <w:b w:val="false"/>
          <w:i w:val="false"/>
          <w:color w:val="000000"/>
          <w:u w:val="none"/>
        </w:rPr>
        <w:t xml:space="preserve"> [1FPH]</w:t>
      </w:r>
      <w:r>
        <w:rPr>
          <w:shd w:val="clear" w:color="auto" w:fill="548235"/>
          <w:color w:val="FFFFFF"/>
        </w:rPr>
        <w:t xml:space="preserve"> </w:t>
      </w:r>
      <w:r>
        <w:rPr>
          <w:shd w:fill="548235" w:val="clear" w:color="auto"/>
          <w:color w:val="FFFFFF"/>
        </w:rPr>
        <w:t>finds life, righteousness, and honor</w:t>
      </w:r>
      <w:r>
        <w:rPr>
          <w:b w:val="false"/>
          <w:i w:val="false"/>
          <w:color w:val="FFFFFF"/>
          <w:u w:val="none"/>
          <w:shd w:val="clear" w:color="auto" w:fill="548235"/>
        </w:rPr>
        <w:t xml:space="preserve"> [1FPI]</w:t>
      </w:r>
      <w:r>
        <w:rPr>
          <w:shd w:val="clear" w:color="auto" w:fill="548235"/>
          <w:color w:val="FFFFFF"/>
        </w:rPr>
        <w:t>.</w:t>
      </w:r>
    </w:p>
    <w:p>
      <w:pPr>
        <w:pStyle w:val="Yellow"/>
        <w:rPr/>
      </w:pPr>
      <w:r>
        <w:rPr>
          <w:b/>
        </w:rPr>
        <w:t>Isaiah 26:9</w:t>
      </w:r>
      <w:r>
        <w:rPr/>
        <w:t xml:space="preserve"> — </w:t>
      </w:r>
      <w:r>
        <w:rPr>
          <w:shd w:val="clear" w:fill="B7DDE8"/>
        </w:rPr>
        <w:t>when Your judgments come upon the earth, the people of the world learn righteousness</w:t>
      </w:r>
      <w:r>
        <w:rPr>
          <w:b w:val="false"/>
          <w:i w:val="false"/>
          <w:color w:val="000000"/>
          <w:u w:val="none"/>
        </w:rPr>
        <w:t xml:space="preserve"> [1FDQ]</w:t>
      </w:r>
      <w:r>
        <w:rPr/>
        <w:t>.</w:t>
      </w:r>
    </w:p>
    <w:p>
      <w:pPr>
        <w:pStyle w:val="Yellow"/>
        <w:rPr/>
      </w:pPr>
      <w:r>
        <w:rPr>
          <w:b/>
        </w:rPr>
        <w:t>Isaiah 33:15–16</w:t>
      </w:r>
      <w:r>
        <w:rPr/>
        <w:t xml:space="preserve"> — </w:t>
      </w:r>
      <w:r>
        <w:rPr>
          <w:shd w:val="clear" w:fill="B7DDE8"/>
        </w:rPr>
        <w:t>He who walks righteously and speaks with sincerity, who refuses gain from extortion, whose hand never takes a bribe, who stops his ears against murderous plots and shuts his eyes tightly against evil</w:t>
      </w:r>
      <w:r>
        <w:rPr>
          <w:b w:val="false"/>
          <w:i w:val="false"/>
          <w:color w:val="000000"/>
          <w:u w:val="none"/>
        </w:rPr>
        <w:t xml:space="preserve"> [1EAI]</w:t>
      </w:r>
      <w:r>
        <w:rPr/>
        <w:t>—</w:t>
      </w:r>
      <w:r>
        <w:rPr>
          <w:shd w:val="clear" w:fill="B7DDE8"/>
        </w:rPr>
        <w:t>he will dwell on the heights</w:t>
      </w:r>
      <w:r>
        <w:rPr>
          <w:b w:val="false"/>
          <w:i w:val="false"/>
          <w:color w:val="000000"/>
          <w:u w:val="none"/>
        </w:rPr>
        <w:t xml:space="preserve"> [1EAJ]</w:t>
      </w:r>
      <w:r>
        <w:rPr/>
        <w:t xml:space="preserve">; </w:t>
      </w:r>
      <w:r>
        <w:rPr>
          <w:shd w:val="clear" w:fill="B7DDE8"/>
        </w:rPr>
        <w:t>the mountain fortress will be his refuge</w:t>
      </w:r>
      <w:r>
        <w:rPr>
          <w:b w:val="false"/>
          <w:i w:val="false"/>
          <w:color w:val="000000"/>
          <w:u w:val="none"/>
        </w:rPr>
        <w:t xml:space="preserve"> [1EAK]</w:t>
      </w:r>
      <w:r>
        <w:rPr/>
        <w:t xml:space="preserve">; </w:t>
      </w:r>
      <w:r>
        <w:rPr>
          <w:shd w:val="clear" w:fill="B7DDE8"/>
        </w:rPr>
        <w:t>his food will be provided and his water assured</w:t>
      </w:r>
      <w:r>
        <w:rPr>
          <w:b w:val="false"/>
          <w:i w:val="false"/>
          <w:color w:val="000000"/>
          <w:u w:val="none"/>
        </w:rPr>
        <w:t xml:space="preserve"> [1EAL]</w:t>
      </w:r>
      <w:r>
        <w:rPr/>
        <w:t>.</w:t>
      </w:r>
    </w:p>
    <w:p>
      <w:pPr>
        <w:pStyle w:val="Yellow"/>
        <w:rPr/>
      </w:pPr>
      <w:r>
        <w:rPr>
          <w:b/>
          <w:color w:val="auto"/>
        </w:rPr>
        <w:t>Isaiah 51:5</w:t>
      </w:r>
      <w:r>
        <w:rPr>
          <w:color w:val="auto"/>
        </w:rPr>
        <w:t xml:space="preserve"> — </w:t>
      </w:r>
      <w:r>
        <w:rPr>
          <w:color w:val="auto"/>
        </w:rPr>
        <w:t>My righteousness draws near</w:t>
      </w:r>
      <w:r>
        <w:rPr>
          <w:b w:val="false"/>
          <w:i w:val="false"/>
          <w:color w:val="auto"/>
          <w:u w:val="none"/>
        </w:rPr>
        <w:t xml:space="preserve"> [1BWP]</w:t>
      </w:r>
      <w:r>
        <w:rPr>
          <w:color w:val="auto"/>
        </w:rPr>
        <w:t xml:space="preserve">, </w:t>
      </w:r>
      <w:r>
        <w:rPr>
          <w:color w:val="auto"/>
        </w:rPr>
        <w:t>My salvation is on the way</w:t>
      </w:r>
      <w:r>
        <w:rPr>
          <w:b w:val="false"/>
          <w:i w:val="false"/>
          <w:color w:val="auto"/>
          <w:u w:val="none"/>
        </w:rPr>
        <w:t xml:space="preserve"> [1BWQ]</w:t>
      </w:r>
      <w:r>
        <w:rPr>
          <w:color w:val="auto"/>
        </w:rPr>
        <w:t xml:space="preserve">, and </w:t>
      </w:r>
      <w:r>
        <w:rPr>
          <w:color w:val="auto"/>
        </w:rPr>
        <w:t>My arms will bring justice to the nations</w:t>
      </w:r>
      <w:r>
        <w:rPr>
          <w:b w:val="false"/>
          <w:i w:val="false"/>
          <w:color w:val="auto"/>
          <w:u w:val="none"/>
        </w:rPr>
        <w:t xml:space="preserve"> [1BWR]</w:t>
      </w:r>
      <w:r>
        <w:rPr>
          <w:color w:val="auto"/>
        </w:rPr>
        <w:t xml:space="preserve">. </w:t>
      </w:r>
      <w:r>
        <w:rPr>
          <w:color w:val="auto"/>
        </w:rPr>
        <w:t>The islands will look for Me</w:t>
      </w:r>
      <w:r>
        <w:rPr>
          <w:b w:val="false"/>
          <w:i w:val="false"/>
          <w:color w:val="auto"/>
          <w:u w:val="none"/>
        </w:rPr>
        <w:t xml:space="preserve"> [1BWS]</w:t>
      </w:r>
      <w:r>
        <w:rPr>
          <w:color w:val="auto"/>
        </w:rPr>
        <w:t xml:space="preserve"> and wait in hope for My arm</w:t>
      </w:r>
      <w:r>
        <w:rPr>
          <w:b w:val="false"/>
          <w:i w:val="false"/>
          <w:color w:val="auto"/>
          <w:u w:val="none"/>
        </w:rPr>
        <w:t xml:space="preserve"> [1BWT]</w:t>
      </w:r>
      <w:r>
        <w:rPr>
          <w:color w:val="auto"/>
        </w:rPr>
        <w:t>.</w:t>
      </w:r>
    </w:p>
    <w:p>
      <w:pPr>
        <w:pStyle w:val="Yellow"/>
        <w:rPr/>
      </w:pPr>
      <w:r>
        <w:rPr>
          <w:b/>
        </w:rPr>
        <w:t>Jeremiah 9:24</w:t>
      </w:r>
      <w:r>
        <w:rPr/>
        <w:t xml:space="preserve"> — </w:t>
      </w:r>
      <w:r>
        <w:rPr>
          <w:shd w:val="clear" w:fill="B7DDE8"/>
        </w:rPr>
        <w:t>I am the LORD, who exercises loving devotion, justice and righteousness on the earth</w:t>
      </w:r>
      <w:r>
        <w:rPr>
          <w:b w:val="false"/>
          <w:i w:val="false"/>
          <w:color w:val="000000"/>
          <w:u w:val="none"/>
        </w:rPr>
        <w:t xml:space="preserve"> [1FPC]</w:t>
      </w:r>
      <w:r>
        <w:rPr/>
        <w:t xml:space="preserve">—for </w:t>
      </w:r>
      <w:r>
        <w:rPr>
          <w:shd w:val="clear" w:fill="B7DDE8"/>
        </w:rPr>
        <w:t>I delight in these things</w:t>
      </w:r>
      <w:r>
        <w:rPr>
          <w:b w:val="false"/>
          <w:i w:val="false"/>
          <w:color w:val="000000"/>
          <w:u w:val="none"/>
        </w:rPr>
        <w:t xml:space="preserve"> [1FPD]</w:t>
      </w:r>
      <w:r>
        <w:rPr/>
        <w:t>,” declares the LORD.</w:t>
      </w:r>
    </w:p>
    <w:p>
      <w:pPr>
        <w:pStyle w:val="Yellow"/>
        <w:rPr/>
      </w:pPr>
      <w:r>
        <w:rPr>
          <w:b/>
          <w:shd w:val="clear" w:color="auto" w:fill="548235"/>
          <w:color w:val="FFFFFF"/>
        </w:rPr>
        <w:t xml:space="preserve">Matthew 5:6</w:t>
      </w:r>
      <w:r>
        <w:rPr>
          <w:shd w:val="clear" w:color="auto" w:fill="548235"/>
          <w:color w:val="FFFFFF"/>
        </w:rPr>
        <w:t xml:space="preserve"> — </w:t>
      </w:r>
      <w:r>
        <w:rPr>
          <w:shd w:fill="548235" w:val="clear" w:color="auto"/>
          <w:color w:val="FFFFFF"/>
        </w:rPr>
        <w:t xml:space="preserve">Blessed are those who hunger and thirst for righteousness</w:t>
      </w:r>
      <w:r>
        <w:rPr>
          <w:b w:val="false"/>
          <w:i w:val="false"/>
          <w:color w:val="FFFFFF"/>
          <w:u w:val="none"/>
          <w:shd w:val="clear" w:color="auto" w:fill="548235"/>
        </w:rPr>
        <w:t xml:space="preserve"> [1IJD]</w:t>
      </w:r>
      <w:r>
        <w:rPr>
          <w:shd w:val="clear" w:color="auto" w:fill="548235"/>
          <w:color w:val="FFFFFF"/>
        </w:rPr>
        <w:t xml:space="preserve">, for </w:t>
      </w:r>
      <w:r>
        <w:rPr>
          <w:shd w:fill="548235" w:val="clear" w:color="auto"/>
          <w:color w:val="FFFFFF"/>
        </w:rPr>
        <w:t xml:space="preserve">they will be filled</w:t>
      </w:r>
      <w:r>
        <w:rPr>
          <w:b w:val="false"/>
          <w:i w:val="false"/>
          <w:color w:val="FFFFFF"/>
          <w:u w:val="none"/>
          <w:shd w:val="clear" w:color="auto" w:fill="548235"/>
        </w:rPr>
        <w:t xml:space="preserve"> [4CIR]</w:t>
      </w:r>
      <w:r>
        <w:rPr>
          <w:shd w:val="clear" w:color="auto" w:fill="548235"/>
          <w:color w:val="FFFFFF"/>
        </w:rPr>
        <w:t xml:space="preserve">.</w:t>
      </w:r>
    </w:p>
    <w:p>
      <w:pPr>
        <w:pStyle w:val="Yellow"/>
        <w:rPr/>
      </w:pPr>
      <w:r>
        <w:rPr>
          <w:b/>
        </w:rPr>
        <w:t>Matthew 6:1</w:t>
      </w:r>
      <w:r>
        <w:rPr/>
        <w:t xml:space="preserve"> — </w:t>
      </w:r>
      <w:r>
        <w:rPr>
          <w:shd w:val="clear" w:fill="B7DDE8"/>
        </w:rPr>
        <w:t>Be careful not to perform your righteous acts before men to be seen by them</w:t>
      </w:r>
      <w:r>
        <w:rPr>
          <w:b w:val="false"/>
          <w:i w:val="false"/>
          <w:color w:val="000000"/>
          <w:u w:val="none"/>
        </w:rPr>
        <w:t xml:space="preserve"> [1FGP]</w:t>
      </w:r>
      <w:r>
        <w:rPr/>
        <w:t xml:space="preserve">. </w:t>
      </w:r>
      <w:r>
        <w:rPr>
          <w:shd w:val="clear" w:fill="B7DDE8"/>
        </w:rPr>
        <w:t>If you do, you will have no reward from your Father in heaven</w:t>
      </w:r>
      <w:r>
        <w:rPr>
          <w:b w:val="false"/>
          <w:i w:val="false"/>
          <w:color w:val="000000"/>
          <w:u w:val="none"/>
        </w:rPr>
        <w:t xml:space="preserve"> [1FGQ]</w:t>
      </w:r>
      <w:r>
        <w:rPr/>
        <w:t>.</w:t>
      </w:r>
    </w:p>
    <w:p>
      <w:pPr>
        <w:pStyle w:val="Yellow"/>
        <w:rPr/>
      </w:pPr>
      <w:r>
        <w:rPr>
          <w:u w:val="none"/>
        </w:rPr>
        <w:t xml:space="preserve">(Ac17:30 God) </w:t>
      </w:r>
      <w:r>
        <w:rPr>
          <w:b/>
          <w:u w:val="none"/>
        </w:rPr>
        <w:t xml:space="preserve">Acts 17:31</w:t>
      </w:r>
      <w:r>
        <w:rPr>
          <w:u w:val="none"/>
        </w:rPr>
        <w:t xml:space="preserve"> — </w:t>
      </w:r>
      <w:r>
        <w:rPr>
          <w:u w:val="none"/>
          <w:shd w:fill="B7DDE8" w:val="clear"/>
        </w:rPr>
        <w:t xml:space="preserve">{He} has set a day when </w:t>
      </w:r>
      <w:r>
        <w:rPr>
          <w:u w:val="none"/>
          <w:shd w:fill="B7DDE8" w:val="clear"/>
        </w:rPr>
        <w:t xml:space="preserve">He will judge the world with justice</w:t>
      </w:r>
      <w:r>
        <w:rPr>
          <w:u w:val="none"/>
          <w:shd w:fill="B7DDE8" w:val="clear"/>
        </w:rPr>
        <w:t xml:space="preserve"> by the Man He has appointed</w:t>
      </w:r>
      <w:r>
        <w:rPr>
          <w:b w:val="false"/>
          <w:i w:val="false"/>
          <w:color w:val="000000"/>
          <w:u w:val="none"/>
        </w:rPr>
        <w:t xml:space="preserve"> [1IOB]</w:t>
      </w:r>
      <w:r>
        <w:rPr>
          <w:u w:val="none"/>
        </w:rPr>
        <w:t xml:space="preserve">. </w:t>
      </w:r>
      <w:r>
        <w:rPr>
          <w:u w:val="none"/>
          <w:shd w:fill="B7DDE8" w:val="clear"/>
        </w:rPr>
        <w:t xml:space="preserve">He has given proof of this to everyone by raising Him from the dead</w:t>
      </w:r>
      <w:r>
        <w:rPr>
          <w:b w:val="false"/>
          <w:i w:val="false"/>
          <w:color w:val="000000"/>
          <w:u w:val="none"/>
        </w:rPr>
        <w:t xml:space="preserve"> [1IOC]</w:t>
      </w:r>
      <w:r>
        <w:rPr>
          <w:u w:val="none"/>
        </w:rPr>
        <w:t xml:space="preserve">.”</w:t>
      </w:r>
    </w:p>
    <w:p>
      <w:pPr>
        <w:pStyle w:val="Yellow"/>
        <w:rPr/>
        <w:pBdr>
          <w:left w:val="single" w:sz="28" w:space="5" w:color="C00000"/>
        </w:pBdr>
      </w:pPr>
      <w:r>
        <w:rPr>
          <w:b/>
          <w:u w:val="none"/>
          <w:shd w:val="clear" w:color="auto" w:fill="548235"/>
          <w:color w:val="FFFFFF"/>
        </w:rPr>
        <w:t xml:space="preserve">Romans 1:17</w:t>
      </w:r>
      <w:r>
        <w:rPr>
          <w:u w:val="none"/>
          <w:shd w:val="clear" w:color="auto" w:fill="548235"/>
          <w:color w:val="FFFFFF"/>
        </w:rPr>
        <w:t xml:space="preserve"> — </w:t>
      </w:r>
      <w:r>
        <w:rPr>
          <w:u w:val="none"/>
          <w:shd w:fill="548235" w:val="clear" w:color="auto"/>
          <w:color w:val="FFFFFF"/>
        </w:rPr>
        <w:t xml:space="preserve">the gospel reveals the righteousness of God that comes by faith from start to finish</w:t>
      </w:r>
      <w:r>
        <w:rPr>
          <w:b w:val="false"/>
          <w:i w:val="false"/>
          <w:color w:val="FFFFFF"/>
          <w:u w:val="none"/>
          <w:shd w:val="clear" w:color="auto" w:fill="548235"/>
        </w:rPr>
        <w:t xml:space="preserve"> [1GLM]</w:t>
      </w:r>
      <w:r>
        <w:rPr>
          <w:u w:val="none"/>
          <w:shd w:val="clear" w:color="auto" w:fill="548235"/>
          <w:color w:val="FFFFFF"/>
        </w:rPr>
        <w:t xml:space="preserve">, just as it is written: “</w:t>
      </w:r>
      <w:r>
        <w:rPr>
          <w:u w:val="none"/>
          <w:color w:val="auto"/>
          <w:shd w:val="clear" w:color="auto" w:fill="D9C3E6"/>
        </w:rPr>
        <w:t xml:space="preserve">The righteous will live by faith</w:t>
      </w:r>
      <w:r>
        <w:rPr>
          <w:b w:val="false"/>
          <w:i w:val="false"/>
          <w:u w:val="none"/>
          <w:color w:val="FFFFFF"/>
          <w:shd w:val="clear" w:color="auto" w:fill="548235"/>
        </w:rPr>
        <w:t xml:space="preserve"> [4CBJ]</w:t>
      </w:r>
      <w:r>
        <w:rPr>
          <w:u w:val="none"/>
          <w:color w:val="auto"/>
          <w:shd w:val="clear" w:color="auto" w:fill="D9C3E6"/>
        </w:rPr>
        <w:t xml:space="preserve">.”</w:t>
      </w:r>
    </w:p>
    <w:p>
      <w:pPr>
        <w:pStyle w:val="Yellow"/>
        <w:rPr/>
      </w:pPr>
      <w:r>
        <w:rPr/>
        <w:t xml:space="preserve">(Ro1:29–31ᶜ “envy, murder, strife, deceit, and malice”) </w:t>
      </w:r>
      <w:r>
        <w:rPr>
          <w:b/>
        </w:rPr>
        <w:t xml:space="preserve">Romans 1:32</w:t>
      </w:r>
      <w:r>
        <w:rPr/>
        <w:t xml:space="preserve"> — </w:t>
      </w:r>
      <w:r>
        <w:rPr>
          <w:shd w:fill="B7DDE8" w:val="clear"/>
        </w:rPr>
        <w:t xml:space="preserve">God’s righteous decree that {those who do such things} are worthy of death</w:t>
      </w:r>
      <w:r>
        <w:rPr>
          <w:b w:val="false"/>
          <w:i w:val="false"/>
          <w:color w:val="000000"/>
          <w:u w:val="none"/>
        </w:rPr>
        <w:t xml:space="preserve"> [1IYI]</w:t>
      </w:r>
    </w:p>
    <w:p>
      <w:pPr>
        <w:pStyle w:val="Yellow"/>
        <w:rPr/>
      </w:pPr>
      <w:r>
        <w:rPr>
          <w:b/>
          <w:shd w:val="clear" w:color="auto" w:fill="548235"/>
          <w:color w:val="FFFFFF"/>
        </w:rPr>
        <w:t xml:space="preserve">Romans 2:5</w:t>
      </w:r>
      <w:r>
        <w:rPr>
          <w:shd w:val="clear" w:color="auto" w:fill="548235"/>
          <w:color w:val="FFFFFF"/>
        </w:rPr>
        <w:t xml:space="preserve"> — But </w:t>
      </w:r>
      <w:r>
        <w:rPr>
          <w:shd w:fill="548235" w:val="clear" w:color="auto"/>
          <w:color w:val="FFFFFF"/>
        </w:rPr>
        <w:t xml:space="preserve">because of your hard and unrepentant heart, you are storing up wrath against yourself for the day of wrath</w:t>
      </w:r>
      <w:r>
        <w:rPr>
          <w:b w:val="false"/>
          <w:i w:val="false"/>
          <w:color w:val="FFFFFF"/>
          <w:u w:val="none"/>
          <w:shd w:val="clear" w:color="auto" w:fill="548235"/>
        </w:rPr>
        <w:t xml:space="preserve"> [1JIA]</w:t>
      </w:r>
      <w:r>
        <w:rPr>
          <w:shd w:val="clear" w:color="auto" w:fill="548235"/>
          <w:color w:val="FFFFFF"/>
        </w:rPr>
        <w:t xml:space="preserve">, </w:t>
      </w:r>
      <w:r>
        <w:rPr>
          <w:shd w:fill="548235" w:val="clear" w:color="auto"/>
          <w:color w:val="FFFFFF"/>
        </w:rPr>
        <w:t xml:space="preserve">when God’s righteous judgment will be revealed</w:t>
      </w:r>
      <w:r>
        <w:rPr>
          <w:b w:val="false"/>
          <w:i w:val="false"/>
          <w:color w:val="FFFFFF"/>
          <w:u w:val="none"/>
          <w:shd w:val="clear" w:color="auto" w:fill="548235"/>
        </w:rPr>
        <w:t xml:space="preserve"> [1JIB]</w:t>
      </w:r>
      <w:r>
        <w:rPr>
          <w:shd w:val="clear" w:color="auto" w:fill="548235"/>
          <w:color w:val="FFFFFF"/>
        </w:rPr>
        <w:t xml:space="preserve">.</w:t>
      </w:r>
    </w:p>
    <w:p>
      <w:pPr>
        <w:pStyle w:val="Yellow"/>
        <w:rPr/>
        <w:pBdr>
          <w:left w:val="single" w:sz="28" w:space="5" w:color="C00000"/>
        </w:pBdr>
      </w:pPr>
      <w:r>
        <w:rPr/>
        <w:t xml:space="preserve">(Ro3:24–25 “God”¹ “passed over the sins committed beforehand”²) </w:t>
      </w:r>
      <w:r>
        <w:rPr>
          <w:b/>
        </w:rPr>
        <w:t>Romans 3:26</w:t>
      </w:r>
      <w:r>
        <w:rPr/>
        <w:t xml:space="preserve"> — {He} did {this} to </w:t>
      </w:r>
      <w:r>
        <w:rPr>
          <w:shd w:val="clear" w:fill="B7DDE8"/>
        </w:rPr>
        <w:t>demonstrate His righteousness</w:t>
      </w:r>
      <w:r>
        <w:rPr>
          <w:b w:val="false"/>
          <w:i w:val="false"/>
          <w:u w:val="none"/>
          <w:color w:val="000000"/>
        </w:rPr>
        <w:t xml:space="preserve"> [2BDH]</w:t>
      </w:r>
      <w:r>
        <w:rPr>
          <w:shd w:val="clear" w:fill="B7DDE8"/>
        </w:rPr>
        <w:t xml:space="preserve"> at the present time</w:t>
      </w:r>
      <w:r>
        <w:rPr>
          <w:b w:val="false"/>
          <w:i w:val="false"/>
          <w:u w:val="none"/>
          <w:color w:val="000000"/>
        </w:rPr>
        <w:t xml:space="preserve"> [1CAH]</w:t>
      </w:r>
      <w:r>
        <w:rPr/>
        <w:t xml:space="preserve">, so as </w:t>
      </w:r>
      <w:r>
        <w:rPr>
          <w:shd w:val="clear" w:fill="B7DDE8"/>
        </w:rPr>
        <w:t>to be just</w:t>
      </w:r>
      <w:r>
        <w:rPr>
          <w:b w:val="false"/>
          <w:i w:val="false"/>
          <w:color w:val="000000"/>
          <w:u w:val="none"/>
        </w:rPr>
        <w:t xml:space="preserve"> [16FJ]</w:t>
      </w:r>
      <w:r>
        <w:rPr/>
        <w:t xml:space="preserve"> and to </w:t>
      </w:r>
      <w:r>
        <w:rPr>
          <w:shd w:val="clear" w:fill="B7DDE8"/>
        </w:rPr>
        <w:t>justify the one who has faith in Jesus</w:t>
      </w:r>
      <w:r>
        <w:rPr>
          <w:b w:val="false"/>
          <w:i w:val="false"/>
          <w:u w:val="none"/>
          <w:color w:val="000000"/>
        </w:rPr>
        <w:t xml:space="preserve"> [1CAI]</w:t>
      </w:r>
      <w:r>
        <w:rPr/>
        <w:t>.</w:t>
      </w:r>
    </w:p>
    <w:p>
      <w:pPr>
        <w:pStyle w:val="Yellow"/>
        <w:rPr/>
      </w:pPr>
      <w:r>
        <w:rPr>
          <w:b/>
          <w:shd w:val="clear" w:color="auto" w:fill="548235"/>
          <w:color w:val="FFFFFF"/>
        </w:rPr>
        <w:t>Romans 4:6-8</w:t>
      </w:r>
      <w:r>
        <w:rPr>
          <w:shd w:val="clear" w:color="auto" w:fill="548235"/>
          <w:color w:val="FFFFFF"/>
        </w:rPr>
        <w:t xml:space="preserve"> — And David speaks likewise of the blessedness of the man to whom </w:t>
      </w:r>
      <w:r>
        <w:rPr>
          <w:shd w:val="clear" w:fill="548235" w:color="auto"/>
          <w:color w:val="FFFFFF"/>
        </w:rPr>
        <w:t>God credits righteousness apart from works</w:t>
      </w:r>
      <w:r>
        <w:rPr>
          <w:b w:val="false"/>
          <w:i w:val="false"/>
          <w:color w:val="FFFFFF"/>
          <w:u w:val="none"/>
          <w:shd w:val="clear" w:color="auto" w:fill="548235"/>
        </w:rPr>
        <w:t xml:space="preserve"> [1CEF]</w:t>
      </w:r>
      <w:r>
        <w:rPr>
          <w:shd w:val="clear" w:color="auto" w:fill="548235"/>
          <w:color w:val="FFFFFF"/>
        </w:rPr>
        <w:t>: “</w:t>
      </w:r>
      <w:r>
        <w:rPr>
          <w:color w:val="auto"/>
        </w:rPr>
        <w:t>Blessed are they whose lawless acts are forgiven</w:t>
      </w:r>
      <w:r>
        <w:rPr>
          <w:b w:val="false"/>
          <w:i w:val="false"/>
          <w:color w:val="FFFFFF"/>
          <w:u w:val="none"/>
          <w:shd w:val="clear" w:color="auto" w:fill="548235"/>
        </w:rPr>
        <w:t xml:space="preserve"> [2CEG]</w:t>
      </w:r>
      <w:r>
        <w:rPr>
          <w:color w:val="auto"/>
        </w:rPr>
        <w:t xml:space="preserve">, </w:t>
      </w:r>
      <w:r>
        <w:rPr>
          <w:color w:val="auto"/>
        </w:rPr>
        <w:t>whose sins are covered</w:t>
      </w:r>
      <w:r>
        <w:rPr>
          <w:b w:val="false"/>
          <w:i w:val="false"/>
          <w:color w:val="FFFFFF"/>
          <w:u w:val="none"/>
          <w:shd w:val="clear" w:color="auto" w:fill="548235"/>
        </w:rPr>
        <w:t xml:space="preserve"> [2CEH]</w:t>
      </w:r>
      <w:r>
        <w:rPr>
          <w:color w:val="auto"/>
        </w:rPr>
        <w:t xml:space="preserve">. </w:t>
      </w:r>
      <w:r>
        <w:rPr>
          <w:color w:val="auto"/>
        </w:rPr>
        <w:t>Blessed is the man whose sin the Lord will never count against him</w:t>
      </w:r>
      <w:r>
        <w:rPr>
          <w:b w:val="false"/>
          <w:i w:val="false"/>
          <w:color w:val="FFFFFF"/>
          <w:u w:val="none"/>
          <w:shd w:val="clear" w:color="auto" w:fill="548235"/>
        </w:rPr>
        <w:t xml:space="preserve"> [2CEI]</w:t>
      </w:r>
      <w:r>
        <w:rPr>
          <w:color w:val="auto"/>
        </w:rPr>
        <w:t>.”</w:t>
      </w:r>
    </w:p>
    <w:p>
      <w:pPr>
        <w:pStyle w:val="Yellow"/>
        <w:rPr/>
      </w:pPr>
      <w:r>
        <w:rPr>
          <w:shd w:val="clear" w:color="auto" w:fill="548235"/>
          <w:color w:val="FFFFFF"/>
        </w:rPr>
        <w:t xml:space="preserve">(Ro5:14 “Adam”) </w:t>
      </w:r>
      <w:r>
        <w:rPr>
          <w:b/>
          <w:shd w:val="clear" w:color="auto" w:fill="548235"/>
          <w:color w:val="FFFFFF"/>
        </w:rPr>
        <w:t xml:space="preserve">Romans 5:17</w:t>
      </w:r>
      <w:r>
        <w:rPr>
          <w:shd w:val="clear" w:color="auto" w:fill="548235"/>
          <w:color w:val="FFFFFF"/>
        </w:rPr>
        <w:t xml:space="preserve"> — </w:t>
      </w:r>
      <w:r>
        <w:rPr>
          <w:shd w:fill="548235" w:val="clear" w:color="auto"/>
          <w:color w:val="FFFFFF"/>
        </w:rPr>
        <w:t xml:space="preserve">if, by the trespass of {the one man}, death reigned through that one man, how much more will those who receive the abundance of grace and of the gift of righteousness reign in life through the one man, Jesus Christ</w:t>
      </w:r>
      <w:r>
        <w:rPr>
          <w:b w:val="false"/>
          <w:i w:val="false"/>
          <w:color w:val="FFFFFF"/>
          <w:u w:val="none"/>
          <w:shd w:val="clear" w:color="auto" w:fill="548235"/>
        </w:rPr>
        <w:t xml:space="preserve"> [1IME]</w:t>
      </w:r>
      <w:r>
        <w:rPr>
          <w:shd w:val="clear" w:color="auto" w:fill="548235"/>
          <w:color w:val="FFFFFF"/>
        </w:rPr>
        <w:t xml:space="preserve">!</w:t>
      </w:r>
    </w:p>
    <w:p>
      <w:pPr>
        <w:pStyle w:val="Yellow"/>
        <w:rPr/>
        <w:pBdr>
          <w:left w:val="single" w:sz="28" w:space="5" w:color="C00000"/>
        </w:pBdr>
      </w:pPr>
      <w:r>
        <w:rPr>
          <w:b/>
          <w:u w:val="none"/>
          <w:shd w:val="clear" w:color="auto" w:fill="548235"/>
          <w:color w:val="FFFFFF"/>
        </w:rPr>
        <w:t xml:space="preserve">Romans 6:13</w:t>
      </w:r>
      <w:r>
        <w:rPr>
          <w:u w:val="none"/>
          <w:shd w:val="clear" w:color="auto" w:fill="548235"/>
          <w:color w:val="FFFFFF"/>
        </w:rPr>
        <w:t xml:space="preserve"> — </w:t>
      </w:r>
      <w:r>
        <w:rPr>
          <w:u w:val="none"/>
          <w:shd w:fill="548235" w:val="clear" w:color="auto"/>
          <w:color w:val="FFFFFF"/>
        </w:rPr>
        <w:t xml:space="preserve">Do not present the parts of your body to sin as instruments of wickedness</w:t>
      </w:r>
      <w:r>
        <w:rPr>
          <w:b w:val="false"/>
          <w:i w:val="false"/>
          <w:color w:val="FFFFFF"/>
          <w:u w:val="none"/>
          <w:shd w:val="clear" w:color="auto" w:fill="548235"/>
        </w:rPr>
        <w:t xml:space="preserve"> [1IVG]</w:t>
      </w:r>
      <w:r>
        <w:rPr>
          <w:u w:val="none"/>
          <w:shd w:val="clear" w:color="auto" w:fill="548235"/>
          <w:color w:val="FFFFFF"/>
        </w:rPr>
        <w:t xml:space="preserve">, but </w:t>
      </w:r>
      <w:r>
        <w:rPr>
          <w:u w:val="none"/>
          <w:shd w:fill="548235" w:val="clear" w:color="auto"/>
          <w:color w:val="FFFFFF"/>
        </w:rPr>
        <w:t xml:space="preserve">present yourselves to God as </w:t>
      </w:r>
      <w:r>
        <w:rPr>
          <w:u w:val="none"/>
          <w:shd w:fill="548235" w:val="clear" w:color="auto"/>
          <w:color w:val="FFFFFF"/>
        </w:rPr>
        <w:t xml:space="preserve">those who have been brought from death to life</w:t>
      </w:r>
      <w:r>
        <w:rPr>
          <w:b w:val="false"/>
          <w:i w:val="false"/>
          <w:color w:val="FFFFFF"/>
          <w:u w:val="none"/>
          <w:shd w:val="clear" w:color="auto" w:fill="548235"/>
        </w:rPr>
        <w:t xml:space="preserve"> [1IVH]</w:t>
      </w:r>
      <w:r>
        <w:rPr>
          <w:u w:val="none"/>
          <w:shd w:val="clear" w:color="auto" w:fill="548235"/>
          <w:color w:val="FFFFFF"/>
        </w:rPr>
        <w:t xml:space="preserve">; and </w:t>
      </w:r>
      <w:r>
        <w:rPr>
          <w:u w:val="none"/>
          <w:shd w:fill="548235" w:val="clear" w:color="auto"/>
          <w:color w:val="FFFFFF"/>
        </w:rPr>
        <w:t xml:space="preserve">present the parts of your body to Him as instruments of righteousness</w:t>
      </w:r>
      <w:r>
        <w:rPr>
          <w:b w:val="false"/>
          <w:i w:val="false"/>
          <w:color w:val="FFFFFF"/>
          <w:u w:val="none"/>
          <w:shd w:val="clear" w:color="auto" w:fill="548235"/>
        </w:rPr>
        <w:t xml:space="preserve"> [1IVI]</w:t>
      </w:r>
      <w:r>
        <w:rPr>
          <w:u w:val="none"/>
          <w:shd w:val="clear" w:color="auto" w:fill="548235"/>
          <w:color w:val="FFFFFF"/>
        </w:rPr>
        <w:t xml:space="preserve">.</w:t>
      </w:r>
    </w:p>
    <w:p>
      <w:pPr>
        <w:pStyle w:val="Yellow"/>
        <w:rPr/>
      </w:pPr>
      <w:r>
        <w:rPr/>
        <w:t xml:space="preserve">(2Co5:20 “Christ”) </w:t>
      </w:r>
      <w:r>
        <w:rPr>
          <w:b/>
        </w:rPr>
        <w:t xml:space="preserve">2 Corinthians 5:21</w:t>
      </w:r>
      <w:r>
        <w:rPr/>
        <w:t xml:space="preserve"> — </w:t>
      </w:r>
      <w:r>
        <w:rPr>
          <w:shd w:fill="B7DDE8" w:val="clear"/>
        </w:rPr>
        <w:t xml:space="preserve">God made {Him} who knew no sin to be sin on our behalf</w:t>
      </w:r>
      <w:r>
        <w:rPr>
          <w:b w:val="false"/>
          <w:i w:val="false"/>
          <w:color w:val="000000"/>
          <w:u w:val="none"/>
        </w:rPr>
        <w:t xml:space="preserve"> [1HVN]</w:t>
      </w:r>
      <w:r>
        <w:rPr/>
        <w:t xml:space="preserve">, </w:t>
      </w:r>
      <w:r>
        <w:rPr>
          <w:shd w:fill="B7DDE8" w:val="clear"/>
        </w:rPr>
        <w:t xml:space="preserve">so that in Him we might become the righteousness of God</w:t>
      </w:r>
      <w:r>
        <w:rPr>
          <w:b w:val="false"/>
          <w:i w:val="false"/>
          <w:color w:val="000000"/>
          <w:u w:val="none"/>
        </w:rPr>
        <w:t xml:space="preserve"> [1HVO]</w:t>
      </w:r>
      <w:r>
        <w:rPr/>
        <w:t xml:space="preserve">.</w:t>
      </w:r>
    </w:p>
    <w:p>
      <w:pPr>
        <w:pStyle w:val="Yellow"/>
        <w:rPr/>
        <w:pBdr>
          <w:left w:val="single" w:sz="28" w:space="5" w:color="C00000"/>
        </w:pBdr>
      </w:pPr>
      <w:r>
        <w:rPr/>
        <w:t xml:space="preserve">(Pp3:8 Paul seeks to “gain Christ”) </w:t>
      </w:r>
      <w:r>
        <w:rPr>
          <w:b/>
        </w:rPr>
        <w:t>Philippians 3:9</w:t>
      </w:r>
      <w:r>
        <w:rPr/>
        <w:t xml:space="preserve"> — {and} </w:t>
      </w:r>
      <w:r>
        <w:rPr>
          <w:shd w:val="clear" w:fill="B7DDE8"/>
        </w:rPr>
        <w:t>be found in Him</w:t>
      </w:r>
      <w:r>
        <w:rPr>
          <w:b w:val="false"/>
          <w:i w:val="false"/>
          <w:color w:val="000000"/>
          <w:u w:val="none"/>
        </w:rPr>
        <w:t xml:space="preserve"> [1CYN]</w:t>
      </w:r>
      <w:r>
        <w:rPr/>
        <w:t xml:space="preserve">, </w:t>
      </w:r>
      <w:r>
        <w:rPr>
          <w:shd w:val="clear" w:fill="B7DDE8"/>
        </w:rPr>
        <w:t>not having my own righteousness from the law</w:t>
      </w:r>
      <w:r>
        <w:rPr>
          <w:b w:val="false"/>
          <w:i w:val="false"/>
          <w:u w:val="none"/>
          <w:color w:val="000000"/>
        </w:rPr>
        <w:t xml:space="preserve"> [1CYO]</w:t>
      </w:r>
      <w:r>
        <w:rPr/>
        <w:t xml:space="preserve">, but </w:t>
      </w:r>
      <w:r>
        <w:rPr>
          <w:shd w:val="clear" w:fill="B7DDE8"/>
        </w:rPr>
        <w:t>that which is through faith in Christ, the righteousness from God on the basis of faith</w:t>
      </w:r>
      <w:r>
        <w:rPr>
          <w:b w:val="false"/>
          <w:i w:val="false"/>
          <w:color w:val="000000"/>
          <w:u w:val="none"/>
        </w:rPr>
        <w:t xml:space="preserve"> [2CBQ]</w:t>
      </w:r>
      <w:r>
        <w:rPr/>
        <w:t>.</w:t>
      </w:r>
    </w:p>
    <w:p>
      <w:pPr>
        <w:pStyle w:val="Yellow"/>
        <w:rPr/>
      </w:pPr>
      <w:r>
        <w:rPr/>
        <w:t xml:space="preserve">(1Pe2:21 “Christ”) </w:t>
      </w:r>
      <w:r>
        <w:rPr>
          <w:b/>
        </w:rPr>
        <w:t>1 Peter 2:24</w:t>
      </w:r>
      <w:r>
        <w:rPr/>
        <w:t xml:space="preserve"> — </w:t>
      </w:r>
      <w:r>
        <w:rPr>
          <w:shd w:val="clear" w:fill="B7DDE8"/>
        </w:rPr>
        <w:t>{He} Himself bore our sins in His body on the tree</w:t>
      </w:r>
      <w:r>
        <w:rPr>
          <w:b w:val="false"/>
          <w:i w:val="false"/>
          <w:color w:val="000000"/>
          <w:u w:val="none"/>
        </w:rPr>
        <w:t xml:space="preserve"> [1ERR]</w:t>
      </w:r>
      <w:r>
        <w:rPr/>
        <w:t xml:space="preserve">, </w:t>
      </w:r>
      <w:r>
        <w:rPr>
          <w:shd w:val="clear" w:fill="B7DDE8"/>
        </w:rPr>
        <w:t>so that we might die to sin and live to righteousness</w:t>
      </w:r>
      <w:r>
        <w:rPr>
          <w:b w:val="false"/>
          <w:i w:val="false"/>
          <w:color w:val="000000"/>
          <w:u w:val="none"/>
        </w:rPr>
        <w:t xml:space="preserve"> [1ERS]</w:t>
      </w:r>
      <w:r>
        <w:rPr/>
        <w:t>. “</w:t>
      </w:r>
      <w:r>
        <w:rPr/>
        <w:t>By His stripes you are healed</w:t>
      </w:r>
      <w:r>
        <w:rPr>
          <w:b w:val="false"/>
          <w:i w:val="false"/>
          <w:u w:val="none"/>
          <w:color w:val="000000"/>
        </w:rPr>
        <w:t xml:space="preserve"> [2EQM]</w:t>
      </w:r>
      <w:r>
        <w:rPr/>
        <w:t>.”</w:t>
      </w:r>
    </w:p>
    <w:p>
      <w:pPr>
        <w:pStyle w:val="Yellow"/>
        <w:rPr/>
      </w:pPr>
      <w:r>
        <w:rPr>
          <w:b/>
          <w:color w:val="auto"/>
        </w:rPr>
        <w:t>1 John 2:29</w:t>
      </w:r>
      <w:r>
        <w:rPr>
          <w:color w:val="auto"/>
        </w:rPr>
        <w:t xml:space="preserve"> — If you know that </w:t>
      </w:r>
      <w:r>
        <w:rPr>
          <w:color w:val="auto"/>
        </w:rPr>
        <w:t>He is righteous</w:t>
      </w:r>
      <w:r>
        <w:rPr>
          <w:b w:val="false"/>
          <w:i w:val="false"/>
          <w:color w:val="auto"/>
          <w:u w:val="none"/>
        </w:rPr>
        <w:t xml:space="preserve"> [16FJ]</w:t>
      </w:r>
      <w:r>
        <w:rPr>
          <w:color w:val="auto"/>
        </w:rPr>
        <w:t xml:space="preserve">, you also know that </w:t>
      </w:r>
      <w:r>
        <w:rPr>
          <w:color w:val="auto"/>
        </w:rPr>
        <w:t>everyone who practices righteousness has been born of Him</w:t>
      </w:r>
      <w:r>
        <w:rPr>
          <w:b w:val="false"/>
          <w:i w:val="false"/>
          <w:color w:val="auto"/>
          <w:u w:val="none"/>
        </w:rPr>
        <w:t xml:space="preserve"> [1FGE]</w:t>
      </w:r>
      <w:r>
        <w:rPr>
          <w:color w:val="auto"/>
        </w:rPr>
        <w:t>.</w:t>
      </w:r>
    </w:p>
    <w:p>
      <w:pPr>
        <w:pStyle w:val="Yellow"/>
        <w:rPr/>
        <w:pBdr>
          <w:left w:val="single" w:sz="28" w:space="5" w:color="C00000"/>
        </w:pBdr>
      </w:pPr>
      <w:r>
        <w:rPr>
          <w:b/>
        </w:rPr>
        <w:t>1 John 3:7</w:t>
      </w:r>
      <w:r>
        <w:rPr/>
        <w:t xml:space="preserve"> — </w:t>
      </w:r>
      <w:r>
        <w:rPr>
          <w:shd w:val="clear" w:fill="B7DDE8"/>
        </w:rPr>
        <w:t>The one who practices righteousness is righteous</w:t>
      </w:r>
      <w:r>
        <w:rPr>
          <w:b w:val="false"/>
          <w:i w:val="false"/>
          <w:color w:val="000000"/>
          <w:u w:val="none"/>
        </w:rPr>
        <w:t xml:space="preserve"> [1FGD]</w:t>
      </w:r>
      <w:r>
        <w:rPr/>
        <w:t xml:space="preserve">, just as </w:t>
      </w:r>
      <w:r>
        <w:rPr>
          <w:shd w:val="clear" w:fill="B7DDE8"/>
        </w:rPr>
        <w:t>Christ is righteous</w:t>
      </w:r>
      <w:r>
        <w:rPr>
          <w:b w:val="false"/>
          <w:i w:val="false"/>
          <w:color w:val="000000"/>
          <w:u w:val="none"/>
        </w:rPr>
        <w:t xml:space="preserve"> [16FJ]</w:t>
      </w:r>
      <w:r>
        <w:rPr/>
        <w:t>.</w:t>
      </w:r>
    </w:p>
    <w:p>
      <w:pPr>
        <w:pStyle w:val="Yellow"/>
        <w:rPr/>
      </w:pPr>
      <w:r>
        <w:rPr>
          <w:b/>
        </w:rPr>
        <w:t>1 John 3:10</w:t>
      </w:r>
      <w:r>
        <w:rPr/>
        <w:t xml:space="preserve"> — By this </w:t>
      </w:r>
      <w:r>
        <w:rPr>
          <w:shd w:val="clear" w:fill="B7DDE8"/>
        </w:rPr>
        <w:t>the children of God are distinguished from the children of the devil</w:t>
      </w:r>
      <w:r>
        <w:rPr>
          <w:b w:val="false"/>
          <w:i w:val="false"/>
          <w:color w:val="000000"/>
          <w:u w:val="none"/>
        </w:rPr>
        <w:t xml:space="preserve"> [1FKY]</w:t>
      </w:r>
      <w:r>
        <w:rPr/>
        <w:t xml:space="preserve">: </w:t>
      </w:r>
      <w:r>
        <w:rPr>
          <w:shd w:val="clear" w:fill="B7DDE8"/>
        </w:rPr>
        <w:t>Anyone who does not practice righteousness is not of God, nor is anyone who does not love his brother</w:t>
      </w:r>
      <w:r>
        <w:rPr>
          <w:b w:val="false"/>
          <w:i w:val="false"/>
          <w:color w:val="000000"/>
          <w:u w:val="none"/>
        </w:rPr>
        <w:t xml:space="preserve"> [1FKZ]</w:t>
      </w:r>
      <w:r>
        <w:rPr>
          <w:b w:val="false"/>
          <w:i w:val="false"/>
          <w:u w:val="none"/>
          <w:color w:val="000000"/>
        </w:rPr>
        <w:t xml:space="preserve"> [1FLA]</w:t>
      </w:r>
      <w:r>
        <w:rPr/>
        <w:t>.</w:t>
      </w:r>
    </w:p>
    <w:p>
      <w:pPr>
        <w:pStyle w:val="Yellow"/>
        <w:rPr/>
      </w:pPr>
      <w:r>
        <w:rPr>
          <w:b/>
        </w:rPr>
        <w:t>3 John 1:11</w:t>
      </w:r>
      <w:r>
        <w:rPr/>
        <w:t xml:space="preserve"> — </w:t>
      </w:r>
      <w:r>
        <w:rPr>
          <w:shd w:fill="B7DDE8" w:val="clear"/>
        </w:rPr>
        <w:t>The one who does good is of God</w:t>
      </w:r>
      <w:r>
        <w:rPr>
          <w:b w:val="false"/>
          <w:i w:val="false"/>
          <w:color w:val="000000"/>
          <w:u w:val="none"/>
        </w:rPr>
        <w:t xml:space="preserve"> [1MBA]</w:t>
      </w:r>
      <w:r>
        <w:rPr/>
        <w:t xml:space="preserve">; </w:t>
      </w:r>
      <w:r>
        <w:rPr>
          <w:shd w:fill="B7DDE8" w:val="clear"/>
        </w:rPr>
        <w:t>the one who does evil has not seen God</w:t>
      </w:r>
      <w:r>
        <w:rPr>
          <w:b w:val="false"/>
          <w:i w:val="false"/>
          <w:color w:val="000000"/>
          <w:u w:val="none"/>
        </w:rPr>
        <w:t xml:space="preserve"> [1MBB]</w:t>
      </w:r>
      <w:r>
        <w:rPr/>
        <w:t>.</w:t>
      </w:r>
    </w:p>
    <w:p>
      <w:r>
        <w:rPr>
          <w:b/>
          <w:sz w:val="32"/>
        </w:rPr>
        <w:t>Holiness  (52)</w:t>
      </w:r>
    </w:p>
    <w:p>
      <w:pPr>
        <w:pStyle w:val="Yellow"/>
        <w:rPr/>
      </w:pPr>
      <w:r>
        <w:rPr>
          <w:b/>
          <w:u w:val="none"/>
        </w:rPr>
        <w:t xml:space="preserve">Exodus 15:11</w:t>
      </w:r>
      <w:r>
        <w:rPr>
          <w:u w:val="none"/>
        </w:rPr>
        <w:t xml:space="preserve"> — </w:t>
      </w:r>
      <w:r>
        <w:rPr>
          <w:u w:val="none"/>
          <w:shd w:fill="B7DDE8" w:val="clear"/>
        </w:rPr>
        <w:t xml:space="preserve">Who among the gods is like You, O LORD</w:t>
      </w:r>
      <w:r>
        <w:rPr>
          <w:b w:val="false"/>
          <w:i w:val="false"/>
          <w:color w:val="000000"/>
          <w:u w:val="none"/>
        </w:rPr>
        <w:t xml:space="preserve"> [7GB]</w:t>
      </w:r>
      <w:r>
        <w:rPr>
          <w:u w:val="none"/>
        </w:rPr>
        <w:t xml:space="preserve">? </w:t>
      </w:r>
      <w:r>
        <w:rPr>
          <w:u w:val="none"/>
          <w:shd w:fill="B7DDE8" w:val="clear"/>
        </w:rPr>
        <w:t xml:space="preserve">Who is like You</w:t>
      </w:r>
      <w:r>
        <w:rPr>
          <w:b w:val="false"/>
          <w:i w:val="false"/>
          <w:color w:val="000000"/>
          <w:u w:val="none"/>
        </w:rPr>
        <w:t xml:space="preserve"> [7GB]</w:t>
      </w:r>
      <w:r>
        <w:rPr>
          <w:u w:val="none"/>
        </w:rPr>
        <w:t xml:space="preserve">—</w:t>
      </w:r>
      <w:r>
        <w:rPr>
          <w:u w:val="none"/>
          <w:shd w:fill="B7DDE8" w:val="clear"/>
        </w:rPr>
        <w:t xml:space="preserve">majestic in holiness</w:t>
      </w:r>
      <w:r>
        <w:rPr>
          <w:b w:val="false"/>
          <w:i w:val="false"/>
          <w:color w:val="000000"/>
          <w:u w:val="none"/>
        </w:rPr>
        <w:t xml:space="preserve"> [1KWL]</w:t>
      </w:r>
      <w:r>
        <w:rPr>
          <w:u w:val="none"/>
        </w:rPr>
        <w:t xml:space="preserve">, </w:t>
      </w:r>
      <w:r>
        <w:rPr>
          <w:u w:val="none"/>
          <w:shd w:fill="B7DDE8" w:val="clear"/>
        </w:rPr>
        <w:t xml:space="preserve">revered with praises</w:t>
      </w:r>
      <w:r>
        <w:rPr>
          <w:b w:val="false"/>
          <w:i w:val="false"/>
          <w:color w:val="000000"/>
          <w:u w:val="none"/>
        </w:rPr>
        <w:t xml:space="preserve"> [1KWM]</w:t>
      </w:r>
      <w:r>
        <w:rPr>
          <w:u w:val="none"/>
        </w:rPr>
        <w:t xml:space="preserve">, </w:t>
      </w:r>
      <w:r>
        <w:rPr>
          <w:u w:val="none"/>
          <w:shd w:fill="B7DDE8" w:val="clear"/>
        </w:rPr>
        <w:t xml:space="preserve">performing wonders</w:t>
      </w:r>
      <w:r>
        <w:rPr>
          <w:b w:val="false"/>
          <w:i w:val="false"/>
          <w:u w:val="none"/>
          <w:color w:val="000000"/>
        </w:rPr>
        <w:t xml:space="preserve"> [3BVE]</w:t>
      </w:r>
      <w:r>
        <w:rPr>
          <w:u w:val="none"/>
        </w:rPr>
        <w:t xml:space="preserve">?</w:t>
      </w:r>
    </w:p>
    <w:p>
      <w:pPr>
        <w:pStyle w:val="Yellow"/>
        <w:rPr/>
      </w:pPr>
      <w:r>
        <w:rPr/>
        <w:t xml:space="preserve">(Ex19:5 “obey My voice and keep My covenant”) </w:t>
      </w:r>
      <w:r>
        <w:rPr>
          <w:b/>
        </w:rPr>
        <w:t>Exodus 19:6</w:t>
      </w:r>
      <w:r>
        <w:rPr/>
        <w:t xml:space="preserve"> — And </w:t>
      </w:r>
      <w:r>
        <w:rPr>
          <w:shd w:val="clear" w:fill="B7DDE8"/>
        </w:rPr>
        <w:t>unto Me you shall be a kingdom of priests and a holy nation</w:t>
      </w:r>
      <w:r>
        <w:rPr>
          <w:b w:val="false"/>
          <w:i w:val="false"/>
          <w:color w:val="000000"/>
          <w:u w:val="none"/>
        </w:rPr>
        <w:t xml:space="preserve"> [1FNP]</w:t>
      </w:r>
      <w:r>
        <w:rPr/>
        <w:t>.</w:t>
      </w:r>
    </w:p>
    <w:p>
      <w:pPr>
        <w:pStyle w:val="Yellow"/>
        <w:rPr/>
      </w:pPr>
      <w:r>
        <w:rPr>
          <w:b/>
        </w:rPr>
        <w:t>Leviticus 20:7-8</w:t>
      </w:r>
      <w:r>
        <w:rPr/>
        <w:t xml:space="preserve"> — </w:t>
      </w:r>
      <w:r>
        <w:rPr>
          <w:shd w:fill="B7DDE8" w:val="clear"/>
        </w:rPr>
        <w:t>Consecrate yourselves, therefore, and be holy, because I am the LORD your God</w:t>
      </w:r>
      <w:r>
        <w:rPr>
          <w:b w:val="false"/>
          <w:i w:val="false"/>
          <w:color w:val="000000"/>
          <w:u w:val="none"/>
        </w:rPr>
        <w:t xml:space="preserve"> [1VS]</w:t>
      </w:r>
      <w:r>
        <w:rPr/>
        <w:t xml:space="preserve">. And </w:t>
      </w:r>
      <w:r>
        <w:rPr>
          <w:shd w:fill="B7DDE8" w:val="clear"/>
        </w:rPr>
        <w:t xml:space="preserve">you shall </w:t>
      </w:r>
      <w:r>
        <w:rPr>
          <w:shd w:fill="B7DDE8" w:val="clear"/>
        </w:rPr>
        <w:t>keep My statutes</w:t>
      </w:r>
      <w:r>
        <w:rPr>
          <w:shd w:fill="B7DDE8" w:val="clear"/>
        </w:rPr>
        <w:t xml:space="preserve"> and practice them</w:t>
      </w:r>
      <w:r>
        <w:rPr>
          <w:b w:val="false"/>
          <w:i w:val="false"/>
          <w:color w:val="000000"/>
          <w:u w:val="none"/>
        </w:rPr>
        <w:t xml:space="preserve"> [2VQ]</w:t>
      </w:r>
      <w:r>
        <w:rPr>
          <w:color w:val="auto"/>
        </w:rPr>
        <w:t xml:space="preserve">. </w:t>
      </w:r>
      <w:r>
        <w:rPr>
          <w:color w:val="auto"/>
        </w:rPr>
        <w:t>I am the LORD who sanctifies you</w:t>
      </w:r>
      <w:r>
        <w:rPr>
          <w:b w:val="false"/>
          <w:i w:val="false"/>
          <w:color w:val="auto"/>
          <w:u w:val="none"/>
        </w:rPr>
        <w:t xml:space="preserve"> [2VT]</w:t>
      </w:r>
      <w:r>
        <w:rPr>
          <w:color w:val="auto"/>
        </w:rPr>
        <w:t>.</w:t>
      </w:r>
    </w:p>
    <w:p>
      <w:pPr>
        <w:pStyle w:val="Yellow"/>
        <w:rPr/>
      </w:pPr>
      <w:r>
        <w:rPr>
          <w:b/>
        </w:rPr>
        <w:t>Numbers 20:12</w:t>
      </w:r>
      <w:r>
        <w:rPr/>
        <w:t xml:space="preserve"> — </w:t>
      </w:r>
      <w:r>
        <w:rPr>
          <w:shd w:val="clear" w:fill="B7DDE8"/>
        </w:rPr>
        <w:t>Because you did not trust Me to show My holiness in the sight of the Israelites, you will not bring this assembly into the land that I have given them</w:t>
      </w:r>
      <w:r>
        <w:rPr>
          <w:b w:val="false"/>
          <w:i w:val="false"/>
          <w:color w:val="000000"/>
          <w:u w:val="none"/>
        </w:rPr>
        <w:t xml:space="preserve"> [1ESI]</w:t>
      </w:r>
      <w:r>
        <w:rPr/>
        <w:t>.</w:t>
      </w:r>
    </w:p>
    <w:p>
      <w:pPr>
        <w:pStyle w:val="Green"/>
        <w:rPr/>
      </w:pPr>
      <w:r>
        <w:rPr>
          <w:b/>
          <w:highlight w:val="cyan"/>
          <w:shd w:val="clear" w:color="auto" w:fill="C00000"/>
          <w:color w:val="FFFFFF"/>
        </w:rPr>
        <w:t>2 Samuel 22:26</w:t>
      </w:r>
      <w:r>
        <w:rPr>
          <w:highlight w:val="cyan"/>
          <w:shd w:val="clear" w:color="auto" w:fill="C00000"/>
          <w:color w:val="FFFFFF"/>
        </w:rPr>
        <w:t xml:space="preserve"> — </w:t>
      </w:r>
      <w:r>
        <w:rPr>
          <w:highlight w:val="cyan"/>
          <w:shd w:val="clear" w:color="auto" w:fill="C00000"/>
          <w:color w:val="FFFFFF"/>
        </w:rPr>
        <w:t>To the faithful You show Yourself faithful</w:t>
      </w:r>
      <w:r>
        <w:rPr>
          <w:b w:val="false"/>
          <w:i w:val="false"/>
          <w:u w:val="none"/>
          <w:shd w:val="clear" w:color="auto" w:fill="C00000"/>
          <w:color w:val="FFFFFF"/>
        </w:rPr>
        <w:t xml:space="preserve"> [2FIT]</w:t>
      </w:r>
      <w:r>
        <w:rPr>
          <w:highlight w:val="cyan"/>
          <w:shd w:val="clear" w:color="auto" w:fill="C00000"/>
          <w:color w:val="FFFFFF"/>
        </w:rPr>
        <w:t xml:space="preserve">, </w:t>
      </w:r>
      <w:r>
        <w:rPr>
          <w:highlight w:val="cyan"/>
          <w:shd w:val="clear" w:color="auto" w:fill="C00000"/>
          <w:color w:val="FFFFFF"/>
        </w:rPr>
        <w:t>to the blameless You show Yourself blameless</w:t>
      </w:r>
      <w:r>
        <w:rPr>
          <w:b w:val="false"/>
          <w:i w:val="false"/>
          <w:u w:val="none"/>
          <w:shd w:val="clear" w:color="auto" w:fill="C00000"/>
          <w:color w:val="FFFFFF"/>
        </w:rPr>
        <w:t xml:space="preserve"> [2FIU]</w:t>
      </w:r>
      <w:r>
        <w:rPr>
          <w:highlight w:val="cyan"/>
          <w:shd w:val="clear" w:color="auto" w:fill="C00000"/>
          <w:color w:val="FFFFFF"/>
        </w:rPr>
        <w:t>;</w:t>
      </w:r>
    </w:p>
    <w:p>
      <w:pPr>
        <w:pStyle w:val="Yellow"/>
        <w:rPr/>
      </w:pPr>
      <w:r>
        <w:rPr>
          <w:b/>
          <w:highlight w:val="cyan"/>
        </w:rPr>
        <w:t>Psalm 18:25</w:t>
      </w:r>
      <w:r>
        <w:rPr>
          <w:highlight w:val="cyan"/>
        </w:rPr>
        <w:t xml:space="preserve"> — </w:t>
      </w:r>
      <w:r>
        <w:rPr>
          <w:highlight w:val="cyan"/>
          <w:shd w:val="clear" w:fill="B7DDE8"/>
        </w:rPr>
        <w:t>To the faithful You show Yourself faithful</w:t>
      </w:r>
      <w:r>
        <w:rPr>
          <w:b w:val="false"/>
          <w:i w:val="false"/>
          <w:color w:val="000000"/>
          <w:u w:val="none"/>
        </w:rPr>
        <w:t xml:space="preserve"> [2FIT]</w:t>
      </w:r>
      <w:r>
        <w:rPr>
          <w:highlight w:val="cyan"/>
        </w:rPr>
        <w:t xml:space="preserve">, </w:t>
      </w:r>
      <w:r>
        <w:rPr>
          <w:highlight w:val="cyan"/>
          <w:shd w:val="clear" w:fill="B7DDE8"/>
        </w:rPr>
        <w:t>to the blameless You show Yourself blameless</w:t>
      </w:r>
      <w:r>
        <w:rPr>
          <w:b w:val="false"/>
          <w:i w:val="false"/>
          <w:color w:val="000000"/>
          <w:u w:val="none"/>
        </w:rPr>
        <w:t xml:space="preserve"> [2FIU]</w:t>
      </w:r>
      <w:r>
        <w:rPr>
          <w:highlight w:val="cyan"/>
        </w:rPr>
        <w:t>;</w:t>
      </w:r>
    </w:p>
    <w:p>
      <w:pPr>
        <w:pStyle w:val="Yellow"/>
        <w:rPr/>
        <w:pBdr>
          <w:left w:val="single" w:sz="28" w:space="5" w:color="C00000"/>
        </w:pBdr>
      </w:pPr>
      <w:r>
        <w:rPr>
          <w:b/>
        </w:rPr>
        <w:t>Psalm 37:18</w:t>
      </w:r>
      <w:r>
        <w:t xml:space="preserve"> — </w:t>
      </w:r>
      <w:r>
        <w:rPr>
          <w:shd w:fill="B7DDE8" w:val="clear"/>
        </w:rPr>
        <w:t>The LORD knows the days of the blameless</w:t>
      </w:r>
      <w:r>
        <w:rPr>
          <w:b w:val="false"/>
          <w:i w:val="false"/>
          <w:color w:val="000000"/>
          <w:u w:val="none"/>
        </w:rPr>
        <w:t xml:space="preserve"> [1ADP]</w:t>
      </w:r>
      <w:r>
        <w:t xml:space="preserve">, and </w:t>
      </w:r>
      <w:r>
        <w:rPr>
          <w:shd w:fill="F4B183" w:val="clear" w:color="auto"/>
          <w:color w:val="000000"/>
        </w:rPr>
        <w:t>their inheritance will last forever</w:t>
      </w:r>
      <w:r>
        <w:rPr>
          <w:b w:val="false"/>
          <w:i w:val="false"/>
          <w:color w:val="000000"/>
          <w:u w:val="none"/>
          <w:shd w:val="clear" w:color="auto" w:fill="F4B183"/>
        </w:rPr>
        <w:t xml:space="preserve"> [1ADQ]</w:t>
      </w:r>
      <w:r>
        <w:t>.</w:t>
      </w:r>
    </w:p>
    <w:p>
      <w:pPr>
        <w:pStyle w:val="Yellow"/>
        <w:rPr/>
        <w:pBdr>
          <w:left w:val="single" w:sz="28" w:space="5" w:color="C00000"/>
        </w:pBdr>
      </w:pPr>
      <w:r>
        <w:rPr>
          <w:b/>
        </w:rPr>
        <w:t>Psalm 37:37</w:t>
      </w:r>
      <w:r>
        <w:rPr/>
        <w:t xml:space="preserve"> — </w:t>
      </w:r>
      <w:r>
        <w:rPr>
          <w:shd w:val="clear" w:fill="B7DDE8"/>
        </w:rPr>
        <w:t>Consider the blameless and observe the upright</w:t>
      </w:r>
      <w:r>
        <w:rPr>
          <w:b w:val="false"/>
          <w:i w:val="false"/>
          <w:u w:val="none"/>
          <w:color w:val="000000"/>
        </w:rPr>
        <w:t xml:space="preserve"> [1EZT]</w:t>
      </w:r>
      <w:r>
        <w:rPr/>
        <w:t xml:space="preserve">, for </w:t>
      </w:r>
      <w:r>
        <w:rPr>
          <w:shd w:val="clear" w:fill="B7DDE8"/>
        </w:rPr>
        <w:t>posterity awaits the man of peace</w:t>
      </w:r>
      <w:r>
        <w:rPr>
          <w:b w:val="false"/>
          <w:i w:val="false"/>
          <w:color w:val="000000"/>
          <w:u w:val="none"/>
        </w:rPr>
        <w:t xml:space="preserve"> [1EZU]</w:t>
      </w:r>
      <w:r>
        <w:rPr/>
        <w:t>.</w:t>
      </w:r>
    </w:p>
    <w:p>
      <w:pPr>
        <w:pStyle w:val="Yellow"/>
        <w:rPr/>
        <w:pBdr>
          <w:left w:val="single" w:sz="28" w:space="5" w:color="C00000"/>
        </w:pBdr>
      </w:pPr>
      <w:r>
        <w:rPr>
          <w:b/>
        </w:rPr>
        <w:t xml:space="preserve">Psalm 56:13</w:t>
      </w:r>
      <w:r>
        <w:rPr/>
        <w:t xml:space="preserve"> — </w:t>
      </w:r>
      <w:r>
        <w:rPr>
          <w:shd w:fill="F4B183" w:val="clear" w:color="auto"/>
          <w:color w:val="000000"/>
        </w:rPr>
        <w:t xml:space="preserve">You have delivered my soul from death</w:t>
      </w:r>
      <w:r>
        <w:rPr>
          <w:b w:val="false"/>
          <w:i w:val="false"/>
          <w:color w:val="000000"/>
          <w:u w:val="none"/>
          <w:shd w:val="clear" w:color="auto" w:fill="F4B183"/>
        </w:rPr>
        <w:t xml:space="preserve"> [2IRZ]</w:t>
      </w:r>
      <w:r>
        <w:rPr/>
        <w:t xml:space="preserve">, and </w:t>
      </w:r>
      <w:r>
        <w:rPr>
          <w:shd w:fill="B7DDE8" w:val="clear"/>
        </w:rPr>
        <w:t xml:space="preserve">my feet from stumbling</w:t>
      </w:r>
      <w:r>
        <w:rPr>
          <w:b w:val="false"/>
          <w:i w:val="false"/>
          <w:color w:val="000000"/>
          <w:u w:val="none"/>
        </w:rPr>
        <w:t xml:space="preserve"> [2ISA]</w:t>
      </w:r>
      <w:r>
        <w:rPr/>
        <w:t xml:space="preserve">, </w:t>
      </w:r>
      <w:r>
        <w:rPr>
          <w:shd w:fill="B7DDE8" w:val="clear"/>
        </w:rPr>
        <w:t xml:space="preserve">that I may walk before God in the light of life</w:t>
      </w:r>
      <w:r>
        <w:rPr>
          <w:b w:val="false"/>
          <w:i w:val="false"/>
          <w:color w:val="000000"/>
          <w:u w:val="none"/>
        </w:rPr>
        <w:t xml:space="preserve"> [1ISB]</w:t>
      </w:r>
      <w:r>
        <w:rPr/>
        <w:t xml:space="preserve">.</w:t>
      </w:r>
    </w:p>
    <w:p>
      <w:pPr>
        <w:pStyle w:val="Yellow"/>
        <w:rPr/>
      </w:pPr>
      <w:r>
        <w:rPr>
          <w:b/>
        </w:rPr>
        <w:t>Psalm 93:5</w:t>
      </w:r>
      <w:r>
        <w:rPr/>
        <w:t xml:space="preserve"> — </w:t>
      </w:r>
      <w:r>
        <w:rPr>
          <w:shd w:fill="B7DDE8" w:val="clear"/>
        </w:rPr>
        <w:t>Your testimonies are fully confirmed</w:t>
      </w:r>
      <w:r>
        <w:rPr>
          <w:b w:val="false"/>
          <w:i w:val="false"/>
          <w:u w:val="none"/>
          <w:color w:val="000000"/>
        </w:rPr>
        <w:t xml:space="preserve"> [1AAI]</w:t>
      </w:r>
      <w:r>
        <w:rPr/>
        <w:t xml:space="preserve">; </w:t>
      </w:r>
      <w:r>
        <w:rPr>
          <w:shd w:fill="B7DDE8" w:val="clear"/>
        </w:rPr>
        <w:t>holiness adorns Your house, O LORD, for all the days to come</w:t>
      </w:r>
      <w:r>
        <w:rPr>
          <w:b w:val="false"/>
          <w:i w:val="false"/>
          <w:color w:val="000000"/>
          <w:u w:val="none"/>
        </w:rPr>
        <w:t xml:space="preserve"> [1AAJ]</w:t>
      </w:r>
      <w:r>
        <w:rPr/>
        <w:t>.</w:t>
      </w:r>
    </w:p>
    <w:p>
      <w:pPr>
        <w:pStyle w:val="Yellow"/>
        <w:rPr/>
      </w:pPr>
      <w:r>
        <w:rPr>
          <w:b/>
        </w:rPr>
        <w:t>Psalm 119:1</w:t>
      </w:r>
      <w:r>
        <w:rPr/>
        <w:t xml:space="preserve"> — </w:t>
      </w:r>
      <w:r>
        <w:rPr>
          <w:shd w:fill="B7DDE8" w:val="clear"/>
        </w:rPr>
        <w:t xml:space="preserve">Blessed are those whose way is blameless, who walk in the </w:t>
      </w:r>
      <w:r>
        <w:rPr>
          <w:shd w:fill="B7DDE8" w:val="clear"/>
        </w:rPr>
        <w:t>Law</w:t>
      </w:r>
      <w:r>
        <w:rPr>
          <w:shd w:fill="B7DDE8" w:val="clear"/>
        </w:rPr>
        <w:t xml:space="preserve"> of the LORD</w:t>
      </w:r>
      <w:r>
        <w:rPr>
          <w:b w:val="false"/>
          <w:i w:val="false"/>
          <w:color w:val="000000"/>
          <w:u w:val="none"/>
        </w:rPr>
        <w:t xml:space="preserve"> [1AAA]</w:t>
      </w:r>
      <w:r>
        <w:rPr/>
        <w:t>.</w:t>
      </w:r>
    </w:p>
    <w:p>
      <w:pPr>
        <w:pStyle w:val="Yellow"/>
        <w:rPr/>
      </w:pPr>
      <w:r>
        <w:rPr>
          <w:b/>
        </w:rPr>
        <w:t xml:space="preserve">Psalm 132:13–14</w:t>
      </w:r>
      <w:r>
        <w:rPr/>
        <w:t xml:space="preserve"> — For </w:t>
      </w:r>
      <w:r>
        <w:rPr>
          <w:shd w:fill="B7DDE8" w:val="clear"/>
        </w:rPr>
        <w:t xml:space="preserve">the LORD has chosen Zion</w:t>
      </w:r>
      <w:r>
        <w:rPr>
          <w:b w:val="false"/>
          <w:i w:val="false"/>
          <w:color w:val="000000"/>
          <w:u w:val="none"/>
        </w:rPr>
        <w:t xml:space="preserve"> [1KAD]</w:t>
      </w:r>
      <w:r>
        <w:rPr/>
        <w:t xml:space="preserve">; </w:t>
      </w:r>
      <w:r>
        <w:rPr>
          <w:shd w:fill="B7DDE8" w:val="clear"/>
        </w:rPr>
        <w:t xml:space="preserve">He has desired it for His home</w:t>
      </w:r>
      <w:r>
        <w:rPr>
          <w:b w:val="false"/>
          <w:i w:val="false"/>
          <w:color w:val="000000"/>
          <w:u w:val="none"/>
        </w:rPr>
        <w:t xml:space="preserve"> [1KAE]</w:t>
      </w:r>
      <w:r>
        <w:rPr/>
        <w:t xml:space="preserve">: “</w:t>
      </w:r>
      <w:r>
        <w:rPr>
          <w:shd w:fill="B7DDE8" w:val="clear"/>
        </w:rPr>
        <w:t xml:space="preserve">This is My resting place forever and ever</w:t>
      </w:r>
      <w:r>
        <w:rPr>
          <w:b w:val="false"/>
          <w:i w:val="false"/>
          <w:color w:val="000000"/>
          <w:u w:val="none"/>
        </w:rPr>
        <w:t xml:space="preserve"> [1KAF]</w:t>
      </w:r>
      <w:r>
        <w:rPr/>
        <w:t xml:space="preserve">; </w:t>
      </w:r>
      <w:r>
        <w:rPr>
          <w:shd w:fill="B7DDE8" w:val="clear"/>
        </w:rPr>
        <w:t xml:space="preserve">here I will dwell</w:t>
      </w:r>
      <w:r>
        <w:rPr>
          <w:b w:val="false"/>
          <w:i w:val="false"/>
          <w:color w:val="000000"/>
          <w:u w:val="none"/>
        </w:rPr>
        <w:t xml:space="preserve"> [1KAG]</w:t>
      </w:r>
      <w:r>
        <w:rPr/>
        <w:t xml:space="preserve">, for </w:t>
      </w:r>
      <w:r>
        <w:rPr>
          <w:shd w:fill="B7DDE8" w:val="clear"/>
        </w:rPr>
        <w:t xml:space="preserve">I have desired this home</w:t>
      </w:r>
      <w:r>
        <w:rPr>
          <w:b w:val="false"/>
          <w:i w:val="false"/>
          <w:color w:val="000000"/>
          <w:u w:val="none"/>
        </w:rPr>
        <w:t xml:space="preserve"> [1KAE]</w:t>
      </w:r>
      <w:r>
        <w:rPr/>
        <w:t xml:space="preserve">.</w:t>
      </w:r>
    </w:p>
    <w:p>
      <w:pPr>
        <w:pStyle w:val="Yellow"/>
        <w:rPr/>
        <w:pBdr>
          <w:left w:val="single" w:sz="28" w:space="5" w:color="C00000"/>
        </w:pBdr>
      </w:pPr>
      <w:r>
        <w:rPr>
          <w:b/>
          <w:shd w:val="clear" w:color="auto" w:fill="548235"/>
          <w:color w:val="FFFFFF"/>
        </w:rPr>
        <w:t>Proverbs 28:10</w:t>
      </w:r>
      <w:r>
        <w:rPr>
          <w:shd w:val="clear" w:color="auto" w:fill="548235"/>
          <w:color w:val="FFFFFF"/>
        </w:rPr>
        <w:t xml:space="preserve"> — </w:t>
      </w:r>
      <w:r>
        <w:rPr>
          <w:shd w:val="clear" w:fill="548235" w:color="auto"/>
          <w:color w:val="FFFFFF"/>
        </w:rPr>
        <w:t>He who leads the upright along the path of evil will fall into his own pit</w:t>
      </w:r>
      <w:r>
        <w:rPr>
          <w:b w:val="false"/>
          <w:i w:val="false"/>
          <w:color w:val="FFFFFF"/>
          <w:u w:val="none"/>
          <w:shd w:val="clear" w:color="auto" w:fill="548235"/>
        </w:rPr>
        <w:t xml:space="preserve"> [1DNS]</w:t>
      </w:r>
      <w:r>
        <w:rPr>
          <w:shd w:val="clear" w:color="auto" w:fill="548235"/>
          <w:color w:val="FFFFFF"/>
        </w:rPr>
        <w:t xml:space="preserve">, but </w:t>
      </w:r>
      <w:r>
        <w:rPr>
          <w:shd w:val="clear" w:fill="548235" w:color="auto"/>
          <w:color w:val="FFFFFF"/>
        </w:rPr>
        <w:t>the blameless will inherit what is good</w:t>
      </w:r>
      <w:r>
        <w:rPr>
          <w:b w:val="false"/>
          <w:i w:val="false"/>
          <w:color w:val="FFFFFF"/>
          <w:u w:val="none"/>
          <w:shd w:val="clear" w:color="auto" w:fill="548235"/>
        </w:rPr>
        <w:t xml:space="preserve"> [1DNT]</w:t>
      </w:r>
      <w:r>
        <w:rPr>
          <w:shd w:val="clear" w:color="auto" w:fill="548235"/>
          <w:color w:val="FFFFFF"/>
        </w:rPr>
        <w:t>.</w:t>
      </w:r>
    </w:p>
    <w:p>
      <w:pPr>
        <w:pStyle w:val="Yellow"/>
        <w:rPr/>
      </w:pPr>
      <w:r>
        <w:rPr/>
        <w:t xml:space="preserve">(Is5:13–14 after God sends His people into exile and death) </w:t>
      </w:r>
      <w:r>
        <w:rPr>
          <w:b/>
        </w:rPr>
        <w:t>Isaiah 5:15–16</w:t>
      </w:r>
      <w:r>
        <w:rPr/>
        <w:t xml:space="preserve"> — {So} </w:t>
      </w:r>
      <w:r>
        <w:rPr/>
        <w:t>mankind will be brought low, and each man humbled</w:t>
      </w:r>
      <w:r>
        <w:rPr>
          <w:b w:val="false"/>
          <w:i w:val="false"/>
          <w:color w:val="000000"/>
          <w:u w:val="none"/>
        </w:rPr>
        <w:t xml:space="preserve"> [2FCK]</w:t>
      </w:r>
      <w:r>
        <w:rPr/>
        <w:t xml:space="preserve">; </w:t>
      </w:r>
      <w:r>
        <w:rPr>
          <w:shd w:val="clear" w:fill="B7DDE8"/>
        </w:rPr>
        <w:t>the arrogant will lower their eyes</w:t>
      </w:r>
      <w:r>
        <w:rPr>
          <w:b w:val="false"/>
          <w:i w:val="false"/>
          <w:color w:val="000000"/>
          <w:u w:val="none"/>
        </w:rPr>
        <w:t xml:space="preserve"> [1FCL]</w:t>
      </w:r>
      <w:r>
        <w:rPr/>
        <w:t xml:space="preserve">. {But} </w:t>
      </w:r>
      <w:r>
        <w:rPr>
          <w:shd w:val="clear" w:fill="B7DDE8"/>
        </w:rPr>
        <w:t>the LORD of Hosts will be exalted by His justice</w:t>
      </w:r>
      <w:r>
        <w:rPr>
          <w:b w:val="false"/>
          <w:i w:val="false"/>
          <w:color w:val="000000"/>
          <w:u w:val="none"/>
        </w:rPr>
        <w:t xml:space="preserve"> [1FCM]</w:t>
      </w:r>
      <w:r>
        <w:rPr/>
        <w:t xml:space="preserve">, and </w:t>
      </w:r>
      <w:r>
        <w:rPr>
          <w:shd w:val="clear" w:fill="B7DDE8"/>
        </w:rPr>
        <w:t>the holy God will show Himself holy in righteousness</w:t>
      </w:r>
      <w:r>
        <w:rPr>
          <w:b w:val="false"/>
          <w:i w:val="false"/>
          <w:color w:val="000000"/>
          <w:u w:val="none"/>
        </w:rPr>
        <w:t xml:space="preserve"> [1FCN]</w:t>
      </w:r>
      <w:r>
        <w:rPr/>
        <w:t>.</w:t>
      </w:r>
    </w:p>
    <w:p>
      <w:pPr>
        <w:pStyle w:val="Yellow"/>
        <w:rPr/>
      </w:pPr>
      <w:r>
        <w:rPr>
          <w:b/>
        </w:rPr>
        <w:t>Isaiah 56:6–7</w:t>
      </w:r>
      <w:r>
        <w:t xml:space="preserve"> — </w:t>
      </w:r>
      <w:r>
        <w:rPr>
          <w:shd w:fill="B7DDE8" w:val="clear"/>
        </w:rPr>
        <w:t>the foreigners who join themselves to the LORD to minister to Him, to love the name of the LORD, and to be His servants—all who keep the Sabbath without profaning it and who hold fast to My covenant—I will bring them to My holy mountain</w:t>
      </w:r>
      <w:r>
        <w:rPr>
          <w:b w:val="false"/>
          <w:i w:val="false"/>
          <w:u w:val="none"/>
          <w:color w:val="000000"/>
        </w:rPr>
        <w:t xml:space="preserve"> [1AKR]</w:t>
      </w:r>
      <w:r>
        <w:t xml:space="preserve"> and </w:t>
      </w:r>
      <w:r>
        <w:rPr>
          <w:shd w:fill="B7DDE8" w:val="clear"/>
        </w:rPr>
        <w:t>make them joyful in My house of prayer</w:t>
      </w:r>
      <w:r>
        <w:rPr>
          <w:b w:val="false"/>
          <w:i w:val="false"/>
          <w:color w:val="000000"/>
          <w:u w:val="none"/>
        </w:rPr>
        <w:t xml:space="preserve"> [1AKS]</w:t>
      </w:r>
      <w:r>
        <w:t xml:space="preserve">. </w:t>
      </w:r>
      <w:r>
        <w:rPr>
          <w:shd w:fill="B7DDE8" w:val="clear"/>
        </w:rPr>
        <w:t>Their burnt offerings and sacrifices will be accepted on My altar</w:t>
      </w:r>
      <w:r>
        <w:rPr>
          <w:b w:val="false"/>
          <w:i w:val="false"/>
          <w:color w:val="000000"/>
          <w:u w:val="none"/>
        </w:rPr>
        <w:t xml:space="preserve"> [1AKT]</w:t>
      </w:r>
      <w:r>
        <w:t xml:space="preserve">, for </w:t>
      </w:r>
      <w:r>
        <w:rPr>
          <w:shd w:fill="B7DDE8" w:val="clear"/>
        </w:rPr>
        <w:t>My house will be called a house of prayer for all the nations</w:t>
      </w:r>
      <w:r>
        <w:rPr>
          <w:b w:val="false"/>
          <w:i w:val="false"/>
          <w:color w:val="000000"/>
          <w:u w:val="none"/>
        </w:rPr>
        <w:t xml:space="preserve"> [1AKU]</w:t>
      </w:r>
      <w:r>
        <w:t>.”</w:t>
      </w:r>
    </w:p>
    <w:p>
      <w:pPr>
        <w:pStyle w:val="Green"/>
        <w:rPr/>
      </w:pPr>
      <w:r>
        <w:rPr>
          <w:b/>
        </w:rPr>
        <w:t xml:space="preserve">Isaiah 58:13–14</w:t>
      </w:r>
      <w:r>
        <w:rPr/>
        <w:t xml:space="preserve"> — </w:t>
      </w:r>
      <w:r>
        <w:rPr>
          <w:shd w:fill="B7DDE8" w:val="clear"/>
        </w:rPr>
        <w:t xml:space="preserve">If you turn your foot from breaking the Sabbath, from doing as you please on My holy day, if you call the Sabbath a delight, and the LORD’s holy day honorable, if you honor it by not going your own way or seeking your own pleasure or speaking idle words</w:t>
      </w:r>
      <w:r>
        <w:rPr>
          <w:b w:val="false"/>
          <w:i w:val="false"/>
          <w:color w:val="000000"/>
          <w:u w:val="none"/>
        </w:rPr>
        <w:t xml:space="preserve"> [1GAA]</w:t>
      </w:r>
      <w:r>
        <w:rPr/>
        <w:t xml:space="preserve">, then </w:t>
      </w:r>
      <w:r>
        <w:rPr>
          <w:shd w:fill="B7DDE8" w:val="clear"/>
        </w:rPr>
        <w:t xml:space="preserve">you will delight yourself in the LORD</w:t>
      </w:r>
      <w:r>
        <w:rPr>
          <w:b w:val="false"/>
          <w:i w:val="false"/>
          <w:u w:val="none"/>
          <w:color w:val="000000"/>
        </w:rPr>
        <w:t xml:space="preserve"> [1GAB]</w:t>
      </w:r>
      <w:r>
        <w:rPr/>
        <w:t xml:space="preserve">, and </w:t>
      </w:r>
      <w:r>
        <w:rPr>
          <w:shd w:fill="B7DDE8" w:val="clear"/>
        </w:rPr>
        <w:t xml:space="preserve">I will make you ride on the heights of the land</w:t>
      </w:r>
      <w:r>
        <w:rPr>
          <w:b w:val="false"/>
          <w:i w:val="false"/>
          <w:color w:val="000000"/>
          <w:u w:val="none"/>
        </w:rPr>
        <w:t xml:space="preserve"> [1GAC]</w:t>
      </w:r>
      <w:r>
        <w:rPr/>
        <w:t xml:space="preserve"> and </w:t>
      </w:r>
      <w:r>
        <w:rPr>
          <w:shd w:fill="B7DDE8" w:val="clear"/>
        </w:rPr>
        <w:t xml:space="preserve">feed you with the heritage of your father Jacob</w:t>
      </w:r>
      <w:r>
        <w:rPr>
          <w:b w:val="false"/>
          <w:i w:val="false"/>
          <w:u w:val="none"/>
          <w:color w:val="000000"/>
        </w:rPr>
        <w:t xml:space="preserve"> [1GAD]</w:t>
      </w:r>
      <w:r>
        <w:rPr/>
        <w:t xml:space="preserve">.” For </w:t>
      </w:r>
      <w:r>
        <w:rPr>
          <w:shd w:fill="B7DDE8" w:val="clear"/>
        </w:rPr>
        <w:t xml:space="preserve">the mouth of the LORD has spoken</w:t>
      </w:r>
      <w:r>
        <w:rPr>
          <w:b w:val="false"/>
          <w:i w:val="false"/>
          <w:color w:val="000000"/>
          <w:u w:val="none"/>
        </w:rPr>
        <w:t xml:space="preserve"> [2GAE]</w:t>
      </w:r>
      <w:r>
        <w:rPr/>
        <w:t xml:space="preserve">.</w:t>
      </w:r>
    </w:p>
    <w:p>
      <w:pPr>
        <w:pStyle w:val="Yellow"/>
        <w:rPr/>
      </w:pPr>
      <w:r>
        <w:rPr/>
        <w:t xml:space="preserve">(Is60:1 “your light has come”) </w:t>
      </w:r>
      <w:r>
        <w:rPr>
          <w:b/>
        </w:rPr>
        <w:t xml:space="preserve">Isaiah 60:2</w:t>
      </w:r>
      <w:r>
        <w:rPr/>
        <w:t xml:space="preserve"> — {For} behold, </w:t>
      </w:r>
      <w:r>
        <w:rPr>
          <w:shd w:fill="B7DDE8" w:val="clear"/>
        </w:rPr>
        <w:t xml:space="preserve">darkness covers the earth, and thick darkness is over the peoples</w:t>
      </w:r>
      <w:r>
        <w:rPr>
          <w:b w:val="false"/>
          <w:i w:val="false"/>
          <w:color w:val="000000"/>
          <w:u w:val="none"/>
        </w:rPr>
        <w:t xml:space="preserve"> [1GDQ]</w:t>
      </w:r>
      <w:r>
        <w:rPr/>
        <w:t xml:space="preserve">; but </w:t>
      </w:r>
      <w:r>
        <w:rPr>
          <w:shd w:fill="B7DDE8" w:val="clear"/>
        </w:rPr>
        <w:t xml:space="preserve">the LORD will rise upon you</w:t>
      </w:r>
      <w:r>
        <w:rPr>
          <w:b w:val="false"/>
          <w:i w:val="false"/>
          <w:color w:val="000000"/>
          <w:u w:val="none"/>
        </w:rPr>
        <w:t xml:space="preserve"> [1GDR]</w:t>
      </w:r>
      <w:r>
        <w:rPr/>
        <w:t xml:space="preserve">, and </w:t>
      </w:r>
      <w:r>
        <w:rPr>
          <w:shd w:fill="B7DDE8" w:val="clear"/>
        </w:rPr>
        <w:t xml:space="preserve">His glory will appear over you</w:t>
      </w:r>
      <w:r>
        <w:rPr>
          <w:b w:val="false"/>
          <w:i w:val="false"/>
          <w:color w:val="000000"/>
          <w:u w:val="none"/>
        </w:rPr>
        <w:t xml:space="preserve"> [2GDS]</w:t>
      </w:r>
      <w:r>
        <w:rPr/>
        <w:t xml:space="preserve">.</w:t>
      </w:r>
    </w:p>
    <w:p>
      <w:pPr>
        <w:pStyle w:val="Yellow"/>
        <w:rPr/>
        <w:pBdr>
          <w:left w:val="single" w:sz="28" w:space="5" w:color="C00000"/>
        </w:pBdr>
      </w:pPr>
      <w:r>
        <w:rPr>
          <w:b/>
          <w:shd w:val="clear" w:color="auto" w:fill="548235"/>
          <w:color w:val="FFFFFF"/>
        </w:rPr>
        <w:t xml:space="preserve">Isaiah 60:13</w:t>
      </w:r>
      <w:r>
        <w:rPr>
          <w:shd w:val="clear" w:color="auto" w:fill="548235"/>
          <w:color w:val="FFFFFF"/>
        </w:rPr>
        <w:t xml:space="preserve"> — </w:t>
      </w:r>
      <w:r>
        <w:rPr>
          <w:shd w:fill="548235" w:val="clear" w:color="auto"/>
          <w:color w:val="FFFFFF"/>
        </w:rPr>
        <w:t xml:space="preserve">The glory of Lebanon will come to you—its cypress, elm, and boxwood together—to adorn the place of My sanctuary</w:t>
      </w:r>
      <w:r>
        <w:rPr>
          <w:b w:val="false"/>
          <w:i w:val="false"/>
          <w:color w:val="FFFFFF"/>
          <w:u w:val="none"/>
          <w:shd w:val="clear" w:color="auto" w:fill="548235"/>
        </w:rPr>
        <w:t xml:space="preserve"> [1GCB]</w:t>
      </w:r>
      <w:r>
        <w:rPr>
          <w:shd w:val="clear" w:color="auto" w:fill="548235"/>
          <w:color w:val="FFFFFF"/>
        </w:rPr>
        <w:t xml:space="preserve">, and </w:t>
      </w:r>
      <w:r>
        <w:rPr>
          <w:shd w:fill="548235" w:val="clear" w:color="auto"/>
          <w:color w:val="FFFFFF"/>
        </w:rPr>
        <w:t xml:space="preserve">I will glorify the place of My feet</w:t>
      </w:r>
      <w:r>
        <w:rPr>
          <w:b w:val="false"/>
          <w:i w:val="false"/>
          <w:color w:val="FFFFFF"/>
          <w:u w:val="none"/>
          <w:shd w:val="clear" w:color="auto" w:fill="548235"/>
        </w:rPr>
        <w:t xml:space="preserve"> [1GCC]</w:t>
      </w:r>
      <w:r>
        <w:rPr>
          <w:shd w:val="clear" w:color="auto" w:fill="548235"/>
          <w:color w:val="FFFFFF"/>
        </w:rPr>
        <w:t xml:space="preserve">.</w:t>
      </w:r>
    </w:p>
    <w:p>
      <w:pPr>
        <w:pStyle w:val="Yellow"/>
        <w:rPr/>
      </w:pPr>
      <w:r>
        <w:rPr/>
        <w:t xml:space="preserve">(La3:42ᶜ because “We have sinned and rebelled” / 1 “God”) </w:t>
      </w:r>
      <w:r>
        <w:rPr>
          <w:b/>
        </w:rPr>
        <w:t>Lamentations 3:2</w:t>
      </w:r>
      <w:r>
        <w:rPr/>
        <w:t xml:space="preserve"> — </w:t>
      </w:r>
      <w:r>
        <w:rPr>
          <w:shd w:fill="B7DDE8" w:val="clear"/>
        </w:rPr>
        <w:t>{He} has driven me away</w:t>
      </w:r>
      <w:r>
        <w:rPr>
          <w:b w:val="false"/>
          <w:i w:val="false"/>
          <w:color w:val="000000"/>
          <w:u w:val="none"/>
        </w:rPr>
        <w:t xml:space="preserve"> [1MES]</w:t>
      </w:r>
      <w:r>
        <w:rPr/>
        <w:t xml:space="preserve"> and </w:t>
      </w:r>
      <w:r>
        <w:rPr>
          <w:shd w:fill="B7DDE8" w:val="clear"/>
        </w:rPr>
        <w:t>made me walk in darkness instead of light</w:t>
      </w:r>
      <w:r>
        <w:rPr>
          <w:b w:val="false"/>
          <w:i w:val="false"/>
          <w:color w:val="000000"/>
          <w:u w:val="none"/>
        </w:rPr>
        <w:t xml:space="preserve"> [1MET]</w:t>
      </w:r>
      <w:r>
        <w:rPr/>
        <w:t>.</w:t>
      </w:r>
    </w:p>
    <w:p>
      <w:pPr>
        <w:pStyle w:val="Yellow"/>
        <w:rPr/>
      </w:pPr>
      <w:r>
        <w:t>&lt;13&gt;</w:t>
      </w:r>
      <w:r>
        <w:rPr>
          <w:b/>
        </w:rPr>
        <w:t>Ezekiel 24:14</w:t>
      </w:r>
      <w:r>
        <w:t xml:space="preserve"> — </w:t>
      </w:r>
      <w:r>
        <w:rPr>
          <w:shd w:fill="B7DDE8" w:val="clear"/>
        </w:rPr>
        <w:t>I, the LORD, have spoken</w:t>
      </w:r>
      <w:r>
        <w:rPr>
          <w:b w:val="false"/>
          <w:i w:val="false"/>
          <w:color w:val="000000"/>
          <w:u w:val="none"/>
        </w:rPr>
        <w:t xml:space="preserve"> [4BFP]</w:t>
      </w:r>
      <w:r>
        <w:t xml:space="preserve">; </w:t>
      </w:r>
      <w:r>
        <w:rPr>
          <w:shd w:fill="B7DDE8" w:val="clear"/>
        </w:rPr>
        <w:t>the time is coming, and I will act</w:t>
      </w:r>
      <w:r>
        <w:rPr>
          <w:b w:val="false"/>
          <w:i w:val="false"/>
          <w:u w:val="none"/>
          <w:color w:val="000000"/>
        </w:rPr>
        <w:t xml:space="preserve"> [1BFQ]</w:t>
      </w:r>
      <w:r>
        <w:t xml:space="preserve">. </w:t>
      </w:r>
      <w:r>
        <w:rPr>
          <w:shd w:fill="B7DDE8" w:val="clear"/>
        </w:rPr>
        <w:t>I will not refrain or show pity, nor will I relent</w:t>
      </w:r>
      <w:r>
        <w:rPr>
          <w:b w:val="false"/>
          <w:i w:val="false"/>
          <w:color w:val="000000"/>
          <w:u w:val="none"/>
        </w:rPr>
        <w:t xml:space="preserve"> [1BFR]</w:t>
      </w:r>
      <w:r>
        <w:t xml:space="preserve">. </w:t>
      </w:r>
      <w:r>
        <w:rPr>
          <w:shd w:fill="B7DDE8" w:val="clear"/>
        </w:rPr>
        <w:t>I will judge you according to your ways and deeds</w:t>
      </w:r>
      <w:r>
        <w:rPr>
          <w:b w:val="false"/>
          <w:i w:val="false"/>
          <w:color w:val="000000"/>
          <w:u w:val="none"/>
        </w:rPr>
        <w:t xml:space="preserve"> [2BFS]</w:t>
      </w:r>
      <w:r>
        <w:t>,’ declares the Lord GOD.”</w:t>
      </w:r>
    </w:p>
    <w:p>
      <w:pPr>
        <w:pStyle w:val="Yellow"/>
        <w:rPr/>
      </w:pPr>
      <w:r>
        <w:t>&lt;13&gt;</w:t>
      </w:r>
      <w:r>
        <w:rPr>
          <w:b/>
        </w:rPr>
        <w:t>Ezekiel 28:25</w:t>
      </w:r>
      <w:r>
        <w:t xml:space="preserve"> — This is what the Lord GOD says: ‘</w:t>
      </w:r>
      <w:r>
        <w:rPr>
          <w:shd w:fill="B7DDE8" w:val="clear"/>
        </w:rPr>
        <w:t>When I gather the house of Israel from the peoples among whom they have been scattered, I will show Myself holy among them in the sight of the nations</w:t>
      </w:r>
      <w:r>
        <w:rPr>
          <w:b w:val="false"/>
          <w:i w:val="false"/>
          <w:color w:val="000000"/>
          <w:u w:val="none"/>
        </w:rPr>
        <w:t xml:space="preserve"> [1BFT]</w:t>
      </w:r>
      <w:r>
        <w:t xml:space="preserve">. </w:t>
      </w:r>
      <w:r>
        <w:rPr>
          <w:shd w:fill="B7DDE8" w:val="clear"/>
        </w:rPr>
        <w:t>Then they will dwell in their own land</w:t>
      </w:r>
      <w:r>
        <w:rPr>
          <w:b w:val="false"/>
          <w:i w:val="false"/>
          <w:u w:val="none"/>
          <w:color w:val="000000"/>
        </w:rPr>
        <w:t xml:space="preserve"> [1BFU]</w:t>
      </w:r>
      <w:r>
        <w:t xml:space="preserve">, </w:t>
      </w:r>
      <w:r>
        <w:rPr>
          <w:shd w:fill="B7DDE8" w:val="clear"/>
        </w:rPr>
        <w:t>which I have given to My servant Jacob</w:t>
      </w:r>
      <w:r>
        <w:rPr>
          <w:b w:val="false"/>
          <w:i w:val="false"/>
          <w:u w:val="none"/>
          <w:color w:val="000000"/>
        </w:rPr>
        <w:t xml:space="preserve"> [1BFV]</w:t>
      </w:r>
      <w:r>
        <w:t>.</w:t>
      </w:r>
    </w:p>
    <w:p>
      <w:pPr>
        <w:pStyle w:val="Yellow"/>
        <w:rPr/>
      </w:pPr>
      <w:r>
        <w:t xml:space="preserve">&lt;13&gt;(Eze34:8ᶜ because God’s flock “lacks a shepherd” and shepherds “did not search”) </w:t>
      </w:r>
      <w:r>
        <w:rPr>
          <w:b/>
        </w:rPr>
        <w:t>Ezekiel 34:12</w:t>
      </w:r>
      <w:r>
        <w:t xml:space="preserve"> — </w:t>
      </w:r>
      <w:r>
        <w:rPr>
          <w:shd w:fill="B7DDE8" w:val="clear"/>
        </w:rPr>
        <w:t>As a shepherd looks for his scattered sheep when he is among the flock, so I will look for My flock</w:t>
      </w:r>
      <w:r>
        <w:rPr>
          <w:b w:val="false"/>
          <w:i w:val="false"/>
          <w:color w:val="000000"/>
          <w:u w:val="none"/>
        </w:rPr>
        <w:t xml:space="preserve"> [1BFW]</w:t>
      </w:r>
      <w:r>
        <w:t xml:space="preserve">. </w:t>
      </w:r>
      <w:r>
        <w:rPr>
          <w:shd w:fill="B7DDE8" w:val="clear"/>
        </w:rPr>
        <w:t>I will rescue them from all the places to which they were scattered on a day of clouds and darkness</w:t>
      </w:r>
      <w:r>
        <w:rPr>
          <w:b w:val="false"/>
          <w:i w:val="false"/>
          <w:color w:val="000000"/>
          <w:u w:val="none"/>
        </w:rPr>
        <w:t xml:space="preserve"> [1BFX]</w:t>
      </w:r>
      <w:r>
        <w:t>.</w:t>
      </w:r>
    </w:p>
    <w:p>
      <w:pPr>
        <w:pStyle w:val="Yellow"/>
        <w:rPr/>
      </w:pPr>
      <w:r>
        <w:t xml:space="preserve">&lt;13&gt;(Eze36:22ᶜ because God acts “for My holy name”) </w:t>
      </w:r>
      <w:r>
        <w:rPr>
          <w:b/>
        </w:rPr>
        <w:t>Ezekiel 36:25</w:t>
      </w:r>
      <w:r>
        <w:t xml:space="preserve"> — </w:t>
      </w:r>
      <w:r>
        <w:rPr>
          <w:shd w:fill="B7DDE8" w:val="clear"/>
        </w:rPr>
        <w:t>I will also sprinkle clean water on you, and you will be clean</w:t>
      </w:r>
      <w:r>
        <w:rPr>
          <w:b w:val="false"/>
          <w:i w:val="false"/>
          <w:color w:val="000000"/>
          <w:u w:val="none"/>
        </w:rPr>
        <w:t xml:space="preserve"> [1BFY]</w:t>
      </w:r>
      <w:r>
        <w:t xml:space="preserve">. </w:t>
      </w:r>
      <w:r>
        <w:rPr>
          <w:shd w:fill="B7DDE8" w:val="clear"/>
        </w:rPr>
        <w:t>I will cleanse you from all your impurities and all your idols</w:t>
      </w:r>
      <w:r>
        <w:rPr>
          <w:b w:val="false"/>
          <w:i w:val="false"/>
          <w:color w:val="000000"/>
          <w:u w:val="none"/>
        </w:rPr>
        <w:t xml:space="preserve"> [1BFZ]</w:t>
      </w:r>
      <w:r>
        <w:t>.</w:t>
      </w:r>
    </w:p>
    <w:p>
      <w:pPr>
        <w:pStyle w:val="Yellow"/>
        <w:rPr/>
      </w:pPr>
      <w:r>
        <w:t xml:space="preserve">&lt;13&gt;(Eze36:22ᶜ Because God acts “for My holy name”) </w:t>
      </w:r>
      <w:r>
        <w:rPr>
          <w:b/>
        </w:rPr>
        <w:t>Ezekiel 36:26</w:t>
      </w:r>
      <w:r>
        <w:t xml:space="preserve"> — </w:t>
      </w:r>
      <w:r>
        <w:rPr>
          <w:shd w:fill="B7DDE8" w:val="clear"/>
        </w:rPr>
        <w:t>I will give you a new heart</w:t>
      </w:r>
      <w:r>
        <w:rPr>
          <w:b w:val="false"/>
          <w:i w:val="false"/>
          <w:color w:val="000000"/>
          <w:u w:val="none"/>
        </w:rPr>
        <w:t xml:space="preserve"> [1BGA]</w:t>
      </w:r>
      <w:r>
        <w:t xml:space="preserve"> and </w:t>
      </w:r>
      <w:r>
        <w:rPr>
          <w:shd w:fill="B7DDE8" w:val="clear"/>
        </w:rPr>
        <w:t>put a new spirit within you</w:t>
      </w:r>
      <w:r>
        <w:rPr>
          <w:b w:val="false"/>
          <w:i w:val="false"/>
          <w:u w:val="none"/>
          <w:color w:val="000000"/>
        </w:rPr>
        <w:t xml:space="preserve"> [2BGB]</w:t>
      </w:r>
      <w:r>
        <w:t xml:space="preserve">; </w:t>
      </w:r>
      <w:r>
        <w:rPr>
          <w:shd w:fill="B7DDE8" w:val="clear"/>
        </w:rPr>
        <w:t>I will remove your heart of stone</w:t>
      </w:r>
      <w:r>
        <w:rPr>
          <w:b w:val="false"/>
          <w:i w:val="false"/>
          <w:color w:val="000000"/>
          <w:u w:val="none"/>
        </w:rPr>
        <w:t xml:space="preserve"> [2BGC]</w:t>
      </w:r>
      <w:r>
        <w:t xml:space="preserve"> and </w:t>
      </w:r>
      <w:r>
        <w:rPr>
          <w:shd w:fill="B7DDE8" w:val="clear"/>
        </w:rPr>
        <w:t>give you a heart of flesh</w:t>
      </w:r>
      <w:r>
        <w:rPr>
          <w:b w:val="false"/>
          <w:i w:val="false"/>
          <w:color w:val="000000"/>
          <w:u w:val="none"/>
        </w:rPr>
        <w:t xml:space="preserve"> [2BGD]</w:t>
      </w:r>
      <w:r>
        <w:t>.</w:t>
      </w:r>
    </w:p>
    <w:p>
      <w:pPr>
        <w:pStyle w:val="Yellow"/>
        <w:rPr/>
      </w:pPr>
      <w:r>
        <w:t xml:space="preserve">&lt;13&gt;(Eze36:22ᶜ because God acts “for My holy name”) </w:t>
      </w:r>
      <w:r>
        <w:rPr>
          <w:b/>
        </w:rPr>
        <w:t>Ezekiel 36:27</w:t>
      </w:r>
      <w:r>
        <w:t xml:space="preserve"> — And </w:t>
      </w:r>
      <w:r>
        <w:rPr>
          <w:shd w:fill="B7DDE8" w:val="clear"/>
        </w:rPr>
        <w:t>I will put My Spirit within you</w:t>
      </w:r>
      <w:r>
        <w:rPr>
          <w:b w:val="false"/>
          <w:i w:val="false"/>
          <w:color w:val="000000"/>
          <w:u w:val="none"/>
        </w:rPr>
        <w:t xml:space="preserve"> [1BGE]</w:t>
      </w:r>
      <w:r>
        <w:rPr>
          <w:shd w:fill="B7DDE8" w:val="clear"/>
        </w:rPr>
        <w:t xml:space="preserve"> and cause you to walk in My statutes and to carefully observe My ordinances</w:t>
      </w:r>
      <w:r>
        <w:rPr>
          <w:b w:val="false"/>
          <w:i w:val="false"/>
          <w:color w:val="000000"/>
          <w:u w:val="none"/>
        </w:rPr>
        <w:t xml:space="preserve"> [1BGF]</w:t>
      </w:r>
      <w:r>
        <w:t>.</w:t>
      </w:r>
    </w:p>
    <w:p>
      <w:pPr>
        <w:pStyle w:val="Yellow"/>
        <w:rPr/>
      </w:pPr>
      <w:r>
        <w:t xml:space="preserve">&lt;13&gt;(Eze36:22ᶜ because God acts “for My holy name” / 25–30ᶜ after He will “cleanse you” and make food “plentiful”¹) </w:t>
      </w:r>
      <w:r>
        <w:rPr>
          <w:b/>
        </w:rPr>
        <w:t>Ezekiel 36:31-32</w:t>
      </w:r>
      <w:r>
        <w:t xml:space="preserve"> — {Then} </w:t>
      </w:r>
      <w:r>
        <w:rPr>
          <w:shd w:fill="B7DDE8" w:val="clear"/>
        </w:rPr>
        <w:t>you will remember your evil ways and wicked deeds</w:t>
      </w:r>
      <w:r>
        <w:rPr>
          <w:b w:val="false"/>
          <w:i w:val="false"/>
          <w:color w:val="000000"/>
          <w:u w:val="none"/>
        </w:rPr>
        <w:t xml:space="preserve"> [1BGH]</w:t>
      </w:r>
      <w:r>
        <w:t xml:space="preserve">, and </w:t>
      </w:r>
      <w:r>
        <w:rPr>
          <w:shd w:fill="B7DDE8" w:val="clear"/>
        </w:rPr>
        <w:t>you will loathe yourselves for your iniquities and abominations</w:t>
      </w:r>
      <w:r>
        <w:rPr>
          <w:b w:val="false"/>
          <w:i w:val="false"/>
          <w:color w:val="000000"/>
          <w:u w:val="none"/>
        </w:rPr>
        <w:t xml:space="preserve"> [1BGI]</w:t>
      </w:r>
      <w:r>
        <w:t xml:space="preserve">. </w:t>
      </w:r>
      <w:r>
        <w:rPr>
          <w:shd w:fill="B7DDE8" w:val="clear"/>
        </w:rPr>
        <w:t>It is not for your sake that I will act</w:t>
      </w:r>
      <w:r>
        <w:rPr>
          <w:b w:val="false"/>
          <w:i w:val="false"/>
          <w:color w:val="000000"/>
          <w:u w:val="none"/>
        </w:rPr>
        <w:t xml:space="preserve"> [1BGJ]</w:t>
      </w:r>
      <w:r>
        <w:t>, declares the Lord GOD—</w:t>
      </w:r>
      <w:r>
        <w:rPr>
          <w:shd w:fill="B7DDE8" w:val="clear"/>
        </w:rPr>
        <w:t>let it be known to you</w:t>
      </w:r>
      <w:r>
        <w:rPr>
          <w:b w:val="false"/>
          <w:i w:val="false"/>
          <w:color w:val="000000"/>
          <w:u w:val="none"/>
        </w:rPr>
        <w:t xml:space="preserve"> [1BGK]</w:t>
      </w:r>
      <w:r>
        <w:t xml:space="preserve">. </w:t>
      </w:r>
      <w:r>
        <w:rPr>
          <w:shd w:fill="B7DDE8" w:val="clear"/>
        </w:rPr>
        <w:t>Be ashamed and disgraced for your ways, O house of Israel</w:t>
      </w:r>
      <w:r>
        <w:rPr>
          <w:b w:val="false"/>
          <w:i w:val="false"/>
          <w:color w:val="000000"/>
          <w:u w:val="none"/>
        </w:rPr>
        <w:t xml:space="preserve"> [1BGL]</w:t>
      </w:r>
      <w:r>
        <w:t>!</w:t>
      </w:r>
    </w:p>
    <w:p>
      <w:pPr>
        <w:pStyle w:val="Yellow"/>
        <w:rPr/>
      </w:pPr>
      <w:r>
        <w:t>&lt;13&gt;</w:t>
      </w:r>
      <w:r>
        <w:rPr>
          <w:b/>
        </w:rPr>
        <w:t>Ezekiel 39:23–26</w:t>
      </w:r>
      <w:r>
        <w:t xml:space="preserve"> — </w:t>
      </w:r>
      <w:r>
        <w:rPr>
          <w:shd w:fill="B7DDE8" w:val="clear"/>
        </w:rPr>
        <w:t>The nations will know that the house of Israel went into exile for their iniquity, because they were unfaithful to Me</w:t>
      </w:r>
      <w:r>
        <w:rPr>
          <w:b w:val="false"/>
          <w:i w:val="false"/>
          <w:color w:val="000000"/>
          <w:u w:val="none"/>
        </w:rPr>
        <w:t xml:space="preserve"> [1BGM]</w:t>
      </w:r>
      <w:r>
        <w:t xml:space="preserve">. So </w:t>
      </w:r>
      <w:r>
        <w:rPr>
          <w:shd w:fill="B7DDE8" w:val="clear"/>
        </w:rPr>
        <w:t>I hid My face from them</w:t>
      </w:r>
      <w:r>
        <w:rPr>
          <w:b w:val="false"/>
          <w:i w:val="false"/>
          <w:u w:val="none"/>
          <w:color w:val="000000"/>
        </w:rPr>
        <w:t xml:space="preserve"> [3BGN]</w:t>
      </w:r>
      <w:r>
        <w:t xml:space="preserve"> and </w:t>
      </w:r>
      <w:r>
        <w:rPr>
          <w:shd w:fill="B7DDE8" w:val="clear"/>
        </w:rPr>
        <w:t>delivered them into the hands of their enemies</w:t>
      </w:r>
      <w:r>
        <w:rPr>
          <w:b w:val="false"/>
          <w:i w:val="false"/>
          <w:u w:val="none"/>
          <w:color w:val="000000"/>
        </w:rPr>
        <w:t xml:space="preserve"> [2BGO]</w:t>
      </w:r>
      <w:r>
        <w:t xml:space="preserve">, </w:t>
      </w:r>
      <w:r>
        <w:rPr>
          <w:shd w:fill="B7DDE8" w:val="clear"/>
        </w:rPr>
        <w:t>so that they all fell by the sword</w:t>
      </w:r>
      <w:r>
        <w:rPr>
          <w:b w:val="false"/>
          <w:i w:val="false"/>
          <w:u w:val="none"/>
          <w:color w:val="000000"/>
        </w:rPr>
        <w:t xml:space="preserve"> [1BGP]</w:t>
      </w:r>
      <w:r>
        <w:t xml:space="preserve">. </w:t>
      </w:r>
      <w:r>
        <w:rPr>
          <w:shd w:fill="B7DDE8" w:val="clear"/>
        </w:rPr>
        <w:t>I dealt with them according to their uncleanness and transgressions</w:t>
      </w:r>
      <w:r>
        <w:rPr>
          <w:b w:val="false"/>
          <w:i w:val="false"/>
          <w:u w:val="none"/>
          <w:color w:val="000000"/>
        </w:rPr>
        <w:t xml:space="preserve"> [1BGQ]</w:t>
      </w:r>
      <w:r>
        <w:t xml:space="preserve">, and </w:t>
      </w:r>
      <w:r>
        <w:rPr>
          <w:shd w:fill="B7DDE8" w:val="clear"/>
        </w:rPr>
        <w:t>I hid My face from them</w:t>
      </w:r>
      <w:r>
        <w:rPr>
          <w:b w:val="false"/>
          <w:i w:val="false"/>
          <w:u w:val="none"/>
          <w:color w:val="000000"/>
        </w:rPr>
        <w:t xml:space="preserve"> [3BGN]</w:t>
      </w:r>
      <w:r>
        <w:t xml:space="preserve">. Therefore this is what the Lord GOD says: </w:t>
      </w:r>
      <w:r>
        <w:rPr>
          <w:shd w:fill="B7DDE8" w:val="clear"/>
        </w:rPr>
        <w:t>Now I will restore Jacob from captivity</w:t>
      </w:r>
      <w:r>
        <w:rPr>
          <w:b w:val="false"/>
          <w:i w:val="false"/>
          <w:u w:val="none"/>
          <w:color w:val="000000"/>
        </w:rPr>
        <w:t xml:space="preserve"> [2BGR]</w:t>
      </w:r>
      <w:r>
        <w:t xml:space="preserve"> and </w:t>
      </w:r>
      <w:r>
        <w:rPr>
          <w:shd w:fill="B7DDE8" w:val="clear"/>
        </w:rPr>
        <w:t>will have compassion on the whole house of Israel</w:t>
      </w:r>
      <w:r>
        <w:rPr>
          <w:b w:val="false"/>
          <w:i w:val="false"/>
          <w:u w:val="none"/>
          <w:color w:val="000000"/>
        </w:rPr>
        <w:t xml:space="preserve"> [1BGS]</w:t>
      </w:r>
      <w:r>
        <w:t xml:space="preserve">, and </w:t>
      </w:r>
      <w:r>
        <w:rPr>
          <w:shd w:fill="B7DDE8" w:val="clear"/>
        </w:rPr>
        <w:t>I will be jealous for My holy name</w:t>
      </w:r>
      <w:r>
        <w:rPr>
          <w:b w:val="false"/>
          <w:i w:val="false"/>
          <w:color w:val="000000"/>
          <w:u w:val="none"/>
        </w:rPr>
        <w:t xml:space="preserve"> [1BGT]</w:t>
      </w:r>
      <w:r>
        <w:t xml:space="preserve">. </w:t>
      </w:r>
      <w:r>
        <w:rPr>
          <w:shd w:fill="B7DDE8" w:val="clear"/>
        </w:rPr>
        <w:t>They will forget their disgrace and all the treachery they committed against Me</w:t>
      </w:r>
      <w:r>
        <w:rPr>
          <w:b w:val="false"/>
          <w:i w:val="false"/>
          <w:u w:val="none"/>
          <w:color w:val="000000"/>
        </w:rPr>
        <w:t xml:space="preserve"> [1BGU]</w:t>
      </w:r>
      <w:r>
        <w:t xml:space="preserve">, when </w:t>
      </w:r>
      <w:r>
        <w:rPr>
          <w:shd w:fill="B7DDE8" w:val="clear"/>
        </w:rPr>
        <w:t>they dwell securely in their land, with no one to frighten them</w:t>
      </w:r>
      <w:r>
        <w:rPr>
          <w:b w:val="false"/>
          <w:i w:val="false"/>
          <w:color w:val="000000"/>
          <w:u w:val="none"/>
        </w:rPr>
        <w:t xml:space="preserve"> [1BGV]</w:t>
      </w:r>
      <w:r>
        <w:t>.</w:t>
      </w:r>
    </w:p>
    <w:p>
      <w:pPr>
        <w:pStyle w:val="Yellow"/>
        <w:rPr/>
      </w:pPr>
      <w:r>
        <w:rPr>
          <w:color w:val="auto"/>
        </w:rPr>
        <w:t xml:space="preserve">(Joe3:16ᶜ when the LORD will “roar from Zion” and be “a refuge”¹) </w:t>
      </w:r>
      <w:r>
        <w:rPr>
          <w:b/>
          <w:color w:val="auto"/>
        </w:rPr>
        <w:t>Joel 3:17</w:t>
      </w:r>
      <w:r>
        <w:rPr>
          <w:color w:val="auto"/>
        </w:rPr>
        <w:t xml:space="preserve"> — {Then} </w:t>
      </w:r>
      <w:r>
        <w:rPr>
          <w:color w:val="auto"/>
        </w:rPr>
        <w:t>you will know that I am the LORD your God</w:t>
      </w:r>
      <w:r>
        <w:rPr>
          <w:b w:val="false"/>
          <w:i w:val="false"/>
          <w:color w:val="auto"/>
          <w:u w:val="none"/>
        </w:rPr>
        <w:t xml:space="preserve"> [1FFO]</w:t>
      </w:r>
      <w:r>
        <w:rPr>
          <w:color w:val="auto"/>
        </w:rPr>
        <w:t xml:space="preserve">, </w:t>
      </w:r>
      <w:r>
        <w:rPr>
          <w:color w:val="auto"/>
        </w:rPr>
        <w:t>who dwells in Zion, My holy mountain</w:t>
      </w:r>
      <w:r>
        <w:rPr>
          <w:b w:val="false"/>
          <w:i w:val="false"/>
          <w:color w:val="auto"/>
          <w:u w:val="none"/>
        </w:rPr>
        <w:t xml:space="preserve"> [1FFP]</w:t>
      </w:r>
      <w:r>
        <w:rPr>
          <w:color w:val="auto"/>
        </w:rPr>
        <w:t xml:space="preserve">. </w:t>
      </w:r>
      <w:r>
        <w:rPr>
          <w:color w:val="auto"/>
        </w:rPr>
        <w:t>Jerusalem will be holy</w:t>
      </w:r>
      <w:r>
        <w:rPr>
          <w:b w:val="false"/>
          <w:i w:val="false"/>
          <w:color w:val="auto"/>
          <w:u w:val="none"/>
        </w:rPr>
        <w:t xml:space="preserve"> [1FFQ]</w:t>
      </w:r>
      <w:r>
        <w:rPr>
          <w:color w:val="auto"/>
        </w:rPr>
        <w:t xml:space="preserve">, </w:t>
      </w:r>
      <w:r>
        <w:rPr>
          <w:color w:val="auto"/>
        </w:rPr>
        <w:t>never again to be overrun by foreigners</w:t>
      </w:r>
      <w:r>
        <w:rPr>
          <w:b w:val="false"/>
          <w:i w:val="false"/>
          <w:color w:val="auto"/>
          <w:u w:val="none"/>
        </w:rPr>
        <w:t xml:space="preserve"> [1FFR]</w:t>
      </w:r>
      <w:r>
        <w:rPr>
          <w:color w:val="auto"/>
        </w:rPr>
        <w:t>.</w:t>
      </w:r>
    </w:p>
    <w:p>
      <w:pPr>
        <w:pStyle w:val="Yellow"/>
        <w:rPr/>
      </w:pPr>
      <w:r>
        <w:rPr>
          <w:b/>
        </w:rPr>
        <w:t>Habakkuk 1:13</w:t>
      </w:r>
      <w:r>
        <w:rPr/>
        <w:t xml:space="preserve"> — </w:t>
      </w:r>
      <w:r>
        <w:rPr>
          <w:shd w:fill="B7DDE8" w:val="clear"/>
        </w:rPr>
        <w:t>Your eyes are too pure to look upon evil</w:t>
      </w:r>
      <w:r>
        <w:rPr>
          <w:b w:val="false"/>
          <w:i w:val="false"/>
          <w:color w:val="000000"/>
          <w:u w:val="none"/>
        </w:rPr>
        <w:t xml:space="preserve"> [1LWX]</w:t>
      </w:r>
      <w:r>
        <w:rPr/>
        <w:t xml:space="preserve">, and </w:t>
      </w:r>
      <w:r>
        <w:rPr>
          <w:shd w:fill="B7DDE8" w:val="clear"/>
        </w:rPr>
        <w:t>You cannot tolerate wrongdoing</w:t>
      </w:r>
      <w:r>
        <w:rPr>
          <w:b w:val="false"/>
          <w:i w:val="false"/>
          <w:color w:val="000000"/>
          <w:u w:val="none"/>
        </w:rPr>
        <w:t xml:space="preserve"> [1LWY]</w:t>
      </w:r>
      <w:r>
        <w:rPr/>
        <w:t>.</w:t>
      </w:r>
    </w:p>
    <w:p>
      <w:pPr>
        <w:pStyle w:val="Yellow"/>
        <w:rPr/>
      </w:pPr>
      <w:r>
        <w:rPr>
          <w:b/>
          <w:u w:val="none"/>
        </w:rPr>
        <w:t>John 8:12</w:t>
      </w:r>
      <w:r>
        <w:rPr>
          <w:u w:val="none"/>
        </w:rPr>
        <w:t xml:space="preserve"> — “</w:t>
      </w:r>
      <w:r>
        <w:rPr>
          <w:u w:val="none"/>
          <w:shd w:fill="B7DDE8" w:val="clear"/>
        </w:rPr>
        <w:t>I am the light of the world</w:t>
      </w:r>
      <w:r>
        <w:rPr>
          <w:b w:val="false"/>
          <w:i w:val="false"/>
          <w:color w:val="000000"/>
          <w:u w:val="none"/>
        </w:rPr>
        <w:t xml:space="preserve"> [1MEY]</w:t>
      </w:r>
      <w:r>
        <w:rPr>
          <w:u w:val="none"/>
        </w:rPr>
        <w:t xml:space="preserve">. </w:t>
      </w:r>
      <w:r>
        <w:rPr>
          <w:u w:val="none"/>
          <w:shd w:fill="B7DDE8" w:val="clear"/>
        </w:rPr>
        <w:t xml:space="preserve">Whoever follows Me will never </w:t>
      </w:r>
      <w:r>
        <w:rPr>
          <w:u w:val="none"/>
          <w:shd w:fill="B7DDE8" w:val="clear"/>
        </w:rPr>
        <w:t>walk in the darkness</w:t>
      </w:r>
      <w:r>
        <w:rPr>
          <w:u w:val="none"/>
          <w:shd w:fill="B7DDE8" w:val="clear"/>
        </w:rPr>
        <w:t>, but will have the light of life</w:t>
      </w:r>
      <w:r>
        <w:rPr>
          <w:b w:val="false"/>
          <w:i w:val="false"/>
          <w:color w:val="000000"/>
          <w:u w:val="none"/>
        </w:rPr>
        <w:t xml:space="preserve"> [1MEZ]</w:t>
      </w:r>
      <w:r>
        <w:rPr>
          <w:u w:val="none"/>
        </w:rPr>
        <w:t>.”</w:t>
      </w:r>
    </w:p>
    <w:p>
      <w:pPr>
        <w:pStyle w:val="Yellow"/>
        <w:rPr/>
      </w:pPr>
      <w:r>
        <w:rPr>
          <w:u w:val="none"/>
        </w:rPr>
        <w:t xml:space="preserve">(Jn8:12 Jesus) </w:t>
      </w:r>
      <w:r>
        <w:rPr>
          <w:b/>
          <w:u w:val="none"/>
        </w:rPr>
        <w:t>John 12:35</w:t>
      </w:r>
      <w:r>
        <w:rPr>
          <w:u w:val="none"/>
        </w:rPr>
        <w:t xml:space="preserve"> — </w:t>
      </w:r>
      <w:r>
        <w:rPr>
          <w:u w:val="none"/>
          <w:shd w:fill="B7DDE8" w:val="clear"/>
        </w:rPr>
        <w:t>For a little while longer, {the Light} will be among you</w:t>
      </w:r>
      <w:r>
        <w:rPr>
          <w:b w:val="false"/>
          <w:i w:val="false"/>
          <w:color w:val="000000"/>
          <w:u w:val="none"/>
        </w:rPr>
        <w:t xml:space="preserve"> [1MEU]</w:t>
      </w:r>
      <w:r>
        <w:rPr>
          <w:u w:val="none"/>
        </w:rPr>
        <w:t xml:space="preserve">. </w:t>
      </w:r>
      <w:r>
        <w:rPr>
          <w:u w:val="none"/>
          <w:shd w:fill="B7DDE8" w:val="clear"/>
        </w:rPr>
        <w:t>Walk while you have the Light, so that darkness will not overtake you</w:t>
      </w:r>
      <w:r>
        <w:rPr>
          <w:b w:val="false"/>
          <w:i w:val="false"/>
          <w:color w:val="000000"/>
          <w:u w:val="none"/>
        </w:rPr>
        <w:t xml:space="preserve"> [1MEV]</w:t>
      </w:r>
      <w:r>
        <w:rPr>
          <w:u w:val="none"/>
        </w:rPr>
        <w:t xml:space="preserve">. The one who </w:t>
      </w:r>
      <w:r>
        <w:rPr>
          <w:u w:val="none"/>
          <w:shd w:val="clear" w:color="auto" w:fill="D9C3E6"/>
        </w:rPr>
        <w:t>walks in the darkness</w:t>
      </w:r>
      <w:r>
        <w:rPr>
          <w:b w:val="false"/>
          <w:i w:val="false"/>
          <w:color w:val="000000"/>
          <w:u w:val="none"/>
        </w:rPr>
        <w:t xml:space="preserve"> [2MEW]</w:t>
      </w:r>
      <w:r>
        <w:rPr>
          <w:u w:val="none"/>
        </w:rPr>
        <w:t xml:space="preserve"> </w:t>
      </w:r>
      <w:r>
        <w:rPr>
          <w:u w:val="none"/>
          <w:shd w:val="clear" w:color="auto" w:fill="D9C3E6"/>
        </w:rPr>
        <w:t>does not know where he is going</w:t>
      </w:r>
      <w:r>
        <w:rPr>
          <w:b w:val="false"/>
          <w:i w:val="false"/>
          <w:color w:val="000000"/>
          <w:u w:val="none"/>
        </w:rPr>
        <w:t xml:space="preserve"> [2MEX]</w:t>
      </w:r>
      <w:r>
        <w:rPr>
          <w:u w:val="none"/>
          <w:shd w:val="clear" w:color="auto" w:fill="D9C3E6"/>
        </w:rPr>
        <w:t>.</w:t>
      </w:r>
    </w:p>
    <w:p>
      <w:pPr>
        <w:pStyle w:val="Yellow"/>
        <w:rPr/>
      </w:pPr>
      <w:r>
        <w:rPr>
          <w:b/>
        </w:rPr>
        <w:t>John 12:46</w:t>
      </w:r>
      <w:r>
        <w:rPr/>
        <w:t xml:space="preserve"> — </w:t>
      </w:r>
      <w:r>
        <w:rPr>
          <w:shd w:val="clear" w:fill="B7DDE8"/>
        </w:rPr>
        <w:t>I have come into the world as a light</w:t>
      </w:r>
      <w:r>
        <w:rPr>
          <w:b w:val="false"/>
          <w:i w:val="false"/>
          <w:color w:val="000000"/>
          <w:u w:val="none"/>
        </w:rPr>
        <w:t xml:space="preserve"> [2CYG]</w:t>
      </w:r>
      <w:r>
        <w:rPr/>
        <w:t xml:space="preserve">, </w:t>
      </w:r>
      <w:r>
        <w:rPr>
          <w:shd w:val="clear" w:fill="B7DDE8"/>
        </w:rPr>
        <w:t>so that no one who believes in Me should remain in darkness</w:t>
      </w:r>
      <w:r>
        <w:rPr>
          <w:b w:val="false"/>
          <w:i w:val="false"/>
          <w:color w:val="000000"/>
          <w:u w:val="none"/>
        </w:rPr>
        <w:t xml:space="preserve"> [1CYH]</w:t>
      </w:r>
      <w:r>
        <w:rPr/>
        <w:t>.</w:t>
      </w:r>
    </w:p>
    <w:p>
      <w:pPr>
        <w:pStyle w:val="Yellow"/>
        <w:rPr/>
      </w:pPr>
      <w:r>
        <w:rPr/>
        <w:t xml:space="preserve">(Jn18:1 Jesus’ “disciples”) </w:t>
      </w:r>
      <w:r>
        <w:rPr>
          <w:b/>
        </w:rPr>
        <w:t>John 17:14</w:t>
      </w:r>
      <w:r>
        <w:rPr/>
        <w:t xml:space="preserve"> — </w:t>
      </w:r>
      <w:r>
        <w:rPr>
          <w:shd w:val="clear" w:fill="B7DDE8"/>
        </w:rPr>
        <w:t>I have given {them} Your word</w:t>
      </w:r>
      <w:r>
        <w:rPr>
          <w:b w:val="false"/>
          <w:i w:val="false"/>
          <w:color w:val="000000"/>
          <w:u w:val="none"/>
        </w:rPr>
        <w:t xml:space="preserve"> [2UF]</w:t>
      </w:r>
      <w:r>
        <w:rPr/>
        <w:t xml:space="preserve"> and </w:t>
      </w:r>
      <w:r>
        <w:rPr>
          <w:shd w:val="clear" w:fill="B7DDE8"/>
        </w:rPr>
        <w:t>the world has hated them</w:t>
      </w:r>
      <w:r>
        <w:rPr>
          <w:b w:val="false"/>
          <w:i w:val="false"/>
          <w:u w:val="none"/>
          <w:color w:val="000000"/>
        </w:rPr>
        <w:t xml:space="preserve"> [1UG]</w:t>
      </w:r>
      <w:r>
        <w:rPr/>
        <w:t xml:space="preserve">. For </w:t>
      </w:r>
      <w:r>
        <w:rPr>
          <w:shd w:val="clear" w:fill="B7DDE8"/>
        </w:rPr>
        <w:t>they are not of the world, just as I am not of the world</w:t>
      </w:r>
      <w:r>
        <w:rPr>
          <w:b w:val="false"/>
          <w:i w:val="false"/>
          <w:color w:val="000000"/>
          <w:u w:val="none"/>
        </w:rPr>
        <w:t xml:space="preserve"> [2UH]</w:t>
      </w:r>
      <w:r>
        <w:rPr/>
        <w:t>.</w:t>
      </w:r>
    </w:p>
    <w:p>
      <w:pPr>
        <w:pStyle w:val="Yellow"/>
        <w:rPr/>
        <w:shd w:val="clear" w:color="auto" w:fill="E4DFEC"/>
        <w:pBdr>
          <w:left w:val="single" w:sz="28" w:space="5" w:color="7030A0"/>
        </w:pBdr>
      </w:pPr>
      <w:r>
        <w:rPr/>
        <w:t xml:space="preserve">(Jn18:1 Jesus’ “disciples”) </w:t>
      </w:r>
      <w:r>
        <w:rPr>
          <w:b/>
        </w:rPr>
        <w:t xml:space="preserve">John 17:16</w:t>
      </w:r>
      <w:r>
        <w:rPr/>
        <w:t xml:space="preserve"> — </w:t>
      </w:r>
      <w:r>
        <w:rPr>
          <w:shd w:fill="B7DDE8" w:val="clear"/>
        </w:rPr>
        <w:t xml:space="preserve">{They} are not of the world, just as I am not of the world</w:t>
      </w:r>
      <w:r>
        <w:rPr>
          <w:b w:val="false"/>
          <w:i w:val="false"/>
          <w:color w:val="000000"/>
          <w:u w:val="none"/>
        </w:rPr>
        <w:t xml:space="preserve"> [2UH]</w:t>
      </w:r>
      <w:r>
        <w:rPr/>
        <w:t xml:space="preserve">.</w:t>
      </w:r>
    </w:p>
    <w:p>
      <w:pPr>
        <w:pStyle w:val="Yellow"/>
        <w:rPr/>
      </w:pPr>
      <w:r>
        <w:rPr>
          <w:b/>
        </w:rPr>
        <w:t>Acts 26:17-18</w:t>
      </w:r>
      <w:r>
        <w:rPr/>
        <w:t xml:space="preserve"> —</w:t>
      </w:r>
      <w:r>
        <w:rPr>
          <w:shd w:val="clear" w:fill="B7DDE8"/>
        </w:rPr>
        <w:t>I am sending you to them</w:t>
      </w:r>
      <w:r>
        <w:rPr>
          <w:b w:val="false"/>
          <w:i w:val="false"/>
          <w:color w:val="000000"/>
          <w:u w:val="none"/>
        </w:rPr>
        <w:t xml:space="preserve"> [1CGA]</w:t>
      </w:r>
      <w:r>
        <w:rPr/>
        <w:t xml:space="preserve"> </w:t>
      </w:r>
      <w:r>
        <w:rPr>
          <w:shd w:val="clear" w:fill="B7DDE8"/>
        </w:rPr>
        <w:t>to open their eyes</w:t>
      </w:r>
      <w:r>
        <w:rPr>
          <w:b w:val="false"/>
          <w:i w:val="false"/>
          <w:color w:val="000000"/>
          <w:u w:val="none"/>
        </w:rPr>
        <w:t xml:space="preserve"> [1CGB]</w:t>
      </w:r>
      <w:r>
        <w:rPr/>
        <w:t xml:space="preserve">, so </w:t>
      </w:r>
      <w:r>
        <w:rPr>
          <w:shd w:val="clear" w:fill="B7DDE8"/>
        </w:rPr>
        <w:t>that they may turn from darkness to light</w:t>
      </w:r>
      <w:r>
        <w:rPr>
          <w:b w:val="false"/>
          <w:i w:val="false"/>
          <w:color w:val="000000"/>
          <w:u w:val="none"/>
        </w:rPr>
        <w:t xml:space="preserve"> [1CGC]</w:t>
      </w:r>
      <w:r>
        <w:rPr/>
        <w:t xml:space="preserve"> and </w:t>
      </w:r>
      <w:r>
        <w:rPr>
          <w:shd w:val="clear" w:fill="B7DDE8"/>
        </w:rPr>
        <w:t>from the power of Satan to God</w:t>
      </w:r>
      <w:r>
        <w:rPr>
          <w:b w:val="false"/>
          <w:i w:val="false"/>
          <w:color w:val="000000"/>
          <w:u w:val="none"/>
        </w:rPr>
        <w:t xml:space="preserve"> [1CGD]</w:t>
      </w:r>
      <w:r>
        <w:rPr/>
        <w:t xml:space="preserve">, </w:t>
      </w:r>
      <w:r>
        <w:rPr>
          <w:shd w:val="clear" w:fill="B7DDE8"/>
        </w:rPr>
        <w:t>that they may receive forgiveness of sins</w:t>
      </w:r>
      <w:r>
        <w:rPr>
          <w:b w:val="false"/>
          <w:i w:val="false"/>
          <w:color w:val="000000"/>
          <w:u w:val="none"/>
        </w:rPr>
        <w:t xml:space="preserve"> [1CGE]</w:t>
      </w:r>
      <w:r>
        <w:rPr/>
        <w:t xml:space="preserve"> and </w:t>
      </w:r>
      <w:r>
        <w:rPr>
          <w:shd w:val="clear" w:fill="B7DDE8"/>
        </w:rPr>
        <w:t>an inheritance among those sanctified</w:t>
      </w:r>
      <w:r>
        <w:rPr>
          <w:b w:val="false"/>
          <w:i w:val="false"/>
          <w:color w:val="000000"/>
          <w:u w:val="none"/>
        </w:rPr>
        <w:t xml:space="preserve"> [1CGF]</w:t>
      </w:r>
      <w:r>
        <w:rPr/>
        <w:t xml:space="preserve"> </w:t>
      </w:r>
      <w:r>
        <w:rPr>
          <w:shd w:val="clear" w:fill="B7DDE8"/>
        </w:rPr>
        <w:t>by faith in Me</w:t>
      </w:r>
      <w:r>
        <w:rPr>
          <w:b w:val="false"/>
          <w:i w:val="false"/>
          <w:color w:val="000000"/>
          <w:u w:val="none"/>
        </w:rPr>
        <w:t xml:space="preserve"> [1CGG]</w:t>
      </w:r>
      <w:r>
        <w:rPr/>
        <w:t>.’</w:t>
      </w:r>
    </w:p>
    <w:p>
      <w:pPr>
        <w:pStyle w:val="Yellow"/>
        <w:rPr/>
      </w:pPr>
      <w:r>
        <w:rPr>
          <w:b/>
        </w:rPr>
        <w:t>Romans 6:22</w:t>
      </w:r>
      <w:r>
        <w:rPr/>
        <w:t xml:space="preserve"> — But now that </w:t>
      </w:r>
      <w:r>
        <w:rPr>
          <w:shd w:val="clear" w:fill="B7DDE8"/>
        </w:rPr>
        <w:t>you have been set free from sin</w:t>
      </w:r>
      <w:r>
        <w:rPr>
          <w:b w:val="false"/>
          <w:i w:val="false"/>
          <w:color w:val="000000"/>
          <w:u w:val="none"/>
        </w:rPr>
        <w:t xml:space="preserve"> [2CKE]</w:t>
      </w:r>
      <w:r>
        <w:rPr/>
        <w:t xml:space="preserve"> and </w:t>
      </w:r>
      <w:r>
        <w:rPr>
          <w:shd w:val="clear" w:fill="B7DDE8"/>
        </w:rPr>
        <w:t>have become slaves to God</w:t>
      </w:r>
      <w:r>
        <w:rPr>
          <w:b w:val="false"/>
          <w:i w:val="false"/>
          <w:color w:val="000000"/>
          <w:u w:val="none"/>
        </w:rPr>
        <w:t xml:space="preserve"> [1CKF]</w:t>
      </w:r>
      <w:r>
        <w:rPr/>
        <w:t xml:space="preserve">, </w:t>
      </w:r>
      <w:r>
        <w:rPr>
          <w:shd w:val="clear" w:fill="B7DDE8"/>
        </w:rPr>
        <w:t>the fruit you reap leads to holiness</w:t>
      </w:r>
      <w:r>
        <w:rPr>
          <w:b w:val="false"/>
          <w:i w:val="false"/>
          <w:color w:val="000000"/>
          <w:u w:val="none"/>
        </w:rPr>
        <w:t xml:space="preserve"> [1CKG]</w:t>
      </w:r>
      <w:r>
        <w:rPr/>
        <w:t xml:space="preserve">, and </w:t>
      </w:r>
      <w:r>
        <w:rPr>
          <w:shd w:val="clear" w:fill="B7DDE8"/>
        </w:rPr>
        <w:t>the outcome is eternal life</w:t>
      </w:r>
      <w:r>
        <w:rPr>
          <w:b w:val="false"/>
          <w:i w:val="false"/>
          <w:color w:val="000000"/>
          <w:u w:val="none"/>
        </w:rPr>
        <w:t xml:space="preserve"> [1CKH]</w:t>
      </w:r>
      <w:r>
        <w:rPr/>
        <w:t>.</w:t>
      </w:r>
    </w:p>
    <w:p>
      <w:pPr>
        <w:pStyle w:val="Yellow"/>
        <w:rPr/>
      </w:pPr>
      <w:r>
        <w:rPr/>
        <w:t xml:space="preserve">(Re22:16 Jesus: “I am the Root”) </w:t>
      </w:r>
      <w:r>
        <w:rPr>
          <w:b/>
        </w:rPr>
        <w:t>Romans 11:16</w:t>
      </w:r>
      <w:r>
        <w:rPr/>
        <w:t xml:space="preserve"> — </w:t>
      </w:r>
      <w:r>
        <w:rPr>
          <w:shd w:val="clear" w:fill="B7DDE8"/>
        </w:rPr>
        <w:t>If the first part of the dough is holy, so is the whole batch</w:t>
      </w:r>
      <w:r>
        <w:rPr>
          <w:b w:val="false"/>
          <w:i w:val="false"/>
          <w:color w:val="000000"/>
          <w:u w:val="none"/>
        </w:rPr>
        <w:t xml:space="preserve"> [1FNE]</w:t>
      </w:r>
      <w:r>
        <w:rPr/>
        <w:t xml:space="preserve">; </w:t>
      </w:r>
      <w:r>
        <w:rPr>
          <w:shd w:val="clear" w:fill="B7DDE8"/>
        </w:rPr>
        <w:t>if the {root} is holy, so are the branches</w:t>
      </w:r>
      <w:r>
        <w:rPr>
          <w:b w:val="false"/>
          <w:i w:val="false"/>
          <w:color w:val="000000"/>
          <w:u w:val="none"/>
        </w:rPr>
        <w:t xml:space="preserve"> [1FNE]</w:t>
      </w:r>
      <w:r>
        <w:rPr/>
        <w:t>.</w:t>
      </w:r>
    </w:p>
    <w:p>
      <w:pPr>
        <w:pStyle w:val="Yellow"/>
        <w:rPr/>
      </w:pPr>
      <w:r>
        <w:rPr>
          <w:b/>
        </w:rPr>
        <w:t xml:space="preserve">1 Corinthians 3:17</w:t>
      </w:r>
      <w:r>
        <w:rPr/>
        <w:t xml:space="preserve"> — </w:t>
      </w:r>
      <w:r>
        <w:rPr>
          <w:shd w:fill="B7DDE8" w:val="clear"/>
        </w:rPr>
        <w:t xml:space="preserve">If anyone destroys God’s temple, God will destroy him</w:t>
      </w:r>
      <w:r>
        <w:rPr>
          <w:b w:val="false"/>
          <w:i w:val="false"/>
          <w:color w:val="000000"/>
          <w:u w:val="none"/>
        </w:rPr>
        <w:t xml:space="preserve"> [1JXC]</w:t>
      </w:r>
      <w:r>
        <w:rPr>
          <w:shd w:val="clear" w:color="auto" w:fill="548235"/>
          <w:color w:val="FFFFFF"/>
        </w:rPr>
        <w:t xml:space="preserve">; for </w:t>
      </w:r>
      <w:r>
        <w:rPr>
          <w:shd w:fill="548235" w:val="clear" w:color="auto"/>
          <w:color w:val="FFFFFF"/>
        </w:rPr>
        <w:t xml:space="preserve">God’s temple is holy</w:t>
      </w:r>
      <w:r>
        <w:rPr>
          <w:b w:val="false"/>
          <w:i w:val="false"/>
          <w:color w:val="FFFFFF"/>
          <w:u w:val="none"/>
          <w:shd w:val="clear" w:color="auto" w:fill="548235"/>
        </w:rPr>
        <w:t xml:space="preserve"> [1JXD]</w:t>
      </w:r>
      <w:r>
        <w:rPr>
          <w:shd w:val="clear" w:color="auto" w:fill="548235"/>
          <w:color w:val="FFFFFF"/>
        </w:rPr>
        <w:t xml:space="preserve">, and </w:t>
      </w:r>
      <w:r>
        <w:rPr>
          <w:shd w:fill="548235" w:val="clear" w:color="auto"/>
          <w:color w:val="FFFFFF"/>
        </w:rPr>
        <w:t xml:space="preserve">you are that temple</w:t>
      </w:r>
      <w:r>
        <w:rPr>
          <w:b w:val="false"/>
          <w:i w:val="false"/>
          <w:color w:val="FFFFFF"/>
          <w:u w:val="none"/>
          <w:shd w:val="clear" w:color="auto" w:fill="548235"/>
        </w:rPr>
        <w:t xml:space="preserve"> [3JXE]</w:t>
      </w:r>
      <w:r>
        <w:rPr>
          <w:shd w:val="clear" w:color="auto" w:fill="548235"/>
          <w:color w:val="FFFFFF"/>
        </w:rPr>
        <w:t xml:space="preserve">.</w:t>
      </w:r>
    </w:p>
    <w:p>
      <w:pPr>
        <w:pStyle w:val="Yellow"/>
        <w:rPr/>
      </w:pPr>
      <w:r>
        <w:rPr>
          <w:b/>
        </w:rPr>
        <w:t>Ephesians 5:8-9</w:t>
      </w:r>
      <w:r>
        <w:rPr/>
        <w:t xml:space="preserve"> — For </w:t>
      </w:r>
      <w:r>
        <w:rPr>
          <w:shd w:val="clear" w:fill="B7DDE8"/>
        </w:rPr>
        <w:t>you were once darkness</w:t>
      </w:r>
      <w:r>
        <w:rPr>
          <w:b w:val="false"/>
          <w:i w:val="false"/>
          <w:color w:val="000000"/>
          <w:u w:val="none"/>
        </w:rPr>
        <w:t xml:space="preserve"> [1PW]</w:t>
      </w:r>
      <w:r>
        <w:rPr/>
        <w:t xml:space="preserve">, but </w:t>
      </w:r>
      <w:r>
        <w:rPr>
          <w:shd w:val="clear" w:fill="B7DDE8"/>
        </w:rPr>
        <w:t>now you are light in the Lord</w:t>
      </w:r>
      <w:r>
        <w:rPr>
          <w:b w:val="false"/>
          <w:i w:val="false"/>
          <w:color w:val="000000"/>
          <w:u w:val="none"/>
        </w:rPr>
        <w:t xml:space="preserve"> [1PX]</w:t>
      </w:r>
      <w:r>
        <w:rPr/>
        <w:t xml:space="preserve">. </w:t>
      </w:r>
      <w:r>
        <w:rPr>
          <w:shd w:val="clear" w:fill="B7DDE8"/>
        </w:rPr>
        <w:t>Walk as children of light</w:t>
      </w:r>
      <w:r>
        <w:rPr>
          <w:b w:val="false"/>
          <w:i w:val="false"/>
          <w:color w:val="000000"/>
          <w:u w:val="none"/>
        </w:rPr>
        <w:t xml:space="preserve"> [1PY]</w:t>
      </w:r>
      <w:r>
        <w:rPr/>
        <w:t xml:space="preserve">, for </w:t>
      </w:r>
      <w:r>
        <w:rPr>
          <w:shd w:val="clear" w:fill="B7DDE8"/>
        </w:rPr>
        <w:t>the fruit of the light consists in all goodness, righteousness, and truth</w:t>
      </w:r>
      <w:r>
        <w:rPr>
          <w:b w:val="false"/>
          <w:i w:val="false"/>
          <w:color w:val="000000"/>
          <w:u w:val="none"/>
        </w:rPr>
        <w:t xml:space="preserve"> [1PZ]</w:t>
      </w:r>
      <w:r>
        <w:rPr/>
        <w:t>.</w:t>
      </w:r>
    </w:p>
    <w:p>
      <w:pPr>
        <w:pStyle w:val="Yellow"/>
        <w:rPr/>
      </w:pPr>
      <w:r>
        <w:rPr>
          <w:b/>
          <w:u w:val="none"/>
        </w:rPr>
        <w:t>Ephesians 5:25–27</w:t>
      </w:r>
      <w:r>
        <w:rPr>
          <w:u w:val="none"/>
        </w:rPr>
        <w:t xml:space="preserve"> — </w:t>
      </w:r>
      <w:r>
        <w:rPr>
          <w:u w:val="none"/>
          <w:shd w:fill="B7DDE8" w:val="clear"/>
        </w:rPr>
        <w:t>Christ loved the church</w:t>
      </w:r>
      <w:r>
        <w:rPr>
          <w:b w:val="false"/>
          <w:i w:val="false"/>
          <w:u w:val="none"/>
          <w:color w:val="000000"/>
        </w:rPr>
        <w:t xml:space="preserve"> [1BAE]</w:t>
      </w:r>
      <w:r>
        <w:rPr>
          <w:u w:val="none"/>
        </w:rPr>
        <w:t xml:space="preserve"> and </w:t>
      </w:r>
      <w:r>
        <w:rPr>
          <w:u w:val="none"/>
          <w:shd w:fill="B7DDE8" w:val="clear"/>
        </w:rPr>
        <w:t>gave Himself up for her</w:t>
      </w:r>
      <w:r>
        <w:rPr>
          <w:b w:val="false"/>
          <w:i w:val="false"/>
          <w:color w:val="000000"/>
          <w:u w:val="none"/>
        </w:rPr>
        <w:t xml:space="preserve"> [1BAF]</w:t>
      </w:r>
      <w:r>
        <w:rPr>
          <w:u w:val="none"/>
        </w:rPr>
        <w:t xml:space="preserve"> </w:t>
      </w:r>
      <w:r>
        <w:rPr>
          <w:u w:val="none"/>
          <w:shd w:fill="B7DDE8" w:val="clear"/>
        </w:rPr>
        <w:t>to sanctify her</w:t>
      </w:r>
      <w:r>
        <w:rPr>
          <w:b w:val="false"/>
          <w:i w:val="false"/>
          <w:color w:val="000000"/>
          <w:u w:val="none"/>
        </w:rPr>
        <w:t xml:space="preserve"> [1BAG]</w:t>
      </w:r>
      <w:r>
        <w:rPr>
          <w:u w:val="none"/>
        </w:rPr>
        <w:t xml:space="preserve">, </w:t>
      </w:r>
      <w:r>
        <w:rPr>
          <w:u w:val="none"/>
          <w:shd w:fill="B7DDE8" w:val="clear"/>
        </w:rPr>
        <w:t>cleansing her by the washing with water through the word</w:t>
      </w:r>
      <w:r>
        <w:rPr>
          <w:b w:val="false"/>
          <w:i w:val="false"/>
          <w:color w:val="000000"/>
          <w:u w:val="none"/>
        </w:rPr>
        <w:t xml:space="preserve"> [1BAH]</w:t>
      </w:r>
      <w:r>
        <w:rPr>
          <w:u w:val="none"/>
        </w:rPr>
        <w:t xml:space="preserve">, and </w:t>
      </w:r>
      <w:r>
        <w:rPr>
          <w:u w:val="none"/>
          <w:shd w:fill="B7DDE8" w:val="clear"/>
        </w:rPr>
        <w:t>to present her to Himself as a glorious church</w:t>
      </w:r>
      <w:r>
        <w:rPr>
          <w:b w:val="false"/>
          <w:i w:val="false"/>
          <w:color w:val="000000"/>
          <w:u w:val="none"/>
        </w:rPr>
        <w:t xml:space="preserve"> [1BAI]</w:t>
      </w:r>
      <w:r>
        <w:rPr>
          <w:u w:val="none"/>
          <w:shd w:val="clear" w:color="auto" w:fill="548235"/>
          <w:color w:val="FFFFFF"/>
        </w:rPr>
        <w:t xml:space="preserve">, </w:t>
      </w:r>
      <w:r>
        <w:rPr>
          <w:u w:val="none"/>
          <w:shd w:fill="548235" w:val="clear" w:color="auto"/>
          <w:color w:val="FFFFFF"/>
        </w:rPr>
        <w:t>without stain or wrinkle or any such blemish, but holy and blameless</w:t>
      </w:r>
      <w:r>
        <w:rPr>
          <w:b w:val="false"/>
          <w:i w:val="false"/>
          <w:color w:val="FFFFFF"/>
          <w:u w:val="none"/>
          <w:shd w:val="clear" w:color="auto" w:fill="548235"/>
        </w:rPr>
        <w:t xml:space="preserve"> [1BAJ]</w:t>
      </w:r>
      <w:r>
        <w:rPr>
          <w:u w:val="none"/>
          <w:shd w:val="clear" w:color="auto" w:fill="548235"/>
          <w:color w:val="FFFFFF"/>
        </w:rPr>
        <w:t>.</w:t>
      </w:r>
    </w:p>
    <w:p>
      <w:pPr>
        <w:pStyle w:val="Yellow"/>
        <w:rPr/>
      </w:pPr>
      <w:r>
        <w:rPr>
          <w:b/>
        </w:rPr>
        <w:t>Philippians 2:14–15</w:t>
      </w:r>
      <w:r>
        <w:rPr/>
        <w:t xml:space="preserve"> — </w:t>
      </w:r>
      <w:r>
        <w:rPr>
          <w:shd w:val="clear" w:fill="B7DDE8"/>
        </w:rPr>
        <w:t>Do everything without complaining or arguing</w:t>
      </w:r>
      <w:r>
        <w:rPr>
          <w:b w:val="false"/>
          <w:i w:val="false"/>
          <w:color w:val="000000"/>
          <w:u w:val="none"/>
        </w:rPr>
        <w:t xml:space="preserve"> [1FKS]</w:t>
      </w:r>
      <w:r>
        <w:rPr/>
        <w:t xml:space="preserve">, </w:t>
      </w:r>
      <w:r>
        <w:rPr>
          <w:shd w:val="clear" w:fill="B7DDE8"/>
        </w:rPr>
        <w:t>so that you may be blameless and pure, children of God without fault in a crooked and perverse generation</w:t>
      </w:r>
      <w:r>
        <w:rPr>
          <w:b w:val="false"/>
          <w:i w:val="false"/>
          <w:color w:val="000000"/>
          <w:u w:val="none"/>
        </w:rPr>
        <w:t xml:space="preserve"> [1FKT]</w:t>
      </w:r>
      <w:r>
        <w:rPr/>
        <w:t xml:space="preserve">, in which </w:t>
      </w:r>
      <w:r>
        <w:rPr>
          <w:shd w:val="clear" w:fill="B7DDE8"/>
        </w:rPr>
        <w:t>you shine as lights in the world</w:t>
      </w:r>
      <w:r>
        <w:rPr>
          <w:b w:val="false"/>
          <w:i w:val="false"/>
          <w:color w:val="000000"/>
          <w:u w:val="none"/>
        </w:rPr>
        <w:t xml:space="preserve"> [1FKU]</w:t>
      </w:r>
    </w:p>
    <w:p>
      <w:pPr>
        <w:pStyle w:val="Yellow"/>
        <w:rPr/>
      </w:pPr>
      <w:r>
        <w:rPr>
          <w:b/>
        </w:rPr>
        <w:t>1 Thessalonians 4:7-8</w:t>
      </w:r>
      <w:r>
        <w:t xml:space="preserve"> — For </w:t>
      </w:r>
      <w:r>
        <w:rPr>
          <w:shd w:fill="B7DDE8" w:val="clear"/>
        </w:rPr>
        <w:t>God has not called us to impurity</w:t>
      </w:r>
      <w:r>
        <w:rPr>
          <w:b w:val="false"/>
          <w:i w:val="false"/>
          <w:color w:val="000000"/>
          <w:u w:val="none"/>
        </w:rPr>
        <w:t xml:space="preserve"> [1BLJ]</w:t>
      </w:r>
      <w:r>
        <w:t xml:space="preserve">, </w:t>
      </w:r>
      <w:r>
        <w:rPr>
          <w:shd w:fill="B7DDE8" w:val="clear"/>
        </w:rPr>
        <w:t>but to holiness</w:t>
      </w:r>
      <w:r>
        <w:rPr>
          <w:b w:val="false"/>
          <w:i w:val="false"/>
          <w:color w:val="000000"/>
          <w:u w:val="none"/>
        </w:rPr>
        <w:t xml:space="preserve"> [1BLK]</w:t>
      </w:r>
      <w:r>
        <w:t xml:space="preserve">. Anyone, then, </w:t>
      </w:r>
      <w:r>
        <w:rPr>
          <w:shd w:fill="B7DDE8" w:val="clear"/>
        </w:rPr>
        <w:t>who rejects this command does not reject man but God</w:t>
      </w:r>
      <w:r>
        <w:rPr>
          <w:b w:val="false"/>
          <w:i w:val="false"/>
          <w:u w:val="none"/>
          <w:color w:val="000000"/>
        </w:rPr>
        <w:t xml:space="preserve"> [1BLL]</w:t>
      </w:r>
      <w:r>
        <w:rPr>
          <w:shd w:fill="B7DDE8" w:val="clear"/>
        </w:rPr>
        <w:t>, the very One who gives you His Holy Spirit</w:t>
      </w:r>
      <w:r>
        <w:rPr>
          <w:b w:val="false"/>
          <w:i w:val="false"/>
          <w:u w:val="none"/>
          <w:color w:val="000000"/>
        </w:rPr>
        <w:t xml:space="preserve"> [1BLM]</w:t>
      </w:r>
      <w:r>
        <w:t>.</w:t>
      </w:r>
    </w:p>
    <w:p>
      <w:pPr>
        <w:pStyle w:val="Yellow"/>
        <w:rPr/>
      </w:pPr>
      <w:r>
        <w:rPr>
          <w:b/>
          <w:u w:val="none"/>
        </w:rPr>
        <w:t>1 Thessalonians 5:23-24</w:t>
      </w:r>
      <w:r>
        <w:rPr>
          <w:u w:val="none"/>
        </w:rPr>
        <w:t xml:space="preserve"> — Now </w:t>
      </w:r>
      <w:r>
        <w:rPr>
          <w:u w:val="none"/>
          <w:shd w:fill="B7DDE8" w:val="clear"/>
        </w:rPr>
        <w:t xml:space="preserve">may the </w:t>
      </w:r>
      <w:r>
        <w:rPr>
          <w:u w:val="none"/>
          <w:shd w:fill="B7DDE8" w:val="clear"/>
        </w:rPr>
        <w:t>God of peace Himself sanctify you completely</w:t>
      </w:r>
      <w:r>
        <w:rPr>
          <w:b w:val="false"/>
          <w:i w:val="false"/>
          <w:color w:val="000000"/>
          <w:u w:val="none"/>
        </w:rPr>
        <w:t xml:space="preserve"> [1GU]</w:t>
      </w:r>
      <w:r>
        <w:rPr>
          <w:u w:val="none"/>
        </w:rPr>
        <w:t xml:space="preserve">, and </w:t>
      </w:r>
      <w:r>
        <w:rPr>
          <w:u w:val="none"/>
          <w:shd w:fill="B7DDE8" w:val="clear"/>
        </w:rPr>
        <w:t>may your entire spirit, soul, and body be kept blameless at the coming of our Lord Jesus Christ</w:t>
      </w:r>
      <w:r>
        <w:rPr>
          <w:b w:val="false"/>
          <w:i w:val="false"/>
          <w:color w:val="000000"/>
          <w:u w:val="none"/>
        </w:rPr>
        <w:t xml:space="preserve"> [1GV]</w:t>
      </w:r>
      <w:r>
        <w:rPr>
          <w:u w:val="none"/>
        </w:rPr>
        <w:t xml:space="preserve">.  </w:t>
      </w:r>
      <w:r>
        <w:rPr>
          <w:u w:val="none"/>
        </w:rPr>
        <w:t>The One who calls you is faithful</w:t>
      </w:r>
      <w:r>
        <w:rPr>
          <w:b w:val="false"/>
          <w:i w:val="false"/>
          <w:u w:val="none"/>
          <w:color w:val="000000"/>
        </w:rPr>
        <w:t xml:space="preserve"> [11GW]</w:t>
      </w:r>
      <w:r>
        <w:rPr>
          <w:u w:val="none"/>
        </w:rPr>
        <w:t xml:space="preserve">, and </w:t>
      </w:r>
      <w:r>
        <w:rPr>
          <w:u w:val="none"/>
        </w:rPr>
        <w:t>He will do it</w:t>
      </w:r>
      <w:r>
        <w:rPr>
          <w:b w:val="false"/>
          <w:i w:val="false"/>
          <w:u w:val="none"/>
          <w:color w:val="000000"/>
        </w:rPr>
        <w:t xml:space="preserve"> [3GX]</w:t>
      </w:r>
      <w:r>
        <w:rPr>
          <w:u w:val="none"/>
        </w:rPr>
        <w:t>.</w:t>
      </w:r>
    </w:p>
    <w:p>
      <w:pPr>
        <w:pStyle w:val="Yellow"/>
        <w:rPr/>
      </w:pPr>
      <w:r>
        <w:rPr>
          <w:b/>
          <w:shd w:val="clear" w:color="auto" w:fill="548235"/>
          <w:color w:val="FFFFFF"/>
        </w:rPr>
        <w:t>1 Timothy 4:4–5</w:t>
      </w:r>
      <w:r>
        <w:rPr>
          <w:shd w:val="clear" w:color="auto" w:fill="548235"/>
          <w:color w:val="FFFFFF"/>
        </w:rPr>
        <w:t xml:space="preserve"> — For </w:t>
      </w:r>
      <w:r>
        <w:rPr>
          <w:shd w:val="clear" w:fill="548235" w:color="auto"/>
          <w:color w:val="FFFFFF"/>
        </w:rPr>
        <w:t>every creation of God is good</w:t>
      </w:r>
      <w:r>
        <w:rPr>
          <w:b w:val="false"/>
          <w:i w:val="false"/>
          <w:color w:val="FFFFFF"/>
          <w:u w:val="none"/>
          <w:shd w:val="clear" w:color="auto" w:fill="548235"/>
        </w:rPr>
        <w:t xml:space="preserve"> [1SR]</w:t>
      </w:r>
      <w:r>
        <w:rPr>
          <w:shd w:val="clear" w:color="auto" w:fill="548235"/>
          <w:color w:val="FFFFFF"/>
        </w:rPr>
        <w:t xml:space="preserve">, and </w:t>
      </w:r>
      <w:r>
        <w:rPr>
          <w:shd w:val="clear" w:fill="548235" w:color="auto"/>
          <w:color w:val="FFFFFF"/>
        </w:rPr>
        <w:t>nothing that is received with thanksgiving should be rejected</w:t>
      </w:r>
      <w:r>
        <w:rPr>
          <w:b w:val="false"/>
          <w:i w:val="false"/>
          <w:color w:val="FFFFFF"/>
          <w:u w:val="none"/>
          <w:shd w:val="clear" w:color="auto" w:fill="548235"/>
        </w:rPr>
        <w:t xml:space="preserve"> [1SS]</w:t>
      </w:r>
      <w:r>
        <w:rPr>
          <w:shd w:val="clear" w:color="auto" w:fill="548235"/>
          <w:color w:val="FFFFFF"/>
        </w:rPr>
        <w:t xml:space="preserve">, because </w:t>
      </w:r>
      <w:r>
        <w:rPr>
          <w:shd w:val="clear" w:fill="548235" w:color="auto"/>
          <w:color w:val="FFFFFF"/>
        </w:rPr>
        <w:t>it is sanctified by the word of God and prayer</w:t>
      </w:r>
      <w:r>
        <w:rPr>
          <w:b w:val="false"/>
          <w:i w:val="false"/>
          <w:color w:val="FFFFFF"/>
          <w:u w:val="none"/>
          <w:shd w:val="clear" w:color="auto" w:fill="548235"/>
        </w:rPr>
        <w:t xml:space="preserve"> [1ST]</w:t>
      </w:r>
      <w:r>
        <w:rPr>
          <w:shd w:val="clear" w:color="auto" w:fill="548235"/>
          <w:color w:val="FFFFFF"/>
        </w:rPr>
        <w:t>.</w:t>
      </w:r>
    </w:p>
    <w:p>
      <w:pPr>
        <w:pStyle w:val="Yellow"/>
        <w:rPr/>
      </w:pPr>
      <w:r>
        <w:rPr>
          <w:b/>
        </w:rPr>
        <w:t>1 Timothy 4:8</w:t>
      </w:r>
      <w:r>
        <w:rPr/>
        <w:t xml:space="preserve"> — For </w:t>
      </w:r>
      <w:r>
        <w:rPr>
          <w:shd w:fill="B7DDE8" w:val="clear"/>
        </w:rPr>
        <w:t>physical exercise is of limited value</w:t>
      </w:r>
      <w:r>
        <w:rPr>
          <w:b w:val="false"/>
          <w:i w:val="false"/>
          <w:color w:val="000000"/>
          <w:u w:val="none"/>
        </w:rPr>
        <w:t xml:space="preserve"> [1ACX]</w:t>
      </w:r>
      <w:r>
        <w:rPr/>
        <w:t xml:space="preserve">, but </w:t>
      </w:r>
      <w:r>
        <w:rPr>
          <w:shd w:fill="B7DDE8" w:val="clear"/>
        </w:rPr>
        <w:t>godliness is valuable in every way</w:t>
      </w:r>
      <w:r>
        <w:rPr>
          <w:b w:val="false"/>
          <w:i w:val="false"/>
          <w:color w:val="000000"/>
          <w:u w:val="none"/>
        </w:rPr>
        <w:t xml:space="preserve"> [1ACY]</w:t>
      </w:r>
      <w:r>
        <w:rPr/>
        <w:t xml:space="preserve">, </w:t>
      </w:r>
      <w:r>
        <w:rPr>
          <w:shd w:fill="B7DDE8" w:val="clear"/>
        </w:rPr>
        <w:t xml:space="preserve">holding </w:t>
      </w:r>
      <w:r>
        <w:rPr>
          <w:shd w:fill="B7DDE8" w:val="clear"/>
        </w:rPr>
        <w:t>promise</w:t>
      </w:r>
      <w:r>
        <w:rPr>
          <w:shd w:fill="B7DDE8" w:val="clear"/>
        </w:rPr>
        <w:t xml:space="preserve"> for the present </w:t>
      </w:r>
      <w:r>
        <w:rPr>
          <w:shd w:fill="B7DDE8" w:val="clear"/>
        </w:rPr>
        <w:t>life</w:t>
      </w:r>
      <w:r>
        <w:rPr>
          <w:shd w:fill="B7DDE8" w:val="clear"/>
        </w:rPr>
        <w:t xml:space="preserve"> and for the one to come</w:t>
      </w:r>
      <w:r>
        <w:rPr>
          <w:b w:val="false"/>
          <w:i w:val="false"/>
          <w:color w:val="000000"/>
          <w:u w:val="none"/>
        </w:rPr>
        <w:t xml:space="preserve"> [1ACZ]</w:t>
      </w:r>
      <w:r>
        <w:rPr/>
        <w:t>.</w:t>
      </w:r>
    </w:p>
    <w:p>
      <w:pPr>
        <w:pStyle w:val="Yellow"/>
        <w:rPr/>
      </w:pPr>
      <w:r>
        <w:rPr>
          <w:b/>
        </w:rPr>
        <w:t xml:space="preserve">1 Timothy 6:6</w:t>
      </w:r>
      <w:r>
        <w:rPr/>
        <w:t xml:space="preserve"> — Of course, </w:t>
      </w:r>
      <w:r>
        <w:rPr>
          <w:shd w:fill="B7DDE8" w:val="clear"/>
        </w:rPr>
        <w:t xml:space="preserve">godliness with contentment is great gain</w:t>
      </w:r>
      <w:r>
        <w:rPr>
          <w:b w:val="false"/>
          <w:i w:val="false"/>
          <w:color w:val="000000"/>
          <w:u w:val="none"/>
        </w:rPr>
        <w:t xml:space="preserve"> [1LSI]</w:t>
      </w:r>
      <w:r>
        <w:rPr/>
        <w:t xml:space="preserve">.</w:t>
      </w:r>
    </w:p>
    <w:p>
      <w:pPr>
        <w:pStyle w:val="Yellow"/>
        <w:rPr/>
      </w:pPr>
      <w:r>
        <w:rPr>
          <w:b/>
        </w:rPr>
        <w:t xml:space="preserve">Hebrews 10:28–29</w:t>
      </w:r>
      <w:r>
        <w:rPr/>
        <w:t xml:space="preserve"> — </w:t>
      </w:r>
      <w:r>
        <w:rPr>
          <w:shd w:fill="B7DDE8" w:val="clear"/>
        </w:rPr>
        <w:t xml:space="preserve">Anyone who rejected the law of Moses died without mercy on the testimony of two or three witnesses</w:t>
      </w:r>
      <w:r>
        <w:rPr>
          <w:b w:val="false"/>
          <w:i w:val="false"/>
          <w:color w:val="000000"/>
          <w:u w:val="none"/>
        </w:rPr>
        <w:t xml:space="preserve"> [1IMB]</w:t>
      </w:r>
      <w:r>
        <w:rPr/>
        <w:t xml:space="preserve">. </w:t>
      </w:r>
      <w:r>
        <w:rPr>
          <w:shd w:fill="B7DDE8" w:val="clear"/>
        </w:rPr>
        <w:t xml:space="preserve">How much more severely do you think one deserves to be punished who has trampled on the Son of God, profaned the blood of the covenant that sanctified him, and insulted the Spirit of grace?</w:t>
      </w:r>
      <w:r>
        <w:rPr>
          <w:b w:val="false"/>
          <w:i w:val="false"/>
          <w:color w:val="000000"/>
          <w:u w:val="none"/>
        </w:rPr>
        <w:t xml:space="preserve"> [1IMC]</w:t>
      </w:r>
    </w:p>
    <w:p>
      <w:pPr>
        <w:pStyle w:val="Yellow"/>
        <w:rPr/>
      </w:pPr>
      <w:r>
        <w:rPr>
          <w:b/>
        </w:rPr>
        <w:t xml:space="preserve">Hebrews 12:10</w:t>
      </w:r>
      <w:r>
        <w:rPr/>
        <w:t xml:space="preserve"> — </w:t>
      </w:r>
      <w:r>
        <w:rPr>
          <w:shd w:fill="B7DDE8" w:val="clear"/>
        </w:rPr>
        <w:t xml:space="preserve">God disciplines us for our good</w:t>
      </w:r>
      <w:r>
        <w:rPr>
          <w:b w:val="false"/>
          <w:i w:val="false"/>
          <w:color w:val="000000"/>
          <w:u w:val="none"/>
        </w:rPr>
        <w:t xml:space="preserve"> [1GZL]</w:t>
      </w:r>
      <w:r>
        <w:rPr/>
        <w:t xml:space="preserve">, </w:t>
      </w:r>
      <w:r>
        <w:rPr>
          <w:shd w:fill="B7DDE8" w:val="clear"/>
        </w:rPr>
        <w:t xml:space="preserve">so that we may share in His holiness</w:t>
      </w:r>
      <w:r>
        <w:rPr>
          <w:b w:val="false"/>
          <w:i w:val="false"/>
          <w:color w:val="000000"/>
          <w:u w:val="none"/>
        </w:rPr>
        <w:t xml:space="preserve"> [1GZM]</w:t>
      </w:r>
      <w:r>
        <w:rPr/>
        <w:t xml:space="preserve">.</w:t>
      </w:r>
    </w:p>
    <w:p>
      <w:pPr>
        <w:pStyle w:val="Yellow"/>
        <w:rPr/>
      </w:pPr>
      <w:r>
        <w:rPr>
          <w:b/>
        </w:rPr>
        <w:t>Hebrews 12:14</w:t>
      </w:r>
      <w:r>
        <w:rPr/>
        <w:t xml:space="preserve"> — </w:t>
      </w:r>
      <w:r>
        <w:rPr>
          <w:shd w:val="clear" w:fill="B7DDE8"/>
        </w:rPr>
        <w:t>Pursue peace with everyone, as well as holiness</w:t>
      </w:r>
      <w:r>
        <w:rPr>
          <w:b w:val="false"/>
          <w:i w:val="false"/>
          <w:color w:val="000000"/>
          <w:u w:val="none"/>
        </w:rPr>
        <w:t xml:space="preserve"> [1EZR]</w:t>
      </w:r>
      <w:r>
        <w:rPr/>
        <w:t xml:space="preserve">, </w:t>
      </w:r>
      <w:r>
        <w:rPr>
          <w:shd w:val="clear" w:fill="B7DDE8"/>
        </w:rPr>
        <w:t>without which no one will see the Lord</w:t>
      </w:r>
      <w:r>
        <w:rPr>
          <w:b w:val="false"/>
          <w:i w:val="false"/>
          <w:color w:val="000000"/>
          <w:u w:val="none"/>
        </w:rPr>
        <w:t xml:space="preserve"> [1EZS]</w:t>
      </w:r>
      <w:r>
        <w:rPr/>
        <w:t>.</w:t>
      </w:r>
    </w:p>
    <w:p>
      <w:pPr>
        <w:pStyle w:val="Yellow"/>
        <w:rPr/>
      </w:pPr>
      <w:r>
        <w:rPr/>
        <w:t xml:space="preserve">(2Pe2:1-19 “false teachers” “denying the Master”, “desire for sin is never satisfied”; “left the straight way”, “slaves to depravity” etc.) </w:t>
      </w:r>
      <w:r>
        <w:rPr>
          <w:b/>
        </w:rPr>
        <w:t>2 Peter 2:20–21</w:t>
      </w:r>
      <w:r>
        <w:rPr/>
        <w:t xml:space="preserve"> — </w:t>
      </w:r>
      <w:r>
        <w:rPr>
          <w:color w:val="auto"/>
        </w:rPr>
        <w:t>If indeed {they} have escaped the corruption of the world through the knowledge of our Lord and Savior Jesus Christ, only to be entangled and overcome by it again, their final condition is worse than it was at first</w:t>
      </w:r>
      <w:r>
        <w:rPr>
          <w:b w:val="false"/>
          <w:i w:val="false"/>
          <w:color w:val="auto"/>
          <w:u w:val="none"/>
        </w:rPr>
        <w:t xml:space="preserve"> [1FDF]</w:t>
      </w:r>
      <w:r>
        <w:rPr>
          <w:color w:val="auto"/>
        </w:rPr>
        <w:t xml:space="preserve">. </w:t>
      </w:r>
      <w:r>
        <w:rPr>
          <w:shd w:val="clear" w:fill="B7DDE8"/>
        </w:rPr>
        <w:t>It would have been better for them not to have known the way of righteousness than to have known it and then to turn away from the holy commandment passed on to them</w:t>
      </w:r>
      <w:r>
        <w:rPr>
          <w:b w:val="false"/>
          <w:i w:val="false"/>
          <w:color w:val="000000"/>
          <w:u w:val="none"/>
        </w:rPr>
        <w:t xml:space="preserve"> [1FDG]</w:t>
      </w:r>
      <w:r>
        <w:rPr/>
        <w:t>.</w:t>
      </w:r>
    </w:p>
    <w:p>
      <w:pPr>
        <w:pStyle w:val="Yellow"/>
        <w:rPr/>
        <w:pBdr>
          <w:left w:val="single" w:sz="28" w:space="5" w:color="C00000"/>
        </w:pBdr>
      </w:pPr>
      <w:r>
        <w:rPr>
          <w:b/>
        </w:rPr>
        <w:t>1 John 2:20</w:t>
      </w:r>
      <w:r>
        <w:rPr/>
        <w:t xml:space="preserve"> — You, however, </w:t>
      </w:r>
      <w:r>
        <w:rPr>
          <w:shd w:val="clear" w:fill="548235" w:color="auto"/>
          <w:color w:val="FFFFFF"/>
        </w:rPr>
        <w:t>have an anointing from the Holy One</w:t>
      </w:r>
      <w:r>
        <w:rPr>
          <w:b w:val="false"/>
          <w:i w:val="false"/>
          <w:color w:val="FFFFFF"/>
          <w:u w:val="none"/>
          <w:shd w:val="clear" w:color="auto" w:fill="548235"/>
        </w:rPr>
        <w:t xml:space="preserve"> [1QU]</w:t>
      </w:r>
      <w:r>
        <w:rPr/>
        <w:t xml:space="preserve">, and </w:t>
      </w:r>
      <w:r>
        <w:rPr>
          <w:shd w:val="clear" w:fill="B7DDE8"/>
        </w:rPr>
        <w:t>all of you know the truth</w:t>
      </w:r>
      <w:r>
        <w:rPr>
          <w:b w:val="false"/>
          <w:i w:val="false"/>
          <w:color w:val="000000"/>
          <w:u w:val="none"/>
        </w:rPr>
        <w:t xml:space="preserve"> [1QV]</w:t>
      </w:r>
      <w:r>
        <w:rPr/>
        <w:t>.</w:t>
      </w:r>
    </w:p>
    <w:p>
      <w:pPr>
        <w:pStyle w:val="Yellow"/>
        <w:rPr/>
      </w:pPr>
      <w:r>
        <w:rPr/>
        <w:t xml:space="preserve">(Re18:2 “Babylon the great”) </w:t>
      </w:r>
      <w:r>
        <w:rPr>
          <w:b/>
        </w:rPr>
        <w:t xml:space="preserve">Revelation 18:4-5</w:t>
      </w:r>
      <w:r>
        <w:rPr/>
        <w:t xml:space="preserve"> — </w:t>
      </w:r>
      <w:r>
        <w:rPr>
          <w:shd w:fill="B7DDE8" w:val="clear"/>
        </w:rPr>
        <w:t xml:space="preserve">Come out of {her}, My people</w:t>
      </w:r>
      <w:r>
        <w:rPr>
          <w:b w:val="false"/>
          <w:i w:val="false"/>
          <w:color w:val="000000"/>
          <w:u w:val="none"/>
        </w:rPr>
        <w:t xml:space="preserve"> [2GZE]</w:t>
      </w:r>
      <w:r>
        <w:rPr/>
        <w:t xml:space="preserve">, </w:t>
      </w:r>
      <w:r>
        <w:rPr>
          <w:shd w:fill="B7DDE8" w:val="clear"/>
        </w:rPr>
        <w:t xml:space="preserve">so that you will not share in her sins</w:t>
      </w:r>
      <w:r>
        <w:rPr>
          <w:b w:val="false"/>
          <w:i w:val="false"/>
          <w:color w:val="000000"/>
          <w:u w:val="none"/>
        </w:rPr>
        <w:t xml:space="preserve"> [1GZF]</w:t>
      </w:r>
      <w:r>
        <w:rPr/>
        <w:t xml:space="preserve"> or </w:t>
      </w:r>
      <w:r>
        <w:rPr>
          <w:shd w:fill="B7DDE8" w:val="clear"/>
        </w:rPr>
        <w:t xml:space="preserve">contract any of her plagues</w:t>
      </w:r>
      <w:r>
        <w:rPr>
          <w:b w:val="false"/>
          <w:i w:val="false"/>
          <w:color w:val="000000"/>
          <w:u w:val="none"/>
        </w:rPr>
        <w:t xml:space="preserve"> [1GZG]</w:t>
      </w:r>
      <w:r>
        <w:rPr/>
        <w:t xml:space="preserve">. For </w:t>
      </w:r>
      <w:r>
        <w:rPr>
          <w:shd w:fill="B7DDE8" w:val="clear"/>
        </w:rPr>
        <w:t xml:space="preserve">her sins are piled up to heaven</w:t>
      </w:r>
      <w:r>
        <w:rPr>
          <w:b w:val="false"/>
          <w:i w:val="false"/>
          <w:u w:val="none"/>
          <w:color w:val="000000"/>
        </w:rPr>
        <w:t xml:space="preserve"> [1GZH]</w:t>
      </w:r>
      <w:r>
        <w:rPr/>
        <w:t xml:space="preserve">, and </w:t>
      </w:r>
      <w:r>
        <w:rPr>
          <w:shd w:fill="B7DDE8" w:val="clear"/>
        </w:rPr>
        <w:t xml:space="preserve">God has remembered her iniquities</w:t>
      </w:r>
      <w:r>
        <w:rPr>
          <w:b w:val="false"/>
          <w:i w:val="false"/>
          <w:color w:val="000000"/>
          <w:u w:val="none"/>
        </w:rPr>
        <w:t xml:space="preserve"> [1GZI]</w:t>
      </w:r>
      <w:r>
        <w:rPr/>
        <w:t xml:space="preserve">.</w:t>
      </w:r>
    </w:p>
    <w:p>
      <w:r>
        <w:rPr>
          <w:b/>
          <w:sz w:val="32"/>
        </w:rPr>
        <w:t>Perseverance  (24)</w:t>
      </w:r>
    </w:p>
    <w:p>
      <w:pPr>
        <w:pStyle w:val="Yellow"/>
        <w:rPr/>
      </w:pPr>
      <w:r>
        <w:rPr>
          <w:b/>
        </w:rPr>
        <w:t>Isaiah 7:9</w:t>
      </w:r>
      <w:r>
        <w:rPr/>
        <w:t xml:space="preserve"> — </w:t>
      </w:r>
      <w:r>
        <w:rPr>
          <w:shd w:val="clear" w:fill="B7DDE8"/>
        </w:rPr>
        <w:t>If you do not stand firm in your faith, then you will not stand at all</w:t>
      </w:r>
      <w:r>
        <w:rPr>
          <w:b w:val="false"/>
          <w:i w:val="false"/>
          <w:color w:val="000000"/>
          <w:u w:val="none"/>
        </w:rPr>
        <w:t xml:space="preserve"> [1DCE]</w:t>
      </w:r>
      <w:r>
        <w:rPr/>
        <w:t>.’”</w:t>
      </w:r>
    </w:p>
    <w:p>
      <w:pPr>
        <w:pStyle w:val="Yellow"/>
        <w:rPr/>
      </w:pPr>
      <w:r>
        <w:rPr>
          <w:b/>
          <w:shd w:val="clear" w:color="auto" w:fill="548235"/>
          <w:color w:val="FFFFFF"/>
        </w:rPr>
        <w:t>Matthew 11:6</w:t>
      </w:r>
      <w:r>
        <w:rPr>
          <w:shd w:val="clear" w:color="auto" w:fill="548235"/>
          <w:color w:val="FFFFFF"/>
        </w:rPr>
        <w:t xml:space="preserve"> — </w:t>
      </w:r>
      <w:r>
        <w:rPr>
          <w:shd w:val="clear" w:fill="548235" w:color="auto"/>
          <w:color w:val="FFFFFF"/>
        </w:rPr>
        <w:t>Blessed is the one who does not fall away on account of Me</w:t>
      </w:r>
      <w:r>
        <w:rPr>
          <w:b w:val="false"/>
          <w:i w:val="false"/>
          <w:color w:val="FFFFFF"/>
          <w:u w:val="none"/>
          <w:shd w:val="clear" w:color="auto" w:fill="548235"/>
        </w:rPr>
        <w:t xml:space="preserve"> [1ELB]</w:t>
      </w:r>
      <w:r>
        <w:rPr>
          <w:shd w:val="clear" w:color="auto" w:fill="548235"/>
          <w:color w:val="FFFFFF"/>
        </w:rPr>
        <w:t>.”</w:t>
      </w:r>
    </w:p>
    <w:p>
      <w:pPr>
        <w:pStyle w:val="Yellow"/>
        <w:rPr/>
      </w:pPr>
      <w:r>
        <w:rPr>
          <w:b/>
          <w:shd w:val="clear" w:color="auto" w:fill="548235"/>
          <w:color w:val="FFFFFF"/>
        </w:rPr>
        <w:t xml:space="preserve">Luke 21:19</w:t>
      </w:r>
      <w:r>
        <w:rPr>
          <w:shd w:val="clear" w:color="auto" w:fill="548235"/>
          <w:color w:val="FFFFFF"/>
        </w:rPr>
        <w:t xml:space="preserve"> — </w:t>
      </w:r>
      <w:r>
        <w:rPr>
          <w:shd w:fill="548235" w:val="clear" w:color="auto"/>
          <w:color w:val="FFFFFF"/>
        </w:rPr>
        <w:t xml:space="preserve">By your patient endurance you will gain your souls</w:t>
      </w:r>
      <w:r>
        <w:rPr>
          <w:b w:val="false"/>
          <w:i w:val="false"/>
          <w:color w:val="FFFFFF"/>
          <w:u w:val="none"/>
          <w:shd w:val="clear" w:color="auto" w:fill="548235"/>
        </w:rPr>
        <w:t xml:space="preserve"> [1KYG]</w:t>
      </w:r>
      <w:r>
        <w:rPr>
          <w:shd w:val="clear" w:color="auto" w:fill="548235"/>
          <w:color w:val="FFFFFF"/>
        </w:rPr>
        <w:t xml:space="preserve">.</w:t>
      </w:r>
    </w:p>
    <w:p>
      <w:pPr>
        <w:pStyle w:val="Yellow"/>
        <w:rPr/>
      </w:pPr>
      <w:r>
        <w:rPr>
          <w:b/>
        </w:rPr>
        <w:t>John 8:31–32</w:t>
      </w:r>
      <w:r>
        <w:rPr/>
        <w:t xml:space="preserve"> — “</w:t>
      </w:r>
      <w:r>
        <w:rPr>
          <w:shd w:val="clear" w:fill="B7DDE8"/>
        </w:rPr>
        <w:t>If you continue in My word, you are truly My disciples</w:t>
      </w:r>
      <w:r>
        <w:rPr>
          <w:b w:val="false"/>
          <w:i w:val="false"/>
          <w:color w:val="000000"/>
          <w:u w:val="none"/>
        </w:rPr>
        <w:t xml:space="preserve"> [1QR]</w:t>
      </w:r>
      <w:r>
        <w:rPr/>
        <w:t xml:space="preserve">. </w:t>
      </w:r>
      <w:r>
        <w:rPr>
          <w:shd w:val="clear" w:fill="B7DDE8"/>
        </w:rPr>
        <w:t>Then you will know the truth</w:t>
      </w:r>
      <w:r>
        <w:rPr>
          <w:b w:val="false"/>
          <w:i w:val="false"/>
          <w:color w:val="000000"/>
          <w:u w:val="none"/>
        </w:rPr>
        <w:t xml:space="preserve"> [1QS]</w:t>
      </w:r>
      <w:r>
        <w:rPr/>
        <w:t xml:space="preserve">, and </w:t>
      </w:r>
      <w:r>
        <w:rPr>
          <w:shd w:val="clear" w:fill="B7DDE8"/>
        </w:rPr>
        <w:t>the truth will set you free</w:t>
      </w:r>
      <w:r>
        <w:rPr>
          <w:b w:val="false"/>
          <w:i w:val="false"/>
          <w:color w:val="000000"/>
          <w:u w:val="none"/>
        </w:rPr>
        <w:t xml:space="preserve"> [1QT]</w:t>
      </w:r>
      <w:r>
        <w:rPr/>
        <w:t>.”</w:t>
      </w:r>
    </w:p>
    <w:p>
      <w:pPr>
        <w:pStyle w:val="Yellow"/>
        <w:rPr/>
      </w:pPr>
      <w:r>
        <w:rPr/>
        <w:t xml:space="preserve">(Jn15:18–21 The “world” will “persecute” and hate you) </w:t>
      </w:r>
      <w:r>
        <w:rPr>
          <w:b/>
        </w:rPr>
        <w:t xml:space="preserve">John 16:1</w:t>
      </w:r>
      <w:r>
        <w:rPr/>
        <w:t xml:space="preserve"> — “</w:t>
      </w:r>
      <w:r>
        <w:rPr>
          <w:shd w:fill="B7DDE8" w:val="clear"/>
        </w:rPr>
        <w:t xml:space="preserve">I have told you {these things}</w:t>
      </w:r>
      <w:r>
        <w:rPr>
          <w:b w:val="false"/>
          <w:i w:val="false"/>
          <w:color w:val="000000"/>
          <w:u w:val="none"/>
        </w:rPr>
        <w:t xml:space="preserve"> [2LDL]</w:t>
      </w:r>
      <w:r>
        <w:rPr/>
        <w:t xml:space="preserve"> so that </w:t>
      </w:r>
      <w:r>
        <w:rPr>
          <w:shd w:fill="B7DDE8" w:val="clear"/>
        </w:rPr>
        <w:t xml:space="preserve">you will not fall away</w:t>
      </w:r>
      <w:r>
        <w:rPr>
          <w:b w:val="false"/>
          <w:i w:val="false"/>
          <w:color w:val="000000"/>
          <w:u w:val="none"/>
        </w:rPr>
        <w:t xml:space="preserve"> [1LKY]</w:t>
      </w:r>
      <w:r>
        <w:rPr/>
        <w:t xml:space="preserve">.</w:t>
      </w:r>
    </w:p>
    <w:p>
      <w:pPr>
        <w:pStyle w:val="Yellow"/>
        <w:rPr/>
      </w:pPr>
      <w:r>
        <w:rPr>
          <w:b/>
          <w:shd w:val="clear" w:color="auto" w:fill="548235"/>
          <w:color w:val="FFFFFF"/>
        </w:rPr>
        <w:t>Acts 14:22</w:t>
      </w:r>
      <w:r>
        <w:rPr>
          <w:shd w:val="clear" w:color="auto" w:fill="548235"/>
          <w:color w:val="FFFFFF"/>
        </w:rPr>
        <w:t xml:space="preserve"> — “</w:t>
      </w:r>
      <w:r>
        <w:rPr>
          <w:shd w:val="clear" w:fill="548235" w:color="auto"/>
          <w:color w:val="FFFFFF"/>
        </w:rPr>
        <w:t>We must endure many hardships to enter the kingdom of God</w:t>
      </w:r>
      <w:r>
        <w:rPr>
          <w:b w:val="false"/>
          <w:i w:val="false"/>
          <w:color w:val="FFFFFF"/>
          <w:u w:val="none"/>
          <w:shd w:val="clear" w:color="auto" w:fill="548235"/>
        </w:rPr>
        <w:t xml:space="preserve"> [1FEE]</w:t>
      </w:r>
      <w:r>
        <w:rPr>
          <w:shd w:val="clear" w:color="auto" w:fill="548235"/>
          <w:color w:val="FFFFFF"/>
        </w:rPr>
        <w:t>,” they said.</w:t>
      </w:r>
    </w:p>
    <w:p>
      <w:pPr>
        <w:pStyle w:val="Yellow"/>
        <w:rPr/>
      </w:pPr>
      <w:r>
        <w:rPr/>
        <w:t xml:space="preserve">(Ro5:2 "we rejoice in the hope” of God) </w:t>
      </w:r>
      <w:r>
        <w:rPr>
          <w:b/>
        </w:rPr>
        <w:t xml:space="preserve">Romans 5:3–4</w:t>
      </w:r>
      <w:r>
        <w:rPr/>
        <w:t xml:space="preserve"> — Not only {that}, but </w:t>
      </w:r>
      <w:r>
        <w:rPr>
          <w:shd w:fill="B7DDE8" w:val="clear"/>
        </w:rPr>
        <w:t xml:space="preserve">we also rejoice in our sufferings</w:t>
      </w:r>
      <w:r>
        <w:rPr>
          <w:b w:val="false"/>
          <w:i w:val="false"/>
          <w:color w:val="000000"/>
          <w:u w:val="none"/>
        </w:rPr>
        <w:t xml:space="preserve"> [1IIH]</w:t>
      </w:r>
      <w:r>
        <w:rPr/>
        <w:t xml:space="preserve">, because we know that </w:t>
      </w:r>
      <w:r>
        <w:rPr>
          <w:shd w:fill="B7DDE8" w:val="clear"/>
        </w:rPr>
        <w:t xml:space="preserve">suffering produces perseverance</w:t>
      </w:r>
      <w:r>
        <w:rPr>
          <w:b w:val="false"/>
          <w:i w:val="false"/>
          <w:color w:val="000000"/>
          <w:u w:val="none"/>
        </w:rPr>
        <w:t xml:space="preserve"> [1III]</w:t>
      </w:r>
      <w:r>
        <w:rPr/>
        <w:t xml:space="preserve">; </w:t>
      </w:r>
      <w:r>
        <w:rPr>
          <w:shd w:fill="B7DDE8" w:val="clear"/>
        </w:rPr>
        <w:t xml:space="preserve">perseverance, character; and character, hope</w:t>
      </w:r>
      <w:r>
        <w:rPr>
          <w:b w:val="false"/>
          <w:i w:val="false"/>
          <w:color w:val="000000"/>
          <w:u w:val="none"/>
        </w:rPr>
        <w:t xml:space="preserve"> [1IIJ]</w:t>
      </w:r>
      <w:r>
        <w:rPr>
          <w:b w:val="false"/>
          <w:i w:val="false"/>
          <w:color w:val="000000"/>
          <w:u w:val="none"/>
        </w:rPr>
        <w:t xml:space="preserve"> [1IIK]</w:t>
      </w:r>
      <w:r>
        <w:rPr/>
        <w:t xml:space="preserve">.</w:t>
      </w:r>
    </w:p>
    <w:p>
      <w:pPr>
        <w:pStyle w:val="Yellow"/>
        <w:rPr/>
      </w:pPr>
      <w:r>
        <w:rPr>
          <w:b/>
        </w:rPr>
        <w:t xml:space="preserve">1 Corinthians 15:2</w:t>
      </w:r>
      <w:r>
        <w:rPr/>
        <w:t xml:space="preserve"> — </w:t>
      </w:r>
      <w:r>
        <w:rPr>
          <w:shd w:fill="B7DDE8" w:val="clear"/>
        </w:rPr>
        <w:t xml:space="preserve">By this gospel you are saved, if you hold firmly to the word I preached to you</w:t>
      </w:r>
      <w:r>
        <w:rPr>
          <w:b w:val="false"/>
          <w:i w:val="false"/>
          <w:color w:val="000000"/>
          <w:u w:val="none"/>
        </w:rPr>
        <w:t xml:space="preserve"> [1GLR]</w:t>
      </w:r>
      <w:r>
        <w:rPr/>
        <w:t xml:space="preserve">. </w:t>
      </w:r>
      <w:r>
        <w:rPr>
          <w:shd w:fill="B7DDE8" w:val="clear"/>
        </w:rPr>
        <w:t xml:space="preserve">Otherwise, you have believed in vain</w:t>
      </w:r>
      <w:r>
        <w:rPr>
          <w:b w:val="false"/>
          <w:i w:val="false"/>
          <w:color w:val="000000"/>
          <w:u w:val="none"/>
        </w:rPr>
        <w:t xml:space="preserve"> [1GLS]</w:t>
      </w:r>
      <w:r>
        <w:rPr/>
        <w:t xml:space="preserve">.</w:t>
      </w:r>
    </w:p>
    <w:p>
      <w:pPr>
        <w:pStyle w:val="Yellow"/>
        <w:rPr/>
      </w:pPr>
      <w:r>
        <w:rPr>
          <w:b/>
        </w:rPr>
        <w:t>2 Corinthians 1:24</w:t>
      </w:r>
      <w:r>
        <w:rPr/>
        <w:t xml:space="preserve"> — </w:t>
      </w:r>
      <w:r>
        <w:rPr>
          <w:shd w:val="clear" w:fill="B7DDE8"/>
        </w:rPr>
        <w:t>it is by faith that you stand firm</w:t>
      </w:r>
      <w:r>
        <w:rPr>
          <w:b w:val="false"/>
          <w:i w:val="false"/>
          <w:color w:val="000000"/>
          <w:u w:val="none"/>
        </w:rPr>
        <w:t xml:space="preserve"> [2DCF]</w:t>
      </w:r>
      <w:r>
        <w:rPr/>
        <w:t>.</w:t>
      </w:r>
    </w:p>
    <w:p>
      <w:pPr>
        <w:pStyle w:val="Yellow"/>
        <w:rPr/>
      </w:pPr>
      <w:r>
        <w:rPr>
          <w:b/>
        </w:rPr>
        <w:t>Philippians 3:10-12</w:t>
      </w:r>
      <w:r>
        <w:t xml:space="preserve"> — </w:t>
      </w:r>
      <w:r>
        <w:rPr>
          <w:shd w:fill="B7DDE8" w:val="clear"/>
        </w:rPr>
        <w:t>I want to know Christ</w:t>
      </w:r>
      <w:r>
        <w:rPr>
          <w:b w:val="false"/>
          <w:i w:val="false"/>
          <w:color w:val="000000"/>
          <w:u w:val="none"/>
        </w:rPr>
        <w:t xml:space="preserve"> [1AWQ]</w:t>
      </w:r>
      <w:r>
        <w:t xml:space="preserve"> and </w:t>
      </w:r>
      <w:r>
        <w:rPr>
          <w:shd w:fill="B7DDE8" w:val="clear"/>
        </w:rPr>
        <w:t>the power of His resurrection</w:t>
      </w:r>
      <w:r>
        <w:rPr>
          <w:b w:val="false"/>
          <w:i w:val="false"/>
          <w:color w:val="000000"/>
          <w:u w:val="none"/>
        </w:rPr>
        <w:t xml:space="preserve"> [1AWR]</w:t>
      </w:r>
      <w:r>
        <w:t xml:space="preserve"> and </w:t>
      </w:r>
      <w:r>
        <w:rPr>
          <w:shd w:fill="B7DDE8" w:val="clear"/>
        </w:rPr>
        <w:t>the fellowship of His sufferings</w:t>
      </w:r>
      <w:r>
        <w:rPr>
          <w:b w:val="false"/>
          <w:i w:val="false"/>
          <w:color w:val="000000"/>
          <w:u w:val="none"/>
        </w:rPr>
        <w:t xml:space="preserve"> [1AWS]</w:t>
      </w:r>
      <w:r>
        <w:t xml:space="preserve">, </w:t>
      </w:r>
      <w:r>
        <w:rPr>
          <w:shd w:fill="B7DDE8" w:val="clear"/>
        </w:rPr>
        <w:t>being conformed to Him in His death</w:t>
      </w:r>
      <w:r>
        <w:rPr>
          <w:b w:val="false"/>
          <w:i w:val="false"/>
          <w:color w:val="000000"/>
          <w:u w:val="none"/>
        </w:rPr>
        <w:t xml:space="preserve"> [1AWT]</w:t>
      </w:r>
      <w:r>
        <w:t xml:space="preserve">, and so, somehow, </w:t>
      </w:r>
      <w:r>
        <w:rPr>
          <w:shd w:fill="B7DDE8" w:val="clear"/>
        </w:rPr>
        <w:t>to attain to the resurrection from the dead</w:t>
      </w:r>
      <w:r>
        <w:rPr>
          <w:b w:val="false"/>
          <w:i w:val="false"/>
          <w:color w:val="000000"/>
          <w:u w:val="none"/>
        </w:rPr>
        <w:t xml:space="preserve"> [1AWU]</w:t>
      </w:r>
      <w:r>
        <w:t xml:space="preserve">. </w:t>
      </w:r>
      <w:r>
        <w:rPr>
          <w:shd w:fill="B7DDE8" w:val="clear"/>
        </w:rPr>
        <w:t>Not that I have already obtained all this, or have already been made perfect</w:t>
      </w:r>
      <w:r>
        <w:rPr>
          <w:b w:val="false"/>
          <w:i w:val="false"/>
          <w:color w:val="000000"/>
          <w:u w:val="none"/>
        </w:rPr>
        <w:t xml:space="preserve"> [1AWV]</w:t>
      </w:r>
      <w:r>
        <w:t xml:space="preserve">, but </w:t>
      </w:r>
      <w:r>
        <w:rPr>
          <w:shd w:fill="B7DDE8" w:val="clear"/>
        </w:rPr>
        <w:t xml:space="preserve">I press on to take hold of that for which </w:t>
      </w:r>
      <w:r>
        <w:rPr>
          <w:shd w:fill="B7DDE8" w:val="clear"/>
        </w:rPr>
        <w:t>Christ Jesus took hold of me</w:t>
      </w:r>
      <w:r>
        <w:rPr>
          <w:b w:val="false"/>
          <w:i w:val="false"/>
          <w:color w:val="000000"/>
          <w:u w:val="none"/>
        </w:rPr>
        <w:t xml:space="preserve"> [1AWW]</w:t>
      </w:r>
      <w:r>
        <w:t>.</w:t>
      </w:r>
    </w:p>
    <w:p>
      <w:pPr>
        <w:pStyle w:val="Yellow"/>
        <w:rPr/>
      </w:pPr>
      <w:r>
        <w:rPr>
          <w:b/>
        </w:rPr>
        <w:t xml:space="preserve">2 Thessalonians 1:4-5</w:t>
      </w:r>
      <w:r>
        <w:rPr/>
        <w:t xml:space="preserve"> — </w:t>
      </w:r>
      <w:r>
        <w:rPr>
          <w:shd w:fill="B7DDE8" w:val="clear"/>
        </w:rPr>
        <w:t xml:space="preserve">we boast among God’s churches about your perseverance and faith in the face of all the persecution and affliction you are enduring</w:t>
      </w:r>
      <w:r>
        <w:rPr>
          <w:b w:val="false"/>
          <w:i w:val="false"/>
          <w:color w:val="000000"/>
          <w:u w:val="none"/>
        </w:rPr>
        <w:t xml:space="preserve"> [1IIV]</w:t>
      </w:r>
      <w:r>
        <w:rPr/>
        <w:t xml:space="preserve">. </w:t>
      </w:r>
      <w:r>
        <w:rPr>
          <w:shd w:fill="B7DDE8" w:val="clear"/>
        </w:rPr>
        <w:t xml:space="preserve">All this is clear evidence of God’s righteous judgment</w:t>
      </w:r>
      <w:r>
        <w:rPr>
          <w:b w:val="false"/>
          <w:i w:val="false"/>
          <w:color w:val="000000"/>
          <w:u w:val="none"/>
        </w:rPr>
        <w:t xml:space="preserve"> [1IIW]</w:t>
      </w:r>
      <w:r>
        <w:rPr/>
        <w:t xml:space="preserve">. And so </w:t>
      </w:r>
      <w:r>
        <w:rPr>
          <w:shd w:fill="B7DDE8" w:val="clear"/>
        </w:rPr>
        <w:t xml:space="preserve">you will be counted worthy of the kingdom of God, for which you are suffering</w:t>
      </w:r>
      <w:r>
        <w:rPr>
          <w:b w:val="false"/>
          <w:i w:val="false"/>
          <w:color w:val="000000"/>
          <w:u w:val="none"/>
        </w:rPr>
        <w:t xml:space="preserve"> [1IIX]</w:t>
      </w:r>
      <w:r>
        <w:rPr/>
        <w:t xml:space="preserve">.</w:t>
      </w:r>
    </w:p>
    <w:p>
      <w:pPr>
        <w:pStyle w:val="Yellow"/>
        <w:rPr/>
      </w:pPr>
      <w:r>
        <w:rPr>
          <w:b/>
        </w:rPr>
        <w:t>1 Timothy 1:19</w:t>
      </w:r>
      <w:r>
        <w:rPr/>
        <w:t xml:space="preserve"> — </w:t>
      </w:r>
      <w:r>
        <w:rPr>
          <w:shd w:val="clear" w:fill="B7DDE8"/>
        </w:rPr>
        <w:t>holding on to faith and a good conscience</w:t>
      </w:r>
      <w:r>
        <w:rPr>
          <w:b w:val="false"/>
          <w:i w:val="false"/>
          <w:u w:val="none"/>
          <w:color w:val="000000"/>
        </w:rPr>
        <w:t xml:space="preserve"> [1DDM]</w:t>
      </w:r>
      <w:r>
        <w:rPr/>
        <w:t xml:space="preserve">, which </w:t>
      </w:r>
      <w:r>
        <w:rPr>
          <w:shd w:val="clear" w:fill="B7DDE8"/>
        </w:rPr>
        <w:t>some have rejected</w:t>
      </w:r>
      <w:r>
        <w:rPr>
          <w:b w:val="false"/>
          <w:i w:val="false"/>
          <w:color w:val="000000"/>
          <w:u w:val="none"/>
        </w:rPr>
        <w:t xml:space="preserve"> [1DDN]</w:t>
      </w:r>
      <w:r>
        <w:rPr/>
        <w:t xml:space="preserve"> and </w:t>
      </w:r>
      <w:r>
        <w:rPr>
          <w:shd w:val="clear" w:fill="B7DDE8"/>
        </w:rPr>
        <w:t>thereby shipwrecked their faith</w:t>
      </w:r>
      <w:r>
        <w:rPr>
          <w:b w:val="false"/>
          <w:i w:val="false"/>
          <w:color w:val="000000"/>
          <w:u w:val="none"/>
        </w:rPr>
        <w:t xml:space="preserve"> [1DDO]</w:t>
      </w:r>
      <w:r>
        <w:rPr/>
        <w:t>.</w:t>
      </w:r>
    </w:p>
    <w:p>
      <w:pPr>
        <w:pStyle w:val="Yellow"/>
        <w:rPr/>
        <w:pBdr>
          <w:left w:val="single" w:sz="28" w:space="5" w:color="C00000"/>
        </w:pBdr>
      </w:pPr>
      <w:r>
        <w:rPr>
          <w:b/>
          <w:shd w:val="clear" w:color="auto" w:fill="548235"/>
          <w:color w:val="FFFFFF"/>
        </w:rPr>
        <w:t xml:space="preserve">Hebrews 3:14</w:t>
      </w:r>
      <w:r>
        <w:rPr>
          <w:shd w:val="clear" w:color="auto" w:fill="548235"/>
          <w:color w:val="FFFFFF"/>
        </w:rPr>
        <w:t xml:space="preserve"> — </w:t>
      </w:r>
      <w:r>
        <w:rPr>
          <w:shd w:fill="548235" w:val="clear" w:color="auto"/>
          <w:color w:val="FFFFFF"/>
        </w:rPr>
        <w:t xml:space="preserve">We have come to share in Christ if we hold firmly to the end the assurance we had at first</w:t>
      </w:r>
      <w:r>
        <w:rPr>
          <w:b w:val="false"/>
          <w:i w:val="false"/>
          <w:color w:val="FFFFFF"/>
          <w:u w:val="none"/>
          <w:shd w:val="clear" w:color="auto" w:fill="548235"/>
        </w:rPr>
        <w:t xml:space="preserve"> [1GZQ]</w:t>
      </w:r>
      <w:r>
        <w:rPr>
          <w:shd w:val="clear" w:color="auto" w:fill="548235"/>
          <w:color w:val="FFFFFF"/>
        </w:rPr>
        <w:t xml:space="preserve">.</w:t>
      </w:r>
    </w:p>
    <w:p>
      <w:pPr>
        <w:pStyle w:val="Yellow"/>
        <w:rPr/>
      </w:pPr>
      <w:r>
        <w:rPr>
          <w:b/>
          <w:u w:val="none"/>
        </w:rPr>
        <w:t>Hebrews 10:38-39</w:t>
      </w:r>
      <w:r>
        <w:rPr>
          <w:u w:val="none"/>
        </w:rPr>
        <w:t xml:space="preserve"> — But </w:t>
      </w:r>
      <w:r>
        <w:rPr>
          <w:u w:val="none"/>
          <w:color w:val="000000"/>
        </w:rPr>
        <w:t>My righteous one will live by faith</w:t>
      </w:r>
      <w:r>
        <w:rPr>
          <w:b w:val="false"/>
          <w:i w:val="false"/>
          <w:color w:val="000000"/>
          <w:u w:val="none"/>
        </w:rPr>
        <w:t xml:space="preserve"> [4CBJ]</w:t>
      </w:r>
      <w:r>
        <w:rPr>
          <w:u w:val="none"/>
        </w:rPr>
        <w:t xml:space="preserve">; and </w:t>
      </w:r>
      <w:r>
        <w:rPr>
          <w:u w:val="none"/>
          <w:shd w:val="clear" w:fill="B7DDE8"/>
        </w:rPr>
        <w:t>if he shrinks back, I will take no pleasure in him</w:t>
      </w:r>
      <w:r>
        <w:rPr>
          <w:b w:val="false"/>
          <w:i w:val="false"/>
          <w:color w:val="000000"/>
          <w:u w:val="none"/>
        </w:rPr>
        <w:t xml:space="preserve"> [1DUX]</w:t>
      </w:r>
      <w:r>
        <w:rPr>
          <w:u w:val="none"/>
        </w:rPr>
        <w:t xml:space="preserve">.” But </w:t>
      </w:r>
      <w:r>
        <w:rPr>
          <w:u w:val="none"/>
          <w:shd w:val="clear" w:fill="B7DDE8"/>
        </w:rPr>
        <w:t>we are not of those who shrink back and are destroyed</w:t>
      </w:r>
      <w:r>
        <w:rPr>
          <w:b w:val="false"/>
          <w:i w:val="false"/>
          <w:color w:val="000000"/>
          <w:u w:val="none"/>
        </w:rPr>
        <w:t xml:space="preserve"> [1DUY]</w:t>
      </w:r>
      <w:r>
        <w:rPr>
          <w:u w:val="none"/>
        </w:rPr>
        <w:t xml:space="preserve">, but </w:t>
      </w:r>
      <w:r>
        <w:rPr>
          <w:u w:val="none"/>
          <w:shd w:val="clear" w:fill="B7DDE8"/>
        </w:rPr>
        <w:t>of those who have faith and preserve their souls</w:t>
      </w:r>
      <w:r>
        <w:rPr>
          <w:b w:val="false"/>
          <w:i w:val="false"/>
          <w:color w:val="000000"/>
          <w:u w:val="none"/>
        </w:rPr>
        <w:t xml:space="preserve"> [1DUZ]</w:t>
      </w:r>
      <w:r>
        <w:rPr>
          <w:u w:val="none"/>
        </w:rPr>
        <w:t>.</w:t>
      </w:r>
    </w:p>
    <w:p>
      <w:pPr>
        <w:pStyle w:val="Yellow"/>
        <w:rPr/>
      </w:pPr>
      <w:r>
        <w:rPr>
          <w:b/>
        </w:rPr>
        <w:t xml:space="preserve">James 1:2-4</w:t>
      </w:r>
      <w:r>
        <w:rPr/>
        <w:t xml:space="preserve"> — </w:t>
      </w:r>
      <w:r>
        <w:rPr>
          <w:shd w:fill="B7DDE8" w:val="clear"/>
        </w:rPr>
        <w:t xml:space="preserve">Consider it pure joy, my brothers, when you encounter trials of many kinds</w:t>
      </w:r>
      <w:r>
        <w:rPr>
          <w:b w:val="false"/>
          <w:i w:val="false"/>
          <w:color w:val="000000"/>
          <w:u w:val="none"/>
        </w:rPr>
        <w:t xml:space="preserve"> [1IHM]</w:t>
      </w:r>
      <w:r>
        <w:rPr/>
        <w:t xml:space="preserve">, because you know that </w:t>
      </w:r>
      <w:r>
        <w:rPr>
          <w:shd w:fill="B7DDE8" w:val="clear"/>
        </w:rPr>
        <w:t xml:space="preserve">the testing of your faith develops perseverance</w:t>
      </w:r>
      <w:r>
        <w:rPr>
          <w:b w:val="false"/>
          <w:i w:val="false"/>
          <w:color w:val="000000"/>
          <w:u w:val="none"/>
        </w:rPr>
        <w:t xml:space="preserve"> [1IHN]</w:t>
      </w:r>
      <w:r>
        <w:rPr/>
        <w:t xml:space="preserve">. </w:t>
      </w:r>
      <w:r>
        <w:rPr>
          <w:shd w:fill="B7DDE8" w:val="clear"/>
        </w:rPr>
        <w:t xml:space="preserve">Allow perseverance to finish its work</w:t>
      </w:r>
      <w:r>
        <w:rPr>
          <w:b w:val="false"/>
          <w:i w:val="false"/>
          <w:color w:val="000000"/>
          <w:u w:val="none"/>
        </w:rPr>
        <w:t xml:space="preserve"> [1IHO]</w:t>
      </w:r>
      <w:r>
        <w:rPr/>
        <w:t xml:space="preserve">, </w:t>
      </w:r>
      <w:r>
        <w:rPr>
          <w:shd w:fill="B7DDE8" w:val="clear"/>
        </w:rPr>
        <w:t xml:space="preserve">so that you may be mature and complete, not lacking anything</w:t>
      </w:r>
      <w:r>
        <w:rPr>
          <w:b w:val="false"/>
          <w:i w:val="false"/>
          <w:color w:val="000000"/>
          <w:u w:val="none"/>
        </w:rPr>
        <w:t xml:space="preserve"> [1IHP]</w:t>
      </w:r>
      <w:r>
        <w:rPr/>
        <w:t xml:space="preserve">.</w:t>
      </w:r>
    </w:p>
    <w:p>
      <w:pPr>
        <w:pStyle w:val="Yellow"/>
        <w:rPr/>
        <w:pBdr>
          <w:left w:val="single" w:sz="28" w:space="5" w:color="C00000"/>
        </w:pBdr>
      </w:pPr>
      <w:r>
        <w:rPr>
          <w:b/>
        </w:rPr>
        <w:t>James 1:12</w:t>
      </w:r>
      <w:r>
        <w:rPr/>
        <w:t xml:space="preserve"> — </w:t>
      </w:r>
      <w:r>
        <w:rPr>
          <w:shd w:fill="B7DDE8" w:val="clear"/>
        </w:rPr>
        <w:t>Blessed is the man who perseveres under trial</w:t>
      </w:r>
      <w:r>
        <w:rPr>
          <w:b w:val="false"/>
          <w:i w:val="false"/>
          <w:color w:val="000000"/>
          <w:u w:val="none"/>
        </w:rPr>
        <w:t xml:space="preserve"> [1ACO]</w:t>
      </w:r>
      <w:r>
        <w:rPr/>
        <w:t xml:space="preserve">, because </w:t>
      </w:r>
      <w:r>
        <w:rPr>
          <w:shd w:fill="B7DDE8" w:val="clear"/>
        </w:rPr>
        <w:t xml:space="preserve">when he has stood the test, he will receive the crown of </w:t>
      </w:r>
      <w:r>
        <w:rPr>
          <w:shd w:fill="B7DDE8" w:val="clear"/>
        </w:rPr>
        <w:t>life</w:t>
      </w:r>
      <w:r>
        <w:rPr>
          <w:b w:val="false"/>
          <w:i w:val="false"/>
          <w:color w:val="000000"/>
          <w:u w:val="none"/>
        </w:rPr>
        <w:t xml:space="preserve"> [2ACP]</w:t>
      </w:r>
      <w:r>
        <w:rPr/>
        <w:t xml:space="preserve"> that </w:t>
      </w:r>
      <w:r>
        <w:rPr>
          <w:shd w:fill="F4B183" w:val="clear" w:color="auto"/>
          <w:color w:val="000000"/>
        </w:rPr>
        <w:t xml:space="preserve">God has </w:t>
      </w:r>
      <w:r>
        <w:rPr>
          <w:shd w:fill="F4B183" w:val="clear" w:color="auto"/>
          <w:color w:val="000000"/>
        </w:rPr>
        <w:t>promised</w:t>
      </w:r>
      <w:r>
        <w:rPr>
          <w:shd w:fill="F4B183" w:val="clear" w:color="auto"/>
          <w:color w:val="000000"/>
        </w:rPr>
        <w:t xml:space="preserve"> to those who love Him</w:t>
      </w:r>
      <w:r>
        <w:rPr>
          <w:b w:val="false"/>
          <w:i w:val="false"/>
          <w:color w:val="000000"/>
          <w:u w:val="none"/>
          <w:shd w:val="clear" w:color="auto" w:fill="F4B183"/>
        </w:rPr>
        <w:t xml:space="preserve"> [1ACQ]</w:t>
      </w:r>
      <w:r>
        <w:rPr/>
        <w:t>.</w:t>
      </w:r>
    </w:p>
    <w:p>
      <w:pPr>
        <w:pStyle w:val="Yellow"/>
        <w:rPr/>
      </w:pPr>
      <w:r>
        <w:rPr>
          <w:b/>
          <w:u w:val="none"/>
        </w:rPr>
        <w:t>James 5:11</w:t>
      </w:r>
      <w:r>
        <w:rPr>
          <w:u w:val="none"/>
        </w:rPr>
        <w:t xml:space="preserve"> — See how </w:t>
      </w:r>
      <w:r>
        <w:rPr>
          <w:u w:val="none"/>
          <w:shd w:val="clear" w:fill="B7DDE8"/>
        </w:rPr>
        <w:t>blessed we consider those who have persevered</w:t>
      </w:r>
      <w:r>
        <w:rPr>
          <w:b w:val="false"/>
          <w:i w:val="false"/>
          <w:color w:val="000000"/>
          <w:u w:val="none"/>
        </w:rPr>
        <w:t xml:space="preserve"> [1FMY]</w:t>
      </w:r>
      <w:r>
        <w:rPr>
          <w:u w:val="none"/>
        </w:rPr>
        <w:t xml:space="preserve">. </w:t>
      </w:r>
      <w:r>
        <w:rPr>
          <w:u w:val="none"/>
          <w:shd w:val="clear" w:fill="B7DDE8"/>
        </w:rPr>
        <w:t>You have heard of Job’s perseverance and have seen the outcome from the Lord</w:t>
      </w:r>
      <w:r>
        <w:rPr>
          <w:b w:val="false"/>
          <w:i w:val="false"/>
          <w:color w:val="000000"/>
          <w:u w:val="none"/>
        </w:rPr>
        <w:t xml:space="preserve"> [1FMZ]</w:t>
      </w:r>
      <w:r>
        <w:rPr>
          <w:u w:val="none"/>
        </w:rPr>
        <w:t xml:space="preserve">. </w:t>
      </w:r>
      <w:r>
        <w:rPr>
          <w:u w:val="none"/>
          <w:color w:val="000000"/>
          <w:shd w:val="clear" w:color="auto" w:fill="D9C3E6"/>
        </w:rPr>
        <w:t>The Lord is full of compassion and mercy</w:t>
      </w:r>
      <w:r>
        <w:rPr>
          <w:b w:val="false"/>
          <w:i w:val="false"/>
          <w:color w:val="000000"/>
          <w:u w:val="none"/>
          <w:shd w:val="clear" w:color="auto" w:fill="F4B183"/>
        </w:rPr>
        <w:t xml:space="preserve"> [19FI]</w:t>
      </w:r>
      <w:r>
        <w:rPr>
          <w:u w:val="none"/>
          <w:shd w:val="clear" w:color="auto" w:fill="D9C3E6"/>
        </w:rPr>
        <w:t>.</w:t>
      </w:r>
    </w:p>
    <w:p>
      <w:pPr>
        <w:pStyle w:val="Yellow"/>
        <w:rPr/>
      </w:pPr>
      <w:r>
        <w:rPr>
          <w:b/>
        </w:rPr>
        <w:t xml:space="preserve">1 Peter 2:19</w:t>
      </w:r>
      <w:r>
        <w:rPr/>
        <w:t xml:space="preserve"> — For </w:t>
      </w:r>
      <w:r>
        <w:rPr>
          <w:shd w:fill="B7DDE8" w:val="clear"/>
        </w:rPr>
        <w:t xml:space="preserve">if anyone endures the pain of unjust suffering because he is conscious of God, this is to be commended</w:t>
      </w:r>
      <w:r>
        <w:rPr>
          <w:b w:val="false"/>
          <w:i w:val="false"/>
          <w:color w:val="000000"/>
          <w:u w:val="none"/>
        </w:rPr>
        <w:t xml:space="preserve"> [1IIN]</w:t>
      </w:r>
      <w:r>
        <w:rPr/>
        <w:t xml:space="preserve">. </w:t>
      </w:r>
      <w:r>
        <w:rPr>
          <w:shd w:fill="B7DDE8" w:val="clear"/>
        </w:rPr>
        <w:t xml:space="preserve">How is it to your credit if you are beaten for doing wrong and you endure it?</w:t>
      </w:r>
      <w:r>
        <w:rPr>
          <w:b w:val="false"/>
          <w:i w:val="false"/>
          <w:color w:val="000000"/>
          <w:u w:val="none"/>
        </w:rPr>
        <w:t xml:space="preserve"> [1IIO]</w:t>
      </w:r>
      <w:r>
        <w:rPr/>
        <w:t xml:space="preserve"> But </w:t>
      </w:r>
      <w:r>
        <w:rPr>
          <w:shd w:fill="B7DDE8" w:val="clear"/>
        </w:rPr>
        <w:t xml:space="preserve">if you suffer for doing good and you endure it, this is commendable before God</w:t>
      </w:r>
      <w:r>
        <w:rPr>
          <w:b w:val="false"/>
          <w:i w:val="false"/>
          <w:color w:val="000000"/>
          <w:u w:val="none"/>
        </w:rPr>
        <w:t xml:space="preserve"> [1IIP]</w:t>
      </w:r>
      <w:r>
        <w:rPr/>
        <w:t xml:space="preserve">.</w:t>
      </w:r>
    </w:p>
    <w:p>
      <w:pPr>
        <w:pStyle w:val="Yellow"/>
        <w:rPr/>
      </w:pPr>
      <w:r>
        <w:rPr/>
        <w:t xml:space="preserve">(2Pe3:15 “Paul”) </w:t>
      </w:r>
      <w:r>
        <w:rPr>
          <w:b/>
        </w:rPr>
        <w:t>2 Peter 3:16-17</w:t>
      </w:r>
      <w:r>
        <w:rPr/>
        <w:t xml:space="preserve"> — </w:t>
      </w:r>
      <w:r>
        <w:rPr>
          <w:shd w:fill="B7DDE8" w:val="clear"/>
        </w:rPr>
        <w:t xml:space="preserve">Some parts of {his} letters are hard to </w:t>
      </w:r>
      <w:r>
        <w:rPr>
          <w:shd w:fill="B7DDE8" w:val="clear"/>
        </w:rPr>
        <w:t>understand</w:t>
      </w:r>
      <w:r>
        <w:rPr>
          <w:b w:val="false"/>
          <w:i w:val="false"/>
          <w:color w:val="000000"/>
          <w:u w:val="none"/>
        </w:rPr>
        <w:t xml:space="preserve"> [1YH]</w:t>
      </w:r>
      <w:r>
        <w:rPr/>
        <w:t xml:space="preserve">, which </w:t>
      </w:r>
      <w:r>
        <w:rPr>
          <w:shd w:fill="B7DDE8" w:val="clear"/>
        </w:rPr>
        <w:t>ignorant and unstable people distort, as they do the rest of the Scriptures, to their own destruction</w:t>
      </w:r>
      <w:r>
        <w:rPr>
          <w:b w:val="false"/>
          <w:i w:val="false"/>
          <w:color w:val="000000"/>
          <w:u w:val="none"/>
        </w:rPr>
        <w:t xml:space="preserve"> [1YI]</w:t>
      </w:r>
      <w:r>
        <w:rPr/>
        <w:t xml:space="preserve">. Therefore, beloved, </w:t>
      </w:r>
      <w:r>
        <w:rPr>
          <w:shd w:fill="B7DDE8" w:val="clear"/>
        </w:rPr>
        <w:t>since you already know these things, be on your guard so that you will not be carried away by the error of the lawless and fall from your secure standing</w:t>
      </w:r>
      <w:r>
        <w:rPr>
          <w:b w:val="false"/>
          <w:i w:val="false"/>
          <w:color w:val="000000"/>
          <w:u w:val="none"/>
        </w:rPr>
        <w:t xml:space="preserve"> [1YJ]</w:t>
      </w:r>
      <w:r>
        <w:rPr/>
        <w:t>.</w:t>
      </w:r>
    </w:p>
    <w:p>
      <w:pPr>
        <w:pStyle w:val="Yellow"/>
        <w:rPr/>
      </w:pPr>
      <w:r>
        <w:rPr>
          <w:b/>
        </w:rPr>
        <w:t>1 John 4:4</w:t>
      </w:r>
      <w:r>
        <w:rPr/>
        <w:t xml:space="preserve"> — </w:t>
      </w:r>
      <w:r>
        <w:rPr>
          <w:shd w:val="clear" w:fill="B7DDE8"/>
        </w:rPr>
        <w:t>You, little children, are from God and have overcome them</w:t>
      </w:r>
      <w:r>
        <w:rPr>
          <w:b w:val="false"/>
          <w:i w:val="false"/>
          <w:u w:val="none"/>
          <w:color w:val="000000"/>
        </w:rPr>
        <w:t xml:space="preserve"> [3QN]</w:t>
      </w:r>
      <w:r>
        <w:rPr>
          <w:b w:val="false"/>
          <w:i w:val="false"/>
          <w:color w:val="000000"/>
          <w:u w:val="none"/>
        </w:rPr>
        <w:t xml:space="preserve"> [1FDI]</w:t>
      </w:r>
      <w:r>
        <w:rPr/>
        <w:t xml:space="preserve">, because </w:t>
      </w:r>
      <w:r>
        <w:rPr>
          <w:shd w:val="clear" w:fill="B7DDE8"/>
        </w:rPr>
        <w:t>greater is He who is in you than he who is in the world</w:t>
      </w:r>
      <w:r>
        <w:rPr>
          <w:b w:val="false"/>
          <w:i w:val="false"/>
          <w:color w:val="000000"/>
          <w:u w:val="none"/>
        </w:rPr>
        <w:t xml:space="preserve"> [1FDJ]</w:t>
      </w:r>
      <w:r>
        <w:rPr/>
        <w:t>.</w:t>
      </w:r>
    </w:p>
    <w:p>
      <w:pPr>
        <w:pStyle w:val="Yellow"/>
        <w:rPr/>
      </w:pPr>
      <w:r>
        <w:rPr>
          <w:b/>
          <w:color w:val="auto"/>
        </w:rPr>
        <w:t>1 John 5:3-4</w:t>
      </w:r>
      <w:r>
        <w:rPr>
          <w:color w:val="auto"/>
        </w:rPr>
        <w:t xml:space="preserve"> — And </w:t>
      </w:r>
      <w:r>
        <w:rPr>
          <w:color w:val="auto"/>
        </w:rPr>
        <w:t>His commandments are not burdensome</w:t>
      </w:r>
      <w:r>
        <w:rPr>
          <w:b w:val="false"/>
          <w:i w:val="false"/>
          <w:color w:val="auto"/>
          <w:u w:val="none"/>
        </w:rPr>
        <w:t xml:space="preserve"> [2WS]</w:t>
      </w:r>
      <w:r>
        <w:rPr>
          <w:color w:val="auto"/>
        </w:rPr>
        <w:t xml:space="preserve">, 4 because </w:t>
      </w:r>
      <w:r>
        <w:rPr>
          <w:color w:val="auto"/>
        </w:rPr>
        <w:t>everyone born of God overcomes the world</w:t>
      </w:r>
      <w:r>
        <w:rPr>
          <w:b w:val="false"/>
          <w:i w:val="false"/>
          <w:color w:val="auto"/>
          <w:u w:val="none"/>
        </w:rPr>
        <w:t xml:space="preserve"> [1FDK]</w:t>
      </w:r>
      <w:r>
        <w:rPr>
          <w:color w:val="auto"/>
        </w:rPr>
        <w:t>.</w:t>
      </w:r>
    </w:p>
    <w:p>
      <w:pPr>
        <w:pStyle w:val="Yellow"/>
        <w:rPr/>
        <w:pBdr>
          <w:left w:val="single" w:sz="28" w:space="5" w:color="C00000"/>
        </w:pBdr>
      </w:pPr>
      <w:r>
        <w:rPr>
          <w:b/>
          <w:u w:val="none"/>
        </w:rPr>
        <w:t xml:space="preserve">Revelation 2:2</w:t>
      </w:r>
      <w:r>
        <w:rPr>
          <w:u w:val="none"/>
        </w:rPr>
        <w:t xml:space="preserve"> — </w:t>
      </w:r>
      <w:r>
        <w:rPr>
          <w:u w:val="none"/>
          <w:shd w:fill="B7DDE8" w:val="clear"/>
        </w:rPr>
        <w:t xml:space="preserve">I know your deeds</w:t>
      </w:r>
      <w:r>
        <w:rPr>
          <w:b w:val="false"/>
          <w:i w:val="false"/>
          <w:color w:val="000000"/>
          <w:u w:val="none"/>
        </w:rPr>
        <w:t xml:space="preserve"> [4ETQ]</w:t>
      </w:r>
      <w:r>
        <w:rPr>
          <w:u w:val="none"/>
        </w:rPr>
        <w:t xml:space="preserve">, </w:t>
      </w:r>
      <w:r>
        <w:rPr>
          <w:u w:val="none"/>
          <w:shd w:fill="548235" w:val="clear" w:color="auto"/>
          <w:color w:val="FFFFFF"/>
        </w:rPr>
        <w:t xml:space="preserve">your labor, and your perseverance</w:t>
      </w:r>
      <w:r>
        <w:rPr>
          <w:b w:val="false"/>
          <w:i w:val="false"/>
          <w:color w:val="FFFFFF"/>
          <w:u w:val="none"/>
          <w:shd w:val="clear" w:color="auto" w:fill="548235"/>
        </w:rPr>
        <w:t xml:space="preserve"> [1HCO]</w:t>
      </w:r>
      <w:r>
        <w:rPr>
          <w:u w:val="none"/>
        </w:rPr>
        <w:t xml:space="preserve">.</w:t>
      </w:r>
    </w:p>
    <w:p>
      <w:pPr>
        <w:pStyle w:val="Yellow"/>
        <w:rPr/>
        <w:pBdr>
          <w:left w:val="single" w:sz="28" w:space="5" w:color="C00000"/>
        </w:pBdr>
      </w:pPr>
      <w:r>
        <w:rPr>
          <w:b/>
          <w:u w:val="none"/>
        </w:rPr>
        <w:t>Revelation 2:19</w:t>
      </w:r>
      <w:r>
        <w:rPr>
          <w:u w:val="none"/>
        </w:rPr>
        <w:t xml:space="preserve"> — </w:t>
      </w:r>
      <w:r>
        <w:rPr>
          <w:u w:val="none"/>
          <w:shd w:fill="B7DDE8" w:val="clear"/>
        </w:rPr>
        <w:t>I know your deeds</w:t>
      </w:r>
      <w:r>
        <w:rPr>
          <w:b w:val="false"/>
          <w:i w:val="false"/>
          <w:color w:val="000000"/>
          <w:u w:val="none"/>
        </w:rPr>
        <w:t xml:space="preserve"> [4ETQ]</w:t>
      </w:r>
      <w:r>
        <w:rPr>
          <w:u w:val="none"/>
        </w:rPr>
        <w:t>—</w:t>
      </w:r>
      <w:r>
        <w:rPr>
          <w:u w:val="none"/>
          <w:shd w:fill="B7DDE8" w:val="clear"/>
        </w:rPr>
        <w:t>your love, your faith, your service, your perseverance</w:t>
      </w:r>
      <w:r>
        <w:rPr>
          <w:b w:val="false"/>
          <w:i w:val="false"/>
          <w:color w:val="000000"/>
          <w:u w:val="none"/>
        </w:rPr>
        <w:t xml:space="preserve"> [1FQC]</w:t>
      </w:r>
      <w:r>
        <w:rPr>
          <w:u w:val="none"/>
        </w:rPr>
        <w:t xml:space="preserve">—and </w:t>
      </w:r>
      <w:r>
        <w:rPr>
          <w:u w:val="none"/>
          <w:shd w:fill="F4B183" w:val="clear" w:color="auto"/>
          <w:color w:val="000000"/>
        </w:rPr>
        <w:t>your latter deeds are greater than your first</w:t>
      </w:r>
      <w:r>
        <w:rPr>
          <w:b w:val="false"/>
          <w:i w:val="false"/>
          <w:color w:val="000000"/>
          <w:u w:val="none"/>
          <w:shd w:val="clear" w:color="auto" w:fill="F4B183"/>
        </w:rPr>
        <w:t xml:space="preserve"> [1FQD]</w:t>
      </w:r>
      <w:r>
        <w:rPr>
          <w:u w:val="none"/>
        </w:rPr>
        <w:t>.</w:t>
      </w:r>
    </w:p>
    <w:p>
      <w:pPr>
        <w:pStyle w:val="Yellow"/>
        <w:rPr/>
        <w:pBdr>
          <w:left w:val="single" w:sz="28" w:space="5" w:color="C00000"/>
        </w:pBdr>
      </w:pPr>
      <w:r>
        <w:rPr>
          <w:b/>
          <w:u w:val="none"/>
        </w:rPr>
        <w:t>Revelation 3:11</w:t>
      </w:r>
      <w:r>
        <w:rPr>
          <w:u w:val="none"/>
        </w:rPr>
        <w:t xml:space="preserve"> — </w:t>
      </w:r>
      <w:r>
        <w:rPr>
          <w:u w:val="none"/>
          <w:shd w:val="clear" w:color="auto" w:fill="D9C3E6"/>
        </w:rPr>
        <w:t>I am coming soon</w:t>
      </w:r>
      <w:r>
        <w:rPr>
          <w:b w:val="false"/>
          <w:i w:val="false"/>
          <w:color w:val="000000"/>
          <w:u w:val="none"/>
        </w:rPr>
        <w:t xml:space="preserve"> [4EKT]</w:t>
      </w:r>
      <w:r>
        <w:rPr>
          <w:u w:val="none"/>
          <w:shd w:val="clear" w:color="auto" w:fill="D9C3E6"/>
        </w:rPr>
        <w:t xml:space="preserve">. </w:t>
      </w:r>
      <w:r>
        <w:rPr>
          <w:u w:val="none"/>
          <w:shd w:val="clear" w:fill="548235" w:color="auto"/>
          <w:color w:val="FFFFFF"/>
        </w:rPr>
        <w:t>Hold fast to what you have</w:t>
      </w:r>
      <w:r>
        <w:rPr>
          <w:b w:val="false"/>
          <w:i w:val="false"/>
          <w:color w:val="FFFFFF"/>
          <w:u w:val="none"/>
          <w:shd w:val="clear" w:color="auto" w:fill="548235"/>
        </w:rPr>
        <w:t xml:space="preserve"> [1FCY]</w:t>
      </w:r>
      <w:r>
        <w:rPr>
          <w:u w:val="none"/>
          <w:shd w:val="clear" w:color="auto" w:fill="548235"/>
          <w:color w:val="FFFFFF"/>
        </w:rPr>
        <w:t xml:space="preserve">, </w:t>
      </w:r>
      <w:r>
        <w:rPr>
          <w:u w:val="none"/>
          <w:shd w:val="clear" w:fill="548235" w:color="auto"/>
          <w:color w:val="FFFFFF"/>
        </w:rPr>
        <w:t>so that no one will take your crown</w:t>
      </w:r>
      <w:r>
        <w:rPr>
          <w:b w:val="false"/>
          <w:i w:val="false"/>
          <w:color w:val="FFFFFF"/>
          <w:u w:val="none"/>
          <w:shd w:val="clear" w:color="auto" w:fill="548235"/>
        </w:rPr>
        <w:t xml:space="preserve"> [1FCZ]</w:t>
      </w:r>
      <w:r>
        <w:rPr>
          <w:u w:val="none"/>
        </w:rPr>
        <w:t>.</w:t>
      </w:r>
    </w:p>
    <w:p>
      <w:r>
        <w:rPr>
          <w:b/>
          <w:sz w:val="32"/>
        </w:rPr>
        <w:t>Trials  (28)</w:t>
      </w:r>
    </w:p>
    <w:p>
      <w:pPr>
        <w:pStyle w:val="Green"/>
        <w:rPr/>
      </w:pPr>
      <w:r>
        <w:rPr/>
        <w:t xml:space="preserve">(De8:15 the LORD your God) </w:t>
      </w:r>
      <w:r>
        <w:rPr>
          <w:b/>
        </w:rPr>
        <w:t>Deuteronomy 8:16</w:t>
      </w:r>
      <w:r>
        <w:rPr/>
        <w:t xml:space="preserve"> — </w:t>
      </w:r>
      <w:r>
        <w:rPr>
          <w:color w:val="000000"/>
        </w:rPr>
        <w:t>{He} fed you in the wilderness with manna</w:t>
      </w:r>
      <w:r>
        <w:rPr>
          <w:b w:val="false"/>
          <w:i w:val="false"/>
          <w:color w:val="000000"/>
          <w:u w:val="none"/>
        </w:rPr>
        <w:t xml:space="preserve"> [1EMR]</w:t>
      </w:r>
      <w:r>
        <w:rPr/>
        <w:t xml:space="preserve"> </w:t>
      </w:r>
      <w:r>
        <w:rPr>
          <w:shd w:val="clear" w:fill="B7DDE8"/>
        </w:rPr>
        <w:t>that your fathers had not known</w:t>
      </w:r>
      <w:r>
        <w:rPr>
          <w:b w:val="false"/>
          <w:i w:val="false"/>
          <w:color w:val="000000"/>
          <w:u w:val="none"/>
        </w:rPr>
        <w:t xml:space="preserve"> [1EMS]</w:t>
      </w:r>
      <w:r>
        <w:rPr/>
        <w:t xml:space="preserve">, </w:t>
      </w:r>
      <w:r>
        <w:rPr>
          <w:shd w:val="clear" w:fill="B7DDE8"/>
        </w:rPr>
        <w:t>in order to humble you and test you</w:t>
      </w:r>
      <w:r>
        <w:rPr>
          <w:b w:val="false"/>
          <w:i w:val="false"/>
          <w:color w:val="000000"/>
          <w:u w:val="none"/>
        </w:rPr>
        <w:t xml:space="preserve"> [1EMT]</w:t>
      </w:r>
      <w:r>
        <w:rPr>
          <w:color w:val="auto"/>
        </w:rPr>
        <w:t xml:space="preserve">, </w:t>
      </w:r>
      <w:r>
        <w:rPr>
          <w:color w:val="auto"/>
        </w:rPr>
        <w:t>so that in the end He might cause you to prosper</w:t>
      </w:r>
      <w:r>
        <w:rPr>
          <w:b w:val="false"/>
          <w:i w:val="false"/>
          <w:color w:val="auto"/>
          <w:u w:val="none"/>
        </w:rPr>
        <w:t xml:space="preserve"> [1EMU]</w:t>
      </w:r>
      <w:r>
        <w:rPr>
          <w:color w:val="auto"/>
        </w:rPr>
        <w:t>.</w:t>
      </w:r>
    </w:p>
    <w:p>
      <w:pPr>
        <w:pStyle w:val="Yellow"/>
        <w:rPr/>
      </w:pPr>
      <w:r>
        <w:rPr/>
        <w:t xml:space="preserve">(Job23:8–9 although Job could not find God) </w:t>
      </w:r>
      <w:r>
        <w:rPr>
          <w:b/>
        </w:rPr>
        <w:t xml:space="preserve">Job 23:10</w:t>
      </w:r>
      <w:r>
        <w:rPr/>
        <w:t xml:space="preserve"> — {Yet} </w:t>
      </w:r>
      <w:r>
        <w:rPr/>
        <w:t xml:space="preserve">{He} knows the way I have taken</w:t>
      </w:r>
      <w:r>
        <w:rPr>
          <w:b w:val="false"/>
          <w:i w:val="false"/>
          <w:color w:val="000000"/>
          <w:u w:val="none"/>
        </w:rPr>
        <w:t xml:space="preserve"> [2BFC]</w:t>
      </w:r>
      <w:r>
        <w:rPr/>
        <w:t xml:space="preserve">; </w:t>
      </w:r>
      <w:r>
        <w:rPr>
          <w:shd w:fill="B7DDE8" w:val="clear"/>
        </w:rPr>
        <w:t xml:space="preserve">when He has tested me, I will come forth as gold</w:t>
      </w:r>
      <w:r>
        <w:rPr>
          <w:b w:val="false"/>
          <w:i w:val="false"/>
          <w:color w:val="000000"/>
          <w:u w:val="none"/>
        </w:rPr>
        <w:t xml:space="preserve"> [1IGL]</w:t>
      </w:r>
      <w:r>
        <w:rPr/>
        <w:t xml:space="preserve">.</w:t>
      </w:r>
    </w:p>
    <w:p>
      <w:pPr>
        <w:pStyle w:val="Yellow"/>
        <w:rPr/>
      </w:pPr>
      <w:r>
        <w:rPr/>
        <w:t>&lt;101&gt;</w:t>
      </w:r>
      <w:r>
        <w:rPr>
          <w:b/>
        </w:rPr>
        <w:t>Job 42:10</w:t>
      </w:r>
      <w:r>
        <w:rPr/>
        <w:t xml:space="preserve"> — </w:t>
      </w:r>
      <w:r>
        <w:rPr>
          <w:shd w:val="clear" w:fill="B7DDE8"/>
        </w:rPr>
        <w:t>After Job had prayed for his friends, the LORD restored his prosperity and doubled his former possessions</w:t>
      </w:r>
      <w:r>
        <w:rPr>
          <w:b w:val="false"/>
          <w:i w:val="false"/>
          <w:color w:val="000000"/>
          <w:u w:val="none"/>
        </w:rPr>
        <w:t xml:space="preserve"> [1EHE]</w:t>
      </w:r>
      <w:r>
        <w:rPr/>
        <w:t>.</w:t>
      </w:r>
    </w:p>
    <w:p>
      <w:pPr>
        <w:pStyle w:val="Yellow"/>
        <w:rPr/>
      </w:pPr>
      <w:r>
        <w:rPr/>
        <w:t>&lt;101&gt;</w:t>
      </w:r>
      <w:r>
        <w:rPr>
          <w:b/>
        </w:rPr>
        <w:t>Job 42:12-13</w:t>
      </w:r>
      <w:r>
        <w:rPr/>
        <w:t xml:space="preserve"> — So </w:t>
      </w:r>
      <w:r>
        <w:rPr>
          <w:shd w:val="clear" w:fill="B7DDE8"/>
        </w:rPr>
        <w:t>the LORD blessed Job’s latter days more than his first</w:t>
      </w:r>
      <w:r>
        <w:rPr>
          <w:b w:val="false"/>
          <w:i w:val="false"/>
          <w:color w:val="000000"/>
          <w:u w:val="none"/>
        </w:rPr>
        <w:t xml:space="preserve"> [1EHF]</w:t>
      </w:r>
      <w:r>
        <w:rPr/>
        <w:t xml:space="preserve">. </w:t>
      </w:r>
      <w:r>
        <w:rPr>
          <w:shd w:val="clear" w:fill="B7DDE8"/>
        </w:rPr>
        <w:t>He owned 14,000 sheep, 6,000 camels, 1,000 yoke of oxen, and 1,000 female donkeys</w:t>
      </w:r>
      <w:r>
        <w:rPr>
          <w:b w:val="false"/>
          <w:i w:val="false"/>
          <w:color w:val="000000"/>
          <w:u w:val="none"/>
        </w:rPr>
        <w:t xml:space="preserve"> [1EHG]</w:t>
      </w:r>
      <w:r>
        <w:rPr/>
        <w:t xml:space="preserve">. And </w:t>
      </w:r>
      <w:r>
        <w:rPr>
          <w:shd w:val="clear" w:fill="B7DDE8"/>
        </w:rPr>
        <w:t>he also had seven sons and three daughters</w:t>
      </w:r>
      <w:r>
        <w:rPr>
          <w:b w:val="false"/>
          <w:i w:val="false"/>
          <w:color w:val="000000"/>
          <w:u w:val="none"/>
        </w:rPr>
        <w:t xml:space="preserve"> [1EHH]</w:t>
      </w:r>
      <w:r>
        <w:rPr/>
        <w:t>.</w:t>
      </w:r>
    </w:p>
    <w:p>
      <w:pPr>
        <w:pStyle w:val="Yellow"/>
        <w:rPr/>
      </w:pPr>
      <w:r>
        <w:rPr/>
        <w:t>&lt;101&gt;</w:t>
      </w:r>
      <w:r>
        <w:rPr>
          <w:b/>
        </w:rPr>
        <w:t>Job 42:15-17</w:t>
      </w:r>
      <w:r>
        <w:rPr/>
        <w:t xml:space="preserve"> — </w:t>
      </w:r>
      <w:r>
        <w:rPr>
          <w:shd w:val="clear" w:fill="B7DDE8"/>
        </w:rPr>
        <w:t>No women as beautiful as Job’s daughters could be found in all the land</w:t>
      </w:r>
      <w:r>
        <w:rPr>
          <w:b w:val="false"/>
          <w:i w:val="false"/>
          <w:color w:val="000000"/>
          <w:u w:val="none"/>
        </w:rPr>
        <w:t xml:space="preserve"> [1EHI]</w:t>
      </w:r>
      <w:r>
        <w:rPr/>
        <w:t xml:space="preserve">, and </w:t>
      </w:r>
      <w:r>
        <w:rPr>
          <w:shd w:val="clear" w:fill="B7DDE8"/>
        </w:rPr>
        <w:t>their father granted them an inheritance among their brothers</w:t>
      </w:r>
      <w:r>
        <w:rPr>
          <w:b w:val="false"/>
          <w:i w:val="false"/>
          <w:color w:val="000000"/>
          <w:u w:val="none"/>
        </w:rPr>
        <w:t xml:space="preserve"> [1EHJ]</w:t>
      </w:r>
      <w:r>
        <w:rPr/>
        <w:t xml:space="preserve">. After this, </w:t>
      </w:r>
      <w:r>
        <w:rPr>
          <w:shd w:val="clear" w:fill="B7DDE8"/>
        </w:rPr>
        <w:t>Job lived 140 years and saw his children and their children to the fourth generation</w:t>
      </w:r>
      <w:r>
        <w:rPr>
          <w:b w:val="false"/>
          <w:i w:val="false"/>
          <w:color w:val="000000"/>
          <w:u w:val="none"/>
        </w:rPr>
        <w:t xml:space="preserve"> [1EHK]</w:t>
      </w:r>
      <w:r>
        <w:rPr/>
        <w:t xml:space="preserve">. And so </w:t>
      </w:r>
      <w:r>
        <w:rPr>
          <w:shd w:val="clear" w:fill="B7DDE8"/>
        </w:rPr>
        <w:t>Job died, old and full of years</w:t>
      </w:r>
      <w:r>
        <w:rPr>
          <w:b w:val="false"/>
          <w:i w:val="false"/>
          <w:color w:val="000000"/>
          <w:u w:val="none"/>
        </w:rPr>
        <w:t xml:space="preserve"> [1EHL]</w:t>
      </w:r>
      <w:r>
        <w:rPr/>
        <w:t>.</w:t>
      </w:r>
    </w:p>
    <w:p>
      <w:pPr>
        <w:pStyle w:val="Yellow"/>
        <w:rPr/>
      </w:pPr>
      <w:r>
        <w:rPr>
          <w:b/>
        </w:rPr>
        <w:t xml:space="preserve">Psalm 66:10</w:t>
      </w:r>
      <w:r>
        <w:rPr/>
        <w:t xml:space="preserve"> — For </w:t>
      </w:r>
      <w:r>
        <w:rPr>
          <w:shd w:fill="B7DDE8" w:val="clear"/>
        </w:rPr>
        <w:t xml:space="preserve">You, O God, have tested us</w:t>
      </w:r>
      <w:r>
        <w:rPr>
          <w:b w:val="false"/>
          <w:i w:val="false"/>
          <w:color w:val="000000"/>
          <w:u w:val="none"/>
        </w:rPr>
        <w:t xml:space="preserve"> [1IGO]</w:t>
      </w:r>
      <w:r>
        <w:rPr/>
        <w:t xml:space="preserve">; </w:t>
      </w:r>
      <w:r>
        <w:rPr>
          <w:shd w:fill="B7DDE8" w:val="clear"/>
        </w:rPr>
        <w:t xml:space="preserve">You have refined us like silver</w:t>
      </w:r>
      <w:r>
        <w:rPr>
          <w:b w:val="false"/>
          <w:i w:val="false"/>
          <w:color w:val="000000"/>
          <w:u w:val="none"/>
        </w:rPr>
        <w:t xml:space="preserve"> [1IGP]</w:t>
      </w:r>
      <w:r>
        <w:rPr/>
        <w:t xml:space="preserve">.</w:t>
      </w:r>
    </w:p>
    <w:p>
      <w:pPr>
        <w:pStyle w:val="Yellow"/>
        <w:rPr/>
      </w:pPr>
      <w:r>
        <w:rPr>
          <w:b/>
        </w:rPr>
        <w:t>Psalm 66:11</w:t>
      </w:r>
      <w:r>
        <w:rPr/>
        <w:t xml:space="preserve"> — </w:t>
      </w:r>
      <w:r>
        <w:rPr>
          <w:shd w:val="clear" w:fill="B7DDE8"/>
        </w:rPr>
        <w:t>You led us into the net</w:t>
      </w:r>
      <w:r>
        <w:rPr>
          <w:b w:val="false"/>
          <w:i w:val="false"/>
          <w:color w:val="000000"/>
          <w:u w:val="none"/>
        </w:rPr>
        <w:t xml:space="preserve"> [1DLN]</w:t>
      </w:r>
      <w:r>
        <w:rPr/>
        <w:t xml:space="preserve">; </w:t>
      </w:r>
      <w:r>
        <w:rPr>
          <w:shd w:val="clear" w:fill="B7DDE8"/>
        </w:rPr>
        <w:t>You laid burdens on our backs</w:t>
      </w:r>
      <w:r>
        <w:rPr>
          <w:b w:val="false"/>
          <w:i w:val="false"/>
          <w:color w:val="000000"/>
          <w:u w:val="none"/>
        </w:rPr>
        <w:t xml:space="preserve"> [1DLO]</w:t>
      </w:r>
      <w:r>
        <w:rPr/>
        <w:t>.</w:t>
      </w:r>
    </w:p>
    <w:p>
      <w:pPr>
        <w:pStyle w:val="Yellow"/>
        <w:rPr/>
      </w:pPr>
      <w:r>
        <w:rPr>
          <w:b/>
        </w:rPr>
        <w:t>Psalm 66:12</w:t>
      </w:r>
      <w:r>
        <w:rPr/>
        <w:t xml:space="preserve"> — </w:t>
      </w:r>
      <w:r>
        <w:rPr>
          <w:shd w:val="clear" w:fill="B7DDE8"/>
        </w:rPr>
        <w:t>You let men ride over our heads</w:t>
      </w:r>
      <w:r>
        <w:rPr>
          <w:b w:val="false"/>
          <w:i w:val="false"/>
          <w:color w:val="000000"/>
          <w:u w:val="none"/>
        </w:rPr>
        <w:t xml:space="preserve"> [1EDI]</w:t>
      </w:r>
      <w:r>
        <w:rPr/>
        <w:t xml:space="preserve">; </w:t>
      </w:r>
      <w:r>
        <w:rPr>
          <w:shd w:val="clear" w:fill="B7DDE8"/>
        </w:rPr>
        <w:t>we went through fire and water</w:t>
      </w:r>
      <w:r>
        <w:rPr>
          <w:b w:val="false"/>
          <w:i w:val="false"/>
          <w:color w:val="000000"/>
          <w:u w:val="none"/>
        </w:rPr>
        <w:t xml:space="preserve"> [1EDJ]</w:t>
      </w:r>
      <w:r>
        <w:rPr/>
        <w:t xml:space="preserve">, but </w:t>
      </w:r>
      <w:r>
        <w:rPr>
          <w:shd w:val="clear" w:fill="B7DDE8"/>
        </w:rPr>
        <w:t>You brought us into abundance</w:t>
      </w:r>
      <w:r>
        <w:rPr>
          <w:b w:val="false"/>
          <w:i w:val="false"/>
          <w:color w:val="000000"/>
          <w:u w:val="none"/>
        </w:rPr>
        <w:t xml:space="preserve"> [1EDK]</w:t>
      </w:r>
      <w:r>
        <w:rPr/>
        <w:t>.</w:t>
      </w:r>
    </w:p>
    <w:p>
      <w:pPr>
        <w:pStyle w:val="Yellow"/>
        <w:rPr/>
        <w:pBdr>
          <w:left w:val="single" w:sz="28" w:space="5" w:color="C00000"/>
        </w:pBdr>
      </w:pPr>
      <w:r>
        <w:rPr>
          <w:b/>
          <w:shd w:val="clear" w:color="auto" w:fill="548235"/>
          <w:color w:val="FFFFFF"/>
        </w:rPr>
        <w:t xml:space="preserve">Isaiah 48:10</w:t>
      </w:r>
      <w:r>
        <w:rPr>
          <w:shd w:val="clear" w:color="auto" w:fill="548235"/>
          <w:color w:val="FFFFFF"/>
        </w:rPr>
        <w:t xml:space="preserve"> — See, </w:t>
      </w:r>
      <w:r>
        <w:rPr>
          <w:shd w:fill="548235" w:val="clear" w:color="auto"/>
          <w:color w:val="FFFFFF"/>
        </w:rPr>
        <w:t xml:space="preserve">I have refined you, but not as silver</w:t>
      </w:r>
      <w:r>
        <w:rPr>
          <w:b w:val="false"/>
          <w:i w:val="false"/>
          <w:color w:val="FFFFFF"/>
          <w:u w:val="none"/>
          <w:shd w:val="clear" w:color="auto" w:fill="548235"/>
        </w:rPr>
        <w:t xml:space="preserve"> [1IGM]</w:t>
      </w:r>
      <w:r>
        <w:rPr>
          <w:shd w:val="clear" w:color="auto" w:fill="548235"/>
          <w:color w:val="FFFFFF"/>
        </w:rPr>
        <w:t xml:space="preserve">; </w:t>
      </w:r>
      <w:r>
        <w:rPr>
          <w:shd w:fill="548235" w:val="clear" w:color="auto"/>
          <w:color w:val="FFFFFF"/>
        </w:rPr>
        <w:t xml:space="preserve">I have tested you in the furnace of affliction</w:t>
      </w:r>
      <w:r>
        <w:rPr>
          <w:b w:val="false"/>
          <w:i w:val="false"/>
          <w:color w:val="FFFFFF"/>
          <w:u w:val="none"/>
          <w:shd w:val="clear" w:color="auto" w:fill="548235"/>
        </w:rPr>
        <w:t xml:space="preserve"> [1IGN]</w:t>
      </w:r>
      <w:r>
        <w:rPr>
          <w:shd w:val="clear" w:color="auto" w:fill="548235"/>
          <w:color w:val="FFFFFF"/>
        </w:rPr>
        <w:t xml:space="preserve">.</w:t>
      </w:r>
    </w:p>
    <w:p>
      <w:pPr>
        <w:pStyle w:val="Yellow"/>
        <w:rPr/>
        <w:pBdr>
          <w:left w:val="single" w:sz="28" w:space="5" w:color="C00000"/>
        </w:pBdr>
      </w:pPr>
      <w:r>
        <w:rPr>
          <w:shd w:val="clear" w:color="auto" w:fill="F4B183"/>
          <w:color w:val="000000"/>
        </w:rPr>
        <w:t xml:space="preserve">(Je9:3–6 because Judah’s people lie, commit iniquity, and “refuse to know Me”) </w:t>
      </w:r>
      <w:r>
        <w:rPr>
          <w:b/>
          <w:shd w:val="clear" w:color="auto" w:fill="F4B183"/>
          <w:color w:val="000000"/>
        </w:rPr>
        <w:t xml:space="preserve">Jeremiah 9:7</w:t>
      </w:r>
      <w:r>
        <w:rPr>
          <w:shd w:val="clear" w:color="auto" w:fill="F4B183"/>
          <w:color w:val="000000"/>
        </w:rPr>
        <w:t xml:space="preserve"> — “Behold, </w:t>
      </w:r>
      <w:r>
        <w:rPr>
          <w:shd w:fill="F4B183" w:val="clear" w:color="auto"/>
          <w:color w:val="000000"/>
        </w:rPr>
        <w:t xml:space="preserve">I will refine {them} and test them</w:t>
      </w:r>
      <w:r>
        <w:rPr>
          <w:b w:val="false"/>
          <w:i w:val="false"/>
          <w:color w:val="000000"/>
          <w:u w:val="none"/>
          <w:shd w:val="clear" w:color="auto" w:fill="F4B183"/>
        </w:rPr>
        <w:t xml:space="preserve"> [1LML]</w:t>
      </w:r>
      <w:r>
        <w:rPr>
          <w:shd w:val="clear" w:color="auto" w:fill="F4B183"/>
          <w:color w:val="000000"/>
        </w:rPr>
        <w:t xml:space="preserve">.</w:t>
      </w:r>
    </w:p>
    <w:p>
      <w:pPr>
        <w:pStyle w:val="Yellow"/>
        <w:rPr/>
      </w:pPr>
      <w:r>
        <w:rPr>
          <w:b/>
        </w:rPr>
        <w:t>Matthew 26:41</w:t>
      </w:r>
      <w:r>
        <w:rPr/>
        <w:t xml:space="preserve"> — “</w:t>
      </w:r>
      <w:r>
        <w:rPr>
          <w:shd w:val="clear" w:fill="B7DDE8"/>
        </w:rPr>
        <w:t>Watch</w:t>
      </w:r>
      <w:r>
        <w:rPr>
          <w:b w:val="false"/>
          <w:i w:val="false"/>
          <w:color w:val="000000"/>
          <w:u w:val="none"/>
        </w:rPr>
        <w:t xml:space="preserve"> [1CRQ]</w:t>
      </w:r>
      <w:r>
        <w:rPr/>
        <w:t xml:space="preserve"> and </w:t>
      </w:r>
      <w:r>
        <w:rPr>
          <w:shd w:val="clear" w:fill="B7DDE8"/>
        </w:rPr>
        <w:t>pray</w:t>
      </w:r>
      <w:r>
        <w:rPr>
          <w:b w:val="false"/>
          <w:i w:val="false"/>
          <w:color w:val="000000"/>
          <w:u w:val="none"/>
        </w:rPr>
        <w:t xml:space="preserve"> [1CFN]</w:t>
      </w:r>
      <w:r>
        <w:rPr/>
        <w:t xml:space="preserve"> </w:t>
      </w:r>
      <w:r>
        <w:rPr>
          <w:shd w:val="clear" w:fill="B7DDE8"/>
        </w:rPr>
        <w:t>so that you will not enter into temptation</w:t>
      </w:r>
      <w:r>
        <w:rPr>
          <w:b w:val="false"/>
          <w:i w:val="false"/>
          <w:color w:val="000000"/>
          <w:u w:val="none"/>
        </w:rPr>
        <w:t xml:space="preserve"> [1CRR]</w:t>
      </w:r>
      <w:r>
        <w:rPr/>
        <w:t>.</w:t>
      </w:r>
    </w:p>
    <w:p>
      <w:pPr>
        <w:pStyle w:val="Yellow"/>
        <w:rPr/>
      </w:pPr>
      <w:r>
        <w:rPr>
          <w:b/>
        </w:rPr>
        <w:t xml:space="preserve">Acts 5:41</w:t>
      </w:r>
      <w:r>
        <w:rPr/>
        <w:t xml:space="preserve"> — </w:t>
      </w:r>
      <w:r>
        <w:rPr>
          <w:shd w:fill="B7DDE8" w:val="clear"/>
        </w:rPr>
        <w:t xml:space="preserve">The apostles left the Sanhedrin</w:t>
      </w:r>
      <w:r>
        <w:rPr>
          <w:b w:val="false"/>
          <w:i w:val="false"/>
          <w:color w:val="000000"/>
          <w:u w:val="none"/>
        </w:rPr>
        <w:t xml:space="preserve"> [1IIT]</w:t>
      </w:r>
      <w:r>
        <w:rPr/>
        <w:t xml:space="preserve">, </w:t>
      </w:r>
      <w:r>
        <w:rPr>
          <w:shd w:fill="B7DDE8" w:val="clear"/>
        </w:rPr>
        <w:t xml:space="preserve">rejoicing that they had been counted worthy of suffering disgrace for the Name</w:t>
      </w:r>
      <w:r>
        <w:rPr>
          <w:b w:val="false"/>
          <w:i w:val="false"/>
          <w:color w:val="000000"/>
          <w:u w:val="none"/>
        </w:rPr>
        <w:t xml:space="preserve"> [1IIU]</w:t>
      </w:r>
      <w:r>
        <w:rPr/>
        <w:t xml:space="preserve">.</w:t>
      </w:r>
    </w:p>
    <w:p>
      <w:pPr>
        <w:pStyle w:val="Yellow"/>
        <w:rPr/>
      </w:pPr>
      <w:r>
        <w:rPr>
          <w:b/>
          <w:shd w:val="clear" w:color="auto" w:fill="548235"/>
          <w:color w:val="FFFFFF"/>
        </w:rPr>
        <w:t xml:space="preserve">Romans 8:18</w:t>
      </w:r>
      <w:r>
        <w:rPr>
          <w:shd w:val="clear" w:color="auto" w:fill="548235"/>
          <w:color w:val="FFFFFF"/>
        </w:rPr>
        <w:t xml:space="preserve"> — I consider that </w:t>
      </w:r>
      <w:r>
        <w:rPr>
          <w:shd w:fill="548235" w:val="clear" w:color="auto"/>
          <w:color w:val="FFFFFF"/>
        </w:rPr>
        <w:t xml:space="preserve">our present sufferings are not comparable to the glory that will be revealed in us</w:t>
      </w:r>
      <w:r>
        <w:rPr>
          <w:b w:val="false"/>
          <w:i w:val="false"/>
          <w:color w:val="FFFFFF"/>
          <w:u w:val="none"/>
          <w:shd w:val="clear" w:color="auto" w:fill="548235"/>
        </w:rPr>
        <w:t xml:space="preserve"> [1GDD]</w:t>
      </w:r>
      <w:r>
        <w:rPr>
          <w:shd w:val="clear" w:color="auto" w:fill="548235"/>
          <w:color w:val="FFFFFF"/>
        </w:rPr>
        <w:t xml:space="preserve">.</w:t>
      </w:r>
    </w:p>
    <w:p>
      <w:pPr>
        <w:pStyle w:val="Yellow"/>
        <w:rPr/>
      </w:pPr>
      <w:r>
        <w:rPr/>
        <w:t xml:space="preserve">(1Co5:1ᶜ Man who “has his father’s wife”) </w:t>
      </w:r>
      <w:r>
        <w:rPr>
          <w:b/>
        </w:rPr>
        <w:t xml:space="preserve">1 Corinthians 5:5</w:t>
      </w:r>
      <w:r>
        <w:rPr/>
        <w:t xml:space="preserve"> — </w:t>
      </w:r>
      <w:r>
        <w:rPr>
          <w:shd w:fill="B7DDE8" w:val="clear"/>
        </w:rPr>
        <w:t xml:space="preserve">hand {this man} over to Satan for the destruction of the flesh</w:t>
      </w:r>
      <w:r>
        <w:rPr>
          <w:b w:val="false"/>
          <w:i w:val="false"/>
          <w:color w:val="000000"/>
          <w:u w:val="none"/>
        </w:rPr>
        <w:t xml:space="preserve"> [1KRD]</w:t>
      </w:r>
      <w:r>
        <w:rPr/>
        <w:t xml:space="preserve">, </w:t>
      </w:r>
      <w:r>
        <w:rPr>
          <w:shd w:fill="B7DDE8" w:val="clear"/>
        </w:rPr>
        <w:t xml:space="preserve">so that his spirit may be saved on the Day of the Lord</w:t>
      </w:r>
      <w:r>
        <w:rPr>
          <w:b w:val="false"/>
          <w:i w:val="false"/>
          <w:color w:val="000000"/>
          <w:u w:val="none"/>
        </w:rPr>
        <w:t xml:space="preserve"> [1KRE]</w:t>
      </w:r>
      <w:r>
        <w:rPr/>
        <w:t xml:space="preserve">.</w:t>
      </w:r>
    </w:p>
    <w:p>
      <w:pPr>
        <w:pStyle w:val="Yellow"/>
        <w:rPr/>
      </w:pPr>
      <w:r>
        <w:rPr>
          <w:b/>
          <w:u w:val="none"/>
        </w:rPr>
        <w:t>1 Corinthians 10:13</w:t>
      </w:r>
      <w:r>
        <w:rPr>
          <w:u w:val="none"/>
        </w:rPr>
        <w:t xml:space="preserve"> — And </w:t>
      </w:r>
      <w:r>
        <w:rPr>
          <w:u w:val="none"/>
          <w:color w:val="000000"/>
        </w:rPr>
        <w:t>God is faithful</w:t>
      </w:r>
      <w:r>
        <w:rPr>
          <w:b w:val="false"/>
          <w:i w:val="false"/>
          <w:color w:val="000000"/>
          <w:u w:val="none"/>
        </w:rPr>
        <w:t xml:space="preserve"> [11GW]</w:t>
      </w:r>
      <w:r>
        <w:rPr>
          <w:u w:val="none"/>
        </w:rPr>
        <w:t xml:space="preserve">; </w:t>
      </w:r>
      <w:r>
        <w:rPr>
          <w:u w:val="none"/>
          <w:shd w:fill="B7DDE8" w:val="clear"/>
        </w:rPr>
        <w:t>He will not let you be tempted beyond what you can bear</w:t>
      </w:r>
      <w:r>
        <w:rPr>
          <w:b w:val="false"/>
          <w:i w:val="false"/>
          <w:color w:val="000000"/>
          <w:u w:val="none"/>
        </w:rPr>
        <w:t xml:space="preserve"> [1HA]</w:t>
      </w:r>
      <w:r>
        <w:rPr>
          <w:u w:val="none"/>
        </w:rPr>
        <w:t xml:space="preserve">. But </w:t>
      </w:r>
      <w:r>
        <w:rPr>
          <w:u w:val="none"/>
          <w:shd w:fill="B7DDE8" w:val="clear"/>
        </w:rPr>
        <w:t>when you are tempted, He will also provide an escape, so that you can stand up under it</w:t>
      </w:r>
      <w:r>
        <w:rPr>
          <w:b w:val="false"/>
          <w:i w:val="false"/>
          <w:color w:val="000000"/>
          <w:u w:val="none"/>
        </w:rPr>
        <w:t xml:space="preserve"> [1HB]</w:t>
      </w:r>
      <w:r>
        <w:rPr>
          <w:u w:val="none"/>
        </w:rPr>
        <w:t>.</w:t>
      </w:r>
    </w:p>
    <w:p>
      <w:pPr>
        <w:pStyle w:val="Yellow"/>
        <w:rPr/>
      </w:pPr>
      <w:r>
        <w:rPr>
          <w:b/>
        </w:rPr>
        <w:t xml:space="preserve">2 Corinthians 4:17</w:t>
      </w:r>
      <w:r>
        <w:rPr/>
        <w:t xml:space="preserve"> — For </w:t>
      </w:r>
      <w:r>
        <w:rPr>
          <w:shd w:fill="B7DDE8" w:val="clear"/>
        </w:rPr>
        <w:t xml:space="preserve">our light and momentary affliction is producing for us an eternal glory that is far beyond comparison</w:t>
      </w:r>
      <w:r>
        <w:rPr>
          <w:b w:val="false"/>
          <w:i w:val="false"/>
          <w:color w:val="000000"/>
          <w:u w:val="none"/>
        </w:rPr>
        <w:t xml:space="preserve"> [1IHC]</w:t>
      </w:r>
      <w:r>
        <w:rPr/>
        <w:t xml:space="preserve">.</w:t>
      </w:r>
    </w:p>
    <w:p>
      <w:pPr>
        <w:pStyle w:val="Yellow"/>
        <w:rPr/>
      </w:pPr>
      <w:r>
        <w:rPr/>
        <w:t xml:space="preserve">(2Co12:8 Paul² pleaded to remove “thorn in my flesh”¹) </w:t>
      </w:r>
      <w:r>
        <w:rPr>
          <w:b/>
        </w:rPr>
        <w:t>2 Corinthians 12:9-10</w:t>
      </w:r>
      <w:r>
        <w:rPr/>
        <w:t xml:space="preserve"> — {But} {He} said to me, “</w:t>
      </w:r>
      <w:r>
        <w:rPr>
          <w:color w:val="auto"/>
        </w:rPr>
        <w:t>My grace is sufficient for you</w:t>
      </w:r>
      <w:r>
        <w:rPr>
          <w:b w:val="false"/>
          <w:i w:val="false"/>
          <w:color w:val="auto"/>
          <w:u w:val="none"/>
        </w:rPr>
        <w:t xml:space="preserve"> [1FQE]</w:t>
      </w:r>
      <w:r>
        <w:rPr>
          <w:color w:val="auto"/>
        </w:rPr>
        <w:t xml:space="preserve">, for </w:t>
      </w:r>
      <w:r>
        <w:rPr>
          <w:shd w:fill="B7DDE8" w:val="clear"/>
        </w:rPr>
        <w:t>My power is perfected in weakness</w:t>
      </w:r>
      <w:r>
        <w:rPr>
          <w:b w:val="false"/>
          <w:i w:val="false"/>
          <w:color w:val="000000"/>
          <w:u w:val="none"/>
        </w:rPr>
        <w:t xml:space="preserve"> [1FQF]</w:t>
      </w:r>
      <w:r>
        <w:rPr/>
        <w:t xml:space="preserve">.” That is why, </w:t>
      </w:r>
      <w:r>
        <w:rPr>
          <w:shd w:fill="B7DDE8" w:val="clear"/>
        </w:rPr>
        <w:t>for the sake of Christ, I delight in weaknesses, in insults, in hardships, in persecutions, in difficulties</w:t>
      </w:r>
      <w:r>
        <w:rPr>
          <w:b w:val="false"/>
          <w:i w:val="false"/>
          <w:color w:val="000000"/>
          <w:u w:val="none"/>
        </w:rPr>
        <w:t xml:space="preserve"> [1FQG]</w:t>
      </w:r>
      <w:r>
        <w:rPr/>
        <w:t xml:space="preserve">. For </w:t>
      </w:r>
      <w:r>
        <w:rPr>
          <w:shd w:fill="B7DDE8" w:val="clear"/>
        </w:rPr>
        <w:t>when I am weak, then I am strong</w:t>
      </w:r>
      <w:r>
        <w:rPr>
          <w:b w:val="false"/>
          <w:i w:val="false"/>
          <w:color w:val="000000"/>
          <w:u w:val="none"/>
        </w:rPr>
        <w:t xml:space="preserve"> [1FQH]</w:t>
      </w:r>
      <w:r>
        <w:rPr/>
        <w:t>.</w:t>
      </w:r>
    </w:p>
    <w:p>
      <w:pPr>
        <w:pStyle w:val="Yellow"/>
        <w:rPr/>
      </w:pPr>
      <w:r>
        <w:rPr>
          <w:b/>
        </w:rPr>
        <w:t xml:space="preserve">Hebrews 2:9</w:t>
      </w:r>
      <w:r>
        <w:rPr/>
        <w:t xml:space="preserve"> — But we see </w:t>
      </w:r>
      <w:r>
        <w:rPr>
          <w:shd w:fill="B7DDE8" w:val="clear"/>
        </w:rPr>
        <w:t xml:space="preserve">Jesus, who was made a little lower than the angels</w:t>
      </w:r>
      <w:r>
        <w:rPr>
          <w:b w:val="false"/>
          <w:i w:val="false"/>
          <w:color w:val="000000"/>
          <w:u w:val="none"/>
        </w:rPr>
        <w:t xml:space="preserve"> [1IIA]</w:t>
      </w:r>
      <w:r>
        <w:rPr>
          <w:shd w:val="clear" w:color="auto" w:fill="548235"/>
          <w:color w:val="FFFFFF"/>
        </w:rPr>
        <w:t xml:space="preserve">, </w:t>
      </w:r>
      <w:r>
        <w:rPr>
          <w:shd w:fill="548235" w:val="clear" w:color="auto"/>
          <w:color w:val="FFFFFF"/>
        </w:rPr>
        <w:t xml:space="preserve">now crowned with glory and honor because He suffered death</w:t>
      </w:r>
      <w:r>
        <w:rPr>
          <w:b w:val="false"/>
          <w:i w:val="false"/>
          <w:color w:val="FFFFFF"/>
          <w:u w:val="none"/>
          <w:shd w:val="clear" w:color="auto" w:fill="548235"/>
        </w:rPr>
        <w:t xml:space="preserve"> [1IIB]</w:t>
      </w:r>
      <w:r>
        <w:rPr>
          <w:shd w:val="clear" w:color="auto" w:fill="548235"/>
          <w:color w:val="FFFFFF"/>
        </w:rPr>
        <w:t xml:space="preserve">, so that </w:t>
      </w:r>
      <w:r>
        <w:rPr>
          <w:shd w:fill="548235" w:val="clear" w:color="auto"/>
          <w:color w:val="FFFFFF"/>
        </w:rPr>
        <w:t xml:space="preserve">by the grace of God He might taste death for everyone</w:t>
      </w:r>
      <w:r>
        <w:rPr>
          <w:b w:val="false"/>
          <w:i w:val="false"/>
          <w:color w:val="FFFFFF"/>
          <w:u w:val="none"/>
          <w:shd w:val="clear" w:color="auto" w:fill="548235"/>
        </w:rPr>
        <w:t xml:space="preserve"> [1IIC]</w:t>
      </w:r>
      <w:r>
        <w:rPr>
          <w:shd w:val="clear" w:color="auto" w:fill="548235"/>
          <w:color w:val="FFFFFF"/>
        </w:rPr>
        <w:t xml:space="preserve">.</w:t>
      </w:r>
    </w:p>
    <w:p>
      <w:pPr>
        <w:pStyle w:val="Yellow"/>
        <w:rPr/>
      </w:pPr>
      <w:r>
        <w:rPr/>
        <w:t xml:space="preserve">(He2:9 “Jesus”) </w:t>
      </w:r>
      <w:r>
        <w:rPr>
          <w:b/>
        </w:rPr>
        <w:t xml:space="preserve">Hebrews 2:18</w:t>
      </w:r>
      <w:r>
        <w:rPr/>
        <w:t xml:space="preserve"> — Because </w:t>
      </w:r>
      <w:r>
        <w:rPr>
          <w:color w:val="auto"/>
        </w:rPr>
        <w:t xml:space="preserve">{He} Himself suffered when He was tempted</w:t>
      </w:r>
      <w:r>
        <w:rPr>
          <w:b w:val="false"/>
          <w:i w:val="false"/>
          <w:color w:val="auto"/>
          <w:u w:val="none"/>
        </w:rPr>
        <w:t xml:space="preserve"> [1IIL]</w:t>
      </w:r>
      <w:r>
        <w:rPr>
          <w:color w:val="auto"/>
        </w:rPr>
        <w:t xml:space="preserve">, </w:t>
      </w:r>
      <w:r>
        <w:rPr>
          <w:shd w:fill="B7DDE8" w:val="clear"/>
        </w:rPr>
        <w:t xml:space="preserve">He is able to help those who are being tempted</w:t>
      </w:r>
      <w:r>
        <w:rPr>
          <w:b w:val="false"/>
          <w:i w:val="false"/>
          <w:color w:val="000000"/>
          <w:u w:val="none"/>
        </w:rPr>
        <w:t xml:space="preserve"> [1IIM]</w:t>
      </w:r>
      <w:r>
        <w:rPr/>
        <w:t xml:space="preserve">.</w:t>
      </w:r>
    </w:p>
    <w:p>
      <w:pPr>
        <w:pStyle w:val="Yellow"/>
        <w:rPr/>
      </w:pPr>
      <w:r>
        <w:rPr>
          <w:b/>
        </w:rPr>
        <w:t>Hebrews 13:12</w:t>
      </w:r>
      <w:r>
        <w:t xml:space="preserve"> — And so </w:t>
      </w:r>
      <w:r>
        <w:rPr>
          <w:shd w:fill="B7DDE8" w:val="clear"/>
        </w:rPr>
        <w:t>Jesus also suffered outside the city gate</w:t>
      </w:r>
      <w:r>
        <w:rPr>
          <w:b w:val="false"/>
          <w:i w:val="false"/>
          <w:color w:val="000000"/>
          <w:u w:val="none"/>
        </w:rPr>
        <w:t xml:space="preserve"> [1BEM]</w:t>
      </w:r>
      <w:r>
        <w:rPr>
          <w:shd w:fill="548235" w:val="clear" w:color="auto"/>
          <w:color w:val="FFFFFF"/>
        </w:rPr>
        <w:t>, to sanctify the people by His own blood</w:t>
      </w:r>
      <w:r>
        <w:rPr>
          <w:b w:val="false"/>
          <w:i w:val="false"/>
          <w:color w:val="FFFFFF"/>
          <w:u w:val="none"/>
          <w:shd w:val="clear" w:color="auto" w:fill="548235"/>
        </w:rPr>
        <w:t xml:space="preserve"> [1BEN]</w:t>
      </w:r>
      <w:r>
        <w:rPr>
          <w:shd w:val="clear" w:color="auto" w:fill="548235"/>
          <w:color w:val="FFFFFF"/>
        </w:rPr>
        <w:t>.</w:t>
      </w:r>
    </w:p>
    <w:p>
      <w:pPr>
        <w:pStyle w:val="Yellow"/>
        <w:rPr/>
      </w:pPr>
      <w:r>
        <w:rPr>
          <w:b/>
        </w:rPr>
        <w:t xml:space="preserve">James 1:13-15</w:t>
      </w:r>
      <w:r>
        <w:rPr/>
        <w:t xml:space="preserve"> — </w:t>
      </w:r>
      <w:r>
        <w:rPr>
          <w:shd w:fill="B7DDE8" w:val="clear"/>
        </w:rPr>
        <w:t xml:space="preserve">When tempted, no one should say, “God is tempting me.”</w:t>
      </w:r>
      <w:r>
        <w:rPr>
          <w:b w:val="false"/>
          <w:i w:val="false"/>
          <w:color w:val="000000"/>
          <w:u w:val="none"/>
        </w:rPr>
        <w:t xml:space="preserve"> [1IUI]</w:t>
      </w:r>
      <w:r>
        <w:rPr/>
        <w:t xml:space="preserve"> For </w:t>
      </w:r>
      <w:r>
        <w:rPr>
          <w:shd w:fill="B7DDE8" w:val="clear"/>
        </w:rPr>
        <w:t xml:space="preserve">God cannot be tempted by evil</w:t>
      </w:r>
      <w:r>
        <w:rPr>
          <w:b w:val="false"/>
          <w:i w:val="false"/>
          <w:color w:val="000000"/>
          <w:u w:val="none"/>
        </w:rPr>
        <w:t xml:space="preserve"> [1IUJ]</w:t>
      </w:r>
      <w:r>
        <w:rPr/>
        <w:t xml:space="preserve">, </w:t>
      </w:r>
      <w:r>
        <w:rPr>
          <w:shd w:fill="B7DDE8" w:val="clear"/>
        </w:rPr>
        <w:t xml:space="preserve">nor does He tempt anyone</w:t>
      </w:r>
      <w:r>
        <w:rPr>
          <w:b w:val="false"/>
          <w:i w:val="false"/>
          <w:color w:val="000000"/>
          <w:u w:val="none"/>
        </w:rPr>
        <w:t xml:space="preserve"> [1IUK]</w:t>
      </w:r>
      <w:r>
        <w:rPr/>
        <w:t xml:space="preserve">. But </w:t>
      </w:r>
      <w:r>
        <w:rPr>
          <w:shd w:fill="B7DDE8" w:val="clear"/>
        </w:rPr>
        <w:t xml:space="preserve">each one is tempted when by his own evil desires he is lured away and enticed</w:t>
      </w:r>
      <w:r>
        <w:rPr>
          <w:b w:val="false"/>
          <w:i w:val="false"/>
          <w:color w:val="000000"/>
          <w:u w:val="none"/>
        </w:rPr>
        <w:t xml:space="preserve"> [1IUL]</w:t>
      </w:r>
      <w:r>
        <w:rPr/>
        <w:t xml:space="preserve">. Then </w:t>
      </w:r>
      <w:r>
        <w:rPr>
          <w:shd w:fill="B7DDE8" w:val="clear"/>
        </w:rPr>
        <w:t xml:space="preserve">after desire has conceived, it gives birth to sin</w:t>
      </w:r>
      <w:r>
        <w:rPr>
          <w:b w:val="false"/>
          <w:i w:val="false"/>
          <w:color w:val="000000"/>
          <w:u w:val="none"/>
        </w:rPr>
        <w:t xml:space="preserve"> [1IUM]</w:t>
      </w:r>
      <w:r>
        <w:rPr/>
        <w:t xml:space="preserve">; and </w:t>
      </w:r>
      <w:r>
        <w:rPr>
          <w:shd w:fill="B7DDE8" w:val="clear"/>
        </w:rPr>
        <w:t xml:space="preserve">sin, when it is full-grown, gives birth to death</w:t>
      </w:r>
      <w:r>
        <w:rPr>
          <w:b w:val="false"/>
          <w:i w:val="false"/>
          <w:color w:val="000000"/>
          <w:u w:val="none"/>
        </w:rPr>
        <w:t xml:space="preserve"> [1IUN]</w:t>
      </w:r>
      <w:r>
        <w:rPr/>
        <w:t xml:space="preserve">.</w:t>
      </w:r>
    </w:p>
    <w:p>
      <w:pPr>
        <w:pStyle w:val="Yellow"/>
        <w:rPr/>
      </w:pPr>
      <w:r>
        <w:rPr/>
        <w:t xml:space="preserve">(1Pe1:5 “salvation”) </w:t>
      </w:r>
      <w:r>
        <w:rPr>
          <w:b/>
        </w:rPr>
        <w:t xml:space="preserve">1 Peter 1:6–7</w:t>
      </w:r>
      <w:r>
        <w:rPr/>
        <w:t xml:space="preserve"> — </w:t>
      </w:r>
      <w:r>
        <w:rPr>
          <w:color w:val="auto"/>
        </w:rPr>
        <w:t xml:space="preserve">In {this} you greatly rejoice</w:t>
      </w:r>
      <w:r>
        <w:rPr>
          <w:b w:val="false"/>
          <w:i w:val="false"/>
          <w:color w:val="auto"/>
          <w:u w:val="none"/>
        </w:rPr>
        <w:t xml:space="preserve"> [1IHX]</w:t>
      </w:r>
      <w:r>
        <w:rPr/>
        <w:t xml:space="preserve">, though </w:t>
      </w:r>
      <w:r>
        <w:rPr>
          <w:shd w:fill="B7DDE8" w:val="clear"/>
        </w:rPr>
        <w:t xml:space="preserve">now for a little while you may have had to suffer grief in various trials</w:t>
      </w:r>
      <w:r>
        <w:rPr>
          <w:b w:val="false"/>
          <w:i w:val="false"/>
          <w:color w:val="000000"/>
          <w:u w:val="none"/>
        </w:rPr>
        <w:t xml:space="preserve"> [1IHY]</w:t>
      </w:r>
      <w:r>
        <w:rPr/>
        <w:t xml:space="preserve"> so that </w:t>
      </w:r>
      <w:r>
        <w:rPr>
          <w:shd w:fill="B7DDE8" w:val="clear"/>
        </w:rPr>
        <w:t xml:space="preserve">the proven character of your faith—more precious than gold, which perishes even though refined by fire—may result in praise, glory, and honor at the revelation of Jesus Christ</w:t>
      </w:r>
      <w:r>
        <w:rPr>
          <w:b w:val="false"/>
          <w:i w:val="false"/>
          <w:color w:val="000000"/>
          <w:u w:val="none"/>
        </w:rPr>
        <w:t xml:space="preserve"> [1IHZ]</w:t>
      </w:r>
      <w:r>
        <w:rPr/>
        <w:t xml:space="preserve">.</w:t>
      </w:r>
    </w:p>
    <w:p>
      <w:pPr>
        <w:pStyle w:val="Yellow"/>
        <w:rPr/>
      </w:pPr>
      <w:r>
        <w:rPr>
          <w:b/>
          <w:color w:val="auto"/>
        </w:rPr>
        <w:t xml:space="preserve">1 Peter 2:21</w:t>
      </w:r>
      <w:r>
        <w:rPr>
          <w:color w:val="auto"/>
        </w:rPr>
        <w:t xml:space="preserve"> — </w:t>
      </w:r>
      <w:r>
        <w:rPr>
          <w:color w:val="auto"/>
        </w:rPr>
        <w:t xml:space="preserve">For to this you were called</w:t>
      </w:r>
      <w:r>
        <w:rPr>
          <w:b w:val="false"/>
          <w:i w:val="false"/>
          <w:color w:val="auto"/>
          <w:u w:val="none"/>
        </w:rPr>
        <w:t xml:space="preserve"> [1IID]</w:t>
      </w:r>
      <w:r>
        <w:rPr>
          <w:color w:val="auto"/>
        </w:rPr>
        <w:t xml:space="preserve">, because </w:t>
      </w:r>
      <w:r>
        <w:rPr>
          <w:color w:val="auto"/>
        </w:rPr>
        <w:t xml:space="preserve">Christ also suffered for you</w:t>
      </w:r>
      <w:r>
        <w:rPr>
          <w:b w:val="false"/>
          <w:i w:val="false"/>
          <w:color w:val="auto"/>
          <w:u w:val="none"/>
        </w:rPr>
        <w:t xml:space="preserve"> [1IIE]</w:t>
      </w:r>
      <w:r>
        <w:rPr>
          <w:color w:val="auto"/>
        </w:rPr>
        <w:t xml:space="preserve">, </w:t>
      </w:r>
      <w:r>
        <w:rPr>
          <w:color w:val="auto"/>
        </w:rPr>
        <w:t xml:space="preserve">leaving you an example</w:t>
      </w:r>
      <w:r>
        <w:rPr>
          <w:b w:val="false"/>
          <w:i w:val="false"/>
          <w:color w:val="auto"/>
          <w:u w:val="none"/>
        </w:rPr>
        <w:t xml:space="preserve"> [2IIF]</w:t>
      </w:r>
      <w:r>
        <w:rPr>
          <w:color w:val="auto"/>
        </w:rPr>
        <w:t xml:space="preserve">, </w:t>
      </w:r>
      <w:r>
        <w:rPr>
          <w:color w:val="auto"/>
        </w:rPr>
        <w:t xml:space="preserve">that you should follow in His footsteps</w:t>
      </w:r>
      <w:r>
        <w:rPr>
          <w:b w:val="false"/>
          <w:i w:val="false"/>
          <w:color w:val="auto"/>
          <w:u w:val="none"/>
        </w:rPr>
        <w:t xml:space="preserve"> [1IIG]</w:t>
      </w:r>
    </w:p>
    <w:p>
      <w:pPr>
        <w:pStyle w:val="Yellow"/>
        <w:rPr/>
      </w:pPr>
      <w:r>
        <w:rPr>
          <w:b/>
        </w:rPr>
        <w:t xml:space="preserve">1 Peter 3:18</w:t>
      </w:r>
      <w:r>
        <w:rPr/>
        <w:t xml:space="preserve"> — For </w:t>
      </w:r>
      <w:r>
        <w:rPr>
          <w:shd w:fill="B7DDE8" w:val="clear"/>
        </w:rPr>
        <w:t xml:space="preserve">Christ also suffered for sins once for all</w:t>
      </w:r>
      <w:r>
        <w:rPr>
          <w:b w:val="false"/>
          <w:i w:val="false"/>
          <w:color w:val="000000"/>
          <w:u w:val="none"/>
        </w:rPr>
        <w:t xml:space="preserve"> [1IIY]</w:t>
      </w:r>
      <w:r>
        <w:rPr/>
        <w:t xml:space="preserve">, </w:t>
      </w:r>
      <w:r>
        <w:rPr>
          <w:shd w:fill="B7DDE8" w:val="clear"/>
        </w:rPr>
        <w:t xml:space="preserve">the righteous for the unrighteous</w:t>
      </w:r>
      <w:r>
        <w:rPr>
          <w:b w:val="false"/>
          <w:i w:val="false"/>
          <w:color w:val="000000"/>
          <w:u w:val="none"/>
        </w:rPr>
        <w:t xml:space="preserve"> [1IIZ]</w:t>
      </w:r>
      <w:r>
        <w:rPr/>
        <w:t xml:space="preserve">, </w:t>
      </w:r>
      <w:r>
        <w:rPr>
          <w:shd w:fill="B7DDE8" w:val="clear"/>
        </w:rPr>
        <w:t xml:space="preserve">to bring you to God</w:t>
      </w:r>
      <w:r>
        <w:rPr>
          <w:b w:val="false"/>
          <w:i w:val="false"/>
          <w:color w:val="000000"/>
          <w:u w:val="none"/>
        </w:rPr>
        <w:t xml:space="preserve"> [1IJA]</w:t>
      </w:r>
      <w:r>
        <w:rPr/>
        <w:t xml:space="preserve">.</w:t>
      </w:r>
    </w:p>
    <w:p>
      <w:pPr>
        <w:pStyle w:val="Yellow"/>
        <w:rPr/>
      </w:pPr>
      <w:r>
        <w:rPr>
          <w:b/>
        </w:rPr>
        <w:t xml:space="preserve">1 Peter 4:13</w:t>
      </w:r>
      <w:r>
        <w:rPr/>
        <w:t xml:space="preserve"> — But </w:t>
      </w:r>
      <w:r>
        <w:rPr>
          <w:shd w:fill="B7DDE8" w:val="clear"/>
        </w:rPr>
        <w:t xml:space="preserve">rejoice that you share in the sufferings of Christ</w:t>
      </w:r>
      <w:r>
        <w:rPr>
          <w:b w:val="false"/>
          <w:i w:val="false"/>
          <w:color w:val="000000"/>
          <w:u w:val="none"/>
        </w:rPr>
        <w:t xml:space="preserve"> [1GYY]</w:t>
      </w:r>
      <w:r>
        <w:rPr/>
        <w:t xml:space="preserve">, </w:t>
      </w:r>
      <w:r>
        <w:rPr>
          <w:shd w:fill="B7DDE8" w:val="clear"/>
        </w:rPr>
        <w:t xml:space="preserve">so that you may be overjoyed at the revelation of His glory</w:t>
      </w:r>
      <w:r>
        <w:rPr>
          <w:b w:val="false"/>
          <w:i w:val="false"/>
          <w:color w:val="000000"/>
          <w:u w:val="none"/>
        </w:rPr>
        <w:t xml:space="preserve"> [1GYZ]</w:t>
      </w:r>
      <w:r>
        <w:rPr/>
        <w:t xml:space="preserve">.</w:t>
      </w:r>
    </w:p>
    <w:p>
      <w:pPr>
        <w:pStyle w:val="Yellow"/>
        <w:rPr/>
      </w:pPr>
      <w:r>
        <w:rPr>
          <w:b/>
          <w:u w:val="none"/>
        </w:rPr>
        <w:t xml:space="preserve">1 Peter 5:10</w:t>
      </w:r>
      <w:r>
        <w:rPr>
          <w:u w:val="none"/>
        </w:rPr>
        <w:t xml:space="preserve"> — And </w:t>
      </w:r>
      <w:r>
        <w:rPr>
          <w:u w:val="none"/>
          <w:shd w:fill="B7DDE8" w:val="clear"/>
        </w:rPr>
        <w:t xml:space="preserve">after you have suffered for a little while</w:t>
      </w:r>
      <w:r>
        <w:rPr>
          <w:b w:val="false"/>
          <w:i w:val="false"/>
          <w:color w:val="000000"/>
          <w:u w:val="none"/>
        </w:rPr>
        <w:t xml:space="preserve"> [1IHR]</w:t>
      </w:r>
      <w:r>
        <w:rPr>
          <w:u w:val="none"/>
        </w:rPr>
        <w:t xml:space="preserve">, </w:t>
      </w:r>
      <w:r>
        <w:rPr>
          <w:u w:val="none"/>
          <w:shd w:fill="B7DDE8" w:val="clear"/>
        </w:rPr>
        <w:t xml:space="preserve">the God of all grace</w:t>
      </w:r>
      <w:r>
        <w:rPr>
          <w:b w:val="false"/>
          <w:i w:val="false"/>
          <w:color w:val="000000"/>
          <w:u w:val="none"/>
        </w:rPr>
        <w:t xml:space="preserve"> [1IHS]</w:t>
      </w:r>
      <w:r>
        <w:rPr>
          <w:u w:val="none"/>
        </w:rPr>
        <w:t xml:space="preserve">, </w:t>
      </w:r>
      <w:r>
        <w:rPr>
          <w:u w:val="none"/>
          <w:shd w:fill="B7DDE8" w:val="clear"/>
        </w:rPr>
        <w:t xml:space="preserve">who has called you to His eternal glory in Christ</w:t>
      </w:r>
      <w:r>
        <w:rPr>
          <w:b w:val="false"/>
          <w:i w:val="false"/>
          <w:color w:val="000000"/>
          <w:u w:val="none"/>
        </w:rPr>
        <w:t xml:space="preserve"> [1IHT]</w:t>
      </w:r>
      <w:r>
        <w:rPr>
          <w:u w:val="none"/>
        </w:rPr>
        <w:t xml:space="preserve">, </w:t>
      </w:r>
      <w:r>
        <w:rPr>
          <w:u w:val="none"/>
          <w:shd w:fill="B7DDE8" w:val="clear"/>
        </w:rPr>
        <w:t xml:space="preserve">will Himself restore you, secure you, </w:t>
      </w:r>
      <w:r>
        <w:rPr>
          <w:u w:val="none"/>
          <w:shd w:fill="B7DDE8" w:val="clear"/>
        </w:rPr>
        <w:t xml:space="preserve">strengthen you</w:t>
      </w:r>
      <w:r>
        <w:rPr>
          <w:u w:val="none"/>
          <w:shd w:fill="B7DDE8" w:val="clear"/>
        </w:rPr>
        <w:t xml:space="preserve">, and establish you</w:t>
      </w:r>
      <w:r>
        <w:rPr>
          <w:b w:val="false"/>
          <w:i w:val="false"/>
          <w:color w:val="000000"/>
          <w:u w:val="none"/>
        </w:rPr>
        <w:t xml:space="preserve"> [1IHU]</w:t>
      </w:r>
      <w:r>
        <w:rPr>
          <w:b w:val="false"/>
          <w:i w:val="false"/>
          <w:color w:val="000000"/>
          <w:u w:val="none"/>
        </w:rPr>
        <w:t xml:space="preserve"> [1IHV]</w:t>
      </w:r>
      <w:r>
        <w:rPr>
          <w:b w:val="false"/>
          <w:i w:val="false"/>
          <w:u w:val="none"/>
          <w:color w:val="000000"/>
        </w:rPr>
        <w:t xml:space="preserve"> [3HC]</w:t>
      </w:r>
      <w:r>
        <w:rPr>
          <w:b w:val="false"/>
          <w:i w:val="false"/>
          <w:color w:val="000000"/>
          <w:u w:val="none"/>
        </w:rPr>
        <w:t xml:space="preserve"> [1IHW]</w:t>
      </w:r>
      <w:r>
        <w:rPr>
          <w:u w:val="none"/>
        </w:rPr>
        <w:t xml:space="preserve">.</w:t>
      </w:r>
    </w:p>
    <w:p>
      <w:pPr>
        <w:pStyle w:val="Yellow"/>
        <w:rPr/>
      </w:pPr>
      <w:r>
        <w:rPr>
          <w:b/>
        </w:rPr>
        <w:t>2 Peter 2:7-9</w:t>
      </w:r>
      <w:r>
        <w:rPr/>
        <w:t xml:space="preserve"> — </w:t>
      </w:r>
      <w:r>
        <w:rPr>
          <w:shd w:val="clear" w:fill="B7DDE8"/>
        </w:rPr>
        <w:t>He rescued Lot</w:t>
      </w:r>
      <w:r>
        <w:rPr>
          <w:b w:val="false"/>
          <w:i w:val="false"/>
          <w:color w:val="000000"/>
          <w:u w:val="none"/>
        </w:rPr>
        <w:t xml:space="preserve"> [1DRL]</w:t>
      </w:r>
      <w:r>
        <w:rPr/>
        <w:t xml:space="preserve">, </w:t>
      </w:r>
      <w:r>
        <w:rPr>
          <w:shd w:val="clear" w:fill="B7DDE8"/>
        </w:rPr>
        <w:t>a righteous man distressed by the depraved conduct of the lawless</w:t>
      </w:r>
      <w:r>
        <w:rPr>
          <w:b w:val="false"/>
          <w:i w:val="false"/>
          <w:color w:val="000000"/>
          <w:u w:val="none"/>
        </w:rPr>
        <w:t xml:space="preserve"> [1DRM]</w:t>
      </w:r>
      <w:r>
        <w:rPr/>
        <w:t xml:space="preserve"> (for </w:t>
      </w:r>
      <w:r>
        <w:rPr>
          <w:shd w:val="clear" w:fill="B7DDE8"/>
        </w:rPr>
        <w:t>that righteous man, living among them day after day, was tormented in his righteous soul by the lawless deeds he saw and heard</w:t>
      </w:r>
      <w:r>
        <w:rPr>
          <w:b w:val="false"/>
          <w:i w:val="false"/>
          <w:color w:val="000000"/>
          <w:u w:val="none"/>
        </w:rPr>
        <w:t xml:space="preserve"> [1DRN]</w:t>
      </w:r>
      <w:r>
        <w:rPr/>
        <w:t xml:space="preserve">)— if all this is so, then </w:t>
      </w:r>
      <w:r>
        <w:rPr>
          <w:shd w:val="clear" w:fill="B7DDE8"/>
        </w:rPr>
        <w:t>the Lord knows how to rescue the godly from trials</w:t>
      </w:r>
      <w:r>
        <w:rPr>
          <w:b w:val="false"/>
          <w:i w:val="false"/>
          <w:color w:val="000000"/>
          <w:u w:val="none"/>
        </w:rPr>
        <w:t xml:space="preserve"> [1DRO]</w:t>
      </w:r>
      <w:r>
        <w:rPr/>
        <w:t xml:space="preserve"> and </w:t>
      </w:r>
      <w:r>
        <w:rPr>
          <w:shd w:val="clear" w:fill="B7DDE8"/>
        </w:rPr>
        <w:t>to hold the unrighteous for punishment on the day of judgment</w:t>
      </w:r>
      <w:r>
        <w:rPr>
          <w:b w:val="false"/>
          <w:i w:val="false"/>
          <w:color w:val="000000"/>
          <w:u w:val="none"/>
        </w:rPr>
        <w:t xml:space="preserve"> [1DRP]</w:t>
      </w:r>
      <w:r>
        <w:rPr/>
        <w:t>.</w:t>
      </w:r>
    </w:p>
    <w:p>
      <w:pPr>
        <w:pStyle w:val="Yellow"/>
        <w:rPr/>
      </w:pPr>
      <w:r>
        <w:rPr>
          <w:b/>
        </w:rPr>
        <w:t xml:space="preserve">Revelation 3:10</w:t>
      </w:r>
      <w:r>
        <w:rPr/>
        <w:t xml:space="preserve"> — </w:t>
      </w:r>
      <w:r>
        <w:rPr>
          <w:shd w:fill="B7DDE8" w:val="clear"/>
        </w:rPr>
        <w:t xml:space="preserve">Because you have kept My command to persevere</w:t>
      </w:r>
      <w:r>
        <w:rPr>
          <w:b w:val="false"/>
          <w:i w:val="false"/>
          <w:color w:val="000000"/>
          <w:u w:val="none"/>
        </w:rPr>
        <w:t xml:space="preserve"> [1IJB]</w:t>
      </w:r>
      <w:r>
        <w:rPr/>
        <w:t xml:space="preserve">, </w:t>
      </w:r>
      <w:r>
        <w:rPr>
          <w:shd w:fill="B7DDE8" w:val="clear"/>
        </w:rPr>
        <w:t xml:space="preserve">I will also keep you from the hour of testing that is about to come upon the whole world, to test those who dwell on the earth</w:t>
      </w:r>
      <w:r>
        <w:rPr>
          <w:b w:val="false"/>
          <w:i w:val="false"/>
          <w:color w:val="000000"/>
          <w:u w:val="none"/>
        </w:rPr>
        <w:t xml:space="preserve"> [1IJC]</w:t>
      </w:r>
      <w:r>
        <w:rPr/>
        <w:t xml:space="preserve">.</w:t>
      </w:r>
    </w:p>
    <w:p>
      <w:r>
        <w:rPr>
          <w:b/>
          <w:sz w:val="32"/>
        </w:rPr>
        <w:t>Prayer  (61)</w:t>
      </w:r>
    </w:p>
    <w:p>
      <w:pPr>
        <w:pStyle w:val="Yellow"/>
        <w:rPr/>
      </w:pPr>
      <w:r>
        <w:rPr>
          <w:shd w:val="clear" w:color="auto" w:fill="548235"/>
          <w:color w:val="FFFFFF"/>
        </w:rPr>
        <w:t xml:space="preserve">(Ex22:22 “any widow or orphan”) </w:t>
      </w:r>
      <w:r>
        <w:rPr>
          <w:b/>
          <w:shd w:val="clear" w:color="auto" w:fill="548235"/>
          <w:color w:val="FFFFFF"/>
        </w:rPr>
        <w:t xml:space="preserve">Exodus 22:23</w:t>
      </w:r>
      <w:r>
        <w:rPr>
          <w:shd w:val="clear" w:color="auto" w:fill="548235"/>
          <w:color w:val="FFFFFF"/>
        </w:rPr>
        <w:t xml:space="preserve"> — </w:t>
      </w:r>
      <w:r>
        <w:rPr>
          <w:shd w:fill="548235" w:val="clear" w:color="auto"/>
          <w:color w:val="FFFFFF"/>
        </w:rPr>
        <w:t xml:space="preserve">If you do mistreat {them}, and they cry out to Me in distress</w:t>
      </w:r>
      <w:r>
        <w:rPr>
          <w:b w:val="false"/>
          <w:i w:val="false"/>
          <w:color w:val="FFFFFF"/>
          <w:u w:val="none"/>
          <w:shd w:val="clear" w:color="auto" w:fill="548235"/>
        </w:rPr>
        <w:t xml:space="preserve"> [1ILO]</w:t>
      </w:r>
      <w:r>
        <w:rPr>
          <w:shd w:val="clear" w:color="auto" w:fill="548235"/>
          <w:color w:val="FFFFFF"/>
        </w:rPr>
        <w:t xml:space="preserve">, </w:t>
      </w:r>
      <w:r>
        <w:rPr>
          <w:shd w:fill="548235" w:val="clear" w:color="auto"/>
          <w:color w:val="FFFFFF"/>
        </w:rPr>
        <w:t xml:space="preserve">I will surely hear their cry</w:t>
      </w:r>
      <w:r>
        <w:rPr>
          <w:b w:val="false"/>
          <w:i w:val="false"/>
          <w:color w:val="FFFFFF"/>
          <w:u w:val="none"/>
          <w:shd w:val="clear" w:color="auto" w:fill="548235"/>
        </w:rPr>
        <w:t xml:space="preserve"> [1ILP]</w:t>
      </w:r>
      <w:r>
        <w:rPr>
          <w:shd w:val="clear" w:color="auto" w:fill="548235"/>
          <w:color w:val="FFFFFF"/>
        </w:rPr>
        <w:t xml:space="preserve">.</w:t>
      </w:r>
    </w:p>
    <w:p>
      <w:pPr>
        <w:pStyle w:val="Yellow"/>
        <w:rPr/>
      </w:pPr>
      <w:r>
        <w:rPr>
          <w:shd w:val="clear" w:color="auto" w:fill="548235"/>
          <w:color w:val="FFFFFF"/>
        </w:rPr>
        <w:t xml:space="preserve">(Ex22:26 neighbor whose cloak was taken) </w:t>
      </w:r>
      <w:r>
        <w:rPr>
          <w:b/>
          <w:shd w:val="clear" w:color="auto" w:fill="548235"/>
          <w:color w:val="FFFFFF"/>
        </w:rPr>
        <w:t>Exodus 22:27</w:t>
      </w:r>
      <w:r>
        <w:rPr>
          <w:shd w:val="clear" w:color="auto" w:fill="548235"/>
          <w:color w:val="FFFFFF"/>
        </w:rPr>
        <w:t xml:space="preserve"> — And </w:t>
      </w:r>
      <w:r>
        <w:rPr>
          <w:shd w:val="clear" w:fill="548235" w:color="auto"/>
          <w:color w:val="FFFFFF"/>
        </w:rPr>
        <w:t>if {he} cries out to Me, I will hear</w:t>
      </w:r>
      <w:r>
        <w:rPr>
          <w:b w:val="false"/>
          <w:i w:val="false"/>
          <w:color w:val="FFFFFF"/>
          <w:u w:val="none"/>
          <w:shd w:val="clear" w:color="auto" w:fill="548235"/>
        </w:rPr>
        <w:t xml:space="preserve"> [1FNW]</w:t>
      </w:r>
      <w:r>
        <w:rPr>
          <w:shd w:val="clear" w:color="auto" w:fill="548235"/>
          <w:color w:val="FFFFFF"/>
        </w:rPr>
        <w:t xml:space="preserve">, for </w:t>
      </w:r>
      <w:r>
        <w:rPr>
          <w:shd w:val="clear" w:fill="548235" w:color="auto"/>
          <w:color w:val="FFFFFF"/>
        </w:rPr>
        <w:t>I am compassionate</w:t>
      </w:r>
      <w:r>
        <w:rPr>
          <w:b w:val="false"/>
          <w:i w:val="false"/>
          <w:color w:val="FFFFFF"/>
          <w:u w:val="none"/>
          <w:shd w:val="clear" w:color="auto" w:fill="548235"/>
        </w:rPr>
        <w:t xml:space="preserve"> [19FI]</w:t>
      </w:r>
      <w:r>
        <w:rPr>
          <w:shd w:val="clear" w:color="auto" w:fill="548235"/>
          <w:color w:val="FFFFFF"/>
        </w:rPr>
        <w:t>.</w:t>
      </w:r>
    </w:p>
    <w:p>
      <w:pPr>
        <w:pStyle w:val="Yellow"/>
        <w:rPr/>
      </w:pPr>
      <w:r>
        <w:rPr/>
        <w:t xml:space="preserve">(Ex33:15 Moses asks God to go with them) </w:t>
      </w:r>
      <w:r>
        <w:rPr>
          <w:b/>
        </w:rPr>
        <w:t>Exodus 33:17</w:t>
      </w:r>
      <w:r>
        <w:rPr/>
        <w:t xml:space="preserve"> — “</w:t>
      </w:r>
      <w:r>
        <w:rPr>
          <w:shd w:val="clear" w:fill="548235" w:color="auto"/>
          <w:color w:val="FFFFFF"/>
        </w:rPr>
        <w:t>I will do {this very thing} you have asked</w:t>
      </w:r>
      <w:r>
        <w:rPr>
          <w:b w:val="false"/>
          <w:i w:val="false"/>
          <w:color w:val="FFFFFF"/>
          <w:u w:val="none"/>
          <w:shd w:val="clear" w:color="auto" w:fill="548235"/>
        </w:rPr>
        <w:t xml:space="preserve"> [1ESL]</w:t>
      </w:r>
      <w:r>
        <w:rPr/>
        <w:t xml:space="preserve">, for </w:t>
      </w:r>
      <w:r>
        <w:rPr>
          <w:shd w:val="clear" w:fill="B7DDE8"/>
        </w:rPr>
        <w:t>you have found favor in My sight</w:t>
      </w:r>
      <w:r>
        <w:rPr>
          <w:b w:val="false"/>
          <w:i w:val="false"/>
          <w:color w:val="000000"/>
          <w:u w:val="none"/>
        </w:rPr>
        <w:t xml:space="preserve"> [1ESM]</w:t>
      </w:r>
      <w:r>
        <w:rPr/>
        <w:t xml:space="preserve">, and </w:t>
      </w:r>
      <w:r>
        <w:rPr>
          <w:shd w:val="clear" w:fill="B7DDE8"/>
        </w:rPr>
        <w:t>I know you by name</w:t>
      </w:r>
      <w:r>
        <w:rPr>
          <w:b w:val="false"/>
          <w:i w:val="false"/>
          <w:color w:val="000000"/>
          <w:u w:val="none"/>
        </w:rPr>
        <w:t xml:space="preserve"> [1ESN]</w:t>
      </w:r>
      <w:r>
        <w:rPr/>
        <w:t>.”</w:t>
      </w:r>
    </w:p>
    <w:p>
      <w:pPr>
        <w:pStyle w:val="Yellow"/>
        <w:rPr/>
      </w:pPr>
      <w:r>
        <w:rPr/>
        <w:t xml:space="preserve">(De9:25 Moses intercedes) </w:t>
      </w:r>
      <w:r>
        <w:rPr>
          <w:b/>
        </w:rPr>
        <w:t>Deuteronomy 10:10-11</w:t>
      </w:r>
      <w:r>
        <w:rPr/>
        <w:t xml:space="preserve"> — </w:t>
      </w:r>
      <w:r>
        <w:rPr>
          <w:shd w:fill="B7DDE8" w:val="clear"/>
        </w:rPr>
        <w:t>I stayed on the mountain forty days and forty nights, like the first time</w:t>
      </w:r>
      <w:r>
        <w:rPr>
          <w:b w:val="false"/>
          <w:i w:val="false"/>
          <w:color w:val="000000"/>
          <w:u w:val="none"/>
        </w:rPr>
        <w:t xml:space="preserve"> [1ABS]</w:t>
      </w:r>
      <w:r>
        <w:rPr/>
        <w:t xml:space="preserve">, and that time </w:t>
      </w:r>
      <w:r>
        <w:rPr>
          <w:shd w:fill="B7DDE8" w:val="clear"/>
        </w:rPr>
        <w:t>the LORD again listened to me and agreed not to destroy you</w:t>
      </w:r>
      <w:r>
        <w:rPr>
          <w:b w:val="false"/>
          <w:i w:val="false"/>
          <w:color w:val="000000"/>
          <w:u w:val="none"/>
        </w:rPr>
        <w:t xml:space="preserve"> [1ABT]</w:t>
      </w:r>
      <w:r>
        <w:rPr/>
        <w:t>. Then the LORD said to me, “</w:t>
      </w:r>
      <w:r>
        <w:rPr>
          <w:shd w:fill="B7DDE8" w:val="clear"/>
        </w:rPr>
        <w:t>Get up. Continue your journey ahead of the people</w:t>
      </w:r>
      <w:r>
        <w:rPr>
          <w:b w:val="false"/>
          <w:i w:val="false"/>
          <w:color w:val="000000"/>
          <w:u w:val="none"/>
        </w:rPr>
        <w:t xml:space="preserve"> [1ABU]</w:t>
      </w:r>
      <w:r>
        <w:rPr/>
        <w:t xml:space="preserve">, </w:t>
      </w:r>
      <w:r>
        <w:rPr>
          <w:color w:val="000000"/>
        </w:rPr>
        <w:t>that they may enter and possess the land that I swore to their fathers to give</w:t>
      </w:r>
      <w:r>
        <w:rPr>
          <w:b w:val="false"/>
          <w:i w:val="false"/>
          <w:color w:val="000000"/>
          <w:u w:val="none"/>
        </w:rPr>
        <w:t xml:space="preserve"> [1ABV]</w:t>
      </w:r>
    </w:p>
    <w:p>
      <w:pPr>
        <w:pStyle w:val="Yellow"/>
        <w:rPr/>
      </w:pPr>
      <w:r>
        <w:rPr>
          <w:b/>
        </w:rPr>
        <w:t>1 Samuel 1:27</w:t>
      </w:r>
      <w:r>
        <w:rPr/>
        <w:t xml:space="preserve"> — </w:t>
      </w:r>
      <w:r>
        <w:rPr>
          <w:shd w:fill="B7DDE8" w:val="clear"/>
        </w:rPr>
        <w:t>the LORD has granted me what I asked of Him</w:t>
      </w:r>
      <w:r>
        <w:rPr>
          <w:b w:val="false"/>
          <w:i w:val="false"/>
          <w:color w:val="000000"/>
          <w:u w:val="none"/>
        </w:rPr>
        <w:t xml:space="preserve"> [1MDU]</w:t>
      </w:r>
    </w:p>
    <w:p>
      <w:pPr>
        <w:pStyle w:val="Yellow"/>
        <w:rPr/>
      </w:pPr>
      <w:r>
        <w:rPr>
          <w:u w:val="none"/>
          <w:shd w:val="clear" w:color="auto" w:fill="C00000"/>
          <w:color w:val="FFFFFF"/>
        </w:rPr>
        <w:t xml:space="preserve">(1Sa7:9 Samuel) </w:t>
      </w:r>
      <w:r>
        <w:rPr>
          <w:b/>
          <w:u w:val="none"/>
          <w:shd w:val="clear" w:color="auto" w:fill="C00000"/>
          <w:color w:val="FFFFFF"/>
        </w:rPr>
        <w:t>1 Samuel 7:9</w:t>
      </w:r>
      <w:r>
        <w:rPr>
          <w:u w:val="none"/>
          <w:shd w:val="clear" w:color="auto" w:fill="C00000"/>
          <w:color w:val="FFFFFF"/>
        </w:rPr>
        <w:t xml:space="preserve"> — </w:t>
      </w:r>
      <w:r>
        <w:rPr>
          <w:u w:val="none"/>
          <w:shd w:val="clear" w:color="auto" w:fill="C00000"/>
          <w:color w:val="FFFFFF"/>
        </w:rPr>
        <w:t>{He} cried out to the LORD on behalf of Israel</w:t>
      </w:r>
      <w:r>
        <w:rPr>
          <w:b w:val="false"/>
          <w:i w:val="false"/>
          <w:u w:val="none"/>
          <w:shd w:val="clear" w:color="auto" w:fill="C00000"/>
          <w:color w:val="FFFFFF"/>
        </w:rPr>
        <w:t xml:space="preserve"> [1CRS]</w:t>
      </w:r>
      <w:r>
        <w:rPr>
          <w:u w:val="none"/>
          <w:shd w:val="clear" w:color="auto" w:fill="C00000"/>
          <w:color w:val="FFFFFF"/>
        </w:rPr>
        <w:t xml:space="preserve">, and </w:t>
      </w:r>
      <w:r>
        <w:rPr>
          <w:u w:val="none"/>
          <w:shd w:val="clear" w:color="auto" w:fill="C00000"/>
          <w:color w:val="FFFFFF"/>
        </w:rPr>
        <w:t>the LORD answered him</w:t>
      </w:r>
      <w:r>
        <w:rPr>
          <w:b w:val="false"/>
          <w:i w:val="false"/>
          <w:u w:val="none"/>
          <w:shd w:val="clear" w:color="auto" w:fill="C00000"/>
          <w:color w:val="FFFFFF"/>
        </w:rPr>
        <w:t xml:space="preserve"> [1CRT]</w:t>
      </w:r>
      <w:r>
        <w:rPr>
          <w:u w:val="none"/>
          <w:shd w:val="clear" w:color="auto" w:fill="C00000"/>
          <w:color w:val="FFFFFF"/>
        </w:rPr>
        <w:t>.</w:t>
      </w:r>
    </w:p>
    <w:p>
      <w:pPr>
        <w:pStyle w:val="Yellow"/>
        <w:rPr/>
        <w:pBdr>
          <w:left w:val="single" w:sz="28" w:space="5" w:color="C00000"/>
        </w:pBdr>
      </w:pPr>
      <w:r>
        <w:rPr>
          <w:u w:val="none"/>
        </w:rPr>
        <w:t xml:space="preserve">(1Ch4:9 “Now Jabez was more honorable than his brothers”) </w:t>
      </w:r>
      <w:r>
        <w:rPr>
          <w:b/>
          <w:u w:val="none"/>
        </w:rPr>
        <w:t>1 Chronicles 4:10</w:t>
      </w:r>
      <w:r>
        <w:rPr>
          <w:u w:val="none"/>
        </w:rPr>
        <w:t xml:space="preserve"> — And </w:t>
      </w:r>
      <w:r>
        <w:rPr>
          <w:u w:val="none"/>
          <w:shd w:val="clear" w:fill="B7DDE8"/>
        </w:rPr>
        <w:t>Jabez called out to the God of Israel</w:t>
      </w:r>
      <w:r>
        <w:rPr>
          <w:b w:val="false"/>
          <w:i w:val="false"/>
          <w:color w:val="000000"/>
          <w:u w:val="none"/>
        </w:rPr>
        <w:t xml:space="preserve"> [1CMV]</w:t>
      </w:r>
      <w:r>
        <w:rPr>
          <w:u w:val="none"/>
        </w:rPr>
        <w:t xml:space="preserve">, “If only </w:t>
      </w:r>
      <w:r>
        <w:rPr>
          <w:u w:val="none"/>
          <w:shd w:val="clear" w:fill="B7DDE8"/>
        </w:rPr>
        <w:t>You would bless me</w:t>
      </w:r>
      <w:r>
        <w:rPr>
          <w:b w:val="false"/>
          <w:i w:val="false"/>
          <w:color w:val="000000"/>
          <w:u w:val="none"/>
        </w:rPr>
        <w:t xml:space="preserve"> [1CMW]</w:t>
      </w:r>
      <w:r>
        <w:rPr>
          <w:u w:val="none"/>
        </w:rPr>
        <w:t xml:space="preserve"> and </w:t>
      </w:r>
      <w:r>
        <w:rPr>
          <w:u w:val="none"/>
          <w:shd w:val="clear" w:fill="B7DDE8"/>
        </w:rPr>
        <w:t>enlarge my territory</w:t>
      </w:r>
      <w:r>
        <w:rPr>
          <w:b w:val="false"/>
          <w:i w:val="false"/>
          <w:color w:val="000000"/>
          <w:u w:val="none"/>
        </w:rPr>
        <w:t xml:space="preserve"> [1CMX]</w:t>
      </w:r>
      <w:r>
        <w:rPr>
          <w:u w:val="none"/>
        </w:rPr>
        <w:t xml:space="preserve">! May </w:t>
      </w:r>
      <w:r>
        <w:rPr>
          <w:u w:val="none"/>
          <w:shd w:val="clear" w:fill="B7DDE8"/>
        </w:rPr>
        <w:t>Your hand be with me</w:t>
      </w:r>
      <w:r>
        <w:rPr>
          <w:b w:val="false"/>
          <w:i w:val="false"/>
          <w:u w:val="none"/>
          <w:color w:val="000000"/>
        </w:rPr>
        <w:t xml:space="preserve"> [1CMY]</w:t>
      </w:r>
      <w:r>
        <w:rPr>
          <w:u w:val="none"/>
        </w:rPr>
        <w:t xml:space="preserve"> and </w:t>
      </w:r>
      <w:r>
        <w:rPr>
          <w:u w:val="none"/>
          <w:shd w:val="clear" w:fill="B7DDE8"/>
        </w:rPr>
        <w:t>keep me from harm</w:t>
      </w:r>
      <w:r>
        <w:rPr>
          <w:b w:val="false"/>
          <w:i w:val="false"/>
          <w:u w:val="none"/>
          <w:color w:val="000000"/>
        </w:rPr>
        <w:t xml:space="preserve"> [1CMZ]</w:t>
      </w:r>
      <w:r>
        <w:rPr>
          <w:u w:val="none"/>
        </w:rPr>
        <w:t xml:space="preserve">, so that </w:t>
      </w:r>
      <w:r>
        <w:rPr>
          <w:u w:val="none"/>
          <w:shd w:val="clear" w:fill="B7DDE8"/>
        </w:rPr>
        <w:t>I will be free from pain</w:t>
      </w:r>
      <w:r>
        <w:rPr>
          <w:b w:val="false"/>
          <w:i w:val="false"/>
          <w:u w:val="none"/>
          <w:color w:val="000000"/>
        </w:rPr>
        <w:t xml:space="preserve"> [1CNA]</w:t>
      </w:r>
      <w:r>
        <w:rPr>
          <w:u w:val="none"/>
        </w:rPr>
        <w:t xml:space="preserve">.” And </w:t>
      </w:r>
      <w:r>
        <w:rPr>
          <w:u w:val="none"/>
          <w:shd w:val="clear" w:fill="B7DDE8"/>
        </w:rPr>
        <w:t>God granted the request of Jabez</w:t>
      </w:r>
      <w:r>
        <w:rPr>
          <w:b w:val="false"/>
          <w:i w:val="false"/>
          <w:color w:val="000000"/>
          <w:u w:val="none"/>
        </w:rPr>
        <w:t xml:space="preserve"> [1CNB]</w:t>
      </w:r>
      <w:r>
        <w:rPr>
          <w:u w:val="none"/>
        </w:rPr>
        <w:t>.</w:t>
      </w:r>
    </w:p>
    <w:p>
      <w:pPr>
        <w:pStyle w:val="Yellow"/>
        <w:rPr/>
      </w:pPr>
      <w:r>
        <w:rPr>
          <w:b/>
        </w:rPr>
        <w:t>1 Chronicles 14:14</w:t>
      </w:r>
      <w:r>
        <w:rPr/>
        <w:t xml:space="preserve"> — So </w:t>
      </w:r>
      <w:r>
        <w:rPr>
          <w:shd w:val="clear" w:fill="B7DDE8"/>
        </w:rPr>
        <w:t>David again inquired of God</w:t>
      </w:r>
      <w:r>
        <w:rPr>
          <w:b w:val="false"/>
          <w:i w:val="false"/>
          <w:color w:val="000000"/>
          <w:u w:val="none"/>
        </w:rPr>
        <w:t xml:space="preserve"> [1CSU]</w:t>
      </w:r>
      <w:r>
        <w:rPr/>
        <w:t xml:space="preserve">, </w:t>
      </w:r>
      <w:r>
        <w:rPr>
          <w:shd w:val="clear" w:fill="B7DDE8"/>
        </w:rPr>
        <w:t>who answered him</w:t>
      </w:r>
      <w:r>
        <w:rPr>
          <w:b w:val="false"/>
          <w:i w:val="false"/>
          <w:color w:val="000000"/>
          <w:u w:val="none"/>
        </w:rPr>
        <w:t xml:space="preserve"> [1CSV]</w:t>
      </w:r>
    </w:p>
    <w:p>
      <w:pPr>
        <w:pStyle w:val="Yellow"/>
        <w:rPr/>
        <w:shd w:val="clear" w:color="auto" w:fill="E4DFEC"/>
        <w:pBdr>
          <w:left w:val="single" w:sz="28" w:space="5" w:color="B4A7D6"/>
        </w:pBdr>
      </w:pPr>
      <w:r>
        <w:rPr>
          <w:u w:val="none"/>
          <w:shd w:fill="F4CCCC" w:val="clear"/>
        </w:rPr>
        <w:t xml:space="preserve">(2Ch30:18–19 when Hezekiah interceded for the people) </w:t>
      </w:r>
      <w:r>
        <w:rPr>
          <w:b/>
          <w:u w:val="none"/>
          <w:shd w:fill="F4CCCC" w:val="clear"/>
        </w:rPr>
        <w:t>2 Chronicles 30:20</w:t>
      </w:r>
      <w:r>
        <w:rPr>
          <w:u w:val="none"/>
          <w:shd w:fill="F4CCCC" w:val="clear"/>
        </w:rPr>
        <w:t xml:space="preserve"> — </w:t>
      </w:r>
      <w:r>
        <w:rPr>
          <w:u w:val="none"/>
          <w:shd w:val="clear" w:fill="B7DDE8"/>
        </w:rPr>
        <w:t>the LORD heard Hezekiah</w:t>
      </w:r>
      <w:r>
        <w:rPr>
          <w:b w:val="false"/>
          <w:i w:val="false"/>
          <w:color w:val="000000"/>
          <w:u w:val="none"/>
        </w:rPr>
        <w:t xml:space="preserve"> [2BRZ]</w:t>
      </w:r>
      <w:r>
        <w:rPr>
          <w:u w:val="none"/>
          <w:shd w:fill="F4CCCC" w:val="clear"/>
        </w:rPr>
        <w:t xml:space="preserve"> and </w:t>
      </w:r>
      <w:r>
        <w:rPr>
          <w:u w:val="none"/>
          <w:shd w:val="clear" w:fill="548235" w:color="auto"/>
          <w:color w:val="FFFFFF"/>
        </w:rPr>
        <w:t>healed the people</w:t>
      </w:r>
      <w:r>
        <w:rPr>
          <w:b w:val="false"/>
          <w:i w:val="false"/>
          <w:color w:val="FFFFFF"/>
          <w:u w:val="none"/>
          <w:shd w:val="clear" w:color="auto" w:fill="548235"/>
        </w:rPr>
        <w:t xml:space="preserve"> [8DQS]</w:t>
      </w:r>
      <w:r>
        <w:rPr>
          <w:u w:val="none"/>
          <w:shd w:fill="F4CCCC" w:val="clear"/>
        </w:rPr>
        <w:t>.</w:t>
      </w:r>
    </w:p>
    <w:p>
      <w:pPr>
        <w:pStyle w:val="Yellow"/>
        <w:rPr/>
      </w:pPr>
      <w:r>
        <w:rPr/>
        <w:t xml:space="preserve">(2Ch33:10-11 Manasseh sinned and Assyria captured him) </w:t>
      </w:r>
      <w:r>
        <w:rPr>
          <w:b/>
        </w:rPr>
        <w:t>2 Chronicles 33:12–13</w:t>
      </w:r>
      <w:r>
        <w:rPr/>
        <w:t xml:space="preserve"> — </w:t>
      </w:r>
      <w:r>
        <w:rPr>
          <w:shd w:val="clear" w:fill="B7DDE8"/>
        </w:rPr>
        <w:t>in his distress, Manasseh sought the favor of the LORD his God</w:t>
      </w:r>
      <w:r>
        <w:rPr>
          <w:b w:val="false"/>
          <w:i w:val="false"/>
          <w:color w:val="000000"/>
          <w:u w:val="none"/>
        </w:rPr>
        <w:t xml:space="preserve"> [1CPW]</w:t>
      </w:r>
      <w:r>
        <w:rPr/>
        <w:t xml:space="preserve"> and </w:t>
      </w:r>
      <w:r>
        <w:rPr>
          <w:shd w:val="clear" w:fill="B7DDE8"/>
        </w:rPr>
        <w:t>earnestly humbled himself before the God of his fathers</w:t>
      </w:r>
      <w:r>
        <w:rPr>
          <w:b w:val="false"/>
          <w:i w:val="false"/>
          <w:color w:val="000000"/>
          <w:u w:val="none"/>
        </w:rPr>
        <w:t xml:space="preserve"> [1CPX]</w:t>
      </w:r>
      <w:r>
        <w:rPr/>
        <w:t xml:space="preserve">. And </w:t>
      </w:r>
      <w:r>
        <w:rPr>
          <w:shd w:val="clear" w:fill="B7DDE8"/>
        </w:rPr>
        <w:t>when he prayed to Him</w:t>
      </w:r>
      <w:r>
        <w:rPr>
          <w:b w:val="false"/>
          <w:i w:val="false"/>
          <w:color w:val="000000"/>
          <w:u w:val="none"/>
        </w:rPr>
        <w:t xml:space="preserve"> [1CPY]</w:t>
      </w:r>
      <w:r>
        <w:rPr/>
        <w:t xml:space="preserve">, </w:t>
      </w:r>
      <w:r>
        <w:rPr>
          <w:shd w:val="clear" w:fill="B7DDE8"/>
        </w:rPr>
        <w:t>the LORD received his plea</w:t>
      </w:r>
      <w:r>
        <w:rPr>
          <w:b w:val="false"/>
          <w:i w:val="false"/>
          <w:color w:val="000000"/>
          <w:u w:val="none"/>
        </w:rPr>
        <w:t xml:space="preserve"> [1CPZ]</w:t>
      </w:r>
      <w:r>
        <w:rPr/>
        <w:t xml:space="preserve"> and </w:t>
      </w:r>
      <w:r>
        <w:rPr>
          <w:shd w:val="clear" w:fill="B7DDE8"/>
        </w:rPr>
        <w:t>heard his petition</w:t>
      </w:r>
      <w:r>
        <w:rPr>
          <w:b w:val="false"/>
          <w:i w:val="false"/>
          <w:color w:val="000000"/>
          <w:u w:val="none"/>
        </w:rPr>
        <w:t xml:space="preserve"> [1CPZ]</w:t>
      </w:r>
      <w:r>
        <w:rPr/>
        <w:t xml:space="preserve">. So </w:t>
      </w:r>
      <w:r>
        <w:rPr>
          <w:shd w:val="clear" w:fill="B7DDE8"/>
        </w:rPr>
        <w:t>He brought him back to Jerusalem</w:t>
      </w:r>
      <w:r>
        <w:rPr>
          <w:b w:val="false"/>
          <w:i w:val="false"/>
          <w:color w:val="000000"/>
          <w:u w:val="none"/>
        </w:rPr>
        <w:t xml:space="preserve"> [1CQA]</w:t>
      </w:r>
      <w:r>
        <w:rPr/>
        <w:t xml:space="preserve"> and </w:t>
      </w:r>
      <w:r>
        <w:rPr>
          <w:shd w:val="clear" w:fill="B7DDE8"/>
        </w:rPr>
        <w:t>to his kingdom</w:t>
      </w:r>
      <w:r>
        <w:rPr>
          <w:b w:val="false"/>
          <w:i w:val="false"/>
          <w:color w:val="000000"/>
          <w:u w:val="none"/>
        </w:rPr>
        <w:t xml:space="preserve"> [1CQB]</w:t>
      </w:r>
      <w:r>
        <w:rPr/>
        <w:t xml:space="preserve">. Then </w:t>
      </w:r>
      <w:r>
        <w:rPr>
          <w:shd w:val="clear" w:fill="B7DDE8"/>
        </w:rPr>
        <w:t>Manasseh knew that the LORD is God</w:t>
      </w:r>
      <w:r>
        <w:rPr>
          <w:b w:val="false"/>
          <w:i w:val="false"/>
          <w:color w:val="000000"/>
          <w:u w:val="none"/>
        </w:rPr>
        <w:t xml:space="preserve"> [1CQC]</w:t>
      </w:r>
      <w:r>
        <w:rPr/>
        <w:t>.</w:t>
      </w:r>
    </w:p>
    <w:p>
      <w:pPr>
        <w:pStyle w:val="Yellow"/>
        <w:rPr/>
      </w:pPr>
      <w:r>
        <w:rPr/>
        <w:t xml:space="preserve">(Neh9:26 because Israel rebelled and killed God’s prophets) </w:t>
      </w:r>
      <w:r>
        <w:rPr>
          <w:b/>
        </w:rPr>
        <w:t>Nehemiah 9:27</w:t>
      </w:r>
      <w:r>
        <w:rPr/>
        <w:t xml:space="preserve"> — {So} </w:t>
      </w:r>
      <w:r>
        <w:rPr>
          <w:shd w:val="clear" w:fill="B7DDE8"/>
        </w:rPr>
        <w:t>You delivered {them} into the hands of enemies who oppressed them</w:t>
      </w:r>
      <w:r>
        <w:rPr>
          <w:b w:val="false"/>
          <w:i w:val="false"/>
          <w:u w:val="none"/>
          <w:color w:val="000000"/>
        </w:rPr>
        <w:t xml:space="preserve"> [1DPY]</w:t>
      </w:r>
      <w:r>
        <w:rPr/>
        <w:t xml:space="preserve">, and </w:t>
      </w:r>
      <w:r>
        <w:rPr>
          <w:shd w:val="clear" w:fill="B7DDE8"/>
        </w:rPr>
        <w:t>in their time of distress they cried out to You</w:t>
      </w:r>
      <w:r>
        <w:rPr>
          <w:b w:val="false"/>
          <w:i w:val="false"/>
          <w:color w:val="000000"/>
          <w:u w:val="none"/>
        </w:rPr>
        <w:t xml:space="preserve"> [1DPZ]</w:t>
      </w:r>
      <w:r>
        <w:rPr/>
        <w:t xml:space="preserve">. </w:t>
      </w:r>
      <w:r>
        <w:rPr>
          <w:shd w:val="clear" w:fill="B7DDE8"/>
        </w:rPr>
        <w:t>From heaven You heard them</w:t>
      </w:r>
      <w:r>
        <w:rPr>
          <w:b w:val="false"/>
          <w:i w:val="false"/>
          <w:color w:val="000000"/>
          <w:u w:val="none"/>
        </w:rPr>
        <w:t xml:space="preserve"> [1DQA]</w:t>
      </w:r>
      <w:r>
        <w:rPr/>
        <w:t xml:space="preserve">, and </w:t>
      </w:r>
      <w:r>
        <w:rPr>
          <w:shd w:val="clear" w:fill="B7DDE8"/>
        </w:rPr>
        <w:t>in Your great compassion You gave them deliverers</w:t>
      </w:r>
      <w:r>
        <w:rPr>
          <w:b w:val="false"/>
          <w:i w:val="false"/>
          <w:color w:val="000000"/>
          <w:u w:val="none"/>
        </w:rPr>
        <w:t xml:space="preserve"> [1DQB]</w:t>
      </w:r>
      <w:r>
        <w:rPr/>
        <w:t xml:space="preserve"> </w:t>
      </w:r>
      <w:r>
        <w:rPr>
          <w:shd w:val="clear" w:fill="B7DDE8"/>
        </w:rPr>
        <w:t>who saved them from the hands of their enemies</w:t>
      </w:r>
      <w:r>
        <w:rPr>
          <w:b w:val="false"/>
          <w:i w:val="false"/>
          <w:color w:val="000000"/>
          <w:u w:val="none"/>
        </w:rPr>
        <w:t xml:space="preserve"> [1DQC]</w:t>
      </w:r>
      <w:r>
        <w:rPr/>
        <w:t>.</w:t>
      </w:r>
    </w:p>
    <w:p>
      <w:pPr>
        <w:pStyle w:val="Yellow"/>
        <w:rPr/>
      </w:pPr>
      <w:r>
        <w:rPr/>
        <w:t xml:space="preserve">(Neh9:27 after God delivered Israel) </w:t>
      </w:r>
      <w:r>
        <w:rPr>
          <w:b/>
        </w:rPr>
        <w:t>Nehemiah 9:28</w:t>
      </w:r>
      <w:r>
        <w:rPr/>
        <w:t xml:space="preserve"> — {But} </w:t>
      </w:r>
      <w:r>
        <w:rPr>
          <w:color w:val="000000"/>
        </w:rPr>
        <w:t>as soon as {they} had rest, they again did evil in Your sight</w:t>
      </w:r>
      <w:r>
        <w:rPr>
          <w:b w:val="false"/>
          <w:i w:val="false"/>
          <w:color w:val="000000"/>
          <w:u w:val="none"/>
        </w:rPr>
        <w:t xml:space="preserve"> [3DQD]</w:t>
      </w:r>
      <w:r>
        <w:rPr/>
        <w:t xml:space="preserve">. So </w:t>
      </w:r>
      <w:r>
        <w:rPr>
          <w:color w:val="000000"/>
        </w:rPr>
        <w:t>You abandoned them to the hands of their enemies, who had dominion over them</w:t>
      </w:r>
      <w:r>
        <w:rPr>
          <w:b w:val="false"/>
          <w:i w:val="false"/>
          <w:color w:val="000000"/>
          <w:u w:val="none"/>
        </w:rPr>
        <w:t xml:space="preserve"> [1DQE]</w:t>
      </w:r>
      <w:r>
        <w:rPr/>
        <w:t xml:space="preserve">. </w:t>
      </w:r>
      <w:r>
        <w:rPr>
          <w:shd w:val="clear" w:fill="B7DDE8"/>
        </w:rPr>
        <w:t>When they cried out to You again, You heard from heaven</w:t>
      </w:r>
      <w:r>
        <w:rPr>
          <w:b w:val="false"/>
          <w:i w:val="false"/>
          <w:color w:val="000000"/>
          <w:u w:val="none"/>
        </w:rPr>
        <w:t xml:space="preserve"> [1DQF]</w:t>
      </w:r>
      <w:r>
        <w:rPr>
          <w:color w:val="auto"/>
        </w:rPr>
        <w:t xml:space="preserve">, and </w:t>
      </w:r>
      <w:r>
        <w:rPr>
          <w:color w:val="auto"/>
        </w:rPr>
        <w:t>You delivered them many times in Your compassion</w:t>
      </w:r>
      <w:r>
        <w:rPr>
          <w:b w:val="false"/>
          <w:i w:val="false"/>
          <w:color w:val="auto"/>
          <w:u w:val="none"/>
        </w:rPr>
        <w:t xml:space="preserve"> [1DQG]</w:t>
      </w:r>
      <w:r>
        <w:rPr>
          <w:color w:val="auto"/>
        </w:rPr>
        <w:t>.</w:t>
      </w:r>
    </w:p>
    <w:p>
      <w:pPr>
        <w:pStyle w:val="Green"/>
        <w:rPr/>
      </w:pPr>
      <w:r>
        <w:rPr>
          <w:b/>
          <w:shd w:val="clear" w:color="auto" w:fill="C00000"/>
          <w:color w:val="FFFFFF"/>
        </w:rPr>
        <w:t>Psalm 3:4</w:t>
      </w:r>
      <w:r>
        <w:rPr>
          <w:shd w:val="clear" w:color="auto" w:fill="C00000"/>
          <w:color w:val="FFFFFF"/>
        </w:rPr>
        <w:t xml:space="preserve"> — </w:t>
      </w:r>
      <w:r>
        <w:rPr>
          <w:shd w:val="clear" w:color="auto" w:fill="C00000"/>
          <w:color w:val="FFFFFF"/>
        </w:rPr>
        <w:t>To the LORD I cry aloud</w:t>
      </w:r>
      <w:r>
        <w:rPr>
          <w:b w:val="false"/>
          <w:i w:val="false"/>
          <w:u w:val="none"/>
          <w:shd w:val="clear" w:color="auto" w:fill="C00000"/>
          <w:color w:val="FFFFFF"/>
        </w:rPr>
        <w:t xml:space="preserve"> [4FBB]</w:t>
      </w:r>
      <w:r>
        <w:rPr>
          <w:shd w:val="clear" w:color="auto" w:fill="C00000"/>
          <w:color w:val="FFFFFF"/>
        </w:rPr>
        <w:t xml:space="preserve">, and </w:t>
      </w:r>
      <w:r>
        <w:rPr>
          <w:shd w:val="clear" w:color="auto" w:fill="C00000"/>
          <w:color w:val="FFFFFF"/>
        </w:rPr>
        <w:t>He answers me from His holy mountain</w:t>
      </w:r>
      <w:r>
        <w:rPr>
          <w:b w:val="false"/>
          <w:i w:val="false"/>
          <w:u w:val="none"/>
          <w:shd w:val="clear" w:color="auto" w:fill="C00000"/>
          <w:color w:val="FFFFFF"/>
        </w:rPr>
        <w:t xml:space="preserve"> [8CNQ]</w:t>
      </w:r>
      <w:r>
        <w:rPr>
          <w:shd w:val="clear" w:color="auto" w:fill="C00000"/>
          <w:color w:val="FFFFFF"/>
        </w:rPr>
        <w:t>. Selah</w:t>
      </w:r>
    </w:p>
    <w:p>
      <w:pPr>
        <w:pStyle w:val="Yellow"/>
        <w:rPr/>
      </w:pPr>
      <w:r>
        <w:rPr>
          <w:b/>
          <w:u w:val="none"/>
        </w:rPr>
        <w:t>Psalm 6:8-9</w:t>
      </w:r>
      <w:r>
        <w:rPr>
          <w:u w:val="none"/>
        </w:rPr>
        <w:t xml:space="preserve"> — </w:t>
      </w:r>
      <w:r>
        <w:rPr>
          <w:u w:val="none"/>
          <w:shd w:val="clear" w:fill="B7DDE8"/>
        </w:rPr>
        <w:t>Depart from me, all you workers of iniquity</w:t>
      </w:r>
      <w:r>
        <w:rPr>
          <w:b w:val="false"/>
          <w:i w:val="false"/>
          <w:color w:val="000000"/>
          <w:u w:val="none"/>
        </w:rPr>
        <w:t xml:space="preserve"> [1CQP]</w:t>
      </w:r>
      <w:r>
        <w:rPr>
          <w:u w:val="none"/>
        </w:rPr>
        <w:t xml:space="preserve">, for </w:t>
      </w:r>
      <w:r>
        <w:rPr>
          <w:u w:val="none"/>
          <w:shd w:val="clear" w:fill="B7DDE8"/>
        </w:rPr>
        <w:t>the LORD has heard my weeping</w:t>
      </w:r>
      <w:r>
        <w:rPr>
          <w:b w:val="false"/>
          <w:i w:val="false"/>
          <w:color w:val="000000"/>
          <w:u w:val="none"/>
        </w:rPr>
        <w:t xml:space="preserve"> [13CNM]</w:t>
      </w:r>
      <w:r>
        <w:rPr>
          <w:u w:val="none"/>
        </w:rPr>
        <w:t xml:space="preserve">. </w:t>
      </w:r>
      <w:r>
        <w:rPr>
          <w:u w:val="none"/>
          <w:shd w:val="clear" w:color="auto" w:fill="D9C3E6"/>
        </w:rPr>
        <w:t>The LORD has heard my cry for mercy</w:t>
      </w:r>
      <w:r>
        <w:rPr>
          <w:b w:val="false"/>
          <w:i w:val="false"/>
          <w:color w:val="000000"/>
          <w:u w:val="none"/>
        </w:rPr>
        <w:t xml:space="preserve"> [13CNM]</w:t>
      </w:r>
      <w:r>
        <w:rPr>
          <w:u w:val="none"/>
          <w:shd w:val="clear" w:color="auto" w:fill="D9C3E6"/>
        </w:rPr>
        <w:t xml:space="preserve">; </w:t>
      </w:r>
      <w:r>
        <w:rPr>
          <w:u w:val="none"/>
          <w:shd w:val="clear" w:color="auto" w:fill="D9C3E6"/>
        </w:rPr>
        <w:t>the LORD accepts my prayer</w:t>
      </w:r>
      <w:r>
        <w:rPr>
          <w:b w:val="false"/>
          <w:i w:val="false"/>
          <w:color w:val="000000"/>
          <w:u w:val="none"/>
        </w:rPr>
        <w:t xml:space="preserve"> [2CQN]</w:t>
      </w:r>
      <w:r>
        <w:rPr>
          <w:u w:val="none"/>
          <w:shd w:val="clear" w:color="auto" w:fill="D9C3E6"/>
        </w:rPr>
        <w:t>.</w:t>
      </w:r>
    </w:p>
    <w:p>
      <w:pPr>
        <w:pStyle w:val="Yellow"/>
        <w:rPr/>
        <w:shd w:val="clear" w:color="auto" w:fill="E4DFEC"/>
        <w:pBdr>
          <w:left w:val="single" w:sz="28" w:space="5" w:color="B4A7D6"/>
        </w:pBdr>
      </w:pPr>
      <w:r>
        <w:rPr>
          <w:b/>
          <w:u w:val="none"/>
        </w:rPr>
        <w:t>Psalm 17:6</w:t>
      </w:r>
      <w:r>
        <w:rPr>
          <w:u w:val="none"/>
        </w:rPr>
        <w:t xml:space="preserve"> — </w:t>
      </w:r>
      <w:r>
        <w:rPr>
          <w:u w:val="none"/>
          <w:shd w:fill="B7DDE8" w:val="clear"/>
        </w:rPr>
        <w:t>I call on You, O God</w:t>
      </w:r>
      <w:r>
        <w:rPr>
          <w:b w:val="false"/>
          <w:i w:val="false"/>
          <w:color w:val="000000"/>
          <w:u w:val="none"/>
        </w:rPr>
        <w:t xml:space="preserve"> [4FBB]</w:t>
      </w:r>
      <w:r>
        <w:rPr>
          <w:u w:val="none"/>
        </w:rPr>
        <w:t xml:space="preserve">, for </w:t>
      </w:r>
      <w:r>
        <w:rPr>
          <w:u w:val="none"/>
          <w:shd w:fill="B7DDE8" w:val="clear"/>
        </w:rPr>
        <w:t>You will answer me</w:t>
      </w:r>
      <w:r>
        <w:rPr>
          <w:b w:val="false"/>
          <w:i w:val="false"/>
          <w:color w:val="000000"/>
          <w:u w:val="none"/>
        </w:rPr>
        <w:t xml:space="preserve"> [6GWU]</w:t>
      </w:r>
      <w:r>
        <w:rPr>
          <w:u w:val="none"/>
        </w:rPr>
        <w:t>.</w:t>
      </w:r>
    </w:p>
    <w:p>
      <w:pPr>
        <w:pStyle w:val="Yellow"/>
        <w:rPr/>
      </w:pPr>
      <w:r>
        <w:rPr>
          <w:b/>
          <w:u w:val="none"/>
          <w:shd w:val="clear" w:color="auto" w:fill="C00000"/>
          <w:color w:val="FFFFFF"/>
        </w:rPr>
        <w:t>Psalm 30:2</w:t>
      </w:r>
      <w:r>
        <w:rPr>
          <w:u w:val="none"/>
          <w:shd w:val="clear" w:color="auto" w:fill="C00000"/>
          <w:color w:val="FFFFFF"/>
        </w:rPr>
        <w:t xml:space="preserve"> — O LORD my God, </w:t>
      </w:r>
      <w:r>
        <w:rPr>
          <w:u w:val="none"/>
          <w:shd w:val="clear" w:color="auto" w:fill="C00000"/>
          <w:color w:val="FFFFFF"/>
        </w:rPr>
        <w:t>I cried to You for help</w:t>
      </w:r>
      <w:r>
        <w:rPr>
          <w:b w:val="false"/>
          <w:i w:val="false"/>
          <w:u w:val="none"/>
          <w:shd w:val="clear" w:color="auto" w:fill="C00000"/>
          <w:color w:val="FFFFFF"/>
        </w:rPr>
        <w:t xml:space="preserve"> [2CQH]</w:t>
      </w:r>
      <w:r>
        <w:rPr>
          <w:u w:val="none"/>
          <w:shd w:val="clear" w:color="auto" w:fill="C00000"/>
          <w:color w:val="FFFFFF"/>
        </w:rPr>
        <w:t xml:space="preserve">, and </w:t>
      </w:r>
      <w:r>
        <w:rPr>
          <w:u w:val="none"/>
          <w:shd w:val="clear" w:color="auto" w:fill="C00000"/>
          <w:color w:val="FFFFFF"/>
        </w:rPr>
        <w:t>You healed me</w:t>
      </w:r>
      <w:r>
        <w:rPr>
          <w:b w:val="false"/>
          <w:i w:val="false"/>
          <w:u w:val="none"/>
          <w:shd w:val="clear" w:color="auto" w:fill="C00000"/>
          <w:color w:val="FFFFFF"/>
        </w:rPr>
        <w:t xml:space="preserve"> [8DQS]</w:t>
      </w:r>
      <w:r>
        <w:rPr>
          <w:u w:val="none"/>
          <w:shd w:val="clear" w:color="auto" w:fill="C00000"/>
          <w:color w:val="FFFFFF"/>
        </w:rPr>
        <w:t>.</w:t>
      </w:r>
    </w:p>
    <w:p>
      <w:pPr>
        <w:pStyle w:val="Yellow"/>
        <w:rPr/>
      </w:pPr>
      <w:r>
        <w:rPr/>
        <w:t xml:space="preserve">(Ps32:5 because the LORD forgave David when he confessed) </w:t>
      </w:r>
      <w:r>
        <w:rPr>
          <w:b/>
        </w:rPr>
        <w:t>Psalm 32:6</w:t>
      </w:r>
      <w:r>
        <w:rPr/>
        <w:t xml:space="preserve"> — {Therefore} </w:t>
      </w:r>
      <w:r>
        <w:rPr>
          <w:shd w:val="clear" w:fill="B7DDE8"/>
        </w:rPr>
        <w:t>let all the godly pray to You while You may be found</w:t>
      </w:r>
      <w:r>
        <w:rPr>
          <w:b w:val="false"/>
          <w:i w:val="false"/>
          <w:color w:val="000000"/>
          <w:u w:val="none"/>
        </w:rPr>
        <w:t xml:space="preserve"> [1COE]</w:t>
      </w:r>
      <w:r>
        <w:rPr/>
        <w:t xml:space="preserve">. Surely </w:t>
      </w:r>
      <w:r>
        <w:rPr>
          <w:shd w:val="clear" w:fill="B7DDE8"/>
        </w:rPr>
        <w:t>when great waters rise, they will not come near</w:t>
      </w:r>
      <w:r>
        <w:rPr>
          <w:b w:val="false"/>
          <w:i w:val="false"/>
          <w:color w:val="000000"/>
          <w:u w:val="none"/>
        </w:rPr>
        <w:t xml:space="preserve"> [1COF]</w:t>
      </w:r>
      <w:r>
        <w:rPr/>
        <w:t>.</w:t>
      </w:r>
    </w:p>
    <w:p>
      <w:pPr>
        <w:pStyle w:val="Yellow"/>
        <w:rPr/>
      </w:pPr>
      <w:r>
        <w:t xml:space="preserve">(Ps34:1 David) </w:t>
      </w:r>
      <w:r>
        <w:rPr>
          <w:b/>
        </w:rPr>
        <w:t>Psalm 34:6</w:t>
      </w:r>
      <w:r>
        <w:t xml:space="preserve"> — </w:t>
      </w:r>
      <w:r>
        <w:rPr>
          <w:shd w:fill="B7DDE8" w:val="clear"/>
        </w:rPr>
        <w:t>{This poor man} called out</w:t>
      </w:r>
      <w:r>
        <w:rPr>
          <w:b w:val="false"/>
          <w:i w:val="false"/>
          <w:color w:val="000000"/>
          <w:u w:val="none"/>
        </w:rPr>
        <w:t xml:space="preserve"> [1BRY]</w:t>
      </w:r>
      <w:r>
        <w:t xml:space="preserve">, and </w:t>
      </w:r>
      <w:r>
        <w:rPr>
          <w:shd w:fill="B7DDE8" w:val="clear"/>
        </w:rPr>
        <w:t>the LORD heard him</w:t>
      </w:r>
      <w:r>
        <w:rPr>
          <w:b w:val="false"/>
          <w:i w:val="false"/>
          <w:color w:val="000000"/>
          <w:u w:val="none"/>
        </w:rPr>
        <w:t xml:space="preserve"> [2BRZ]</w:t>
      </w:r>
      <w:r>
        <w:t xml:space="preserve">; </w:t>
      </w:r>
      <w:r>
        <w:rPr>
          <w:shd w:fill="F4B183" w:val="clear" w:color="auto"/>
          <w:color w:val="000000"/>
        </w:rPr>
        <w:t>He saved him from all his troubles</w:t>
      </w:r>
      <w:r>
        <w:rPr>
          <w:b w:val="false"/>
          <w:i w:val="false"/>
          <w:color w:val="000000"/>
          <w:u w:val="none"/>
          <w:shd w:val="clear" w:color="auto" w:fill="F4B183"/>
        </w:rPr>
        <w:t xml:space="preserve"> [1BSA]</w:t>
      </w:r>
      <w:r>
        <w:t>.</w:t>
      </w:r>
    </w:p>
    <w:p>
      <w:pPr>
        <w:pStyle w:val="Yellow"/>
        <w:rPr/>
        <w:pBdr>
          <w:left w:val="single" w:sz="28" w:space="5" w:color="C00000"/>
        </w:pBdr>
      </w:pPr>
      <w:r>
        <w:rPr>
          <w:b/>
        </w:rPr>
        <w:t>Psalm 42:8</w:t>
      </w:r>
      <w:r>
        <w:rPr/>
        <w:t xml:space="preserve"> — </w:t>
      </w:r>
      <w:r>
        <w:rPr>
          <w:shd w:val="clear" w:fill="B7DDE8"/>
        </w:rPr>
        <w:t>The LORD decrees His loving devotion by day</w:t>
      </w:r>
      <w:r>
        <w:rPr>
          <w:b w:val="false"/>
          <w:i w:val="false"/>
          <w:color w:val="000000"/>
          <w:u w:val="none"/>
        </w:rPr>
        <w:t xml:space="preserve"> [1CON]</w:t>
      </w:r>
      <w:r>
        <w:rPr/>
        <w:t xml:space="preserve">, and </w:t>
      </w:r>
      <w:r>
        <w:rPr>
          <w:shd w:val="clear" w:fill="548235" w:color="auto"/>
          <w:color w:val="FFFFFF"/>
        </w:rPr>
        <w:t>at night His song is with me</w:t>
      </w:r>
      <w:r>
        <w:rPr>
          <w:b w:val="false"/>
          <w:i w:val="false"/>
          <w:color w:val="FFFFFF"/>
          <w:u w:val="none"/>
          <w:shd w:val="clear" w:color="auto" w:fill="548235"/>
        </w:rPr>
        <w:t xml:space="preserve"> [1COO]</w:t>
      </w:r>
      <w:r>
        <w:rPr>
          <w:shd w:val="clear" w:color="auto" w:fill="548235"/>
          <w:color w:val="FFFFFF"/>
        </w:rPr>
        <w:t xml:space="preserve"> </w:t>
      </w:r>
      <w:r>
        <w:rPr>
          <w:shd w:val="clear" w:fill="548235" w:color="auto"/>
          <w:color w:val="FFFFFF"/>
        </w:rPr>
        <w:t>as a prayer to the God of my life</w:t>
      </w:r>
      <w:r>
        <w:rPr>
          <w:b w:val="false"/>
          <w:i w:val="false"/>
          <w:color w:val="FFFFFF"/>
          <w:u w:val="none"/>
          <w:shd w:val="clear" w:color="auto" w:fill="548235"/>
        </w:rPr>
        <w:t xml:space="preserve"> [1COP]</w:t>
      </w:r>
      <w:r>
        <w:rPr/>
        <w:t>.</w:t>
      </w:r>
    </w:p>
    <w:p>
      <w:pPr>
        <w:pStyle w:val="Yellow"/>
        <w:rPr/>
        <w:pBdr>
          <w:left w:val="single" w:sz="28" w:space="5" w:color="C00000"/>
        </w:pBdr>
      </w:pPr>
      <w:r>
        <w:rPr>
          <w:b/>
        </w:rPr>
        <w:t>Psalm 50:15</w:t>
      </w:r>
      <w:r>
        <w:rPr/>
        <w:t xml:space="preserve"> — </w:t>
      </w:r>
      <w:r>
        <w:rPr>
          <w:shd w:val="clear" w:fill="B7DDE8"/>
        </w:rPr>
        <w:t>Call upon Me in the day of trouble</w:t>
      </w:r>
      <w:r>
        <w:rPr>
          <w:b w:val="false"/>
          <w:i w:val="false"/>
          <w:color w:val="000000"/>
          <w:u w:val="none"/>
        </w:rPr>
        <w:t xml:space="preserve"> [1CNT]</w:t>
      </w:r>
      <w:r>
        <w:rPr/>
        <w:t xml:space="preserve">; </w:t>
      </w:r>
      <w:r>
        <w:rPr>
          <w:shd w:val="clear" w:fill="B7DDE8"/>
        </w:rPr>
        <w:t>I will deliver you</w:t>
      </w:r>
      <w:r>
        <w:rPr>
          <w:b w:val="false"/>
          <w:i w:val="false"/>
          <w:color w:val="000000"/>
          <w:u w:val="none"/>
        </w:rPr>
        <w:t xml:space="preserve"> [3CJB]</w:t>
      </w:r>
      <w:r>
        <w:rPr/>
        <w:t xml:space="preserve">, and </w:t>
      </w:r>
      <w:r>
        <w:rPr>
          <w:shd w:val="clear" w:fill="F4B183" w:color="auto"/>
          <w:color w:val="000000"/>
        </w:rPr>
        <w:t>you will honor Me</w:t>
      </w:r>
      <w:r>
        <w:rPr>
          <w:b w:val="false"/>
          <w:i w:val="false"/>
          <w:color w:val="000000"/>
          <w:u w:val="none"/>
          <w:shd w:val="clear" w:color="auto" w:fill="F4B183"/>
        </w:rPr>
        <w:t xml:space="preserve"> [1CNU]</w:t>
      </w:r>
      <w:r>
        <w:rPr/>
        <w:t>.”</w:t>
      </w:r>
    </w:p>
    <w:p>
      <w:pPr>
        <w:pStyle w:val="Yellow"/>
        <w:rPr/>
      </w:pPr>
      <w:r>
        <w:rPr>
          <w:b/>
        </w:rPr>
        <w:t>Psalm 65:5</w:t>
      </w:r>
      <w:r>
        <w:t xml:space="preserve"> — </w:t>
      </w:r>
      <w:r>
        <w:rPr>
          <w:shd w:fill="B7DDE8" w:val="clear"/>
        </w:rPr>
        <w:t>With awesome deeds of righteousness You answer us</w:t>
      </w:r>
      <w:r>
        <w:rPr>
          <w:b w:val="false"/>
          <w:i w:val="false"/>
          <w:color w:val="000000"/>
          <w:u w:val="none"/>
        </w:rPr>
        <w:t xml:space="preserve"> [1BSK]</w:t>
      </w:r>
      <w:r>
        <w:t xml:space="preserve">, </w:t>
      </w:r>
      <w:r>
        <w:rPr>
          <w:color w:val="000000"/>
        </w:rPr>
        <w:t>O God of our salvation</w:t>
      </w:r>
      <w:r>
        <w:rPr>
          <w:b w:val="false"/>
          <w:i w:val="false"/>
          <w:color w:val="000000"/>
          <w:u w:val="none"/>
        </w:rPr>
        <w:t xml:space="preserve"> [2BSL]</w:t>
      </w:r>
      <w:r>
        <w:t xml:space="preserve">, </w:t>
      </w:r>
      <w:r>
        <w:rPr>
          <w:color w:val="000000"/>
        </w:rPr>
        <w:t>the hope of all the ends of the earth and of the farthest seas</w:t>
      </w:r>
      <w:r>
        <w:rPr>
          <w:b w:val="false"/>
          <w:i w:val="false"/>
          <w:color w:val="000000"/>
          <w:u w:val="none"/>
        </w:rPr>
        <w:t xml:space="preserve"> [1BSM]</w:t>
      </w:r>
      <w:r>
        <w:t>.</w:t>
      </w:r>
    </w:p>
    <w:p>
      <w:pPr>
        <w:pStyle w:val="Yellow"/>
        <w:rPr/>
      </w:pPr>
      <w:r>
        <w:rPr>
          <w:b/>
        </w:rPr>
        <w:t>Psalm 66:18–20</w:t>
      </w:r>
      <w:r>
        <w:rPr/>
        <w:t xml:space="preserve"> — </w:t>
      </w:r>
      <w:r>
        <w:rPr>
          <w:shd w:val="clear" w:fill="B7DDE8"/>
        </w:rPr>
        <w:t>If I had cherished iniquity in my heart, the Lord would not have listened</w:t>
      </w:r>
      <w:r>
        <w:rPr>
          <w:b w:val="false"/>
          <w:i w:val="false"/>
          <w:color w:val="000000"/>
          <w:u w:val="none"/>
        </w:rPr>
        <w:t xml:space="preserve"> [1CQL]</w:t>
      </w:r>
      <w:r>
        <w:rPr/>
        <w:t xml:space="preserve">. But </w:t>
      </w:r>
      <w:r>
        <w:rPr>
          <w:shd w:val="clear" w:fill="B7DDE8"/>
        </w:rPr>
        <w:t>God has surely heard</w:t>
      </w:r>
      <w:r>
        <w:rPr>
          <w:b w:val="false"/>
          <w:i w:val="false"/>
          <w:color w:val="000000"/>
          <w:u w:val="none"/>
        </w:rPr>
        <w:t xml:space="preserve"> [13CNM]</w:t>
      </w:r>
      <w:r>
        <w:rPr/>
        <w:t xml:space="preserve">; </w:t>
      </w:r>
      <w:r>
        <w:rPr>
          <w:shd w:val="clear" w:fill="B7DDE8"/>
        </w:rPr>
        <w:t>He has attended to the sound of my prayer</w:t>
      </w:r>
      <w:r>
        <w:rPr>
          <w:b w:val="false"/>
          <w:i w:val="false"/>
          <w:color w:val="000000"/>
          <w:u w:val="none"/>
        </w:rPr>
        <w:t xml:space="preserve"> [13CNM]</w:t>
      </w:r>
      <w:r>
        <w:rPr/>
        <w:t xml:space="preserve">. </w:t>
      </w:r>
      <w:r>
        <w:rPr>
          <w:shd w:val="clear" w:fill="B7DDE8"/>
        </w:rPr>
        <w:t>Blessed be God</w:t>
      </w:r>
      <w:r>
        <w:rPr>
          <w:b w:val="false"/>
          <w:i w:val="false"/>
          <w:u w:val="none"/>
          <w:color w:val="000000"/>
        </w:rPr>
        <w:t xml:space="preserve"> [8CQM]</w:t>
      </w:r>
      <w:r>
        <w:rPr/>
        <w:t xml:space="preserve">, </w:t>
      </w:r>
      <w:r>
        <w:rPr>
          <w:shd w:val="clear" w:fill="B7DDE8"/>
        </w:rPr>
        <w:t>who has not rejected my prayer</w:t>
      </w:r>
      <w:r>
        <w:rPr>
          <w:b w:val="false"/>
          <w:i w:val="false"/>
          <w:color w:val="000000"/>
          <w:u w:val="none"/>
        </w:rPr>
        <w:t xml:space="preserve"> [2CQN]</w:t>
      </w:r>
      <w:r>
        <w:rPr/>
        <w:t xml:space="preserve"> </w:t>
      </w:r>
      <w:r>
        <w:rPr>
          <w:shd w:val="clear" w:fill="B7DDE8"/>
        </w:rPr>
        <w:t>or withheld from me His loving devotion</w:t>
      </w:r>
      <w:r>
        <w:rPr>
          <w:b w:val="false"/>
          <w:i w:val="false"/>
          <w:u w:val="none"/>
          <w:color w:val="000000"/>
        </w:rPr>
        <w:t xml:space="preserve"> [1CQO]</w:t>
      </w:r>
      <w:r>
        <w:rPr/>
        <w:t>!</w:t>
      </w:r>
    </w:p>
    <w:p>
      <w:pPr>
        <w:pStyle w:val="Yellow"/>
        <w:rPr/>
      </w:pPr>
      <w:r>
        <w:rPr>
          <w:b/>
          <w:u w:val="none"/>
          <w:shd w:val="clear" w:color="auto" w:fill="C00000"/>
          <w:color w:val="FFFFFF"/>
        </w:rPr>
        <w:t xml:space="preserve">Psalm 86:7</w:t>
      </w:r>
      <w:r>
        <w:rPr>
          <w:u w:val="none"/>
          <w:shd w:val="clear" w:color="auto" w:fill="C00000"/>
          <w:color w:val="FFFFFF"/>
        </w:rPr>
        <w:t xml:space="preserve"> — </w:t>
      </w:r>
      <w:r>
        <w:rPr>
          <w:u w:val="none"/>
          <w:shd w:val="clear" w:color="auto" w:fill="C00000"/>
          <w:color w:val="FFFFFF"/>
        </w:rPr>
        <w:t xml:space="preserve">In the day of </w:t>
      </w:r>
      <w:r>
        <w:rPr>
          <w:u w:val="none"/>
          <w:shd w:val="clear" w:color="auto" w:fill="C00000"/>
          <w:color w:val="FFFFFF"/>
        </w:rPr>
        <w:t xml:space="preserve">my distress I call</w:t>
      </w:r>
      <w:r>
        <w:rPr>
          <w:b w:val="false"/>
          <w:i w:val="false"/>
          <w:u w:val="none"/>
          <w:shd w:val="clear" w:color="auto" w:fill="C00000"/>
          <w:color w:val="FFFFFF"/>
        </w:rPr>
        <w:t xml:space="preserve"> [1ILN]</w:t>
      </w:r>
      <w:r>
        <w:rPr>
          <w:u w:val="none"/>
          <w:shd w:val="clear" w:color="auto" w:fill="C00000"/>
          <w:color w:val="FFFFFF"/>
        </w:rPr>
        <w:t xml:space="preserve"> on You, because </w:t>
      </w:r>
      <w:r>
        <w:rPr>
          <w:u w:val="none"/>
          <w:shd w:val="clear" w:color="auto" w:fill="C00000"/>
          <w:color w:val="FFFFFF"/>
        </w:rPr>
        <w:t xml:space="preserve">You answer me</w:t>
      </w:r>
      <w:r>
        <w:rPr>
          <w:b w:val="false"/>
          <w:i w:val="false"/>
          <w:u w:val="none"/>
          <w:shd w:val="clear" w:color="auto" w:fill="C00000"/>
          <w:color w:val="FFFFFF"/>
        </w:rPr>
        <w:t xml:space="preserve"> [8CNQ]</w:t>
      </w:r>
      <w:r>
        <w:rPr>
          <w:u w:val="none"/>
          <w:shd w:val="clear" w:color="auto" w:fill="C00000"/>
          <w:color w:val="FFFFFF"/>
        </w:rPr>
        <w:t xml:space="preserve">.</w:t>
      </w:r>
    </w:p>
    <w:p>
      <w:pPr>
        <w:pStyle w:val="Yellow"/>
        <w:rPr/>
      </w:pPr>
      <w:r>
        <w:t xml:space="preserve">(Ps91:14 “Because he loves Me” and “because he knows My name”) </w:t>
      </w:r>
      <w:r>
        <w:rPr>
          <w:b/>
        </w:rPr>
        <w:t>Psalm 91:15–16</w:t>
      </w:r>
      <w:r>
        <w:t xml:space="preserve"> — </w:t>
      </w:r>
      <w:r>
        <w:rPr>
          <w:shd w:fill="B7DDE8" w:val="clear"/>
        </w:rPr>
        <w:t>When {he} calls out to Me, I will answer him</w:t>
      </w:r>
      <w:r>
        <w:rPr>
          <w:b w:val="false"/>
          <w:i w:val="false"/>
          <w:color w:val="000000"/>
          <w:u w:val="none"/>
        </w:rPr>
        <w:t xml:space="preserve"> [1BRM]</w:t>
      </w:r>
      <w:r>
        <w:t xml:space="preserve">; </w:t>
      </w:r>
      <w:r>
        <w:rPr>
          <w:shd w:fill="B7DDE8" w:val="clear"/>
        </w:rPr>
        <w:t>I will be with him in trouble</w:t>
      </w:r>
      <w:r>
        <w:rPr>
          <w:b w:val="false"/>
          <w:i w:val="false"/>
          <w:u w:val="none"/>
          <w:color w:val="000000"/>
        </w:rPr>
        <w:t xml:space="preserve"> [1BRN]</w:t>
      </w:r>
      <w:r>
        <w:t xml:space="preserve">. </w:t>
      </w:r>
      <w:r>
        <w:rPr>
          <w:shd w:fill="B7DDE8" w:val="clear"/>
        </w:rPr>
        <w:t>I will deliver him</w:t>
      </w:r>
      <w:r>
        <w:rPr>
          <w:b w:val="false"/>
          <w:i w:val="false"/>
          <w:color w:val="000000"/>
          <w:u w:val="none"/>
        </w:rPr>
        <w:t xml:space="preserve"> [3CJB]</w:t>
      </w:r>
      <w:r>
        <w:t xml:space="preserve"> and </w:t>
      </w:r>
      <w:r>
        <w:rPr>
          <w:shd w:fill="B7DDE8" w:val="clear"/>
        </w:rPr>
        <w:t>honor him</w:t>
      </w:r>
      <w:r>
        <w:rPr>
          <w:b w:val="false"/>
          <w:i w:val="false"/>
          <w:color w:val="000000"/>
          <w:u w:val="none"/>
        </w:rPr>
        <w:t xml:space="preserve"> [1CJC]</w:t>
      </w:r>
      <w:r>
        <w:t xml:space="preserve">. </w:t>
      </w:r>
      <w:r>
        <w:rPr>
          <w:shd w:fill="B7DDE8" w:val="clear"/>
        </w:rPr>
        <w:t>With long life I will satisfy him</w:t>
      </w:r>
      <w:r>
        <w:rPr>
          <w:b w:val="false"/>
          <w:i w:val="false"/>
          <w:color w:val="000000"/>
          <w:u w:val="none"/>
        </w:rPr>
        <w:t xml:space="preserve"> [1BRP]</w:t>
      </w:r>
      <w:r>
        <w:t xml:space="preserve"> and </w:t>
      </w:r>
      <w:r>
        <w:rPr>
          <w:shd w:fill="B7DDE8" w:val="clear"/>
        </w:rPr>
        <w:t>show him My salvation</w:t>
      </w:r>
      <w:r>
        <w:rPr>
          <w:b w:val="false"/>
          <w:i w:val="false"/>
          <w:color w:val="000000"/>
          <w:u w:val="none"/>
        </w:rPr>
        <w:t xml:space="preserve"> [1BRQ]</w:t>
      </w:r>
      <w:r>
        <w:t>.”</w:t>
      </w:r>
    </w:p>
    <w:p>
      <w:pPr>
        <w:pStyle w:val="Yellow"/>
        <w:rPr/>
      </w:pPr>
      <w:r>
        <w:rPr/>
        <w:t xml:space="preserve">(Ps102:16 “the LORD”) </w:t>
      </w:r>
      <w:r>
        <w:rPr>
          <w:b/>
        </w:rPr>
        <w:t>Psalm 102:17</w:t>
      </w:r>
      <w:r>
        <w:rPr/>
        <w:t xml:space="preserve"> — </w:t>
      </w:r>
      <w:r>
        <w:rPr>
          <w:shd w:val="clear" w:fill="B7DDE8"/>
        </w:rPr>
        <w:t>{He} will turn toward the prayer of the destitute</w:t>
      </w:r>
      <w:r>
        <w:rPr>
          <w:b w:val="false"/>
          <w:i w:val="false"/>
          <w:color w:val="000000"/>
          <w:u w:val="none"/>
        </w:rPr>
        <w:t xml:space="preserve"> [1CRU]</w:t>
      </w:r>
      <w:r>
        <w:rPr/>
        <w:t xml:space="preserve">; </w:t>
      </w:r>
      <w:r>
        <w:rPr>
          <w:shd w:val="clear" w:fill="B7DDE8"/>
        </w:rPr>
        <w:t>He will not despise their prayer</w:t>
      </w:r>
      <w:r>
        <w:rPr>
          <w:b w:val="false"/>
          <w:i w:val="false"/>
          <w:color w:val="000000"/>
          <w:u w:val="none"/>
        </w:rPr>
        <w:t xml:space="preserve"> [1CRV]</w:t>
      </w:r>
      <w:r>
        <w:rPr/>
        <w:t>.</w:t>
      </w:r>
    </w:p>
    <w:p>
      <w:pPr>
        <w:pStyle w:val="Yellow"/>
        <w:rPr/>
      </w:pPr>
      <w:r>
        <w:rPr/>
        <w:t xml:space="preserve">(Ps106:19–21 because Israel “made a calf” and “forgot God” / Ps106:21 “God their Savior” / Ps106:6 “our fathers”) </w:t>
      </w:r>
      <w:r>
        <w:rPr>
          <w:b/>
        </w:rPr>
        <w:t xml:space="preserve">Psalm 106:23</w:t>
      </w:r>
      <w:r>
        <w:rPr/>
        <w:t xml:space="preserve"> — {So} </w:t>
      </w:r>
      <w:r>
        <w:rPr>
          <w:shd w:fill="B7DDE8" w:val="clear"/>
        </w:rPr>
        <w:t xml:space="preserve">{He} said He would destroy {them}</w:t>
      </w:r>
      <w:r>
        <w:rPr>
          <w:b w:val="false"/>
          <w:i w:val="false"/>
          <w:color w:val="000000"/>
          <w:u w:val="none"/>
        </w:rPr>
        <w:t xml:space="preserve"> [1JUR]</w:t>
      </w:r>
      <w:r>
        <w:rPr/>
        <w:t xml:space="preserve">—had not </w:t>
      </w:r>
      <w:r>
        <w:rPr>
          <w:shd w:fill="548235" w:val="clear" w:color="auto"/>
          <w:color w:val="FFFFFF"/>
        </w:rPr>
        <w:t xml:space="preserve">Moses His chosen one stood before Him in the breach to divert His wrath from destroying them</w:t>
      </w:r>
      <w:r>
        <w:rPr>
          <w:b w:val="false"/>
          <w:i w:val="false"/>
          <w:color w:val="FFFFFF"/>
          <w:u w:val="none"/>
          <w:shd w:val="clear" w:color="auto" w:fill="548235"/>
        </w:rPr>
        <w:t xml:space="preserve"> [1JUS]</w:t>
      </w:r>
      <w:r>
        <w:rPr/>
        <w:t xml:space="preserve">.</w:t>
      </w:r>
    </w:p>
    <w:p>
      <w:pPr>
        <w:pStyle w:val="Yellow"/>
        <w:rPr/>
      </w:pPr>
      <w:r>
        <w:rPr>
          <w:shd w:val="clear" w:color="auto" w:fill="C00000"/>
          <w:color w:val="FFFFFF"/>
        </w:rPr>
        <w:t xml:space="preserve">(Ps116:1 “the LORD”) </w:t>
      </w:r>
      <w:r>
        <w:rPr>
          <w:b/>
          <w:shd w:val="clear" w:color="auto" w:fill="C00000"/>
          <w:color w:val="FFFFFF"/>
        </w:rPr>
        <w:t xml:space="preserve">Psalm 116:2</w:t>
      </w:r>
      <w:r>
        <w:rPr>
          <w:shd w:val="clear" w:color="auto" w:fill="C00000"/>
          <w:color w:val="FFFFFF"/>
        </w:rPr>
        <w:t xml:space="preserve"> — Because </w:t>
      </w:r>
      <w:r>
        <w:rPr>
          <w:shd w:val="clear" w:color="auto" w:fill="C00000"/>
          <w:color w:val="FFFFFF"/>
        </w:rPr>
        <w:t xml:space="preserve">{He} has inclined His ear to me</w:t>
      </w:r>
      <w:r>
        <w:rPr>
          <w:b w:val="false"/>
          <w:i w:val="false"/>
          <w:u w:val="none"/>
          <w:shd w:val="clear" w:color="auto" w:fill="C00000"/>
          <w:color w:val="FFFFFF"/>
        </w:rPr>
        <w:t xml:space="preserve"> [2CQT]</w:t>
      </w:r>
      <w:r>
        <w:rPr>
          <w:shd w:val="clear" w:color="auto" w:fill="C00000"/>
          <w:color w:val="FFFFFF"/>
        </w:rPr>
        <w:t xml:space="preserve">, </w:t>
      </w:r>
      <w:r>
        <w:rPr>
          <w:shd w:val="clear" w:color="auto" w:fill="C00000"/>
          <w:color w:val="FFFFFF"/>
        </w:rPr>
        <w:t xml:space="preserve">I will call on Him as long as I live</w:t>
      </w:r>
      <w:r>
        <w:rPr>
          <w:b w:val="false"/>
          <w:i w:val="false"/>
          <w:u w:val="none"/>
          <w:shd w:val="clear" w:color="auto" w:fill="C00000"/>
          <w:color w:val="FFFFFF"/>
        </w:rPr>
        <w:t xml:space="preserve"> [1LCU]</w:t>
      </w:r>
      <w:r>
        <w:rPr>
          <w:shd w:val="clear" w:color="auto" w:fill="C00000"/>
          <w:color w:val="FFFFFF"/>
        </w:rPr>
        <w:t xml:space="preserve">.</w:t>
      </w:r>
    </w:p>
    <w:p>
      <w:pPr>
        <w:pStyle w:val="Green"/>
        <w:rPr/>
      </w:pPr>
      <w:r>
        <w:rPr>
          <w:b/>
          <w:u w:val="none"/>
        </w:rPr>
        <w:t>Psalm 138:3</w:t>
      </w:r>
      <w:r>
        <w:rPr>
          <w:u w:val="none"/>
        </w:rPr>
        <w:t xml:space="preserve"> — </w:t>
      </w:r>
      <w:r>
        <w:rPr>
          <w:u w:val="none"/>
          <w:shd w:val="clear" w:fill="B7DDE8"/>
        </w:rPr>
        <w:t>On the day I called</w:t>
      </w:r>
      <w:r>
        <w:rPr>
          <w:b w:val="false"/>
          <w:i w:val="false"/>
          <w:color w:val="000000"/>
          <w:u w:val="none"/>
        </w:rPr>
        <w:t xml:space="preserve"> [1COQ]</w:t>
      </w:r>
      <w:r>
        <w:rPr>
          <w:u w:val="none"/>
        </w:rPr>
        <w:t xml:space="preserve">, </w:t>
      </w:r>
      <w:r>
        <w:rPr>
          <w:u w:val="none"/>
          <w:shd w:val="clear" w:fill="B7DDE8"/>
        </w:rPr>
        <w:t>You answered me</w:t>
      </w:r>
      <w:r>
        <w:rPr>
          <w:b w:val="false"/>
          <w:i w:val="false"/>
          <w:color w:val="000000"/>
          <w:u w:val="none"/>
        </w:rPr>
        <w:t xml:space="preserve"> [8CNQ]</w:t>
      </w:r>
      <w:r>
        <w:rPr>
          <w:u w:val="none"/>
        </w:rPr>
        <w:t xml:space="preserve">; </w:t>
      </w:r>
      <w:r>
        <w:rPr>
          <w:u w:val="none"/>
          <w:shd w:val="clear" w:fill="B7DDE8"/>
        </w:rPr>
        <w:t>You emboldened me</w:t>
      </w:r>
      <w:r>
        <w:rPr>
          <w:b w:val="false"/>
          <w:i w:val="false"/>
          <w:color w:val="000000"/>
          <w:u w:val="none"/>
        </w:rPr>
        <w:t xml:space="preserve"> [1COR]</w:t>
      </w:r>
      <w:r>
        <w:rPr>
          <w:u w:val="none"/>
        </w:rPr>
        <w:t xml:space="preserve"> and </w:t>
      </w:r>
      <w:r>
        <w:rPr>
          <w:u w:val="none"/>
          <w:shd w:val="clear" w:fill="B7DDE8"/>
        </w:rPr>
        <w:t>strengthened my soul</w:t>
      </w:r>
      <w:r>
        <w:rPr>
          <w:b w:val="false"/>
          <w:i w:val="false"/>
          <w:color w:val="000000"/>
          <w:u w:val="none"/>
        </w:rPr>
        <w:t xml:space="preserve"> [1COS]</w:t>
      </w:r>
      <w:r>
        <w:rPr>
          <w:u w:val="none"/>
        </w:rPr>
        <w:t>.</w:t>
      </w:r>
    </w:p>
    <w:p>
      <w:pPr>
        <w:pStyle w:val="Yellow"/>
        <w:rPr/>
      </w:pPr>
      <w:r>
        <w:rPr>
          <w:b/>
        </w:rPr>
        <w:t>Proverbs 15:8</w:t>
      </w:r>
      <w:r>
        <w:t xml:space="preserve"> — </w:t>
      </w:r>
      <w:r>
        <w:rPr>
          <w:shd w:fill="B7DDE8" w:val="clear"/>
        </w:rPr>
        <w:t>The sacrifice of the wicked is detestable to the LORD</w:t>
      </w:r>
      <w:r>
        <w:rPr>
          <w:b w:val="false"/>
          <w:i w:val="false"/>
          <w:color w:val="000000"/>
          <w:u w:val="none"/>
        </w:rPr>
        <w:t xml:space="preserve"> [2BBK]</w:t>
      </w:r>
      <w:r>
        <w:t xml:space="preserve">, but </w:t>
      </w:r>
      <w:r>
        <w:rPr>
          <w:shd w:fill="B7DDE8" w:val="clear"/>
        </w:rPr>
        <w:t>the prayer of the upright is His delight</w:t>
      </w:r>
      <w:r>
        <w:rPr>
          <w:b w:val="false"/>
          <w:i w:val="false"/>
          <w:color w:val="000000"/>
          <w:u w:val="none"/>
        </w:rPr>
        <w:t xml:space="preserve"> [1BDX]</w:t>
      </w:r>
      <w:r>
        <w:t>.</w:t>
      </w:r>
    </w:p>
    <w:p>
      <w:pPr>
        <w:pStyle w:val="Yellow"/>
        <w:rPr/>
      </w:pPr>
      <w:r>
        <w:rPr>
          <w:b/>
        </w:rPr>
        <w:t>Proverbs 28:9</w:t>
      </w:r>
      <w:r>
        <w:rPr/>
        <w:t xml:space="preserve"> — </w:t>
      </w:r>
      <w:r>
        <w:rPr>
          <w:shd w:val="clear" w:fill="B7DDE8"/>
        </w:rPr>
        <w:t>Whoever turns his ear away from hearing the law, even his prayer is detestable</w:t>
      </w:r>
      <w:r>
        <w:rPr>
          <w:b w:val="false"/>
          <w:i w:val="false"/>
          <w:color w:val="000000"/>
          <w:u w:val="none"/>
        </w:rPr>
        <w:t xml:space="preserve"> [1CRW]</w:t>
      </w:r>
      <w:r>
        <w:rPr/>
        <w:t>.</w:t>
      </w:r>
    </w:p>
    <w:p>
      <w:pPr>
        <w:pStyle w:val="Yellow"/>
        <w:rPr/>
      </w:pPr>
      <w:r>
        <w:rPr>
          <w:b/>
        </w:rPr>
        <w:t>Isaiah 1:15</w:t>
      </w:r>
      <w:r>
        <w:rPr/>
        <w:t xml:space="preserve"> — </w:t>
      </w:r>
      <w:r>
        <w:rPr>
          <w:shd w:val="clear" w:fill="B7DDE8"/>
        </w:rPr>
        <w:t>When you spread out your hands in prayer, I will hide My eyes from you</w:t>
      </w:r>
      <w:r>
        <w:rPr>
          <w:b w:val="false"/>
          <w:i w:val="false"/>
          <w:color w:val="000000"/>
          <w:u w:val="none"/>
        </w:rPr>
        <w:t xml:space="preserve"> [1CQZ]</w:t>
      </w:r>
      <w:r>
        <w:rPr/>
        <w:t xml:space="preserve">; </w:t>
      </w:r>
      <w:r>
        <w:rPr>
          <w:shd w:val="clear" w:fill="B7DDE8"/>
        </w:rPr>
        <w:t>even though you multiply your prayers, I will not listen</w:t>
      </w:r>
      <w:r>
        <w:rPr>
          <w:b w:val="false"/>
          <w:i w:val="false"/>
          <w:color w:val="000000"/>
          <w:u w:val="none"/>
        </w:rPr>
        <w:t xml:space="preserve"> [1CRA]</w:t>
      </w:r>
      <w:r>
        <w:rPr/>
        <w:t xml:space="preserve">. </w:t>
      </w:r>
      <w:r>
        <w:rPr>
          <w:shd w:val="clear" w:fill="B7DDE8"/>
        </w:rPr>
        <w:t>Your hands are covered with blood</w:t>
      </w:r>
      <w:r>
        <w:rPr>
          <w:b w:val="false"/>
          <w:i w:val="false"/>
          <w:u w:val="none"/>
          <w:color w:val="000000"/>
        </w:rPr>
        <w:t xml:space="preserve"> [1CRB]</w:t>
      </w:r>
      <w:r>
        <w:rPr/>
        <w:t>.</w:t>
      </w:r>
    </w:p>
    <w:p>
      <w:pPr>
        <w:pStyle w:val="Yellow"/>
        <w:rPr/>
      </w:pPr>
      <w:r>
        <w:rPr>
          <w:b/>
        </w:rPr>
        <w:t xml:space="preserve">Isaiah 58:3–4</w:t>
      </w:r>
      <w:r>
        <w:rPr/>
        <w:t xml:space="preserve"> — “</w:t>
      </w:r>
      <w:r>
        <w:rPr>
          <w:shd w:fill="B7DDE8" w:val="clear"/>
        </w:rPr>
        <w:t xml:space="preserve">Why have we fasted, and You have not seen</w:t>
      </w:r>
      <w:r>
        <w:rPr>
          <w:b w:val="false"/>
          <w:i w:val="false"/>
          <w:color w:val="000000"/>
          <w:u w:val="none"/>
        </w:rPr>
        <w:t xml:space="preserve"> [1KZN]</w:t>
      </w:r>
      <w:r>
        <w:rPr/>
        <w:t xml:space="preserve">? </w:t>
      </w:r>
      <w:r>
        <w:rPr>
          <w:shd w:fill="B7DDE8" w:val="clear"/>
        </w:rPr>
        <w:t xml:space="preserve">Why have we humbled ourselves, and You have not noticed</w:t>
      </w:r>
      <w:r>
        <w:rPr>
          <w:b w:val="false"/>
          <w:i w:val="false"/>
          <w:color w:val="000000"/>
          <w:u w:val="none"/>
        </w:rPr>
        <w:t xml:space="preserve"> [1KZO]</w:t>
      </w:r>
      <w:r>
        <w:rPr/>
        <w:t xml:space="preserve">?” “Behold, </w:t>
      </w:r>
      <w:r>
        <w:rPr>
          <w:shd w:fill="B7DDE8" w:val="clear"/>
        </w:rPr>
        <w:t xml:space="preserve">on the day of your fast, you do as you please</w:t>
      </w:r>
      <w:r>
        <w:rPr>
          <w:b w:val="false"/>
          <w:i w:val="false"/>
          <w:color w:val="000000"/>
          <w:u w:val="none"/>
        </w:rPr>
        <w:t xml:space="preserve"> [1KZP]</w:t>
      </w:r>
      <w:r>
        <w:rPr/>
        <w:t xml:space="preserve">, and </w:t>
      </w:r>
      <w:r>
        <w:rPr>
          <w:shd w:fill="B7DDE8" w:val="clear"/>
        </w:rPr>
        <w:t xml:space="preserve">you oppress all your workers</w:t>
      </w:r>
      <w:r>
        <w:rPr>
          <w:b w:val="false"/>
          <w:i w:val="false"/>
          <w:color w:val="000000"/>
          <w:u w:val="none"/>
        </w:rPr>
        <w:t xml:space="preserve"> [1KZQ]</w:t>
      </w:r>
      <w:r>
        <w:rPr/>
        <w:t xml:space="preserve">. </w:t>
      </w:r>
      <w:r>
        <w:rPr>
          <w:shd w:fill="B7DDE8" w:val="clear"/>
        </w:rPr>
        <w:t xml:space="preserve">You fast with contention and strife</w:t>
      </w:r>
      <w:r>
        <w:rPr>
          <w:b w:val="false"/>
          <w:i w:val="false"/>
          <w:color w:val="000000"/>
          <w:u w:val="none"/>
        </w:rPr>
        <w:t xml:space="preserve"> [1KZR]</w:t>
      </w:r>
      <w:r>
        <w:rPr/>
        <w:t xml:space="preserve"> </w:t>
      </w:r>
      <w:r>
        <w:rPr>
          <w:shd w:fill="B7DDE8" w:val="clear"/>
        </w:rPr>
        <w:t xml:space="preserve">to strike viciously with your fist</w:t>
      </w:r>
      <w:r>
        <w:rPr>
          <w:b w:val="false"/>
          <w:i w:val="false"/>
          <w:color w:val="000000"/>
          <w:u w:val="none"/>
        </w:rPr>
        <w:t xml:space="preserve"> [1KZS]</w:t>
      </w:r>
      <w:r>
        <w:rPr/>
        <w:t xml:space="preserve">. </w:t>
      </w:r>
      <w:r>
        <w:rPr>
          <w:shd w:fill="B7DDE8" w:val="clear"/>
        </w:rPr>
        <w:t xml:space="preserve">You cannot fast as you do today and have your voice be heard on high</w:t>
      </w:r>
      <w:r>
        <w:rPr>
          <w:b w:val="false"/>
          <w:i w:val="false"/>
          <w:color w:val="000000"/>
          <w:u w:val="none"/>
        </w:rPr>
        <w:t xml:space="preserve"> [1KZT]</w:t>
      </w:r>
      <w:r>
        <w:rPr/>
        <w:t xml:space="preserve">.</w:t>
      </w:r>
    </w:p>
    <w:p>
      <w:pPr>
        <w:pStyle w:val="Yellow"/>
        <w:rPr/>
      </w:pPr>
      <w:r>
        <w:rPr>
          <w:color w:val="000000"/>
        </w:rPr>
        <w:t xml:space="preserve">(Is58:6–7 if Israel frees the oppressed and cares for the needy) </w:t>
      </w:r>
      <w:r>
        <w:rPr>
          <w:b/>
          <w:color w:val="000000"/>
        </w:rPr>
        <w:t xml:space="preserve">Isaiah 58:9</w:t>
      </w:r>
      <w:r>
        <w:rPr>
          <w:color w:val="000000"/>
        </w:rPr>
        <w:t xml:space="preserve"> — {Then} </w:t>
      </w:r>
      <w:r>
        <w:rPr>
          <w:color w:val="000000"/>
        </w:rPr>
        <w:t xml:space="preserve">you will call</w:t>
      </w:r>
      <w:r>
        <w:rPr>
          <w:b w:val="false"/>
          <w:i w:val="false"/>
          <w:color w:val="000000"/>
          <w:u w:val="none"/>
        </w:rPr>
        <w:t xml:space="preserve"> [1LSZ]</w:t>
      </w:r>
      <w:r>
        <w:rPr>
          <w:color w:val="000000"/>
        </w:rPr>
        <w:t xml:space="preserve">, and </w:t>
      </w:r>
      <w:r>
        <w:rPr>
          <w:color w:val="000000"/>
        </w:rPr>
        <w:t xml:space="preserve">the LORD will answer</w:t>
      </w:r>
      <w:r>
        <w:rPr>
          <w:b w:val="false"/>
          <w:i w:val="false"/>
          <w:color w:val="000000"/>
          <w:u w:val="none"/>
        </w:rPr>
        <w:t xml:space="preserve"> [6GWU]</w:t>
      </w:r>
      <w:r>
        <w:rPr>
          <w:color w:val="000000"/>
        </w:rPr>
        <w:t xml:space="preserve">; </w:t>
      </w:r>
      <w:r>
        <w:rPr>
          <w:color w:val="000000"/>
        </w:rPr>
        <w:t xml:space="preserve">you will cry out</w:t>
      </w:r>
      <w:r>
        <w:rPr>
          <w:b w:val="false"/>
          <w:i w:val="false"/>
          <w:color w:val="000000"/>
          <w:u w:val="none"/>
        </w:rPr>
        <w:t xml:space="preserve"> [1LSZ]</w:t>
      </w:r>
      <w:r>
        <w:rPr>
          <w:color w:val="000000"/>
        </w:rPr>
        <w:t xml:space="preserve">, and </w:t>
      </w:r>
      <w:r>
        <w:rPr>
          <w:color w:val="000000"/>
        </w:rPr>
        <w:t xml:space="preserve">He will say, ‘Here I am.’</w:t>
      </w:r>
      <w:r>
        <w:rPr>
          <w:b w:val="false"/>
          <w:i w:val="false"/>
          <w:color w:val="000000"/>
          <w:u w:val="none"/>
        </w:rPr>
        <w:t xml:space="preserve"> [1LTA]</w:t>
      </w:r>
    </w:p>
    <w:p>
      <w:pPr>
        <w:pStyle w:val="Yellow"/>
        <w:rPr/>
      </w:pPr>
      <w:r>
        <w:rPr/>
        <w:t xml:space="preserve">(Is65:23 “a people blessed by the LORD”) </w:t>
      </w:r>
      <w:r>
        <w:rPr>
          <w:b/>
        </w:rPr>
        <w:t xml:space="preserve">Isaiah 65:24</w:t>
      </w:r>
      <w:r>
        <w:rPr/>
        <w:t xml:space="preserve"> — </w:t>
      </w:r>
      <w:r>
        <w:rPr>
          <w:shd w:fill="B7DDE8" w:val="clear"/>
        </w:rPr>
        <w:t xml:space="preserve">Even before {they} call, I will answer</w:t>
      </w:r>
      <w:r>
        <w:rPr>
          <w:b w:val="false"/>
          <w:i w:val="false"/>
          <w:color w:val="000000"/>
          <w:u w:val="none"/>
        </w:rPr>
        <w:t xml:space="preserve"> [1LTB]</w:t>
      </w:r>
      <w:r>
        <w:rPr/>
        <w:t xml:space="preserve">, and </w:t>
      </w:r>
      <w:r>
        <w:rPr>
          <w:shd w:fill="B7DDE8" w:val="clear"/>
        </w:rPr>
        <w:t xml:space="preserve">while they are still speaking, I will hear</w:t>
      </w:r>
      <w:r>
        <w:rPr>
          <w:b w:val="false"/>
          <w:i w:val="false"/>
          <w:color w:val="000000"/>
          <w:u w:val="none"/>
        </w:rPr>
        <w:t xml:space="preserve"> [1LTC]</w:t>
      </w:r>
      <w:r>
        <w:rPr/>
        <w:t xml:space="preserve">.</w:t>
      </w:r>
    </w:p>
    <w:p>
      <w:pPr>
        <w:pStyle w:val="Yellow"/>
        <w:rPr/>
      </w:pPr>
      <w:r>
        <w:rPr>
          <w:shd w:val="clear" w:color="auto" w:fill="548235"/>
          <w:color w:val="FFFFFF"/>
        </w:rPr>
        <w:t xml:space="preserve">(Je11:10 because Israel and Judah “have broken the covenant” / “followed other gods”) </w:t>
      </w:r>
      <w:r>
        <w:rPr>
          <w:b/>
          <w:shd w:val="clear" w:color="auto" w:fill="548235"/>
          <w:color w:val="FFFFFF"/>
        </w:rPr>
        <w:t xml:space="preserve">Jeremiah 11:11</w:t>
      </w:r>
      <w:r>
        <w:rPr>
          <w:shd w:val="clear" w:color="auto" w:fill="548235"/>
          <w:color w:val="FFFFFF"/>
        </w:rPr>
        <w:t xml:space="preserve"> — </w:t>
      </w:r>
      <w:r>
        <w:rPr>
          <w:shd w:fill="548235" w:val="clear" w:color="auto"/>
          <w:color w:val="FFFFFF"/>
        </w:rPr>
        <w:t xml:space="preserve">I am about to bring upon {them} a disaster that they cannot escape</w:t>
      </w:r>
      <w:r>
        <w:rPr>
          <w:b w:val="false"/>
          <w:i w:val="false"/>
          <w:color w:val="FFFFFF"/>
          <w:u w:val="none"/>
          <w:shd w:val="clear" w:color="auto" w:fill="548235"/>
        </w:rPr>
        <w:t xml:space="preserve"> [1JFH]</w:t>
      </w:r>
      <w:r>
        <w:rPr>
          <w:shd w:val="clear" w:color="auto" w:fill="548235"/>
          <w:color w:val="FFFFFF"/>
        </w:rPr>
        <w:t xml:space="preserve">. </w:t>
      </w:r>
      <w:r>
        <w:rPr>
          <w:shd w:fill="548235" w:val="clear" w:color="auto"/>
          <w:color w:val="FFFFFF"/>
        </w:rPr>
        <w:t xml:space="preserve">They will cry out to Me</w:t>
      </w:r>
      <w:r>
        <w:rPr>
          <w:b w:val="false"/>
          <w:i w:val="false"/>
          <w:color w:val="FFFFFF"/>
          <w:u w:val="none"/>
          <w:shd w:val="clear" w:color="auto" w:fill="548235"/>
        </w:rPr>
        <w:t xml:space="preserve"> [1JFI]</w:t>
      </w:r>
      <w:r>
        <w:rPr>
          <w:shd w:val="clear" w:color="auto" w:fill="548235"/>
          <w:color w:val="FFFFFF"/>
        </w:rPr>
        <w:t xml:space="preserve">, but </w:t>
      </w:r>
      <w:r>
        <w:rPr>
          <w:shd w:fill="548235" w:val="clear" w:color="auto"/>
          <w:color w:val="FFFFFF"/>
        </w:rPr>
        <w:t xml:space="preserve">I will not listen to them</w:t>
      </w:r>
      <w:r>
        <w:rPr>
          <w:b w:val="false"/>
          <w:i w:val="false"/>
          <w:color w:val="FFFFFF"/>
          <w:u w:val="none"/>
          <w:shd w:val="clear" w:color="auto" w:fill="548235"/>
        </w:rPr>
        <w:t xml:space="preserve"> [1JFJ]</w:t>
      </w:r>
      <w:r>
        <w:rPr>
          <w:shd w:val="clear" w:color="auto" w:fill="548235"/>
          <w:color w:val="FFFFFF"/>
        </w:rPr>
        <w:t xml:space="preserve">.</w:t>
      </w:r>
    </w:p>
    <w:p>
      <w:pPr>
        <w:pStyle w:val="Yellow"/>
        <w:rPr/>
        <w:pBdr>
          <w:left w:val="single" w:sz="28" w:space="5" w:color="C00000"/>
        </w:pBdr>
      </w:pPr>
      <w:r>
        <w:rPr/>
        <w:t xml:space="preserve">(Je14:10 because Judah’s people “love to wander” / “have not restrained their feet”) </w:t>
      </w:r>
      <w:r>
        <w:rPr>
          <w:b/>
        </w:rPr>
        <w:t xml:space="preserve">Jeremiah 14:12</w:t>
      </w:r>
      <w:r>
        <w:rPr/>
        <w:t xml:space="preserve"> — </w:t>
      </w:r>
      <w:r>
        <w:rPr>
          <w:shd w:fill="B7DDE8" w:val="clear"/>
        </w:rPr>
        <w:t xml:space="preserve">Although {they} may fast, I will not listen to their cry</w:t>
      </w:r>
      <w:r>
        <w:rPr>
          <w:b w:val="false"/>
          <w:i w:val="false"/>
          <w:color w:val="000000"/>
          <w:u w:val="none"/>
        </w:rPr>
        <w:t xml:space="preserve"> [1JLN]</w:t>
      </w:r>
      <w:r>
        <w:rPr/>
        <w:t xml:space="preserve">; </w:t>
      </w:r>
      <w:r>
        <w:rPr>
          <w:shd w:fill="B7DDE8" w:val="clear"/>
        </w:rPr>
        <w:t xml:space="preserve">although they may offer burnt offerings and grain offerings, I will not accept them</w:t>
      </w:r>
      <w:r>
        <w:rPr>
          <w:b w:val="false"/>
          <w:i w:val="false"/>
          <w:color w:val="000000"/>
          <w:u w:val="none"/>
        </w:rPr>
        <w:t xml:space="preserve"> [3FBH]</w:t>
      </w:r>
      <w:r>
        <w:rPr/>
        <w:t xml:space="preserve">. Instead, </w:t>
      </w:r>
      <w:r>
        <w:rPr>
          <w:shd w:fill="B7DDE8" w:val="clear"/>
        </w:rPr>
        <w:t xml:space="preserve">I will finish them off by sword and famine and plague</w:t>
      </w:r>
      <w:r>
        <w:rPr>
          <w:b w:val="false"/>
          <w:i w:val="false"/>
          <w:u w:val="none"/>
          <w:color w:val="000000"/>
        </w:rPr>
        <w:t xml:space="preserve"> [1JLO]</w:t>
      </w:r>
      <w:r>
        <w:rPr/>
        <w:t xml:space="preserve">.”</w:t>
      </w:r>
    </w:p>
    <w:p>
      <w:pPr>
        <w:pStyle w:val="Yellow"/>
        <w:rPr/>
      </w:pPr>
      <w:r>
        <w:rPr/>
        <w:t xml:space="preserve">&lt;8&gt;(La3:42ᶜ because “We have sinned and rebelled” / 1 “God”¹) </w:t>
      </w:r>
      <w:r>
        <w:rPr>
          <w:b/>
        </w:rPr>
        <w:t>Lamentations 3:8</w:t>
      </w:r>
      <w:r>
        <w:rPr/>
        <w:t xml:space="preserve"> — </w:t>
      </w:r>
      <w:r>
        <w:rPr>
          <w:shd w:val="clear" w:fill="B7DDE8"/>
        </w:rPr>
        <w:t>Even when I cry out and plead for help</w:t>
      </w:r>
      <w:r>
        <w:rPr>
          <w:b w:val="false"/>
          <w:i w:val="false"/>
          <w:color w:val="000000"/>
          <w:u w:val="none"/>
        </w:rPr>
        <w:t xml:space="preserve"> [1COW]</w:t>
      </w:r>
      <w:r>
        <w:rPr/>
        <w:t xml:space="preserve">, </w:t>
      </w:r>
      <w:r>
        <w:rPr>
          <w:shd w:val="clear" w:fill="B7DDE8"/>
        </w:rPr>
        <w:t>{He} shuts out my prayer</w:t>
      </w:r>
      <w:r>
        <w:rPr>
          <w:b w:val="false"/>
          <w:i w:val="false"/>
          <w:color w:val="000000"/>
          <w:u w:val="none"/>
        </w:rPr>
        <w:t xml:space="preserve"> [1COX]</w:t>
      </w:r>
      <w:r>
        <w:rPr/>
        <w:t>.</w:t>
      </w:r>
    </w:p>
    <w:p>
      <w:pPr>
        <w:pStyle w:val="Yellow"/>
        <w:rPr/>
      </w:pPr>
      <w:r>
        <w:rPr/>
        <w:t>&lt;8&gt;</w:t>
      </w:r>
      <w:r>
        <w:rPr>
          <w:b/>
        </w:rPr>
        <w:t>Lamentations 3:22–23</w:t>
      </w:r>
      <w:r>
        <w:rPr/>
        <w:t xml:space="preserve"> — </w:t>
      </w:r>
      <w:r>
        <w:rPr>
          <w:shd w:val="clear" w:fill="B7DDE8"/>
        </w:rPr>
        <w:t>Because of the LORD’s loving devotion we are not consumed</w:t>
      </w:r>
      <w:r>
        <w:rPr>
          <w:b w:val="false"/>
          <w:i w:val="false"/>
          <w:color w:val="000000"/>
          <w:u w:val="none"/>
        </w:rPr>
        <w:t xml:space="preserve"> [1COY]</w:t>
      </w:r>
      <w:r>
        <w:rPr/>
        <w:t xml:space="preserve">, for </w:t>
      </w:r>
      <w:r>
        <w:rPr>
          <w:shd w:val="clear" w:fill="B7DDE8"/>
        </w:rPr>
        <w:t>His compassions never fail</w:t>
      </w:r>
      <w:r>
        <w:rPr>
          <w:b w:val="false"/>
          <w:i w:val="false"/>
          <w:color w:val="000000"/>
          <w:u w:val="none"/>
        </w:rPr>
        <w:t xml:space="preserve"> [1COZ]</w:t>
      </w:r>
      <w:r>
        <w:rPr/>
        <w:t xml:space="preserve">. </w:t>
      </w:r>
      <w:r>
        <w:rPr>
          <w:shd w:val="clear" w:fill="B7DDE8"/>
        </w:rPr>
        <w:t>They are new every morning</w:t>
      </w:r>
      <w:r>
        <w:rPr>
          <w:b w:val="false"/>
          <w:i w:val="false"/>
          <w:color w:val="000000"/>
          <w:u w:val="none"/>
        </w:rPr>
        <w:t xml:space="preserve"> [1CPA]</w:t>
      </w:r>
      <w:r>
        <w:rPr/>
        <w:t xml:space="preserve">; </w:t>
      </w:r>
      <w:r>
        <w:rPr>
          <w:shd w:val="clear" w:fill="B7DDE8"/>
        </w:rPr>
        <w:t>great is Your faithfulness</w:t>
      </w:r>
      <w:r>
        <w:rPr>
          <w:b w:val="false"/>
          <w:i w:val="false"/>
          <w:u w:val="none"/>
          <w:color w:val="000000"/>
        </w:rPr>
        <w:t xml:space="preserve"> [11GW]</w:t>
      </w:r>
      <w:r>
        <w:rPr/>
        <w:t>!</w:t>
      </w:r>
    </w:p>
    <w:p>
      <w:pPr>
        <w:pStyle w:val="Yellow"/>
        <w:rPr/>
      </w:pPr>
      <w:r>
        <w:rPr/>
        <w:t>&lt;9&gt;</w:t>
      </w:r>
      <w:r>
        <w:rPr>
          <w:b/>
        </w:rPr>
        <w:t>Lamentations 3:42–44</w:t>
      </w:r>
      <w:r>
        <w:rPr/>
        <w:t xml:space="preserve"> — “</w:t>
      </w:r>
      <w:r>
        <w:rPr>
          <w:shd w:val="clear" w:fill="B7DDE8"/>
        </w:rPr>
        <w:t>We have sinned</w:t>
      </w:r>
      <w:r>
        <w:rPr>
          <w:b w:val="false"/>
          <w:i w:val="false"/>
          <w:u w:val="none"/>
          <w:color w:val="000000"/>
        </w:rPr>
        <w:t xml:space="preserve"> [1CRC]</w:t>
      </w:r>
      <w:r>
        <w:rPr/>
        <w:t xml:space="preserve"> and </w:t>
      </w:r>
      <w:r>
        <w:rPr>
          <w:shd w:val="clear" w:fill="B7DDE8"/>
        </w:rPr>
        <w:t>rebelled</w:t>
      </w:r>
      <w:r>
        <w:rPr>
          <w:b w:val="false"/>
          <w:i w:val="false"/>
          <w:u w:val="none"/>
          <w:color w:val="000000"/>
        </w:rPr>
        <w:t xml:space="preserve"> [1CRD]</w:t>
      </w:r>
      <w:r>
        <w:rPr/>
        <w:t xml:space="preserve">; </w:t>
      </w:r>
      <w:r>
        <w:rPr>
          <w:shd w:val="clear" w:fill="B7DDE8"/>
        </w:rPr>
        <w:t>You have not forgiven</w:t>
      </w:r>
      <w:r>
        <w:rPr>
          <w:b w:val="false"/>
          <w:i w:val="false"/>
          <w:color w:val="000000"/>
          <w:u w:val="none"/>
        </w:rPr>
        <w:t xml:space="preserve"> [1CRE]</w:t>
      </w:r>
      <w:r>
        <w:rPr/>
        <w:t xml:space="preserve">.” </w:t>
      </w:r>
      <w:r>
        <w:rPr>
          <w:shd w:val="clear" w:fill="B7DDE8"/>
        </w:rPr>
        <w:t>You have covered Yourself in anger</w:t>
      </w:r>
      <w:r>
        <w:rPr>
          <w:b w:val="false"/>
          <w:i w:val="false"/>
          <w:u w:val="none"/>
          <w:color w:val="000000"/>
        </w:rPr>
        <w:t xml:space="preserve"> [1CRF]</w:t>
      </w:r>
      <w:r>
        <w:rPr/>
        <w:t xml:space="preserve"> and </w:t>
      </w:r>
      <w:r>
        <w:rPr>
          <w:shd w:val="clear" w:fill="B7DDE8"/>
        </w:rPr>
        <w:t>pursued us</w:t>
      </w:r>
      <w:r>
        <w:rPr>
          <w:b w:val="false"/>
          <w:i w:val="false"/>
          <w:color w:val="000000"/>
          <w:u w:val="none"/>
        </w:rPr>
        <w:t xml:space="preserve"> [1CRG]</w:t>
      </w:r>
      <w:r>
        <w:rPr/>
        <w:t xml:space="preserve">; </w:t>
      </w:r>
      <w:r>
        <w:rPr>
          <w:shd w:val="clear" w:fill="B7DDE8"/>
        </w:rPr>
        <w:t>You have killed without pity</w:t>
      </w:r>
      <w:r>
        <w:rPr>
          <w:b w:val="false"/>
          <w:i w:val="false"/>
          <w:color w:val="000000"/>
          <w:u w:val="none"/>
        </w:rPr>
        <w:t xml:space="preserve"> [1CRH]</w:t>
      </w:r>
      <w:r>
        <w:rPr/>
        <w:t xml:space="preserve">. </w:t>
      </w:r>
      <w:r>
        <w:rPr>
          <w:shd w:val="clear" w:fill="B7DDE8"/>
        </w:rPr>
        <w:t>You have covered Yourself with a cloud that no prayer can pass through</w:t>
      </w:r>
      <w:r>
        <w:rPr>
          <w:b w:val="false"/>
          <w:i w:val="false"/>
          <w:color w:val="000000"/>
          <w:u w:val="none"/>
        </w:rPr>
        <w:t xml:space="preserve"> [1CRI]</w:t>
      </w:r>
      <w:r>
        <w:rPr/>
        <w:t>.</w:t>
      </w:r>
    </w:p>
    <w:p>
      <w:pPr>
        <w:pStyle w:val="Yellow"/>
        <w:rPr/>
      </w:pPr>
      <w:r>
        <w:rPr>
          <w:u w:val="none"/>
        </w:rPr>
        <w:t>&lt;9&gt;</w:t>
      </w:r>
      <w:r>
        <w:rPr>
          <w:b/>
          <w:u w:val="none"/>
        </w:rPr>
        <w:t>Lamentations 3:55–57</w:t>
      </w:r>
      <w:r>
        <w:rPr>
          <w:u w:val="none"/>
        </w:rPr>
        <w:t xml:space="preserve"> — </w:t>
      </w:r>
      <w:r>
        <w:rPr>
          <w:u w:val="none"/>
          <w:shd w:val="clear" w:fill="B7DDE8"/>
        </w:rPr>
        <w:t>I called on Your name, O LORD, out of the depths of the Pit</w:t>
      </w:r>
      <w:r>
        <w:rPr>
          <w:b w:val="false"/>
          <w:i w:val="false"/>
          <w:color w:val="000000"/>
          <w:u w:val="none"/>
        </w:rPr>
        <w:t xml:space="preserve"> [1CRJ]</w:t>
      </w:r>
      <w:r>
        <w:rPr>
          <w:u w:val="none"/>
        </w:rPr>
        <w:t xml:space="preserve">. </w:t>
      </w:r>
      <w:r>
        <w:rPr>
          <w:u w:val="none"/>
          <w:shd w:val="clear" w:fill="B7DDE8"/>
        </w:rPr>
        <w:t>You heard my plea</w:t>
      </w:r>
      <w:r>
        <w:rPr>
          <w:b w:val="false"/>
          <w:i w:val="false"/>
          <w:color w:val="000000"/>
          <w:u w:val="none"/>
        </w:rPr>
        <w:t xml:space="preserve"> [13CNM]</w:t>
      </w:r>
      <w:r>
        <w:rPr>
          <w:u w:val="none"/>
        </w:rPr>
        <w:t>: “</w:t>
      </w:r>
      <w:r>
        <w:rPr>
          <w:u w:val="none"/>
          <w:shd w:val="clear" w:fill="B7DDE8"/>
        </w:rPr>
        <w:t>Do not ignore my cry for relief</w:t>
      </w:r>
      <w:r>
        <w:rPr>
          <w:b w:val="false"/>
          <w:i w:val="false"/>
          <w:color w:val="000000"/>
          <w:u w:val="none"/>
        </w:rPr>
        <w:t xml:space="preserve"> [1CRK]</w:t>
      </w:r>
      <w:r>
        <w:rPr>
          <w:u w:val="none"/>
        </w:rPr>
        <w:t xml:space="preserve">.” </w:t>
      </w:r>
      <w:r>
        <w:rPr>
          <w:u w:val="none"/>
          <w:shd w:val="clear" w:fill="B7DDE8"/>
        </w:rPr>
        <w:t>You drew near when I called on You</w:t>
      </w:r>
      <w:r>
        <w:rPr>
          <w:b w:val="false"/>
          <w:i w:val="false"/>
          <w:u w:val="none"/>
          <w:color w:val="000000"/>
        </w:rPr>
        <w:t xml:space="preserve"> [1CRL]</w:t>
      </w:r>
      <w:r>
        <w:rPr>
          <w:u w:val="none"/>
        </w:rPr>
        <w:t xml:space="preserve">; </w:t>
      </w:r>
      <w:r>
        <w:rPr>
          <w:u w:val="none"/>
          <w:shd w:val="clear" w:fill="B7DDE8"/>
        </w:rPr>
        <w:t>You said, “Do not be afraid.”</w:t>
      </w:r>
      <w:r>
        <w:rPr>
          <w:b w:val="false"/>
          <w:i w:val="false"/>
          <w:u w:val="none"/>
          <w:color w:val="000000"/>
        </w:rPr>
        <w:t xml:space="preserve"> [1CRM]</w:t>
      </w:r>
    </w:p>
    <w:p>
      <w:pPr>
        <w:pStyle w:val="Yellow"/>
        <w:rPr/>
      </w:pPr>
      <w:r>
        <w:rPr>
          <w:b/>
          <w:u w:val="none"/>
          <w:shd w:val="clear" w:color="auto" w:fill="C00000"/>
          <w:color w:val="FFFFFF"/>
        </w:rPr>
        <w:t>Jonah 2:2</w:t>
      </w:r>
      <w:r>
        <w:rPr>
          <w:u w:val="none"/>
          <w:shd w:val="clear" w:color="auto" w:fill="C00000"/>
          <w:color w:val="FFFFFF"/>
        </w:rPr>
        <w:t xml:space="preserve"> — </w:t>
      </w:r>
      <w:r>
        <w:rPr>
          <w:u w:val="none"/>
          <w:shd w:val="clear" w:color="auto" w:fill="C00000"/>
          <w:color w:val="FFFFFF"/>
        </w:rPr>
        <w:t>In my distress I called</w:t>
      </w:r>
      <w:r>
        <w:rPr>
          <w:b w:val="false"/>
          <w:i w:val="false"/>
          <w:u w:val="none"/>
          <w:shd w:val="clear" w:color="auto" w:fill="C00000"/>
          <w:color w:val="FFFFFF"/>
        </w:rPr>
        <w:t xml:space="preserve"> [4CPV]</w:t>
      </w:r>
      <w:r>
        <w:rPr>
          <w:u w:val="none"/>
          <w:shd w:val="clear" w:color="auto" w:fill="C00000"/>
          <w:color w:val="FFFFFF"/>
        </w:rPr>
        <w:t xml:space="preserve"> to the LORD, and </w:t>
      </w:r>
      <w:r>
        <w:rPr>
          <w:u w:val="none"/>
          <w:shd w:val="clear" w:color="auto" w:fill="C00000"/>
          <w:color w:val="FFFFFF"/>
        </w:rPr>
        <w:t>He answered me</w:t>
      </w:r>
      <w:r>
        <w:rPr>
          <w:b w:val="false"/>
          <w:i w:val="false"/>
          <w:u w:val="none"/>
          <w:shd w:val="clear" w:color="auto" w:fill="C00000"/>
          <w:color w:val="FFFFFF"/>
        </w:rPr>
        <w:t xml:space="preserve"> [8CNQ]</w:t>
      </w:r>
      <w:r>
        <w:rPr>
          <w:u w:val="none"/>
          <w:shd w:val="clear" w:color="auto" w:fill="C00000"/>
          <w:color w:val="FFFFFF"/>
        </w:rPr>
        <w:t>.</w:t>
      </w:r>
    </w:p>
    <w:p>
      <w:pPr>
        <w:pStyle w:val="Yellow"/>
        <w:rPr/>
      </w:pPr>
      <w:r>
        <w:rPr/>
        <w:t xml:space="preserve">(Mic3:1–3ᶜ Because leaders of Jacob² ³ “hate good and love evil”¹) </w:t>
      </w:r>
      <w:r>
        <w:rPr>
          <w:b/>
        </w:rPr>
        <w:t>Micah 3:4</w:t>
      </w:r>
      <w:r>
        <w:rPr/>
        <w:t xml:space="preserve"> — {Then} </w:t>
      </w:r>
      <w:r>
        <w:rPr>
          <w:shd w:fill="F4B183" w:val="clear" w:color="auto"/>
          <w:color w:val="000000"/>
        </w:rPr>
        <w:t>{they} will cry out to the LORD, but He will not answer {them}</w:t>
      </w:r>
      <w:r>
        <w:rPr>
          <w:b w:val="false"/>
          <w:i w:val="false"/>
          <w:color w:val="000000"/>
          <w:u w:val="none"/>
          <w:shd w:val="clear" w:color="auto" w:fill="F4B183"/>
        </w:rPr>
        <w:t xml:space="preserve"> [1LVY]</w:t>
      </w:r>
      <w:r>
        <w:rPr/>
        <w:t xml:space="preserve">. At that time </w:t>
      </w:r>
      <w:r>
        <w:rPr>
          <w:shd w:fill="F4B183" w:val="clear" w:color="auto"/>
          <w:color w:val="000000"/>
        </w:rPr>
        <w:t>He will hide His face from them</w:t>
      </w:r>
      <w:r>
        <w:rPr>
          <w:b w:val="false"/>
          <w:i w:val="false"/>
          <w:color w:val="000000"/>
          <w:u w:val="none"/>
          <w:shd w:val="clear" w:color="auto" w:fill="F4B183"/>
        </w:rPr>
        <w:t xml:space="preserve"> [3BGN]</w:t>
      </w:r>
      <w:r>
        <w:rPr/>
        <w:t xml:space="preserve"> </w:t>
      </w:r>
      <w:r>
        <w:rPr>
          <w:shd w:fill="B7DDE8" w:val="clear"/>
        </w:rPr>
        <w:t>because of the evil they have done</w:t>
      </w:r>
      <w:r>
        <w:rPr>
          <w:b w:val="false"/>
          <w:i w:val="false"/>
          <w:color w:val="000000"/>
          <w:u w:val="none"/>
        </w:rPr>
        <w:t xml:space="preserve"> [1LVZ]</w:t>
      </w:r>
      <w:r>
        <w:rPr/>
        <w:t>.</w:t>
      </w:r>
    </w:p>
    <w:p>
      <w:pPr>
        <w:pStyle w:val="Yellow"/>
        <w:rPr/>
      </w:pPr>
      <w:r>
        <w:rPr>
          <w:b/>
          <w:u w:val="none"/>
          <w:shd w:fill="F4CCCC" w:val="clear"/>
        </w:rPr>
        <w:t>Matthew 6:6</w:t>
      </w:r>
      <w:r>
        <w:rPr>
          <w:u w:val="none"/>
          <w:shd w:fill="F4CCCC" w:val="clear"/>
        </w:rPr>
        <w:t xml:space="preserve"> — </w:t>
      </w:r>
      <w:r>
        <w:rPr>
          <w:u w:val="none"/>
          <w:shd w:val="clear" w:fill="B7DDE8"/>
        </w:rPr>
        <w:t>when you pray, go into your inner room</w:t>
      </w:r>
      <w:r>
        <w:rPr>
          <w:b w:val="false"/>
          <w:i w:val="false"/>
          <w:color w:val="000000"/>
          <w:u w:val="none"/>
        </w:rPr>
        <w:t xml:space="preserve"> [1COI]</w:t>
      </w:r>
      <w:r>
        <w:rPr>
          <w:u w:val="none"/>
          <w:shd w:fill="F4CCCC" w:val="clear"/>
        </w:rPr>
        <w:t xml:space="preserve">, </w:t>
      </w:r>
      <w:r>
        <w:rPr>
          <w:u w:val="none"/>
          <w:shd w:val="clear" w:fill="B7DDE8"/>
        </w:rPr>
        <w:t>shut your door</w:t>
      </w:r>
      <w:r>
        <w:rPr>
          <w:b w:val="false"/>
          <w:i w:val="false"/>
          <w:color w:val="000000"/>
          <w:u w:val="none"/>
        </w:rPr>
        <w:t xml:space="preserve"> [1COJ]</w:t>
      </w:r>
      <w:r>
        <w:rPr>
          <w:u w:val="none"/>
          <w:shd w:fill="F4CCCC" w:val="clear"/>
        </w:rPr>
        <w:t xml:space="preserve">, and </w:t>
      </w:r>
      <w:r>
        <w:rPr>
          <w:u w:val="none"/>
          <w:shd w:val="clear" w:fill="B7DDE8"/>
        </w:rPr>
        <w:t>pray to your Father, who is unseen</w:t>
      </w:r>
      <w:r>
        <w:rPr>
          <w:b w:val="false"/>
          <w:i w:val="false"/>
          <w:color w:val="000000"/>
          <w:u w:val="none"/>
        </w:rPr>
        <w:t xml:space="preserve"> [1COK]</w:t>
      </w:r>
      <w:r>
        <w:rPr>
          <w:u w:val="none"/>
          <w:shd w:fill="F4CCCC" w:val="clear"/>
        </w:rPr>
        <w:t xml:space="preserve">. And </w:t>
      </w:r>
      <w:r>
        <w:rPr>
          <w:u w:val="none"/>
          <w:shd w:val="clear" w:color="auto" w:fill="D9C3E6"/>
        </w:rPr>
        <w:t>your Father, who sees what is done in secret</w:t>
      </w:r>
      <w:r>
        <w:rPr>
          <w:b w:val="false"/>
          <w:i w:val="false"/>
          <w:color w:val="000000"/>
          <w:u w:val="none"/>
        </w:rPr>
        <w:t xml:space="preserve"> [3COL]</w:t>
      </w:r>
      <w:r>
        <w:rPr>
          <w:u w:val="none"/>
          <w:shd w:val="clear" w:color="auto" w:fill="D9C3E6"/>
        </w:rPr>
        <w:t xml:space="preserve">, </w:t>
      </w:r>
      <w:r>
        <w:rPr>
          <w:u w:val="none"/>
          <w:shd w:val="clear" w:color="auto" w:fill="D9C3E6"/>
        </w:rPr>
        <w:t>will reward you</w:t>
      </w:r>
      <w:r>
        <w:rPr>
          <w:b w:val="false"/>
          <w:i w:val="false"/>
          <w:color w:val="000000"/>
          <w:u w:val="none"/>
        </w:rPr>
        <w:t xml:space="preserve"> [4COM]</w:t>
      </w:r>
      <w:r>
        <w:rPr>
          <w:u w:val="none"/>
          <w:shd w:val="clear" w:color="auto" w:fill="D9C3E6"/>
        </w:rPr>
        <w:t>.</w:t>
      </w:r>
    </w:p>
    <w:p>
      <w:pPr>
        <w:pStyle w:val="Yellow"/>
        <w:rPr/>
      </w:pPr>
      <w:r>
        <w:rPr>
          <w:b/>
          <w:u w:val="none"/>
          <w:shd w:val="clear" w:color="auto" w:fill="548235"/>
          <w:color w:val="FFFFFF"/>
        </w:rPr>
        <w:t>Matthew 6:17–18</w:t>
      </w:r>
      <w:r>
        <w:rPr>
          <w:u w:val="none"/>
          <w:shd w:val="clear" w:color="auto" w:fill="548235"/>
          <w:color w:val="FFFFFF"/>
        </w:rPr>
        <w:t xml:space="preserve"> — </w:t>
      </w:r>
      <w:r>
        <w:rPr>
          <w:u w:val="none"/>
          <w:color w:val="auto"/>
        </w:rPr>
        <w:t>when you fast, anoint your head and wash your face, so that your fasting will not be obvious to men, but only to your Father, who is unseen</w:t>
      </w:r>
      <w:r>
        <w:rPr>
          <w:b w:val="false"/>
          <w:i w:val="false"/>
          <w:color w:val="FFFFFF"/>
          <w:u w:val="none"/>
          <w:shd w:val="clear" w:color="auto" w:fill="548235"/>
        </w:rPr>
        <w:t xml:space="preserve"> [1FJX]</w:t>
      </w:r>
      <w:r>
        <w:rPr>
          <w:u w:val="none"/>
          <w:shd w:val="clear" w:color="auto" w:fill="548235"/>
          <w:color w:val="FFFFFF"/>
        </w:rPr>
        <w:t xml:space="preserve">. And </w:t>
      </w:r>
      <w:r>
        <w:rPr>
          <w:u w:val="none"/>
          <w:color w:val="auto"/>
        </w:rPr>
        <w:t>your Father, who sees what is done in secret</w:t>
      </w:r>
      <w:r>
        <w:rPr>
          <w:b w:val="false"/>
          <w:i w:val="false"/>
          <w:color w:val="FFFFFF"/>
          <w:u w:val="none"/>
          <w:shd w:val="clear" w:color="auto" w:fill="548235"/>
        </w:rPr>
        <w:t xml:space="preserve"> [3COL]</w:t>
      </w:r>
      <w:r>
        <w:rPr>
          <w:u w:val="none"/>
          <w:color w:val="auto"/>
        </w:rPr>
        <w:t xml:space="preserve">, </w:t>
      </w:r>
      <w:r>
        <w:rPr>
          <w:u w:val="none"/>
          <w:color w:val="auto"/>
        </w:rPr>
        <w:t>will reward you</w:t>
      </w:r>
      <w:r>
        <w:rPr>
          <w:b w:val="false"/>
          <w:i w:val="false"/>
          <w:color w:val="FFFFFF"/>
          <w:u w:val="none"/>
          <w:shd w:val="clear" w:color="auto" w:fill="548235"/>
        </w:rPr>
        <w:t xml:space="preserve"> [4COM]</w:t>
      </w:r>
      <w:r>
        <w:rPr>
          <w:u w:val="none"/>
          <w:color w:val="auto"/>
        </w:rPr>
        <w:t>.</w:t>
      </w:r>
    </w:p>
    <w:p>
      <w:pPr>
        <w:pStyle w:val="Yellow"/>
        <w:rPr/>
      </w:pPr>
      <w:r>
        <w:rPr>
          <w:b/>
        </w:rPr>
        <w:t>Matthew 9:15</w:t>
      </w:r>
      <w:r>
        <w:rPr/>
        <w:t xml:space="preserve"> — Jesus replied, “</w:t>
      </w:r>
      <w:r>
        <w:rPr>
          <w:shd w:fill="B7DDE8" w:val="clear"/>
        </w:rPr>
        <w:t>How can the guests of the bridegroom mourn while He is with them?</w:t>
      </w:r>
      <w:r>
        <w:rPr>
          <w:b w:val="false"/>
          <w:i w:val="false"/>
          <w:color w:val="000000"/>
          <w:u w:val="none"/>
        </w:rPr>
        <w:t xml:space="preserve"> [1LVT]</w:t>
      </w:r>
      <w:r>
        <w:rPr/>
        <w:t xml:space="preserve"> But </w:t>
      </w:r>
      <w:r>
        <w:rPr>
          <w:shd w:fill="B7DDE8" w:val="clear"/>
        </w:rPr>
        <w:t>the time will come when the bridegroom will be taken from them</w:t>
      </w:r>
      <w:r>
        <w:rPr>
          <w:b w:val="false"/>
          <w:i w:val="false"/>
          <w:color w:val="000000"/>
          <w:u w:val="none"/>
        </w:rPr>
        <w:t xml:space="preserve"> [2LVR]</w:t>
      </w:r>
      <w:r>
        <w:rPr/>
        <w:t xml:space="preserve">; </w:t>
      </w:r>
      <w:r>
        <w:rPr>
          <w:shd w:fill="B7DDE8" w:val="clear"/>
        </w:rPr>
        <w:t>then they will fast</w:t>
      </w:r>
      <w:r>
        <w:rPr>
          <w:b w:val="false"/>
          <w:i w:val="false"/>
          <w:color w:val="000000"/>
          <w:u w:val="none"/>
        </w:rPr>
        <w:t xml:space="preserve"> [2LVS]</w:t>
      </w:r>
      <w:r>
        <w:rPr/>
        <w:t>.</w:t>
      </w:r>
    </w:p>
    <w:p>
      <w:pPr>
        <w:pStyle w:val="Yellow"/>
        <w:rPr/>
      </w:pPr>
      <w:r>
        <w:rPr>
          <w:b/>
        </w:rPr>
        <w:t>Matthew 18:19</w:t>
      </w:r>
      <w:r>
        <w:rPr/>
        <w:t xml:space="preserve"> — I tell you truly that </w:t>
      </w:r>
      <w:r>
        <w:rPr>
          <w:shd w:fill="B7DDE8" w:val="clear"/>
        </w:rPr>
        <w:t>if two of you on the earth agree about anything you ask for, it will be done for you by My Father in heaven</w:t>
      </w:r>
      <w:r>
        <w:rPr>
          <w:b w:val="false"/>
          <w:i w:val="false"/>
          <w:color w:val="000000"/>
          <w:u w:val="none"/>
        </w:rPr>
        <w:t xml:space="preserve"> [1KP]</w:t>
      </w:r>
      <w:r>
        <w:rPr/>
        <w:t>.</w:t>
      </w:r>
    </w:p>
    <w:p>
      <w:pPr>
        <w:pStyle w:val="Yellow"/>
        <w:rPr/>
      </w:pPr>
      <w:r>
        <w:rPr>
          <w:shd w:val="clear" w:color="auto" w:fill="C00000"/>
          <w:color w:val="FFFFFF"/>
        </w:rPr>
        <w:t xml:space="preserve">(Lk5:33 “Jesus”) </w:t>
      </w:r>
      <w:r>
        <w:rPr>
          <w:b/>
          <w:shd w:val="clear" w:color="auto" w:fill="C00000"/>
          <w:color w:val="FFFFFF"/>
        </w:rPr>
        <w:t>Luke 5:35</w:t>
      </w:r>
      <w:r>
        <w:rPr>
          <w:shd w:val="clear" w:color="auto" w:fill="C00000"/>
          <w:color w:val="FFFFFF"/>
        </w:rPr>
        <w:t xml:space="preserve"> — </w:t>
      </w:r>
      <w:r>
        <w:rPr>
          <w:shd w:val="clear" w:color="auto" w:fill="C00000"/>
          <w:color w:val="FFFFFF"/>
        </w:rPr>
        <w:t>the time will come when the {bridegroom} will be taken from them</w:t>
      </w:r>
      <w:r>
        <w:rPr>
          <w:b w:val="false"/>
          <w:i w:val="false"/>
          <w:u w:val="none"/>
          <w:shd w:val="clear" w:color="auto" w:fill="C00000"/>
          <w:color w:val="FFFFFF"/>
        </w:rPr>
        <w:t xml:space="preserve"> [2LVR]</w:t>
      </w:r>
      <w:r>
        <w:rPr>
          <w:shd w:val="clear" w:color="auto" w:fill="C00000"/>
          <w:color w:val="FFFFFF"/>
        </w:rPr>
        <w:t xml:space="preserve">; </w:t>
      </w:r>
      <w:r>
        <w:rPr>
          <w:shd w:val="clear" w:color="auto" w:fill="C00000"/>
          <w:color w:val="FFFFFF"/>
        </w:rPr>
        <w:t>then they will fast</w:t>
      </w:r>
      <w:r>
        <w:rPr>
          <w:b w:val="false"/>
          <w:i w:val="false"/>
          <w:u w:val="none"/>
          <w:shd w:val="clear" w:color="auto" w:fill="C00000"/>
          <w:color w:val="FFFFFF"/>
        </w:rPr>
        <w:t xml:space="preserve"> [2LVS]</w:t>
      </w:r>
      <w:r>
        <w:rPr>
          <w:shd w:val="clear" w:color="auto" w:fill="C00000"/>
          <w:color w:val="FFFFFF"/>
        </w:rPr>
        <w:t>.”</w:t>
      </w:r>
    </w:p>
    <w:p>
      <w:pPr>
        <w:pStyle w:val="Yellow"/>
        <w:rPr/>
      </w:pPr>
      <w:r>
        <w:rPr>
          <w:highlight w:val="cyan"/>
          <w:u w:val="none"/>
        </w:rPr>
        <w:t xml:space="preserve">(Lk11:8ᶜ Because the requester showed “persistence”) </w:t>
      </w:r>
      <w:r>
        <w:rPr>
          <w:b/>
          <w:highlight w:val="cyan"/>
          <w:u w:val="none"/>
        </w:rPr>
        <w:t>Luke 11:9-10</w:t>
      </w:r>
      <w:r>
        <w:rPr>
          <w:highlight w:val="cyan"/>
          <w:u w:val="none"/>
        </w:rPr>
        <w:t xml:space="preserve"> — </w:t>
      </w:r>
      <w:r>
        <w:rPr>
          <w:highlight w:val="cyan"/>
          <w:u w:val="none"/>
          <w:shd w:val="clear" w:fill="B7DDE8"/>
        </w:rPr>
        <w:t>Ask, and it will be given to you</w:t>
      </w:r>
      <w:r>
        <w:rPr>
          <w:b w:val="false"/>
          <w:i w:val="false"/>
          <w:color w:val="000000"/>
          <w:u w:val="none"/>
        </w:rPr>
        <w:t xml:space="preserve"> [1CTT]</w:t>
      </w:r>
      <w:r>
        <w:rPr>
          <w:highlight w:val="cyan"/>
          <w:u w:val="none"/>
        </w:rPr>
        <w:t xml:space="preserve">; </w:t>
      </w:r>
      <w:r>
        <w:rPr>
          <w:highlight w:val="cyan"/>
          <w:u w:val="none"/>
          <w:shd w:val="clear" w:fill="B7DDE8"/>
        </w:rPr>
        <w:t>seek, and you will find</w:t>
      </w:r>
      <w:r>
        <w:rPr>
          <w:b w:val="false"/>
          <w:i w:val="false"/>
          <w:color w:val="000000"/>
          <w:u w:val="none"/>
        </w:rPr>
        <w:t xml:space="preserve"> [1CTU]</w:t>
      </w:r>
      <w:r>
        <w:rPr>
          <w:highlight w:val="cyan"/>
          <w:u w:val="none"/>
        </w:rPr>
        <w:t xml:space="preserve">; </w:t>
      </w:r>
      <w:r>
        <w:rPr>
          <w:highlight w:val="cyan"/>
          <w:u w:val="none"/>
          <w:shd w:val="clear" w:fill="B7DDE8"/>
        </w:rPr>
        <w:t>knock, and the door will be opened to you</w:t>
      </w:r>
      <w:r>
        <w:rPr>
          <w:b w:val="false"/>
          <w:i w:val="false"/>
          <w:color w:val="000000"/>
          <w:u w:val="none"/>
        </w:rPr>
        <w:t xml:space="preserve"> [1CTV]</w:t>
      </w:r>
      <w:r>
        <w:rPr>
          <w:highlight w:val="cyan"/>
          <w:u w:val="none"/>
        </w:rPr>
        <w:t xml:space="preserve">. For </w:t>
      </w:r>
      <w:r>
        <w:rPr>
          <w:u w:val="none"/>
          <w:shd w:val="clear" w:fill="B7DDE8"/>
        </w:rPr>
        <w:t>everyone who asks receives</w:t>
      </w:r>
      <w:r>
        <w:rPr>
          <w:b w:val="false"/>
          <w:i w:val="false"/>
          <w:color w:val="000000"/>
          <w:u w:val="none"/>
        </w:rPr>
        <w:t xml:space="preserve"> [1CTT]</w:t>
      </w:r>
      <w:r>
        <w:rPr>
          <w:highlight w:val="cyan"/>
          <w:u w:val="none"/>
        </w:rPr>
        <w:t xml:space="preserve">; </w:t>
      </w:r>
      <w:r>
        <w:rPr>
          <w:highlight w:val="cyan"/>
          <w:u w:val="none"/>
          <w:shd w:val="clear" w:fill="B7DDE8"/>
        </w:rPr>
        <w:t>he who seeks finds</w:t>
      </w:r>
      <w:r>
        <w:rPr>
          <w:b w:val="false"/>
          <w:i w:val="false"/>
          <w:color w:val="000000"/>
          <w:u w:val="none"/>
        </w:rPr>
        <w:t xml:space="preserve"> [1CTU]</w:t>
      </w:r>
      <w:r>
        <w:rPr>
          <w:highlight w:val="cyan"/>
          <w:u w:val="none"/>
        </w:rPr>
        <w:t xml:space="preserve">; and </w:t>
      </w:r>
      <w:r>
        <w:rPr>
          <w:highlight w:val="cyan"/>
          <w:u w:val="none"/>
          <w:shd w:val="clear" w:fill="B7DDE8"/>
        </w:rPr>
        <w:t>to him who knocks, the door will be opened</w:t>
      </w:r>
      <w:r>
        <w:rPr>
          <w:b w:val="false"/>
          <w:i w:val="false"/>
          <w:color w:val="000000"/>
          <w:u w:val="none"/>
        </w:rPr>
        <w:t xml:space="preserve"> [1CTV]</w:t>
      </w:r>
      <w:r>
        <w:rPr>
          <w:highlight w:val="cyan"/>
          <w:u w:val="none"/>
        </w:rPr>
        <w:t>.</w:t>
      </w:r>
    </w:p>
    <w:p>
      <w:pPr>
        <w:pStyle w:val="Yellow"/>
        <w:rPr/>
      </w:pPr>
      <w:r>
        <w:rPr>
          <w:b/>
        </w:rPr>
        <w:t>John 9:31</w:t>
      </w:r>
      <w:r>
        <w:rPr/>
        <w:t xml:space="preserve"> — </w:t>
      </w:r>
      <w:r>
        <w:rPr>
          <w:shd w:fill="F4B183" w:val="clear" w:color="auto"/>
          <w:color w:val="000000"/>
        </w:rPr>
        <w:t>God does not listen to sinners</w:t>
      </w:r>
      <w:r>
        <w:rPr>
          <w:b w:val="false"/>
          <w:i w:val="false"/>
          <w:color w:val="000000"/>
          <w:u w:val="none"/>
          <w:shd w:val="clear" w:color="auto" w:fill="F4B183"/>
        </w:rPr>
        <w:t xml:space="preserve"> [1LZH]</w:t>
      </w:r>
      <w:r>
        <w:rPr>
          <w:shd w:val="clear" w:color="auto" w:fill="548235"/>
          <w:color w:val="FFFFFF"/>
        </w:rPr>
        <w:t xml:space="preserve">, but </w:t>
      </w:r>
      <w:r>
        <w:rPr>
          <w:shd w:fill="548235" w:val="clear" w:color="auto"/>
          <w:color w:val="FFFFFF"/>
        </w:rPr>
        <w:t>He does listen to the one who worships Him and does His will</w:t>
      </w:r>
      <w:r>
        <w:rPr>
          <w:b w:val="false"/>
          <w:i w:val="false"/>
          <w:color w:val="FFFFFF"/>
          <w:u w:val="none"/>
          <w:shd w:val="clear" w:color="auto" w:fill="548235"/>
        </w:rPr>
        <w:t xml:space="preserve"> [1LZI]</w:t>
      </w:r>
      <w:r>
        <w:rPr>
          <w:shd w:val="clear" w:color="auto" w:fill="548235"/>
          <w:color w:val="FFFFFF"/>
        </w:rPr>
        <w:t>.</w:t>
      </w:r>
    </w:p>
    <w:p>
      <w:pPr>
        <w:pStyle w:val="Yellow"/>
        <w:rPr/>
      </w:pPr>
      <w:r>
        <w:rPr>
          <w:shd w:val="clear" w:color="auto" w:fill="548235"/>
          <w:color w:val="FFFFFF"/>
        </w:rPr>
        <w:t xml:space="preserve">(Jn14:12ᶜ Whoever “believes in Me”) </w:t>
      </w:r>
      <w:r>
        <w:rPr>
          <w:b/>
          <w:shd w:val="clear" w:color="auto" w:fill="548235"/>
          <w:color w:val="FFFFFF"/>
        </w:rPr>
        <w:t>John 14:14</w:t>
      </w:r>
      <w:r>
        <w:rPr>
          <w:shd w:val="clear" w:color="auto" w:fill="548235"/>
          <w:color w:val="FFFFFF"/>
        </w:rPr>
        <w:t xml:space="preserve"> — </w:t>
      </w:r>
      <w:r>
        <w:rPr>
          <w:shd w:fill="548235" w:val="clear" w:color="auto"/>
          <w:color w:val="FFFFFF"/>
        </w:rPr>
        <w:t>If you ask Me for anything in My name, I will do it</w:t>
      </w:r>
      <w:r>
        <w:rPr>
          <w:b w:val="false"/>
          <w:i w:val="false"/>
          <w:color w:val="FFFFFF"/>
          <w:u w:val="none"/>
          <w:shd w:val="clear" w:color="auto" w:fill="548235"/>
        </w:rPr>
        <w:t xml:space="preserve"> [2CTE]</w:t>
      </w:r>
      <w:r>
        <w:rPr>
          <w:shd w:val="clear" w:color="auto" w:fill="548235"/>
          <w:color w:val="FFFFFF"/>
        </w:rPr>
        <w:t>.</w:t>
      </w:r>
    </w:p>
    <w:p>
      <w:pPr>
        <w:pStyle w:val="Yellow"/>
        <w:rPr/>
      </w:pPr>
      <w:r>
        <w:rPr>
          <w:b/>
        </w:rPr>
        <w:t>John 15:7</w:t>
      </w:r>
      <w:r>
        <w:rPr/>
        <w:t xml:space="preserve"> — </w:t>
      </w:r>
      <w:r>
        <w:rPr>
          <w:shd w:fill="B7DDE8" w:val="clear"/>
        </w:rPr>
        <w:t>If you remain in Me and My words remain in you, ask whatever you wish, and it will be done for you</w:t>
      </w:r>
      <w:r>
        <w:rPr>
          <w:b w:val="false"/>
          <w:i w:val="false"/>
          <w:color w:val="000000"/>
          <w:u w:val="none"/>
        </w:rPr>
        <w:t xml:space="preserve"> [1MCM]</w:t>
      </w:r>
      <w:r>
        <w:rPr/>
        <w:t>.</w:t>
      </w:r>
    </w:p>
    <w:p>
      <w:pPr>
        <w:pStyle w:val="Yellow"/>
        <w:rPr/>
      </w:pPr>
      <w:r>
        <w:rPr>
          <w:b/>
          <w:u w:val="none"/>
        </w:rPr>
        <w:t>John 16:22-24</w:t>
      </w:r>
      <w:r>
        <w:rPr>
          <w:u w:val="none"/>
        </w:rPr>
        <w:t xml:space="preserve"> — </w:t>
      </w:r>
      <w:r>
        <w:rPr>
          <w:u w:val="none"/>
          <w:shd w:val="clear" w:fill="B7DDE8"/>
        </w:rPr>
        <w:t>I will see you again</w:t>
      </w:r>
      <w:r>
        <w:rPr>
          <w:b w:val="false"/>
          <w:i w:val="false"/>
          <w:color w:val="000000"/>
          <w:u w:val="none"/>
        </w:rPr>
        <w:t xml:space="preserve"> [1CTG]</w:t>
      </w:r>
      <w:r>
        <w:rPr>
          <w:u w:val="none"/>
        </w:rPr>
        <w:t xml:space="preserve"> and </w:t>
      </w:r>
      <w:r>
        <w:rPr>
          <w:u w:val="none"/>
          <w:shd w:val="clear" w:fill="B7DDE8"/>
        </w:rPr>
        <w:t>your hearts will rejoice</w:t>
      </w:r>
      <w:r>
        <w:rPr>
          <w:b w:val="false"/>
          <w:i w:val="false"/>
          <w:color w:val="000000"/>
          <w:u w:val="none"/>
        </w:rPr>
        <w:t xml:space="preserve"> [1CTH]</w:t>
      </w:r>
      <w:r>
        <w:rPr>
          <w:u w:val="none"/>
        </w:rPr>
        <w:t xml:space="preserve">, and </w:t>
      </w:r>
      <w:r>
        <w:rPr>
          <w:u w:val="none"/>
          <w:shd w:val="clear" w:fill="B7DDE8"/>
        </w:rPr>
        <w:t>no one will take away your joy</w:t>
      </w:r>
      <w:r>
        <w:rPr>
          <w:b w:val="false"/>
          <w:i w:val="false"/>
          <w:color w:val="000000"/>
          <w:u w:val="none"/>
        </w:rPr>
        <w:t xml:space="preserve"> [1CTI]</w:t>
      </w:r>
      <w:r>
        <w:rPr>
          <w:u w:val="none"/>
        </w:rPr>
        <w:t xml:space="preserve">. In that day </w:t>
      </w:r>
      <w:r>
        <w:rPr>
          <w:u w:val="none"/>
          <w:shd w:val="clear" w:fill="B7DDE8"/>
        </w:rPr>
        <w:t>you will no longer ask Me anything</w:t>
      </w:r>
      <w:r>
        <w:rPr>
          <w:b w:val="false"/>
          <w:i w:val="false"/>
          <w:color w:val="000000"/>
          <w:u w:val="none"/>
        </w:rPr>
        <w:t xml:space="preserve"> [1CTJ]</w:t>
      </w:r>
      <w:r>
        <w:rPr>
          <w:u w:val="none"/>
        </w:rPr>
        <w:t xml:space="preserve">. Truly, truly, I tell you, </w:t>
      </w:r>
      <w:r>
        <w:rPr>
          <w:u w:val="none"/>
          <w:shd w:val="clear" w:fill="B7DDE8"/>
        </w:rPr>
        <w:t>whatever you ask the Father in My name, He will give you</w:t>
      </w:r>
      <w:r>
        <w:rPr>
          <w:b w:val="false"/>
          <w:i w:val="false"/>
          <w:color w:val="000000"/>
          <w:u w:val="none"/>
        </w:rPr>
        <w:t xml:space="preserve"> [2CTD]</w:t>
      </w:r>
      <w:r>
        <w:rPr>
          <w:u w:val="none"/>
        </w:rPr>
        <w:t xml:space="preserve">. Until now </w:t>
      </w:r>
      <w:r>
        <w:rPr>
          <w:u w:val="none"/>
          <w:shd w:val="clear" w:fill="B7DDE8"/>
        </w:rPr>
        <w:t>you have not asked for anything in My name</w:t>
      </w:r>
      <w:r>
        <w:rPr>
          <w:b w:val="false"/>
          <w:i w:val="false"/>
          <w:color w:val="000000"/>
          <w:u w:val="none"/>
        </w:rPr>
        <w:t xml:space="preserve"> [1CTK]</w:t>
      </w:r>
      <w:r>
        <w:rPr>
          <w:u w:val="none"/>
        </w:rPr>
        <w:t xml:space="preserve">. </w:t>
      </w:r>
      <w:r>
        <w:rPr>
          <w:u w:val="none"/>
          <w:shd w:val="clear" w:fill="B7DDE8"/>
        </w:rPr>
        <w:t>Ask and you will receive</w:t>
      </w:r>
      <w:r>
        <w:rPr>
          <w:b w:val="false"/>
          <w:i w:val="false"/>
          <w:color w:val="000000"/>
          <w:u w:val="none"/>
        </w:rPr>
        <w:t xml:space="preserve"> [1CTL]</w:t>
      </w:r>
      <w:r>
        <w:rPr>
          <w:u w:val="none"/>
        </w:rPr>
        <w:t xml:space="preserve">, </w:t>
      </w:r>
      <w:r>
        <w:rPr>
          <w:u w:val="none"/>
          <w:shd w:val="clear" w:fill="B7DDE8"/>
        </w:rPr>
        <w:t>so that your joy may be complete</w:t>
      </w:r>
      <w:r>
        <w:rPr>
          <w:b w:val="false"/>
          <w:i w:val="false"/>
          <w:color w:val="000000"/>
          <w:u w:val="none"/>
        </w:rPr>
        <w:t xml:space="preserve"> [2CTM]</w:t>
      </w:r>
      <w:r>
        <w:rPr>
          <w:u w:val="none"/>
        </w:rPr>
        <w:t>.</w:t>
      </w:r>
    </w:p>
    <w:p>
      <w:pPr>
        <w:pStyle w:val="Yellow"/>
        <w:rPr/>
      </w:pPr>
      <w:r>
        <w:rPr>
          <w:b/>
          <w:u w:val="none"/>
          <w:shd w:val="clear" w:color="auto" w:fill="548235"/>
          <w:color w:val="FFFFFF"/>
        </w:rPr>
        <w:t>Romans 8:27</w:t>
      </w:r>
      <w:r>
        <w:rPr>
          <w:u w:val="none"/>
          <w:shd w:val="clear" w:color="auto" w:fill="548235"/>
          <w:color w:val="FFFFFF"/>
        </w:rPr>
        <w:t xml:space="preserve"> — And </w:t>
      </w:r>
      <w:r>
        <w:rPr>
          <w:u w:val="none"/>
          <w:shd w:fill="548235" w:val="clear" w:color="auto"/>
          <w:color w:val="FFFFFF"/>
        </w:rPr>
        <w:t>He who searches our hearts knows the mind of the Spirit</w:t>
      </w:r>
      <w:r>
        <w:rPr>
          <w:b w:val="false"/>
          <w:i w:val="false"/>
          <w:color w:val="FFFFFF"/>
          <w:u w:val="none"/>
          <w:shd w:val="clear" w:color="auto" w:fill="548235"/>
        </w:rPr>
        <w:t xml:space="preserve"> [1BDV]</w:t>
      </w:r>
      <w:r>
        <w:rPr>
          <w:u w:val="none"/>
          <w:shd w:val="clear" w:color="auto" w:fill="548235"/>
          <w:color w:val="FFFFFF"/>
        </w:rPr>
        <w:t xml:space="preserve">, because </w:t>
      </w:r>
      <w:r>
        <w:rPr>
          <w:u w:val="none"/>
          <w:shd w:fill="548235" w:val="clear" w:color="auto"/>
          <w:color w:val="FFFFFF"/>
        </w:rPr>
        <w:t>the Spirit intercedes for the saints according to the will of God</w:t>
      </w:r>
      <w:r>
        <w:rPr>
          <w:b w:val="false"/>
          <w:i w:val="false"/>
          <w:color w:val="FFFFFF"/>
          <w:u w:val="none"/>
          <w:shd w:val="clear" w:color="auto" w:fill="548235"/>
        </w:rPr>
        <w:t xml:space="preserve"> [1BDW]</w:t>
      </w:r>
      <w:r>
        <w:rPr>
          <w:u w:val="none"/>
          <w:shd w:val="clear" w:color="auto" w:fill="548235"/>
          <w:color w:val="FFFFFF"/>
        </w:rPr>
        <w:t>.</w:t>
      </w:r>
    </w:p>
    <w:p>
      <w:pPr>
        <w:pStyle w:val="Yellow"/>
        <w:rPr/>
        <w:pBdr>
          <w:left w:val="single" w:sz="28" w:space="5" w:color="C00000"/>
        </w:pBdr>
      </w:pPr>
      <w:r>
        <w:rPr>
          <w:b/>
        </w:rPr>
        <w:t>Philippians 1:18–19</w:t>
      </w:r>
      <w:r>
        <w:t xml:space="preserve"> — Yes, and </w:t>
      </w:r>
      <w:r>
        <w:rPr>
          <w:shd w:fill="B7DDE8" w:val="clear"/>
        </w:rPr>
        <w:t>I will continue to rejoice</w:t>
      </w:r>
      <w:r>
        <w:rPr>
          <w:b w:val="false"/>
          <w:i w:val="false"/>
          <w:color w:val="000000"/>
          <w:u w:val="none"/>
        </w:rPr>
        <w:t xml:space="preserve"> [1BOL]</w:t>
      </w:r>
      <w:r>
        <w:t xml:space="preserve">, because I know that </w:t>
      </w:r>
      <w:r>
        <w:rPr>
          <w:shd w:fill="B7DDE8" w:val="clear"/>
        </w:rPr>
        <w:t>through your prayers and the provision of the Spirit of Jesus Christ</w:t>
      </w:r>
      <w:r>
        <w:rPr>
          <w:b w:val="false"/>
          <w:i w:val="false"/>
          <w:color w:val="000000"/>
          <w:u w:val="none"/>
        </w:rPr>
        <w:t xml:space="preserve"> [1BOM]</w:t>
      </w:r>
      <w:r>
        <w:t xml:space="preserve">, </w:t>
      </w:r>
      <w:r>
        <w:rPr>
          <w:shd w:fill="B7DDE8" w:val="clear"/>
        </w:rPr>
        <w:t>my distress will turn out for my deliverance</w:t>
      </w:r>
      <w:r>
        <w:rPr>
          <w:b w:val="false"/>
          <w:i w:val="false"/>
          <w:u w:val="none"/>
          <w:color w:val="000000"/>
        </w:rPr>
        <w:t xml:space="preserve"> [1BON]</w:t>
      </w:r>
      <w:r>
        <w:t>.</w:t>
      </w:r>
    </w:p>
    <w:p>
      <w:pPr>
        <w:pStyle w:val="Yellow"/>
        <w:rPr/>
        <w:pBdr>
          <w:left w:val="single" w:sz="28" w:space="5" w:color="C00000"/>
        </w:pBdr>
      </w:pPr>
      <w:r>
        <w:rPr>
          <w:b/>
        </w:rPr>
        <w:t xml:space="preserve">Hebrews 5:7</w:t>
      </w:r>
      <w:r>
        <w:rPr/>
        <w:t xml:space="preserve"> — During the days of Jesus’ earthly life, </w:t>
      </w:r>
      <w:r>
        <w:rPr>
          <w:shd w:fill="B7DDE8" w:val="clear"/>
        </w:rPr>
        <w:t xml:space="preserve">He offered up prayers and petitions with loud cries and tears</w:t>
      </w:r>
      <w:r>
        <w:rPr>
          <w:b w:val="false"/>
          <w:i w:val="false"/>
          <w:color w:val="000000"/>
          <w:u w:val="none"/>
        </w:rPr>
        <w:t xml:space="preserve"> [1IWY]</w:t>
      </w:r>
      <w:r>
        <w:rPr/>
        <w:t xml:space="preserve"> </w:t>
      </w:r>
      <w:r>
        <w:rPr>
          <w:shd w:fill="B7DDE8" w:val="clear"/>
        </w:rPr>
        <w:t xml:space="preserve">to the One who could save Him from death</w:t>
      </w:r>
      <w:r>
        <w:rPr>
          <w:b w:val="false"/>
          <w:i w:val="false"/>
          <w:u w:val="none"/>
          <w:color w:val="000000"/>
        </w:rPr>
        <w:t xml:space="preserve"> [1IWZ]</w:t>
      </w:r>
      <w:r>
        <w:rPr/>
        <w:t xml:space="preserve">, and </w:t>
      </w:r>
      <w:r>
        <w:rPr>
          <w:shd w:fill="B7DDE8" w:val="clear"/>
        </w:rPr>
        <w:t xml:space="preserve">He was heard because of His reverence</w:t>
      </w:r>
      <w:r>
        <w:rPr>
          <w:b w:val="false"/>
          <w:i w:val="false"/>
          <w:color w:val="000000"/>
          <w:u w:val="none"/>
        </w:rPr>
        <w:t xml:space="preserve"> [1IXA]</w:t>
      </w:r>
      <w:r>
        <w:rPr/>
        <w:t xml:space="preserve">.</w:t>
      </w:r>
    </w:p>
    <w:p>
      <w:pPr>
        <w:pStyle w:val="Yellow"/>
        <w:rPr/>
      </w:pPr>
      <w:r>
        <w:rPr>
          <w:b/>
        </w:rPr>
        <w:t>James 4:2-3</w:t>
      </w:r>
      <w:r>
        <w:rPr/>
        <w:t xml:space="preserve"> — </w:t>
      </w:r>
      <w:r>
        <w:rPr>
          <w:shd w:val="clear" w:fill="B7DDE8"/>
        </w:rPr>
        <w:t>You do not have, because you do not ask</w:t>
      </w:r>
      <w:r>
        <w:rPr>
          <w:b w:val="false"/>
          <w:i w:val="false"/>
          <w:color w:val="000000"/>
          <w:u w:val="none"/>
        </w:rPr>
        <w:t xml:space="preserve"> [1CTP]</w:t>
      </w:r>
      <w:r>
        <w:rPr/>
        <w:t xml:space="preserve">. And </w:t>
      </w:r>
      <w:r>
        <w:rPr>
          <w:shd w:val="clear" w:fill="B7DDE8"/>
        </w:rPr>
        <w:t>when you do ask, you do not receive</w:t>
      </w:r>
      <w:r>
        <w:rPr>
          <w:b w:val="false"/>
          <w:i w:val="false"/>
          <w:color w:val="000000"/>
          <w:u w:val="none"/>
        </w:rPr>
        <w:t xml:space="preserve"> [1CTQ]</w:t>
      </w:r>
      <w:r>
        <w:rPr/>
        <w:t xml:space="preserve">, </w:t>
      </w:r>
      <w:r>
        <w:rPr>
          <w:shd w:val="clear" w:fill="B7DDE8"/>
        </w:rPr>
        <w:t>because you ask with wrong motives</w:t>
      </w:r>
      <w:r>
        <w:rPr>
          <w:b w:val="false"/>
          <w:i w:val="false"/>
          <w:color w:val="000000"/>
          <w:u w:val="none"/>
        </w:rPr>
        <w:t xml:space="preserve"> [1CTR]</w:t>
      </w:r>
      <w:r>
        <w:rPr/>
        <w:t xml:space="preserve">, </w:t>
      </w:r>
      <w:r>
        <w:rPr>
          <w:shd w:val="clear" w:fill="B7DDE8"/>
        </w:rPr>
        <w:t>that you may squander it on your pleasures</w:t>
      </w:r>
      <w:r>
        <w:rPr>
          <w:b w:val="false"/>
          <w:i w:val="false"/>
          <w:color w:val="000000"/>
          <w:u w:val="none"/>
        </w:rPr>
        <w:t xml:space="preserve"> [1CTS]</w:t>
      </w:r>
      <w:r>
        <w:rPr/>
        <w:t>.</w:t>
      </w:r>
    </w:p>
    <w:p>
      <w:pPr>
        <w:pStyle w:val="Yellow"/>
        <w:rPr/>
      </w:pPr>
      <w:r>
        <w:rPr>
          <w:b/>
          <w:u w:val="none"/>
        </w:rPr>
        <w:t>James 5:16</w:t>
      </w:r>
      <w:r>
        <w:rPr>
          <w:u w:val="none"/>
        </w:rPr>
        <w:t xml:space="preserve"> — Therefore </w:t>
      </w:r>
      <w:r>
        <w:rPr>
          <w:u w:val="none"/>
          <w:shd w:val="clear" w:fill="B7DDE8"/>
        </w:rPr>
        <w:t>confess your sins to each other</w:t>
      </w:r>
      <w:r>
        <w:rPr>
          <w:b w:val="false"/>
          <w:i w:val="false"/>
          <w:u w:val="none"/>
          <w:color w:val="000000"/>
        </w:rPr>
        <w:t xml:space="preserve"> [1CSK]</w:t>
      </w:r>
      <w:r>
        <w:rPr>
          <w:u w:val="none"/>
        </w:rPr>
        <w:t xml:space="preserve"> and </w:t>
      </w:r>
      <w:r>
        <w:rPr>
          <w:u w:val="none"/>
          <w:shd w:val="clear" w:fill="B7DDE8"/>
        </w:rPr>
        <w:t>pray for each other</w:t>
      </w:r>
      <w:r>
        <w:rPr>
          <w:b w:val="false"/>
          <w:i w:val="false"/>
          <w:color w:val="000000"/>
          <w:u w:val="none"/>
        </w:rPr>
        <w:t xml:space="preserve"> [1CSL]</w:t>
      </w:r>
      <w:r>
        <w:rPr>
          <w:u w:val="none"/>
        </w:rPr>
        <w:t xml:space="preserve"> </w:t>
      </w:r>
      <w:r>
        <w:rPr>
          <w:u w:val="none"/>
          <w:shd w:val="clear" w:fill="B7DDE8"/>
        </w:rPr>
        <w:t>so that you may be healed</w:t>
      </w:r>
      <w:r>
        <w:rPr>
          <w:b w:val="false"/>
          <w:i w:val="false"/>
          <w:color w:val="000000"/>
          <w:u w:val="none"/>
        </w:rPr>
        <w:t xml:space="preserve"> [1CSM]</w:t>
      </w:r>
      <w:r>
        <w:rPr>
          <w:u w:val="none"/>
          <w:shd w:val="clear" w:color="auto" w:fill="548235"/>
          <w:color w:val="FFFFFF"/>
        </w:rPr>
        <w:t xml:space="preserve">. </w:t>
      </w:r>
      <w:r>
        <w:rPr>
          <w:u w:val="none"/>
          <w:shd w:val="clear" w:fill="548235" w:color="auto"/>
          <w:color w:val="FFFFFF"/>
        </w:rPr>
        <w:t>The prayer of a righteous man has great power to prevail</w:t>
      </w:r>
      <w:r>
        <w:rPr>
          <w:b w:val="false"/>
          <w:i w:val="false"/>
          <w:color w:val="FFFFFF"/>
          <w:u w:val="none"/>
          <w:shd w:val="clear" w:color="auto" w:fill="548235"/>
        </w:rPr>
        <w:t xml:space="preserve"> [1CSN]</w:t>
      </w:r>
      <w:r>
        <w:rPr>
          <w:u w:val="none"/>
          <w:shd w:val="clear" w:color="auto" w:fill="548235"/>
          <w:color w:val="FFFFFF"/>
        </w:rPr>
        <w:t>.</w:t>
      </w:r>
    </w:p>
    <w:p>
      <w:pPr>
        <w:pStyle w:val="Yellow"/>
        <w:rPr/>
      </w:pPr>
      <w:r>
        <w:rPr>
          <w:b/>
        </w:rPr>
        <w:t>James 5:17-18</w:t>
      </w:r>
      <w:r>
        <w:rPr/>
        <w:t xml:space="preserve"> — </w:t>
      </w:r>
      <w:r>
        <w:rPr>
          <w:shd w:val="clear" w:fill="B7DDE8"/>
        </w:rPr>
        <w:t>Elijah was a man just like us</w:t>
      </w:r>
      <w:r>
        <w:rPr>
          <w:b w:val="false"/>
          <w:i w:val="false"/>
          <w:color w:val="000000"/>
          <w:u w:val="none"/>
        </w:rPr>
        <w:t xml:space="preserve"> [1CSO]</w:t>
      </w:r>
      <w:r>
        <w:rPr/>
        <w:t xml:space="preserve">. </w:t>
      </w:r>
      <w:r>
        <w:rPr>
          <w:shd w:val="clear" w:fill="B7DDE8"/>
        </w:rPr>
        <w:t>He prayed earnestly that it would not rain</w:t>
      </w:r>
      <w:r>
        <w:rPr>
          <w:b w:val="false"/>
          <w:i w:val="false"/>
          <w:color w:val="000000"/>
          <w:u w:val="none"/>
        </w:rPr>
        <w:t xml:space="preserve"> [1CSP]</w:t>
      </w:r>
      <w:r>
        <w:rPr/>
        <w:t xml:space="preserve">, and </w:t>
      </w:r>
      <w:r>
        <w:rPr>
          <w:shd w:val="clear" w:fill="B7DDE8"/>
        </w:rPr>
        <w:t>it did not rain on the land for three and a half years</w:t>
      </w:r>
      <w:r>
        <w:rPr>
          <w:b w:val="false"/>
          <w:i w:val="false"/>
          <w:color w:val="000000"/>
          <w:u w:val="none"/>
        </w:rPr>
        <w:t xml:space="preserve"> [1CSQ]</w:t>
      </w:r>
      <w:r>
        <w:rPr/>
        <w:t xml:space="preserve">. </w:t>
      </w:r>
      <w:r>
        <w:rPr>
          <w:shd w:val="clear" w:fill="B7DDE8"/>
        </w:rPr>
        <w:t>Again he prayed</w:t>
      </w:r>
      <w:r>
        <w:rPr>
          <w:b w:val="false"/>
          <w:i w:val="false"/>
          <w:color w:val="000000"/>
          <w:u w:val="none"/>
        </w:rPr>
        <w:t xml:space="preserve"> [1CSR]</w:t>
      </w:r>
      <w:r>
        <w:rPr/>
        <w:t xml:space="preserve">, and </w:t>
      </w:r>
      <w:r>
        <w:rPr>
          <w:shd w:val="clear" w:fill="B7DDE8"/>
        </w:rPr>
        <w:t>the heavens gave rain</w:t>
      </w:r>
      <w:r>
        <w:rPr>
          <w:b w:val="false"/>
          <w:i w:val="false"/>
          <w:color w:val="000000"/>
          <w:u w:val="none"/>
        </w:rPr>
        <w:t xml:space="preserve"> [1CSS]</w:t>
      </w:r>
      <w:r>
        <w:rPr/>
        <w:t xml:space="preserve">, and </w:t>
      </w:r>
      <w:r>
        <w:rPr>
          <w:shd w:val="clear" w:fill="B7DDE8"/>
        </w:rPr>
        <w:t>the earth yielded its crops</w:t>
      </w:r>
      <w:r>
        <w:rPr>
          <w:b w:val="false"/>
          <w:i w:val="false"/>
          <w:color w:val="000000"/>
          <w:u w:val="none"/>
        </w:rPr>
        <w:t xml:space="preserve"> [2CST]</w:t>
      </w:r>
      <w:r>
        <w:rPr/>
        <w:t>.</w:t>
      </w:r>
    </w:p>
    <w:p>
      <w:pPr>
        <w:pStyle w:val="Yellow"/>
        <w:rPr/>
      </w:pPr>
      <w:r>
        <w:rPr>
          <w:b/>
        </w:rPr>
        <w:t>1 John 3:21–22</w:t>
      </w:r>
      <w:r>
        <w:rPr/>
        <w:t xml:space="preserve"> — Beloved, </w:t>
      </w:r>
      <w:r>
        <w:rPr>
          <w:shd w:val="clear" w:fill="B7DDE8"/>
        </w:rPr>
        <w:t>if our hearts do not condemn us, we have confidence before God</w:t>
      </w:r>
      <w:r>
        <w:rPr>
          <w:b w:val="false"/>
          <w:i w:val="false"/>
          <w:color w:val="000000"/>
          <w:u w:val="none"/>
        </w:rPr>
        <w:t xml:space="preserve"> [1ETB]</w:t>
      </w:r>
      <w:r>
        <w:rPr/>
        <w:t xml:space="preserve">, and </w:t>
      </w:r>
      <w:r>
        <w:rPr>
          <w:shd w:val="clear" w:fill="B7DDE8"/>
        </w:rPr>
        <w:t>we will receive from Him whatever we ask, because we keep His commandments and do what is pleasing in His sight</w:t>
      </w:r>
      <w:r>
        <w:rPr>
          <w:b w:val="false"/>
          <w:i w:val="false"/>
          <w:color w:val="000000"/>
          <w:u w:val="none"/>
        </w:rPr>
        <w:t xml:space="preserve"> [1ETC]</w:t>
      </w:r>
      <w:r>
        <w:rPr/>
        <w:t>.</w:t>
      </w:r>
    </w:p>
    <w:p>
      <w:pPr>
        <w:pStyle w:val="Green"/>
        <w:rPr/>
      </w:pPr>
      <w:r>
        <w:rPr>
          <w:highlight w:val="cyan"/>
          <w:u w:val="none"/>
          <w:color w:val="auto"/>
        </w:rPr>
        <w:t xml:space="preserve">(1Jn5:13 Those who “believe in the name of the Son of God” “may know that you have eternal life” / 10–12 The one who “does not believe God has made Him out to be a liar,” and “whoever does not have the Son of God does not have life” / 18 “anyone born of God does not keep on sinning”) </w:t>
      </w:r>
      <w:r>
        <w:rPr>
          <w:b/>
          <w:highlight w:val="cyan"/>
          <w:u w:val="none"/>
          <w:color w:val="auto"/>
        </w:rPr>
        <w:t xml:space="preserve">1 John 5:16–17</w:t>
      </w:r>
      <w:r>
        <w:rPr>
          <w:highlight w:val="cyan"/>
          <w:u w:val="none"/>
          <w:color w:val="auto"/>
        </w:rPr>
        <w:t xml:space="preserve"> — </w:t>
      </w:r>
      <w:r>
        <w:rPr>
          <w:u w:val="none"/>
          <w:color w:val="auto"/>
        </w:rPr>
        <w:t xml:space="preserve">If anyone sees his brother committing a sin not leading to death, he should ask God</w:t>
      </w:r>
      <w:r>
        <w:rPr>
          <w:b w:val="false"/>
          <w:i w:val="false"/>
          <w:u w:val="none"/>
          <w:color w:val="auto"/>
        </w:rPr>
        <w:t xml:space="preserve"> [3IWI]</w:t>
      </w:r>
      <w:r>
        <w:rPr>
          <w:u w:val="none"/>
          <w:color w:val="auto"/>
        </w:rPr>
        <w:t xml:space="preserve">, </w:t>
      </w:r>
      <w:r>
        <w:rPr>
          <w:u w:val="none"/>
          <w:color w:val="auto"/>
        </w:rPr>
        <w:t xml:space="preserve">who will give life to those who commit this kind of sin</w:t>
      </w:r>
      <w:r>
        <w:rPr>
          <w:b w:val="false"/>
          <w:i w:val="false"/>
          <w:u w:val="none"/>
          <w:color w:val="auto"/>
        </w:rPr>
        <w:t xml:space="preserve"> [3IWJ]</w:t>
      </w:r>
      <w:r>
        <w:rPr>
          <w:u w:val="none"/>
          <w:color w:val="auto"/>
        </w:rPr>
        <w:t xml:space="preserve">. </w:t>
      </w:r>
      <w:r>
        <w:rPr>
          <w:u w:val="none"/>
          <w:color w:val="auto"/>
        </w:rPr>
        <w:t xml:space="preserve">There is a sin that leads to death</w:t>
      </w:r>
      <w:r>
        <w:rPr>
          <w:b w:val="false"/>
          <w:i w:val="false"/>
          <w:u w:val="none"/>
          <w:color w:val="auto"/>
        </w:rPr>
        <w:t xml:space="preserve"> [3IWK]</w:t>
      </w:r>
      <w:r>
        <w:rPr>
          <w:u w:val="none"/>
          <w:color w:val="auto"/>
        </w:rPr>
        <w:t xml:space="preserve">; </w:t>
      </w:r>
      <w:r>
        <w:rPr>
          <w:u w:val="none"/>
          <w:color w:val="auto"/>
        </w:rPr>
        <w:t xml:space="preserve">I am not saying he should ask regarding that sin</w:t>
      </w:r>
      <w:r>
        <w:rPr>
          <w:b w:val="false"/>
          <w:i w:val="false"/>
          <w:u w:val="none"/>
          <w:color w:val="auto"/>
        </w:rPr>
        <w:t xml:space="preserve"> [3IWL]</w:t>
      </w:r>
      <w:r>
        <w:rPr>
          <w:u w:val="none"/>
          <w:color w:val="auto"/>
        </w:rPr>
        <w:t xml:space="preserve">. </w:t>
      </w:r>
      <w:r>
        <w:rPr>
          <w:u w:val="none"/>
          <w:color w:val="auto"/>
        </w:rPr>
        <w:t xml:space="preserve">All unrighteousness is sin</w:t>
      </w:r>
      <w:r>
        <w:rPr>
          <w:b w:val="false"/>
          <w:i w:val="false"/>
          <w:u w:val="none"/>
          <w:color w:val="auto"/>
        </w:rPr>
        <w:t xml:space="preserve"> [3IWM]</w:t>
      </w:r>
      <w:r>
        <w:rPr>
          <w:u w:val="none"/>
          <w:color w:val="auto"/>
        </w:rPr>
        <w:t xml:space="preserve">, yet </w:t>
      </w:r>
      <w:r>
        <w:rPr>
          <w:u w:val="none"/>
          <w:color w:val="auto"/>
        </w:rPr>
        <w:t xml:space="preserve">there is sin that does not lead to death</w:t>
      </w:r>
      <w:r>
        <w:rPr>
          <w:b w:val="false"/>
          <w:i w:val="false"/>
          <w:u w:val="none"/>
          <w:color w:val="auto"/>
        </w:rPr>
        <w:t xml:space="preserve"> [3IWN]</w:t>
      </w:r>
      <w:r>
        <w:rPr>
          <w:u w:val="none"/>
          <w:color w:val="auto"/>
        </w:rPr>
        <w:t xml:space="preserve">.</w:t>
      </w:r>
    </w:p>
    <w:p>
      <w:pPr>
        <w:pStyle w:val="Yellow"/>
        <w:rPr/>
      </w:pPr>
      <w:r>
        <w:rPr>
          <w:u w:val="none"/>
          <w:shd w:fill="F4CCCC" w:val="clear"/>
        </w:rPr>
        <w:t xml:space="preserve">(1Jn5:18 “anyone born of God does not keep on sinning”¹ / 5:10-12 one who “does not believe God”²) </w:t>
      </w:r>
      <w:r>
        <w:rPr>
          <w:b/>
          <w:u w:val="none"/>
          <w:shd w:fill="F4CCCC" w:val="clear"/>
        </w:rPr>
        <w:t xml:space="preserve">1 John 5:16–17</w:t>
      </w:r>
      <w:r>
        <w:rPr>
          <w:u w:val="none"/>
          <w:shd w:fill="F4CCCC" w:val="clear"/>
        </w:rPr>
        <w:t xml:space="preserve"> — </w:t>
      </w:r>
      <w:r>
        <w:rPr>
          <w:u w:val="none"/>
          <w:shd w:fill="B7DDE8" w:val="clear"/>
        </w:rPr>
        <w:t xml:space="preserve">If anyone sees his brother committing {a sin not leading to death}¹, he should ask God</w:t>
      </w:r>
      <w:r>
        <w:rPr>
          <w:b w:val="false"/>
          <w:i w:val="false"/>
          <w:color w:val="000000"/>
          <w:u w:val="none"/>
        </w:rPr>
        <w:t xml:space="preserve"> [3IWI]</w:t>
      </w:r>
      <w:r>
        <w:rPr>
          <w:u w:val="none"/>
          <w:shd w:fill="F4CCCC" w:val="clear"/>
        </w:rPr>
        <w:t xml:space="preserve">, </w:t>
      </w:r>
      <w:r>
        <w:rPr>
          <w:u w:val="none"/>
          <w:shd w:fill="B7DDE8" w:val="clear"/>
        </w:rPr>
        <w:t xml:space="preserve">who will give life to those who commit this kind of sin</w:t>
      </w:r>
      <w:r>
        <w:rPr>
          <w:b w:val="false"/>
          <w:i w:val="false"/>
          <w:color w:val="000000"/>
          <w:u w:val="none"/>
        </w:rPr>
        <w:t xml:space="preserve"> [3IWJ]</w:t>
      </w:r>
      <w:r>
        <w:rPr>
          <w:u w:val="none"/>
          <w:shd w:fill="F4CCCC" w:val="clear"/>
        </w:rPr>
        <w:t xml:space="preserve">. </w:t>
      </w:r>
      <w:r>
        <w:rPr>
          <w:u w:val="none"/>
          <w:shd w:fill="B7DDE8" w:val="clear"/>
        </w:rPr>
        <w:t xml:space="preserve">There is {a sin that leads to death}²</w:t>
      </w:r>
      <w:r>
        <w:rPr>
          <w:b w:val="false"/>
          <w:i w:val="false"/>
          <w:color w:val="000000"/>
          <w:u w:val="none"/>
        </w:rPr>
        <w:t xml:space="preserve"> [3IWK]</w:t>
      </w:r>
      <w:r>
        <w:rPr>
          <w:u w:val="none"/>
          <w:shd w:fill="F4CCCC" w:val="clear"/>
        </w:rPr>
        <w:t xml:space="preserve">; </w:t>
      </w:r>
      <w:r>
        <w:rPr>
          <w:u w:val="none"/>
          <w:shd w:fill="B7DDE8" w:val="clear"/>
        </w:rPr>
        <w:t xml:space="preserve">I am not saying he should ask regarding that sin</w:t>
      </w:r>
      <w:r>
        <w:rPr>
          <w:b w:val="false"/>
          <w:i w:val="false"/>
          <w:color w:val="000000"/>
          <w:u w:val="none"/>
        </w:rPr>
        <w:t xml:space="preserve"> [3IWL]</w:t>
      </w:r>
      <w:r>
        <w:rPr>
          <w:u w:val="none"/>
          <w:shd w:fill="F4CCCC" w:val="clear"/>
        </w:rPr>
        <w:t xml:space="preserve">. </w:t>
      </w:r>
      <w:r>
        <w:rPr>
          <w:u w:val="none"/>
          <w:shd w:fill="B7DDE8" w:val="clear"/>
        </w:rPr>
        <w:t xml:space="preserve">All unrighteousness is sin</w:t>
      </w:r>
      <w:r>
        <w:rPr>
          <w:b w:val="false"/>
          <w:i w:val="false"/>
          <w:color w:val="000000"/>
          <w:u w:val="none"/>
        </w:rPr>
        <w:t xml:space="preserve"> [3IWM]</w:t>
      </w:r>
      <w:r>
        <w:rPr>
          <w:u w:val="none"/>
          <w:shd w:fill="F4CCCC" w:val="clear"/>
        </w:rPr>
        <w:t xml:space="preserve">, yet </w:t>
      </w:r>
      <w:r>
        <w:rPr>
          <w:u w:val="none"/>
          <w:shd w:fill="B7DDE8" w:val="clear"/>
        </w:rPr>
        <w:t xml:space="preserve">there is sin that does not lead to death</w:t>
      </w:r>
      <w:r>
        <w:rPr>
          <w:b w:val="false"/>
          <w:i w:val="false"/>
          <w:color w:val="000000"/>
          <w:u w:val="none"/>
        </w:rPr>
        <w:t xml:space="preserve"> [3IWN]</w:t>
      </w:r>
      <w:r>
        <w:rPr>
          <w:u w:val="none"/>
          <w:shd w:fill="F4CCCC" w:val="clear"/>
        </w:rPr>
        <w:t xml:space="preserve">.</w:t>
      </w:r>
    </w:p>
    <w:p>
      <w:r>
        <w:rPr>
          <w:b/>
          <w:sz w:val="32"/>
        </w:rPr>
        <w:t>Guidance  (41)</w:t>
      </w:r>
    </w:p>
    <w:p>
      <w:pPr>
        <w:pStyle w:val="Yellow"/>
        <w:rPr/>
      </w:pPr>
      <w:r>
        <w:rPr>
          <w:b/>
          <w:u w:val="none"/>
        </w:rPr>
        <w:t xml:space="preserve">Exodus 13:21</w:t>
      </w:r>
      <w:r>
        <w:rPr>
          <w:u w:val="none"/>
        </w:rPr>
        <w:t xml:space="preserve"> — And </w:t>
      </w:r>
      <w:r>
        <w:rPr>
          <w:u w:val="none"/>
          <w:shd w:fill="B7DDE8" w:val="clear"/>
        </w:rPr>
        <w:t xml:space="preserve">the LORD went before them in a pillar of cloud </w:t>
      </w:r>
      <w:r>
        <w:rPr>
          <w:u w:val="none"/>
          <w:shd w:fill="B7DDE8" w:val="clear"/>
        </w:rPr>
        <w:t xml:space="preserve">to guide their way by day</w:t>
      </w:r>
      <w:r>
        <w:rPr>
          <w:b w:val="false"/>
          <w:i w:val="false"/>
          <w:color w:val="000000"/>
          <w:u w:val="none"/>
        </w:rPr>
        <w:t xml:space="preserve"> [2DJK]</w:t>
      </w:r>
      <w:r>
        <w:rPr>
          <w:u w:val="none"/>
        </w:rPr>
        <w:t xml:space="preserve">, and </w:t>
      </w:r>
      <w:r>
        <w:rPr>
          <w:u w:val="none"/>
          <w:shd w:fill="B7DDE8" w:val="clear"/>
        </w:rPr>
        <w:t xml:space="preserve">in a pillar of fire to give them light by night</w:t>
      </w:r>
      <w:r>
        <w:rPr>
          <w:b w:val="false"/>
          <w:i w:val="false"/>
          <w:color w:val="000000"/>
          <w:u w:val="none"/>
        </w:rPr>
        <w:t xml:space="preserve"> [2DJL]</w:t>
      </w:r>
      <w:r>
        <w:rPr>
          <w:u w:val="none"/>
        </w:rPr>
        <w:t xml:space="preserve">, </w:t>
      </w:r>
      <w:r>
        <w:rPr>
          <w:u w:val="none"/>
          <w:shd w:fill="B7DDE8" w:val="clear"/>
        </w:rPr>
        <w:t xml:space="preserve">so that they could travel by day or night</w:t>
      </w:r>
      <w:r>
        <w:rPr>
          <w:b w:val="false"/>
          <w:i w:val="false"/>
          <w:color w:val="000000"/>
          <w:u w:val="none"/>
        </w:rPr>
        <w:t xml:space="preserve"> [1KWW]</w:t>
      </w:r>
      <w:r>
        <w:rPr>
          <w:u w:val="none"/>
        </w:rPr>
        <w:t xml:space="preserve">.</w:t>
      </w:r>
    </w:p>
    <w:p>
      <w:pPr>
        <w:pStyle w:val="Green"/>
        <w:rPr/>
      </w:pPr>
      <w:r>
        <w:rPr>
          <w:b/>
          <w:u w:val="none"/>
          <w:shd w:val="clear" w:color="auto" w:fill="548235"/>
          <w:color w:val="FFFFFF"/>
        </w:rPr>
        <w:t>Exodus 15:13</w:t>
      </w:r>
      <w:r>
        <w:rPr>
          <w:u w:val="none"/>
          <w:shd w:val="clear" w:color="auto" w:fill="548235"/>
          <w:color w:val="FFFFFF"/>
        </w:rPr>
        <w:t xml:space="preserve"> — </w:t>
      </w:r>
      <w:r>
        <w:rPr>
          <w:u w:val="none"/>
          <w:shd w:fill="548235" w:val="clear" w:color="auto"/>
          <w:color w:val="FFFFFF"/>
        </w:rPr>
        <w:t>With loving devotion You will lead the people You have redeemed</w:t>
      </w:r>
      <w:r>
        <w:rPr>
          <w:b w:val="false"/>
          <w:i w:val="false"/>
          <w:color w:val="FFFFFF"/>
          <w:u w:val="none"/>
          <w:shd w:val="clear" w:color="auto" w:fill="548235"/>
        </w:rPr>
        <w:t xml:space="preserve"> [1BUK]</w:t>
      </w:r>
      <w:r>
        <w:rPr>
          <w:u w:val="none"/>
          <w:shd w:val="clear" w:color="auto" w:fill="548235"/>
          <w:color w:val="FFFFFF"/>
        </w:rPr>
        <w:t xml:space="preserve">; </w:t>
      </w:r>
      <w:r>
        <w:rPr>
          <w:u w:val="none"/>
          <w:shd w:fill="548235" w:val="clear" w:color="auto"/>
          <w:color w:val="FFFFFF"/>
        </w:rPr>
        <w:t>with Your strength You will guide them to Your holy dwelling</w:t>
      </w:r>
      <w:r>
        <w:rPr>
          <w:b w:val="false"/>
          <w:i w:val="false"/>
          <w:color w:val="FFFFFF"/>
          <w:u w:val="none"/>
          <w:shd w:val="clear" w:color="auto" w:fill="548235"/>
        </w:rPr>
        <w:t xml:space="preserve"> [1BUL]</w:t>
      </w:r>
      <w:r>
        <w:rPr>
          <w:u w:val="none"/>
          <w:shd w:val="clear" w:color="auto" w:fill="548235"/>
          <w:color w:val="FFFFFF"/>
        </w:rPr>
        <w:t>.</w:t>
      </w:r>
    </w:p>
    <w:p>
      <w:pPr>
        <w:pStyle w:val="Yellow"/>
        <w:rPr/>
        <w:pBdr>
          <w:left w:val="single" w:sz="28" w:space="5" w:color="C00000"/>
        </w:pBdr>
      </w:pPr>
      <w:r>
        <w:rPr/>
        <w:t xml:space="preserve">(Ex6:5 God “remembered My covenant”) </w:t>
      </w:r>
      <w:r>
        <w:rPr>
          <w:b/>
        </w:rPr>
        <w:t xml:space="preserve">Exodus 19:4</w:t>
      </w:r>
      <w:r>
        <w:rPr/>
        <w:t xml:space="preserve"> — You have seen for yourselves </w:t>
      </w:r>
      <w:r>
        <w:rPr>
          <w:shd w:fill="B7DDE8" w:val="clear"/>
        </w:rPr>
        <w:t xml:space="preserve">what I did to Egypt</w:t>
      </w:r>
      <w:r>
        <w:rPr>
          <w:b w:val="false"/>
          <w:i w:val="false"/>
          <w:u w:val="none"/>
          <w:color w:val="000000"/>
        </w:rPr>
        <w:t xml:space="preserve"> [1KHW]</w:t>
      </w:r>
      <w:r>
        <w:rPr/>
        <w:t xml:space="preserve">, and how </w:t>
      </w:r>
      <w:r>
        <w:rPr>
          <w:shd w:fill="B7DDE8" w:val="clear"/>
        </w:rPr>
        <w:t xml:space="preserve">I carried you on eagles’ wings</w:t>
      </w:r>
      <w:r>
        <w:rPr>
          <w:b w:val="false"/>
          <w:i w:val="false"/>
          <w:u w:val="none"/>
          <w:color w:val="000000"/>
        </w:rPr>
        <w:t xml:space="preserve"> [1KHX]</w:t>
      </w:r>
      <w:r>
        <w:rPr>
          <w:shd w:val="clear" w:color="auto" w:fill="548235"/>
          <w:color w:val="FFFFFF"/>
        </w:rPr>
        <w:t xml:space="preserve"> and </w:t>
      </w:r>
      <w:r>
        <w:rPr>
          <w:shd w:fill="548235" w:val="clear" w:color="auto"/>
          <w:color w:val="FFFFFF"/>
        </w:rPr>
        <w:t xml:space="preserve">brought you to Myself</w:t>
      </w:r>
      <w:r>
        <w:rPr>
          <w:b w:val="false"/>
          <w:i w:val="false"/>
          <w:color w:val="FFFFFF"/>
          <w:u w:val="none"/>
          <w:shd w:val="clear" w:color="auto" w:fill="548235"/>
        </w:rPr>
        <w:t xml:space="preserve"> [1KHY]</w:t>
      </w:r>
      <w:r>
        <w:rPr>
          <w:shd w:val="clear" w:color="auto" w:fill="548235"/>
          <w:color w:val="FFFFFF"/>
        </w:rPr>
        <w:t xml:space="preserve">.</w:t>
      </w:r>
    </w:p>
    <w:p>
      <w:pPr>
        <w:pStyle w:val="Green"/>
        <w:rPr/>
      </w:pPr>
      <w:r>
        <w:rPr>
          <w:b/>
        </w:rPr>
        <w:t>2 Samuel 22:33</w:t>
      </w:r>
      <w:r>
        <w:rPr/>
        <w:t xml:space="preserve"> — </w:t>
      </w:r>
      <w:r>
        <w:rPr>
          <w:shd w:val="clear" w:fill="B7DDE8"/>
        </w:rPr>
        <w:t>God is my strong fortress</w:t>
      </w:r>
      <w:r>
        <w:rPr>
          <w:b w:val="false"/>
          <w:i w:val="false"/>
          <w:color w:val="000000"/>
          <w:u w:val="none"/>
        </w:rPr>
        <w:t xml:space="preserve"> [12GJ]</w:t>
      </w:r>
      <w:r>
        <w:rPr/>
        <w:t xml:space="preserve">, and </w:t>
      </w:r>
      <w:r>
        <w:rPr>
          <w:shd w:val="clear" w:fill="B7DDE8"/>
        </w:rPr>
        <w:t>He makes my way clear</w:t>
      </w:r>
      <w:r>
        <w:rPr>
          <w:b w:val="false"/>
          <w:i w:val="false"/>
          <w:color w:val="000000"/>
          <w:u w:val="none"/>
        </w:rPr>
        <w:t xml:space="preserve"> [2EAE]</w:t>
      </w:r>
      <w:r>
        <w:rPr/>
        <w:t>.</w:t>
      </w:r>
    </w:p>
    <w:p>
      <w:pPr>
        <w:pStyle w:val="Yellow"/>
        <w:rPr/>
      </w:pPr>
      <w:r>
        <w:rPr/>
        <w:t xml:space="preserve">(Neh9:16 Israel’s fathers) </w:t>
      </w:r>
      <w:r>
        <w:rPr>
          <w:b/>
        </w:rPr>
        <w:t xml:space="preserve">Nehemiah 9:18–19</w:t>
      </w:r>
      <w:r>
        <w:rPr/>
        <w:t xml:space="preserve"> — Even </w:t>
      </w:r>
      <w:r>
        <w:rPr>
          <w:shd w:fill="B7DDE8" w:val="clear"/>
        </w:rPr>
        <w:t xml:space="preserve">when {they} cast for themselves an image of a calf and said, ‘This is your God who brought you up out of Egypt,’ and when they committed terrible blasphemies</w:t>
      </w:r>
      <w:r>
        <w:rPr>
          <w:b w:val="false"/>
          <w:i w:val="false"/>
          <w:color w:val="000000"/>
          <w:u w:val="none"/>
        </w:rPr>
        <w:t xml:space="preserve"> [1KAH]</w:t>
      </w:r>
      <w:r>
        <w:rPr/>
        <w:t xml:space="preserve">, </w:t>
      </w:r>
      <w:r>
        <w:rPr>
          <w:shd w:fill="B7DDE8" w:val="clear"/>
        </w:rPr>
        <w:t xml:space="preserve">You in Your great compassion did not forsake them in the wilderness</w:t>
      </w:r>
      <w:r>
        <w:rPr>
          <w:b w:val="false"/>
          <w:i w:val="false"/>
          <w:color w:val="000000"/>
          <w:u w:val="none"/>
        </w:rPr>
        <w:t xml:space="preserve"> [1KAI]</w:t>
      </w:r>
      <w:r>
        <w:rPr>
          <w:shd w:val="clear" w:color="auto" w:fill="548235"/>
          <w:color w:val="FFFFFF"/>
        </w:rPr>
        <w:t xml:space="preserve">. </w:t>
      </w:r>
      <w:r>
        <w:rPr>
          <w:shd w:fill="548235" w:val="clear" w:color="auto"/>
          <w:color w:val="FFFFFF"/>
        </w:rPr>
        <w:t xml:space="preserve">By day the pillar of cloud never turned away from guiding them on their path</w:t>
      </w:r>
      <w:r>
        <w:rPr>
          <w:b w:val="false"/>
          <w:i w:val="false"/>
          <w:color w:val="FFFFFF"/>
          <w:u w:val="none"/>
          <w:shd w:val="clear" w:color="auto" w:fill="548235"/>
        </w:rPr>
        <w:t xml:space="preserve"> [1KAJ]</w:t>
      </w:r>
      <w:r>
        <w:rPr>
          <w:shd w:val="clear" w:color="auto" w:fill="548235"/>
          <w:color w:val="FFFFFF"/>
        </w:rPr>
        <w:t xml:space="preserve">; and </w:t>
      </w:r>
      <w:r>
        <w:rPr>
          <w:shd w:fill="548235" w:val="clear" w:color="auto"/>
          <w:color w:val="FFFFFF"/>
        </w:rPr>
        <w:t xml:space="preserve">by night the pillar of fire illuminated the way they should go</w:t>
      </w:r>
      <w:r>
        <w:rPr>
          <w:b w:val="false"/>
          <w:i w:val="false"/>
          <w:color w:val="FFFFFF"/>
          <w:u w:val="none"/>
          <w:shd w:val="clear" w:color="auto" w:fill="548235"/>
        </w:rPr>
        <w:t xml:space="preserve"> [1KAK]</w:t>
      </w:r>
      <w:r>
        <w:rPr>
          <w:shd w:val="clear" w:color="auto" w:fill="548235"/>
          <w:color w:val="FFFFFF"/>
        </w:rPr>
        <w:t xml:space="preserve">.</w:t>
      </w:r>
    </w:p>
    <w:p>
      <w:pPr>
        <w:pStyle w:val="Yellow"/>
        <w:rPr/>
      </w:pPr>
      <w:r>
        <w:rPr/>
        <w:t xml:space="preserve">(Neh9:16 Israel’s fathers) </w:t>
      </w:r>
      <w:r>
        <w:rPr>
          <w:b/>
        </w:rPr>
        <w:t>Nehemiah 9:20</w:t>
      </w:r>
      <w:r>
        <w:rPr/>
        <w:t xml:space="preserve"> — </w:t>
      </w:r>
      <w:r>
        <w:rPr>
          <w:shd w:fill="B7DDE8" w:val="clear"/>
        </w:rPr>
        <w:t>You gave Your good Spirit to instruct {them}</w:t>
      </w:r>
      <w:r>
        <w:rPr>
          <w:b w:val="false"/>
          <w:i w:val="false"/>
          <w:color w:val="000000"/>
          <w:u w:val="none"/>
        </w:rPr>
        <w:t xml:space="preserve"> [1ZQ]</w:t>
      </w:r>
      <w:r>
        <w:rPr/>
        <w:t xml:space="preserve">. </w:t>
      </w:r>
      <w:r>
        <w:rPr>
          <w:color w:val="000000"/>
        </w:rPr>
        <w:t>You did not withhold Your manna from their mouths</w:t>
      </w:r>
      <w:r>
        <w:rPr>
          <w:b w:val="false"/>
          <w:i w:val="false"/>
          <w:color w:val="000000"/>
          <w:u w:val="none"/>
        </w:rPr>
        <w:t xml:space="preserve"> [1ZR]</w:t>
      </w:r>
      <w:r>
        <w:rPr/>
        <w:t xml:space="preserve">, and </w:t>
      </w:r>
      <w:r>
        <w:rPr>
          <w:color w:val="000000"/>
        </w:rPr>
        <w:t>You gave them water for their thirst</w:t>
      </w:r>
      <w:r>
        <w:rPr>
          <w:b w:val="false"/>
          <w:i w:val="false"/>
          <w:color w:val="000000"/>
          <w:u w:val="none"/>
        </w:rPr>
        <w:t xml:space="preserve"> [1ZS]</w:t>
      </w:r>
      <w:r>
        <w:rPr/>
        <w:t>.</w:t>
      </w:r>
    </w:p>
    <w:p>
      <w:pPr>
        <w:pStyle w:val="Yellow"/>
        <w:rPr/>
      </w:pPr>
      <w:r>
        <w:rPr>
          <w:b/>
          <w:shd w:val="clear" w:color="auto" w:fill="548235"/>
          <w:color w:val="FFFFFF"/>
        </w:rPr>
        <w:t>Psalm 16:7</w:t>
      </w:r>
      <w:r>
        <w:rPr>
          <w:shd w:val="clear" w:color="auto" w:fill="548235"/>
          <w:color w:val="FFFFFF"/>
        </w:rPr>
        <w:t xml:space="preserve"> — I will bless </w:t>
      </w:r>
      <w:r>
        <w:rPr>
          <w:shd w:val="clear" w:fill="548235" w:color="auto"/>
          <w:color w:val="FFFFFF"/>
        </w:rPr>
        <w:t>the LORD who counsels me</w:t>
      </w:r>
      <w:r>
        <w:rPr>
          <w:b w:val="false"/>
          <w:i w:val="false"/>
          <w:color w:val="FFFFFF"/>
          <w:u w:val="none"/>
          <w:shd w:val="clear" w:color="auto" w:fill="548235"/>
        </w:rPr>
        <w:t xml:space="preserve"> [1DJB]</w:t>
      </w:r>
      <w:r>
        <w:rPr>
          <w:shd w:val="clear" w:color="auto" w:fill="548235"/>
          <w:color w:val="FFFFFF"/>
        </w:rPr>
        <w:t xml:space="preserve">; </w:t>
      </w:r>
      <w:r>
        <w:rPr>
          <w:shd w:val="clear" w:fill="548235" w:color="auto"/>
          <w:color w:val="FFFFFF"/>
        </w:rPr>
        <w:t>even at night my conscience instructs me</w:t>
      </w:r>
      <w:r>
        <w:rPr>
          <w:b w:val="false"/>
          <w:i w:val="false"/>
          <w:color w:val="FFFFFF"/>
          <w:u w:val="none"/>
          <w:shd w:val="clear" w:color="auto" w:fill="548235"/>
        </w:rPr>
        <w:t xml:space="preserve"> [1DJC]</w:t>
      </w:r>
      <w:r>
        <w:rPr>
          <w:shd w:val="clear" w:color="auto" w:fill="548235"/>
          <w:color w:val="FFFFFF"/>
        </w:rPr>
        <w:t>.</w:t>
      </w:r>
    </w:p>
    <w:p>
      <w:pPr>
        <w:pStyle w:val="Yellow"/>
        <w:rPr/>
      </w:pPr>
      <w:r>
        <w:rPr>
          <w:u w:val="none"/>
        </w:rPr>
        <w:t xml:space="preserve">(Ps23:1 the LORD) </w:t>
      </w:r>
      <w:r>
        <w:rPr>
          <w:b/>
          <w:u w:val="none"/>
        </w:rPr>
        <w:t>Psalm 23:2–3</w:t>
      </w:r>
      <w:r>
        <w:rPr>
          <w:u w:val="none"/>
        </w:rPr>
        <w:t xml:space="preserve"> — </w:t>
      </w:r>
      <w:r>
        <w:rPr>
          <w:u w:val="none"/>
          <w:color w:val="auto"/>
        </w:rPr>
        <w:t>{He} makes me lie down in green pastures</w:t>
      </w:r>
      <w:r>
        <w:rPr>
          <w:b w:val="false"/>
          <w:i w:val="false"/>
          <w:color w:val="auto"/>
          <w:u w:val="none"/>
        </w:rPr>
        <w:t xml:space="preserve"> [1DNO]</w:t>
      </w:r>
      <w:r>
        <w:rPr>
          <w:u w:val="none"/>
          <w:color w:val="auto"/>
        </w:rPr>
        <w:t xml:space="preserve">; </w:t>
      </w:r>
      <w:r>
        <w:rPr>
          <w:u w:val="none"/>
          <w:color w:val="auto"/>
        </w:rPr>
        <w:t>He leads me beside quiet waters</w:t>
      </w:r>
      <w:r>
        <w:rPr>
          <w:b w:val="false"/>
          <w:i w:val="false"/>
          <w:color w:val="auto"/>
          <w:u w:val="none"/>
        </w:rPr>
        <w:t xml:space="preserve"> [1DNP]</w:t>
      </w:r>
      <w:r>
        <w:rPr>
          <w:u w:val="none"/>
          <w:color w:val="auto"/>
        </w:rPr>
        <w:t xml:space="preserve">. </w:t>
      </w:r>
      <w:r>
        <w:rPr>
          <w:u w:val="none"/>
          <w:shd w:val="clear" w:fill="B7DDE8"/>
        </w:rPr>
        <w:t>He restores my soul</w:t>
      </w:r>
      <w:r>
        <w:rPr>
          <w:b w:val="false"/>
          <w:i w:val="false"/>
          <w:color w:val="000000"/>
          <w:u w:val="none"/>
        </w:rPr>
        <w:t xml:space="preserve"> [1DNQ]</w:t>
      </w:r>
      <w:r>
        <w:rPr>
          <w:u w:val="none"/>
        </w:rPr>
        <w:t xml:space="preserve">; </w:t>
      </w:r>
      <w:r>
        <w:rPr>
          <w:u w:val="none"/>
          <w:shd w:val="clear" w:fill="B7DDE8"/>
        </w:rPr>
        <w:t>He guides me in the paths of righteousness for the sake of His name</w:t>
      </w:r>
      <w:r>
        <w:rPr>
          <w:b w:val="false"/>
          <w:i w:val="false"/>
          <w:color w:val="000000"/>
          <w:u w:val="none"/>
        </w:rPr>
        <w:t xml:space="preserve"> [1DNR]</w:t>
      </w:r>
      <w:r>
        <w:rPr>
          <w:u w:val="none"/>
        </w:rPr>
        <w:t>.</w:t>
      </w:r>
    </w:p>
    <w:p>
      <w:pPr>
        <w:pStyle w:val="Yellow"/>
        <w:rPr/>
      </w:pPr>
      <w:r>
        <w:rPr>
          <w:b/>
        </w:rPr>
        <w:t>Psalm 25:8</w:t>
      </w:r>
      <w:r>
        <w:rPr/>
        <w:t xml:space="preserve"> — </w:t>
      </w:r>
      <w:r>
        <w:rPr>
          <w:color w:val="auto"/>
        </w:rPr>
        <w:t>Good and upright is the LORD</w:t>
      </w:r>
      <w:r>
        <w:rPr>
          <w:b w:val="false"/>
          <w:i w:val="false"/>
          <w:color w:val="auto"/>
          <w:u w:val="none"/>
        </w:rPr>
        <w:t xml:space="preserve"> [7FD]</w:t>
      </w:r>
      <w:r>
        <w:rPr>
          <w:b w:val="false"/>
          <w:i w:val="false"/>
          <w:color w:val="auto"/>
          <w:u w:val="none"/>
        </w:rPr>
        <w:t xml:space="preserve"> [16FJ]</w:t>
      </w:r>
      <w:r>
        <w:rPr/>
        <w:t xml:space="preserve">; therefore </w:t>
      </w:r>
      <w:r>
        <w:rPr>
          <w:shd w:val="clear" w:fill="B7DDE8"/>
        </w:rPr>
        <w:t>He shows sinners the way</w:t>
      </w:r>
      <w:r>
        <w:rPr>
          <w:b w:val="false"/>
          <w:i w:val="false"/>
          <w:color w:val="000000"/>
          <w:u w:val="none"/>
        </w:rPr>
        <w:t xml:space="preserve"> [1FIM]</w:t>
      </w:r>
      <w:r>
        <w:rPr/>
        <w:t>.</w:t>
      </w:r>
    </w:p>
    <w:p>
      <w:pPr>
        <w:pStyle w:val="Yellow"/>
        <w:rPr/>
      </w:pPr>
      <w:r>
        <w:rPr>
          <w:b/>
          <w:u w:val="none"/>
          <w:color w:val="auto"/>
        </w:rPr>
        <w:t>Psalm 25:9</w:t>
      </w:r>
      <w:r>
        <w:rPr>
          <w:u w:val="none"/>
          <w:color w:val="auto"/>
        </w:rPr>
        <w:t xml:space="preserve"> — </w:t>
      </w:r>
      <w:r>
        <w:rPr>
          <w:u w:val="none"/>
          <w:color w:val="auto"/>
        </w:rPr>
        <w:t>He guides the humble in what is right</w:t>
      </w:r>
      <w:r>
        <w:rPr>
          <w:b w:val="false"/>
          <w:i w:val="false"/>
          <w:color w:val="auto"/>
          <w:u w:val="none"/>
        </w:rPr>
        <w:t xml:space="preserve"> [1DKY]</w:t>
      </w:r>
      <w:r>
        <w:rPr>
          <w:u w:val="none"/>
          <w:color w:val="auto"/>
        </w:rPr>
        <w:t xml:space="preserve"> and </w:t>
      </w:r>
      <w:r>
        <w:rPr>
          <w:u w:val="none"/>
          <w:color w:val="auto"/>
        </w:rPr>
        <w:t>teaches them His way</w:t>
      </w:r>
      <w:r>
        <w:rPr>
          <w:b w:val="false"/>
          <w:i w:val="false"/>
          <w:color w:val="auto"/>
          <w:u w:val="none"/>
        </w:rPr>
        <w:t xml:space="preserve"> [1DKZ]</w:t>
      </w:r>
      <w:r>
        <w:rPr>
          <w:u w:val="none"/>
          <w:color w:val="auto"/>
        </w:rPr>
        <w:t>.</w:t>
      </w:r>
    </w:p>
    <w:p>
      <w:pPr>
        <w:pStyle w:val="Yellow"/>
        <w:rPr/>
      </w:pPr>
      <w:r>
        <w:rPr>
          <w:b/>
        </w:rPr>
        <w:t xml:space="preserve">Psalm 71:17</w:t>
      </w:r>
      <w:r>
        <w:rPr/>
        <w:t xml:space="preserve"> — O God, </w:t>
      </w:r>
      <w:r>
        <w:rPr>
          <w:shd w:fill="B7DDE8" w:val="clear"/>
        </w:rPr>
        <w:t xml:space="preserve">You have taught me from my youth</w:t>
      </w:r>
      <w:r>
        <w:rPr>
          <w:b w:val="false"/>
          <w:i w:val="false"/>
          <w:u w:val="none"/>
          <w:color w:val="000000"/>
        </w:rPr>
        <w:t xml:space="preserve"> [2ZO]</w:t>
      </w:r>
      <w:r>
        <w:rPr>
          <w:b w:val="false"/>
          <w:i w:val="false"/>
          <w:u w:val="none"/>
          <w:color w:val="000000"/>
        </w:rPr>
        <w:t xml:space="preserve"> [1GHW]</w:t>
      </w:r>
      <w:r>
        <w:rPr/>
        <w:t xml:space="preserve">, and </w:t>
      </w:r>
      <w:r>
        <w:rPr>
          <w:shd w:fill="B7DDE8" w:val="clear"/>
        </w:rPr>
        <w:t xml:space="preserve">to this day I proclaim Your marvelous deeds</w:t>
      </w:r>
      <w:r>
        <w:rPr>
          <w:b w:val="false"/>
          <w:i w:val="false"/>
          <w:color w:val="000000"/>
          <w:u w:val="none"/>
        </w:rPr>
        <w:t xml:space="preserve"> [1GHX]</w:t>
      </w:r>
      <w:r>
        <w:rPr/>
        <w:t xml:space="preserve">.</w:t>
      </w:r>
    </w:p>
    <w:p>
      <w:pPr>
        <w:pStyle w:val="Yellow"/>
        <w:rPr/>
      </w:pPr>
      <w:r>
        <w:rPr>
          <w:b/>
          <w:u w:val="none"/>
        </w:rPr>
        <w:t xml:space="preserve">Psalm 73:24</w:t>
      </w:r>
      <w:r>
        <w:rPr>
          <w:u w:val="none"/>
        </w:rPr>
        <w:t xml:space="preserve"> — </w:t>
      </w:r>
      <w:r>
        <w:rPr>
          <w:u w:val="none"/>
          <w:shd w:fill="B7DDE8" w:val="clear"/>
        </w:rPr>
        <w:t xml:space="preserve">You guide me with Your counsel</w:t>
      </w:r>
      <w:r>
        <w:rPr>
          <w:u w:val="none"/>
          <w:shd w:fill="B7DDE8" w:val="clear"/>
        </w:rPr>
        <w:t xml:space="preserve">, and later receive me in glory</w:t>
      </w:r>
      <w:r>
        <w:rPr>
          <w:b w:val="false"/>
          <w:i w:val="false"/>
          <w:color w:val="000000"/>
          <w:u w:val="none"/>
        </w:rPr>
        <w:t xml:space="preserve"> [1GDG]</w:t>
      </w:r>
      <w:r>
        <w:rPr>
          <w:b w:val="false"/>
          <w:i w:val="false"/>
          <w:color w:val="000000"/>
          <w:u w:val="none"/>
        </w:rPr>
        <w:t xml:space="preserve"> [1GDH]</w:t>
      </w:r>
      <w:r>
        <w:rPr>
          <w:u w:val="none"/>
        </w:rPr>
        <w:t xml:space="preserve">.</w:t>
      </w:r>
    </w:p>
    <w:p>
      <w:pPr>
        <w:pStyle w:val="Yellow"/>
        <w:rPr/>
      </w:pPr>
      <w:r>
        <w:rPr>
          <w:u w:val="none"/>
        </w:rPr>
        <w:t xml:space="preserve">(Ps78:41 “the Holy One of Israel”) </w:t>
      </w:r>
      <w:r>
        <w:rPr>
          <w:b/>
          <w:u w:val="none"/>
        </w:rPr>
        <w:t>Psalm 78:52–53</w:t>
      </w:r>
      <w:r>
        <w:rPr>
          <w:u w:val="none"/>
        </w:rPr>
        <w:t xml:space="preserve"> — </w:t>
      </w:r>
      <w:r>
        <w:rPr>
          <w:u w:val="none"/>
          <w:shd w:val="clear" w:fill="B7DDE8"/>
        </w:rPr>
        <w:t>{He} led out His people like sheep</w:t>
      </w:r>
      <w:r>
        <w:rPr>
          <w:b w:val="false"/>
          <w:i w:val="false"/>
          <w:color w:val="000000"/>
          <w:u w:val="none"/>
        </w:rPr>
        <w:t xml:space="preserve"> [1DMZ]</w:t>
      </w:r>
      <w:r>
        <w:rPr>
          <w:u w:val="none"/>
          <w:shd w:fill="F4CCCC" w:val="clear"/>
        </w:rPr>
        <w:t xml:space="preserve"> and </w:t>
      </w:r>
      <w:r>
        <w:rPr>
          <w:u w:val="none"/>
          <w:shd w:val="clear" w:fill="B7DDE8"/>
        </w:rPr>
        <w:t>guided {them} like a flock in the wilderness</w:t>
      </w:r>
      <w:r>
        <w:rPr>
          <w:b w:val="false"/>
          <w:i w:val="false"/>
          <w:color w:val="000000"/>
          <w:u w:val="none"/>
        </w:rPr>
        <w:t xml:space="preserve"> [1DMZ]</w:t>
      </w:r>
      <w:r>
        <w:rPr>
          <w:u w:val="none"/>
          <w:shd w:fill="F4CCCC" w:val="clear"/>
        </w:rPr>
        <w:t xml:space="preserve">. </w:t>
      </w:r>
      <w:r>
        <w:rPr>
          <w:u w:val="none"/>
          <w:shd w:val="clear" w:fill="B7DDE8"/>
        </w:rPr>
        <w:t>He led them safely</w:t>
      </w:r>
      <w:r>
        <w:rPr>
          <w:b w:val="false"/>
          <w:i w:val="false"/>
          <w:color w:val="000000"/>
          <w:u w:val="none"/>
        </w:rPr>
        <w:t xml:space="preserve"> [1DNA]</w:t>
      </w:r>
      <w:r>
        <w:rPr>
          <w:u w:val="none"/>
        </w:rPr>
        <w:t xml:space="preserve">, </w:t>
      </w:r>
      <w:r>
        <w:rPr>
          <w:u w:val="none"/>
          <w:shd w:val="clear" w:fill="F4B183" w:color="auto"/>
          <w:color w:val="000000"/>
        </w:rPr>
        <w:t>so they did not fear</w:t>
      </w:r>
      <w:r>
        <w:rPr>
          <w:b w:val="false"/>
          <w:i w:val="false"/>
          <w:color w:val="000000"/>
          <w:u w:val="none"/>
          <w:shd w:val="clear" w:color="auto" w:fill="F4B183"/>
        </w:rPr>
        <w:t xml:space="preserve"> [1DNB]</w:t>
      </w:r>
      <w:r>
        <w:rPr>
          <w:u w:val="none"/>
        </w:rPr>
        <w:t xml:space="preserve">, but </w:t>
      </w:r>
      <w:r>
        <w:rPr>
          <w:u w:val="none"/>
          <w:shd w:val="clear" w:fill="F4B183" w:color="auto"/>
          <w:color w:val="000000"/>
        </w:rPr>
        <w:t>the sea engulfed their enemies</w:t>
      </w:r>
      <w:r>
        <w:rPr>
          <w:b w:val="false"/>
          <w:i w:val="false"/>
          <w:color w:val="000000"/>
          <w:u w:val="none"/>
          <w:shd w:val="clear" w:color="auto" w:fill="F4B183"/>
        </w:rPr>
        <w:t xml:space="preserve"> [1DNC]</w:t>
      </w:r>
      <w:r>
        <w:rPr>
          <w:u w:val="none"/>
        </w:rPr>
        <w:t>.</w:t>
      </w:r>
    </w:p>
    <w:p>
      <w:pPr>
        <w:pStyle w:val="Yellow"/>
        <w:rPr/>
      </w:pPr>
      <w:r>
        <w:rPr>
          <w:b/>
          <w:shd w:val="clear" w:color="auto" w:fill="548235"/>
          <w:color w:val="FFFFFF"/>
        </w:rPr>
        <w:t>Psalm 119:105</w:t>
      </w:r>
      <w:r>
        <w:rPr>
          <w:shd w:val="clear" w:color="auto" w:fill="548235"/>
          <w:color w:val="FFFFFF"/>
        </w:rPr>
        <w:t xml:space="preserve"> — </w:t>
      </w:r>
      <w:r>
        <w:rPr>
          <w:shd w:val="clear" w:fill="548235" w:color="auto"/>
          <w:color w:val="FFFFFF"/>
        </w:rPr>
        <w:t>Your word is a lamp to my feet and a light to my path</w:t>
      </w:r>
      <w:r>
        <w:rPr>
          <w:b w:val="false"/>
          <w:i w:val="false"/>
          <w:color w:val="FFFFFF"/>
          <w:u w:val="none"/>
          <w:shd w:val="clear" w:color="auto" w:fill="548235"/>
        </w:rPr>
        <w:t xml:space="preserve"> [1TX]</w:t>
      </w:r>
      <w:r>
        <w:rPr>
          <w:shd w:val="clear" w:color="auto" w:fill="548235"/>
          <w:color w:val="FFFFFF"/>
        </w:rPr>
        <w:t>.</w:t>
      </w:r>
    </w:p>
    <w:p>
      <w:pPr>
        <w:pStyle w:val="Yellow"/>
        <w:rPr/>
        <w:pBdr>
          <w:left w:val="single" w:sz="28" w:space="5" w:color="C00000"/>
        </w:pBdr>
      </w:pPr>
      <w:r>
        <w:rPr>
          <w:b/>
        </w:rPr>
        <w:t>Psalm 119:130</w:t>
      </w:r>
      <w:r>
        <w:rPr/>
        <w:t xml:space="preserve"> — </w:t>
      </w:r>
      <w:r>
        <w:rPr>
          <w:shd w:fill="B7DDE8" w:val="clear"/>
        </w:rPr>
        <w:t>The unfolding of Your words gives light</w:t>
      </w:r>
      <w:r>
        <w:rPr>
          <w:b w:val="false"/>
          <w:i w:val="false"/>
          <w:u w:val="none"/>
          <w:color w:val="000000"/>
        </w:rPr>
        <w:t xml:space="preserve"> [1MEF]</w:t>
      </w:r>
      <w:r>
        <w:rPr/>
        <w:t xml:space="preserve">; </w:t>
      </w:r>
      <w:r>
        <w:rPr>
          <w:shd w:fill="B7DDE8" w:val="clear"/>
        </w:rPr>
        <w:t>it informs the simple</w:t>
      </w:r>
      <w:r>
        <w:rPr>
          <w:b w:val="false"/>
          <w:i w:val="false"/>
          <w:color w:val="000000"/>
          <w:u w:val="none"/>
        </w:rPr>
        <w:t xml:space="preserve"> [1MEG]</w:t>
      </w:r>
      <w:r>
        <w:rPr/>
        <w:t>.</w:t>
      </w:r>
    </w:p>
    <w:p>
      <w:pPr>
        <w:pStyle w:val="Yellow"/>
        <w:rPr/>
        <w:pBdr>
          <w:left w:val="single" w:sz="28" w:space="5" w:color="C00000"/>
        </w:pBdr>
      </w:pPr>
      <w:r>
        <w:rPr>
          <w:b/>
        </w:rPr>
        <w:t>Psalm 119:152</w:t>
      </w:r>
      <w:r>
        <w:rPr/>
        <w:t xml:space="preserve"> — </w:t>
      </w:r>
      <w:r>
        <w:rPr>
          <w:shd w:fill="548235" w:val="clear" w:color="auto"/>
          <w:color w:val="FFFFFF"/>
        </w:rPr>
        <w:t>Long ago I learned from Your testimonies</w:t>
      </w:r>
      <w:r>
        <w:rPr>
          <w:b w:val="false"/>
          <w:i w:val="false"/>
          <w:color w:val="FFFFFF"/>
          <w:u w:val="none"/>
          <w:shd w:val="clear" w:color="auto" w:fill="548235"/>
        </w:rPr>
        <w:t xml:space="preserve"> [1AAK]</w:t>
      </w:r>
      <w:r>
        <w:rPr/>
        <w:t xml:space="preserve"> that </w:t>
      </w:r>
      <w:r>
        <w:rPr>
          <w:shd w:fill="B7DDE8" w:val="clear"/>
        </w:rPr>
        <w:t>You have established them forever</w:t>
      </w:r>
      <w:r>
        <w:rPr>
          <w:b w:val="false"/>
          <w:i w:val="false"/>
          <w:color w:val="000000"/>
          <w:u w:val="none"/>
        </w:rPr>
        <w:t xml:space="preserve"> [1AAL]</w:t>
      </w:r>
      <w:r>
        <w:rPr/>
        <w:t>.</w:t>
      </w:r>
    </w:p>
    <w:p>
      <w:pPr>
        <w:pStyle w:val="Yellow"/>
        <w:rPr/>
      </w:pPr>
      <w:r>
        <w:rPr>
          <w:b/>
        </w:rPr>
        <w:t>Psalm 119:171</w:t>
      </w:r>
      <w:r>
        <w:rPr/>
        <w:t xml:space="preserve"> — </w:t>
      </w:r>
      <w:r>
        <w:rPr>
          <w:shd w:fill="B7DDE8" w:val="clear"/>
        </w:rPr>
        <w:t>You teach me Your statutes</w:t>
      </w:r>
      <w:r>
        <w:rPr>
          <w:b w:val="false"/>
          <w:i w:val="false"/>
          <w:color w:val="000000"/>
          <w:u w:val="none"/>
        </w:rPr>
        <w:t xml:space="preserve"> [1ZP]</w:t>
      </w:r>
      <w:r>
        <w:rPr/>
        <w:t>.</w:t>
      </w:r>
    </w:p>
    <w:p>
      <w:pPr>
        <w:pStyle w:val="Yellow"/>
        <w:rPr/>
        <w:pBdr>
          <w:left w:val="single" w:sz="28" w:space="5" w:color="C00000"/>
        </w:pBdr>
      </w:pPr>
      <w:r>
        <w:rPr>
          <w:u w:val="none"/>
          <w:shd w:val="clear" w:color="auto" w:fill="548235"/>
          <w:color w:val="FFFFFF"/>
        </w:rPr>
        <w:t xml:space="preserve">(Ps136:3 “the Lord of lords”) </w:t>
      </w:r>
      <w:r>
        <w:rPr>
          <w:b/>
          <w:u w:val="none"/>
          <w:shd w:val="clear" w:color="auto" w:fill="548235"/>
          <w:color w:val="FFFFFF"/>
        </w:rPr>
        <w:t>Psalm 136:16</w:t>
      </w:r>
      <w:r>
        <w:rPr>
          <w:u w:val="none"/>
          <w:shd w:val="clear" w:color="auto" w:fill="548235"/>
          <w:color w:val="FFFFFF"/>
        </w:rPr>
        <w:t xml:space="preserve"> — </w:t>
      </w:r>
      <w:r>
        <w:rPr>
          <w:u w:val="none"/>
          <w:shd w:fill="548235" w:val="clear" w:color="auto"/>
          <w:color w:val="FFFFFF"/>
        </w:rPr>
        <w:t>{He} led His people through the wilderness</w:t>
      </w:r>
      <w:r>
        <w:rPr>
          <w:b w:val="false"/>
          <w:i w:val="false"/>
          <w:color w:val="FFFFFF"/>
          <w:u w:val="none"/>
          <w:shd w:val="clear" w:color="auto" w:fill="548235"/>
        </w:rPr>
        <w:t xml:space="preserve"> [1FQB]</w:t>
      </w:r>
      <w:r>
        <w:rPr>
          <w:u w:val="none"/>
          <w:shd w:val="clear" w:color="auto" w:fill="548235"/>
          <w:color w:val="FFFFFF"/>
        </w:rPr>
        <w:t>.</w:t>
      </w:r>
      <w:r>
        <w:rPr>
          <w:u w:val="none"/>
          <w:shd w:fill="548235" w:val="clear" w:color="auto"/>
          <w:color w:val="FFFFFF"/>
        </w:rPr>
        <w:t xml:space="preserve"> </w:t>
      </w:r>
      <w:r>
        <w:rPr>
          <w:u w:val="none"/>
          <w:color w:val="auto"/>
          <w:shd w:val="clear" w:color="auto" w:fill="D9C3E6"/>
        </w:rPr>
        <w:t>His loving devotion endures forever</w:t>
      </w:r>
      <w:r>
        <w:rPr>
          <w:b w:val="false"/>
          <w:i w:val="false"/>
          <w:color w:val="FFFFFF"/>
          <w:u w:val="none"/>
          <w:shd w:val="clear" w:color="auto" w:fill="548235"/>
        </w:rPr>
        <w:t xml:space="preserve"> [6HI]</w:t>
      </w:r>
      <w:r>
        <w:rPr>
          <w:u w:val="none"/>
          <w:color w:val="auto"/>
          <w:shd w:val="clear" w:color="auto" w:fill="D9C3E6"/>
        </w:rPr>
        <w:t>.</w:t>
      </w:r>
    </w:p>
    <w:p>
      <w:pPr>
        <w:pStyle w:val="Yellow"/>
        <w:rPr/>
      </w:pPr>
      <w:r>
        <w:rPr>
          <w:b/>
          <w:u w:val="none"/>
        </w:rPr>
        <w:t>Psalm 139:9–10</w:t>
      </w:r>
      <w:r>
        <w:rPr>
          <w:u w:val="none"/>
        </w:rPr>
        <w:t xml:space="preserve"> — </w:t>
      </w:r>
      <w:r>
        <w:rPr>
          <w:u w:val="none"/>
          <w:shd w:val="clear" w:fill="B7DDE8"/>
        </w:rPr>
        <w:t>If I rise on the wings of the dawn, if I settle by the farthest sea, even there Your hand will guide me</w:t>
      </w:r>
      <w:r>
        <w:rPr>
          <w:b w:val="false"/>
          <w:i w:val="false"/>
          <w:color w:val="000000"/>
          <w:u w:val="none"/>
        </w:rPr>
        <w:t xml:space="preserve"> [1DKH]</w:t>
      </w:r>
      <w:r>
        <w:rPr>
          <w:u w:val="none"/>
        </w:rPr>
        <w:t xml:space="preserve">; </w:t>
      </w:r>
      <w:r>
        <w:rPr>
          <w:u w:val="none"/>
          <w:color w:val="000000"/>
        </w:rPr>
        <w:t>Your right hand will hold me fast</w:t>
      </w:r>
      <w:r>
        <w:rPr>
          <w:b w:val="false"/>
          <w:i w:val="false"/>
          <w:color w:val="000000"/>
          <w:u w:val="none"/>
        </w:rPr>
        <w:t xml:space="preserve"> [1DKI]</w:t>
      </w:r>
      <w:r>
        <w:rPr>
          <w:u w:val="none"/>
        </w:rPr>
        <w:t>.</w:t>
      </w:r>
    </w:p>
    <w:p>
      <w:pPr>
        <w:pStyle w:val="Yellow"/>
        <w:rPr/>
      </w:pPr>
      <w:r>
        <w:rPr/>
        <w:t xml:space="preserve">(Pr2:1–4 if you “accept my words” and “direct your heart to understanding”)  </w:t>
      </w:r>
      <w:r>
        <w:rPr>
          <w:b/>
        </w:rPr>
        <w:t>Proverbs 2:20–21</w:t>
      </w:r>
      <w:r>
        <w:rPr/>
        <w:t xml:space="preserve"> — {So} </w:t>
      </w:r>
      <w:r>
        <w:rPr>
          <w:shd w:val="clear" w:fill="B7DDE8"/>
        </w:rPr>
        <w:t>you will follow in the ways of the good, and keep to the paths of the righteous</w:t>
      </w:r>
      <w:r>
        <w:rPr>
          <w:b w:val="false"/>
          <w:i w:val="false"/>
          <w:color w:val="000000"/>
          <w:u w:val="none"/>
        </w:rPr>
        <w:t xml:space="preserve"> [1FIJ]</w:t>
      </w:r>
      <w:r>
        <w:rPr/>
        <w:t xml:space="preserve">. For </w:t>
      </w:r>
      <w:r>
        <w:rPr>
          <w:shd w:val="clear" w:fill="B7DDE8"/>
        </w:rPr>
        <w:t>the upright will inhabit the land</w:t>
      </w:r>
      <w:r>
        <w:rPr>
          <w:b w:val="false"/>
          <w:i w:val="false"/>
          <w:color w:val="000000"/>
          <w:u w:val="none"/>
        </w:rPr>
        <w:t xml:space="preserve"> [1FIK]</w:t>
      </w:r>
      <w:r>
        <w:rPr/>
        <w:t xml:space="preserve">, and </w:t>
      </w:r>
      <w:r>
        <w:rPr>
          <w:shd w:val="clear" w:fill="B7DDE8"/>
        </w:rPr>
        <w:t>the blameless will remain in it</w:t>
      </w:r>
      <w:r>
        <w:rPr>
          <w:b w:val="false"/>
          <w:i w:val="false"/>
          <w:color w:val="000000"/>
          <w:u w:val="none"/>
        </w:rPr>
        <w:t xml:space="preserve"> [1FIL]</w:t>
      </w:r>
      <w:r>
        <w:rPr/>
        <w:t>;</w:t>
      </w:r>
    </w:p>
    <w:p>
      <w:pPr>
        <w:pStyle w:val="Yellow"/>
        <w:rPr/>
      </w:pPr>
      <w:r>
        <w:rPr>
          <w:b/>
          <w:color w:val="auto"/>
        </w:rPr>
        <w:t xml:space="preserve">Proverbs 20:24</w:t>
      </w:r>
      <w:r>
        <w:rPr>
          <w:color w:val="auto"/>
        </w:rPr>
        <w:t xml:space="preserve"> — </w:t>
      </w:r>
      <w:r>
        <w:rPr>
          <w:color w:val="auto"/>
        </w:rPr>
        <w:t xml:space="preserve">A man’s steps are from the LORD</w:t>
      </w:r>
      <w:r>
        <w:rPr>
          <w:b w:val="false"/>
          <w:i w:val="false"/>
          <w:color w:val="auto"/>
          <w:u w:val="none"/>
        </w:rPr>
        <w:t xml:space="preserve"> [3FBL]</w:t>
      </w:r>
      <w:r>
        <w:rPr>
          <w:color w:val="auto"/>
        </w:rPr>
        <w:t xml:space="preserve">, so </w:t>
      </w:r>
      <w:r>
        <w:rPr>
          <w:color w:val="auto"/>
        </w:rPr>
        <w:t xml:space="preserve">how can anyone understand his own way</w:t>
      </w:r>
      <w:r>
        <w:rPr>
          <w:b w:val="false"/>
          <w:i w:val="false"/>
          <w:color w:val="auto"/>
          <w:u w:val="none"/>
        </w:rPr>
        <w:t xml:space="preserve"> [1HQA]</w:t>
      </w:r>
      <w:r>
        <w:rPr>
          <w:color w:val="auto"/>
        </w:rPr>
        <w:t xml:space="preserve">?</w:t>
      </w:r>
    </w:p>
    <w:p>
      <w:pPr>
        <w:pStyle w:val="Yellow"/>
        <w:rPr/>
        <w:pBdr>
          <w:left w:val="single" w:sz="28" w:space="5" w:color="C00000"/>
        </w:pBdr>
      </w:pPr>
      <w:r>
        <w:rPr>
          <w:b/>
          <w:shd w:val="clear" w:color="auto" w:fill="548235"/>
          <w:color w:val="FFFFFF"/>
        </w:rPr>
        <w:t>Isaiah 26:7</w:t>
      </w:r>
      <w:r>
        <w:rPr>
          <w:shd w:val="clear" w:color="auto" w:fill="548235"/>
          <w:color w:val="FFFFFF"/>
        </w:rPr>
        <w:t xml:space="preserve"> — </w:t>
      </w:r>
      <w:r>
        <w:rPr>
          <w:shd w:val="clear" w:fill="548235" w:color="auto"/>
          <w:color w:val="FFFFFF"/>
        </w:rPr>
        <w:t>The path of the righteous is level</w:t>
      </w:r>
      <w:r>
        <w:rPr>
          <w:b w:val="false"/>
          <w:i w:val="false"/>
          <w:color w:val="FFFFFF"/>
          <w:u w:val="none"/>
          <w:shd w:val="clear" w:color="auto" w:fill="548235"/>
        </w:rPr>
        <w:t xml:space="preserve"> [1FIH]</w:t>
      </w:r>
      <w:r>
        <w:rPr>
          <w:shd w:val="clear" w:color="auto" w:fill="548235"/>
          <w:color w:val="FFFFFF"/>
        </w:rPr>
        <w:t xml:space="preserve">; </w:t>
      </w:r>
      <w:r>
        <w:rPr>
          <w:shd w:val="clear" w:fill="548235" w:color="auto"/>
          <w:color w:val="FFFFFF"/>
        </w:rPr>
        <w:t>You clear a straight path for the upright</w:t>
      </w:r>
      <w:r>
        <w:rPr>
          <w:b w:val="false"/>
          <w:i w:val="false"/>
          <w:color w:val="FFFFFF"/>
          <w:u w:val="none"/>
          <w:shd w:val="clear" w:color="auto" w:fill="548235"/>
        </w:rPr>
        <w:t xml:space="preserve"> [1FII]</w:t>
      </w:r>
      <w:r>
        <w:rPr>
          <w:shd w:val="clear" w:color="auto" w:fill="548235"/>
          <w:color w:val="FFFFFF"/>
        </w:rPr>
        <w:t>.</w:t>
      </w:r>
    </w:p>
    <w:p>
      <w:pPr>
        <w:pStyle w:val="Yellow"/>
        <w:rPr/>
      </w:pPr>
      <w:r>
        <w:rPr>
          <w:b/>
        </w:rPr>
        <w:t xml:space="preserve">Isaiah 30:20–21</w:t>
      </w:r>
      <w:r>
        <w:rPr/>
        <w:t xml:space="preserve"> — </w:t>
      </w:r>
      <w:r>
        <w:rPr>
          <w:shd w:fill="B7DDE8" w:val="clear"/>
        </w:rPr>
        <w:t xml:space="preserve">The Lord will give you the bread of adversity and the water of affliction</w:t>
      </w:r>
      <w:r>
        <w:rPr>
          <w:b w:val="false"/>
          <w:i w:val="false"/>
          <w:color w:val="000000"/>
          <w:u w:val="none"/>
        </w:rPr>
        <w:t xml:space="preserve"> [1IGR]</w:t>
      </w:r>
      <w:r>
        <w:rPr/>
        <w:t xml:space="preserve">, but </w:t>
      </w:r>
      <w:r>
        <w:rPr>
          <w:shd w:fill="B7DDE8" w:val="clear"/>
        </w:rPr>
        <w:t xml:space="preserve">your Teacher will no longer hide Himself</w:t>
      </w:r>
      <w:r>
        <w:rPr>
          <w:b w:val="false"/>
          <w:i w:val="false"/>
          <w:color w:val="000000"/>
          <w:u w:val="none"/>
        </w:rPr>
        <w:t xml:space="preserve"> [1IGS]</w:t>
      </w:r>
      <w:r>
        <w:rPr/>
        <w:t xml:space="preserve">—</w:t>
      </w:r>
      <w:r>
        <w:rPr>
          <w:shd w:fill="B7DDE8" w:val="clear"/>
        </w:rPr>
        <w:t xml:space="preserve">with your own eyes you will see Him</w:t>
      </w:r>
      <w:r>
        <w:rPr>
          <w:b w:val="false"/>
          <w:i w:val="false"/>
          <w:color w:val="000000"/>
          <w:u w:val="none"/>
        </w:rPr>
        <w:t xml:space="preserve"> [1IGT]</w:t>
      </w:r>
      <w:r>
        <w:rPr>
          <w:shd w:val="clear" w:color="auto" w:fill="548235"/>
          <w:color w:val="FFFFFF"/>
        </w:rPr>
        <w:t xml:space="preserve">. And </w:t>
      </w:r>
      <w:r>
        <w:rPr>
          <w:shd w:fill="548235" w:val="clear" w:color="auto"/>
          <w:color w:val="FFFFFF"/>
        </w:rPr>
        <w:t xml:space="preserve">whether you turn to the right or to the left, your ears will hear this command behind you</w:t>
      </w:r>
      <w:r>
        <w:rPr>
          <w:b w:val="false"/>
          <w:i w:val="false"/>
          <w:color w:val="FFFFFF"/>
          <w:u w:val="none"/>
          <w:shd w:val="clear" w:color="auto" w:fill="548235"/>
        </w:rPr>
        <w:t xml:space="preserve"> [1IGU]</w:t>
      </w:r>
      <w:r>
        <w:rPr>
          <w:shd w:val="clear" w:color="auto" w:fill="548235"/>
          <w:color w:val="FFFFFF"/>
        </w:rPr>
        <w:t xml:space="preserve">: “</w:t>
      </w:r>
      <w:r>
        <w:rPr>
          <w:shd w:fill="548235" w:val="clear" w:color="auto"/>
          <w:color w:val="FFFFFF"/>
        </w:rPr>
        <w:t xml:space="preserve">This is the way</w:t>
      </w:r>
      <w:r>
        <w:rPr>
          <w:b w:val="false"/>
          <w:i w:val="false"/>
          <w:color w:val="FFFFFF"/>
          <w:u w:val="none"/>
          <w:shd w:val="clear" w:color="auto" w:fill="548235"/>
        </w:rPr>
        <w:t xml:space="preserve"> [1IGV]</w:t>
      </w:r>
      <w:r>
        <w:rPr>
          <w:shd w:val="clear" w:color="auto" w:fill="548235"/>
          <w:color w:val="FFFFFF"/>
        </w:rPr>
        <w:t xml:space="preserve">. </w:t>
      </w:r>
      <w:r>
        <w:rPr>
          <w:color w:val="auto"/>
          <w:shd w:val="clear" w:color="auto" w:fill="D9C3E6"/>
        </w:rPr>
        <w:t xml:space="preserve">Walk in it</w:t>
      </w:r>
      <w:r>
        <w:rPr>
          <w:b w:val="false"/>
          <w:i w:val="false"/>
          <w:color w:val="FFFFFF"/>
          <w:u w:val="none"/>
          <w:shd w:val="clear" w:color="auto" w:fill="548235"/>
        </w:rPr>
        <w:t xml:space="preserve"> [2DNM]</w:t>
      </w:r>
      <w:r>
        <w:rPr>
          <w:color w:val="auto"/>
          <w:shd w:val="clear" w:color="auto" w:fill="D9C3E6"/>
        </w:rPr>
        <w:t xml:space="preserve">.”</w:t>
      </w:r>
    </w:p>
    <w:p>
      <w:pPr>
        <w:pStyle w:val="Yellow"/>
        <w:rPr/>
      </w:pPr>
      <w:r>
        <w:rPr>
          <w:u w:val="none"/>
        </w:rPr>
        <w:t xml:space="preserve">(Is40:10 “the Lord GOD”) </w:t>
      </w:r>
      <w:r>
        <w:rPr>
          <w:b/>
          <w:u w:val="none"/>
        </w:rPr>
        <w:t>Isaiah 40:11</w:t>
      </w:r>
      <w:r>
        <w:rPr>
          <w:u w:val="none"/>
        </w:rPr>
        <w:t xml:space="preserve"> — </w:t>
      </w:r>
      <w:r>
        <w:rPr>
          <w:u w:val="none"/>
          <w:shd w:val="clear" w:fill="B7DDE8"/>
        </w:rPr>
        <w:t>{He} tends His flock like a shepherd</w:t>
      </w:r>
      <w:r>
        <w:rPr>
          <w:b w:val="false"/>
          <w:i w:val="false"/>
          <w:color w:val="000000"/>
          <w:u w:val="none"/>
        </w:rPr>
        <w:t xml:space="preserve"> [1DND]</w:t>
      </w:r>
      <w:r>
        <w:rPr>
          <w:u w:val="none"/>
        </w:rPr>
        <w:t xml:space="preserve">; </w:t>
      </w:r>
      <w:r>
        <w:rPr>
          <w:u w:val="none"/>
          <w:shd w:val="clear" w:fill="B7DDE8"/>
        </w:rPr>
        <w:t>He gathers the lambs in His arms</w:t>
      </w:r>
      <w:r>
        <w:rPr>
          <w:b w:val="false"/>
          <w:i w:val="false"/>
          <w:color w:val="000000"/>
          <w:u w:val="none"/>
        </w:rPr>
        <w:t xml:space="preserve"> [1DNE]</w:t>
      </w:r>
      <w:r>
        <w:rPr>
          <w:u w:val="none"/>
        </w:rPr>
        <w:t xml:space="preserve"> and </w:t>
      </w:r>
      <w:r>
        <w:rPr>
          <w:u w:val="none"/>
          <w:shd w:val="clear" w:fill="B7DDE8"/>
        </w:rPr>
        <w:t>carries them close to His heart</w:t>
      </w:r>
      <w:r>
        <w:rPr>
          <w:b w:val="false"/>
          <w:i w:val="false"/>
          <w:color w:val="000000"/>
          <w:u w:val="none"/>
        </w:rPr>
        <w:t xml:space="preserve"> [1DNF]</w:t>
      </w:r>
      <w:r>
        <w:rPr>
          <w:u w:val="none"/>
        </w:rPr>
        <w:t xml:space="preserve">. </w:t>
      </w:r>
      <w:r>
        <w:rPr>
          <w:u w:val="none"/>
          <w:shd w:val="clear" w:fill="B7DDE8"/>
        </w:rPr>
        <w:t>He gently leads the nursing ewes</w:t>
      </w:r>
      <w:r>
        <w:rPr>
          <w:b w:val="false"/>
          <w:i w:val="false"/>
          <w:color w:val="000000"/>
          <w:u w:val="none"/>
        </w:rPr>
        <w:t xml:space="preserve"> [1DNG]</w:t>
      </w:r>
      <w:r>
        <w:rPr>
          <w:u w:val="none"/>
        </w:rPr>
        <w:t>.</w:t>
      </w:r>
    </w:p>
    <w:p>
      <w:pPr>
        <w:pStyle w:val="Yellow"/>
        <w:rPr/>
      </w:pPr>
      <w:r>
        <w:rPr>
          <w:b/>
          <w:u w:val="none"/>
        </w:rPr>
        <w:t>Isaiah 42:16</w:t>
      </w:r>
      <w:r>
        <w:rPr>
          <w:u w:val="none"/>
        </w:rPr>
        <w:t xml:space="preserve"> — </w:t>
      </w:r>
      <w:r>
        <w:rPr>
          <w:u w:val="none"/>
          <w:shd w:val="clear" w:fill="B7DDE8"/>
        </w:rPr>
        <w:t>I will lead the blind by a way they did not know</w:t>
      </w:r>
      <w:r>
        <w:rPr>
          <w:b w:val="false"/>
          <w:i w:val="false"/>
          <w:color w:val="000000"/>
          <w:u w:val="none"/>
        </w:rPr>
        <w:t xml:space="preserve"> [1EPC]</w:t>
      </w:r>
      <w:r>
        <w:rPr>
          <w:u w:val="none"/>
        </w:rPr>
        <w:t xml:space="preserve">; </w:t>
      </w:r>
      <w:r>
        <w:rPr>
          <w:u w:val="none"/>
          <w:shd w:val="clear" w:fill="B7DDE8"/>
        </w:rPr>
        <w:t>I will guide them on unfamiliar paths</w:t>
      </w:r>
      <w:r>
        <w:rPr>
          <w:b w:val="false"/>
          <w:i w:val="false"/>
          <w:color w:val="000000"/>
          <w:u w:val="none"/>
        </w:rPr>
        <w:t xml:space="preserve"> [1EPC]</w:t>
      </w:r>
      <w:r>
        <w:rPr>
          <w:u w:val="none"/>
        </w:rPr>
        <w:t xml:space="preserve">. </w:t>
      </w:r>
      <w:r>
        <w:rPr>
          <w:u w:val="none"/>
          <w:shd w:val="clear" w:fill="B7DDE8"/>
        </w:rPr>
        <w:t>I will turn darkness into light before them</w:t>
      </w:r>
      <w:r>
        <w:rPr>
          <w:b w:val="false"/>
          <w:i w:val="false"/>
          <w:color w:val="000000"/>
          <w:u w:val="none"/>
        </w:rPr>
        <w:t xml:space="preserve"> [1EPD]</w:t>
      </w:r>
      <w:r>
        <w:rPr>
          <w:u w:val="none"/>
        </w:rPr>
        <w:t xml:space="preserve"> and </w:t>
      </w:r>
      <w:r>
        <w:rPr>
          <w:u w:val="none"/>
          <w:shd w:val="clear" w:fill="B7DDE8"/>
        </w:rPr>
        <w:t>rough places into level ground</w:t>
      </w:r>
      <w:r>
        <w:rPr>
          <w:b w:val="false"/>
          <w:i w:val="false"/>
          <w:color w:val="000000"/>
          <w:u w:val="none"/>
        </w:rPr>
        <w:t xml:space="preserve"> [1EPE]</w:t>
      </w:r>
      <w:r>
        <w:rPr>
          <w:u w:val="none"/>
        </w:rPr>
        <w:t xml:space="preserve">. </w:t>
      </w:r>
      <w:r>
        <w:rPr>
          <w:u w:val="none"/>
          <w:shd w:val="clear" w:fill="B7DDE8"/>
        </w:rPr>
        <w:t>These things I will do for them</w:t>
      </w:r>
      <w:r>
        <w:rPr>
          <w:b w:val="false"/>
          <w:i w:val="false"/>
          <w:color w:val="000000"/>
          <w:u w:val="none"/>
        </w:rPr>
        <w:t xml:space="preserve"> [1EPF]</w:t>
      </w:r>
      <w:r>
        <w:rPr>
          <w:u w:val="none"/>
          <w:shd w:fill="F4CCCC" w:val="clear"/>
        </w:rPr>
        <w:t xml:space="preserve">, and </w:t>
      </w:r>
      <w:r>
        <w:rPr>
          <w:u w:val="none"/>
          <w:shd w:val="clear" w:fill="F4B183" w:color="auto"/>
          <w:color w:val="000000"/>
        </w:rPr>
        <w:t>I will not forsake them</w:t>
      </w:r>
      <w:r>
        <w:rPr>
          <w:b w:val="false"/>
          <w:i w:val="false"/>
          <w:color w:val="000000"/>
          <w:u w:val="none"/>
          <w:shd w:val="clear" w:color="auto" w:fill="F4B183"/>
        </w:rPr>
        <w:t xml:space="preserve"> [1EPG]</w:t>
      </w:r>
      <w:r>
        <w:rPr>
          <w:u w:val="none"/>
        </w:rPr>
        <w:t>.</w:t>
      </w:r>
    </w:p>
    <w:p>
      <w:pPr>
        <w:pStyle w:val="Yellow"/>
        <w:rPr/>
      </w:pPr>
      <w:r>
        <w:rPr>
          <w:b/>
          <w:u w:val="none"/>
        </w:rPr>
        <w:t>Isaiah 48:17</w:t>
      </w:r>
      <w:r>
        <w:rPr>
          <w:u w:val="none"/>
        </w:rPr>
        <w:t xml:space="preserve"> — Thus says the LORD your Redeemer, the Holy One of Israel: “</w:t>
      </w:r>
      <w:r>
        <w:rPr>
          <w:u w:val="none"/>
          <w:shd w:val="clear" w:fill="B7DDE8"/>
        </w:rPr>
        <w:t>I am the LORD your God</w:t>
      </w:r>
      <w:r>
        <w:rPr>
          <w:b w:val="false"/>
          <w:i w:val="false"/>
          <w:color w:val="000000"/>
          <w:u w:val="none"/>
        </w:rPr>
        <w:t xml:space="preserve"> [15MP]</w:t>
      </w:r>
      <w:r>
        <w:rPr>
          <w:u w:val="none"/>
        </w:rPr>
        <w:t xml:space="preserve">, </w:t>
      </w:r>
      <w:r>
        <w:rPr>
          <w:u w:val="none"/>
          <w:shd w:val="clear" w:fill="B7DDE8"/>
        </w:rPr>
        <w:t>who teaches you for your benefit</w:t>
      </w:r>
      <w:r>
        <w:rPr>
          <w:b w:val="false"/>
          <w:i w:val="false"/>
          <w:color w:val="000000"/>
          <w:u w:val="none"/>
        </w:rPr>
        <w:t xml:space="preserve"> [1DLA]</w:t>
      </w:r>
      <w:r>
        <w:rPr>
          <w:u w:val="none"/>
        </w:rPr>
        <w:t xml:space="preserve">, </w:t>
      </w:r>
      <w:r>
        <w:rPr>
          <w:u w:val="none"/>
          <w:shd w:val="clear" w:fill="B7DDE8"/>
        </w:rPr>
        <w:t>who directs you in the way you should go</w:t>
      </w:r>
      <w:r>
        <w:rPr>
          <w:b w:val="false"/>
          <w:i w:val="false"/>
          <w:color w:val="000000"/>
          <w:u w:val="none"/>
        </w:rPr>
        <w:t xml:space="preserve"> [1DLB]</w:t>
      </w:r>
      <w:r>
        <w:rPr>
          <w:u w:val="none"/>
        </w:rPr>
        <w:t>.</w:t>
      </w:r>
    </w:p>
    <w:p>
      <w:pPr>
        <w:pStyle w:val="Yellow"/>
        <w:rPr/>
      </w:pPr>
      <w:r>
        <w:rPr/>
        <w:t xml:space="preserve">(Is49:8 “the LORD”) </w:t>
      </w:r>
      <w:r>
        <w:rPr>
          <w:b/>
        </w:rPr>
        <w:t>Isaiah 49:9–10</w:t>
      </w:r>
      <w:r>
        <w:rPr/>
        <w:t xml:space="preserve"> — </w:t>
      </w:r>
      <w:r>
        <w:rPr>
          <w:shd w:fill="B7DDE8" w:val="clear"/>
        </w:rPr>
        <w:t>say to the prisoners, ‘Come out,’ and to those in darkness, ‘Show yourselves.’</w:t>
      </w:r>
      <w:r>
        <w:rPr>
          <w:b w:val="false"/>
          <w:i w:val="false"/>
          <w:color w:val="000000"/>
          <w:u w:val="none"/>
        </w:rPr>
        <w:t xml:space="preserve"> [1FWM]</w:t>
      </w:r>
      <w:r>
        <w:rPr/>
        <w:t xml:space="preserve"> </w:t>
      </w:r>
      <w:r>
        <w:rPr>
          <w:shd w:fill="B7DDE8" w:val="clear"/>
        </w:rPr>
        <w:t>They will feed along the pathways, and find pasture on every barren hill</w:t>
      </w:r>
      <w:r>
        <w:rPr>
          <w:b w:val="false"/>
          <w:i w:val="false"/>
          <w:color w:val="000000"/>
          <w:u w:val="none"/>
        </w:rPr>
        <w:t xml:space="preserve"> [1FWN]</w:t>
      </w:r>
      <w:r>
        <w:rPr/>
        <w:t xml:space="preserve">. </w:t>
      </w:r>
      <w:r>
        <w:rPr>
          <w:shd w:fill="B7DDE8" w:val="clear"/>
        </w:rPr>
        <w:t>They will not hunger or thirst</w:t>
      </w:r>
      <w:r>
        <w:rPr>
          <w:b w:val="false"/>
          <w:i w:val="false"/>
          <w:color w:val="000000"/>
          <w:u w:val="none"/>
        </w:rPr>
        <w:t xml:space="preserve"> [1FWO]</w:t>
      </w:r>
      <w:r>
        <w:rPr/>
        <w:t xml:space="preserve">, </w:t>
      </w:r>
      <w:r>
        <w:rPr>
          <w:shd w:fill="B7DDE8" w:val="clear"/>
        </w:rPr>
        <w:t>nor will scorching heat or sun beat down on them</w:t>
      </w:r>
      <w:r>
        <w:rPr>
          <w:b w:val="false"/>
          <w:i w:val="false"/>
          <w:color w:val="000000"/>
          <w:u w:val="none"/>
        </w:rPr>
        <w:t xml:space="preserve"> [1FWP]</w:t>
      </w:r>
      <w:r>
        <w:rPr/>
        <w:t xml:space="preserve">. For </w:t>
      </w:r>
      <w:r>
        <w:rPr>
          <w:shd w:fill="B7DDE8" w:val="clear"/>
        </w:rPr>
        <w:t>{He} who has compassion on them will guide them and lead them beside springs of water</w:t>
      </w:r>
      <w:r>
        <w:rPr>
          <w:b w:val="false"/>
          <w:i w:val="false"/>
          <w:color w:val="000000"/>
          <w:u w:val="none"/>
        </w:rPr>
        <w:t xml:space="preserve"> [1FWQ]</w:t>
      </w:r>
      <w:r>
        <w:rPr/>
        <w:t>.</w:t>
      </w:r>
    </w:p>
    <w:p>
      <w:pPr>
        <w:pStyle w:val="Yellow"/>
        <w:rPr/>
      </w:pPr>
      <w:r>
        <w:rPr>
          <w:b/>
        </w:rPr>
        <w:t xml:space="preserve">Isaiah 50:4</w:t>
      </w:r>
      <w:r>
        <w:rPr/>
        <w:t xml:space="preserve">- 5 — </w:t>
      </w:r>
      <w:r>
        <w:rPr>
          <w:shd w:fill="B7DDE8" w:val="clear"/>
        </w:rPr>
        <w:t xml:space="preserve">The Lord GOD has given Me the tongue of discipleship</w:t>
      </w:r>
      <w:r>
        <w:rPr>
          <w:b w:val="false"/>
          <w:i w:val="false"/>
          <w:color w:val="000000"/>
          <w:u w:val="none"/>
        </w:rPr>
        <w:t xml:space="preserve"> [1HGW]</w:t>
      </w:r>
      <w:r>
        <w:rPr/>
        <w:t xml:space="preserve">, </w:t>
      </w:r>
      <w:r>
        <w:rPr>
          <w:shd w:fill="B7DDE8" w:val="clear"/>
        </w:rPr>
        <w:t xml:space="preserve">to sustain the weary with a word</w:t>
      </w:r>
      <w:r>
        <w:rPr>
          <w:b w:val="false"/>
          <w:i w:val="false"/>
          <w:color w:val="000000"/>
          <w:u w:val="none"/>
        </w:rPr>
        <w:t xml:space="preserve"> [1HGX]</w:t>
      </w:r>
      <w:r>
        <w:rPr/>
        <w:t xml:space="preserve">. </w:t>
      </w:r>
      <w:r>
        <w:rPr>
          <w:shd w:fill="B7DDE8" w:val="clear"/>
        </w:rPr>
        <w:t xml:space="preserve">He awakens Me morning by morning</w:t>
      </w:r>
      <w:r>
        <w:rPr>
          <w:b w:val="false"/>
          <w:i w:val="false"/>
          <w:color w:val="000000"/>
          <w:u w:val="none"/>
        </w:rPr>
        <w:t xml:space="preserve"> [1HGY]</w:t>
      </w:r>
      <w:r>
        <w:rPr/>
        <w:t xml:space="preserve">; </w:t>
      </w:r>
      <w:r>
        <w:rPr>
          <w:shd w:fill="B7DDE8" w:val="clear"/>
        </w:rPr>
        <w:t xml:space="preserve">He awakens My ear to listen as a disciple</w:t>
      </w:r>
      <w:r>
        <w:rPr>
          <w:b w:val="false"/>
          <w:i w:val="false"/>
          <w:color w:val="000000"/>
          <w:u w:val="none"/>
        </w:rPr>
        <w:t xml:space="preserve"> [1HGZ]</w:t>
      </w:r>
      <w:r>
        <w:rPr/>
        <w:t xml:space="preserve">. </w:t>
      </w:r>
      <w:r>
        <w:rPr>
          <w:shd w:fill="B7DDE8" w:val="clear"/>
        </w:rPr>
        <w:t xml:space="preserve">The Lord GOD has opened My ears</w:t>
      </w:r>
      <w:r>
        <w:rPr>
          <w:b w:val="false"/>
          <w:i w:val="false"/>
          <w:color w:val="000000"/>
          <w:u w:val="none"/>
        </w:rPr>
        <w:t xml:space="preserve"> [1HGZ]</w:t>
      </w:r>
      <w:r>
        <w:rPr/>
        <w:t xml:space="preserve">,</w:t>
      </w:r>
    </w:p>
    <w:p>
      <w:pPr>
        <w:pStyle w:val="Yellow"/>
        <w:rPr/>
      </w:pPr>
      <w:r>
        <w:rPr>
          <w:b/>
        </w:rPr>
        <w:t>Jeremiah 6:16</w:t>
      </w:r>
      <w:r>
        <w:rPr/>
        <w:t xml:space="preserve"> — This is what the LORD says: “</w:t>
      </w:r>
      <w:r>
        <w:rPr>
          <w:shd w:val="clear" w:fill="B7DDE8"/>
        </w:rPr>
        <w:t>Stand at the crossroads</w:t>
      </w:r>
      <w:r>
        <w:rPr>
          <w:b w:val="false"/>
          <w:i w:val="false"/>
          <w:color w:val="000000"/>
          <w:u w:val="none"/>
        </w:rPr>
        <w:t xml:space="preserve"> [1DNJ]</w:t>
      </w:r>
      <w:r>
        <w:rPr/>
        <w:t xml:space="preserve"> and </w:t>
      </w:r>
      <w:r>
        <w:rPr>
          <w:shd w:val="clear" w:fill="B7DDE8"/>
        </w:rPr>
        <w:t>look</w:t>
      </w:r>
      <w:r>
        <w:rPr>
          <w:b w:val="false"/>
          <w:i w:val="false"/>
          <w:color w:val="000000"/>
          <w:u w:val="none"/>
        </w:rPr>
        <w:t xml:space="preserve"> [1DNK]</w:t>
      </w:r>
      <w:r>
        <w:rPr/>
        <w:t xml:space="preserve">. </w:t>
      </w:r>
      <w:r>
        <w:rPr>
          <w:shd w:val="clear" w:fill="B7DDE8"/>
        </w:rPr>
        <w:t>Ask for the ancient paths: ‘Where is the good way?’</w:t>
      </w:r>
      <w:r>
        <w:rPr>
          <w:b w:val="false"/>
          <w:i w:val="false"/>
          <w:color w:val="000000"/>
          <w:u w:val="none"/>
        </w:rPr>
        <w:t xml:space="preserve"> [1DNL]</w:t>
      </w:r>
      <w:r>
        <w:rPr/>
        <w:t xml:space="preserve"> Then </w:t>
      </w:r>
      <w:r>
        <w:rPr>
          <w:shd w:val="clear" w:fill="B7DDE8"/>
        </w:rPr>
        <w:t>walk in it</w:t>
      </w:r>
      <w:r>
        <w:rPr>
          <w:b w:val="false"/>
          <w:i w:val="false"/>
          <w:color w:val="000000"/>
          <w:u w:val="none"/>
        </w:rPr>
        <w:t xml:space="preserve"> [2DNM]</w:t>
      </w:r>
      <w:r>
        <w:rPr/>
        <w:t xml:space="preserve">, and </w:t>
      </w:r>
      <w:r>
        <w:rPr>
          <w:shd w:val="clear" w:fill="B7DDE8"/>
        </w:rPr>
        <w:t>you will find rest for your souls</w:t>
      </w:r>
      <w:r>
        <w:rPr>
          <w:b w:val="false"/>
          <w:i w:val="false"/>
          <w:color w:val="000000"/>
          <w:u w:val="none"/>
        </w:rPr>
        <w:t xml:space="preserve"> [2DNN]</w:t>
      </w:r>
      <w:r>
        <w:rPr/>
        <w:t>.</w:t>
      </w:r>
    </w:p>
    <w:p>
      <w:pPr>
        <w:pStyle w:val="Yellow"/>
        <w:rPr/>
      </w:pPr>
      <w:r>
        <w:rPr/>
        <w:t xml:space="preserve">(Je31:7 “the remnant of Israel”) </w:t>
      </w:r>
      <w:r>
        <w:rPr>
          <w:b/>
        </w:rPr>
        <w:t>Jeremiah 31:9</w:t>
      </w:r>
      <w:r>
        <w:rPr/>
        <w:t xml:space="preserve"> — </w:t>
      </w:r>
      <w:r>
        <w:rPr>
          <w:shd w:val="clear" w:fill="B7DDE8"/>
        </w:rPr>
        <w:t>{They} will come with weeping</w:t>
      </w:r>
      <w:r>
        <w:rPr>
          <w:b w:val="false"/>
          <w:i w:val="false"/>
          <w:color w:val="000000"/>
          <w:u w:val="none"/>
        </w:rPr>
        <w:t xml:space="preserve"> [1CTW]</w:t>
      </w:r>
      <w:r>
        <w:rPr/>
        <w:t xml:space="preserve">, and </w:t>
      </w:r>
      <w:r>
        <w:rPr>
          <w:shd w:val="clear" w:fill="B7DDE8"/>
        </w:rPr>
        <w:t>by their supplication I will lead them</w:t>
      </w:r>
      <w:r>
        <w:rPr>
          <w:b w:val="false"/>
          <w:i w:val="false"/>
          <w:color w:val="000000"/>
          <w:u w:val="none"/>
        </w:rPr>
        <w:t xml:space="preserve"> [1CTX]</w:t>
      </w:r>
      <w:r>
        <w:rPr/>
        <w:t xml:space="preserve">; </w:t>
      </w:r>
      <w:r>
        <w:rPr>
          <w:shd w:val="clear" w:fill="B7DDE8"/>
        </w:rPr>
        <w:t>I will make them walk beside streams of waters</w:t>
      </w:r>
      <w:r>
        <w:rPr>
          <w:b w:val="false"/>
          <w:i w:val="false"/>
          <w:color w:val="000000"/>
          <w:u w:val="none"/>
        </w:rPr>
        <w:t xml:space="preserve"> [1CTY]</w:t>
      </w:r>
      <w:r>
        <w:rPr/>
        <w:t xml:space="preserve">, </w:t>
      </w:r>
      <w:r>
        <w:rPr>
          <w:shd w:val="clear" w:fill="B7DDE8"/>
        </w:rPr>
        <w:t>on a level path where they will not stumble</w:t>
      </w:r>
      <w:r>
        <w:rPr>
          <w:b w:val="false"/>
          <w:i w:val="false"/>
          <w:u w:val="none"/>
          <w:color w:val="000000"/>
        </w:rPr>
        <w:t xml:space="preserve"> [1CTZ]</w:t>
      </w:r>
      <w:r>
        <w:rPr/>
        <w:t xml:space="preserve">. For </w:t>
      </w:r>
      <w:r>
        <w:rPr>
          <w:shd w:val="clear" w:fill="B7DDE8"/>
        </w:rPr>
        <w:t>I am Israel’s Father</w:t>
      </w:r>
      <w:r>
        <w:rPr>
          <w:b w:val="false"/>
          <w:i w:val="false"/>
          <w:color w:val="000000"/>
          <w:u w:val="none"/>
        </w:rPr>
        <w:t xml:space="preserve"> [3BOG]</w:t>
      </w:r>
      <w:r>
        <w:rPr/>
        <w:t xml:space="preserve">, and </w:t>
      </w:r>
      <w:r>
        <w:rPr>
          <w:shd w:val="clear" w:fill="B7DDE8"/>
        </w:rPr>
        <w:t>Ephraim is My firstborn</w:t>
      </w:r>
      <w:r>
        <w:rPr>
          <w:b w:val="false"/>
          <w:i w:val="false"/>
          <w:color w:val="000000"/>
          <w:u w:val="none"/>
        </w:rPr>
        <w:t xml:space="preserve"> [1CUA]</w:t>
      </w:r>
      <w:r>
        <w:rPr/>
        <w:t>.”</w:t>
      </w:r>
    </w:p>
    <w:p>
      <w:pPr>
        <w:pStyle w:val="Yellow"/>
        <w:rPr/>
      </w:pPr>
      <w:r>
        <w:rPr>
          <w:b/>
        </w:rPr>
        <w:t>Matthew 11:29</w:t>
      </w:r>
      <w:r>
        <w:rPr/>
        <w:t xml:space="preserve"> — </w:t>
      </w:r>
      <w:r>
        <w:rPr>
          <w:shd w:val="clear" w:fill="B7DDE8"/>
        </w:rPr>
        <w:t>Take My yoke upon you and learn from Me</w:t>
      </w:r>
      <w:r>
        <w:rPr>
          <w:b w:val="false"/>
          <w:i w:val="false"/>
          <w:color w:val="000000"/>
          <w:u w:val="none"/>
        </w:rPr>
        <w:t xml:space="preserve"> [1FAI]</w:t>
      </w:r>
      <w:r>
        <w:rPr/>
        <w:t xml:space="preserve">, for </w:t>
      </w:r>
      <w:r>
        <w:rPr>
          <w:shd w:val="clear" w:fill="B7DDE8"/>
        </w:rPr>
        <w:t>I am gentle and humble in heart</w:t>
      </w:r>
      <w:r>
        <w:rPr>
          <w:b w:val="false"/>
          <w:i w:val="false"/>
          <w:color w:val="000000"/>
          <w:u w:val="none"/>
        </w:rPr>
        <w:t xml:space="preserve"> [1FAJ]</w:t>
      </w:r>
      <w:r>
        <w:rPr/>
        <w:t xml:space="preserve">, and </w:t>
      </w:r>
      <w:r>
        <w:rPr>
          <w:shd w:val="clear" w:fill="B7DDE8"/>
        </w:rPr>
        <w:t>you will find rest for your souls</w:t>
      </w:r>
      <w:r>
        <w:rPr>
          <w:b w:val="false"/>
          <w:i w:val="false"/>
          <w:color w:val="000000"/>
          <w:u w:val="none"/>
        </w:rPr>
        <w:t xml:space="preserve"> [2DNN]</w:t>
      </w:r>
      <w:r>
        <w:rPr/>
        <w:t>.</w:t>
      </w:r>
    </w:p>
    <w:p>
      <w:pPr>
        <w:pStyle w:val="Yellow"/>
        <w:rPr/>
      </w:pPr>
      <w:r>
        <w:rPr>
          <w:b/>
          <w:shd w:val="clear" w:color="auto" w:fill="548235"/>
          <w:color w:val="FFFFFF"/>
        </w:rPr>
        <w:t>Matthew 23:10</w:t>
      </w:r>
      <w:r>
        <w:rPr>
          <w:shd w:val="clear" w:color="auto" w:fill="548235"/>
          <w:color w:val="FFFFFF"/>
        </w:rPr>
        <w:t xml:space="preserve"> — </w:t>
      </w:r>
      <w:r>
        <w:rPr>
          <w:shd w:fill="548235" w:val="clear" w:color="auto"/>
          <w:color w:val="FFFFFF"/>
        </w:rPr>
        <w:t>you have one Instructor, the Christ</w:t>
      </w:r>
      <w:r>
        <w:rPr>
          <w:b w:val="false"/>
          <w:i w:val="false"/>
          <w:color w:val="FFFFFF"/>
          <w:u w:val="none"/>
          <w:shd w:val="clear" w:color="auto" w:fill="548235"/>
        </w:rPr>
        <w:t xml:space="preserve"> [1ANT]</w:t>
      </w:r>
      <w:r>
        <w:rPr>
          <w:shd w:val="clear" w:color="auto" w:fill="548235"/>
          <w:color w:val="FFFFFF"/>
        </w:rPr>
        <w:t>.</w:t>
      </w:r>
    </w:p>
    <w:p>
      <w:pPr>
        <w:pStyle w:val="Yellow"/>
        <w:rPr/>
      </w:pPr>
      <w:r>
        <w:rPr>
          <w:shd w:val="clear" w:color="auto" w:fill="548235"/>
          <w:color w:val="FFFFFF"/>
        </w:rPr>
        <w:t xml:space="preserve">(Lk24:44 “Jesus”¹ / 33 “the Eleven and those with them”²) </w:t>
      </w:r>
      <w:r>
        <w:rPr>
          <w:b/>
          <w:shd w:val="clear" w:color="auto" w:fill="548235"/>
          <w:color w:val="FFFFFF"/>
        </w:rPr>
        <w:t>Luke 24:45</w:t>
      </w:r>
      <w:r>
        <w:rPr>
          <w:shd w:val="clear" w:color="auto" w:fill="548235"/>
          <w:color w:val="FFFFFF"/>
        </w:rPr>
        <w:t xml:space="preserve"> — </w:t>
      </w:r>
      <w:r>
        <w:rPr>
          <w:shd w:fill="548235" w:val="clear" w:color="auto"/>
          <w:color w:val="FFFFFF"/>
        </w:rPr>
        <w:t xml:space="preserve">{He} opened {their} minds to </w:t>
      </w:r>
      <w:r>
        <w:rPr>
          <w:shd w:fill="548235" w:val="clear" w:color="auto"/>
          <w:color w:val="FFFFFF"/>
        </w:rPr>
        <w:t>understand</w:t>
      </w:r>
      <w:r>
        <w:rPr>
          <w:shd w:fill="548235" w:val="clear" w:color="auto"/>
          <w:color w:val="FFFFFF"/>
        </w:rPr>
        <w:t xml:space="preserve"> the Scriptures</w:t>
      </w:r>
      <w:r>
        <w:rPr>
          <w:b w:val="false"/>
          <w:i w:val="false"/>
          <w:color w:val="FFFFFF"/>
          <w:u w:val="none"/>
          <w:shd w:val="clear" w:color="auto" w:fill="548235"/>
        </w:rPr>
        <w:t xml:space="preserve"> [1YS]</w:t>
      </w:r>
      <w:r>
        <w:rPr>
          <w:shd w:val="clear" w:color="auto" w:fill="548235"/>
          <w:color w:val="FFFFFF"/>
        </w:rPr>
        <w:t>.</w:t>
      </w:r>
    </w:p>
    <w:p>
      <w:pPr>
        <w:pStyle w:val="Yellow"/>
        <w:rPr/>
      </w:pPr>
      <w:r>
        <w:rPr>
          <w:b/>
        </w:rPr>
        <w:t>John 6:45</w:t>
      </w:r>
      <w:r>
        <w:rPr/>
        <w:t xml:space="preserve"> — It is written in the Prophets: ‘And </w:t>
      </w:r>
      <w:r>
        <w:rPr>
          <w:shd w:fill="B7DDE8" w:val="clear"/>
        </w:rPr>
        <w:t>they will all be taught by God</w:t>
      </w:r>
      <w:r>
        <w:rPr>
          <w:b w:val="false"/>
          <w:i w:val="false"/>
          <w:color w:val="000000"/>
          <w:u w:val="none"/>
        </w:rPr>
        <w:t xml:space="preserve"> [1ZM]</w:t>
      </w:r>
      <w:r>
        <w:rPr/>
        <w:t xml:space="preserve">.’ </w:t>
      </w:r>
      <w:r>
        <w:rPr>
          <w:shd w:fill="B7DDE8" w:val="clear"/>
        </w:rPr>
        <w:t>Everyone who has heard the Father and learned from Him comes to Me</w:t>
      </w:r>
      <w:r>
        <w:rPr>
          <w:b w:val="false"/>
          <w:i w:val="false"/>
          <w:color w:val="000000"/>
          <w:u w:val="none"/>
        </w:rPr>
        <w:t xml:space="preserve"> [1ZN]</w:t>
      </w:r>
      <w:r>
        <w:rPr/>
        <w:t>—</w:t>
      </w:r>
    </w:p>
    <w:p>
      <w:pPr>
        <w:pStyle w:val="Yellow"/>
        <w:rPr/>
      </w:pPr>
      <w:r>
        <w:rPr>
          <w:b/>
        </w:rPr>
        <w:t>John 14:26</w:t>
      </w:r>
      <w:r>
        <w:t xml:space="preserve"> — </w:t>
      </w:r>
      <w:r>
        <w:rPr>
          <w:shd w:fill="B7DDE8" w:val="clear"/>
        </w:rPr>
        <w:t>the Advocate, the Holy Spirit</w:t>
      </w:r>
      <w:r>
        <w:rPr>
          <w:b w:val="false"/>
          <w:i w:val="false"/>
          <w:color w:val="000000"/>
          <w:u w:val="none"/>
        </w:rPr>
        <w:t xml:space="preserve"> [1BMP]</w:t>
      </w:r>
      <w:r>
        <w:t xml:space="preserve">, </w:t>
      </w:r>
      <w:r>
        <w:rPr>
          <w:shd w:fill="B7DDE8" w:val="clear"/>
        </w:rPr>
        <w:t>whom the Father will send in My name</w:t>
      </w:r>
      <w:r>
        <w:rPr>
          <w:b w:val="false"/>
          <w:i w:val="false"/>
          <w:color w:val="000000"/>
          <w:u w:val="none"/>
        </w:rPr>
        <w:t xml:space="preserve"> [1BMQ]</w:t>
      </w:r>
      <w:r>
        <w:t xml:space="preserve">, </w:t>
      </w:r>
      <w:r>
        <w:rPr>
          <w:shd w:fill="B7DDE8" w:val="clear"/>
        </w:rPr>
        <w:t>will teach you all things</w:t>
      </w:r>
      <w:r>
        <w:rPr>
          <w:b w:val="false"/>
          <w:i w:val="false"/>
          <w:color w:val="000000"/>
          <w:u w:val="none"/>
        </w:rPr>
        <w:t xml:space="preserve"> [1BMR]</w:t>
      </w:r>
      <w:r>
        <w:t xml:space="preserve"> and </w:t>
      </w:r>
      <w:r>
        <w:rPr>
          <w:shd w:fill="B7DDE8" w:val="clear"/>
        </w:rPr>
        <w:t>will remind you of everything I have told you</w:t>
      </w:r>
      <w:r>
        <w:rPr>
          <w:b w:val="false"/>
          <w:i w:val="false"/>
          <w:color w:val="000000"/>
          <w:u w:val="none"/>
        </w:rPr>
        <w:t xml:space="preserve"> [1BMS]</w:t>
      </w:r>
      <w:r>
        <w:t>.</w:t>
      </w:r>
    </w:p>
    <w:p>
      <w:pPr>
        <w:pStyle w:val="Yellow"/>
        <w:rPr/>
      </w:pPr>
      <w:r>
        <w:rPr>
          <w:b/>
          <w:u w:val="none"/>
        </w:rPr>
        <w:t>John 16:13-14</w:t>
      </w:r>
      <w:r>
        <w:rPr>
          <w:u w:val="none"/>
        </w:rPr>
        <w:t xml:space="preserve"> — </w:t>
      </w:r>
      <w:r>
        <w:rPr>
          <w:u w:val="none"/>
          <w:shd w:fill="B7DDE8" w:val="clear"/>
        </w:rPr>
        <w:t xml:space="preserve">when the Spirit of truth comes, </w:t>
      </w:r>
      <w:r>
        <w:rPr>
          <w:u w:val="none"/>
          <w:shd w:fill="B7DDE8" w:val="clear"/>
        </w:rPr>
        <w:t>He will guide you into all truth</w:t>
      </w:r>
      <w:r>
        <w:rPr>
          <w:b w:val="false"/>
          <w:i w:val="false"/>
          <w:color w:val="000000"/>
          <w:u w:val="none"/>
        </w:rPr>
        <w:t xml:space="preserve"> [1FXM]</w:t>
      </w:r>
      <w:r>
        <w:rPr>
          <w:u w:val="none"/>
          <w:color w:val="auto"/>
        </w:rPr>
        <w:t xml:space="preserve">. For </w:t>
      </w:r>
      <w:r>
        <w:rPr>
          <w:u w:val="none"/>
          <w:color w:val="auto"/>
        </w:rPr>
        <w:t>He will not speak on His own</w:t>
      </w:r>
      <w:r>
        <w:rPr>
          <w:b w:val="false"/>
          <w:i w:val="false"/>
          <w:color w:val="auto"/>
          <w:u w:val="none"/>
        </w:rPr>
        <w:t xml:space="preserve"> [1FXN]</w:t>
      </w:r>
      <w:r>
        <w:rPr>
          <w:u w:val="none"/>
          <w:color w:val="auto"/>
        </w:rPr>
        <w:t xml:space="preserve">, but </w:t>
      </w:r>
      <w:r>
        <w:rPr>
          <w:u w:val="none"/>
          <w:color w:val="auto"/>
        </w:rPr>
        <w:t>He will speak what He hears</w:t>
      </w:r>
      <w:r>
        <w:rPr>
          <w:b w:val="false"/>
          <w:i w:val="false"/>
          <w:color w:val="auto"/>
          <w:u w:val="none"/>
        </w:rPr>
        <w:t xml:space="preserve"> [1FXO]</w:t>
      </w:r>
      <w:r>
        <w:rPr>
          <w:u w:val="none"/>
          <w:color w:val="auto"/>
        </w:rPr>
        <w:t xml:space="preserve">, and </w:t>
      </w:r>
      <w:r>
        <w:rPr>
          <w:u w:val="none"/>
          <w:color w:val="auto"/>
        </w:rPr>
        <w:t>He will declare to you what is to come</w:t>
      </w:r>
      <w:r>
        <w:rPr>
          <w:b w:val="false"/>
          <w:i w:val="false"/>
          <w:color w:val="auto"/>
          <w:u w:val="none"/>
        </w:rPr>
        <w:t xml:space="preserve"> [1FXP]</w:t>
      </w:r>
      <w:r>
        <w:rPr>
          <w:u w:val="none"/>
          <w:color w:val="auto"/>
        </w:rPr>
        <w:t xml:space="preserve">. </w:t>
      </w:r>
      <w:r>
        <w:rPr>
          <w:u w:val="none"/>
          <w:color w:val="auto"/>
        </w:rPr>
        <w:t>He will glorify Me</w:t>
      </w:r>
      <w:r>
        <w:rPr>
          <w:b w:val="false"/>
          <w:i w:val="false"/>
          <w:color w:val="auto"/>
          <w:u w:val="none"/>
        </w:rPr>
        <w:t xml:space="preserve"> [1FXQ]</w:t>
      </w:r>
      <w:r>
        <w:rPr>
          <w:u w:val="none"/>
          <w:color w:val="auto"/>
        </w:rPr>
        <w:t xml:space="preserve"> </w:t>
      </w:r>
      <w:r>
        <w:rPr>
          <w:u w:val="none"/>
          <w:color w:val="auto"/>
        </w:rPr>
        <w:t>by taking from {what is Mine} and disclosing it to you</w:t>
      </w:r>
      <w:r>
        <w:rPr>
          <w:b w:val="false"/>
          <w:i w:val="false"/>
          <w:color w:val="FFFFFF"/>
          <w:u w:val="none"/>
          <w:shd w:val="clear" w:color="auto" w:fill="548235"/>
        </w:rPr>
        <w:t xml:space="preserve"> [1FXR]</w:t>
      </w:r>
      <w:r>
        <w:rPr>
          <w:u w:val="none"/>
          <w:shd w:val="clear" w:color="auto" w:fill="548235"/>
          <w:color w:val="FFFFFF"/>
        </w:rPr>
        <w:t>.</w:t>
      </w:r>
    </w:p>
    <w:p>
      <w:pPr>
        <w:pStyle w:val="Yellow"/>
        <w:rPr/>
      </w:pPr>
      <w:r>
        <w:t xml:space="preserve">(Ac15:40–16:3 Paul, Silas, and Timothy¹) </w:t>
      </w:r>
      <w:r>
        <w:rPr>
          <w:b/>
        </w:rPr>
        <w:t>Acts 16:6</w:t>
      </w:r>
      <w:r>
        <w:t xml:space="preserve"> — After </w:t>
      </w:r>
      <w:r>
        <w:rPr>
          <w:shd w:fill="B7DDE8" w:val="clear"/>
        </w:rPr>
        <w:t>the Holy Spirit had prevented {them} from speaking the word in the province of Asia</w:t>
      </w:r>
      <w:r>
        <w:rPr>
          <w:b w:val="false"/>
          <w:i w:val="false"/>
          <w:color w:val="000000"/>
          <w:u w:val="none"/>
        </w:rPr>
        <w:t xml:space="preserve"> [1BJV]</w:t>
      </w:r>
      <w:r>
        <w:t xml:space="preserve">, </w:t>
      </w:r>
      <w:r>
        <w:rPr>
          <w:shd w:fill="B7DDE8" w:val="clear"/>
        </w:rPr>
        <w:t>they traveled through the region of Phrygia and Galatia</w:t>
      </w:r>
      <w:r>
        <w:rPr>
          <w:b w:val="false"/>
          <w:i w:val="false"/>
          <w:color w:val="000000"/>
          <w:u w:val="none"/>
        </w:rPr>
        <w:t xml:space="preserve"> [1BJW]</w:t>
      </w:r>
      <w:r>
        <w:t>.</w:t>
      </w:r>
    </w:p>
    <w:p>
      <w:pPr>
        <w:pStyle w:val="Yellow"/>
        <w:rPr/>
      </w:pPr>
      <w:r>
        <w:rPr/>
        <w:t xml:space="preserve">(Ac15:40–16:3 Paul, Silas, and Timothy¹) </w:t>
      </w:r>
      <w:r>
        <w:rPr>
          <w:b/>
        </w:rPr>
        <w:t xml:space="preserve">Acts 16:7</w:t>
      </w:r>
      <w:r>
        <w:rPr/>
        <w:t xml:space="preserve"> — And </w:t>
      </w:r>
      <w:r>
        <w:rPr>
          <w:shd w:fill="B7DDE8" w:val="clear"/>
        </w:rPr>
        <w:t xml:space="preserve">when {they} came to the border of Mysia</w:t>
      </w:r>
      <w:r>
        <w:rPr>
          <w:b w:val="false"/>
          <w:i w:val="false"/>
          <w:color w:val="000000"/>
          <w:u w:val="none"/>
        </w:rPr>
        <w:t xml:space="preserve"> [1LRG]</w:t>
      </w:r>
      <w:r>
        <w:rPr/>
        <w:t xml:space="preserve">, </w:t>
      </w:r>
      <w:r>
        <w:rPr>
          <w:shd w:fill="B7DDE8" w:val="clear"/>
        </w:rPr>
        <w:t xml:space="preserve">they tried to enter Bithynia</w:t>
      </w:r>
      <w:r>
        <w:rPr>
          <w:b w:val="false"/>
          <w:i w:val="false"/>
          <w:color w:val="000000"/>
          <w:u w:val="none"/>
        </w:rPr>
        <w:t xml:space="preserve"> [1LRH]</w:t>
      </w:r>
      <w:r>
        <w:rPr/>
        <w:t xml:space="preserve">, but </w:t>
      </w:r>
      <w:r>
        <w:rPr>
          <w:shd w:fill="B7DDE8" w:val="clear"/>
        </w:rPr>
        <w:t xml:space="preserve">the Spirit of Jesus would not permit them</w:t>
      </w:r>
      <w:r>
        <w:rPr>
          <w:b w:val="false"/>
          <w:i w:val="false"/>
          <w:color w:val="000000"/>
          <w:u w:val="none"/>
        </w:rPr>
        <w:t xml:space="preserve"> [1LRI]</w:t>
      </w:r>
      <w:r>
        <w:rPr/>
        <w:t xml:space="preserve">.</w:t>
      </w:r>
    </w:p>
    <w:p>
      <w:pPr>
        <w:pStyle w:val="Yellow"/>
        <w:rPr/>
      </w:pPr>
      <w:r>
        <w:rPr>
          <w:b/>
        </w:rPr>
        <w:t xml:space="preserve">Romans 14:22</w:t>
      </w:r>
      <w:r>
        <w:rPr/>
        <w:t xml:space="preserve"> — </w:t>
      </w:r>
      <w:r>
        <w:rPr>
          <w:shd w:fill="B7DDE8" w:val="clear"/>
        </w:rPr>
        <w:t xml:space="preserve">Blessed is the one who does not condemn himself by what he approves</w:t>
      </w:r>
      <w:r>
        <w:rPr>
          <w:b w:val="false"/>
          <w:i w:val="false"/>
          <w:color w:val="000000"/>
          <w:u w:val="none"/>
        </w:rPr>
        <w:t xml:space="preserve"> [1IOW]</w:t>
      </w:r>
      <w:r>
        <w:rPr/>
        <w:t xml:space="preserve">.</w:t>
      </w:r>
    </w:p>
    <w:p>
      <w:pPr>
        <w:pStyle w:val="Yellow"/>
        <w:rPr/>
      </w:pPr>
      <w:r>
        <w:rPr>
          <w:b/>
          <w:shd w:val="clear" w:color="auto" w:fill="548235"/>
          <w:color w:val="FFFFFF"/>
        </w:rPr>
        <w:t xml:space="preserve">1 Corinthians 11:31</w:t>
      </w:r>
      <w:r>
        <w:rPr>
          <w:shd w:val="clear" w:color="auto" w:fill="548235"/>
          <w:color w:val="FFFFFF"/>
        </w:rPr>
        <w:t xml:space="preserve"> — Now </w:t>
      </w:r>
      <w:r>
        <w:rPr>
          <w:shd w:fill="548235" w:val="clear" w:color="auto"/>
          <w:color w:val="FFFFFF"/>
        </w:rPr>
        <w:t xml:space="preserve">if we judged ourselves properly, we would not come under judgment</w:t>
      </w:r>
      <w:r>
        <w:rPr>
          <w:b w:val="false"/>
          <w:i w:val="false"/>
          <w:color w:val="FFFFFF"/>
          <w:u w:val="none"/>
          <w:shd w:val="clear" w:color="auto" w:fill="548235"/>
        </w:rPr>
        <w:t xml:space="preserve"> [1IPC]</w:t>
      </w:r>
      <w:r>
        <w:rPr>
          <w:shd w:val="clear" w:color="auto" w:fill="548235"/>
          <w:color w:val="FFFFFF"/>
        </w:rPr>
        <w:t xml:space="preserve">.</w:t>
      </w:r>
    </w:p>
    <w:p>
      <w:pPr>
        <w:pStyle w:val="Yellow"/>
        <w:rPr/>
      </w:pPr>
      <w:r>
        <w:rPr/>
        <w:t xml:space="preserve">(1Jn2:20 “Holy One”) </w:t>
      </w:r>
      <w:r>
        <w:rPr>
          <w:b/>
        </w:rPr>
        <w:t>1 John 2:27</w:t>
      </w:r>
      <w:r>
        <w:rPr/>
        <w:t xml:space="preserve"> — And as for you, </w:t>
      </w:r>
      <w:r>
        <w:rPr>
          <w:shd w:fill="B7DDE8" w:val="clear"/>
        </w:rPr>
        <w:t>the anointing you received from {Him} remains in you</w:t>
      </w:r>
      <w:r>
        <w:rPr>
          <w:b w:val="false"/>
          <w:i w:val="false"/>
          <w:color w:val="000000"/>
          <w:u w:val="none"/>
        </w:rPr>
        <w:t xml:space="preserve"> [1ZI]</w:t>
      </w:r>
      <w:r>
        <w:rPr/>
        <w:t xml:space="preserve">, and </w:t>
      </w:r>
      <w:r>
        <w:rPr>
          <w:shd w:fill="B7DDE8" w:val="clear"/>
        </w:rPr>
        <w:t>you do not need anyone to teach you</w:t>
      </w:r>
      <w:r>
        <w:rPr>
          <w:b w:val="false"/>
          <w:i w:val="false"/>
          <w:color w:val="000000"/>
          <w:u w:val="none"/>
        </w:rPr>
        <w:t xml:space="preserve"> [1ZJ]</w:t>
      </w:r>
      <w:r>
        <w:rPr/>
        <w:t xml:space="preserve">. But just as </w:t>
      </w:r>
      <w:r>
        <w:rPr>
          <w:shd w:fill="B7DDE8" w:val="clear"/>
        </w:rPr>
        <w:t>His true and genuine anointing teaches you about all things</w:t>
      </w:r>
      <w:r>
        <w:rPr>
          <w:b w:val="false"/>
          <w:i w:val="false"/>
          <w:color w:val="000000"/>
          <w:u w:val="none"/>
        </w:rPr>
        <w:t xml:space="preserve"> [1ZK]</w:t>
      </w:r>
      <w:r>
        <w:rPr/>
        <w:t xml:space="preserve">, so </w:t>
      </w:r>
      <w:r>
        <w:rPr>
          <w:shd w:fill="B7DDE8" w:val="clear"/>
        </w:rPr>
        <w:t>remain in Him as you have been taught</w:t>
      </w:r>
      <w:r>
        <w:rPr>
          <w:b w:val="false"/>
          <w:i w:val="false"/>
          <w:color w:val="000000"/>
          <w:u w:val="none"/>
        </w:rPr>
        <w:t xml:space="preserve"> [1ZL]</w:t>
      </w:r>
      <w:r>
        <w:rPr/>
        <w:t>.</w:t>
      </w:r>
    </w:p>
    <w:p>
      <w:r>
        <w:rPr>
          <w:b/>
          <w:sz w:val="32"/>
        </w:rPr>
        <w:t>Protection  (13)</w:t>
      </w:r>
    </w:p>
    <w:p>
      <w:pPr>
        <w:pStyle w:val="Yellow"/>
        <w:rPr/>
      </w:pPr>
      <w:r>
        <w:rPr>
          <w:b/>
        </w:rPr>
        <w:t xml:space="preserve">Exodus 8:23</w:t>
      </w:r>
      <w:r>
        <w:rPr/>
        <w:t xml:space="preserve"> — </w:t>
      </w:r>
      <w:r>
        <w:rPr>
          <w:shd w:fill="B7DDE8" w:val="clear"/>
        </w:rPr>
        <w:t xml:space="preserve">I will make a distinction between My people and your people</w:t>
      </w:r>
      <w:r>
        <w:rPr>
          <w:b w:val="false"/>
          <w:i w:val="false"/>
          <w:color w:val="000000"/>
          <w:u w:val="none"/>
        </w:rPr>
        <w:t xml:space="preserve"> [1LTM]</w:t>
      </w:r>
      <w:r>
        <w:rPr/>
        <w:t xml:space="preserve">.</w:t>
      </w:r>
    </w:p>
    <w:p>
      <w:pPr>
        <w:pStyle w:val="Yellow"/>
        <w:rPr/>
      </w:pPr>
      <w:r>
        <w:rPr>
          <w:b/>
          <w:shd w:val="clear" w:color="auto" w:fill="548235"/>
          <w:color w:val="FFFFFF"/>
        </w:rPr>
        <w:t xml:space="preserve">Deuteronomy 1:31</w:t>
      </w:r>
      <w:r>
        <w:rPr>
          <w:shd w:val="clear" w:color="auto" w:fill="548235"/>
          <w:color w:val="FFFFFF"/>
        </w:rPr>
        <w:t xml:space="preserve"> — </w:t>
      </w:r>
      <w:r>
        <w:rPr>
          <w:shd w:fill="548235" w:val="clear" w:color="auto"/>
          <w:color w:val="FFFFFF"/>
        </w:rPr>
        <w:t xml:space="preserve">the LORD your God carried you, as a man carries his son, all the way by which you traveled until you reached this place</w:t>
      </w:r>
      <w:r>
        <w:rPr>
          <w:b w:val="false"/>
          <w:i w:val="false"/>
          <w:color w:val="FFFFFF"/>
          <w:u w:val="none"/>
          <w:shd w:val="clear" w:color="auto" w:fill="548235"/>
        </w:rPr>
        <w:t xml:space="preserve"> [1LAZ]</w:t>
      </w:r>
      <w:r>
        <w:rPr>
          <w:shd w:val="clear" w:color="auto" w:fill="548235"/>
          <w:color w:val="FFFFFF"/>
        </w:rPr>
        <w:t xml:space="preserve">.</w:t>
      </w:r>
    </w:p>
    <w:p>
      <w:pPr>
        <w:pStyle w:val="Green"/>
        <w:rPr/>
      </w:pPr>
      <w:r>
        <w:rPr>
          <w:b/>
        </w:rPr>
        <w:t>Psalm 3:3</w:t>
      </w:r>
      <w:r>
        <w:rPr/>
        <w:t xml:space="preserve"> — </w:t>
      </w:r>
      <w:r>
        <w:rPr>
          <w:shd w:val="clear" w:fill="B7DDE8"/>
        </w:rPr>
        <w:t>You, O LORD, are a shield around me</w:t>
      </w:r>
      <w:r>
        <w:rPr>
          <w:b w:val="false"/>
          <w:i w:val="false"/>
          <w:color w:val="000000"/>
          <w:u w:val="none"/>
        </w:rPr>
        <w:t xml:space="preserve"> [1DZD]</w:t>
      </w:r>
      <w:r>
        <w:rPr/>
        <w:t xml:space="preserve">, </w:t>
      </w:r>
      <w:r>
        <w:rPr>
          <w:shd w:val="clear" w:fill="B7DDE8"/>
        </w:rPr>
        <w:t>my glory</w:t>
      </w:r>
      <w:r>
        <w:rPr>
          <w:b w:val="false"/>
          <w:i w:val="false"/>
          <w:color w:val="000000"/>
          <w:u w:val="none"/>
        </w:rPr>
        <w:t xml:space="preserve"> [1DZE]</w:t>
      </w:r>
      <w:r>
        <w:rPr/>
        <w:t xml:space="preserve">, and </w:t>
      </w:r>
      <w:r>
        <w:rPr>
          <w:color w:val="000000"/>
        </w:rPr>
        <w:t>the One who lifts my head</w:t>
      </w:r>
      <w:r>
        <w:rPr>
          <w:b w:val="false"/>
          <w:i w:val="false"/>
          <w:color w:val="000000"/>
          <w:u w:val="none"/>
        </w:rPr>
        <w:t xml:space="preserve"> [1DZF]</w:t>
      </w:r>
      <w:r>
        <w:rPr/>
        <w:t>.</w:t>
      </w:r>
    </w:p>
    <w:p>
      <w:pPr>
        <w:pStyle w:val="Yellow"/>
        <w:rPr/>
        <w:pBdr>
          <w:left w:val="single" w:sz="28" w:space="5" w:color="C00000"/>
        </w:pBdr>
      </w:pPr>
      <w:r>
        <w:rPr>
          <w:b/>
          <w:u w:val="none"/>
          <w:shd w:val="clear" w:color="auto" w:fill="548235"/>
          <w:color w:val="FFFFFF"/>
        </w:rPr>
        <w:t>Psalm 5:12</w:t>
      </w:r>
      <w:r>
        <w:rPr>
          <w:u w:val="none"/>
          <w:shd w:val="clear" w:color="auto" w:fill="548235"/>
          <w:color w:val="FFFFFF"/>
        </w:rPr>
        <w:t xml:space="preserve"> — Surely </w:t>
      </w:r>
      <w:r>
        <w:rPr>
          <w:u w:val="none"/>
          <w:shd w:val="clear" w:fill="548235" w:color="auto"/>
          <w:color w:val="FFFFFF"/>
        </w:rPr>
        <w:t>You, O LORD, bless the righteous</w:t>
      </w:r>
      <w:r>
        <w:rPr>
          <w:b w:val="false"/>
          <w:i w:val="false"/>
          <w:color w:val="FFFFFF"/>
          <w:u w:val="none"/>
          <w:shd w:val="clear" w:color="auto" w:fill="548235"/>
        </w:rPr>
        <w:t xml:space="preserve"> [1DWK]</w:t>
      </w:r>
      <w:r>
        <w:rPr>
          <w:u w:val="none"/>
          <w:shd w:val="clear" w:color="auto" w:fill="548235"/>
          <w:color w:val="FFFFFF"/>
        </w:rPr>
        <w:t xml:space="preserve">; </w:t>
      </w:r>
      <w:r>
        <w:rPr>
          <w:u w:val="none"/>
          <w:shd w:val="clear" w:fill="548235" w:color="auto"/>
          <w:color w:val="FFFFFF"/>
        </w:rPr>
        <w:t>You surround them with the shield of Your favor</w:t>
      </w:r>
      <w:r>
        <w:rPr>
          <w:b w:val="false"/>
          <w:i w:val="false"/>
          <w:color w:val="FFFFFF"/>
          <w:u w:val="none"/>
          <w:shd w:val="clear" w:color="auto" w:fill="548235"/>
        </w:rPr>
        <w:t xml:space="preserve"> [1DWL]</w:t>
      </w:r>
      <w:r>
        <w:rPr>
          <w:u w:val="none"/>
          <w:shd w:val="clear" w:color="auto" w:fill="548235"/>
          <w:color w:val="FFFFFF"/>
        </w:rPr>
        <w:t>.</w:t>
      </w:r>
    </w:p>
    <w:p>
      <w:pPr>
        <w:pStyle w:val="Yellow"/>
        <w:rPr/>
      </w:pPr>
      <w:r>
        <w:rPr>
          <w:b/>
        </w:rPr>
        <w:t>Psalm 18:35</w:t>
      </w:r>
      <w:r>
        <w:rPr/>
        <w:t xml:space="preserve"> — </w:t>
      </w:r>
      <w:r>
        <w:rPr>
          <w:shd w:val="clear" w:fill="B7DDE8"/>
        </w:rPr>
        <w:t>You have given me Your shield of salvation</w:t>
      </w:r>
      <w:r>
        <w:rPr>
          <w:b w:val="false"/>
          <w:i w:val="false"/>
          <w:color w:val="000000"/>
          <w:u w:val="none"/>
        </w:rPr>
        <w:t xml:space="preserve"> [2DYT]</w:t>
      </w:r>
      <w:r>
        <w:rPr/>
        <w:t xml:space="preserve">; </w:t>
      </w:r>
      <w:r>
        <w:rPr>
          <w:shd w:val="clear" w:fill="B7DDE8"/>
        </w:rPr>
        <w:t>Your right hand upholds me</w:t>
      </w:r>
      <w:r>
        <w:rPr>
          <w:b w:val="false"/>
          <w:i w:val="false"/>
          <w:u w:val="none"/>
          <w:color w:val="000000"/>
        </w:rPr>
        <w:t xml:space="preserve"> [2DYU]</w:t>
      </w:r>
      <w:r>
        <w:rPr/>
        <w:t xml:space="preserve">, and </w:t>
      </w:r>
      <w:r>
        <w:rPr>
          <w:shd w:val="clear" w:fill="B7DDE8"/>
        </w:rPr>
        <w:t>Your gentleness exalts me</w:t>
      </w:r>
      <w:r>
        <w:rPr>
          <w:b w:val="false"/>
          <w:i w:val="false"/>
          <w:color w:val="000000"/>
          <w:u w:val="none"/>
        </w:rPr>
        <w:t xml:space="preserve"> [2DYV]</w:t>
      </w:r>
      <w:r>
        <w:rPr/>
        <w:t>.</w:t>
      </w:r>
    </w:p>
    <w:p>
      <w:pPr>
        <w:pStyle w:val="Yellow"/>
        <w:rPr/>
      </w:pPr>
      <w:r>
        <w:rPr>
          <w:b/>
          <w:shd w:val="clear" w:color="auto" w:fill="548235"/>
          <w:color w:val="FFFFFF"/>
        </w:rPr>
        <w:t xml:space="preserve">Psalm 71:6</w:t>
      </w:r>
      <w:r>
        <w:rPr>
          <w:shd w:val="clear" w:color="auto" w:fill="548235"/>
          <w:color w:val="FFFFFF"/>
        </w:rPr>
        <w:t xml:space="preserve"> — </w:t>
      </w:r>
      <w:r>
        <w:rPr>
          <w:shd w:fill="548235" w:val="clear" w:color="auto"/>
          <w:color w:val="FFFFFF"/>
        </w:rPr>
        <w:t xml:space="preserve">I have leaned on You since birth</w:t>
      </w:r>
      <w:r>
        <w:rPr>
          <w:b w:val="false"/>
          <w:i w:val="false"/>
          <w:color w:val="FFFFFF"/>
          <w:u w:val="none"/>
          <w:shd w:val="clear" w:color="auto" w:fill="548235"/>
        </w:rPr>
        <w:t xml:space="preserve"> [1LPH]</w:t>
      </w:r>
      <w:r>
        <w:rPr>
          <w:shd w:val="clear" w:color="auto" w:fill="548235"/>
          <w:color w:val="FFFFFF"/>
        </w:rPr>
        <w:t xml:space="preserve">; </w:t>
      </w:r>
      <w:r>
        <w:rPr>
          <w:shd w:fill="548235" w:val="clear" w:color="auto"/>
          <w:color w:val="FFFFFF"/>
        </w:rPr>
        <w:t xml:space="preserve">You pulled me from my mother’s womb</w:t>
      </w:r>
      <w:r>
        <w:rPr>
          <w:b w:val="false"/>
          <w:i w:val="false"/>
          <w:color w:val="FFFFFF"/>
          <w:u w:val="none"/>
          <w:shd w:val="clear" w:color="auto" w:fill="548235"/>
        </w:rPr>
        <w:t xml:space="preserve"> [1LPI]</w:t>
      </w:r>
      <w:r>
        <w:rPr>
          <w:shd w:val="clear" w:color="auto" w:fill="548235"/>
          <w:color w:val="FFFFFF"/>
        </w:rPr>
        <w:t xml:space="preserve">.</w:t>
      </w:r>
    </w:p>
    <w:p>
      <w:pPr>
        <w:pStyle w:val="Yellow"/>
        <w:rPr/>
      </w:pPr>
      <w:r>
        <w:rPr>
          <w:b/>
        </w:rPr>
        <w:t>Psalm 140:7</w:t>
      </w:r>
      <w:r>
        <w:rPr/>
        <w:t xml:space="preserve"> — O GOD the Lord, </w:t>
      </w:r>
      <w:r>
        <w:rPr>
          <w:shd w:val="clear" w:fill="548235" w:color="auto"/>
          <w:color w:val="FFFFFF"/>
        </w:rPr>
        <w:t>the strength of my salvation</w:t>
      </w:r>
      <w:r>
        <w:rPr>
          <w:b w:val="false"/>
          <w:i w:val="false"/>
          <w:color w:val="FFFFFF"/>
          <w:u w:val="none"/>
          <w:shd w:val="clear" w:color="auto" w:fill="548235"/>
        </w:rPr>
        <w:t xml:space="preserve"> [1DWQ]</w:t>
      </w:r>
      <w:r>
        <w:rPr>
          <w:shd w:val="clear" w:color="auto" w:fill="548235"/>
          <w:color w:val="FFFFFF"/>
        </w:rPr>
        <w:t xml:space="preserve">, </w:t>
      </w:r>
      <w:r>
        <w:rPr>
          <w:shd w:val="clear" w:fill="B7DDE8"/>
        </w:rPr>
        <w:t>You shield my head in the day of battle</w:t>
      </w:r>
      <w:r>
        <w:rPr>
          <w:b w:val="false"/>
          <w:i w:val="false"/>
          <w:color w:val="000000"/>
          <w:u w:val="none"/>
        </w:rPr>
        <w:t xml:space="preserve"> [1DWR]</w:t>
      </w:r>
      <w:r>
        <w:rPr/>
        <w:t>.</w:t>
      </w:r>
    </w:p>
    <w:p>
      <w:pPr>
        <w:pStyle w:val="Yellow"/>
        <w:rPr/>
      </w:pPr>
      <w:r>
        <w:rPr>
          <w:u w:val="none"/>
        </w:rPr>
        <w:t xml:space="preserve">(Pr2:6 “the LORD”) </w:t>
      </w:r>
      <w:r>
        <w:rPr>
          <w:b/>
          <w:u w:val="none"/>
        </w:rPr>
        <w:t xml:space="preserve">Proverbs 2:7–8</w:t>
      </w:r>
      <w:r>
        <w:rPr>
          <w:u w:val="none"/>
        </w:rPr>
        <w:t xml:space="preserve"> — </w:t>
      </w:r>
      <w:r>
        <w:rPr>
          <w:u w:val="none"/>
          <w:shd w:fill="B7DDE8" w:val="clear"/>
        </w:rPr>
        <w:t xml:space="preserve">{He} stores up sound wisdom for the upright</w:t>
      </w:r>
      <w:r>
        <w:rPr>
          <w:b w:val="false"/>
          <w:i w:val="false"/>
          <w:color w:val="000000"/>
          <w:u w:val="none"/>
        </w:rPr>
        <w:t xml:space="preserve"> [1HOY]</w:t>
      </w:r>
      <w:r>
        <w:rPr>
          <w:u w:val="none"/>
        </w:rPr>
        <w:t xml:space="preserve">; </w:t>
      </w:r>
      <w:r>
        <w:rPr>
          <w:u w:val="none"/>
          <w:shd w:fill="B7DDE8" w:val="clear"/>
        </w:rPr>
        <w:t xml:space="preserve">He is a shield</w:t>
      </w:r>
      <w:r>
        <w:rPr>
          <w:u w:val="none"/>
          <w:shd w:fill="B7DDE8" w:val="clear"/>
        </w:rPr>
        <w:t xml:space="preserve"> to those who walk with integrity</w:t>
      </w:r>
      <w:r>
        <w:rPr>
          <w:b w:val="false"/>
          <w:i w:val="false"/>
          <w:color w:val="000000"/>
          <w:u w:val="none"/>
        </w:rPr>
        <w:t xml:space="preserve"> [1HOZ]</w:t>
      </w:r>
      <w:r>
        <w:rPr>
          <w:u w:val="none"/>
        </w:rPr>
        <w:t xml:space="preserve">, </w:t>
      </w:r>
      <w:r>
        <w:rPr>
          <w:u w:val="none"/>
          <w:color w:val="000000"/>
        </w:rPr>
        <w:t xml:space="preserve">to guard the paths of justice and protect the way of His saints</w:t>
      </w:r>
      <w:r>
        <w:rPr>
          <w:b w:val="false"/>
          <w:i w:val="false"/>
          <w:color w:val="000000"/>
          <w:u w:val="none"/>
        </w:rPr>
        <w:t xml:space="preserve"> [1HPA]</w:t>
      </w:r>
      <w:r>
        <w:rPr>
          <w:u w:val="none"/>
        </w:rPr>
        <w:t xml:space="preserve">.</w:t>
      </w:r>
    </w:p>
    <w:p>
      <w:pPr>
        <w:pStyle w:val="Yellow"/>
        <w:rPr/>
      </w:pPr>
      <w:r>
        <w:rPr>
          <w:b/>
          <w:shd w:val="clear" w:color="auto" w:fill="C00000"/>
          <w:color w:val="FFFFFF"/>
        </w:rPr>
        <w:t>Proverbs 30:5</w:t>
      </w:r>
      <w:r>
        <w:rPr>
          <w:shd w:val="clear" w:color="auto" w:fill="C00000"/>
          <w:color w:val="FFFFFF"/>
        </w:rPr>
        <w:t xml:space="preserve"> — </w:t>
      </w:r>
      <w:r>
        <w:rPr>
          <w:shd w:val="clear" w:color="auto" w:fill="C00000"/>
          <w:color w:val="FFFFFF"/>
        </w:rPr>
        <w:t>Every word of God is flawless</w:t>
      </w:r>
      <w:r>
        <w:rPr>
          <w:b w:val="false"/>
          <w:i w:val="false"/>
          <w:u w:val="none"/>
          <w:shd w:val="clear" w:color="auto" w:fill="C00000"/>
          <w:color w:val="FFFFFF"/>
        </w:rPr>
        <w:t xml:space="preserve"> [1UX]</w:t>
      </w:r>
      <w:r>
        <w:rPr>
          <w:shd w:val="clear" w:color="auto" w:fill="C00000"/>
          <w:color w:val="FFFFFF"/>
        </w:rPr>
        <w:t xml:space="preserve">; </w:t>
      </w:r>
      <w:r>
        <w:rPr>
          <w:shd w:val="clear" w:color="auto" w:fill="C00000"/>
          <w:color w:val="FFFFFF"/>
        </w:rPr>
        <w:t xml:space="preserve">He is a </w:t>
      </w:r>
      <w:r>
        <w:rPr>
          <w:shd w:val="clear" w:color="auto" w:fill="C00000"/>
          <w:color w:val="FFFFFF"/>
        </w:rPr>
        <w:t>shield</w:t>
      </w:r>
      <w:r>
        <w:rPr>
          <w:shd w:val="clear" w:color="auto" w:fill="C00000"/>
          <w:color w:val="FFFFFF"/>
        </w:rPr>
        <w:t xml:space="preserve"> to those who </w:t>
      </w:r>
      <w:r>
        <w:rPr>
          <w:shd w:val="clear" w:color="auto" w:fill="C00000"/>
          <w:color w:val="FFFFFF"/>
        </w:rPr>
        <w:t xml:space="preserve">take </w:t>
      </w:r>
      <w:r>
        <w:rPr>
          <w:shd w:val="clear" w:color="auto" w:fill="C00000"/>
          <w:color w:val="FFFFFF"/>
        </w:rPr>
        <w:t>refuge</w:t>
      </w:r>
      <w:r>
        <w:rPr>
          <w:shd w:val="clear" w:color="auto" w:fill="C00000"/>
          <w:color w:val="FFFFFF"/>
        </w:rPr>
        <w:t xml:space="preserve"> in Him</w:t>
      </w:r>
      <w:r>
        <w:rPr>
          <w:b w:val="false"/>
          <w:i w:val="false"/>
          <w:u w:val="none"/>
          <w:shd w:val="clear" w:color="auto" w:fill="C00000"/>
          <w:color w:val="FFFFFF"/>
        </w:rPr>
        <w:t xml:space="preserve"> [2UW]</w:t>
      </w:r>
      <w:r>
        <w:rPr>
          <w:shd w:val="clear" w:color="auto" w:fill="C00000"/>
          <w:color w:val="FFFFFF"/>
        </w:rPr>
        <w:t>.</w:t>
      </w:r>
    </w:p>
    <w:p>
      <w:pPr>
        <w:pStyle w:val="Yellow"/>
        <w:rPr/>
      </w:pPr>
      <w:r>
        <w:rPr/>
        <w:t xml:space="preserve">(Is4:4 after God cleanses Jerusalem) </w:t>
      </w:r>
      <w:r>
        <w:rPr>
          <w:b/>
        </w:rPr>
        <w:t>Isaiah 4:5–6</w:t>
      </w:r>
      <w:r>
        <w:rPr/>
        <w:t xml:space="preserve"> — </w:t>
      </w:r>
      <w:r>
        <w:rPr>
          <w:shd w:val="clear" w:fill="B7DDE8"/>
        </w:rPr>
        <w:t>{Then} the LORD will create over all of Mount Zion and over her assemblies a cloud of smoke by day</w:t>
      </w:r>
      <w:r>
        <w:rPr>
          <w:b w:val="false"/>
          <w:i w:val="false"/>
          <w:color w:val="000000"/>
          <w:u w:val="none"/>
        </w:rPr>
        <w:t xml:space="preserve"> [1CVJ]</w:t>
      </w:r>
      <w:r>
        <w:rPr/>
        <w:t xml:space="preserve"> and </w:t>
      </w:r>
      <w:r>
        <w:rPr>
          <w:shd w:val="clear" w:fill="B7DDE8"/>
        </w:rPr>
        <w:t>a glowing flame of fire by night</w:t>
      </w:r>
      <w:r>
        <w:rPr>
          <w:b w:val="false"/>
          <w:i w:val="false"/>
          <w:color w:val="000000"/>
          <w:u w:val="none"/>
        </w:rPr>
        <w:t xml:space="preserve"> [1CVK]</w:t>
      </w:r>
      <w:r>
        <w:rPr/>
        <w:t xml:space="preserve">. For </w:t>
      </w:r>
      <w:r>
        <w:rPr>
          <w:shd w:val="clear" w:fill="B7DDE8"/>
        </w:rPr>
        <w:t>over all the glory there will be a canopy</w:t>
      </w:r>
      <w:r>
        <w:rPr>
          <w:b w:val="false"/>
          <w:i w:val="false"/>
          <w:color w:val="000000"/>
          <w:u w:val="none"/>
        </w:rPr>
        <w:t xml:space="preserve"> [1CVL]</w:t>
      </w:r>
      <w:r>
        <w:rPr/>
        <w:t xml:space="preserve">, </w:t>
      </w:r>
      <w:r>
        <w:rPr>
          <w:shd w:val="clear" w:fill="B7DDE8"/>
        </w:rPr>
        <w:t>a shelter to give shade from the heat by day</w:t>
      </w:r>
      <w:r>
        <w:rPr>
          <w:b w:val="false"/>
          <w:i w:val="false"/>
          <w:color w:val="000000"/>
          <w:u w:val="none"/>
        </w:rPr>
        <w:t xml:space="preserve"> [1CVM]</w:t>
      </w:r>
      <w:r>
        <w:rPr/>
        <w:t xml:space="preserve">, and </w:t>
      </w:r>
      <w:r>
        <w:rPr>
          <w:shd w:val="clear" w:fill="B7DDE8"/>
        </w:rPr>
        <w:t>a refuge and hiding place from the storm and the rain</w:t>
      </w:r>
      <w:r>
        <w:rPr>
          <w:b w:val="false"/>
          <w:i w:val="false"/>
          <w:color w:val="000000"/>
          <w:u w:val="none"/>
        </w:rPr>
        <w:t xml:space="preserve"> [1CVN]</w:t>
      </w:r>
      <w:r>
        <w:rPr/>
        <w:t>.</w:t>
      </w:r>
    </w:p>
    <w:p>
      <w:pPr>
        <w:pStyle w:val="Green"/>
        <w:rPr/>
      </w:pPr>
      <w:r>
        <w:rPr>
          <w:b/>
        </w:rPr>
        <w:t xml:space="preserve">Isaiah 46:3–4</w:t>
      </w:r>
      <w:r>
        <w:rPr/>
        <w:t xml:space="preserve"> — “</w:t>
      </w:r>
      <w:r>
        <w:rPr>
          <w:shd w:fill="B7DDE8" w:val="clear"/>
        </w:rPr>
        <w:t xml:space="preserve">Listen to Me, O house of Jacob, all the remnant of the house of Israel</w:t>
      </w:r>
      <w:r>
        <w:rPr>
          <w:b w:val="false"/>
          <w:i w:val="false"/>
          <w:u w:val="none"/>
          <w:color w:val="000000"/>
        </w:rPr>
        <w:t xml:space="preserve"> [1KOA]</w:t>
      </w:r>
      <w:r>
        <w:rPr/>
        <w:t xml:space="preserve">, </w:t>
      </w:r>
      <w:r>
        <w:rPr>
          <w:shd w:fill="B7DDE8" w:val="clear"/>
        </w:rPr>
        <w:t xml:space="preserve">who have been sustained from the womb</w:t>
      </w:r>
      <w:r>
        <w:rPr>
          <w:b w:val="false"/>
          <w:i w:val="false"/>
          <w:color w:val="000000"/>
          <w:u w:val="none"/>
        </w:rPr>
        <w:t xml:space="preserve"> [1KOB]</w:t>
      </w:r>
      <w:r>
        <w:rPr/>
        <w:t xml:space="preserve">, </w:t>
      </w:r>
      <w:r>
        <w:rPr>
          <w:shd w:fill="B7DDE8" w:val="clear"/>
        </w:rPr>
        <w:t xml:space="preserve">carried along since birth</w:t>
      </w:r>
      <w:r>
        <w:rPr>
          <w:b w:val="false"/>
          <w:i w:val="false"/>
          <w:color w:val="000000"/>
          <w:u w:val="none"/>
        </w:rPr>
        <w:t xml:space="preserve"> [1KOC]</w:t>
      </w:r>
      <w:r>
        <w:rPr/>
        <w:t xml:space="preserve">. </w:t>
      </w:r>
      <w:r>
        <w:rPr>
          <w:shd w:fill="B7DDE8" w:val="clear"/>
        </w:rPr>
        <w:t xml:space="preserve">Even to your old age, I will be the same</w:t>
      </w:r>
      <w:r>
        <w:rPr>
          <w:b w:val="false"/>
          <w:i w:val="false"/>
          <w:color w:val="000000"/>
          <w:u w:val="none"/>
        </w:rPr>
        <w:t xml:space="preserve"> [1KOD]</w:t>
      </w:r>
      <w:r>
        <w:rPr/>
        <w:t xml:space="preserve">, and </w:t>
      </w:r>
      <w:r>
        <w:rPr>
          <w:shd w:fill="B7DDE8" w:val="clear"/>
        </w:rPr>
        <w:t xml:space="preserve">I will bear you up when you turn gray</w:t>
      </w:r>
      <w:r>
        <w:rPr>
          <w:b w:val="false"/>
          <w:i w:val="false"/>
          <w:color w:val="000000"/>
          <w:u w:val="none"/>
        </w:rPr>
        <w:t xml:space="preserve"> [1KOE]</w:t>
      </w:r>
      <w:r>
        <w:rPr/>
        <w:t xml:space="preserve">. </w:t>
      </w:r>
      <w:r>
        <w:rPr>
          <w:shd w:fill="B7DDE8" w:val="clear"/>
        </w:rPr>
        <w:t xml:space="preserve">I have made you</w:t>
      </w:r>
      <w:r>
        <w:rPr>
          <w:b w:val="false"/>
          <w:i w:val="false"/>
          <w:u w:val="none"/>
          <w:color w:val="000000"/>
        </w:rPr>
        <w:t xml:space="preserve"> [2BZI]</w:t>
      </w:r>
      <w:r>
        <w:rPr/>
        <w:t xml:space="preserve">, and </w:t>
      </w:r>
      <w:r>
        <w:rPr>
          <w:shd w:fill="B7DDE8" w:val="clear"/>
        </w:rPr>
        <w:t xml:space="preserve">I will carry you</w:t>
      </w:r>
      <w:r>
        <w:rPr>
          <w:b w:val="false"/>
          <w:i w:val="false"/>
          <w:color w:val="000000"/>
          <w:u w:val="none"/>
        </w:rPr>
        <w:t xml:space="preserve"> [1KOF]</w:t>
      </w:r>
      <w:r>
        <w:rPr/>
        <w:t xml:space="preserve">; </w:t>
      </w:r>
      <w:r>
        <w:rPr>
          <w:shd w:fill="B7DDE8" w:val="clear"/>
        </w:rPr>
        <w:t xml:space="preserve">I will sustain you and deliver you</w:t>
      </w:r>
      <w:r>
        <w:rPr>
          <w:b w:val="false"/>
          <w:i w:val="false"/>
          <w:color w:val="000000"/>
          <w:u w:val="none"/>
        </w:rPr>
        <w:t xml:space="preserve"> [1KOG]</w:t>
      </w:r>
      <w:r>
        <w:rPr>
          <w:b w:val="false"/>
          <w:i w:val="false"/>
          <w:color w:val="000000"/>
          <w:u w:val="none"/>
        </w:rPr>
        <w:t xml:space="preserve"> [1KOH]</w:t>
      </w:r>
      <w:r>
        <w:rPr/>
        <w:t xml:space="preserve">.</w:t>
      </w:r>
    </w:p>
    <w:p>
      <w:pPr>
        <w:pStyle w:val="Yellow"/>
        <w:rPr/>
      </w:pPr>
      <w:r>
        <w:rPr/>
        <w:t xml:space="preserve">(Is58:6–7 if Israel frees the oppressed and cares for the needy) </w:t>
      </w:r>
      <w:r>
        <w:rPr>
          <w:b/>
        </w:rPr>
        <w:t xml:space="preserve">Isaiah 58:8</w:t>
      </w:r>
      <w:r>
        <w:rPr/>
        <w:t xml:space="preserve"> — {Then} </w:t>
      </w:r>
      <w:r>
        <w:rPr>
          <w:shd w:fill="B7DDE8" w:val="clear"/>
        </w:rPr>
        <w:t xml:space="preserve">your light will break forth like the dawn</w:t>
      </w:r>
      <w:r>
        <w:rPr>
          <w:b w:val="false"/>
          <w:i w:val="false"/>
          <w:color w:val="000000"/>
          <w:u w:val="none"/>
        </w:rPr>
        <w:t xml:space="preserve"> [1GDX]</w:t>
      </w:r>
      <w:r>
        <w:rPr/>
        <w:t xml:space="preserve">, and </w:t>
      </w:r>
      <w:r>
        <w:rPr>
          <w:shd w:fill="B7DDE8" w:val="clear"/>
        </w:rPr>
        <w:t xml:space="preserve">your healing will come quickly</w:t>
      </w:r>
      <w:r>
        <w:rPr>
          <w:b w:val="false"/>
          <w:i w:val="false"/>
          <w:color w:val="000000"/>
          <w:u w:val="none"/>
        </w:rPr>
        <w:t xml:space="preserve"> [1GDY]</w:t>
      </w:r>
      <w:r>
        <w:rPr/>
        <w:t xml:space="preserve">. </w:t>
      </w:r>
      <w:r>
        <w:rPr>
          <w:shd w:fill="B7DDE8" w:val="clear"/>
        </w:rPr>
        <w:t xml:space="preserve">Your righteousness will go before you</w:t>
      </w:r>
      <w:r>
        <w:rPr>
          <w:b w:val="false"/>
          <w:i w:val="false"/>
          <w:color w:val="000000"/>
          <w:u w:val="none"/>
        </w:rPr>
        <w:t xml:space="preserve"> [1GDZ]</w:t>
      </w:r>
      <w:r>
        <w:rPr>
          <w:shd w:val="clear" w:color="auto" w:fill="548235"/>
          <w:color w:val="FFFFFF"/>
        </w:rPr>
        <w:t xml:space="preserve">, and </w:t>
      </w:r>
      <w:r>
        <w:rPr>
          <w:shd w:fill="548235" w:val="clear" w:color="auto"/>
          <w:color w:val="FFFFFF"/>
        </w:rPr>
        <w:t xml:space="preserve">the glory of the LORD will be your rear guard</w:t>
      </w:r>
      <w:r>
        <w:rPr>
          <w:b w:val="false"/>
          <w:i w:val="false"/>
          <w:color w:val="FFFFFF"/>
          <w:u w:val="none"/>
          <w:shd w:val="clear" w:color="auto" w:fill="548235"/>
        </w:rPr>
        <w:t xml:space="preserve"> [1GEA]</w:t>
      </w:r>
      <w:r>
        <w:rPr>
          <w:shd w:val="clear" w:color="auto" w:fill="548235"/>
          <w:color w:val="FFFFFF"/>
        </w:rPr>
        <w:t xml:space="preserve">.</w:t>
      </w:r>
    </w:p>
    <w:p>
      <w:pPr>
        <w:pStyle w:val="Yellow"/>
        <w:rPr/>
      </w:pPr>
      <w:r>
        <w:rPr>
          <w:b/>
        </w:rPr>
        <w:t xml:space="preserve">Revelation 9:3–5</w:t>
      </w:r>
      <w:r>
        <w:rPr/>
        <w:t xml:space="preserve"> — And </w:t>
      </w:r>
      <w:r>
        <w:rPr>
          <w:shd w:fill="B7DDE8" w:val="clear"/>
        </w:rPr>
        <w:t xml:space="preserve">out of the smoke, locusts descended on the earth</w:t>
      </w:r>
      <w:r>
        <w:rPr>
          <w:b w:val="false"/>
          <w:i w:val="false"/>
          <w:color w:val="000000"/>
          <w:u w:val="none"/>
        </w:rPr>
        <w:t xml:space="preserve"> [1KWD]</w:t>
      </w:r>
      <w:r>
        <w:rPr/>
        <w:t xml:space="preserve">, and </w:t>
      </w:r>
      <w:r>
        <w:rPr>
          <w:shd w:fill="B7DDE8" w:val="clear"/>
        </w:rPr>
        <w:t xml:space="preserve">they were given power like that of the scorpions of the earth</w:t>
      </w:r>
      <w:r>
        <w:rPr>
          <w:b w:val="false"/>
          <w:i w:val="false"/>
          <w:color w:val="000000"/>
          <w:u w:val="none"/>
        </w:rPr>
        <w:t xml:space="preserve"> [1KWE]</w:t>
      </w:r>
      <w:r>
        <w:rPr>
          <w:shd w:val="clear" w:color="auto" w:fill="548235"/>
          <w:color w:val="FFFFFF"/>
        </w:rPr>
        <w:t xml:space="preserve">. </w:t>
      </w:r>
      <w:r>
        <w:rPr>
          <w:shd w:fill="548235" w:val="clear" w:color="auto"/>
          <w:color w:val="FFFFFF"/>
        </w:rPr>
        <w:t xml:space="preserve">They were told not to harm the grass of the earth or any plant or tree, but only those who did not have the seal of God on their foreheads</w:t>
      </w:r>
      <w:r>
        <w:rPr>
          <w:b w:val="false"/>
          <w:i w:val="false"/>
          <w:color w:val="FFFFFF"/>
          <w:u w:val="none"/>
          <w:shd w:val="clear" w:color="auto" w:fill="548235"/>
        </w:rPr>
        <w:t xml:space="preserve"> [1KWF]</w:t>
      </w:r>
      <w:r>
        <w:rPr>
          <w:shd w:val="clear" w:color="auto" w:fill="548235"/>
          <w:color w:val="FFFFFF"/>
        </w:rPr>
        <w:t xml:space="preserve">.</w:t>
      </w:r>
    </w:p>
    <w:p>
      <w:r>
        <w:rPr>
          <w:b/>
          <w:sz w:val="32"/>
        </w:rPr>
        <w:t>Deliverance  (87)</w:t>
      </w:r>
    </w:p>
    <w:p>
      <w:pPr>
        <w:pStyle w:val="Yellow"/>
        <w:rPr/>
        <w:pBdr>
          <w:left w:val="single" w:sz="28" w:space="5" w:color="C00000"/>
        </w:pBdr>
      </w:pPr>
      <w:r>
        <w:rPr>
          <w:b/>
          <w:shd w:val="clear" w:color="auto" w:fill="F4B183"/>
          <w:color w:val="000000"/>
        </w:rPr>
        <w:t xml:space="preserve">Genesis 4:1</w:t>
      </w:r>
      <w:r>
        <w:rPr>
          <w:shd w:val="clear" w:color="auto" w:fill="F4B183"/>
          <w:color w:val="000000"/>
        </w:rPr>
        <w:t xml:space="preserve"> — </w:t>
      </w:r>
      <w:r>
        <w:rPr>
          <w:shd w:fill="F4B183" w:val="clear" w:color="auto"/>
          <w:color w:val="000000"/>
        </w:rPr>
        <w:t xml:space="preserve">With the help of the LORD I have brought forth a man</w:t>
      </w:r>
      <w:r>
        <w:rPr>
          <w:b w:val="false"/>
          <w:i w:val="false"/>
          <w:color w:val="000000"/>
          <w:u w:val="none"/>
          <w:shd w:val="clear" w:color="auto" w:fill="F4B183"/>
        </w:rPr>
        <w:t xml:space="preserve"> [1LKS]</w:t>
      </w:r>
    </w:p>
    <w:p>
      <w:pPr>
        <w:pStyle w:val="Yellow"/>
        <w:rPr/>
        <w:shd w:val="clear" w:color="auto" w:fill="E4DFEC"/>
        <w:pBdr>
          <w:left w:val="single" w:sz="28" w:space="5" w:color="B4A7D6"/>
        </w:pBdr>
      </w:pPr>
      <w:r>
        <w:rPr>
          <w:b/>
        </w:rPr>
        <w:t xml:space="preserve">Genesis 14:20</w:t>
      </w:r>
      <w:r>
        <w:rPr/>
        <w:t xml:space="preserve"> — and </w:t>
      </w:r>
      <w:r>
        <w:rPr>
          <w:shd w:fill="B7DDE8" w:val="clear"/>
        </w:rPr>
        <w:t xml:space="preserve">blessed be God Most High</w:t>
      </w:r>
      <w:r>
        <w:rPr>
          <w:b w:val="false"/>
          <w:i w:val="false"/>
          <w:color w:val="000000"/>
          <w:u w:val="none"/>
        </w:rPr>
        <w:t xml:space="preserve"> [8CQM]</w:t>
      </w:r>
      <w:r>
        <w:rPr/>
        <w:t xml:space="preserve">, </w:t>
      </w:r>
      <w:r>
        <w:rPr>
          <w:shd w:fill="B7DDE8" w:val="clear"/>
        </w:rPr>
        <w:t xml:space="preserve">who has delivered your enemies into your hand</w:t>
      </w:r>
      <w:r>
        <w:rPr>
          <w:b w:val="false"/>
          <w:i w:val="false"/>
          <w:color w:val="000000"/>
          <w:u w:val="none"/>
        </w:rPr>
        <w:t xml:space="preserve"> [2DPP]</w:t>
      </w:r>
      <w:r>
        <w:rPr/>
        <w:t xml:space="preserve">.”</w:t>
      </w:r>
    </w:p>
    <w:p>
      <w:pPr>
        <w:pStyle w:val="Yellow"/>
        <w:rPr/>
        <w:pBdr>
          <w:left w:val="single" w:sz="28" w:space="5" w:color="C00000"/>
        </w:pBdr>
      </w:pPr>
      <w:r>
        <w:rPr>
          <w:b/>
          <w:shd w:val="clear" w:color="auto" w:fill="548235"/>
          <w:color w:val="FFFFFF"/>
        </w:rPr>
        <w:t>Genesis 48:16</w:t>
      </w:r>
      <w:r>
        <w:rPr>
          <w:shd w:val="clear" w:color="auto" w:fill="548235"/>
          <w:color w:val="FFFFFF"/>
        </w:rPr>
        <w:t xml:space="preserve"> — </w:t>
      </w:r>
      <w:r>
        <w:rPr>
          <w:shd w:fill="548235" w:val="clear" w:color="auto"/>
          <w:color w:val="FFFFFF"/>
        </w:rPr>
        <w:t>the angel who has redeemed me from all harm</w:t>
      </w:r>
      <w:r>
        <w:rPr>
          <w:b w:val="false"/>
          <w:i w:val="false"/>
          <w:color w:val="FFFFFF"/>
          <w:u w:val="none"/>
          <w:shd w:val="clear" w:color="auto" w:fill="548235"/>
        </w:rPr>
        <w:t xml:space="preserve"> [1BSF]</w:t>
      </w:r>
    </w:p>
    <w:p>
      <w:pPr>
        <w:pStyle w:val="Yellow"/>
        <w:rPr/>
      </w:pPr>
      <w:r>
        <w:rPr/>
        <w:t xml:space="preserve">(Ex6:5 “I have heard the groaning of the Israelites” / “I have remembered My covenant”) </w:t>
      </w:r>
      <w:r>
        <w:rPr>
          <w:b/>
        </w:rPr>
        <w:t>Exodus 6:6</w:t>
      </w:r>
      <w:r>
        <w:rPr/>
        <w:t xml:space="preserve"> — {Therefore} tell the Israelites: </w:t>
      </w:r>
      <w:r>
        <w:rPr>
          <w:shd w:fill="B7DDE8" w:val="clear"/>
        </w:rPr>
        <w:t>I am the LORD</w:t>
      </w:r>
      <w:r>
        <w:rPr>
          <w:b w:val="false"/>
          <w:i w:val="false"/>
          <w:color w:val="000000"/>
          <w:u w:val="none"/>
        </w:rPr>
        <w:t xml:space="preserve"> [5MA]</w:t>
      </w:r>
      <w:r>
        <w:rPr/>
        <w:t xml:space="preserve">, and </w:t>
      </w:r>
      <w:r>
        <w:rPr>
          <w:shd w:fill="B7DDE8" w:val="clear"/>
        </w:rPr>
        <w:t>I will bring you out from under the yoke of the Egyptians and deliver you from their bondage</w:t>
      </w:r>
      <w:r>
        <w:rPr>
          <w:b w:val="false"/>
          <w:i w:val="false"/>
          <w:color w:val="000000"/>
          <w:u w:val="none"/>
        </w:rPr>
        <w:t xml:space="preserve"> [1HY]</w:t>
      </w:r>
      <w:r>
        <w:rPr/>
        <w:t xml:space="preserve">. </w:t>
      </w:r>
      <w:r>
        <w:rPr>
          <w:shd w:fill="B7DDE8" w:val="clear"/>
        </w:rPr>
        <w:t>I will redeem you with an outstretched arm and with mighty acts of judgment</w:t>
      </w:r>
      <w:r>
        <w:rPr>
          <w:b w:val="false"/>
          <w:i w:val="false"/>
          <w:color w:val="000000"/>
          <w:u w:val="none"/>
        </w:rPr>
        <w:t xml:space="preserve"> [1HZ]</w:t>
      </w:r>
      <w:r>
        <w:rPr/>
        <w:t>.</w:t>
      </w:r>
    </w:p>
    <w:p>
      <w:pPr>
        <w:pStyle w:val="Yellow"/>
        <w:rPr/>
      </w:pPr>
      <w:r>
        <w:rPr>
          <w:b/>
        </w:rPr>
        <w:t xml:space="preserve">Exodus 13:19</w:t>
      </w:r>
      <w:r>
        <w:rPr/>
        <w:t xml:space="preserve"> — </w:t>
      </w:r>
      <w:r>
        <w:rPr>
          <w:shd w:fill="B7DDE8" w:val="clear"/>
        </w:rPr>
        <w:t xml:space="preserve">God will surely attend to you</w:t>
      </w:r>
      <w:r>
        <w:rPr>
          <w:b w:val="false"/>
          <w:i w:val="false"/>
          <w:color w:val="000000"/>
          <w:u w:val="none"/>
        </w:rPr>
        <w:t xml:space="preserve"> [1LJR]</w:t>
      </w:r>
    </w:p>
    <w:p>
      <w:pPr>
        <w:pStyle w:val="Yellow"/>
        <w:rPr/>
      </w:pPr>
      <w:r>
        <w:rPr>
          <w:b/>
        </w:rPr>
        <w:t>Exodus 14:13</w:t>
      </w:r>
      <w:r>
        <w:t xml:space="preserve"> — “</w:t>
      </w:r>
      <w:r>
        <w:rPr>
          <w:shd w:fill="B7DDE8" w:val="clear"/>
        </w:rPr>
        <w:t>Do not be afraid. Stand firm</w:t>
      </w:r>
      <w:r>
        <w:rPr>
          <w:b w:val="false"/>
          <w:i w:val="false"/>
          <w:color w:val="000000"/>
          <w:u w:val="none"/>
        </w:rPr>
        <w:t xml:space="preserve"> [1BQY]</w:t>
      </w:r>
      <w:r>
        <w:t xml:space="preserve"> and </w:t>
      </w:r>
      <w:r>
        <w:rPr>
          <w:shd w:fill="B7DDE8" w:val="clear"/>
        </w:rPr>
        <w:t>you will see the LORD’s salvation, which He will accomplish for you today</w:t>
      </w:r>
      <w:r>
        <w:rPr>
          <w:b w:val="false"/>
          <w:i w:val="false"/>
          <w:color w:val="000000"/>
          <w:u w:val="none"/>
        </w:rPr>
        <w:t xml:space="preserve"> [1BQZ]</w:t>
      </w:r>
      <w:r>
        <w:t xml:space="preserve">; for </w:t>
      </w:r>
      <w:r>
        <w:rPr>
          <w:shd w:fill="B7DDE8" w:val="clear"/>
        </w:rPr>
        <w:t>the Egyptians you see today, you will never see again</w:t>
      </w:r>
      <w:r>
        <w:rPr>
          <w:b w:val="false"/>
          <w:i w:val="false"/>
          <w:color w:val="000000"/>
          <w:u w:val="none"/>
        </w:rPr>
        <w:t xml:space="preserve"> [1BRA]</w:t>
      </w:r>
      <w:r>
        <w:t>.”</w:t>
      </w:r>
    </w:p>
    <w:p>
      <w:pPr>
        <w:pStyle w:val="Yellow"/>
        <w:rPr/>
      </w:pPr>
      <w:r>
        <w:t xml:space="preserve">(Le26:44 God preserves His covenant people) </w:t>
      </w:r>
      <w:r>
        <w:rPr>
          <w:b/>
        </w:rPr>
        <w:t>Leviticus 26:45</w:t>
      </w:r>
      <w:r>
        <w:t xml:space="preserve"> — {But} </w:t>
      </w:r>
      <w:r>
        <w:rPr>
          <w:shd w:fill="B7DDE8" w:val="clear"/>
        </w:rPr>
        <w:t>for their sake I will remember the covenant with their fathers</w:t>
      </w:r>
      <w:r>
        <w:rPr>
          <w:b w:val="false"/>
          <w:i w:val="false"/>
          <w:color w:val="000000"/>
          <w:u w:val="none"/>
        </w:rPr>
        <w:t xml:space="preserve"> [1AKH]</w:t>
      </w:r>
      <w:r>
        <w:t xml:space="preserve">, </w:t>
      </w:r>
      <w:r>
        <w:rPr>
          <w:shd w:fill="B7DDE8" w:val="clear"/>
        </w:rPr>
        <w:t>whom I brought out of the land of Egypt in the sight of the nations</w:t>
      </w:r>
      <w:r>
        <w:rPr>
          <w:b w:val="false"/>
          <w:i w:val="false"/>
          <w:u w:val="none"/>
          <w:color w:val="000000"/>
        </w:rPr>
        <w:t xml:space="preserve"> [1AKI]</w:t>
      </w:r>
      <w:r>
        <w:t xml:space="preserve">, </w:t>
      </w:r>
      <w:r>
        <w:rPr>
          <w:shd w:fill="B7DDE8" w:val="clear"/>
        </w:rPr>
        <w:t>that I might be their God</w:t>
      </w:r>
      <w:r>
        <w:rPr>
          <w:b w:val="false"/>
          <w:i w:val="false"/>
          <w:color w:val="000000"/>
          <w:u w:val="none"/>
        </w:rPr>
        <w:t xml:space="preserve"> [1AKJ]</w:t>
      </w:r>
      <w:r>
        <w:t xml:space="preserve">. </w:t>
      </w:r>
      <w:r>
        <w:rPr/>
        <w:t>I am the LORD</w:t>
      </w:r>
      <w:r>
        <w:rPr>
          <w:b w:val="false"/>
          <w:i w:val="false"/>
          <w:color w:val="000000"/>
          <w:u w:val="none"/>
        </w:rPr>
        <w:t xml:space="preserve"> [5MA]</w:t>
      </w:r>
      <w:r>
        <w:rPr/>
        <w:t>.”</w:t>
      </w:r>
    </w:p>
    <w:p>
      <w:pPr>
        <w:pStyle w:val="Green"/>
        <w:rPr/>
      </w:pPr>
      <w:r>
        <w:rPr>
          <w:b/>
        </w:rPr>
        <w:t>Deuteronomy 1:30</w:t>
      </w:r>
      <w:r>
        <w:rPr/>
        <w:t xml:space="preserve"> — </w:t>
      </w:r>
      <w:r>
        <w:rPr>
          <w:shd w:val="clear" w:fill="B7DDE8"/>
        </w:rPr>
        <w:t>The LORD your God, who goes before you</w:t>
      </w:r>
      <w:r>
        <w:rPr>
          <w:b w:val="false"/>
          <w:i w:val="false"/>
          <w:color w:val="000000"/>
          <w:u w:val="none"/>
        </w:rPr>
        <w:t xml:space="preserve"> [3DKB]</w:t>
      </w:r>
      <w:r>
        <w:rPr/>
        <w:t xml:space="preserve">, </w:t>
      </w:r>
      <w:r>
        <w:rPr>
          <w:shd w:val="clear" w:fill="B7DDE8"/>
        </w:rPr>
        <w:t>will fight for you</w:t>
      </w:r>
      <w:r>
        <w:rPr>
          <w:b w:val="false"/>
          <w:i w:val="false"/>
          <w:color w:val="000000"/>
          <w:u w:val="none"/>
        </w:rPr>
        <w:t xml:space="preserve"> [3DOT]</w:t>
      </w:r>
      <w:r>
        <w:rPr/>
        <w:t xml:space="preserve">, </w:t>
      </w:r>
      <w:r>
        <w:rPr>
          <w:shd w:val="clear" w:fill="B7DDE8"/>
        </w:rPr>
        <w:t>just as you saw Him do for you in Egypt</w:t>
      </w:r>
      <w:r>
        <w:rPr>
          <w:b w:val="false"/>
          <w:i w:val="false"/>
          <w:color w:val="000000"/>
          <w:u w:val="none"/>
        </w:rPr>
        <w:t xml:space="preserve"> [1DOU]</w:t>
      </w:r>
    </w:p>
    <w:p>
      <w:pPr>
        <w:pStyle w:val="Yellow"/>
        <w:rPr/>
        <w:shd w:val="clear" w:color="auto" w:fill="E4DFEC"/>
        <w:pBdr>
          <w:left w:val="single" w:sz="28" w:space="5" w:color="B4A7D6"/>
        </w:pBdr>
      </w:pPr>
      <w:r>
        <w:rPr>
          <w:u w:val="none"/>
        </w:rPr>
        <w:t xml:space="preserve">(De3:21 kingdoms ahead) </w:t>
      </w:r>
      <w:r>
        <w:rPr>
          <w:b/>
          <w:u w:val="none"/>
        </w:rPr>
        <w:t>Deuteronomy 3:22</w:t>
      </w:r>
      <w:r>
        <w:rPr>
          <w:u w:val="none"/>
        </w:rPr>
        <w:t xml:space="preserve"> — </w:t>
      </w:r>
      <w:r>
        <w:rPr>
          <w:u w:val="none"/>
          <w:shd w:val="clear" w:fill="F4B183" w:color="auto"/>
          <w:color w:val="000000"/>
        </w:rPr>
        <w:t>Do not be afraid of {them}</w:t>
      </w:r>
      <w:r>
        <w:rPr>
          <w:b w:val="false"/>
          <w:i w:val="false"/>
          <w:color w:val="000000"/>
          <w:u w:val="none"/>
          <w:shd w:val="clear" w:color="auto" w:fill="F4B183"/>
        </w:rPr>
        <w:t xml:space="preserve"> [17AKG]</w:t>
      </w:r>
      <w:r>
        <w:rPr>
          <w:u w:val="none"/>
        </w:rPr>
        <w:t xml:space="preserve">, for </w:t>
      </w:r>
      <w:r>
        <w:rPr>
          <w:u w:val="none"/>
          <w:shd w:val="clear" w:fill="B7DDE8"/>
        </w:rPr>
        <w:t>the LORD your God Himself will fight for you</w:t>
      </w:r>
      <w:r>
        <w:rPr>
          <w:b w:val="false"/>
          <w:i w:val="false"/>
          <w:color w:val="000000"/>
          <w:u w:val="none"/>
        </w:rPr>
        <w:t xml:space="preserve"> [3DOT]</w:t>
      </w:r>
      <w:r>
        <w:rPr>
          <w:u w:val="none"/>
        </w:rPr>
        <w:t>.”</w:t>
      </w:r>
    </w:p>
    <w:p>
      <w:pPr>
        <w:pStyle w:val="Yellow"/>
        <w:rPr/>
      </w:pPr>
      <w:r>
        <w:rPr>
          <w:b/>
          <w:u w:val="none"/>
        </w:rPr>
        <w:t>Deuteronomy 20:4</w:t>
      </w:r>
      <w:r>
        <w:rPr>
          <w:u w:val="none"/>
        </w:rPr>
        <w:t xml:space="preserve"> — For </w:t>
      </w:r>
      <w:r>
        <w:rPr>
          <w:u w:val="none"/>
          <w:shd w:val="clear" w:fill="B7DDE8"/>
        </w:rPr>
        <w:t>the LORD your God goes with you</w:t>
      </w:r>
      <w:r>
        <w:rPr>
          <w:b w:val="false"/>
          <w:i w:val="false"/>
          <w:u w:val="none"/>
          <w:color w:val="000000"/>
        </w:rPr>
        <w:t xml:space="preserve"> [14DJY]</w:t>
      </w:r>
      <w:r>
        <w:rPr>
          <w:u w:val="none"/>
        </w:rPr>
        <w:t xml:space="preserve"> </w:t>
      </w:r>
      <w:r>
        <w:rPr>
          <w:u w:val="none"/>
          <w:shd w:val="clear" w:fill="B7DDE8"/>
        </w:rPr>
        <w:t>to fight for you against your enemies</w:t>
      </w:r>
      <w:r>
        <w:rPr>
          <w:b w:val="false"/>
          <w:i w:val="false"/>
          <w:color w:val="000000"/>
          <w:u w:val="none"/>
        </w:rPr>
        <w:t xml:space="preserve"> [1DSL]</w:t>
      </w:r>
      <w:r>
        <w:rPr>
          <w:u w:val="none"/>
        </w:rPr>
        <w:t xml:space="preserve">, </w:t>
      </w:r>
      <w:r>
        <w:rPr>
          <w:u w:val="none"/>
          <w:shd w:val="clear" w:fill="B7DDE8"/>
        </w:rPr>
        <w:t>to give you the victory</w:t>
      </w:r>
      <w:r>
        <w:rPr>
          <w:b w:val="false"/>
          <w:i w:val="false"/>
          <w:color w:val="000000"/>
          <w:u w:val="none"/>
        </w:rPr>
        <w:t xml:space="preserve"> [1DSM]</w:t>
      </w:r>
      <w:r>
        <w:rPr>
          <w:u w:val="none"/>
        </w:rPr>
        <w:t>.</w:t>
      </w:r>
    </w:p>
    <w:p>
      <w:pPr>
        <w:pStyle w:val="Green"/>
        <w:rPr/>
      </w:pPr>
      <w:r>
        <w:rPr>
          <w:b/>
          <w:u w:val="none"/>
        </w:rPr>
        <w:t>Deuteronomy 32:39</w:t>
      </w:r>
      <w:r>
        <w:rPr>
          <w:u w:val="none"/>
        </w:rPr>
        <w:t xml:space="preserve"> — See now that I am He; </w:t>
      </w:r>
      <w:r>
        <w:rPr>
          <w:u w:val="none"/>
          <w:shd w:fill="B7DDE8" w:val="clear"/>
        </w:rPr>
        <w:t>there is no God besides Me</w:t>
      </w:r>
      <w:r>
        <w:rPr>
          <w:b w:val="false"/>
          <w:i w:val="false"/>
          <w:color w:val="000000"/>
          <w:u w:val="none"/>
        </w:rPr>
        <w:t xml:space="preserve"> [19FQ]</w:t>
      </w:r>
      <w:r>
        <w:rPr>
          <w:u w:val="none"/>
        </w:rPr>
        <w:t xml:space="preserve">. </w:t>
      </w:r>
      <w:r>
        <w:rPr>
          <w:u w:val="none"/>
          <w:shd w:fill="B7DDE8" w:val="clear"/>
        </w:rPr>
        <w:t>I bring death and I give life</w:t>
      </w:r>
      <w:r>
        <w:rPr>
          <w:b w:val="false"/>
          <w:i w:val="false"/>
          <w:color w:val="000000"/>
          <w:u w:val="none"/>
        </w:rPr>
        <w:t xml:space="preserve"> [2FR]</w:t>
      </w:r>
      <w:r>
        <w:rPr>
          <w:u w:val="none"/>
        </w:rPr>
        <w:t xml:space="preserve">; </w:t>
      </w:r>
      <w:r>
        <w:rPr>
          <w:u w:val="none"/>
          <w:shd w:fill="B7DDE8" w:val="clear"/>
        </w:rPr>
        <w:t>I wound and I heal</w:t>
      </w:r>
      <w:r>
        <w:rPr>
          <w:b w:val="false"/>
          <w:i w:val="false"/>
          <w:color w:val="000000"/>
          <w:u w:val="none"/>
        </w:rPr>
        <w:t xml:space="preserve"> [1DZL]</w:t>
      </w:r>
      <w:r>
        <w:rPr>
          <w:u w:val="none"/>
          <w:shd w:val="clear" w:color="auto" w:fill="548235"/>
          <w:color w:val="FFFFFF"/>
        </w:rPr>
        <w:t xml:space="preserve">, and </w:t>
      </w:r>
      <w:r>
        <w:rPr>
          <w:u w:val="none"/>
          <w:shd w:fill="548235" w:val="clear" w:color="auto"/>
          <w:color w:val="FFFFFF"/>
        </w:rPr>
        <w:t>there is no one who can deliver from My hand</w:t>
      </w:r>
      <w:r>
        <w:rPr>
          <w:b w:val="false"/>
          <w:i w:val="false"/>
          <w:color w:val="FFFFFF"/>
          <w:u w:val="none"/>
          <w:shd w:val="clear" w:color="auto" w:fill="548235"/>
        </w:rPr>
        <w:t xml:space="preserve"> [2FS]</w:t>
      </w:r>
      <w:r>
        <w:rPr>
          <w:u w:val="none"/>
          <w:shd w:val="clear" w:color="auto" w:fill="548235"/>
          <w:color w:val="FFFFFF"/>
        </w:rPr>
        <w:t>.</w:t>
      </w:r>
    </w:p>
    <w:p>
      <w:pPr>
        <w:pStyle w:val="Yellow"/>
        <w:rPr/>
      </w:pPr>
      <w:r>
        <w:rPr>
          <w:b/>
        </w:rPr>
        <w:t>Judges 2:18</w:t>
      </w:r>
      <w:r>
        <w:rPr/>
        <w:t xml:space="preserve"> — </w:t>
      </w:r>
      <w:r>
        <w:rPr>
          <w:shd w:val="clear" w:fill="B7DDE8"/>
        </w:rPr>
        <w:t>Whenever the LORD raised up a judge for the Israelites</w:t>
      </w:r>
      <w:r>
        <w:rPr>
          <w:b w:val="false"/>
          <w:i w:val="false"/>
          <w:color w:val="000000"/>
          <w:u w:val="none"/>
        </w:rPr>
        <w:t xml:space="preserve"> [1BVT]</w:t>
      </w:r>
      <w:r>
        <w:rPr/>
        <w:t xml:space="preserve">, </w:t>
      </w:r>
      <w:r>
        <w:rPr>
          <w:shd w:val="clear" w:fill="B7DDE8"/>
        </w:rPr>
        <w:t>He was with that judge</w:t>
      </w:r>
      <w:r>
        <w:rPr>
          <w:b w:val="false"/>
          <w:i w:val="false"/>
          <w:u w:val="none"/>
          <w:color w:val="000000"/>
        </w:rPr>
        <w:t xml:space="preserve"> [1BVU]</w:t>
      </w:r>
      <w:r>
        <w:rPr/>
        <w:t xml:space="preserve"> and </w:t>
      </w:r>
      <w:r>
        <w:rPr>
          <w:shd w:val="clear" w:fill="B7DDE8"/>
        </w:rPr>
        <w:t>saved them from the hands of their enemies while the judge was still alive</w:t>
      </w:r>
      <w:r>
        <w:rPr>
          <w:b w:val="false"/>
          <w:i w:val="false"/>
          <w:color w:val="000000"/>
          <w:u w:val="none"/>
        </w:rPr>
        <w:t xml:space="preserve"> [1BVV]</w:t>
      </w:r>
      <w:r>
        <w:rPr/>
        <w:t xml:space="preserve">; for </w:t>
      </w:r>
      <w:r>
        <w:rPr>
          <w:shd w:val="clear" w:fill="B7DDE8"/>
        </w:rPr>
        <w:t>the LORD was moved to pity</w:t>
      </w:r>
      <w:r>
        <w:rPr>
          <w:b w:val="false"/>
          <w:i w:val="false"/>
          <w:u w:val="none"/>
          <w:color w:val="000000"/>
        </w:rPr>
        <w:t xml:space="preserve"> [1BVW]</w:t>
      </w:r>
      <w:r>
        <w:rPr/>
        <w:t xml:space="preserve"> </w:t>
      </w:r>
      <w:r>
        <w:rPr>
          <w:shd w:val="clear" w:fill="B7DDE8"/>
        </w:rPr>
        <w:t>by their groaning under those who oppressed them and afflicted them</w:t>
      </w:r>
      <w:r>
        <w:rPr>
          <w:b w:val="false"/>
          <w:i w:val="false"/>
          <w:color w:val="000000"/>
          <w:u w:val="none"/>
        </w:rPr>
        <w:t xml:space="preserve"> [1BVX]</w:t>
      </w:r>
      <w:r>
        <w:rPr/>
        <w:t>.</w:t>
      </w:r>
    </w:p>
    <w:p>
      <w:pPr>
        <w:pStyle w:val="Yellow"/>
        <w:rPr/>
      </w:pPr>
      <w:r>
        <w:rPr/>
        <w:t xml:space="preserve">(Jdg3:14 Israelites oppressed by Moab) </w:t>
      </w:r>
      <w:r>
        <w:rPr>
          <w:b/>
        </w:rPr>
        <w:t>Judges 3:15</w:t>
      </w:r>
      <w:r>
        <w:rPr/>
        <w:t xml:space="preserve"> — And again </w:t>
      </w:r>
      <w:r>
        <w:rPr>
          <w:shd w:val="clear" w:fill="B7DDE8"/>
        </w:rPr>
        <w:t>{they} cried out to the LORD</w:t>
      </w:r>
      <w:r>
        <w:rPr>
          <w:b w:val="false"/>
          <w:i w:val="false"/>
          <w:color w:val="000000"/>
          <w:u w:val="none"/>
        </w:rPr>
        <w:t xml:space="preserve"> [1CSW]</w:t>
      </w:r>
      <w:r>
        <w:rPr/>
        <w:t xml:space="preserve">, and </w:t>
      </w:r>
      <w:r>
        <w:rPr>
          <w:shd w:val="clear" w:fill="B7DDE8"/>
        </w:rPr>
        <w:t>He raised up Ehud son of Gera, a left-handed Benjamite, as their deliverer</w:t>
      </w:r>
      <w:r>
        <w:rPr>
          <w:b w:val="false"/>
          <w:i w:val="false"/>
          <w:color w:val="000000"/>
          <w:u w:val="none"/>
        </w:rPr>
        <w:t xml:space="preserve"> [1CSX]</w:t>
      </w:r>
      <w:r>
        <w:rPr/>
        <w:t>.</w:t>
      </w:r>
    </w:p>
    <w:p>
      <w:pPr>
        <w:pStyle w:val="Yellow"/>
        <w:rPr/>
      </w:pPr>
      <w:r>
        <w:rPr>
          <w:u w:val="none"/>
        </w:rPr>
        <w:t xml:space="preserve">(1Sa7:10–11 the LORD defeated the Philistines) </w:t>
      </w:r>
      <w:r>
        <w:rPr>
          <w:b/>
          <w:u w:val="none"/>
        </w:rPr>
        <w:t xml:space="preserve">1 Samuel 7:12</w:t>
      </w:r>
      <w:r>
        <w:rPr>
          <w:u w:val="none"/>
        </w:rPr>
        <w:t xml:space="preserve"> — “{Afterward}, </w:t>
      </w:r>
      <w:r>
        <w:rPr>
          <w:u w:val="none"/>
          <w:shd w:fill="B7DDE8" w:val="clear"/>
        </w:rPr>
        <w:t xml:space="preserve">Samuel took a stone</w:t>
      </w:r>
      <w:r>
        <w:rPr>
          <w:b w:val="false"/>
          <w:i w:val="false"/>
          <w:color w:val="000000"/>
          <w:u w:val="none"/>
        </w:rPr>
        <w:t xml:space="preserve"> [1LKN]</w:t>
      </w:r>
      <w:r>
        <w:rPr>
          <w:u w:val="none"/>
        </w:rPr>
        <w:t xml:space="preserve"> and </w:t>
      </w:r>
      <w:r>
        <w:rPr>
          <w:u w:val="none"/>
          <w:shd w:fill="B7DDE8" w:val="clear"/>
        </w:rPr>
        <w:t xml:space="preserve">set it up between Mizpah and Shen</w:t>
      </w:r>
      <w:r>
        <w:rPr>
          <w:b w:val="false"/>
          <w:i w:val="false"/>
          <w:color w:val="000000"/>
          <w:u w:val="none"/>
        </w:rPr>
        <w:t xml:space="preserve"> [1LKO]</w:t>
      </w:r>
      <w:r>
        <w:rPr>
          <w:u w:val="none"/>
        </w:rPr>
        <w:t xml:space="preserve">. </w:t>
      </w:r>
      <w:r>
        <w:rPr>
          <w:u w:val="none"/>
          <w:shd w:fill="B7DDE8" w:val="clear"/>
        </w:rPr>
        <w:t xml:space="preserve">He named it Ebenezer</w:t>
      </w:r>
      <w:r>
        <w:rPr>
          <w:b w:val="false"/>
          <w:i w:val="false"/>
          <w:color w:val="000000"/>
          <w:u w:val="none"/>
        </w:rPr>
        <w:t xml:space="preserve"> [1LKP]</w:t>
      </w:r>
      <w:r>
        <w:rPr>
          <w:u w:val="none"/>
        </w:rPr>
        <w:t xml:space="preserve">, saying, “</w:t>
      </w:r>
      <w:r>
        <w:rPr>
          <w:u w:val="none"/>
          <w:color w:val="000000"/>
        </w:rPr>
        <w:t xml:space="preserve">Thus far </w:t>
      </w:r>
      <w:r>
        <w:rPr>
          <w:u w:val="none"/>
          <w:color w:val="000000"/>
        </w:rPr>
        <w:t xml:space="preserve">the LORD has helped us</w:t>
      </w:r>
      <w:r>
        <w:rPr>
          <w:b w:val="false"/>
          <w:i w:val="false"/>
          <w:color w:val="000000"/>
          <w:u w:val="none"/>
        </w:rPr>
        <w:t xml:space="preserve"> [1LKQ]</w:t>
      </w:r>
      <w:r>
        <w:rPr>
          <w:u w:val="none"/>
        </w:rPr>
        <w:t xml:space="preserve">.”</w:t>
      </w:r>
    </w:p>
    <w:p>
      <w:pPr>
        <w:pStyle w:val="Yellow"/>
        <w:rPr/>
        <w:pBdr>
          <w:left w:val="single" w:sz="28" w:space="5" w:color="C00000"/>
        </w:pBdr>
      </w:pPr>
      <w:r>
        <w:rPr/>
        <w:t xml:space="preserve">(1Sa12:10 when Israel confessed and sought deliverance) </w:t>
      </w:r>
      <w:r>
        <w:rPr>
          <w:b/>
        </w:rPr>
        <w:t>1 Samuel 12:11</w:t>
      </w:r>
      <w:r>
        <w:rPr/>
        <w:t xml:space="preserve"> — {So} </w:t>
      </w:r>
      <w:r>
        <w:rPr>
          <w:shd w:val="clear" w:fill="B7DDE8"/>
        </w:rPr>
        <w:t>the LORD sent Jerubbaal, Barak, Jephthah, and Samuel</w:t>
      </w:r>
      <w:r>
        <w:rPr>
          <w:b w:val="false"/>
          <w:i w:val="false"/>
          <w:color w:val="000000"/>
          <w:u w:val="none"/>
        </w:rPr>
        <w:t xml:space="preserve"> [1DPV]</w:t>
      </w:r>
      <w:r>
        <w:rPr/>
        <w:t xml:space="preserve">, and </w:t>
      </w:r>
      <w:r>
        <w:rPr>
          <w:shd w:val="clear" w:fill="B7DDE8"/>
        </w:rPr>
        <w:t>He delivered you from the hands of your enemies on every side</w:t>
      </w:r>
      <w:r>
        <w:rPr>
          <w:b w:val="false"/>
          <w:i w:val="false"/>
          <w:color w:val="000000"/>
          <w:u w:val="none"/>
        </w:rPr>
        <w:t xml:space="preserve"> [1DPW]</w:t>
      </w:r>
      <w:r>
        <w:rPr/>
        <w:t xml:space="preserve">, and </w:t>
      </w:r>
      <w:r>
        <w:rPr>
          <w:shd w:val="clear" w:fill="548235" w:color="auto"/>
          <w:color w:val="FFFFFF"/>
        </w:rPr>
        <w:t>you dwelt securely</w:t>
      </w:r>
      <w:r>
        <w:rPr>
          <w:b w:val="false"/>
          <w:i w:val="false"/>
          <w:color w:val="FFFFFF"/>
          <w:u w:val="none"/>
          <w:shd w:val="clear" w:color="auto" w:fill="548235"/>
        </w:rPr>
        <w:t xml:space="preserve"> [1DPX]</w:t>
      </w:r>
      <w:r>
        <w:rPr/>
        <w:t>.</w:t>
      </w:r>
    </w:p>
    <w:p>
      <w:pPr>
        <w:pStyle w:val="Yellow"/>
        <w:rPr/>
      </w:pPr>
      <w:r>
        <w:rPr>
          <w:b/>
        </w:rPr>
        <w:t>1 Samuel 17:37</w:t>
      </w:r>
      <w:r>
        <w:rPr/>
        <w:t xml:space="preserve"> — “The LORD, who </w:t>
      </w:r>
      <w:r>
        <w:rPr>
          <w:shd w:val="clear" w:fill="B7DDE8"/>
        </w:rPr>
        <w:t>delivered me from the claws of the lion and the bear</w:t>
      </w:r>
      <w:r>
        <w:rPr>
          <w:b w:val="false"/>
          <w:i w:val="false"/>
          <w:color w:val="000000"/>
          <w:u w:val="none"/>
        </w:rPr>
        <w:t xml:space="preserve"> [1DPQ]</w:t>
      </w:r>
      <w:r>
        <w:rPr/>
        <w:t xml:space="preserve">, </w:t>
      </w:r>
      <w:r>
        <w:rPr>
          <w:shd w:val="clear" w:fill="B7DDE8"/>
        </w:rPr>
        <w:t>will deliver me from the hand of this Philistine</w:t>
      </w:r>
      <w:r>
        <w:rPr>
          <w:b w:val="false"/>
          <w:i w:val="false"/>
          <w:color w:val="000000"/>
          <w:u w:val="none"/>
        </w:rPr>
        <w:t xml:space="preserve"> [1DPR]</w:t>
      </w:r>
      <w:r>
        <w:rPr/>
        <w:t>.”</w:t>
      </w:r>
    </w:p>
    <w:p>
      <w:pPr>
        <w:pStyle w:val="Yellow"/>
        <w:rPr/>
        <w:pBdr>
          <w:left w:val="single" w:sz="28" w:space="5" w:color="C00000"/>
        </w:pBdr>
      </w:pPr>
      <w:r>
        <w:rPr>
          <w:shd w:val="clear" w:color="auto" w:fill="F4B183"/>
          <w:color w:val="000000"/>
        </w:rPr>
        <w:t xml:space="preserve">(2Sa12:10 —  “because you have despised Me and have taken the wife of Uriah”) </w:t>
      </w:r>
      <w:r>
        <w:rPr>
          <w:b/>
          <w:shd w:val="clear" w:color="auto" w:fill="F4B183"/>
          <w:color w:val="000000"/>
        </w:rPr>
        <w:t xml:space="preserve">2 Samuel 12:13</w:t>
      </w:r>
      <w:r>
        <w:rPr>
          <w:shd w:val="clear" w:color="auto" w:fill="F4B183"/>
          <w:color w:val="000000"/>
        </w:rPr>
        <w:t xml:space="preserve"> — David said to Nathan, “</w:t>
      </w:r>
      <w:r>
        <w:rPr>
          <w:shd w:fill="F4B183" w:val="clear" w:color="auto"/>
          <w:color w:val="000000"/>
        </w:rPr>
        <w:t xml:space="preserve">I have sinned against the LORD</w:t>
      </w:r>
      <w:r>
        <w:rPr>
          <w:b w:val="false"/>
          <w:i w:val="false"/>
          <w:color w:val="000000"/>
          <w:u w:val="none"/>
          <w:shd w:val="clear" w:color="auto" w:fill="F4B183"/>
        </w:rPr>
        <w:t xml:space="preserve"> [3AKD]</w:t>
      </w:r>
      <w:r>
        <w:rPr>
          <w:shd w:val="clear" w:color="auto" w:fill="F4B183"/>
          <w:color w:val="000000"/>
        </w:rPr>
        <w:t xml:space="preserve">.” “</w:t>
      </w:r>
      <w:r>
        <w:rPr>
          <w:shd w:fill="F4B183" w:val="clear" w:color="auto"/>
          <w:color w:val="000000"/>
        </w:rPr>
        <w:t xml:space="preserve">The LORD has taken away your sin</w:t>
      </w:r>
      <w:r>
        <w:rPr>
          <w:b w:val="false"/>
          <w:i w:val="false"/>
          <w:color w:val="000000"/>
          <w:u w:val="none"/>
          <w:shd w:val="clear" w:color="auto" w:fill="F4B183"/>
        </w:rPr>
        <w:t xml:space="preserve"> [1IRN]</w:t>
      </w:r>
      <w:r>
        <w:rPr>
          <w:shd w:val="clear" w:color="auto" w:fill="F4B183"/>
          <w:color w:val="000000"/>
        </w:rPr>
        <w:t xml:space="preserve">,” Nathan replied. “</w:t>
      </w:r>
      <w:r>
        <w:rPr>
          <w:shd w:fill="F4B183" w:val="clear" w:color="auto"/>
          <w:color w:val="000000"/>
        </w:rPr>
        <w:t xml:space="preserve">You will not die</w:t>
      </w:r>
      <w:r>
        <w:rPr>
          <w:b w:val="false"/>
          <w:i w:val="false"/>
          <w:color w:val="000000"/>
          <w:u w:val="none"/>
          <w:shd w:val="clear" w:color="auto" w:fill="F4B183"/>
        </w:rPr>
        <w:t xml:space="preserve"> [1IRO]</w:t>
      </w:r>
      <w:r>
        <w:rPr>
          <w:shd w:val="clear" w:color="auto" w:fill="F4B183"/>
          <w:color w:val="000000"/>
        </w:rPr>
        <w:t xml:space="preserve">.</w:t>
      </w:r>
    </w:p>
    <w:p>
      <w:pPr>
        <w:pStyle w:val="Green"/>
        <w:rPr/>
      </w:pPr>
      <w:r>
        <w:rPr>
          <w:b/>
          <w:u w:val="none"/>
          <w:shd w:val="clear" w:color="auto" w:fill="C00000"/>
          <w:color w:val="FFFFFF"/>
        </w:rPr>
        <w:t>2 Samuel 22:2</w:t>
      </w:r>
      <w:r>
        <w:rPr>
          <w:u w:val="none"/>
          <w:shd w:val="clear" w:color="auto" w:fill="C00000"/>
          <w:color w:val="FFFFFF"/>
        </w:rPr>
        <w:t xml:space="preserve"> — “</w:t>
      </w:r>
      <w:r>
        <w:rPr>
          <w:u w:val="none"/>
          <w:shd w:val="clear" w:color="auto" w:fill="C00000"/>
          <w:color w:val="FFFFFF"/>
        </w:rPr>
        <w:t>The LORD is my rock</w:t>
      </w:r>
      <w:r>
        <w:rPr>
          <w:b w:val="false"/>
          <w:i w:val="false"/>
          <w:u w:val="none"/>
          <w:shd w:val="clear" w:color="auto" w:fill="C00000"/>
          <w:color w:val="FFFFFF"/>
        </w:rPr>
        <w:t xml:space="preserve"> [7GI]</w:t>
      </w:r>
      <w:r>
        <w:rPr>
          <w:u w:val="none"/>
          <w:shd w:val="clear" w:color="auto" w:fill="C00000"/>
          <w:color w:val="FFFFFF"/>
        </w:rPr>
        <w:t xml:space="preserve">, </w:t>
      </w:r>
      <w:r>
        <w:rPr>
          <w:u w:val="none"/>
          <w:shd w:val="clear" w:color="auto" w:fill="C00000"/>
          <w:color w:val="FFFFFF"/>
        </w:rPr>
        <w:t>my fortress</w:t>
      </w:r>
      <w:r>
        <w:rPr>
          <w:b w:val="false"/>
          <w:i w:val="false"/>
          <w:u w:val="none"/>
          <w:shd w:val="clear" w:color="auto" w:fill="C00000"/>
          <w:color w:val="FFFFFF"/>
        </w:rPr>
        <w:t xml:space="preserve"> [12GJ]</w:t>
      </w:r>
      <w:r>
        <w:rPr>
          <w:u w:val="none"/>
          <w:shd w:val="clear" w:color="auto" w:fill="C00000"/>
          <w:color w:val="FFFFFF"/>
        </w:rPr>
        <w:t xml:space="preserve">, and </w:t>
      </w:r>
      <w:r>
        <w:rPr>
          <w:u w:val="none"/>
          <w:shd w:val="clear" w:color="auto" w:fill="C00000"/>
          <w:color w:val="FFFFFF"/>
        </w:rPr>
        <w:t>my deliverer</w:t>
      </w:r>
      <w:r>
        <w:rPr>
          <w:b w:val="false"/>
          <w:i w:val="false"/>
          <w:u w:val="none"/>
          <w:shd w:val="clear" w:color="auto" w:fill="C00000"/>
          <w:color w:val="FFFFFF"/>
        </w:rPr>
        <w:t xml:space="preserve"> [5CUV]</w:t>
      </w:r>
      <w:r>
        <w:rPr>
          <w:u w:val="none"/>
          <w:shd w:val="clear" w:color="auto" w:fill="C00000"/>
          <w:color w:val="FFFFFF"/>
        </w:rPr>
        <w:t>.</w:t>
      </w:r>
    </w:p>
    <w:p>
      <w:pPr>
        <w:pStyle w:val="Yellow"/>
        <w:rPr/>
        <w:pBdr>
          <w:left w:val="single" w:sz="28" w:space="5" w:color="C00000"/>
        </w:pBdr>
      </w:pPr>
      <w:r>
        <w:rPr>
          <w:b/>
          <w:highlight w:val="cyan"/>
        </w:rPr>
        <w:t>2 Samuel 22:4</w:t>
      </w:r>
      <w:r>
        <w:rPr>
          <w:highlight w:val="cyan"/>
        </w:rPr>
        <w:t xml:space="preserve"> — </w:t>
      </w:r>
      <w:r>
        <w:rPr>
          <w:highlight w:val="cyan"/>
          <w:shd w:fill="B7DDE8" w:val="clear"/>
        </w:rPr>
        <w:t>I will call upon the LORD</w:t>
      </w:r>
      <w:r>
        <w:rPr>
          <w:b w:val="false"/>
          <w:i w:val="false"/>
          <w:color w:val="000000"/>
          <w:u w:val="none"/>
        </w:rPr>
        <w:t xml:space="preserve"> [1BSB]</w:t>
      </w:r>
      <w:r>
        <w:rPr>
          <w:highlight w:val="cyan"/>
        </w:rPr>
        <w:t xml:space="preserve">, </w:t>
      </w:r>
      <w:r>
        <w:rPr>
          <w:highlight w:val="cyan"/>
          <w:shd w:fill="B7DDE8" w:val="clear"/>
        </w:rPr>
        <w:t>who is worthy to be praised</w:t>
      </w:r>
      <w:r>
        <w:rPr>
          <w:b w:val="false"/>
          <w:i w:val="false"/>
          <w:u w:val="none"/>
          <w:color w:val="000000"/>
        </w:rPr>
        <w:t xml:space="preserve"> [2NJ]</w:t>
      </w:r>
      <w:r>
        <w:rPr>
          <w:highlight w:val="cyan"/>
        </w:rPr>
        <w:t xml:space="preserve">; so shall </w:t>
      </w:r>
      <w:r>
        <w:rPr>
          <w:highlight w:val="cyan"/>
          <w:shd w:fill="B7DDE8" w:val="clear"/>
        </w:rPr>
        <w:t>I be saved from my enemies</w:t>
      </w:r>
      <w:r>
        <w:rPr>
          <w:b w:val="false"/>
          <w:i w:val="false"/>
          <w:color w:val="000000"/>
          <w:u w:val="none"/>
        </w:rPr>
        <w:t xml:space="preserve"> [1BSC]</w:t>
      </w:r>
      <w:r>
        <w:rPr>
          <w:highlight w:val="cyan"/>
        </w:rPr>
        <w:t>.</w:t>
      </w:r>
    </w:p>
    <w:p>
      <w:pPr>
        <w:pStyle w:val="Green"/>
        <w:rPr/>
      </w:pPr>
      <w:r>
        <w:rPr>
          <w:u w:val="none"/>
        </w:rPr>
        <w:t xml:space="preserve">(2Sa22:14 “the LORD”) </w:t>
      </w:r>
      <w:r>
        <w:rPr>
          <w:b/>
          <w:u w:val="none"/>
        </w:rPr>
        <w:t>2 Samuel 22:17–18</w:t>
      </w:r>
      <w:r>
        <w:rPr>
          <w:u w:val="none"/>
        </w:rPr>
        <w:t xml:space="preserve"> — </w:t>
      </w:r>
      <w:r>
        <w:rPr>
          <w:u w:val="none"/>
          <w:shd w:val="clear" w:fill="B7DDE8"/>
        </w:rPr>
        <w:t>{He} reached down from on high</w:t>
      </w:r>
      <w:r>
        <w:rPr>
          <w:b w:val="false"/>
          <w:i w:val="false"/>
          <w:color w:val="000000"/>
          <w:u w:val="none"/>
        </w:rPr>
        <w:t xml:space="preserve"> [2DSD]</w:t>
      </w:r>
      <w:r>
        <w:rPr>
          <w:u w:val="none"/>
        </w:rPr>
        <w:t xml:space="preserve"> and </w:t>
      </w:r>
      <w:r>
        <w:rPr>
          <w:u w:val="none"/>
          <w:shd w:val="clear" w:fill="B7DDE8"/>
        </w:rPr>
        <w:t>took hold of me</w:t>
      </w:r>
      <w:r>
        <w:rPr>
          <w:b w:val="false"/>
          <w:i w:val="false"/>
          <w:color w:val="000000"/>
          <w:u w:val="none"/>
        </w:rPr>
        <w:t xml:space="preserve"> [1DSE]</w:t>
      </w:r>
      <w:r>
        <w:rPr>
          <w:u w:val="none"/>
        </w:rPr>
        <w:t xml:space="preserve">; </w:t>
      </w:r>
      <w:r>
        <w:rPr>
          <w:u w:val="none"/>
          <w:shd w:val="clear" w:fill="B7DDE8"/>
        </w:rPr>
        <w:t>He drew me out of deep waters</w:t>
      </w:r>
      <w:r>
        <w:rPr>
          <w:b w:val="false"/>
          <w:i w:val="false"/>
          <w:color w:val="000000"/>
          <w:u w:val="none"/>
        </w:rPr>
        <w:t xml:space="preserve"> [1DSF]</w:t>
      </w:r>
      <w:r>
        <w:rPr>
          <w:u w:val="none"/>
        </w:rPr>
        <w:t xml:space="preserve">. </w:t>
      </w:r>
      <w:r>
        <w:rPr>
          <w:u w:val="none"/>
          <w:shd w:val="clear" w:fill="B7DDE8"/>
        </w:rPr>
        <w:t>He rescued me from my powerful enemy, from foes too mighty for me</w:t>
      </w:r>
      <w:r>
        <w:rPr>
          <w:b w:val="false"/>
          <w:i w:val="false"/>
          <w:color w:val="000000"/>
          <w:u w:val="none"/>
        </w:rPr>
        <w:t xml:space="preserve"> [2DSG]</w:t>
      </w:r>
      <w:r>
        <w:rPr>
          <w:u w:val="none"/>
        </w:rPr>
        <w:t>.</w:t>
      </w:r>
    </w:p>
    <w:p>
      <w:pPr>
        <w:pStyle w:val="Green"/>
        <w:rPr/>
      </w:pPr>
      <w:r>
        <w:rPr>
          <w:highlight w:val="cyan"/>
        </w:rPr>
        <w:t xml:space="preserve">(2Sa22:19 “the LORD”) </w:t>
      </w:r>
      <w:r>
        <w:rPr>
          <w:b/>
          <w:highlight w:val="cyan"/>
        </w:rPr>
        <w:t>2 Samuel 22:20</w:t>
      </w:r>
      <w:r>
        <w:rPr>
          <w:highlight w:val="cyan"/>
        </w:rPr>
        <w:t xml:space="preserve"> — </w:t>
      </w:r>
      <w:r>
        <w:rPr>
          <w:highlight w:val="cyan"/>
          <w:shd w:val="clear" w:fill="B7DDE8"/>
        </w:rPr>
        <w:t>{He} brought me out into the open</w:t>
      </w:r>
      <w:r>
        <w:rPr>
          <w:b w:val="false"/>
          <w:i w:val="false"/>
          <w:color w:val="000000"/>
          <w:u w:val="none"/>
        </w:rPr>
        <w:t xml:space="preserve"> [1DTA]</w:t>
      </w:r>
      <w:r>
        <w:rPr>
          <w:highlight w:val="cyan"/>
        </w:rPr>
        <w:t xml:space="preserve">; </w:t>
      </w:r>
      <w:r>
        <w:rPr>
          <w:highlight w:val="cyan"/>
          <w:shd w:val="clear" w:fill="B7DDE8"/>
        </w:rPr>
        <w:t>He rescued me</w:t>
      </w:r>
      <w:r>
        <w:rPr>
          <w:b w:val="false"/>
          <w:i w:val="false"/>
          <w:color w:val="000000"/>
          <w:u w:val="none"/>
        </w:rPr>
        <w:t xml:space="preserve"> [2DTB]</w:t>
      </w:r>
      <w:r>
        <w:rPr>
          <w:highlight w:val="cyan"/>
        </w:rPr>
        <w:t xml:space="preserve"> </w:t>
      </w:r>
      <w:r>
        <w:rPr>
          <w:highlight w:val="cyan"/>
          <w:shd w:val="clear" w:fill="B7DDE8"/>
        </w:rPr>
        <w:t>because He delighted in me</w:t>
      </w:r>
      <w:r>
        <w:rPr>
          <w:b w:val="false"/>
          <w:i w:val="false"/>
          <w:color w:val="000000"/>
          <w:u w:val="none"/>
        </w:rPr>
        <w:t xml:space="preserve"> [1DTC]</w:t>
      </w:r>
      <w:r>
        <w:rPr>
          <w:highlight w:val="cyan"/>
        </w:rPr>
        <w:t>.</w:t>
      </w:r>
    </w:p>
    <w:p>
      <w:pPr>
        <w:pStyle w:val="Yellow"/>
        <w:rPr/>
      </w:pPr>
      <w:r>
        <w:rPr>
          <w:b/>
          <w:highlight w:val="cyan"/>
          <w:u w:val="none"/>
        </w:rPr>
        <w:t>2 Samuel 22:49</w:t>
      </w:r>
      <w:r>
        <w:rPr>
          <w:highlight w:val="cyan"/>
          <w:u w:val="none"/>
        </w:rPr>
        <w:t xml:space="preserve"> — </w:t>
      </w:r>
      <w:r>
        <w:rPr>
          <w:highlight w:val="cyan"/>
          <w:u w:val="none"/>
          <w:shd w:val="clear" w:fill="B7DDE8"/>
        </w:rPr>
        <w:t>You exalt me above my foes</w:t>
      </w:r>
      <w:r>
        <w:rPr>
          <w:b w:val="false"/>
          <w:i w:val="false"/>
          <w:color w:val="000000"/>
          <w:u w:val="none"/>
        </w:rPr>
        <w:t xml:space="preserve"> [1DPF]</w:t>
      </w:r>
      <w:r>
        <w:rPr>
          <w:highlight w:val="cyan"/>
          <w:u w:val="none"/>
        </w:rPr>
        <w:t xml:space="preserve">; </w:t>
      </w:r>
      <w:r>
        <w:rPr>
          <w:u w:val="none"/>
          <w:shd w:val="clear" w:fill="B7DDE8"/>
        </w:rPr>
        <w:t>You rescue me from violent men</w:t>
      </w:r>
      <w:r>
        <w:rPr>
          <w:b w:val="false"/>
          <w:i w:val="false"/>
          <w:color w:val="000000"/>
          <w:u w:val="none"/>
        </w:rPr>
        <w:t xml:space="preserve"> [1DPG]</w:t>
      </w:r>
      <w:r>
        <w:rPr>
          <w:highlight w:val="cyan"/>
          <w:u w:val="none"/>
        </w:rPr>
        <w:t>.</w:t>
      </w:r>
    </w:p>
    <w:p>
      <w:pPr>
        <w:pStyle w:val="Yellow"/>
        <w:rPr/>
      </w:pPr>
      <w:r>
        <w:rPr>
          <w:u w:val="none"/>
        </w:rPr>
        <w:t xml:space="preserve">(1Ch5:18 Reubenite, Gadite, and Manassite warriors) </w:t>
      </w:r>
      <w:r>
        <w:rPr>
          <w:b/>
          <w:u w:val="none"/>
        </w:rPr>
        <w:t>1 Chronicles 5:20</w:t>
      </w:r>
      <w:r>
        <w:rPr>
          <w:u w:val="none"/>
        </w:rPr>
        <w:t xml:space="preserve"> — And </w:t>
      </w:r>
      <w:r>
        <w:rPr>
          <w:u w:val="none"/>
          <w:shd w:val="clear" w:fill="B7DDE8"/>
        </w:rPr>
        <w:t>because {they} cried out to God in battle</w:t>
      </w:r>
      <w:r>
        <w:rPr>
          <w:b w:val="false"/>
          <w:i w:val="false"/>
          <w:color w:val="000000"/>
          <w:u w:val="none"/>
        </w:rPr>
        <w:t xml:space="preserve"> [1CPB]</w:t>
      </w:r>
      <w:r>
        <w:rPr>
          <w:u w:val="none"/>
        </w:rPr>
        <w:t xml:space="preserve">, </w:t>
      </w:r>
      <w:r>
        <w:rPr>
          <w:u w:val="none"/>
          <w:shd w:val="clear" w:fill="B7DDE8"/>
        </w:rPr>
        <w:t>they were helped against their enemies</w:t>
      </w:r>
      <w:r>
        <w:rPr>
          <w:b w:val="false"/>
          <w:i w:val="false"/>
          <w:color w:val="000000"/>
          <w:u w:val="none"/>
        </w:rPr>
        <w:t xml:space="preserve"> [1CPC]</w:t>
      </w:r>
      <w:r>
        <w:rPr>
          <w:u w:val="none"/>
        </w:rPr>
        <w:t xml:space="preserve">, and </w:t>
      </w:r>
      <w:r>
        <w:rPr>
          <w:u w:val="none"/>
          <w:shd w:val="clear" w:fill="B7DDE8"/>
        </w:rPr>
        <w:t>the Hagrites and all their allies were delivered into their hands</w:t>
      </w:r>
      <w:r>
        <w:rPr>
          <w:b w:val="false"/>
          <w:i w:val="false"/>
          <w:color w:val="000000"/>
          <w:u w:val="none"/>
        </w:rPr>
        <w:t xml:space="preserve"> [1CPD]</w:t>
      </w:r>
      <w:r>
        <w:rPr>
          <w:u w:val="none"/>
        </w:rPr>
        <w:t xml:space="preserve">. </w:t>
      </w:r>
      <w:r>
        <w:rPr>
          <w:u w:val="none"/>
          <w:shd w:val="clear" w:fill="B7DDE8"/>
        </w:rPr>
        <w:t>Because they put their trust in God</w:t>
      </w:r>
      <w:r>
        <w:rPr>
          <w:b w:val="false"/>
          <w:i w:val="false"/>
          <w:u w:val="none"/>
          <w:color w:val="000000"/>
        </w:rPr>
        <w:t xml:space="preserve"> [1CPE]</w:t>
      </w:r>
      <w:r>
        <w:rPr>
          <w:u w:val="none"/>
        </w:rPr>
        <w:t xml:space="preserve">, </w:t>
      </w:r>
      <w:r>
        <w:rPr>
          <w:u w:val="none"/>
          <w:shd w:val="clear" w:fill="B7DDE8"/>
        </w:rPr>
        <w:t>He answered their prayers</w:t>
      </w:r>
      <w:r>
        <w:rPr>
          <w:b w:val="false"/>
          <w:i w:val="false"/>
          <w:color w:val="000000"/>
          <w:u w:val="none"/>
        </w:rPr>
        <w:t xml:space="preserve"> [1CPF]</w:t>
      </w:r>
      <w:r>
        <w:rPr>
          <w:u w:val="none"/>
        </w:rPr>
        <w:t>.</w:t>
      </w:r>
    </w:p>
    <w:p>
      <w:pPr>
        <w:pStyle w:val="Yellow"/>
        <w:rPr/>
      </w:pPr>
      <w:r>
        <w:rPr>
          <w:b/>
          <w:color w:val="000000"/>
        </w:rPr>
        <w:t xml:space="preserve">1 Chronicles 18:13</w:t>
      </w:r>
      <w:r>
        <w:rPr>
          <w:color w:val="000000"/>
        </w:rPr>
        <w:t xml:space="preserve"> — So </w:t>
      </w:r>
      <w:r>
        <w:rPr>
          <w:color w:val="000000"/>
        </w:rPr>
        <w:t xml:space="preserve">the LORD made David victorious wherever he went</w:t>
      </w:r>
      <w:r>
        <w:rPr>
          <w:b w:val="false"/>
          <w:i w:val="false"/>
          <w:color w:val="000000"/>
          <w:u w:val="none"/>
        </w:rPr>
        <w:t xml:space="preserve"> [1KXB]</w:t>
      </w:r>
      <w:r>
        <w:rPr>
          <w:color w:val="000000"/>
        </w:rPr>
        <w:t xml:space="preserve">.</w:t>
      </w:r>
    </w:p>
    <w:p>
      <w:pPr>
        <w:pStyle w:val="Yellow"/>
        <w:rPr/>
        <w:pBdr>
          <w:left w:val="single" w:sz="28" w:space="5" w:color="C00000"/>
        </w:pBdr>
      </w:pPr>
      <w:r>
        <w:rPr>
          <w:shd w:val="clear" w:color="auto" w:fill="F4B183"/>
          <w:color w:val="000000"/>
        </w:rPr>
        <w:t xml:space="preserve">(2Ch20:1 invading army) </w:t>
      </w:r>
      <w:r>
        <w:rPr>
          <w:b/>
          <w:shd w:val="clear" w:color="auto" w:fill="F4B183"/>
          <w:color w:val="000000"/>
        </w:rPr>
        <w:t xml:space="preserve">2 Chronicles 20:15</w:t>
      </w:r>
      <w:r>
        <w:rPr>
          <w:shd w:val="clear" w:color="auto" w:fill="F4B183"/>
          <w:color w:val="000000"/>
        </w:rPr>
        <w:t xml:space="preserve"> — ‘</w:t>
      </w:r>
      <w:r>
        <w:rPr>
          <w:shd w:fill="F4B183" w:val="clear" w:color="auto"/>
          <w:color w:val="000000"/>
        </w:rPr>
        <w:t xml:space="preserve">Do not be afraid or discouraged because of {this vast army}</w:t>
      </w:r>
      <w:r>
        <w:rPr>
          <w:b w:val="false"/>
          <w:i w:val="false"/>
          <w:color w:val="000000"/>
          <w:u w:val="none"/>
          <w:shd w:val="clear" w:color="auto" w:fill="F4B183"/>
        </w:rPr>
        <w:t xml:space="preserve"> [17AKG]</w:t>
      </w:r>
      <w:r>
        <w:rPr>
          <w:b w:val="false"/>
          <w:i w:val="false"/>
          <w:color w:val="000000"/>
          <w:u w:val="none"/>
          <w:shd w:val="clear" w:color="auto" w:fill="F4B183"/>
        </w:rPr>
        <w:t xml:space="preserve"> [4DOA]</w:t>
      </w:r>
      <w:r>
        <w:rPr>
          <w:shd w:val="clear" w:color="auto" w:fill="F4B183"/>
          <w:color w:val="000000"/>
        </w:rPr>
        <w:t xml:space="preserve">, for </w:t>
      </w:r>
      <w:r>
        <w:rPr>
          <w:shd w:fill="F4B183" w:val="clear" w:color="auto"/>
          <w:color w:val="000000"/>
        </w:rPr>
        <w:t xml:space="preserve">the battle does not belong to you, but to God</w:t>
      </w:r>
      <w:r>
        <w:rPr>
          <w:b w:val="false"/>
          <w:i w:val="false"/>
          <w:color w:val="000000"/>
          <w:u w:val="none"/>
          <w:shd w:val="clear" w:color="auto" w:fill="F4B183"/>
        </w:rPr>
        <w:t xml:space="preserve"> [1KFF]</w:t>
      </w:r>
      <w:r>
        <w:rPr>
          <w:shd w:val="clear" w:color="auto" w:fill="F4B183"/>
          <w:color w:val="000000"/>
        </w:rPr>
        <w:t xml:space="preserve">.</w:t>
      </w:r>
    </w:p>
    <w:p>
      <w:pPr>
        <w:pStyle w:val="Yellow"/>
        <w:rPr/>
      </w:pPr>
      <w:r>
        <w:rPr>
          <w:b/>
          <w:u w:val="none"/>
        </w:rPr>
        <w:t xml:space="preserve">2 Chronicles 32:7–8</w:t>
      </w:r>
      <w:r>
        <w:rPr>
          <w:u w:val="none"/>
        </w:rPr>
        <w:t xml:space="preserve"> — “</w:t>
      </w:r>
      <w:r>
        <w:rPr>
          <w:u w:val="none"/>
          <w:shd w:fill="B7DDE8" w:val="clear"/>
        </w:rPr>
        <w:t xml:space="preserve">Be strong and courageous</w:t>
      </w:r>
      <w:r>
        <w:rPr>
          <w:b w:val="false"/>
          <w:i w:val="false"/>
          <w:color w:val="000000"/>
          <w:u w:val="none"/>
        </w:rPr>
        <w:t xml:space="preserve"> [2HAS]</w:t>
      </w:r>
      <w:r>
        <w:rPr>
          <w:b w:val="false"/>
          <w:i w:val="false"/>
          <w:color w:val="000000"/>
          <w:u w:val="none"/>
        </w:rPr>
        <w:t xml:space="preserve"> [1KFA]</w:t>
      </w:r>
      <w:r>
        <w:rPr>
          <w:u w:val="none"/>
        </w:rPr>
        <w:t xml:space="preserve">! </w:t>
      </w:r>
      <w:r>
        <w:rPr>
          <w:u w:val="none"/>
          <w:shd w:fill="B7DDE8" w:val="clear"/>
        </w:rPr>
        <w:t xml:space="preserve">Do not be afraid or discouraged before the king of Assyria and the vast army with him</w:t>
      </w:r>
      <w:r>
        <w:rPr>
          <w:b w:val="false"/>
          <w:i w:val="false"/>
          <w:color w:val="000000"/>
          <w:u w:val="none"/>
        </w:rPr>
        <w:t xml:space="preserve"> [17AKG]</w:t>
      </w:r>
      <w:r>
        <w:rPr>
          <w:b w:val="false"/>
          <w:i w:val="false"/>
          <w:color w:val="000000"/>
          <w:u w:val="none"/>
        </w:rPr>
        <w:t xml:space="preserve"> [4DOA]</w:t>
      </w:r>
      <w:r>
        <w:rPr>
          <w:u w:val="none"/>
        </w:rPr>
        <w:t xml:space="preserve">, for </w:t>
      </w:r>
      <w:r>
        <w:rPr>
          <w:u w:val="none"/>
          <w:shd w:fill="548235" w:val="clear" w:color="auto"/>
          <w:color w:val="FFFFFF"/>
        </w:rPr>
        <w:t xml:space="preserve">there is a greater One with us than with him</w:t>
      </w:r>
      <w:r>
        <w:rPr>
          <w:b w:val="false"/>
          <w:i w:val="false"/>
          <w:color w:val="FFFFFF"/>
          <w:u w:val="none"/>
          <w:shd w:val="clear" w:color="auto" w:fill="548235"/>
        </w:rPr>
        <w:t xml:space="preserve"> [1KFB]</w:t>
      </w:r>
      <w:r>
        <w:rPr>
          <w:u w:val="none"/>
          <w:shd w:val="clear" w:color="auto" w:fill="548235"/>
          <w:color w:val="FFFFFF"/>
        </w:rPr>
        <w:t xml:space="preserve">. </w:t>
      </w:r>
      <w:r>
        <w:rPr>
          <w:u w:val="none"/>
          <w:shd w:fill="548235" w:val="clear" w:color="auto"/>
          <w:color w:val="FFFFFF"/>
        </w:rPr>
        <w:t xml:space="preserve">With him is only the arm of flesh</w:t>
      </w:r>
      <w:r>
        <w:rPr>
          <w:b w:val="false"/>
          <w:i w:val="false"/>
          <w:color w:val="FFFFFF"/>
          <w:u w:val="none"/>
          <w:shd w:val="clear" w:color="auto" w:fill="548235"/>
        </w:rPr>
        <w:t xml:space="preserve"> [1KFC]</w:t>
      </w:r>
      <w:r>
        <w:rPr>
          <w:u w:val="none"/>
          <w:shd w:val="clear" w:color="auto" w:fill="548235"/>
          <w:color w:val="FFFFFF"/>
        </w:rPr>
        <w:t xml:space="preserve">, but </w:t>
      </w:r>
      <w:r>
        <w:rPr>
          <w:u w:val="none"/>
          <w:shd w:fill="548235" w:val="clear" w:color="auto"/>
          <w:color w:val="FFFFFF"/>
        </w:rPr>
        <w:t xml:space="preserve">with us is </w:t>
      </w:r>
      <w:r>
        <w:rPr>
          <w:u w:val="none"/>
          <w:shd w:fill="548235" w:val="clear" w:color="auto"/>
          <w:color w:val="FFFFFF"/>
        </w:rPr>
        <w:t xml:space="preserve">the LORD our God to help us</w:t>
      </w:r>
      <w:r>
        <w:rPr>
          <w:b w:val="false"/>
          <w:i w:val="false"/>
          <w:color w:val="FFFFFF"/>
          <w:u w:val="none"/>
          <w:shd w:val="clear" w:color="auto" w:fill="548235"/>
        </w:rPr>
        <w:t xml:space="preserve"> [1KFD]</w:t>
      </w:r>
      <w:r>
        <w:rPr>
          <w:u w:val="none"/>
          <w:shd w:val="clear" w:color="auto" w:fill="548235"/>
          <w:color w:val="FFFFFF"/>
        </w:rPr>
        <w:t xml:space="preserve"> and </w:t>
      </w:r>
      <w:r>
        <w:rPr>
          <w:u w:val="none"/>
          <w:shd w:fill="548235" w:val="clear" w:color="auto"/>
          <w:color w:val="FFFFFF"/>
        </w:rPr>
        <w:t xml:space="preserve">to fight our battles</w:t>
      </w:r>
      <w:r>
        <w:rPr>
          <w:b w:val="false"/>
          <w:i w:val="false"/>
          <w:color w:val="FFFFFF"/>
          <w:u w:val="none"/>
          <w:shd w:val="clear" w:color="auto" w:fill="548235"/>
        </w:rPr>
        <w:t xml:space="preserve"> [1KFE]</w:t>
      </w:r>
      <w:r>
        <w:rPr>
          <w:u w:val="none"/>
        </w:rPr>
        <w:t xml:space="preserve">.”</w:t>
      </w:r>
    </w:p>
    <w:p>
      <w:pPr>
        <w:pStyle w:val="Yellow"/>
        <w:rPr/>
      </w:pPr>
      <w:r>
        <w:rPr/>
        <w:t xml:space="preserve">(Est4:7–13 when all Jews faced destruction) </w:t>
      </w:r>
      <w:r>
        <w:rPr>
          <w:b/>
        </w:rPr>
        <w:t xml:space="preserve">Esther 4:14</w:t>
      </w:r>
      <w:r>
        <w:rPr/>
        <w:t xml:space="preserve"> — </w:t>
      </w:r>
      <w:r>
        <w:rPr>
          <w:shd w:fill="B7DDE8" w:val="clear"/>
        </w:rPr>
        <w:t xml:space="preserve">If you remain silent at {this time}</w:t>
      </w:r>
      <w:r>
        <w:rPr>
          <w:b w:val="false"/>
          <w:i w:val="false"/>
          <w:color w:val="000000"/>
          <w:u w:val="none"/>
        </w:rPr>
        <w:t xml:space="preserve"> [1JXK]</w:t>
      </w:r>
      <w:r>
        <w:rPr/>
        <w:t xml:space="preserve">, </w:t>
      </w:r>
      <w:r>
        <w:rPr>
          <w:color w:val="000000"/>
        </w:rPr>
        <w:t xml:space="preserve">relief and deliverance for the Jews will arise from another place</w:t>
      </w:r>
      <w:r>
        <w:rPr>
          <w:b w:val="false"/>
          <w:i w:val="false"/>
          <w:color w:val="000000"/>
          <w:u w:val="none"/>
        </w:rPr>
        <w:t xml:space="preserve"> [1JXL]</w:t>
      </w:r>
      <w:r>
        <w:rPr/>
        <w:t xml:space="preserve">, but </w:t>
      </w:r>
      <w:r>
        <w:rPr>
          <w:color w:val="000000"/>
        </w:rPr>
        <w:t xml:space="preserve">you and your father’s house will perish</w:t>
      </w:r>
      <w:r>
        <w:rPr>
          <w:b w:val="false"/>
          <w:i w:val="false"/>
          <w:color w:val="000000"/>
          <w:u w:val="none"/>
        </w:rPr>
        <w:t xml:space="preserve"> [1JXM]</w:t>
      </w:r>
      <w:r>
        <w:rPr/>
        <w:t xml:space="preserve">.</w:t>
      </w:r>
    </w:p>
    <w:p>
      <w:pPr>
        <w:pStyle w:val="Yellow"/>
        <w:rPr/>
        <w:pBdr>
          <w:left w:val="single" w:sz="28" w:space="5" w:color="C00000"/>
        </w:pBdr>
      </w:pPr>
      <w:r>
        <w:rPr>
          <w:b/>
          <w:shd w:val="clear" w:color="auto" w:fill="F4B183"/>
          <w:color w:val="000000"/>
        </w:rPr>
        <w:t xml:space="preserve">Psalm 4:1</w:t>
      </w:r>
      <w:r>
        <w:rPr>
          <w:shd w:val="clear" w:color="auto" w:fill="F4B183"/>
          <w:color w:val="000000"/>
        </w:rPr>
        <w:t xml:space="preserve"> — </w:t>
      </w:r>
      <w:r>
        <w:rPr>
          <w:shd w:fill="F4B183" w:val="clear" w:color="auto"/>
          <w:color w:val="000000"/>
        </w:rPr>
        <w:t xml:space="preserve">You have relieved my distress</w:t>
      </w:r>
      <w:r>
        <w:rPr>
          <w:b w:val="false"/>
          <w:i w:val="false"/>
          <w:color w:val="000000"/>
          <w:u w:val="none"/>
          <w:shd w:val="clear" w:color="auto" w:fill="F4B183"/>
        </w:rPr>
        <w:t xml:space="preserve"> [1ILU]</w:t>
      </w:r>
      <w:r>
        <w:rPr>
          <w:shd w:val="clear" w:color="auto" w:fill="F4B183"/>
          <w:color w:val="000000"/>
        </w:rPr>
        <w:t xml:space="preserve">;</w:t>
      </w:r>
    </w:p>
    <w:p>
      <w:pPr>
        <w:pStyle w:val="Yellow"/>
        <w:rPr/>
      </w:pPr>
      <w:r>
        <w:rPr>
          <w:b/>
        </w:rPr>
        <w:t xml:space="preserve">Psalm 16:10</w:t>
      </w:r>
      <w:r>
        <w:rPr/>
        <w:t xml:space="preserve"> — For </w:t>
      </w:r>
      <w:r>
        <w:rPr>
          <w:shd w:fill="B7DDE8" w:val="clear"/>
        </w:rPr>
        <w:t xml:space="preserve">You will not abandon my soul to Sheol</w:t>
      </w:r>
      <w:r>
        <w:rPr>
          <w:b w:val="false"/>
          <w:i w:val="false"/>
          <w:color w:val="000000"/>
          <w:u w:val="none"/>
        </w:rPr>
        <w:t xml:space="preserve"> [1ISE]</w:t>
      </w:r>
      <w:r>
        <w:rPr/>
        <w:t xml:space="preserve">,</w:t>
      </w:r>
    </w:p>
    <w:p>
      <w:pPr>
        <w:pStyle w:val="Yellow"/>
        <w:rPr/>
      </w:pPr>
      <w:r>
        <w:rPr>
          <w:u w:val="none"/>
          <w:shd w:val="clear" w:color="auto" w:fill="C00000"/>
          <w:color w:val="FFFFFF"/>
        </w:rPr>
        <w:t xml:space="preserve">(Ps18:1–6 the LORD) </w:t>
      </w:r>
      <w:r>
        <w:rPr>
          <w:b/>
          <w:u w:val="none"/>
          <w:shd w:val="clear" w:color="auto" w:fill="C00000"/>
          <w:color w:val="FFFFFF"/>
        </w:rPr>
        <w:t>Psalm 18:17</w:t>
      </w:r>
      <w:r>
        <w:rPr>
          <w:u w:val="none"/>
          <w:shd w:val="clear" w:color="auto" w:fill="C00000"/>
          <w:color w:val="FFFFFF"/>
        </w:rPr>
        <w:t xml:space="preserve"> — </w:t>
      </w:r>
      <w:r>
        <w:rPr>
          <w:u w:val="none"/>
          <w:shd w:val="clear" w:color="auto" w:fill="C00000"/>
          <w:color w:val="FFFFFF"/>
        </w:rPr>
        <w:t>{He} rescued me from my powerful enemy, from foes too mighty for me</w:t>
      </w:r>
      <w:r>
        <w:rPr>
          <w:b w:val="false"/>
          <w:i w:val="false"/>
          <w:u w:val="none"/>
          <w:shd w:val="clear" w:color="auto" w:fill="C00000"/>
          <w:color w:val="FFFFFF"/>
        </w:rPr>
        <w:t xml:space="preserve"> [2DSG]</w:t>
      </w:r>
      <w:r>
        <w:rPr>
          <w:u w:val="none"/>
          <w:shd w:val="clear" w:color="auto" w:fill="C00000"/>
          <w:color w:val="FFFFFF"/>
        </w:rPr>
        <w:t>.</w:t>
      </w:r>
    </w:p>
    <w:p>
      <w:pPr>
        <w:pStyle w:val="Yellow"/>
        <w:rPr/>
      </w:pPr>
      <w:r>
        <w:rPr>
          <w:color w:val="auto"/>
        </w:rPr>
        <w:t xml:space="preserve">(Ps18:25–26 God treats people according to their ways) </w:t>
      </w:r>
      <w:r>
        <w:rPr>
          <w:b/>
          <w:color w:val="auto"/>
        </w:rPr>
        <w:t>Psalm 18:27</w:t>
      </w:r>
      <w:r>
        <w:rPr>
          <w:color w:val="auto"/>
        </w:rPr>
        <w:t xml:space="preserve"> — {For} </w:t>
      </w:r>
      <w:r>
        <w:rPr>
          <w:color w:val="auto"/>
        </w:rPr>
        <w:t>You save an afflicted people</w:t>
      </w:r>
      <w:r>
        <w:rPr>
          <w:b w:val="false"/>
          <w:i w:val="false"/>
          <w:u w:val="none"/>
          <w:color w:val="auto"/>
        </w:rPr>
        <w:t xml:space="preserve"> [2BRB]</w:t>
      </w:r>
      <w:r>
        <w:rPr>
          <w:color w:val="auto"/>
        </w:rPr>
        <w:t xml:space="preserve">, but </w:t>
      </w:r>
      <w:r>
        <w:rPr>
          <w:color w:val="auto"/>
        </w:rPr>
        <w:t>You humble those with haughty eyes</w:t>
      </w:r>
      <w:r>
        <w:rPr>
          <w:b w:val="false"/>
          <w:i w:val="false"/>
          <w:u w:val="none"/>
          <w:color w:val="auto"/>
        </w:rPr>
        <w:t xml:space="preserve"> [2BRD]</w:t>
      </w:r>
      <w:r>
        <w:rPr>
          <w:color w:val="auto"/>
        </w:rPr>
        <w:t>.</w:t>
      </w:r>
    </w:p>
    <w:p>
      <w:pPr>
        <w:pStyle w:val="Yellow"/>
        <w:rPr/>
        <w:pBdr>
          <w:left w:val="single" w:sz="28" w:space="5" w:color="C00000"/>
        </w:pBdr>
      </w:pPr>
      <w:r>
        <w:rPr>
          <w:b/>
          <w:shd w:val="clear" w:color="auto" w:fill="548235"/>
          <w:color w:val="FFFFFF"/>
        </w:rPr>
        <w:t xml:space="preserve">Psalm 25:15</w:t>
      </w:r>
      <w:r>
        <w:rPr>
          <w:shd w:val="clear" w:color="auto" w:fill="548235"/>
          <w:color w:val="FFFFFF"/>
        </w:rPr>
        <w:t xml:space="preserve"> — </w:t>
      </w:r>
      <w:r>
        <w:rPr>
          <w:shd w:fill="548235" w:val="clear" w:color="auto"/>
          <w:color w:val="FFFFFF"/>
        </w:rPr>
        <w:t xml:space="preserve">My eyes are always on the LORD</w:t>
      </w:r>
      <w:r>
        <w:rPr>
          <w:b w:val="false"/>
          <w:i w:val="false"/>
          <w:color w:val="FFFFFF"/>
          <w:u w:val="none"/>
          <w:shd w:val="clear" w:color="auto" w:fill="548235"/>
        </w:rPr>
        <w:t xml:space="preserve"> [1LOR]</w:t>
      </w:r>
      <w:r>
        <w:rPr>
          <w:shd w:val="clear" w:color="auto" w:fill="548235"/>
          <w:color w:val="FFFFFF"/>
        </w:rPr>
        <w:t xml:space="preserve">, for </w:t>
      </w:r>
      <w:r>
        <w:rPr>
          <w:shd w:fill="548235" w:val="clear" w:color="auto"/>
          <w:color w:val="FFFFFF"/>
        </w:rPr>
        <w:t xml:space="preserve">He will free my feet from the mesh</w:t>
      </w:r>
      <w:r>
        <w:rPr>
          <w:b w:val="false"/>
          <w:i w:val="false"/>
          <w:color w:val="FFFFFF"/>
          <w:u w:val="none"/>
          <w:shd w:val="clear" w:color="auto" w:fill="548235"/>
        </w:rPr>
        <w:t xml:space="preserve"> [1LOS]</w:t>
      </w:r>
      <w:r>
        <w:rPr>
          <w:shd w:val="clear" w:color="auto" w:fill="548235"/>
          <w:color w:val="FFFFFF"/>
        </w:rPr>
        <w:t xml:space="preserve">.</w:t>
      </w:r>
    </w:p>
    <w:p>
      <w:pPr>
        <w:pStyle w:val="Yellow"/>
        <w:rPr/>
        <w:pBdr>
          <w:left w:val="single" w:sz="28" w:space="5" w:color="C00000"/>
        </w:pBdr>
      </w:pPr>
      <w:r>
        <w:rPr>
          <w:b/>
          <w:shd w:val="clear" w:color="auto" w:fill="F4B183"/>
          <w:color w:val="000000"/>
        </w:rPr>
        <w:t>Psalm 30:1</w:t>
      </w:r>
      <w:r>
        <w:rPr>
          <w:shd w:val="clear" w:color="auto" w:fill="F4B183"/>
          <w:color w:val="000000"/>
        </w:rPr>
        <w:t xml:space="preserve"> — </w:t>
      </w:r>
      <w:r>
        <w:rPr>
          <w:shd w:val="clear" w:fill="F4B183" w:color="auto"/>
          <w:color w:val="000000"/>
        </w:rPr>
        <w:t>You have lifted me up</w:t>
      </w:r>
      <w:r>
        <w:rPr>
          <w:b w:val="false"/>
          <w:i w:val="false"/>
          <w:color w:val="000000"/>
          <w:u w:val="none"/>
          <w:shd w:val="clear" w:color="auto" w:fill="F4B183"/>
        </w:rPr>
        <w:t xml:space="preserve"> [1EYA]</w:t>
      </w:r>
      <w:r>
        <w:rPr>
          <w:shd w:val="clear" w:color="auto" w:fill="F4B183"/>
          <w:color w:val="000000"/>
        </w:rPr>
        <w:t xml:space="preserve"> and </w:t>
      </w:r>
      <w:r>
        <w:rPr>
          <w:shd w:val="clear" w:fill="F4B183" w:color="auto"/>
          <w:color w:val="000000"/>
        </w:rPr>
        <w:t>have not allowed my foes to rejoice over me</w:t>
      </w:r>
      <w:r>
        <w:rPr>
          <w:b w:val="false"/>
          <w:i w:val="false"/>
          <w:color w:val="000000"/>
          <w:u w:val="none"/>
          <w:shd w:val="clear" w:color="auto" w:fill="F4B183"/>
        </w:rPr>
        <w:t xml:space="preserve"> [1EYB]</w:t>
      </w:r>
      <w:r>
        <w:rPr>
          <w:shd w:val="clear" w:color="auto" w:fill="F4B183"/>
          <w:color w:val="000000"/>
        </w:rPr>
        <w:t>.</w:t>
      </w:r>
    </w:p>
    <w:p>
      <w:pPr>
        <w:pStyle w:val="Yellow"/>
        <w:rPr/>
      </w:pPr>
      <w:r>
        <w:rPr>
          <w:b/>
        </w:rPr>
        <w:t xml:space="preserve">Psalm 30:3</w:t>
      </w:r>
      <w:r>
        <w:rPr/>
        <w:t xml:space="preserve"> — O LORD, </w:t>
      </w:r>
      <w:r>
        <w:rPr>
          <w:shd w:fill="B7DDE8" w:val="clear"/>
        </w:rPr>
        <w:t xml:space="preserve">You pulled me up from Sheol</w:t>
      </w:r>
      <w:r>
        <w:rPr>
          <w:b w:val="false"/>
          <w:i w:val="false"/>
          <w:color w:val="000000"/>
          <w:u w:val="none"/>
        </w:rPr>
        <w:t xml:space="preserve"> [1IQV]</w:t>
      </w:r>
      <w:r>
        <w:rPr/>
        <w:t xml:space="preserve">; </w:t>
      </w:r>
      <w:r>
        <w:rPr>
          <w:shd w:fill="B7DDE8" w:val="clear"/>
        </w:rPr>
        <w:t xml:space="preserve">You spared me from descending into the Pit</w:t>
      </w:r>
      <w:r>
        <w:rPr>
          <w:b w:val="false"/>
          <w:i w:val="false"/>
          <w:color w:val="000000"/>
          <w:u w:val="none"/>
        </w:rPr>
        <w:t xml:space="preserve"> [1IQW]</w:t>
      </w:r>
      <w:r>
        <w:rPr/>
        <w:t xml:space="preserve">.</w:t>
      </w:r>
    </w:p>
    <w:p>
      <w:pPr>
        <w:pStyle w:val="Yellow"/>
        <w:rPr/>
      </w:pPr>
      <w:r>
        <w:rPr>
          <w:b/>
          <w:u w:val="none"/>
        </w:rPr>
        <w:t xml:space="preserve">Psalm 31:4</w:t>
      </w:r>
      <w:r>
        <w:rPr>
          <w:u w:val="none"/>
        </w:rPr>
        <w:t xml:space="preserve"> — </w:t>
      </w:r>
      <w:r>
        <w:rPr>
          <w:u w:val="none"/>
          <w:shd w:fill="B7DDE8" w:val="clear"/>
        </w:rPr>
        <w:t xml:space="preserve">You free me from the net laid out for me</w:t>
      </w:r>
      <w:r>
        <w:rPr>
          <w:b w:val="false"/>
          <w:i w:val="false"/>
          <w:color w:val="000000"/>
          <w:u w:val="none"/>
        </w:rPr>
        <w:t xml:space="preserve"> [1LOW]</w:t>
      </w:r>
      <w:r>
        <w:rPr>
          <w:u w:val="none"/>
        </w:rPr>
        <w:t xml:space="preserve">, for </w:t>
      </w:r>
      <w:r>
        <w:rPr>
          <w:u w:val="none"/>
          <w:shd w:fill="B7DDE8" w:val="clear"/>
        </w:rPr>
        <w:t xml:space="preserve">You are my refuge</w:t>
      </w:r>
      <w:r>
        <w:rPr>
          <w:b w:val="false"/>
          <w:i w:val="false"/>
          <w:color w:val="000000"/>
          <w:u w:val="none"/>
        </w:rPr>
        <w:t xml:space="preserve"> [7DXY]</w:t>
      </w:r>
      <w:r>
        <w:rPr>
          <w:u w:val="none"/>
        </w:rPr>
        <w:t xml:space="preserve">.</w:t>
      </w:r>
    </w:p>
    <w:p>
      <w:pPr>
        <w:pStyle w:val="Yellow"/>
        <w:rPr/>
      </w:pPr>
      <w:r>
        <w:rPr>
          <w:b/>
        </w:rPr>
        <w:t>Psalm 32:7</w:t>
      </w:r>
      <w:r>
        <w:rPr/>
        <w:t xml:space="preserve"> — </w:t>
      </w:r>
      <w:r>
        <w:rPr>
          <w:color w:val="auto"/>
        </w:rPr>
        <w:t>You are my hiding place</w:t>
      </w:r>
      <w:r>
        <w:rPr>
          <w:b w:val="false"/>
          <w:i w:val="false"/>
          <w:color w:val="FFFFFF"/>
          <w:u w:val="none"/>
          <w:shd w:val="clear" w:color="auto" w:fill="548235"/>
        </w:rPr>
        <w:t xml:space="preserve"> [2CVF]</w:t>
      </w:r>
      <w:r>
        <w:rPr>
          <w:color w:val="auto"/>
        </w:rPr>
        <w:t xml:space="preserve">. </w:t>
      </w:r>
      <w:r>
        <w:rPr>
          <w:shd w:val="clear" w:fill="B7DDE8"/>
        </w:rPr>
        <w:t>You protect me from trouble</w:t>
      </w:r>
      <w:r>
        <w:rPr>
          <w:b w:val="false"/>
          <w:i w:val="false"/>
          <w:color w:val="000000"/>
          <w:u w:val="none"/>
        </w:rPr>
        <w:t xml:space="preserve"> [1CVH]</w:t>
      </w:r>
      <w:r>
        <w:rPr/>
        <w:t xml:space="preserve">; </w:t>
      </w:r>
      <w:r>
        <w:rPr>
          <w:shd w:val="clear" w:fill="F4B183" w:color="auto"/>
          <w:color w:val="000000"/>
        </w:rPr>
        <w:t>You surround me with songs of deliverance</w:t>
      </w:r>
      <w:r>
        <w:rPr>
          <w:b w:val="false"/>
          <w:i w:val="false"/>
          <w:color w:val="000000"/>
          <w:u w:val="none"/>
          <w:shd w:val="clear" w:color="auto" w:fill="F4B183"/>
        </w:rPr>
        <w:t xml:space="preserve"> [1CVI]</w:t>
      </w:r>
      <w:r>
        <w:rPr/>
        <w:t>. Selah</w:t>
      </w:r>
    </w:p>
    <w:p>
      <w:pPr>
        <w:pStyle w:val="Yellow"/>
        <w:rPr/>
      </w:pPr>
      <w:r>
        <w:rPr>
          <w:b/>
          <w:u w:val="none"/>
        </w:rPr>
        <w:t>Psalm 34:4</w:t>
      </w:r>
      <w:r>
        <w:rPr>
          <w:u w:val="none"/>
        </w:rPr>
        <w:t xml:space="preserve"> — </w:t>
      </w:r>
      <w:r>
        <w:rPr>
          <w:u w:val="none"/>
          <w:shd w:val="clear" w:color="auto" w:fill="D9C3E6"/>
        </w:rPr>
        <w:t>I sought the LORD</w:t>
      </w:r>
      <w:r>
        <w:rPr>
          <w:b w:val="false"/>
          <w:i w:val="false"/>
          <w:color w:val="000000"/>
          <w:u w:val="none"/>
        </w:rPr>
        <w:t xml:space="preserve"> [2CNP]</w:t>
      </w:r>
      <w:r>
        <w:rPr>
          <w:u w:val="none"/>
          <w:shd w:val="clear" w:color="auto" w:fill="D9C3E6"/>
        </w:rPr>
        <w:t xml:space="preserve">, and </w:t>
      </w:r>
      <w:r>
        <w:rPr>
          <w:u w:val="none"/>
          <w:shd w:val="clear" w:color="auto" w:fill="D9C3E6"/>
        </w:rPr>
        <w:t>He answered me</w:t>
      </w:r>
      <w:r>
        <w:rPr>
          <w:b w:val="false"/>
          <w:i w:val="false"/>
          <w:color w:val="000000"/>
          <w:u w:val="none"/>
        </w:rPr>
        <w:t xml:space="preserve"> [8CNQ]</w:t>
      </w:r>
      <w:r>
        <w:rPr>
          <w:u w:val="none"/>
          <w:shd w:val="clear" w:color="auto" w:fill="D9C3E6"/>
        </w:rPr>
        <w:t xml:space="preserve">; </w:t>
      </w:r>
      <w:r>
        <w:rPr>
          <w:u w:val="none"/>
          <w:shd w:val="clear" w:fill="B7DDE8"/>
        </w:rPr>
        <w:t>He delivered me from all my fears</w:t>
      </w:r>
      <w:r>
        <w:rPr>
          <w:b w:val="false"/>
          <w:i w:val="false"/>
          <w:color w:val="000000"/>
          <w:u w:val="none"/>
        </w:rPr>
        <w:t xml:space="preserve"> [1CNR]</w:t>
      </w:r>
      <w:r>
        <w:rPr>
          <w:u w:val="none"/>
        </w:rPr>
        <w:t>.</w:t>
      </w:r>
    </w:p>
    <w:p>
      <w:pPr>
        <w:pStyle w:val="Yellow"/>
        <w:rPr/>
        <w:pBdr>
          <w:left w:val="single" w:sz="28" w:space="5" w:color="C00000"/>
        </w:pBdr>
      </w:pPr>
      <w:r>
        <w:rPr>
          <w:b/>
        </w:rPr>
        <w:t xml:space="preserve">Psalm 34:7</w:t>
      </w:r>
      <w:r>
        <w:rPr/>
        <w:t xml:space="preserve"> — </w:t>
      </w:r>
      <w:r>
        <w:rPr>
          <w:shd w:fill="B7DDE8" w:val="clear"/>
        </w:rPr>
        <w:t xml:space="preserve">The angel of the LORD encamps around those who fear Him</w:t>
      </w:r>
      <w:r>
        <w:rPr>
          <w:b w:val="false"/>
          <w:i w:val="false"/>
          <w:u w:val="none"/>
          <w:color w:val="000000"/>
        </w:rPr>
        <w:t xml:space="preserve"> [1KWU]</w:t>
      </w:r>
      <w:r>
        <w:rPr/>
        <w:t xml:space="preserve">, and </w:t>
      </w:r>
      <w:r>
        <w:rPr>
          <w:shd w:fill="B7DDE8" w:val="clear"/>
        </w:rPr>
        <w:t xml:space="preserve">he delivers them</w:t>
      </w:r>
      <w:r>
        <w:rPr>
          <w:b w:val="false"/>
          <w:i w:val="false"/>
          <w:color w:val="000000"/>
          <w:u w:val="none"/>
        </w:rPr>
        <w:t xml:space="preserve"> [1KWV]</w:t>
      </w:r>
      <w:r>
        <w:rPr/>
        <w:t xml:space="preserve">.</w:t>
      </w:r>
    </w:p>
    <w:p>
      <w:pPr>
        <w:pStyle w:val="Yellow"/>
        <w:rPr/>
        <w:shd w:val="clear" w:color="auto" w:fill="E4DFEC"/>
        <w:pBdr>
          <w:left w:val="single" w:sz="28" w:space="5" w:color="B4A7D6"/>
        </w:pBdr>
      </w:pPr>
      <w:r>
        <w:rPr>
          <w:b/>
        </w:rPr>
        <w:t>Psalm 34:17</w:t>
      </w:r>
      <w:r>
        <w:rPr/>
        <w:t xml:space="preserve"> — </w:t>
      </w:r>
      <w:r>
        <w:rPr>
          <w:shd w:val="clear" w:fill="B7DDE8"/>
        </w:rPr>
        <w:t>The righteous cry out, and the LORD hears</w:t>
      </w:r>
      <w:r>
        <w:rPr>
          <w:b w:val="false"/>
          <w:i w:val="false"/>
          <w:color w:val="000000"/>
          <w:u w:val="none"/>
        </w:rPr>
        <w:t xml:space="preserve"> [4CQW]</w:t>
      </w:r>
      <w:r>
        <w:rPr/>
        <w:t xml:space="preserve">; </w:t>
      </w:r>
      <w:r>
        <w:rPr>
          <w:shd w:val="clear" w:fill="F4B183" w:color="auto"/>
          <w:color w:val="000000"/>
        </w:rPr>
        <w:t>He delivers them from all their troubles</w:t>
      </w:r>
      <w:r>
        <w:rPr>
          <w:b w:val="false"/>
          <w:i w:val="false"/>
          <w:color w:val="000000"/>
          <w:u w:val="none"/>
          <w:shd w:val="clear" w:color="auto" w:fill="F4B183"/>
        </w:rPr>
        <w:t xml:space="preserve"> [2FGA]</w:t>
      </w:r>
      <w:r>
        <w:rPr/>
        <w:t>.</w:t>
      </w:r>
    </w:p>
    <w:p>
      <w:pPr>
        <w:pStyle w:val="Yellow"/>
        <w:rPr/>
      </w:pPr>
      <w:r>
        <w:rPr/>
        <w:t xml:space="preserve">(Ps35:1–9 no one) </w:t>
      </w:r>
      <w:r>
        <w:rPr>
          <w:b/>
        </w:rPr>
        <w:t xml:space="preserve">Psalm 35:10</w:t>
      </w:r>
      <w:r>
        <w:rPr/>
        <w:t xml:space="preserve"> — “{Who} is like You, O LORD, who </w:t>
      </w:r>
      <w:r>
        <w:rPr>
          <w:shd w:fill="B7DDE8" w:val="clear"/>
        </w:rPr>
        <w:t xml:space="preserve">delivers the afflicted from the aggressor</w:t>
      </w:r>
      <w:r>
        <w:rPr>
          <w:b w:val="false"/>
          <w:i w:val="false"/>
          <w:color w:val="000000"/>
          <w:u w:val="none"/>
        </w:rPr>
        <w:t xml:space="preserve"> [1GXX]</w:t>
      </w:r>
      <w:r>
        <w:rPr/>
        <w:t xml:space="preserve">, </w:t>
      </w:r>
      <w:r>
        <w:rPr>
          <w:shd w:fill="B7DDE8" w:val="clear"/>
        </w:rPr>
        <w:t xml:space="preserve">the poor and needy from the robber</w:t>
      </w:r>
      <w:r>
        <w:rPr>
          <w:b w:val="false"/>
          <w:i w:val="false"/>
          <w:color w:val="000000"/>
          <w:u w:val="none"/>
        </w:rPr>
        <w:t xml:space="preserve"> [1GXX]</w:t>
      </w:r>
      <w:r>
        <w:rPr/>
        <w:t xml:space="preserve">?”</w:t>
      </w:r>
    </w:p>
    <w:p>
      <w:pPr>
        <w:pStyle w:val="Yellow"/>
        <w:rPr/>
      </w:pPr>
      <w:r>
        <w:rPr>
          <w:b/>
          <w:u w:val="none"/>
        </w:rPr>
        <w:t>Psalm 37:39–40</w:t>
      </w:r>
      <w:r>
        <w:rPr>
          <w:u w:val="none"/>
        </w:rPr>
        <w:t xml:space="preserve"> — </w:t>
      </w:r>
      <w:r>
        <w:rPr>
          <w:u w:val="none"/>
          <w:shd w:val="clear" w:fill="B7DDE8"/>
        </w:rPr>
        <w:t>The salvation of the righteous is from the LORD</w:t>
      </w:r>
      <w:r>
        <w:rPr>
          <w:b w:val="false"/>
          <w:i w:val="false"/>
          <w:color w:val="000000"/>
          <w:u w:val="none"/>
        </w:rPr>
        <w:t xml:space="preserve"> [1CUZ]</w:t>
      </w:r>
      <w:r>
        <w:rPr>
          <w:u w:val="none"/>
        </w:rPr>
        <w:t xml:space="preserve">; </w:t>
      </w:r>
      <w:r>
        <w:rPr>
          <w:u w:val="none"/>
          <w:shd w:val="clear" w:fill="B7DDE8"/>
        </w:rPr>
        <w:t>He is their stronghold in time of trouble</w:t>
      </w:r>
      <w:r>
        <w:rPr>
          <w:b w:val="false"/>
          <w:i w:val="false"/>
          <w:color w:val="000000"/>
          <w:u w:val="none"/>
        </w:rPr>
        <w:t xml:space="preserve"> [2GO]</w:t>
      </w:r>
      <w:r>
        <w:rPr>
          <w:u w:val="none"/>
        </w:rPr>
        <w:t xml:space="preserve">. </w:t>
      </w:r>
      <w:r>
        <w:rPr>
          <w:u w:val="none"/>
          <w:shd w:val="clear" w:fill="B7DDE8"/>
        </w:rPr>
        <w:t>The LORD helps</w:t>
      </w:r>
      <w:r>
        <w:rPr>
          <w:b w:val="false"/>
          <w:i w:val="false"/>
          <w:color w:val="000000"/>
          <w:u w:val="none"/>
        </w:rPr>
        <w:t xml:space="preserve"> [1CVA]</w:t>
      </w:r>
      <w:r>
        <w:rPr>
          <w:u w:val="none"/>
        </w:rPr>
        <w:t xml:space="preserve"> and </w:t>
      </w:r>
      <w:r>
        <w:rPr>
          <w:u w:val="none"/>
          <w:shd w:val="clear" w:fill="B7DDE8"/>
        </w:rPr>
        <w:t>delivers them</w:t>
      </w:r>
      <w:r>
        <w:rPr>
          <w:b w:val="false"/>
          <w:i w:val="false"/>
          <w:color w:val="000000"/>
          <w:u w:val="none"/>
        </w:rPr>
        <w:t xml:space="preserve"> [1CVB]</w:t>
      </w:r>
      <w:r>
        <w:rPr>
          <w:u w:val="none"/>
        </w:rPr>
        <w:t xml:space="preserve">; </w:t>
      </w:r>
      <w:r>
        <w:rPr>
          <w:u w:val="none"/>
          <w:shd w:val="clear" w:fill="B7DDE8"/>
        </w:rPr>
        <w:t>He rescues and saves them from the wicked</w:t>
      </w:r>
      <w:r>
        <w:rPr>
          <w:b w:val="false"/>
          <w:i w:val="false"/>
          <w:color w:val="000000"/>
          <w:u w:val="none"/>
        </w:rPr>
        <w:t xml:space="preserve"> [1CVC]</w:t>
      </w:r>
      <w:r>
        <w:rPr>
          <w:u w:val="none"/>
        </w:rPr>
        <w:t xml:space="preserve">, </w:t>
      </w:r>
      <w:r>
        <w:rPr>
          <w:u w:val="none"/>
          <w:shd w:val="clear" w:fill="B7DDE8"/>
        </w:rPr>
        <w:t>because they take refuge in Him</w:t>
      </w:r>
      <w:r>
        <w:rPr>
          <w:b w:val="false"/>
          <w:i w:val="false"/>
          <w:color w:val="000000"/>
          <w:u w:val="none"/>
        </w:rPr>
        <w:t xml:space="preserve"> [1CVD]</w:t>
      </w:r>
      <w:r>
        <w:rPr>
          <w:u w:val="none"/>
        </w:rPr>
        <w:t>.</w:t>
      </w:r>
    </w:p>
    <w:p>
      <w:pPr>
        <w:pStyle w:val="Yellow"/>
        <w:rPr/>
      </w:pPr>
      <w:r>
        <w:rPr/>
        <w:t xml:space="preserve">(Ps40:1 “I waited patiently for the LORD”) </w:t>
      </w:r>
      <w:r>
        <w:rPr>
          <w:b/>
        </w:rPr>
        <w:t xml:space="preserve">Psalm 40:2</w:t>
      </w:r>
      <w:r>
        <w:rPr/>
        <w:t xml:space="preserve"> — </w:t>
      </w:r>
      <w:r>
        <w:rPr>
          <w:shd w:fill="B7DDE8" w:val="clear"/>
        </w:rPr>
        <w:t xml:space="preserve">{He} lifted me up from the pit of despair, out of the miry clay</w:t>
      </w:r>
      <w:r>
        <w:rPr>
          <w:b w:val="false"/>
          <w:i w:val="false"/>
          <w:color w:val="000000"/>
          <w:u w:val="none"/>
        </w:rPr>
        <w:t xml:space="preserve"> [1LNM]</w:t>
      </w:r>
      <w:r>
        <w:rPr/>
        <w:t xml:space="preserve">; </w:t>
      </w:r>
      <w:r>
        <w:rPr>
          <w:shd w:fill="B7DDE8" w:val="clear"/>
        </w:rPr>
        <w:t xml:space="preserve">He set my feet upon a rock</w:t>
      </w:r>
      <w:r>
        <w:rPr>
          <w:b w:val="false"/>
          <w:i w:val="false"/>
          <w:color w:val="000000"/>
          <w:u w:val="none"/>
        </w:rPr>
        <w:t xml:space="preserve"> [1LNN]</w:t>
      </w:r>
      <w:r>
        <w:rPr/>
        <w:t xml:space="preserve">, and </w:t>
      </w:r>
      <w:r>
        <w:rPr>
          <w:shd w:fill="B7DDE8" w:val="clear"/>
        </w:rPr>
        <w:t xml:space="preserve">made my footsteps firm</w:t>
      </w:r>
      <w:r>
        <w:rPr>
          <w:b w:val="false"/>
          <w:i w:val="false"/>
          <w:color w:val="000000"/>
          <w:u w:val="none"/>
        </w:rPr>
        <w:t xml:space="preserve"> [1LNO]</w:t>
      </w:r>
      <w:r>
        <w:rPr/>
        <w:t xml:space="preserve">.</w:t>
      </w:r>
    </w:p>
    <w:p>
      <w:pPr>
        <w:pStyle w:val="Yellow"/>
        <w:rPr/>
      </w:pPr>
      <w:r>
        <w:rPr>
          <w:b/>
          <w:shd w:val="clear" w:color="auto" w:fill="C00000"/>
          <w:color w:val="FFFFFF"/>
        </w:rPr>
        <w:t xml:space="preserve">Psalm 40:17</w:t>
      </w:r>
      <w:r>
        <w:rPr>
          <w:shd w:val="clear" w:color="auto" w:fill="C00000"/>
          <w:color w:val="FFFFFF"/>
        </w:rPr>
        <w:t xml:space="preserve"> — </w:t>
      </w:r>
      <w:r>
        <w:rPr>
          <w:shd w:val="clear" w:color="auto" w:fill="C00000"/>
          <w:color w:val="FFFFFF"/>
        </w:rPr>
        <w:t xml:space="preserve">You are my helper</w:t>
      </w:r>
      <w:r>
        <w:rPr>
          <w:b w:val="false"/>
          <w:i w:val="false"/>
          <w:u w:val="none"/>
          <w:shd w:val="clear" w:color="auto" w:fill="C00000"/>
          <w:color w:val="FFFFFF"/>
        </w:rPr>
        <w:t xml:space="preserve"> [5DSB]</w:t>
      </w:r>
      <w:r>
        <w:rPr>
          <w:shd w:val="clear" w:color="auto" w:fill="C00000"/>
          <w:color w:val="FFFFFF"/>
        </w:rPr>
        <w:t xml:space="preserve"> and </w:t>
      </w:r>
      <w:r>
        <w:rPr>
          <w:shd w:val="clear" w:color="auto" w:fill="C00000"/>
          <w:color w:val="FFFFFF"/>
        </w:rPr>
        <w:t xml:space="preserve">deliverer</w:t>
      </w:r>
      <w:r>
        <w:rPr>
          <w:b w:val="false"/>
          <w:i w:val="false"/>
          <w:u w:val="none"/>
          <w:shd w:val="clear" w:color="auto" w:fill="C00000"/>
          <w:color w:val="FFFFFF"/>
        </w:rPr>
        <w:t xml:space="preserve"> [5CUV]</w:t>
      </w:r>
      <w:r>
        <w:rPr>
          <w:shd w:val="clear" w:color="auto" w:fill="C00000"/>
          <w:color w:val="FFFFFF"/>
        </w:rPr>
        <w:t xml:space="preserve">;</w:t>
      </w:r>
    </w:p>
    <w:p>
      <w:pPr>
        <w:pStyle w:val="Yellow"/>
        <w:rPr/>
        <w:pBdr>
          <w:left w:val="single" w:sz="28" w:space="5" w:color="C00000"/>
        </w:pBdr>
      </w:pPr>
      <w:r>
        <w:rPr>
          <w:b/>
        </w:rPr>
        <w:t>Psalm 41:1–2</w:t>
      </w:r>
      <w:r>
        <w:rPr/>
        <w:t xml:space="preserve"> — </w:t>
      </w:r>
      <w:r>
        <w:rPr>
          <w:shd w:val="clear" w:fill="B7DDE8"/>
        </w:rPr>
        <w:t>Blessed is the one who cares for the poor</w:t>
      </w:r>
      <w:r>
        <w:rPr>
          <w:b w:val="false"/>
          <w:i w:val="false"/>
          <w:u w:val="none"/>
          <w:color w:val="000000"/>
        </w:rPr>
        <w:t xml:space="preserve"> [1DXJ]</w:t>
      </w:r>
      <w:r>
        <w:rPr/>
        <w:t xml:space="preserve">; </w:t>
      </w:r>
      <w:r>
        <w:rPr>
          <w:shd w:val="clear" w:fill="B7DDE8"/>
        </w:rPr>
        <w:t>the LORD will deliver him in the day of trouble</w:t>
      </w:r>
      <w:r>
        <w:rPr>
          <w:b w:val="false"/>
          <w:i w:val="false"/>
          <w:color w:val="000000"/>
          <w:u w:val="none"/>
        </w:rPr>
        <w:t xml:space="preserve"> [1DXK]</w:t>
      </w:r>
      <w:r>
        <w:rPr/>
        <w:t xml:space="preserve">. </w:t>
      </w:r>
      <w:r>
        <w:rPr>
          <w:shd w:val="clear" w:fill="B7DDE8"/>
        </w:rPr>
        <w:t>The LORD will protect</w:t>
      </w:r>
      <w:r>
        <w:rPr>
          <w:b w:val="false"/>
          <w:i w:val="false"/>
          <w:color w:val="000000"/>
          <w:u w:val="none"/>
        </w:rPr>
        <w:t xml:space="preserve"> [1DXL]</w:t>
      </w:r>
      <w:r>
        <w:rPr/>
        <w:t xml:space="preserve"> and </w:t>
      </w:r>
      <w:r>
        <w:rPr>
          <w:shd w:val="clear" w:fill="B7DDE8"/>
        </w:rPr>
        <w:t>preserve him</w:t>
      </w:r>
      <w:r>
        <w:rPr>
          <w:b w:val="false"/>
          <w:i w:val="false"/>
          <w:color w:val="000000"/>
          <w:u w:val="none"/>
        </w:rPr>
        <w:t xml:space="preserve"> [1DXM]</w:t>
      </w:r>
      <w:r>
        <w:rPr/>
        <w:t xml:space="preserve">; </w:t>
      </w:r>
      <w:r>
        <w:rPr>
          <w:shd w:val="clear" w:fill="B7DDE8"/>
        </w:rPr>
        <w:t>He will bless him in the land</w:t>
      </w:r>
      <w:r>
        <w:rPr>
          <w:b w:val="false"/>
          <w:i w:val="false"/>
          <w:color w:val="000000"/>
          <w:u w:val="none"/>
        </w:rPr>
        <w:t xml:space="preserve"> [1DXN]</w:t>
      </w:r>
      <w:r>
        <w:rPr/>
        <w:t xml:space="preserve"> and </w:t>
      </w:r>
      <w:r>
        <w:rPr>
          <w:shd w:val="clear" w:fill="B7DDE8"/>
        </w:rPr>
        <w:t>refuse to give him over to the will of his foes</w:t>
      </w:r>
      <w:r>
        <w:rPr>
          <w:b w:val="false"/>
          <w:i w:val="false"/>
          <w:u w:val="none"/>
          <w:color w:val="000000"/>
        </w:rPr>
        <w:t xml:space="preserve"> [1DXO]</w:t>
      </w:r>
      <w:r>
        <w:rPr/>
        <w:t>.</w:t>
      </w:r>
    </w:p>
    <w:p>
      <w:pPr>
        <w:pStyle w:val="Yellow"/>
        <w:rPr/>
        <w:pBdr>
          <w:left w:val="single" w:sz="28" w:space="5" w:color="C00000"/>
        </w:pBdr>
      </w:pPr>
      <w:r>
        <w:rPr>
          <w:shd w:val="clear" w:color="auto" w:fill="F4B183"/>
          <w:color w:val="000000"/>
        </w:rPr>
        <w:t xml:space="preserve">(Ps44:1 Israel) </w:t>
      </w:r>
      <w:r>
        <w:rPr>
          <w:b/>
          <w:shd w:val="clear" w:color="auto" w:fill="F4B183"/>
          <w:color w:val="000000"/>
        </w:rPr>
        <w:t>Psalm 44:7</w:t>
      </w:r>
      <w:r>
        <w:rPr>
          <w:shd w:val="clear" w:color="auto" w:fill="F4B183"/>
          <w:color w:val="000000"/>
        </w:rPr>
        <w:t xml:space="preserve"> — </w:t>
      </w:r>
      <w:r>
        <w:rPr>
          <w:shd w:val="clear" w:fill="F4B183" w:color="auto"/>
          <w:color w:val="000000"/>
        </w:rPr>
        <w:t>You save {us} from our enemies</w:t>
      </w:r>
      <w:r>
        <w:rPr>
          <w:b w:val="false"/>
          <w:i w:val="false"/>
          <w:color w:val="000000"/>
          <w:u w:val="none"/>
          <w:shd w:val="clear" w:color="auto" w:fill="F4B183"/>
        </w:rPr>
        <w:t xml:space="preserve"> [1BYG]</w:t>
      </w:r>
      <w:r>
        <w:rPr>
          <w:shd w:val="clear" w:color="auto" w:fill="F4B183"/>
          <w:color w:val="000000"/>
        </w:rPr>
        <w:t xml:space="preserve">; </w:t>
      </w:r>
      <w:r>
        <w:rPr>
          <w:shd w:val="clear" w:fill="F4B183" w:color="auto"/>
          <w:color w:val="000000"/>
        </w:rPr>
        <w:t>You put those who hate us to shame</w:t>
      </w:r>
      <w:r>
        <w:rPr>
          <w:b w:val="false"/>
          <w:i w:val="false"/>
          <w:color w:val="000000"/>
          <w:u w:val="none"/>
          <w:shd w:val="clear" w:color="auto" w:fill="F4B183"/>
        </w:rPr>
        <w:t xml:space="preserve"> [1BYH]</w:t>
      </w:r>
      <w:r>
        <w:rPr>
          <w:shd w:val="clear" w:color="auto" w:fill="F4B183"/>
          <w:color w:val="000000"/>
        </w:rPr>
        <w:t>.</w:t>
      </w:r>
    </w:p>
    <w:p>
      <w:pPr>
        <w:pStyle w:val="Yellow"/>
        <w:rPr/>
        <w:pBdr>
          <w:left w:val="single" w:sz="28" w:space="5" w:color="C00000"/>
        </w:pBdr>
      </w:pPr>
      <w:r>
        <w:rPr>
          <w:b/>
        </w:rPr>
        <w:t>Psalm 56:9</w:t>
      </w:r>
      <w:r>
        <w:rPr/>
        <w:t xml:space="preserve"> — Then </w:t>
      </w:r>
      <w:r>
        <w:rPr>
          <w:shd w:val="clear" w:fill="F4B183" w:color="auto"/>
          <w:color w:val="000000"/>
        </w:rPr>
        <w:t>my enemies will retreat on the day I cry for help</w:t>
      </w:r>
      <w:r>
        <w:rPr>
          <w:b w:val="false"/>
          <w:i w:val="false"/>
          <w:color w:val="000000"/>
          <w:u w:val="none"/>
          <w:shd w:val="clear" w:color="auto" w:fill="F4B183"/>
        </w:rPr>
        <w:t xml:space="preserve"> [1CPG]</w:t>
      </w:r>
      <w:r>
        <w:rPr/>
        <w:t xml:space="preserve">. </w:t>
      </w:r>
      <w:r>
        <w:rPr>
          <w:shd w:val="clear" w:fill="B7DDE8"/>
        </w:rPr>
        <w:t>By this I will know that God is on my side</w:t>
      </w:r>
      <w:r>
        <w:rPr>
          <w:b w:val="false"/>
          <w:i w:val="false"/>
          <w:color w:val="000000"/>
          <w:u w:val="none"/>
        </w:rPr>
        <w:t xml:space="preserve"> [1CPH]</w:t>
      </w:r>
      <w:r>
        <w:rPr/>
        <w:t>.</w:t>
      </w:r>
    </w:p>
    <w:p>
      <w:pPr>
        <w:pStyle w:val="Yellow"/>
        <w:rPr/>
        <w:pBdr>
          <w:left w:val="single" w:sz="28" w:space="5" w:color="C00000"/>
        </w:pBdr>
      </w:pPr>
      <w:r>
        <w:rPr/>
        <w:t xml:space="preserve">(Ps57:2 “God Most High”) </w:t>
      </w:r>
      <w:r>
        <w:rPr>
          <w:b/>
        </w:rPr>
        <w:t xml:space="preserve">Psalm 57:3</w:t>
      </w:r>
      <w:r>
        <w:rPr/>
        <w:t xml:space="preserve"> — </w:t>
      </w:r>
      <w:r>
        <w:rPr>
          <w:shd w:val="clear" w:color="auto" w:fill="D9C3E6"/>
        </w:rPr>
        <w:t xml:space="preserve">{He} reaches down from heaven</w:t>
      </w:r>
      <w:r>
        <w:rPr>
          <w:b w:val="false"/>
          <w:i w:val="false"/>
          <w:u w:val="none"/>
          <w:color w:val="000000"/>
        </w:rPr>
        <w:t xml:space="preserve"> [2DSD]</w:t>
      </w:r>
      <w:r>
        <w:rPr>
          <w:shd w:val="clear" w:color="auto" w:fill="D9C3E6"/>
        </w:rPr>
        <w:t xml:space="preserve"> and </w:t>
      </w:r>
      <w:r>
        <w:rPr>
          <w:shd w:val="clear" w:color="auto" w:fill="D9C3E6"/>
        </w:rPr>
        <w:t xml:space="preserve">saves me</w:t>
      </w:r>
      <w:r>
        <w:rPr>
          <w:b w:val="false"/>
          <w:i w:val="false"/>
          <w:color w:val="000000"/>
          <w:u w:val="none"/>
        </w:rPr>
        <w:t xml:space="preserve"> [2FBC]</w:t>
      </w:r>
      <w:r>
        <w:rPr>
          <w:shd w:val="clear" w:color="auto" w:fill="D9C3E6"/>
        </w:rPr>
        <w:t xml:space="preserve">; </w:t>
      </w:r>
      <w:r>
        <w:rPr>
          <w:shd w:fill="B7DDE8" w:val="clear"/>
        </w:rPr>
        <w:t xml:space="preserve">He rebukes those who trample me</w:t>
      </w:r>
      <w:r>
        <w:rPr>
          <w:b w:val="false"/>
          <w:i w:val="false"/>
          <w:u w:val="none"/>
          <w:color w:val="000000"/>
        </w:rPr>
        <w:t xml:space="preserve"> [1LCB]</w:t>
      </w:r>
      <w:r>
        <w:rPr/>
        <w:t xml:space="preserve">.</w:t>
      </w:r>
    </w:p>
    <w:p>
      <w:pPr>
        <w:pStyle w:val="Yellow"/>
        <w:rPr/>
      </w:pPr>
      <w:r>
        <w:rPr>
          <w:b/>
        </w:rPr>
        <w:t xml:space="preserve">Psalm 68:20</w:t>
      </w:r>
      <w:r>
        <w:rPr/>
        <w:t xml:space="preserve"> — </w:t>
      </w:r>
      <w:r>
        <w:rPr>
          <w:shd w:fill="B7DDE8" w:val="clear"/>
        </w:rPr>
        <w:t xml:space="preserve">Our God is a God of deliverance</w:t>
      </w:r>
      <w:r>
        <w:rPr>
          <w:b w:val="false"/>
          <w:i w:val="false"/>
          <w:color w:val="000000"/>
          <w:u w:val="none"/>
        </w:rPr>
        <w:t xml:space="preserve"> [1IYN]</w:t>
      </w:r>
      <w:r>
        <w:rPr/>
        <w:t xml:space="preserve">; </w:t>
      </w:r>
      <w:r>
        <w:rPr>
          <w:shd w:fill="B7DDE8" w:val="clear"/>
        </w:rPr>
        <w:t xml:space="preserve">the Lord GOD is our rescuer from death</w:t>
      </w:r>
      <w:r>
        <w:rPr>
          <w:b w:val="false"/>
          <w:i w:val="false"/>
          <w:color w:val="000000"/>
          <w:u w:val="none"/>
        </w:rPr>
        <w:t xml:space="preserve"> [1IYO]</w:t>
      </w:r>
      <w:r>
        <w:rPr/>
        <w:t xml:space="preserve">.</w:t>
      </w:r>
    </w:p>
    <w:p>
      <w:pPr>
        <w:pStyle w:val="Yellow"/>
        <w:rPr/>
        <w:shd w:val="clear" w:color="auto" w:fill="E4DFEC"/>
        <w:pBdr>
          <w:left w:val="single" w:sz="28" w:space="5" w:color="B4A7D6"/>
        </w:pBdr>
      </w:pPr>
      <w:r>
        <w:rPr>
          <w:b/>
          <w:shd w:val="clear" w:color="auto" w:fill="548235"/>
          <w:color w:val="FFFFFF"/>
        </w:rPr>
        <w:t xml:space="preserve">Psalm 70:5</w:t>
      </w:r>
      <w:r>
        <w:rPr>
          <w:shd w:val="clear" w:color="auto" w:fill="548235"/>
          <w:color w:val="FFFFFF"/>
        </w:rPr>
        <w:t xml:space="preserve"> — </w:t>
      </w:r>
      <w:r>
        <w:rPr>
          <w:shd w:fill="548235" w:val="clear" w:color="auto"/>
          <w:color w:val="FFFFFF"/>
        </w:rPr>
        <w:t xml:space="preserve">You are my help</w:t>
      </w:r>
      <w:r>
        <w:rPr>
          <w:b w:val="false"/>
          <w:i w:val="false"/>
          <w:color w:val="FFFFFF"/>
          <w:u w:val="none"/>
          <w:shd w:val="clear" w:color="auto" w:fill="548235"/>
        </w:rPr>
        <w:t xml:space="preserve"> [5DSB]</w:t>
      </w:r>
      <w:r>
        <w:rPr>
          <w:shd w:val="clear" w:color="auto" w:fill="548235"/>
          <w:color w:val="FFFFFF"/>
        </w:rPr>
        <w:t xml:space="preserve"> and </w:t>
      </w:r>
      <w:r>
        <w:rPr>
          <w:shd w:fill="548235" w:val="clear" w:color="auto"/>
          <w:color w:val="FFFFFF"/>
        </w:rPr>
        <w:t xml:space="preserve">my deliverer</w:t>
      </w:r>
      <w:r>
        <w:rPr>
          <w:b w:val="false"/>
          <w:i w:val="false"/>
          <w:color w:val="FFFFFF"/>
          <w:u w:val="none"/>
          <w:shd w:val="clear" w:color="auto" w:fill="548235"/>
        </w:rPr>
        <w:t xml:space="preserve"> [5CUV]</w:t>
      </w:r>
      <w:r>
        <w:rPr>
          <w:shd w:val="clear" w:color="auto" w:fill="548235"/>
          <w:color w:val="FFFFFF"/>
        </w:rPr>
        <w:t xml:space="preserve">;</w:t>
      </w:r>
    </w:p>
    <w:p>
      <w:pPr>
        <w:pStyle w:val="Yellow"/>
        <w:rPr/>
      </w:pPr>
      <w:r>
        <w:rPr/>
        <w:t xml:space="preserve">(Ps81:5 “Joseph”) </w:t>
      </w:r>
      <w:r>
        <w:rPr>
          <w:b/>
        </w:rPr>
        <w:t xml:space="preserve">Psalm 81:6–7</w:t>
      </w:r>
      <w:r>
        <w:rPr/>
        <w:t xml:space="preserve"> — “</w:t>
      </w:r>
      <w:r>
        <w:rPr>
          <w:shd w:fill="B7DDE8" w:val="clear"/>
        </w:rPr>
        <w:t xml:space="preserve">I relieved {his} shoulder of the burden</w:t>
      </w:r>
      <w:r>
        <w:rPr>
          <w:b w:val="false"/>
          <w:i w:val="false"/>
          <w:u w:val="none"/>
          <w:color w:val="000000"/>
        </w:rPr>
        <w:t xml:space="preserve"> [1ILQ]</w:t>
      </w:r>
      <w:r>
        <w:rPr/>
        <w:t xml:space="preserve">; </w:t>
      </w:r>
      <w:r>
        <w:rPr>
          <w:shd w:fill="B7DDE8" w:val="clear"/>
        </w:rPr>
        <w:t xml:space="preserve">his hands were freed from the basket</w:t>
      </w:r>
      <w:r>
        <w:rPr>
          <w:b w:val="false"/>
          <w:i w:val="false"/>
          <w:u w:val="none"/>
          <w:color w:val="000000"/>
        </w:rPr>
        <w:t xml:space="preserve"> [1ILQ]</w:t>
      </w:r>
      <w:r>
        <w:rPr/>
        <w:t xml:space="preserve">. </w:t>
      </w:r>
      <w:r>
        <w:rPr>
          <w:shd w:fill="B7DDE8" w:val="clear"/>
        </w:rPr>
        <w:t xml:space="preserve">You called out in distress</w:t>
      </w:r>
      <w:r>
        <w:rPr>
          <w:b w:val="false"/>
          <w:i w:val="false"/>
          <w:color w:val="000000"/>
          <w:u w:val="none"/>
        </w:rPr>
        <w:t xml:space="preserve"> [4CPV]</w:t>
      </w:r>
      <w:r>
        <w:rPr/>
        <w:t xml:space="preserve">, and </w:t>
      </w:r>
      <w:r>
        <w:rPr>
          <w:shd w:fill="B7DDE8" w:val="clear"/>
        </w:rPr>
        <w:t xml:space="preserve">I rescued you</w:t>
      </w:r>
      <w:r>
        <w:rPr>
          <w:b w:val="false"/>
          <w:i w:val="false"/>
          <w:u w:val="none"/>
          <w:color w:val="000000"/>
        </w:rPr>
        <w:t xml:space="preserve"> [2DTB]</w:t>
      </w:r>
      <w:r>
        <w:rPr/>
        <w:t xml:space="preserve">; </w:t>
      </w:r>
      <w:r>
        <w:rPr>
          <w:shd w:fill="B7DDE8" w:val="clear"/>
        </w:rPr>
        <w:t xml:space="preserve">I answered you from the cloud of thunder</w:t>
      </w:r>
      <w:r>
        <w:rPr>
          <w:b w:val="false"/>
          <w:i w:val="false"/>
          <w:color w:val="000000"/>
          <w:u w:val="none"/>
        </w:rPr>
        <w:t xml:space="preserve"> [8CNQ]</w:t>
      </w:r>
      <w:r>
        <w:rPr>
          <w:color w:val="auto"/>
        </w:rPr>
        <w:t xml:space="preserve">; </w:t>
      </w:r>
      <w:r>
        <w:rPr>
          <w:color w:val="auto"/>
        </w:rPr>
        <w:t xml:space="preserve">I tested you at the waters of Meribah</w:t>
      </w:r>
      <w:r>
        <w:rPr>
          <w:b w:val="false"/>
          <w:i w:val="false"/>
          <w:color w:val="FFFFFF"/>
          <w:u w:val="none"/>
          <w:shd w:val="clear" w:color="auto" w:fill="548235"/>
        </w:rPr>
        <w:t xml:space="preserve"> [1ILR]</w:t>
      </w:r>
      <w:r>
        <w:rPr/>
        <w:t xml:space="preserve">. Selah</w:t>
      </w:r>
    </w:p>
    <w:p>
      <w:pPr>
        <w:pStyle w:val="Yellow"/>
        <w:rPr/>
      </w:pPr>
      <w:r>
        <w:rPr/>
        <w:t xml:space="preserve">(Ps90:3 “You return man to dust”) </w:t>
      </w:r>
      <w:r>
        <w:rPr>
          <w:b/>
        </w:rPr>
        <w:t xml:space="preserve">Psalm 89:48</w:t>
      </w:r>
      <w:r>
        <w:rPr/>
        <w:t xml:space="preserve"> — </w:t>
      </w:r>
      <w:r>
        <w:rPr>
          <w:color w:val="000000"/>
        </w:rPr>
        <w:t xml:space="preserve">{What man can live and never see death}?</w:t>
      </w:r>
      <w:r>
        <w:rPr>
          <w:b w:val="false"/>
          <w:i w:val="false"/>
          <w:color w:val="000000"/>
          <w:u w:val="none"/>
        </w:rPr>
        <w:t xml:space="preserve"> [1ISF]</w:t>
      </w:r>
      <w:r>
        <w:rPr/>
        <w:t xml:space="preserve"> </w:t>
      </w:r>
      <w:r>
        <w:rPr>
          <w:shd w:fill="B7DDE8" w:val="clear"/>
        </w:rPr>
        <w:t xml:space="preserve">Can he deliver his soul from the power of Sheol?</w:t>
      </w:r>
      <w:r>
        <w:rPr>
          <w:b w:val="false"/>
          <w:i w:val="false"/>
          <w:color w:val="000000"/>
          <w:u w:val="none"/>
        </w:rPr>
        <w:t xml:space="preserve"> [1ISG]</w:t>
      </w:r>
      <w:r>
        <w:rPr/>
        <w:t xml:space="preserve"> Selah</w:t>
      </w:r>
    </w:p>
    <w:p>
      <w:pPr>
        <w:pStyle w:val="Yellow"/>
        <w:rPr/>
        <w:pBdr>
          <w:left w:val="single" w:sz="28" w:space="5" w:color="C00000"/>
        </w:pBdr>
      </w:pPr>
      <w:r>
        <w:rPr>
          <w:b/>
        </w:rPr>
        <w:t xml:space="preserve">Psalm 97:10</w:t>
      </w:r>
      <w:r>
        <w:rPr/>
        <w:t xml:space="preserve"> — </w:t>
      </w:r>
      <w:r>
        <w:rPr>
          <w:shd w:fill="B7DDE8" w:val="clear"/>
        </w:rPr>
        <w:t xml:space="preserve">Hate evil, O you who love the LORD</w:t>
      </w:r>
      <w:r>
        <w:rPr>
          <w:b w:val="false"/>
          <w:i w:val="false"/>
          <w:color w:val="000000"/>
          <w:u w:val="none"/>
        </w:rPr>
        <w:t xml:space="preserve"> [1GJW]</w:t>
      </w:r>
      <w:r>
        <w:rPr/>
        <w:t xml:space="preserve">! </w:t>
      </w:r>
      <w:r>
        <w:rPr>
          <w:shd w:fill="F4B183" w:val="clear" w:color="auto"/>
          <w:color w:val="000000"/>
        </w:rPr>
        <w:t xml:space="preserve">He preserves the souls of His saints</w:t>
      </w:r>
      <w:r>
        <w:rPr>
          <w:b w:val="false"/>
          <w:i w:val="false"/>
          <w:color w:val="000000"/>
          <w:u w:val="none"/>
          <w:shd w:val="clear" w:color="auto" w:fill="F4B183"/>
        </w:rPr>
        <w:t xml:space="preserve"> [1GJX]</w:t>
      </w:r>
      <w:r>
        <w:rPr/>
        <w:t xml:space="preserve">; </w:t>
      </w:r>
      <w:r>
        <w:rPr>
          <w:shd w:fill="F4B183" w:val="clear" w:color="auto"/>
          <w:color w:val="000000"/>
        </w:rPr>
        <w:t xml:space="preserve">He delivers them from the hand of the wicked</w:t>
      </w:r>
      <w:r>
        <w:rPr>
          <w:b w:val="false"/>
          <w:i w:val="false"/>
          <w:color w:val="000000"/>
          <w:u w:val="none"/>
          <w:shd w:val="clear" w:color="auto" w:fill="F4B183"/>
        </w:rPr>
        <w:t xml:space="preserve"> [1GJY]</w:t>
      </w:r>
      <w:r>
        <w:rPr/>
        <w:t xml:space="preserve">.</w:t>
      </w:r>
    </w:p>
    <w:p>
      <w:pPr>
        <w:pStyle w:val="Yellow"/>
        <w:rPr/>
        <w:pBdr>
          <w:left w:val="single" w:sz="28" w:space="5" w:color="C00000"/>
        </w:pBdr>
      </w:pPr>
      <w:r>
        <w:rPr/>
        <w:t xml:space="preserve">(Ps106:7 “they rebelled by the sea” / Ps106:1 “the LORD” / Ps106:7 “Our fathers in Egypt”) </w:t>
      </w:r>
      <w:r>
        <w:rPr>
          <w:b/>
        </w:rPr>
        <w:t>Psalm 106:8–10</w:t>
      </w:r>
      <w:r>
        <w:rPr/>
        <w:t xml:space="preserve"> — {Yet} </w:t>
      </w:r>
      <w:r>
        <w:rPr>
          <w:shd w:val="clear" w:fill="B7DDE8"/>
        </w:rPr>
        <w:t>{He} saved {them}</w:t>
      </w:r>
      <w:r>
        <w:rPr>
          <w:b w:val="false"/>
          <w:i w:val="false"/>
          <w:color w:val="000000"/>
          <w:u w:val="none"/>
        </w:rPr>
        <w:t xml:space="preserve"> [1BVL]</w:t>
      </w:r>
      <w:r>
        <w:rPr/>
        <w:t xml:space="preserve"> </w:t>
      </w:r>
      <w:r>
        <w:rPr>
          <w:shd w:val="clear" w:fill="B7DDE8"/>
        </w:rPr>
        <w:t>for the sake of His name</w:t>
      </w:r>
      <w:r>
        <w:rPr>
          <w:b w:val="false"/>
          <w:i w:val="false"/>
          <w:color w:val="000000"/>
          <w:u w:val="none"/>
        </w:rPr>
        <w:t xml:space="preserve"> [1BVM]</w:t>
      </w:r>
      <w:r>
        <w:rPr/>
        <w:t xml:space="preserve">, </w:t>
      </w:r>
      <w:r>
        <w:rPr>
          <w:shd w:val="clear" w:fill="B7DDE8"/>
        </w:rPr>
        <w:t>to make His power known</w:t>
      </w:r>
      <w:r>
        <w:rPr>
          <w:b w:val="false"/>
          <w:i w:val="false"/>
          <w:color w:val="000000"/>
          <w:u w:val="none"/>
        </w:rPr>
        <w:t xml:space="preserve"> [1BVN]</w:t>
      </w:r>
      <w:r>
        <w:rPr/>
        <w:t xml:space="preserve">. </w:t>
      </w:r>
      <w:r>
        <w:rPr>
          <w:shd w:val="clear" w:fill="B7DDE8"/>
        </w:rPr>
        <w:t>He rebuked the Red Sea</w:t>
      </w:r>
      <w:r>
        <w:rPr>
          <w:b w:val="false"/>
          <w:i w:val="false"/>
          <w:color w:val="000000"/>
          <w:u w:val="none"/>
        </w:rPr>
        <w:t xml:space="preserve"> [1BVO]</w:t>
      </w:r>
      <w:r>
        <w:rPr/>
        <w:t xml:space="preserve">, and </w:t>
      </w:r>
      <w:r>
        <w:rPr>
          <w:shd w:val="clear" w:fill="B7DDE8"/>
        </w:rPr>
        <w:t>it dried up</w:t>
      </w:r>
      <w:r>
        <w:rPr>
          <w:b w:val="false"/>
          <w:i w:val="false"/>
          <w:color w:val="000000"/>
          <w:u w:val="none"/>
        </w:rPr>
        <w:t xml:space="preserve"> [1BVP]</w:t>
      </w:r>
      <w:r>
        <w:rPr/>
        <w:t xml:space="preserve">; </w:t>
      </w:r>
      <w:r>
        <w:rPr>
          <w:shd w:val="clear" w:fill="B7DDE8"/>
        </w:rPr>
        <w:t>He led them through the depths as through a desert</w:t>
      </w:r>
      <w:r>
        <w:rPr>
          <w:b w:val="false"/>
          <w:i w:val="false"/>
          <w:u w:val="none"/>
          <w:color w:val="000000"/>
        </w:rPr>
        <w:t xml:space="preserve"> [1BVQ]</w:t>
      </w:r>
      <w:r>
        <w:rPr/>
        <w:t xml:space="preserve">. </w:t>
      </w:r>
      <w:r>
        <w:rPr>
          <w:shd w:val="clear" w:fill="B7DDE8"/>
        </w:rPr>
        <w:t>He saved them from the hand that hated them</w:t>
      </w:r>
      <w:r>
        <w:rPr>
          <w:b w:val="false"/>
          <w:i w:val="false"/>
          <w:color w:val="000000"/>
          <w:u w:val="none"/>
        </w:rPr>
        <w:t xml:space="preserve"> [1BVR]</w:t>
      </w:r>
      <w:r>
        <w:rPr/>
        <w:t xml:space="preserve">; </w:t>
      </w:r>
      <w:r>
        <w:rPr>
          <w:shd w:val="clear" w:fill="B7DDE8"/>
        </w:rPr>
        <w:t>He redeemed them from the hand of the enemy</w:t>
      </w:r>
      <w:r>
        <w:rPr>
          <w:b w:val="false"/>
          <w:i w:val="false"/>
          <w:u w:val="none"/>
          <w:color w:val="000000"/>
        </w:rPr>
        <w:t xml:space="preserve"> [1BVS]</w:t>
      </w:r>
      <w:r>
        <w:rPr/>
        <w:t>.</w:t>
      </w:r>
    </w:p>
    <w:p>
      <w:pPr>
        <w:pStyle w:val="Yellow"/>
        <w:rPr/>
      </w:pPr>
      <w:r>
        <w:rPr>
          <w:u w:val="none"/>
        </w:rPr>
        <w:t xml:space="preserve">(Ps107:4–5 after “Some wandered” and “were hungry and thirsty”) </w:t>
      </w:r>
      <w:r>
        <w:rPr>
          <w:b/>
          <w:u w:val="none"/>
        </w:rPr>
        <w:t>Psalm 107:6–7</w:t>
      </w:r>
      <w:r>
        <w:rPr>
          <w:u w:val="none"/>
        </w:rPr>
        <w:t xml:space="preserve"> — {Then} </w:t>
      </w:r>
      <w:r>
        <w:rPr>
          <w:u w:val="none"/>
          <w:shd w:val="clear" w:color="auto" w:fill="D9C3E6"/>
        </w:rPr>
        <w:t>{they} cried out to the LORD in their trouble</w:t>
      </w:r>
      <w:r>
        <w:rPr>
          <w:b w:val="false"/>
          <w:i w:val="false"/>
          <w:color w:val="000000"/>
          <w:u w:val="none"/>
        </w:rPr>
        <w:t xml:space="preserve"> [4CPP]</w:t>
      </w:r>
      <w:r>
        <w:rPr>
          <w:u w:val="none"/>
          <w:shd w:val="clear" w:color="auto" w:fill="D9C3E6"/>
        </w:rPr>
        <w:t xml:space="preserve">, and </w:t>
      </w:r>
      <w:r>
        <w:rPr>
          <w:u w:val="none"/>
          <w:shd w:val="clear" w:color="auto" w:fill="D9C3E6"/>
        </w:rPr>
        <w:t>He delivered them from their distress</w:t>
      </w:r>
      <w:r>
        <w:rPr>
          <w:b w:val="false"/>
          <w:i w:val="false"/>
          <w:color w:val="000000"/>
          <w:u w:val="none"/>
        </w:rPr>
        <w:t xml:space="preserve"> [3DQO]</w:t>
      </w:r>
      <w:r>
        <w:rPr>
          <w:u w:val="none"/>
          <w:color w:val="auto"/>
        </w:rPr>
        <w:t xml:space="preserve">. </w:t>
      </w:r>
      <w:r>
        <w:rPr>
          <w:u w:val="none"/>
          <w:color w:val="auto"/>
        </w:rPr>
        <w:t>He led them on a straight path</w:t>
      </w:r>
      <w:r>
        <w:rPr>
          <w:b w:val="false"/>
          <w:i w:val="false"/>
          <w:color w:val="auto"/>
          <w:u w:val="none"/>
        </w:rPr>
        <w:t xml:space="preserve"> [1DQP]</w:t>
      </w:r>
      <w:r>
        <w:rPr>
          <w:u w:val="none"/>
          <w:color w:val="auto"/>
        </w:rPr>
        <w:t xml:space="preserve"> </w:t>
      </w:r>
      <w:r>
        <w:rPr>
          <w:u w:val="none"/>
          <w:color w:val="auto"/>
        </w:rPr>
        <w:t>to reach a city where they could live</w:t>
      </w:r>
      <w:r>
        <w:rPr>
          <w:b w:val="false"/>
          <w:i w:val="false"/>
          <w:color w:val="FFFFFF"/>
          <w:u w:val="none"/>
          <w:shd w:val="clear" w:color="auto" w:fill="548235"/>
        </w:rPr>
        <w:t xml:space="preserve"> [1DQQ]</w:t>
      </w:r>
      <w:r>
        <w:rPr>
          <w:u w:val="none"/>
          <w:shd w:val="clear" w:color="auto" w:fill="548235"/>
          <w:color w:val="FFFFFF"/>
        </w:rPr>
        <w:t>.</w:t>
      </w:r>
    </w:p>
    <w:p>
      <w:pPr>
        <w:pStyle w:val="Yellow"/>
        <w:rPr/>
      </w:pPr>
      <w:r>
        <w:rPr>
          <w:u w:val="none"/>
        </w:rPr>
        <w:t xml:space="preserve">(Ps107:10 “Some sat in darkness”) </w:t>
      </w:r>
      <w:r>
        <w:rPr>
          <w:b/>
          <w:u w:val="none"/>
        </w:rPr>
        <w:t xml:space="preserve">Psalm 107:13–14</w:t>
      </w:r>
      <w:r>
        <w:rPr>
          <w:u w:val="none"/>
        </w:rPr>
        <w:t xml:space="preserve"> — </w:t>
      </w:r>
      <w:r>
        <w:rPr>
          <w:u w:val="none"/>
          <w:shd w:val="clear" w:color="auto" w:fill="D9C3E6"/>
        </w:rPr>
        <w:t xml:space="preserve">{Then} </w:t>
      </w:r>
      <w:r>
        <w:rPr>
          <w:u w:val="none"/>
          <w:shd w:val="clear" w:color="auto" w:fill="D9C3E6"/>
        </w:rPr>
        <w:t xml:space="preserve">{they} cried out to the LORD in their trouble</w:t>
      </w:r>
      <w:r>
        <w:rPr>
          <w:b w:val="false"/>
          <w:i w:val="false"/>
          <w:color w:val="000000"/>
          <w:u w:val="none"/>
        </w:rPr>
        <w:t xml:space="preserve"> [4CPP]</w:t>
      </w:r>
      <w:r>
        <w:rPr>
          <w:u w:val="none"/>
          <w:shd w:val="clear" w:color="auto" w:fill="D9C3E6"/>
        </w:rPr>
        <w:t xml:space="preserve">, and </w:t>
      </w:r>
      <w:r>
        <w:rPr>
          <w:u w:val="none"/>
          <w:shd w:val="clear" w:color="auto" w:fill="D9C3E6"/>
        </w:rPr>
        <w:t xml:space="preserve">He saved them from their distress</w:t>
      </w:r>
      <w:r>
        <w:rPr>
          <w:b w:val="false"/>
          <w:i w:val="false"/>
          <w:color w:val="000000"/>
          <w:u w:val="none"/>
        </w:rPr>
        <w:t xml:space="preserve"> [3DQO]</w:t>
      </w:r>
      <w:r>
        <w:rPr>
          <w:u w:val="none"/>
          <w:shd w:val="clear" w:color="auto" w:fill="D9C3E6"/>
        </w:rPr>
        <w:t xml:space="preserve">. </w:t>
      </w:r>
      <w:r>
        <w:rPr>
          <w:u w:val="none"/>
          <w:shd w:fill="B7DDE8" w:val="clear"/>
        </w:rPr>
        <w:t xml:space="preserve">He brought them out of darkness and the shadow of death</w:t>
      </w:r>
      <w:r>
        <w:rPr>
          <w:b w:val="false"/>
          <w:i w:val="false"/>
          <w:color w:val="000000"/>
          <w:u w:val="none"/>
        </w:rPr>
        <w:t xml:space="preserve"> [1IXG]</w:t>
      </w:r>
      <w:r>
        <w:rPr>
          <w:u w:val="none"/>
        </w:rPr>
        <w:t xml:space="preserve"> and </w:t>
      </w:r>
      <w:r>
        <w:rPr>
          <w:u w:val="none"/>
          <w:shd w:fill="B7DDE8" w:val="clear"/>
        </w:rPr>
        <w:t xml:space="preserve">broke away their chains</w:t>
      </w:r>
      <w:r>
        <w:rPr>
          <w:b w:val="false"/>
          <w:i w:val="false"/>
          <w:color w:val="000000"/>
          <w:u w:val="none"/>
        </w:rPr>
        <w:t xml:space="preserve"> [1IXH]</w:t>
      </w:r>
      <w:r>
        <w:rPr>
          <w:u w:val="none"/>
        </w:rPr>
        <w:t xml:space="preserve">.</w:t>
      </w:r>
    </w:p>
    <w:p>
      <w:pPr>
        <w:pStyle w:val="Yellow"/>
        <w:rPr/>
        <w:pBdr>
          <w:left w:val="single" w:sz="28" w:space="5" w:color="C00000"/>
        </w:pBdr>
      </w:pPr>
      <w:r>
        <w:rPr>
          <w:shd w:val="clear" w:color="auto" w:fill="F4B183"/>
          <w:color w:val="000000"/>
        </w:rPr>
        <w:t xml:space="preserve">(Ps107:15 “give thanks to the LORD”) </w:t>
      </w:r>
      <w:r>
        <w:rPr>
          <w:b/>
          <w:shd w:val="clear" w:color="auto" w:fill="F4B183"/>
          <w:color w:val="000000"/>
        </w:rPr>
        <w:t xml:space="preserve">Psalm 107:16</w:t>
      </w:r>
      <w:r>
        <w:rPr>
          <w:shd w:val="clear" w:color="auto" w:fill="F4B183"/>
          <w:color w:val="000000"/>
        </w:rPr>
        <w:t xml:space="preserve"> — {For} </w:t>
      </w:r>
      <w:r>
        <w:rPr>
          <w:shd w:fill="F4B183" w:val="clear" w:color="auto"/>
          <w:color w:val="000000"/>
        </w:rPr>
        <w:t xml:space="preserve">{He} has broken down the gates of bronze</w:t>
      </w:r>
      <w:r>
        <w:rPr>
          <w:b w:val="false"/>
          <w:i w:val="false"/>
          <w:color w:val="000000"/>
          <w:u w:val="none"/>
          <w:shd w:val="clear" w:color="auto" w:fill="F4B183"/>
        </w:rPr>
        <w:t xml:space="preserve"> [1LMG]</w:t>
      </w:r>
      <w:r>
        <w:rPr>
          <w:shd w:val="clear" w:color="auto" w:fill="F4B183"/>
          <w:color w:val="000000"/>
        </w:rPr>
        <w:t xml:space="preserve"> and </w:t>
      </w:r>
      <w:r>
        <w:rPr>
          <w:shd w:fill="F4B183" w:val="clear" w:color="auto"/>
          <w:color w:val="000000"/>
        </w:rPr>
        <w:t xml:space="preserve">cut through the bars of iron</w:t>
      </w:r>
      <w:r>
        <w:rPr>
          <w:b w:val="false"/>
          <w:i w:val="false"/>
          <w:color w:val="000000"/>
          <w:u w:val="none"/>
          <w:shd w:val="clear" w:color="auto" w:fill="F4B183"/>
        </w:rPr>
        <w:t xml:space="preserve"> [1LMH]</w:t>
      </w:r>
      <w:r>
        <w:rPr>
          <w:shd w:val="clear" w:color="auto" w:fill="F4B183"/>
          <w:color w:val="000000"/>
        </w:rPr>
        <w:t xml:space="preserve">.</w:t>
      </w:r>
    </w:p>
    <w:p>
      <w:pPr>
        <w:pStyle w:val="Yellow"/>
        <w:rPr/>
      </w:pPr>
      <w:r>
        <w:rPr>
          <w:u w:val="none"/>
        </w:rPr>
        <w:t xml:space="preserve">(Ps107:17–18 after “Fools” suffered through “their iniquities” and “drew near to the gates of death”) </w:t>
      </w:r>
      <w:r>
        <w:rPr>
          <w:b/>
          <w:u w:val="none"/>
        </w:rPr>
        <w:t>Psalm 107:19–20</w:t>
      </w:r>
      <w:r>
        <w:rPr>
          <w:u w:val="none"/>
        </w:rPr>
        <w:t xml:space="preserve"> — </w:t>
      </w:r>
      <w:r>
        <w:rPr>
          <w:u w:val="none"/>
        </w:rPr>
        <w:t xml:space="preserve">{Then} </w:t>
      </w:r>
      <w:r>
        <w:rPr>
          <w:u w:val="none"/>
          <w:color w:val="000000"/>
        </w:rPr>
        <w:t>{they} cried out to the LORD in their trouble</w:t>
      </w:r>
      <w:r>
        <w:rPr>
          <w:b w:val="false"/>
          <w:i w:val="false"/>
          <w:color w:val="000000"/>
          <w:u w:val="none"/>
          <w:shd w:val="clear" w:color="auto" w:fill="F4B183"/>
        </w:rPr>
        <w:t xml:space="preserve"> [4CPP]</w:t>
      </w:r>
      <w:r>
        <w:rPr>
          <w:u w:val="none"/>
        </w:rPr>
        <w:t xml:space="preserve">, and </w:t>
      </w:r>
      <w:r>
        <w:rPr>
          <w:u w:val="none"/>
        </w:rPr>
        <w:t>He saved them from their distress</w:t>
      </w:r>
      <w:r>
        <w:rPr>
          <w:b w:val="false"/>
          <w:i w:val="false"/>
          <w:color w:val="000000"/>
          <w:u w:val="none"/>
        </w:rPr>
        <w:t xml:space="preserve"> [3DQO]</w:t>
      </w:r>
      <w:r>
        <w:rPr>
          <w:u w:val="none"/>
        </w:rPr>
        <w:t xml:space="preserve">. </w:t>
      </w:r>
      <w:r>
        <w:rPr>
          <w:u w:val="none"/>
          <w:shd w:val="clear" w:fill="B7DDE8"/>
        </w:rPr>
        <w:t>He sent forth His word</w:t>
      </w:r>
      <w:r>
        <w:rPr>
          <w:b w:val="false"/>
          <w:i w:val="false"/>
          <w:color w:val="000000"/>
          <w:u w:val="none"/>
        </w:rPr>
        <w:t xml:space="preserve"> [1DQR]</w:t>
      </w:r>
      <w:r>
        <w:rPr>
          <w:u w:val="none"/>
        </w:rPr>
        <w:t xml:space="preserve"> and </w:t>
      </w:r>
      <w:r>
        <w:rPr>
          <w:u w:val="none"/>
          <w:shd w:val="clear" w:fill="B7DDE8"/>
        </w:rPr>
        <w:t>healed them</w:t>
      </w:r>
      <w:r>
        <w:rPr>
          <w:b w:val="false"/>
          <w:i w:val="false"/>
          <w:color w:val="000000"/>
          <w:u w:val="none"/>
        </w:rPr>
        <w:t xml:space="preserve"> [8DQS]</w:t>
      </w:r>
      <w:r>
        <w:rPr>
          <w:u w:val="none"/>
        </w:rPr>
        <w:t xml:space="preserve">; </w:t>
      </w:r>
      <w:r>
        <w:rPr>
          <w:u w:val="none"/>
          <w:shd w:val="clear" w:fill="B7DDE8"/>
        </w:rPr>
        <w:t>He rescued them from the Pit</w:t>
      </w:r>
      <w:r>
        <w:rPr>
          <w:b w:val="false"/>
          <w:i w:val="false"/>
          <w:color w:val="000000"/>
          <w:u w:val="none"/>
        </w:rPr>
        <w:t xml:space="preserve"> [1DQT]</w:t>
      </w:r>
      <w:r>
        <w:rPr>
          <w:u w:val="none"/>
        </w:rPr>
        <w:t>.</w:t>
      </w:r>
    </w:p>
    <w:p>
      <w:pPr>
        <w:pStyle w:val="Yellow"/>
        <w:rPr/>
        <w:pBdr>
          <w:left w:val="single" w:sz="28" w:space="5" w:color="C00000"/>
        </w:pBdr>
      </w:pPr>
      <w:r>
        <w:rPr>
          <w:u w:val="none"/>
        </w:rPr>
        <w:t xml:space="preserve">(Ps107:40 “He pours out contempt on the nobles” / Ps107:31 “the LORD”) </w:t>
      </w:r>
      <w:r>
        <w:rPr>
          <w:b/>
          <w:u w:val="none"/>
        </w:rPr>
        <w:t xml:space="preserve">Psalm 107:41</w:t>
      </w:r>
      <w:r>
        <w:rPr>
          <w:u w:val="none"/>
        </w:rPr>
        <w:t xml:space="preserve"> — {But} </w:t>
      </w:r>
      <w:r>
        <w:rPr>
          <w:u w:val="none"/>
          <w:shd w:fill="B7DDE8" w:val="clear"/>
        </w:rPr>
        <w:t xml:space="preserve">{He} lifts the needy from affliction</w:t>
      </w:r>
      <w:r>
        <w:rPr>
          <w:u w:val="none"/>
          <w:shd w:fill="B7DDE8" w:val="clear"/>
        </w:rPr>
        <w:t xml:space="preserve"> and increases their families like flocks</w:t>
      </w:r>
      <w:r>
        <w:rPr>
          <w:b w:val="false"/>
          <w:i w:val="false"/>
          <w:u w:val="none"/>
          <w:color w:val="000000"/>
        </w:rPr>
        <w:t xml:space="preserve"> [1IGY]</w:t>
      </w:r>
      <w:r>
        <w:rPr>
          <w:b w:val="false"/>
          <w:i w:val="false"/>
          <w:color w:val="000000"/>
          <w:u w:val="none"/>
        </w:rPr>
        <w:t xml:space="preserve"> [1IGZ]</w:t>
      </w:r>
      <w:r>
        <w:rPr>
          <w:u w:val="none"/>
        </w:rPr>
        <w:t xml:space="preserve">.</w:t>
      </w:r>
    </w:p>
    <w:p>
      <w:pPr>
        <w:pStyle w:val="Yellow"/>
        <w:rPr/>
        <w:pBdr>
          <w:left w:val="single" w:sz="28" w:space="5" w:color="C00000"/>
        </w:pBdr>
      </w:pPr>
      <w:r>
        <w:rPr>
          <w:b/>
        </w:rPr>
        <w:t xml:space="preserve">Psalm 118:17</w:t>
      </w:r>
      <w:r>
        <w:rPr/>
        <w:t xml:space="preserve"> — </w:t>
      </w:r>
      <w:r>
        <w:rPr>
          <w:shd w:fill="B7DDE8" w:val="clear"/>
        </w:rPr>
        <w:t xml:space="preserve">I will not die, but I will live</w:t>
      </w:r>
      <w:r>
        <w:rPr>
          <w:b w:val="false"/>
          <w:i w:val="false"/>
          <w:u w:val="none"/>
          <w:color w:val="000000"/>
        </w:rPr>
        <w:t xml:space="preserve"> [1GHY]</w:t>
      </w:r>
      <w:r>
        <w:rPr/>
        <w:t xml:space="preserve"> and </w:t>
      </w:r>
      <w:r>
        <w:rPr>
          <w:shd w:fill="B7DDE8" w:val="clear"/>
        </w:rPr>
        <w:t xml:space="preserve">proclaim what the LORD has done</w:t>
      </w:r>
      <w:r>
        <w:rPr>
          <w:b w:val="false"/>
          <w:i w:val="false"/>
          <w:color w:val="000000"/>
          <w:u w:val="none"/>
        </w:rPr>
        <w:t xml:space="preserve"> [1GHZ]</w:t>
      </w:r>
      <w:r>
        <w:rPr/>
        <w:t xml:space="preserve">.</w:t>
      </w:r>
    </w:p>
    <w:p>
      <w:pPr>
        <w:pStyle w:val="Green"/>
        <w:rPr/>
        <w:shd w:val="clear" w:color="auto" w:fill="E4DFEC"/>
        <w:pBdr>
          <w:left w:val="single" w:sz="28" w:space="5" w:color="7030A0"/>
        </w:pBdr>
      </w:pPr>
      <w:r>
        <w:rPr>
          <w:b/>
          <w:u w:val="none"/>
        </w:rPr>
        <w:t>Psalm 121:2</w:t>
      </w:r>
      <w:r>
        <w:rPr>
          <w:u w:val="none"/>
        </w:rPr>
        <w:t xml:space="preserve"> — </w:t>
      </w:r>
      <w:r>
        <w:rPr>
          <w:u w:val="none"/>
          <w:shd w:fill="B7DDE8" w:val="clear"/>
        </w:rPr>
        <w:t>My help comes from the LORD</w:t>
      </w:r>
      <w:r>
        <w:rPr>
          <w:b w:val="false"/>
          <w:i w:val="false"/>
          <w:color w:val="000000"/>
          <w:u w:val="none"/>
        </w:rPr>
        <w:t xml:space="preserve"> [2KJ]</w:t>
      </w:r>
      <w:r>
        <w:rPr>
          <w:u w:val="none"/>
        </w:rPr>
        <w:t xml:space="preserve">, </w:t>
      </w:r>
      <w:r>
        <w:rPr>
          <w:u w:val="none"/>
          <w:shd w:fill="F4B183" w:val="clear" w:color="auto"/>
          <w:color w:val="000000"/>
        </w:rPr>
        <w:t>the Maker of heaven and earth</w:t>
      </w:r>
      <w:r>
        <w:rPr>
          <w:b w:val="false"/>
          <w:i w:val="false"/>
          <w:color w:val="000000"/>
          <w:u w:val="none"/>
          <w:shd w:val="clear" w:color="auto" w:fill="F4B183"/>
        </w:rPr>
        <w:t xml:space="preserve"> [3KI]</w:t>
      </w:r>
      <w:r>
        <w:rPr>
          <w:u w:val="none"/>
        </w:rPr>
        <w:t>.</w:t>
      </w:r>
    </w:p>
    <w:p>
      <w:pPr>
        <w:pStyle w:val="Yellow"/>
        <w:rPr/>
      </w:pPr>
      <w:r>
        <w:rPr/>
        <w:t xml:space="preserve">(Ps124:1–2 because the LORD was on Israel’s side) </w:t>
      </w:r>
      <w:r>
        <w:rPr>
          <w:b/>
        </w:rPr>
        <w:t xml:space="preserve">Psalm 124:7</w:t>
      </w:r>
      <w:r>
        <w:rPr/>
        <w:t xml:space="preserve"> — </w:t>
      </w:r>
      <w:r>
        <w:rPr>
          <w:shd w:fill="B7DDE8" w:val="clear"/>
        </w:rPr>
        <w:t xml:space="preserve">We have escaped like a bird from the snare of the fowler</w:t>
      </w:r>
      <w:r>
        <w:rPr>
          <w:b w:val="false"/>
          <w:i w:val="false"/>
          <w:color w:val="000000"/>
          <w:u w:val="none"/>
        </w:rPr>
        <w:t xml:space="preserve"> [1LNC]</w:t>
      </w:r>
      <w:r>
        <w:rPr/>
        <w:t xml:space="preserve">; </w:t>
      </w:r>
      <w:r>
        <w:rPr>
          <w:shd w:fill="B7DDE8" w:val="clear"/>
        </w:rPr>
        <w:t xml:space="preserve">the net is torn</w:t>
      </w:r>
      <w:r>
        <w:rPr>
          <w:b w:val="false"/>
          <w:i w:val="false"/>
          <w:color w:val="000000"/>
          <w:u w:val="none"/>
        </w:rPr>
        <w:t xml:space="preserve"> [1LND]</w:t>
      </w:r>
      <w:r>
        <w:rPr/>
        <w:t xml:space="preserve">, and </w:t>
      </w:r>
      <w:r>
        <w:rPr>
          <w:shd w:fill="B7DDE8" w:val="clear"/>
        </w:rPr>
        <w:t xml:space="preserve">we have slipped away</w:t>
      </w:r>
      <w:r>
        <w:rPr>
          <w:b w:val="false"/>
          <w:i w:val="false"/>
          <w:color w:val="000000"/>
          <w:u w:val="none"/>
        </w:rPr>
        <w:t xml:space="preserve"> [1LNE]</w:t>
      </w:r>
      <w:r>
        <w:rPr/>
        <w:t xml:space="preserve">.</w:t>
      </w:r>
    </w:p>
    <w:p>
      <w:pPr>
        <w:pStyle w:val="Yellow"/>
        <w:rPr/>
      </w:pPr>
      <w:r>
        <w:rPr>
          <w:b/>
          <w:u w:val="none"/>
        </w:rPr>
        <w:t>Psalm 124:8</w:t>
      </w:r>
      <w:r>
        <w:rPr>
          <w:u w:val="none"/>
        </w:rPr>
        <w:t xml:space="preserve"> — </w:t>
      </w:r>
      <w:r>
        <w:rPr>
          <w:u w:val="none"/>
          <w:shd w:fill="B7DDE8" w:val="clear"/>
        </w:rPr>
        <w:t>Our help is in the name of the LORD</w:t>
      </w:r>
      <w:r>
        <w:rPr>
          <w:b w:val="false"/>
          <w:i w:val="false"/>
          <w:color w:val="000000"/>
          <w:u w:val="none"/>
        </w:rPr>
        <w:t xml:space="preserve"> [2KJ]</w:t>
      </w:r>
      <w:r>
        <w:rPr>
          <w:u w:val="none"/>
        </w:rPr>
        <w:t xml:space="preserve">, </w:t>
      </w:r>
      <w:r>
        <w:rPr>
          <w:u w:val="none"/>
          <w:shd w:fill="F4B183" w:val="clear" w:color="auto"/>
          <w:color w:val="000000"/>
        </w:rPr>
        <w:t>the Maker of heaven and earth</w:t>
      </w:r>
      <w:r>
        <w:rPr>
          <w:b w:val="false"/>
          <w:i w:val="false"/>
          <w:color w:val="000000"/>
          <w:u w:val="none"/>
          <w:shd w:val="clear" w:color="auto" w:fill="F4B183"/>
        </w:rPr>
        <w:t xml:space="preserve"> [3KI]</w:t>
      </w:r>
      <w:r>
        <w:rPr>
          <w:u w:val="none"/>
        </w:rPr>
        <w:t>.</w:t>
      </w:r>
    </w:p>
    <w:p>
      <w:pPr>
        <w:pStyle w:val="Green"/>
        <w:rPr/>
        <w:pBdr>
          <w:left w:val="single" w:sz="28" w:space="5" w:color="C00000"/>
        </w:pBdr>
      </w:pPr>
      <w:r>
        <w:rPr>
          <w:b/>
          <w:u w:val="none"/>
          <w:shd w:val="clear" w:color="auto" w:fill="F4B183"/>
          <w:color w:val="000000"/>
        </w:rPr>
        <w:t>Psalm 129:4</w:t>
      </w:r>
      <w:r>
        <w:rPr>
          <w:u w:val="none"/>
          <w:shd w:val="clear" w:color="auto" w:fill="F4B183"/>
          <w:color w:val="000000"/>
        </w:rPr>
        <w:t xml:space="preserve"> — </w:t>
      </w:r>
      <w:r>
        <w:rPr>
          <w:u w:val="none"/>
          <w:color w:val="000000"/>
          <w:shd w:val="clear" w:color="auto" w:fill="D9C3E6"/>
        </w:rPr>
        <w:t>The LORD is righteous</w:t>
      </w:r>
      <w:r>
        <w:rPr>
          <w:b w:val="false"/>
          <w:i w:val="false"/>
          <w:color w:val="000000"/>
          <w:u w:val="none"/>
          <w:shd w:val="clear" w:color="auto" w:fill="F4B183"/>
        </w:rPr>
        <w:t xml:space="preserve"> [16FJ]</w:t>
      </w:r>
      <w:r>
        <w:rPr>
          <w:u w:val="none"/>
          <w:color w:val="000000"/>
          <w:shd w:val="clear" w:color="auto" w:fill="D9C3E6"/>
        </w:rPr>
        <w:t xml:space="preserve">; </w:t>
      </w:r>
      <w:r>
        <w:rPr>
          <w:u w:val="none"/>
          <w:shd w:fill="F4B183" w:val="clear" w:color="auto"/>
          <w:color w:val="000000"/>
        </w:rPr>
        <w:t>He has cut me from the cords of the wicked</w:t>
      </w:r>
      <w:r>
        <w:rPr>
          <w:b w:val="false"/>
          <w:i w:val="false"/>
          <w:color w:val="000000"/>
          <w:u w:val="none"/>
          <w:shd w:val="clear" w:color="auto" w:fill="F4B183"/>
        </w:rPr>
        <w:t xml:space="preserve"> [1KU]</w:t>
      </w:r>
      <w:r>
        <w:rPr>
          <w:u w:val="none"/>
          <w:shd w:val="clear" w:color="auto" w:fill="F4B183"/>
          <w:color w:val="000000"/>
        </w:rPr>
        <w:t>.</w:t>
      </w:r>
    </w:p>
    <w:p>
      <w:pPr>
        <w:pStyle w:val="Yellow"/>
        <w:rPr/>
      </w:pPr>
      <w:r>
        <w:rPr>
          <w:u w:val="none"/>
          <w:shd w:val="clear" w:color="auto" w:fill="548235"/>
          <w:color w:val="FFFFFF"/>
        </w:rPr>
        <w:t xml:space="preserve">(Ps136:3 “the Lord of lords”) </w:t>
      </w:r>
      <w:r>
        <w:rPr>
          <w:b/>
          <w:u w:val="none"/>
          <w:shd w:val="clear" w:color="auto" w:fill="548235"/>
          <w:color w:val="FFFFFF"/>
        </w:rPr>
        <w:t>Psalm 136:23–24</w:t>
      </w:r>
      <w:r>
        <w:rPr>
          <w:u w:val="none"/>
          <w:shd w:val="clear" w:color="auto" w:fill="548235"/>
          <w:color w:val="FFFFFF"/>
        </w:rPr>
        <w:t xml:space="preserve"> — </w:t>
      </w:r>
      <w:r>
        <w:rPr>
          <w:u w:val="none"/>
          <w:shd w:fill="548235" w:val="clear" w:color="auto"/>
          <w:color w:val="FFFFFF"/>
        </w:rPr>
        <w:t>{He} remembered us in our low estate</w:t>
      </w:r>
      <w:r>
        <w:rPr>
          <w:b w:val="false"/>
          <w:i w:val="false"/>
          <w:color w:val="FFFFFF"/>
          <w:u w:val="none"/>
          <w:shd w:val="clear" w:color="auto" w:fill="548235"/>
        </w:rPr>
        <w:t xml:space="preserve"> [1FPZ]</w:t>
      </w:r>
      <w:r>
        <w:rPr>
          <w:u w:val="none"/>
          <w:shd w:val="clear" w:color="auto" w:fill="548235"/>
          <w:color w:val="FFFFFF"/>
        </w:rPr>
        <w:t xml:space="preserve"> </w:t>
      </w:r>
      <w:r>
        <w:rPr>
          <w:u w:val="none"/>
          <w:shd w:fill="548235" w:val="clear" w:color="auto"/>
          <w:color w:val="FFFFFF"/>
        </w:rPr>
        <w:t>His loving devotion endures forever</w:t>
      </w:r>
      <w:r>
        <w:rPr>
          <w:b w:val="false"/>
          <w:i w:val="false"/>
          <w:color w:val="FFFFFF"/>
          <w:u w:val="none"/>
          <w:shd w:val="clear" w:color="auto" w:fill="548235"/>
        </w:rPr>
        <w:t xml:space="preserve"> [6HI]</w:t>
      </w:r>
      <w:r>
        <w:rPr>
          <w:u w:val="none"/>
          <w:shd w:val="clear" w:color="auto" w:fill="548235"/>
          <w:color w:val="FFFFFF"/>
        </w:rPr>
        <w:t xml:space="preserve">. and </w:t>
      </w:r>
      <w:r>
        <w:rPr>
          <w:u w:val="none"/>
          <w:shd w:fill="548235" w:val="clear" w:color="auto"/>
          <w:color w:val="FFFFFF"/>
        </w:rPr>
        <w:t>freed us from our enemies</w:t>
      </w:r>
      <w:r>
        <w:rPr>
          <w:b w:val="false"/>
          <w:i w:val="false"/>
          <w:color w:val="FFFFFF"/>
          <w:u w:val="none"/>
          <w:shd w:val="clear" w:color="auto" w:fill="548235"/>
        </w:rPr>
        <w:t xml:space="preserve"> [1FQA]</w:t>
      </w:r>
      <w:r>
        <w:rPr>
          <w:u w:val="none"/>
          <w:shd w:val="clear" w:color="auto" w:fill="548235"/>
          <w:color w:val="FFFFFF"/>
        </w:rPr>
        <w:t xml:space="preserve">. </w:t>
      </w:r>
      <w:r>
        <w:rPr>
          <w:u w:val="none"/>
          <w:color w:val="auto"/>
        </w:rPr>
        <w:t>His loving devotion endures forever</w:t>
      </w:r>
      <w:r>
        <w:rPr>
          <w:b w:val="false"/>
          <w:i w:val="false"/>
          <w:color w:val="FFFFFF"/>
          <w:u w:val="none"/>
          <w:shd w:val="clear" w:color="auto" w:fill="548235"/>
        </w:rPr>
        <w:t xml:space="preserve"> [6HI]</w:t>
      </w:r>
      <w:r>
        <w:rPr>
          <w:u w:val="none"/>
          <w:color w:val="auto"/>
        </w:rPr>
        <w:t>.</w:t>
      </w:r>
    </w:p>
    <w:p>
      <w:pPr>
        <w:pStyle w:val="Yellow"/>
        <w:rPr/>
        <w:pBdr>
          <w:left w:val="single" w:sz="28" w:space="5" w:color="C00000"/>
        </w:pBdr>
      </w:pPr>
      <w:r>
        <w:rPr>
          <w:b/>
        </w:rPr>
        <w:t>Psalm 138:7</w:t>
      </w:r>
      <w:r>
        <w:rPr/>
        <w:t xml:space="preserve"> — </w:t>
      </w:r>
      <w:r>
        <w:rPr>
          <w:shd w:val="clear" w:fill="B7DDE8"/>
        </w:rPr>
        <w:t>If I walk in the midst of trouble</w:t>
      </w:r>
      <w:r>
        <w:rPr>
          <w:b w:val="false"/>
          <w:i w:val="false"/>
          <w:color w:val="000000"/>
          <w:u w:val="none"/>
        </w:rPr>
        <w:t xml:space="preserve"> [1DYP]</w:t>
      </w:r>
      <w:r>
        <w:rPr/>
        <w:t xml:space="preserve">, </w:t>
      </w:r>
      <w:r>
        <w:rPr>
          <w:shd w:val="clear" w:fill="B7DDE8"/>
        </w:rPr>
        <w:t>You preserve me from the anger of my foes</w:t>
      </w:r>
      <w:r>
        <w:rPr>
          <w:b w:val="false"/>
          <w:i w:val="false"/>
          <w:color w:val="000000"/>
          <w:u w:val="none"/>
        </w:rPr>
        <w:t xml:space="preserve"> [1DYQ]</w:t>
      </w:r>
      <w:r>
        <w:rPr/>
        <w:t xml:space="preserve">; </w:t>
      </w:r>
      <w:r>
        <w:rPr>
          <w:shd w:val="clear" w:fill="B7DDE8"/>
        </w:rPr>
        <w:t>You extend Your hand</w:t>
      </w:r>
      <w:r>
        <w:rPr>
          <w:b w:val="false"/>
          <w:i w:val="false"/>
          <w:color w:val="000000"/>
          <w:u w:val="none"/>
        </w:rPr>
        <w:t xml:space="preserve"> [1DYR]</w:t>
      </w:r>
      <w:r>
        <w:rPr/>
        <w:t xml:space="preserve">, and </w:t>
      </w:r>
      <w:r>
        <w:rPr>
          <w:shd w:val="clear" w:fill="B7DDE8"/>
        </w:rPr>
        <w:t>Your right hand saves me</w:t>
      </w:r>
      <w:r>
        <w:rPr>
          <w:b w:val="false"/>
          <w:i w:val="false"/>
          <w:color w:val="000000"/>
          <w:u w:val="none"/>
        </w:rPr>
        <w:t xml:space="preserve"> [1DYS]</w:t>
      </w:r>
      <w:r>
        <w:rPr/>
        <w:t>.</w:t>
      </w:r>
    </w:p>
    <w:p>
      <w:pPr>
        <w:pStyle w:val="Yellow"/>
        <w:rPr/>
        <w:pBdr>
          <w:left w:val="single" w:sz="28" w:space="5" w:color="C00000"/>
        </w:pBdr>
      </w:pPr>
      <w:r>
        <w:rPr>
          <w:b/>
        </w:rPr>
        <w:t>Psalm 144:9–10</w:t>
      </w:r>
      <w:r>
        <w:rPr/>
        <w:t xml:space="preserve"> — on a harp of ten strings </w:t>
      </w:r>
      <w:r>
        <w:rPr>
          <w:shd w:val="clear" w:fill="B7DDE8"/>
        </w:rPr>
        <w:t>I will make music to You</w:t>
      </w:r>
      <w:r>
        <w:rPr>
          <w:b w:val="false"/>
          <w:i w:val="false"/>
          <w:color w:val="000000"/>
          <w:u w:val="none"/>
        </w:rPr>
        <w:t xml:space="preserve"> [1DUD]</w:t>
      </w:r>
      <w:r>
        <w:rPr/>
        <w:t xml:space="preserve">—to </w:t>
      </w:r>
      <w:r>
        <w:rPr>
          <w:shd w:val="clear" w:fill="B7DDE8"/>
        </w:rPr>
        <w:t>Him who gives victory to kings</w:t>
      </w:r>
      <w:r>
        <w:rPr>
          <w:b w:val="false"/>
          <w:i w:val="false"/>
          <w:u w:val="none"/>
          <w:color w:val="000000"/>
        </w:rPr>
        <w:t xml:space="preserve"> [1DUE]</w:t>
      </w:r>
      <w:r>
        <w:rPr/>
        <w:t xml:space="preserve">, </w:t>
      </w:r>
      <w:r>
        <w:rPr>
          <w:shd w:val="clear" w:fill="B7DDE8"/>
        </w:rPr>
        <w:t>who frees His servant David from the deadly sword</w:t>
      </w:r>
      <w:r>
        <w:rPr>
          <w:b w:val="false"/>
          <w:i w:val="false"/>
          <w:color w:val="000000"/>
          <w:u w:val="none"/>
        </w:rPr>
        <w:t xml:space="preserve"> [1DUF]</w:t>
      </w:r>
      <w:r>
        <w:rPr/>
        <w:t>.</w:t>
      </w:r>
    </w:p>
    <w:p>
      <w:pPr>
        <w:pStyle w:val="Yellow"/>
        <w:rPr/>
        <w:pBdr>
          <w:left w:val="single" w:sz="28" w:space="5" w:color="C00000"/>
        </w:pBdr>
      </w:pPr>
      <w:r>
        <w:rPr>
          <w:b/>
        </w:rPr>
        <w:t xml:space="preserve">Psalm 145:14</w:t>
      </w:r>
      <w:r>
        <w:rPr/>
        <w:t xml:space="preserve"> — </w:t>
      </w:r>
      <w:r>
        <w:rPr>
          <w:shd w:fill="B7DDE8" w:val="clear"/>
        </w:rPr>
        <w:t xml:space="preserve">The LORD upholds all who fall</w:t>
      </w:r>
      <w:r>
        <w:rPr>
          <w:b w:val="false"/>
          <w:i w:val="false"/>
          <w:color w:val="000000"/>
          <w:u w:val="none"/>
        </w:rPr>
        <w:t xml:space="preserve"> [1LME]</w:t>
      </w:r>
      <w:r>
        <w:rPr/>
        <w:t xml:space="preserve"> and </w:t>
      </w:r>
      <w:r>
        <w:rPr>
          <w:shd w:fill="F4B183" w:val="clear" w:color="auto"/>
          <w:color w:val="000000"/>
        </w:rPr>
        <w:t xml:space="preserve">lifts up all who are bowed down</w:t>
      </w:r>
      <w:r>
        <w:rPr>
          <w:b w:val="false"/>
          <w:i w:val="false"/>
          <w:color w:val="000000"/>
          <w:u w:val="none"/>
          <w:shd w:val="clear" w:color="auto" w:fill="F4B183"/>
        </w:rPr>
        <w:t xml:space="preserve"> [1LMF]</w:t>
      </w:r>
      <w:r>
        <w:rPr/>
        <w:t xml:space="preserve">.</w:t>
      </w:r>
    </w:p>
    <w:p>
      <w:pPr>
        <w:pStyle w:val="Yellow"/>
        <w:rPr/>
        <w:pBdr>
          <w:left w:val="single" w:sz="28" w:space="5" w:color="C00000"/>
        </w:pBdr>
      </w:pPr>
      <w:r>
        <w:rPr>
          <w:u w:val="none"/>
          <w:shd w:val="clear" w:color="auto" w:fill="548235"/>
          <w:color w:val="FFFFFF"/>
        </w:rPr>
        <w:t xml:space="preserve">(Ps145:18 “The LORD”) </w:t>
      </w:r>
      <w:r>
        <w:rPr>
          <w:b/>
          <w:u w:val="none"/>
          <w:shd w:val="clear" w:color="auto" w:fill="548235"/>
          <w:color w:val="FFFFFF"/>
        </w:rPr>
        <w:t xml:space="preserve">Psalm 145:19</w:t>
      </w:r>
      <w:r>
        <w:rPr>
          <w:u w:val="none"/>
          <w:shd w:val="clear" w:color="auto" w:fill="548235"/>
          <w:color w:val="FFFFFF"/>
        </w:rPr>
        <w:t xml:space="preserve"> — </w:t>
      </w:r>
      <w:r>
        <w:rPr>
          <w:u w:val="none"/>
          <w:shd w:fill="548235" w:val="clear" w:color="auto"/>
          <w:color w:val="FFFFFF"/>
        </w:rPr>
        <w:t xml:space="preserve">{He} fulfills the desires of those who fear Him</w:t>
      </w:r>
      <w:r>
        <w:rPr>
          <w:b w:val="false"/>
          <w:i w:val="false"/>
          <w:color w:val="FFFFFF"/>
          <w:u w:val="none"/>
          <w:shd w:val="clear" w:color="auto" w:fill="548235"/>
        </w:rPr>
        <w:t xml:space="preserve"> [1LTD]</w:t>
      </w:r>
      <w:r>
        <w:rPr>
          <w:u w:val="none"/>
          <w:shd w:val="clear" w:color="auto" w:fill="548235"/>
          <w:color w:val="FFFFFF"/>
        </w:rPr>
        <w:t xml:space="preserve">; </w:t>
      </w:r>
      <w:r>
        <w:rPr>
          <w:u w:val="none"/>
          <w:shd w:fill="548235" w:val="clear" w:color="auto"/>
          <w:color w:val="FFFFFF"/>
        </w:rPr>
        <w:t xml:space="preserve">He hears their cry</w:t>
      </w:r>
      <w:r>
        <w:rPr>
          <w:b w:val="false"/>
          <w:i w:val="false"/>
          <w:color w:val="FFFFFF"/>
          <w:u w:val="none"/>
          <w:shd w:val="clear" w:color="auto" w:fill="548235"/>
        </w:rPr>
        <w:t xml:space="preserve"> [13CNM]</w:t>
      </w:r>
      <w:r>
        <w:rPr>
          <w:u w:val="none"/>
          <w:shd w:val="clear" w:color="auto" w:fill="548235"/>
          <w:color w:val="FFFFFF"/>
        </w:rPr>
        <w:t xml:space="preserve"> and </w:t>
      </w:r>
      <w:r>
        <w:rPr>
          <w:u w:val="none"/>
          <w:shd w:fill="548235" w:val="clear" w:color="auto"/>
          <w:color w:val="FFFFFF"/>
        </w:rPr>
        <w:t xml:space="preserve">saves them</w:t>
      </w:r>
      <w:r>
        <w:rPr>
          <w:b w:val="false"/>
          <w:i w:val="false"/>
          <w:color w:val="FFFFFF"/>
          <w:u w:val="none"/>
          <w:shd w:val="clear" w:color="auto" w:fill="548235"/>
        </w:rPr>
        <w:t xml:space="preserve"> [1LTE]</w:t>
      </w:r>
      <w:r>
        <w:rPr>
          <w:u w:val="none"/>
          <w:shd w:val="clear" w:color="auto" w:fill="548235"/>
          <w:color w:val="FFFFFF"/>
        </w:rPr>
        <w:t xml:space="preserve">.</w:t>
      </w:r>
    </w:p>
    <w:p>
      <w:pPr>
        <w:pStyle w:val="Yellow"/>
        <w:rPr/>
        <w:pBdr>
          <w:left w:val="single" w:sz="28" w:space="5" w:color="C00000"/>
        </w:pBdr>
      </w:pPr>
      <w:r>
        <w:rPr/>
        <w:t xml:space="preserve">(Is38:5 because God “heard your prayer”) </w:t>
      </w:r>
      <w:r>
        <w:rPr>
          <w:b/>
        </w:rPr>
        <w:t>Isaiah 38:6</w:t>
      </w:r>
      <w:r>
        <w:rPr/>
        <w:t xml:space="preserve"> — And </w:t>
      </w:r>
      <w:r>
        <w:rPr>
          <w:shd w:val="clear" w:fill="F4B183" w:color="auto"/>
          <w:color w:val="000000"/>
        </w:rPr>
        <w:t>I will deliver you and this city from the hand of the king of Assyria</w:t>
      </w:r>
      <w:r>
        <w:rPr>
          <w:b w:val="false"/>
          <w:i w:val="false"/>
          <w:color w:val="000000"/>
          <w:u w:val="none"/>
          <w:shd w:val="clear" w:color="auto" w:fill="F4B183"/>
        </w:rPr>
        <w:t xml:space="preserve"> [1DUQ]</w:t>
      </w:r>
      <w:r>
        <w:rPr/>
        <w:t xml:space="preserve">. </w:t>
      </w:r>
      <w:r>
        <w:rPr>
          <w:shd w:val="clear" w:color="auto" w:fill="D9C3E6"/>
        </w:rPr>
        <w:t>I will defend this city</w:t>
      </w:r>
      <w:r>
        <w:rPr>
          <w:b w:val="false"/>
          <w:i w:val="false"/>
          <w:color w:val="000000"/>
          <w:u w:val="none"/>
        </w:rPr>
        <w:t xml:space="preserve"> [2DUN]</w:t>
      </w:r>
      <w:r>
        <w:rPr>
          <w:shd w:val="clear" w:color="auto" w:fill="D9C3E6"/>
        </w:rPr>
        <w:t>.</w:t>
      </w:r>
    </w:p>
    <w:p>
      <w:pPr>
        <w:pStyle w:val="Yellow"/>
        <w:rPr/>
      </w:pPr>
      <w:r>
        <w:rPr>
          <w:b/>
        </w:rPr>
        <w:t>Isaiah 42:6–7</w:t>
      </w:r>
      <w:r>
        <w:t xml:space="preserve"> — “</w:t>
      </w:r>
      <w:r>
        <w:rPr>
          <w:shd w:fill="B7DDE8" w:val="clear"/>
        </w:rPr>
        <w:t>I, the LORD, have called you for a righteous purpose</w:t>
      </w:r>
      <w:r>
        <w:rPr>
          <w:b w:val="false"/>
          <w:i w:val="false"/>
          <w:color w:val="000000"/>
          <w:u w:val="none"/>
        </w:rPr>
        <w:t xml:space="preserve"> [1AKV]</w:t>
      </w:r>
      <w:r>
        <w:t xml:space="preserve">, and </w:t>
      </w:r>
      <w:r>
        <w:rPr>
          <w:shd w:fill="B7DDE8" w:val="clear"/>
        </w:rPr>
        <w:t>I will take hold of your hand</w:t>
      </w:r>
      <w:r>
        <w:rPr>
          <w:b w:val="false"/>
          <w:i w:val="false"/>
          <w:u w:val="none"/>
          <w:color w:val="000000"/>
        </w:rPr>
        <w:t xml:space="preserve"> [1AKW]</w:t>
      </w:r>
      <w:r>
        <w:t xml:space="preserve">. </w:t>
      </w:r>
      <w:r>
        <w:rPr>
          <w:shd w:fill="B7DDE8" w:val="clear"/>
        </w:rPr>
        <w:t>I will keep you</w:t>
      </w:r>
      <w:r>
        <w:rPr>
          <w:b w:val="false"/>
          <w:i w:val="false"/>
          <w:color w:val="000000"/>
          <w:u w:val="none"/>
        </w:rPr>
        <w:t xml:space="preserve"> [2ABO]</w:t>
      </w:r>
      <w:r>
        <w:t xml:space="preserve"> and </w:t>
      </w:r>
      <w:r>
        <w:rPr>
          <w:shd w:fill="B7DDE8" w:val="clear"/>
        </w:rPr>
        <w:t>appoint you to be a covenant for the people</w:t>
      </w:r>
      <w:r>
        <w:rPr>
          <w:b w:val="false"/>
          <w:i w:val="false"/>
          <w:color w:val="000000"/>
          <w:u w:val="none"/>
        </w:rPr>
        <w:t xml:space="preserve"> [2ABP]</w:t>
      </w:r>
      <w:r>
        <w:t xml:space="preserve"> and </w:t>
      </w:r>
      <w:r>
        <w:rPr>
          <w:shd w:fill="B7DDE8" w:val="clear"/>
        </w:rPr>
        <w:t>a light to the nations</w:t>
      </w:r>
      <w:r>
        <w:rPr>
          <w:b w:val="false"/>
          <w:i w:val="false"/>
          <w:color w:val="000000"/>
          <w:u w:val="none"/>
        </w:rPr>
        <w:t xml:space="preserve"> [1AKX]</w:t>
      </w:r>
      <w:r>
        <w:t xml:space="preserve">, </w:t>
      </w:r>
      <w:r>
        <w:rPr>
          <w:shd w:fill="B7DDE8" w:val="clear"/>
        </w:rPr>
        <w:t>to open the eyes of the blind</w:t>
      </w:r>
      <w:r>
        <w:rPr>
          <w:b w:val="false"/>
          <w:i w:val="false"/>
          <w:color w:val="000000"/>
          <w:u w:val="none"/>
        </w:rPr>
        <w:t xml:space="preserve"> [1AKY]</w:t>
      </w:r>
      <w:r>
        <w:t xml:space="preserve">, </w:t>
      </w:r>
      <w:r>
        <w:rPr>
          <w:shd w:fill="B7DDE8" w:val="clear"/>
        </w:rPr>
        <w:t>to bring prisoners out of the dungeon and those sitting in darkness out from the prison house</w:t>
      </w:r>
      <w:r>
        <w:rPr>
          <w:b w:val="false"/>
          <w:i w:val="false"/>
          <w:color w:val="000000"/>
          <w:u w:val="none"/>
        </w:rPr>
        <w:t xml:space="preserve"> [1AKZ]</w:t>
      </w:r>
      <w:r>
        <w:t>.</w:t>
      </w:r>
    </w:p>
    <w:p>
      <w:pPr>
        <w:pStyle w:val="Yellow"/>
        <w:rPr/>
      </w:pPr>
      <w:r>
        <w:rPr>
          <w:b/>
        </w:rPr>
        <w:t xml:space="preserve">Isaiah 47:10–11</w:t>
      </w:r>
      <w:r>
        <w:rPr/>
        <w:t xml:space="preserve"> — </w:t>
      </w:r>
      <w:r>
        <w:rPr>
          <w:shd w:fill="B7DDE8" w:val="clear"/>
        </w:rPr>
        <w:t xml:space="preserve">You were secure in your wickedness</w:t>
      </w:r>
      <w:r>
        <w:rPr>
          <w:b w:val="false"/>
          <w:i w:val="false"/>
          <w:color w:val="000000"/>
          <w:u w:val="none"/>
        </w:rPr>
        <w:t xml:space="preserve"> [1JFY]</w:t>
      </w:r>
      <w:r>
        <w:rPr/>
        <w:t xml:space="preserve">; </w:t>
      </w:r>
      <w:r>
        <w:rPr>
          <w:shd w:fill="B7DDE8" w:val="clear"/>
        </w:rPr>
        <w:t xml:space="preserve">you said, ‘No one sees me.’</w:t>
      </w:r>
      <w:r>
        <w:rPr>
          <w:b w:val="false"/>
          <w:i w:val="false"/>
          <w:color w:val="000000"/>
          <w:u w:val="none"/>
        </w:rPr>
        <w:t xml:space="preserve"> [1JFZ]</w:t>
      </w:r>
      <w:r>
        <w:rPr/>
        <w:t xml:space="preserve"> </w:t>
      </w:r>
      <w:r>
        <w:rPr>
          <w:shd w:fill="B7DDE8" w:val="clear"/>
        </w:rPr>
        <w:t xml:space="preserve">Your wisdom and knowledge led you astray</w:t>
      </w:r>
      <w:r>
        <w:rPr>
          <w:b w:val="false"/>
          <w:i w:val="false"/>
          <w:color w:val="000000"/>
          <w:u w:val="none"/>
        </w:rPr>
        <w:t xml:space="preserve"> [1JGA]</w:t>
      </w:r>
      <w:r>
        <w:rPr/>
        <w:t xml:space="preserve">; </w:t>
      </w:r>
      <w:r>
        <w:rPr>
          <w:shd w:fill="B7DDE8" w:val="clear"/>
        </w:rPr>
        <w:t xml:space="preserve">you told yourself, ‘I am, and there is none besides me.’</w:t>
      </w:r>
      <w:r>
        <w:rPr>
          <w:b w:val="false"/>
          <w:i w:val="false"/>
          <w:color w:val="000000"/>
          <w:u w:val="none"/>
        </w:rPr>
        <w:t xml:space="preserve"> [2GUZ]</w:t>
      </w:r>
      <w:r>
        <w:rPr/>
        <w:t xml:space="preserve"> But </w:t>
      </w:r>
      <w:r>
        <w:rPr>
          <w:shd w:fill="B7DDE8" w:val="clear"/>
        </w:rPr>
        <w:t xml:space="preserve">disaster will come upon you</w:t>
      </w:r>
      <w:r>
        <w:rPr>
          <w:b w:val="false"/>
          <w:i w:val="false"/>
          <w:color w:val="000000"/>
          <w:u w:val="none"/>
        </w:rPr>
        <w:t xml:space="preserve"> [1JGB]</w:t>
      </w:r>
      <w:r>
        <w:rPr/>
        <w:t xml:space="preserve">; </w:t>
      </w:r>
      <w:r>
        <w:rPr>
          <w:shd w:fill="B7DDE8" w:val="clear"/>
        </w:rPr>
        <w:t xml:space="preserve">you will not know how to charm it away</w:t>
      </w:r>
      <w:r>
        <w:rPr>
          <w:b w:val="false"/>
          <w:i w:val="false"/>
          <w:color w:val="000000"/>
          <w:u w:val="none"/>
        </w:rPr>
        <w:t xml:space="preserve"> [1JGC]</w:t>
      </w:r>
      <w:r>
        <w:rPr/>
        <w:t xml:space="preserve">. </w:t>
      </w:r>
      <w:r>
        <w:rPr>
          <w:shd w:fill="B7DDE8" w:val="clear"/>
        </w:rPr>
        <w:t xml:space="preserve">A calamity will befall you that you will be unable to ward off</w:t>
      </w:r>
      <w:r>
        <w:rPr>
          <w:b w:val="false"/>
          <w:i w:val="false"/>
          <w:color w:val="000000"/>
          <w:u w:val="none"/>
        </w:rPr>
        <w:t xml:space="preserve"> [1JGD]</w:t>
      </w:r>
      <w:r>
        <w:rPr/>
        <w:t xml:space="preserve">. </w:t>
      </w:r>
      <w:r>
        <w:rPr>
          <w:shd w:fill="B7DDE8" w:val="clear"/>
        </w:rPr>
        <w:t xml:space="preserve">Devastation will happen to you suddenly and unexpectedly</w:t>
      </w:r>
      <w:r>
        <w:rPr>
          <w:b w:val="false"/>
          <w:i w:val="false"/>
          <w:color w:val="000000"/>
          <w:u w:val="none"/>
        </w:rPr>
        <w:t xml:space="preserve"> [1JGE]</w:t>
      </w:r>
      <w:r>
        <w:rPr/>
        <w:t xml:space="preserve">.</w:t>
      </w:r>
    </w:p>
    <w:p>
      <w:pPr>
        <w:pStyle w:val="Yellow"/>
        <w:rPr/>
      </w:pPr>
      <w:r>
        <w:rPr>
          <w:b/>
        </w:rPr>
        <w:t>Isaiah 47:13–15</w:t>
      </w:r>
      <w:r>
        <w:t xml:space="preserve"> — </w:t>
      </w:r>
      <w:r>
        <w:rPr>
          <w:shd w:fill="B7DDE8" w:val="clear"/>
        </w:rPr>
        <w:t>You are wearied by your many counselors</w:t>
      </w:r>
      <w:r>
        <w:rPr>
          <w:b w:val="false"/>
          <w:i w:val="false"/>
          <w:color w:val="000000"/>
          <w:u w:val="none"/>
        </w:rPr>
        <w:t xml:space="preserve"> [1BQC]</w:t>
      </w:r>
      <w:r>
        <w:t xml:space="preserve">; </w:t>
      </w:r>
      <w:r>
        <w:rPr>
          <w:shd w:fill="B7DDE8" w:val="clear"/>
        </w:rPr>
        <w:t>let them come forward now and save you</w:t>
      </w:r>
      <w:r>
        <w:rPr>
          <w:b w:val="false"/>
          <w:i w:val="false"/>
          <w:color w:val="000000"/>
          <w:u w:val="none"/>
        </w:rPr>
        <w:t xml:space="preserve"> [1BQD]</w:t>
      </w:r>
      <w:r>
        <w:t>—</w:t>
      </w:r>
      <w:r>
        <w:rPr>
          <w:shd w:fill="B7DDE8" w:val="clear"/>
        </w:rPr>
        <w:t>your astrologers who observe the stars, who monthly predict your fate</w:t>
      </w:r>
      <w:r>
        <w:rPr>
          <w:b w:val="false"/>
          <w:i w:val="false"/>
          <w:color w:val="000000"/>
          <w:u w:val="none"/>
        </w:rPr>
        <w:t xml:space="preserve"> [1BQE]</w:t>
      </w:r>
      <w:r>
        <w:t xml:space="preserve">. Surely </w:t>
      </w:r>
      <w:r>
        <w:rPr>
          <w:shd w:fill="B7DDE8" w:val="clear"/>
        </w:rPr>
        <w:t>they are like stubble; the fire will burn them up</w:t>
      </w:r>
      <w:r>
        <w:rPr>
          <w:b w:val="false"/>
          <w:i w:val="false"/>
          <w:color w:val="000000"/>
          <w:u w:val="none"/>
        </w:rPr>
        <w:t xml:space="preserve"> [1BQF]</w:t>
      </w:r>
      <w:r>
        <w:t xml:space="preserve">. </w:t>
      </w:r>
      <w:r>
        <w:rPr>
          <w:shd w:fill="B7DDE8" w:val="clear"/>
        </w:rPr>
        <w:t>They cannot deliver themselves from the power of the flame</w:t>
      </w:r>
      <w:r>
        <w:rPr>
          <w:b w:val="false"/>
          <w:i w:val="false"/>
          <w:color w:val="000000"/>
          <w:u w:val="none"/>
        </w:rPr>
        <w:t xml:space="preserve"> [1BQG]</w:t>
      </w:r>
      <w:r>
        <w:t xml:space="preserve">. </w:t>
      </w:r>
      <w:r>
        <w:rPr>
          <w:shd w:fill="B7DDE8" w:val="clear"/>
        </w:rPr>
        <w:t>There will be no coals to warm them or fire to sit beside</w:t>
      </w:r>
      <w:r>
        <w:rPr>
          <w:b w:val="false"/>
          <w:i w:val="false"/>
          <w:color w:val="000000"/>
          <w:u w:val="none"/>
        </w:rPr>
        <w:t xml:space="preserve"> [1BQH]</w:t>
      </w:r>
      <w:r>
        <w:t xml:space="preserve">. </w:t>
      </w:r>
      <w:r>
        <w:rPr>
          <w:shd w:fill="B7DDE8" w:val="clear"/>
        </w:rPr>
        <w:t>This is what they are to you—those with whom you have labored and traded from youth—</w:t>
      </w:r>
      <w:r>
        <w:rPr>
          <w:b w:val="false"/>
          <w:i w:val="false"/>
          <w:color w:val="000000"/>
          <w:u w:val="none"/>
        </w:rPr>
        <w:t xml:space="preserve"> [1BQI]</w:t>
      </w:r>
      <w:r>
        <w:rPr>
          <w:shd w:fill="B7DDE8" w:val="clear"/>
        </w:rPr>
        <w:t>each one strays in his own direction</w:t>
      </w:r>
      <w:r>
        <w:rPr>
          <w:b w:val="false"/>
          <w:i w:val="false"/>
          <w:color w:val="000000"/>
          <w:u w:val="none"/>
        </w:rPr>
        <w:t xml:space="preserve"> [1BQJ]</w:t>
      </w:r>
      <w:r>
        <w:t xml:space="preserve">; </w:t>
      </w:r>
      <w:r>
        <w:rPr>
          <w:shd w:fill="B7DDE8" w:val="clear"/>
        </w:rPr>
        <w:t>not one of them can save you</w:t>
      </w:r>
      <w:r>
        <w:rPr>
          <w:b w:val="false"/>
          <w:i w:val="false"/>
          <w:color w:val="000000"/>
          <w:u w:val="none"/>
        </w:rPr>
        <w:t xml:space="preserve"> [1BQK]</w:t>
      </w:r>
      <w:r>
        <w:t>.</w:t>
      </w:r>
    </w:p>
    <w:p>
      <w:pPr>
        <w:pStyle w:val="Yellow"/>
        <w:rPr/>
      </w:pPr>
      <w:r>
        <w:rPr>
          <w:b/>
        </w:rPr>
        <w:t>Isaiah 49:24–25</w:t>
      </w:r>
      <w:r>
        <w:rPr/>
        <w:t xml:space="preserve"> — </w:t>
      </w:r>
      <w:r>
        <w:rPr>
          <w:shd w:val="clear" w:fill="B7DDE8"/>
        </w:rPr>
        <w:t>Can the plunder be snatched from the mighty, or the captives of a tyrant be delivered</w:t>
      </w:r>
      <w:r>
        <w:rPr>
          <w:b w:val="false"/>
          <w:i w:val="false"/>
          <w:color w:val="000000"/>
          <w:u w:val="none"/>
        </w:rPr>
        <w:t xml:space="preserve"> [1BZU]</w:t>
      </w:r>
      <w:r>
        <w:rPr/>
        <w:t xml:space="preserve">? Indeed, this is what the LORD says: “Even </w:t>
      </w:r>
      <w:r>
        <w:rPr>
          <w:shd w:val="clear" w:fill="B7DDE8"/>
        </w:rPr>
        <w:t>the captives of the mighty will be taken away</w:t>
      </w:r>
      <w:r>
        <w:rPr>
          <w:b w:val="false"/>
          <w:i w:val="false"/>
          <w:color w:val="000000"/>
          <w:u w:val="none"/>
        </w:rPr>
        <w:t xml:space="preserve"> [1BZV]</w:t>
      </w:r>
      <w:r>
        <w:rPr/>
        <w:t xml:space="preserve">, and </w:t>
      </w:r>
      <w:r>
        <w:rPr>
          <w:shd w:val="clear" w:fill="B7DDE8"/>
        </w:rPr>
        <w:t>the plunder of the tyrant will be retrieved</w:t>
      </w:r>
      <w:r>
        <w:rPr>
          <w:b w:val="false"/>
          <w:i w:val="false"/>
          <w:color w:val="000000"/>
          <w:u w:val="none"/>
        </w:rPr>
        <w:t xml:space="preserve"> [1BZW]</w:t>
      </w:r>
      <w:r>
        <w:rPr/>
        <w:t xml:space="preserve">; </w:t>
      </w:r>
      <w:r>
        <w:rPr>
          <w:shd w:val="clear" w:fill="B7DDE8"/>
        </w:rPr>
        <w:t>I will contend with those who contend with you</w:t>
      </w:r>
      <w:r>
        <w:rPr>
          <w:b w:val="false"/>
          <w:i w:val="false"/>
          <w:color w:val="000000"/>
          <w:u w:val="none"/>
        </w:rPr>
        <w:t xml:space="preserve"> [1BZX]</w:t>
      </w:r>
      <w:r>
        <w:rPr/>
        <w:t xml:space="preserve">, and </w:t>
      </w:r>
      <w:r>
        <w:rPr>
          <w:shd w:val="clear" w:fill="B7DDE8"/>
        </w:rPr>
        <w:t>I will save your children</w:t>
      </w:r>
      <w:r>
        <w:rPr>
          <w:b w:val="false"/>
          <w:i w:val="false"/>
          <w:color w:val="000000"/>
          <w:u w:val="none"/>
        </w:rPr>
        <w:t xml:space="preserve"> [1BZY]</w:t>
      </w:r>
      <w:r>
        <w:rPr/>
        <w:t>.</w:t>
      </w:r>
    </w:p>
    <w:p>
      <w:pPr>
        <w:pStyle w:val="Yellow"/>
        <w:rPr/>
        <w:pBdr>
          <w:left w:val="single" w:sz="28" w:space="5" w:color="C00000"/>
        </w:pBdr>
      </w:pPr>
      <w:r>
        <w:rPr>
          <w:b/>
          <w:u w:val="none"/>
        </w:rPr>
        <w:t xml:space="preserve">Isaiah 50:7</w:t>
      </w:r>
      <w:r>
        <w:rPr>
          <w:u w:val="none"/>
        </w:rPr>
        <w:t xml:space="preserve"> — </w:t>
      </w:r>
      <w:r>
        <w:rPr>
          <w:u w:val="none"/>
          <w:shd w:fill="F4B183" w:val="clear" w:color="auto"/>
          <w:color w:val="000000"/>
        </w:rPr>
        <w:t xml:space="preserve">Because </w:t>
      </w:r>
      <w:r>
        <w:rPr>
          <w:u w:val="none"/>
          <w:shd w:fill="F4B183" w:val="clear" w:color="auto"/>
          <w:color w:val="000000"/>
        </w:rPr>
        <w:t xml:space="preserve">the Lord GOD helps Me</w:t>
      </w:r>
      <w:r>
        <w:rPr>
          <w:u w:val="none"/>
          <w:shd w:fill="F4B183" w:val="clear" w:color="auto"/>
          <w:color w:val="000000"/>
        </w:rPr>
        <w:t xml:space="preserve">, I have not been disgraced</w:t>
      </w:r>
      <w:r>
        <w:rPr>
          <w:b w:val="false"/>
          <w:i w:val="false"/>
          <w:color w:val="000000"/>
          <w:u w:val="none"/>
          <w:shd w:val="clear" w:color="auto" w:fill="F4B183"/>
        </w:rPr>
        <w:t xml:space="preserve"> [1LPV]</w:t>
      </w:r>
      <w:r>
        <w:rPr>
          <w:u w:val="none"/>
        </w:rPr>
        <w:t xml:space="preserve">; therefore </w:t>
      </w:r>
      <w:r>
        <w:rPr>
          <w:u w:val="none"/>
          <w:shd w:fill="B7DDE8" w:val="clear"/>
        </w:rPr>
        <w:t xml:space="preserve">I have set My face like flint</w:t>
      </w:r>
      <w:r>
        <w:rPr>
          <w:b w:val="false"/>
          <w:i w:val="false"/>
          <w:color w:val="000000"/>
          <w:u w:val="none"/>
        </w:rPr>
        <w:t xml:space="preserve"> [1LPW]</w:t>
      </w:r>
      <w:r>
        <w:rPr>
          <w:u w:val="none"/>
        </w:rPr>
        <w:t xml:space="preserve">, and </w:t>
      </w:r>
      <w:r>
        <w:rPr>
          <w:u w:val="none"/>
          <w:shd w:fill="B7DDE8" w:val="clear"/>
        </w:rPr>
        <w:t xml:space="preserve">I know that I will not be put to shame</w:t>
      </w:r>
      <w:r>
        <w:rPr>
          <w:b w:val="false"/>
          <w:i w:val="false"/>
          <w:color w:val="000000"/>
          <w:u w:val="none"/>
        </w:rPr>
        <w:t xml:space="preserve"> [1LPX]</w:t>
      </w:r>
      <w:r>
        <w:rPr>
          <w:u w:val="none"/>
        </w:rPr>
        <w:t xml:space="preserve">.</w:t>
      </w:r>
    </w:p>
    <w:p>
      <w:pPr>
        <w:pStyle w:val="Yellow"/>
        <w:rPr/>
        <w:pBdr>
          <w:left w:val="single" w:sz="28" w:space="5" w:color="C00000"/>
        </w:pBdr>
      </w:pPr>
      <w:r>
        <w:rPr>
          <w:b/>
        </w:rPr>
        <w:t xml:space="preserve">Isaiah 51:14–15</w:t>
      </w:r>
      <w:r>
        <w:rPr/>
        <w:t xml:space="preserve"> — </w:t>
      </w:r>
      <w:r>
        <w:rPr>
          <w:shd w:fill="B7DDE8" w:val="clear"/>
        </w:rPr>
        <w:t xml:space="preserve">The captive will soon be freed</w:t>
      </w:r>
      <w:r>
        <w:rPr>
          <w:b w:val="false"/>
          <w:i w:val="false"/>
          <w:color w:val="000000"/>
          <w:u w:val="none"/>
        </w:rPr>
        <w:t xml:space="preserve"> [1KLC]</w:t>
      </w:r>
      <w:r>
        <w:rPr/>
        <w:t xml:space="preserve">; </w:t>
      </w:r>
      <w:r>
        <w:rPr>
          <w:shd w:fill="B7DDE8" w:val="clear"/>
        </w:rPr>
        <w:t xml:space="preserve">he will not die in the dungeon</w:t>
      </w:r>
      <w:r>
        <w:rPr>
          <w:b w:val="false"/>
          <w:i w:val="false"/>
          <w:color w:val="000000"/>
          <w:u w:val="none"/>
        </w:rPr>
        <w:t xml:space="preserve"> [1KLD]</w:t>
      </w:r>
      <w:r>
        <w:rPr/>
        <w:t xml:space="preserve">, and </w:t>
      </w:r>
      <w:r>
        <w:rPr>
          <w:shd w:fill="B7DDE8" w:val="clear"/>
        </w:rPr>
        <w:t xml:space="preserve">his bread will not be lacking</w:t>
      </w:r>
      <w:r>
        <w:rPr>
          <w:b w:val="false"/>
          <w:i w:val="false"/>
          <w:color w:val="000000"/>
          <w:u w:val="none"/>
        </w:rPr>
        <w:t xml:space="preserve"> [1KLE]</w:t>
      </w:r>
      <w:r>
        <w:rPr/>
        <w:t xml:space="preserve">. For </w:t>
      </w:r>
      <w:r>
        <w:rPr>
          <w:shd w:fill="B7DDE8" w:val="clear"/>
        </w:rPr>
        <w:t xml:space="preserve">I am the LORD your God</w:t>
      </w:r>
      <w:r>
        <w:rPr>
          <w:b w:val="false"/>
          <w:i w:val="false"/>
          <w:color w:val="000000"/>
          <w:u w:val="none"/>
        </w:rPr>
        <w:t xml:space="preserve"> [15MP]</w:t>
      </w:r>
      <w:r>
        <w:rPr/>
        <w:t xml:space="preserve"> </w:t>
      </w:r>
      <w:r>
        <w:rPr>
          <w:shd w:fill="F4B183" w:val="clear" w:color="auto"/>
          <w:color w:val="000000"/>
        </w:rPr>
        <w:t xml:space="preserve">who stirs up the sea so that its waves roar</w:t>
      </w:r>
      <w:r>
        <w:rPr>
          <w:b w:val="false"/>
          <w:i w:val="false"/>
          <w:color w:val="000000"/>
          <w:u w:val="none"/>
          <w:shd w:val="clear" w:color="auto" w:fill="F4B183"/>
        </w:rPr>
        <w:t xml:space="preserve"> [1KLF]</w:t>
      </w:r>
      <w:r>
        <w:rPr/>
        <w:t xml:space="preserve">—the LORD of Hosts is His name.</w:t>
      </w:r>
    </w:p>
    <w:p>
      <w:pPr>
        <w:pStyle w:val="Yellow"/>
        <w:rPr/>
      </w:pPr>
      <w:r>
        <w:rPr>
          <w:u w:val="none"/>
        </w:rPr>
        <w:t xml:space="preserve">(Je1:7 when Jeremiah goes to everyone God sends and speaks His commands) </w:t>
      </w:r>
      <w:r>
        <w:rPr>
          <w:b/>
          <w:u w:val="none"/>
        </w:rPr>
        <w:t>Jeremiah 1:8</w:t>
      </w:r>
      <w:r>
        <w:rPr>
          <w:u w:val="none"/>
        </w:rPr>
        <w:t xml:space="preserve"> — </w:t>
      </w:r>
      <w:r>
        <w:rPr>
          <w:u w:val="none"/>
          <w:shd w:val="clear" w:fill="F4B183" w:color="auto"/>
          <w:color w:val="000000"/>
        </w:rPr>
        <w:t>Do not be afraid of {them}</w:t>
      </w:r>
      <w:r>
        <w:rPr>
          <w:b w:val="false"/>
          <w:i w:val="false"/>
          <w:color w:val="000000"/>
          <w:u w:val="none"/>
          <w:shd w:val="clear" w:color="auto" w:fill="F4B183"/>
        </w:rPr>
        <w:t xml:space="preserve"> [17AKG]</w:t>
      </w:r>
      <w:r>
        <w:rPr>
          <w:u w:val="none"/>
        </w:rPr>
        <w:t xml:space="preserve">, for </w:t>
      </w:r>
      <w:r>
        <w:rPr>
          <w:u w:val="none"/>
          <w:shd w:val="clear" w:fill="B7DDE8"/>
        </w:rPr>
        <w:t>I am with you</w:t>
      </w:r>
      <w:r>
        <w:rPr>
          <w:b w:val="false"/>
          <w:i w:val="false"/>
          <w:color w:val="000000"/>
          <w:u w:val="none"/>
        </w:rPr>
        <w:t xml:space="preserve"> [14DJY]</w:t>
      </w:r>
      <w:r>
        <w:rPr>
          <w:u w:val="none"/>
        </w:rPr>
        <w:t xml:space="preserve"> </w:t>
      </w:r>
      <w:r>
        <w:rPr>
          <w:u w:val="none"/>
          <w:shd w:val="clear" w:fill="B7DDE8"/>
        </w:rPr>
        <w:t>to deliver you</w:t>
      </w:r>
      <w:r>
        <w:rPr>
          <w:b w:val="false"/>
          <w:i w:val="false"/>
          <w:color w:val="000000"/>
          <w:u w:val="none"/>
        </w:rPr>
        <w:t xml:space="preserve"> [2DJZ]</w:t>
      </w:r>
      <w:r>
        <w:rPr>
          <w:u w:val="none"/>
        </w:rPr>
        <w:t>,” declares the LORD.</w:t>
      </w:r>
    </w:p>
    <w:p>
      <w:pPr>
        <w:pStyle w:val="Yellow"/>
        <w:rPr/>
        <w:pBdr>
          <w:left w:val="single" w:sz="28" w:space="5" w:color="C00000"/>
        </w:pBdr>
      </w:pPr>
      <w:r>
        <w:rPr>
          <w:shd w:val="clear" w:color="auto" w:fill="F4B183"/>
          <w:color w:val="000000"/>
        </w:rPr>
        <w:t xml:space="preserve">(Je15:10 when Jeremiah lamented that everyone curses him) </w:t>
      </w:r>
      <w:r>
        <w:rPr>
          <w:b/>
          <w:shd w:val="clear" w:color="auto" w:fill="F4B183"/>
          <w:color w:val="000000"/>
        </w:rPr>
        <w:t>Jeremiah 15:11</w:t>
      </w:r>
      <w:r>
        <w:rPr>
          <w:shd w:val="clear" w:color="auto" w:fill="F4B183"/>
          <w:color w:val="000000"/>
        </w:rPr>
        <w:t xml:space="preserve"> — The LORD said: “Surely </w:t>
      </w:r>
      <w:r>
        <w:rPr>
          <w:shd w:val="clear" w:fill="F4B183" w:color="auto"/>
          <w:color w:val="000000"/>
        </w:rPr>
        <w:t>I will deliver you for a good purpose</w:t>
      </w:r>
      <w:r>
        <w:rPr>
          <w:b w:val="false"/>
          <w:i w:val="false"/>
          <w:color w:val="000000"/>
          <w:u w:val="none"/>
          <w:shd w:val="clear" w:color="auto" w:fill="F4B183"/>
        </w:rPr>
        <w:t xml:space="preserve"> [1CNV]</w:t>
      </w:r>
      <w:r>
        <w:rPr>
          <w:shd w:val="clear" w:color="auto" w:fill="F4B183"/>
          <w:color w:val="000000"/>
        </w:rPr>
        <w:t xml:space="preserve">; surely </w:t>
      </w:r>
      <w:r>
        <w:rPr>
          <w:shd w:val="clear" w:fill="F4B183" w:color="auto"/>
          <w:color w:val="000000"/>
        </w:rPr>
        <w:t>I will intercede with your enemy in your time of trouble, in your time of distress</w:t>
      </w:r>
      <w:r>
        <w:rPr>
          <w:b w:val="false"/>
          <w:i w:val="false"/>
          <w:color w:val="000000"/>
          <w:u w:val="none"/>
          <w:shd w:val="clear" w:color="auto" w:fill="F4B183"/>
        </w:rPr>
        <w:t xml:space="preserve"> [1CNW]</w:t>
      </w:r>
      <w:r>
        <w:rPr>
          <w:shd w:val="clear" w:color="auto" w:fill="F4B183"/>
          <w:color w:val="000000"/>
        </w:rPr>
        <w:t>.</w:t>
      </w:r>
    </w:p>
    <w:p>
      <w:pPr>
        <w:pStyle w:val="Yellow"/>
        <w:rPr/>
        <w:pBdr>
          <w:left w:val="single" w:sz="28" w:space="5" w:color="C00000"/>
        </w:pBdr>
      </w:pPr>
      <w:r>
        <w:rPr>
          <w:b/>
        </w:rPr>
        <w:t xml:space="preserve">Jeremiah 20:13</w:t>
      </w:r>
      <w:r>
        <w:rPr/>
        <w:t xml:space="preserve"> — </w:t>
      </w:r>
      <w:r>
        <w:rPr>
          <w:shd w:fill="B7DDE8" w:val="clear"/>
        </w:rPr>
        <w:t xml:space="preserve">Sing to the LORD! Praise the LORD</w:t>
      </w:r>
      <w:r>
        <w:rPr>
          <w:b w:val="false"/>
          <w:i w:val="false"/>
          <w:color w:val="000000"/>
          <w:u w:val="none"/>
        </w:rPr>
        <w:t xml:space="preserve"> [1GEZ]</w:t>
      </w:r>
      <w:r>
        <w:rPr/>
        <w:t xml:space="preserve">! For </w:t>
      </w:r>
      <w:r>
        <w:rPr>
          <w:shd w:fill="F4B183" w:val="clear" w:color="auto"/>
          <w:color w:val="000000"/>
        </w:rPr>
        <w:t xml:space="preserve">He rescues the life of the needy from the hands of evildoers</w:t>
      </w:r>
      <w:r>
        <w:rPr>
          <w:b w:val="false"/>
          <w:i w:val="false"/>
          <w:color w:val="000000"/>
          <w:u w:val="none"/>
          <w:shd w:val="clear" w:color="auto" w:fill="F4B183"/>
        </w:rPr>
        <w:t xml:space="preserve"> [1GFA]</w:t>
      </w:r>
      <w:r>
        <w:rPr/>
        <w:t xml:space="preserve">.</w:t>
      </w:r>
    </w:p>
    <w:p>
      <w:pPr>
        <w:pStyle w:val="Yellow"/>
        <w:rPr/>
      </w:pPr>
      <w:r>
        <w:rPr>
          <w:b/>
        </w:rPr>
        <w:t xml:space="preserve">Matthew 26:53</w:t>
      </w:r>
      <w:r>
        <w:rPr/>
        <w:t xml:space="preserve"> — Are you not aware that </w:t>
      </w:r>
      <w:r>
        <w:rPr>
          <w:shd w:fill="B7DDE8" w:val="clear"/>
        </w:rPr>
        <w:t xml:space="preserve">I can call on My Father</w:t>
      </w:r>
      <w:r>
        <w:rPr>
          <w:b w:val="false"/>
          <w:i w:val="false"/>
          <w:color w:val="000000"/>
          <w:u w:val="none"/>
        </w:rPr>
        <w:t xml:space="preserve"> [1LTF]</w:t>
      </w:r>
      <w:r>
        <w:rPr/>
        <w:t xml:space="preserve">, and </w:t>
      </w:r>
      <w:r>
        <w:rPr>
          <w:shd w:fill="B7DDE8" w:val="clear"/>
        </w:rPr>
        <w:t xml:space="preserve">He will at once put at My disposal more than twelve legions of angels</w:t>
      </w:r>
      <w:r>
        <w:rPr>
          <w:b w:val="false"/>
          <w:i w:val="false"/>
          <w:color w:val="000000"/>
          <w:u w:val="none"/>
        </w:rPr>
        <w:t xml:space="preserve"> [1LTG]</w:t>
      </w:r>
      <w:r>
        <w:rPr/>
        <w:t xml:space="preserve">?</w:t>
      </w:r>
    </w:p>
    <w:p>
      <w:pPr>
        <w:pStyle w:val="Yellow"/>
        <w:rPr/>
      </w:pPr>
      <w:r>
        <w:rPr>
          <w:u w:val="none"/>
        </w:rPr>
        <w:t xml:space="preserve">(Lk1:47 “God”) </w:t>
      </w:r>
      <w:r>
        <w:rPr>
          <w:b/>
          <w:u w:val="none"/>
        </w:rPr>
        <w:t>Luke 1:54–55</w:t>
      </w:r>
      <w:r>
        <w:rPr>
          <w:u w:val="none"/>
        </w:rPr>
        <w:t xml:space="preserve"> — </w:t>
      </w:r>
      <w:r>
        <w:rPr>
          <w:u w:val="none"/>
          <w:shd w:fill="B7DDE8" w:val="clear"/>
        </w:rPr>
        <w:t>{He} has helped His servant Israel</w:t>
      </w:r>
      <w:r>
        <w:rPr>
          <w:b w:val="false"/>
          <w:i w:val="false"/>
          <w:color w:val="000000"/>
          <w:u w:val="none"/>
        </w:rPr>
        <w:t xml:space="preserve"> [1AGQ]</w:t>
      </w:r>
      <w:r>
        <w:rPr>
          <w:u w:val="none"/>
        </w:rPr>
        <w:t xml:space="preserve">, </w:t>
      </w:r>
      <w:r>
        <w:rPr>
          <w:u w:val="none"/>
          <w:shd w:fill="B7DDE8" w:val="clear"/>
        </w:rPr>
        <w:t>remembering to be merciful</w:t>
      </w:r>
      <w:r>
        <w:rPr>
          <w:b w:val="false"/>
          <w:i w:val="false"/>
          <w:color w:val="000000"/>
          <w:u w:val="none"/>
        </w:rPr>
        <w:t xml:space="preserve"> [1AGR]</w:t>
      </w:r>
      <w:r>
        <w:rPr>
          <w:u w:val="none"/>
          <w:color w:val="auto"/>
        </w:rPr>
        <w:t xml:space="preserve">, </w:t>
      </w:r>
      <w:r>
        <w:rPr>
          <w:u w:val="none"/>
          <w:color w:val="auto"/>
        </w:rPr>
        <w:t>as He promised to our fathers, to Abraham and his descendants forever</w:t>
      </w:r>
      <w:r>
        <w:rPr>
          <w:b w:val="false"/>
          <w:i w:val="false"/>
          <w:color w:val="auto"/>
          <w:u w:val="none"/>
        </w:rPr>
        <w:t xml:space="preserve"> [1AGS]</w:t>
      </w:r>
      <w:r>
        <w:rPr>
          <w:u w:val="none"/>
          <w:color w:val="auto"/>
        </w:rPr>
        <w:t>.”</w:t>
      </w:r>
    </w:p>
    <w:p>
      <w:pPr>
        <w:pStyle w:val="Yellow"/>
        <w:rPr/>
      </w:pPr>
      <w:r>
        <w:rPr/>
        <w:t xml:space="preserve">(Ac12:5ᶜ While the church was “fervently praying to God” for Peter) </w:t>
      </w:r>
      <w:r>
        <w:rPr>
          <w:b/>
        </w:rPr>
        <w:t>Acts 12:11</w:t>
      </w:r>
      <w:r>
        <w:rPr/>
        <w:t xml:space="preserve"> — “Now I know for sure that </w:t>
      </w:r>
      <w:r>
        <w:rPr>
          <w:shd w:val="clear" w:fill="B7DDE8"/>
        </w:rPr>
        <w:t>the Lord has sent His angel</w:t>
      </w:r>
      <w:r>
        <w:rPr>
          <w:b w:val="false"/>
          <w:i w:val="false"/>
          <w:color w:val="000000"/>
          <w:u w:val="none"/>
        </w:rPr>
        <w:t xml:space="preserve"> [1DQW]</w:t>
      </w:r>
      <w:r>
        <w:rPr/>
        <w:t xml:space="preserve"> and </w:t>
      </w:r>
      <w:r>
        <w:rPr>
          <w:shd w:val="clear" w:fill="B7DDE8"/>
        </w:rPr>
        <w:t>rescued me from Herod’s grasp</w:t>
      </w:r>
      <w:r>
        <w:rPr>
          <w:b w:val="false"/>
          <w:i w:val="false"/>
          <w:color w:val="000000"/>
          <w:u w:val="none"/>
        </w:rPr>
        <w:t xml:space="preserve"> [1DQX]</w:t>
      </w:r>
      <w:r>
        <w:rPr/>
        <w:t xml:space="preserve"> and </w:t>
      </w:r>
      <w:r>
        <w:rPr>
          <w:shd w:val="clear" w:fill="B7DDE8"/>
        </w:rPr>
        <w:t>from everything the Jewish people were anticipating</w:t>
      </w:r>
      <w:r>
        <w:rPr>
          <w:b w:val="false"/>
          <w:i w:val="false"/>
          <w:color w:val="000000"/>
          <w:u w:val="none"/>
        </w:rPr>
        <w:t xml:space="preserve"> [1DQY]</w:t>
      </w:r>
      <w:r>
        <w:rPr/>
        <w:t>.”</w:t>
      </w:r>
    </w:p>
    <w:p>
      <w:pPr>
        <w:pStyle w:val="Yellow"/>
        <w:rPr/>
        <w:pBdr>
          <w:left w:val="single" w:sz="28" w:space="5" w:color="C00000"/>
        </w:pBdr>
      </w:pPr>
      <w:r>
        <w:rPr>
          <w:shd w:val="clear" w:color="auto" w:fill="F4B183"/>
          <w:color w:val="000000"/>
        </w:rPr>
        <w:t xml:space="preserve">(Ac12:5ᶜ While the church was “fervently praying to God” for Peter¹) </w:t>
      </w:r>
      <w:r>
        <w:rPr>
          <w:b/>
          <w:shd w:val="clear" w:color="auto" w:fill="F4B183"/>
          <w:color w:val="000000"/>
        </w:rPr>
        <w:t xml:space="preserve">Acts 12:17</w:t>
      </w:r>
      <w:r>
        <w:rPr>
          <w:shd w:val="clear" w:color="auto" w:fill="F4B183"/>
          <w:color w:val="000000"/>
        </w:rPr>
        <w:t xml:space="preserve"> — </w:t>
      </w:r>
      <w:r>
        <w:rPr>
          <w:shd w:fill="F4B183" w:val="clear" w:color="auto"/>
          <w:color w:val="000000"/>
        </w:rPr>
        <w:t xml:space="preserve">the Lord had brought {him} out of the prison</w:t>
      </w:r>
      <w:r>
        <w:rPr>
          <w:b w:val="false"/>
          <w:i w:val="false"/>
          <w:color w:val="000000"/>
          <w:u w:val="none"/>
          <w:shd w:val="clear" w:color="auto" w:fill="F4B183"/>
        </w:rPr>
        <w:t xml:space="preserve"> [1LKT]</w:t>
      </w:r>
      <w:r>
        <w:rPr>
          <w:shd w:val="clear" w:color="auto" w:fill="F4B183"/>
          <w:color w:val="000000"/>
        </w:rPr>
        <w:t xml:space="preserve">.</w:t>
      </w:r>
    </w:p>
    <w:p>
      <w:pPr>
        <w:pStyle w:val="Yellow"/>
        <w:rPr/>
        <w:pBdr>
          <w:left w:val="single" w:sz="28" w:space="5" w:color="C00000"/>
        </w:pBdr>
      </w:pPr>
      <w:r>
        <w:rPr>
          <w:b/>
          <w:shd w:val="clear" w:color="auto" w:fill="F4B183"/>
          <w:color w:val="000000"/>
        </w:rPr>
        <w:t xml:space="preserve">Acts 26:22</w:t>
      </w:r>
      <w:r>
        <w:rPr>
          <w:shd w:val="clear" w:color="auto" w:fill="F4B183"/>
          <w:color w:val="000000"/>
        </w:rPr>
        <w:t xml:space="preserve"> — </w:t>
      </w:r>
      <w:r>
        <w:rPr>
          <w:shd w:fill="F4B183" w:val="clear" w:color="auto"/>
          <w:color w:val="000000"/>
        </w:rPr>
        <w:t xml:space="preserve">I have had God’s help to this day</w:t>
      </w:r>
      <w:r>
        <w:rPr>
          <w:b w:val="false"/>
          <w:i w:val="false"/>
          <w:color w:val="000000"/>
          <w:u w:val="none"/>
          <w:shd w:val="clear" w:color="auto" w:fill="F4B183"/>
        </w:rPr>
        <w:t xml:space="preserve"> [1LIQ]</w:t>
      </w:r>
    </w:p>
    <w:p>
      <w:pPr>
        <w:pStyle w:val="Yellow"/>
        <w:rPr/>
      </w:pPr>
      <w:r>
        <w:rPr>
          <w:b/>
          <w:color w:val="auto"/>
        </w:rPr>
        <w:t xml:space="preserve">2 Corinthians 2:14</w:t>
      </w:r>
      <w:r>
        <w:rPr>
          <w:color w:val="auto"/>
        </w:rPr>
        <w:t xml:space="preserve"> — But </w:t>
      </w:r>
      <w:r>
        <w:rPr>
          <w:color w:val="auto"/>
        </w:rPr>
        <w:t xml:space="preserve">thanks be to God</w:t>
      </w:r>
      <w:r>
        <w:rPr>
          <w:b w:val="false"/>
          <w:i w:val="false"/>
          <w:color w:val="auto"/>
          <w:u w:val="none"/>
        </w:rPr>
        <w:t xml:space="preserve"> [2GAX]</w:t>
      </w:r>
      <w:r>
        <w:rPr>
          <w:color w:val="auto"/>
        </w:rPr>
        <w:t xml:space="preserve">, </w:t>
      </w:r>
      <w:r>
        <w:rPr>
          <w:color w:val="auto"/>
        </w:rPr>
        <w:t xml:space="preserve">who always leads us triumphantly as captives in Christ</w:t>
      </w:r>
      <w:r>
        <w:rPr>
          <w:b w:val="false"/>
          <w:i w:val="false"/>
          <w:color w:val="auto"/>
          <w:u w:val="none"/>
        </w:rPr>
        <w:t xml:space="preserve"> [1GAY]</w:t>
      </w:r>
      <w:r>
        <w:rPr>
          <w:color w:val="auto"/>
        </w:rPr>
        <w:t xml:space="preserve"> and </w:t>
      </w:r>
      <w:r>
        <w:rPr>
          <w:color w:val="auto"/>
        </w:rPr>
        <w:t xml:space="preserve">through us spreads everywhere the fragrance of the knowledge of Him</w:t>
      </w:r>
      <w:r>
        <w:rPr>
          <w:b w:val="false"/>
          <w:i w:val="false"/>
          <w:color w:val="auto"/>
          <w:u w:val="none"/>
        </w:rPr>
        <w:t xml:space="preserve"> [1GAZ]</w:t>
      </w:r>
      <w:r>
        <w:rPr>
          <w:color w:val="auto"/>
        </w:rPr>
        <w:t xml:space="preserve">.</w:t>
      </w:r>
    </w:p>
    <w:p>
      <w:pPr>
        <w:pStyle w:val="Yellow"/>
        <w:rPr/>
      </w:pPr>
      <w:r>
        <w:rPr/>
        <w:t xml:space="preserve">(Cl1:12 “the Father”) </w:t>
      </w:r>
      <w:r>
        <w:rPr>
          <w:b/>
        </w:rPr>
        <w:t>Colossians 1:13-14</w:t>
      </w:r>
      <w:r>
        <w:rPr/>
        <w:t xml:space="preserve"> — </w:t>
      </w:r>
      <w:r>
        <w:rPr>
          <w:shd w:val="clear" w:fill="B7DDE8"/>
        </w:rPr>
        <w:t>{He} has rescued us from the dominion of darkness</w:t>
      </w:r>
      <w:r>
        <w:rPr>
          <w:b w:val="false"/>
          <w:i w:val="false"/>
          <w:color w:val="000000"/>
          <w:u w:val="none"/>
        </w:rPr>
        <w:t xml:space="preserve"> [1CDO]</w:t>
      </w:r>
      <w:r>
        <w:rPr/>
        <w:t xml:space="preserve"> and </w:t>
      </w:r>
      <w:r>
        <w:rPr>
          <w:shd w:val="clear" w:fill="B7DDE8"/>
        </w:rPr>
        <w:t>brought us into the kingdom of His beloved Son</w:t>
      </w:r>
      <w:r>
        <w:rPr>
          <w:b w:val="false"/>
          <w:i w:val="false"/>
          <w:color w:val="000000"/>
          <w:u w:val="none"/>
        </w:rPr>
        <w:t xml:space="preserve"> [1CDP]</w:t>
      </w:r>
      <w:r>
        <w:rPr/>
        <w:t xml:space="preserve">, </w:t>
      </w:r>
      <w:r>
        <w:rPr>
          <w:shd w:val="clear" w:fill="B7DDE8"/>
        </w:rPr>
        <w:t>in {whom} we have redemption</w:t>
      </w:r>
      <w:r>
        <w:rPr>
          <w:b w:val="false"/>
          <w:i w:val="false"/>
          <w:u w:val="none"/>
          <w:color w:val="000000"/>
        </w:rPr>
        <w:t xml:space="preserve"> [1CDQ]</w:t>
      </w:r>
      <w:r>
        <w:rPr>
          <w:shd w:val="clear" w:color="auto" w:fill="548235"/>
          <w:color w:val="FFFFFF"/>
        </w:rPr>
        <w:t xml:space="preserve">, </w:t>
      </w:r>
      <w:r>
        <w:rPr>
          <w:shd w:val="clear" w:fill="548235" w:color="auto"/>
          <w:color w:val="FFFFFF"/>
        </w:rPr>
        <w:t>the forgiveness of sins</w:t>
      </w:r>
      <w:r>
        <w:rPr>
          <w:b w:val="false"/>
          <w:i w:val="false"/>
          <w:color w:val="FFFFFF"/>
          <w:u w:val="none"/>
          <w:shd w:val="clear" w:color="auto" w:fill="548235"/>
        </w:rPr>
        <w:t xml:space="preserve"> [1CDR]</w:t>
      </w:r>
      <w:r>
        <w:rPr>
          <w:shd w:val="clear" w:color="auto" w:fill="548235"/>
          <w:color w:val="FFFFFF"/>
        </w:rPr>
        <w:t>.</w:t>
      </w:r>
    </w:p>
    <w:p>
      <w:pPr>
        <w:pStyle w:val="Yellow"/>
        <w:rPr/>
        <w:pBdr>
          <w:left w:val="single" w:sz="28" w:space="5" w:color="C00000"/>
        </w:pBdr>
      </w:pPr>
      <w:r>
        <w:rPr>
          <w:b/>
        </w:rPr>
        <w:t>2 Timothy 3:11</w:t>
      </w:r>
      <w:r>
        <w:rPr/>
        <w:t xml:space="preserve"> — </w:t>
      </w:r>
      <w:r>
        <w:rPr>
          <w:shd w:val="clear" w:fill="F4B183" w:color="auto"/>
          <w:color w:val="000000"/>
        </w:rPr>
        <w:t>What persecutions I endured!</w:t>
      </w:r>
      <w:r>
        <w:rPr>
          <w:b w:val="false"/>
          <w:i w:val="false"/>
          <w:color w:val="000000"/>
          <w:u w:val="none"/>
          <w:shd w:val="clear" w:color="auto" w:fill="F4B183"/>
        </w:rPr>
        <w:t xml:space="preserve"> [1DQM]</w:t>
      </w:r>
      <w:r>
        <w:rPr/>
        <w:t xml:space="preserve"> Yet </w:t>
      </w:r>
      <w:r>
        <w:rPr>
          <w:shd w:val="clear" w:fill="B7DDE8"/>
        </w:rPr>
        <w:t>the Lord rescued me from all of them</w:t>
      </w:r>
      <w:r>
        <w:rPr>
          <w:b w:val="false"/>
          <w:i w:val="false"/>
          <w:color w:val="000000"/>
          <w:u w:val="none"/>
        </w:rPr>
        <w:t xml:space="preserve"> [1DQN]</w:t>
      </w:r>
      <w:r>
        <w:rPr/>
        <w:t>.</w:t>
      </w:r>
    </w:p>
    <w:p>
      <w:pPr>
        <w:pStyle w:val="Yellow"/>
        <w:rPr/>
        <w:pBdr>
          <w:left w:val="single" w:sz="28" w:space="5" w:color="C00000"/>
        </w:pBdr>
      </w:pPr>
      <w:r>
        <w:rPr>
          <w:b/>
        </w:rPr>
        <w:t>2 Timothy 4:18</w:t>
      </w:r>
      <w:r>
        <w:rPr/>
        <w:t xml:space="preserve"> — And </w:t>
      </w:r>
      <w:r>
        <w:rPr>
          <w:shd w:val="clear" w:fill="B7DDE8"/>
        </w:rPr>
        <w:t>the Lord will rescue me from every evil action</w:t>
      </w:r>
      <w:r>
        <w:rPr>
          <w:b w:val="false"/>
          <w:i w:val="false"/>
          <w:u w:val="none"/>
          <w:color w:val="000000"/>
        </w:rPr>
        <w:t xml:space="preserve"> [1DPH]</w:t>
      </w:r>
      <w:r>
        <w:rPr/>
        <w:t xml:space="preserve"> and </w:t>
      </w:r>
      <w:r>
        <w:rPr>
          <w:shd w:val="clear" w:fill="B7DDE8"/>
        </w:rPr>
        <w:t>bring me safely into His heavenly kingdom</w:t>
      </w:r>
      <w:r>
        <w:rPr>
          <w:b w:val="false"/>
          <w:i w:val="false"/>
          <w:color w:val="000000"/>
          <w:u w:val="none"/>
        </w:rPr>
        <w:t xml:space="preserve"> [1DPI]</w:t>
      </w:r>
      <w:r>
        <w:rPr/>
        <w:t>.</w:t>
      </w:r>
    </w:p>
    <w:p>
      <w:r>
        <w:rPr>
          <w:b/>
          <w:sz w:val="32"/>
        </w:rPr>
        <w:t>Healing  (26)</w:t>
      </w:r>
    </w:p>
    <w:p>
      <w:pPr>
        <w:pStyle w:val="Yellow"/>
        <w:rPr/>
      </w:pPr>
      <w:r>
        <w:rPr>
          <w:shd w:val="clear" w:color="auto" w:fill="F4B183"/>
          <w:color w:val="000000"/>
        </w:rPr>
        <w:t xml:space="preserve">(2Ch21:13ᶜ Jehoram “caused Judah and the people of Jerusalem to prostitute themselves” and killed his brothers) </w:t>
      </w:r>
      <w:r>
        <w:rPr>
          <w:b/>
          <w:shd w:val="clear" w:color="auto" w:fill="F4B183"/>
          <w:color w:val="000000"/>
        </w:rPr>
        <w:t>2 Chronicles 21:18</w:t>
      </w:r>
      <w:r>
        <w:rPr>
          <w:shd w:val="clear" w:color="auto" w:fill="F4B183"/>
          <w:color w:val="000000"/>
        </w:rPr>
        <w:t xml:space="preserve"> — After all this, </w:t>
      </w:r>
      <w:r>
        <w:rPr>
          <w:shd w:val="clear" w:fill="F4B183" w:color="auto"/>
          <w:color w:val="000000"/>
        </w:rPr>
        <w:t>the LORD afflicted Jehoram with an incurable disease of the bowels</w:t>
      </w:r>
      <w:r>
        <w:rPr>
          <w:b w:val="false"/>
          <w:i w:val="false"/>
          <w:color w:val="000000"/>
          <w:u w:val="none"/>
          <w:shd w:val="clear" w:color="auto" w:fill="F4B183"/>
        </w:rPr>
        <w:t xml:space="preserve"> [1EUO]</w:t>
      </w:r>
      <w:r>
        <w:rPr>
          <w:shd w:val="clear" w:color="auto" w:fill="F4B183"/>
          <w:color w:val="000000"/>
        </w:rPr>
        <w:t>.</w:t>
      </w:r>
    </w:p>
    <w:p>
      <w:pPr>
        <w:pStyle w:val="Yellow"/>
        <w:rPr/>
      </w:pPr>
      <w:r>
        <w:rPr>
          <w:shd w:val="clear" w:color="auto" w:fill="548235"/>
          <w:color w:val="FFFFFF"/>
        </w:rPr>
        <w:t xml:space="preserve">(Ps41:1 the one who cares for the poor) </w:t>
      </w:r>
      <w:r>
        <w:rPr>
          <w:b/>
          <w:shd w:val="clear" w:color="auto" w:fill="548235"/>
          <w:color w:val="FFFFFF"/>
        </w:rPr>
        <w:t>Psalm 41:3</w:t>
      </w:r>
      <w:r>
        <w:rPr>
          <w:shd w:val="clear" w:color="auto" w:fill="548235"/>
          <w:color w:val="FFFFFF"/>
        </w:rPr>
        <w:t xml:space="preserve"> — </w:t>
      </w:r>
      <w:r>
        <w:rPr>
          <w:shd w:val="clear" w:fill="548235" w:color="auto"/>
          <w:color w:val="FFFFFF"/>
        </w:rPr>
        <w:t>The LORD will sustain {him} on his bed of illness</w:t>
      </w:r>
      <w:r>
        <w:rPr>
          <w:b w:val="false"/>
          <w:i w:val="false"/>
          <w:color w:val="FFFFFF"/>
          <w:u w:val="none"/>
          <w:shd w:val="clear" w:color="auto" w:fill="548235"/>
        </w:rPr>
        <w:t xml:space="preserve"> [1ERC]</w:t>
      </w:r>
      <w:r>
        <w:rPr>
          <w:shd w:val="clear" w:color="auto" w:fill="548235"/>
          <w:color w:val="FFFFFF"/>
        </w:rPr>
        <w:t xml:space="preserve"> and </w:t>
      </w:r>
      <w:r>
        <w:rPr>
          <w:shd w:val="clear" w:fill="548235" w:color="auto"/>
          <w:color w:val="FFFFFF"/>
        </w:rPr>
        <w:t>restore him from his bed of sickness</w:t>
      </w:r>
      <w:r>
        <w:rPr>
          <w:b w:val="false"/>
          <w:i w:val="false"/>
          <w:color w:val="FFFFFF"/>
          <w:u w:val="none"/>
          <w:shd w:val="clear" w:color="auto" w:fill="548235"/>
        </w:rPr>
        <w:t xml:space="preserve"> [1ERD]</w:t>
      </w:r>
      <w:r>
        <w:rPr>
          <w:shd w:val="clear" w:color="auto" w:fill="548235"/>
          <w:color w:val="FFFFFF"/>
        </w:rPr>
        <w:t>.</w:t>
      </w:r>
    </w:p>
    <w:p>
      <w:pPr>
        <w:pStyle w:val="Yellow"/>
        <w:rPr/>
      </w:pPr>
      <w:r>
        <w:t xml:space="preserve">(Ps147:2 “The LORD”) </w:t>
      </w:r>
      <w:r>
        <w:rPr>
          <w:b/>
        </w:rPr>
        <w:t>Psalm 147:3</w:t>
      </w:r>
      <w:r>
        <w:t xml:space="preserve"> — </w:t>
      </w:r>
      <w:r>
        <w:rPr>
          <w:shd w:fill="B7DDE8" w:val="clear"/>
        </w:rPr>
        <w:t>{He} heals the brokenhearted</w:t>
      </w:r>
      <w:r>
        <w:rPr>
          <w:b w:val="false"/>
          <w:i w:val="false"/>
          <w:color w:val="000000"/>
          <w:u w:val="none"/>
        </w:rPr>
        <w:t xml:space="preserve"> [1ERK]</w:t>
      </w:r>
      <w:r>
        <w:t xml:space="preserve"> and </w:t>
      </w:r>
      <w:r>
        <w:rPr>
          <w:shd w:fill="B7DDE8" w:val="clear"/>
        </w:rPr>
        <w:t>binds up their wounds</w:t>
      </w:r>
      <w:r>
        <w:rPr>
          <w:b w:val="false"/>
          <w:i w:val="false"/>
          <w:color w:val="000000"/>
          <w:u w:val="none"/>
        </w:rPr>
        <w:t xml:space="preserve"> [1MGJ]</w:t>
      </w:r>
      <w:r>
        <w:t>.</w:t>
      </w:r>
    </w:p>
    <w:p>
      <w:pPr>
        <w:pStyle w:val="Yellow"/>
        <w:rPr/>
      </w:pPr>
      <w:r>
        <w:rPr>
          <w:b/>
          <w:u w:val="none"/>
        </w:rPr>
        <w:t xml:space="preserve">Proverbs 3:7–8</w:t>
      </w:r>
      <w:r>
        <w:rPr>
          <w:u w:val="none"/>
        </w:rPr>
        <w:t xml:space="preserve"> — </w:t>
      </w:r>
      <w:r>
        <w:rPr>
          <w:u w:val="none"/>
          <w:shd w:fill="B7DDE8" w:val="clear"/>
        </w:rPr>
        <w:t xml:space="preserve">Be not wise in your own eyes; fear the LORD and </w:t>
      </w:r>
      <w:r>
        <w:rPr>
          <w:u w:val="none"/>
          <w:shd w:fill="B7DDE8" w:val="clear"/>
        </w:rPr>
        <w:t xml:space="preserve">turn away from evil</w:t>
      </w:r>
      <w:r>
        <w:rPr>
          <w:b w:val="false"/>
          <w:i w:val="false"/>
          <w:color w:val="000000"/>
          <w:u w:val="none"/>
        </w:rPr>
        <w:t xml:space="preserve"> [1HJP]</w:t>
      </w:r>
      <w:r>
        <w:rPr>
          <w:u w:val="none"/>
          <w:shd w:val="clear" w:color="auto" w:fill="548235"/>
          <w:color w:val="FFFFFF"/>
        </w:rPr>
        <w:t xml:space="preserve">. </w:t>
      </w:r>
      <w:r>
        <w:rPr>
          <w:u w:val="none"/>
          <w:shd w:fill="548235" w:val="clear" w:color="auto"/>
          <w:color w:val="FFFFFF"/>
        </w:rPr>
        <w:t xml:space="preserve">This will bring healing to your body and refreshment to your bones</w:t>
      </w:r>
      <w:r>
        <w:rPr>
          <w:b w:val="false"/>
          <w:i w:val="false"/>
          <w:color w:val="FFFFFF"/>
          <w:u w:val="none"/>
          <w:shd w:val="clear" w:color="auto" w:fill="548235"/>
        </w:rPr>
        <w:t xml:space="preserve"> [1HJQ]</w:t>
      </w:r>
      <w:r>
        <w:rPr>
          <w:u w:val="none"/>
          <w:shd w:val="clear" w:color="auto" w:fill="548235"/>
          <w:color w:val="FFFFFF"/>
        </w:rPr>
        <w:t xml:space="preserve">.</w:t>
      </w:r>
    </w:p>
    <w:p>
      <w:pPr>
        <w:pStyle w:val="Yellow"/>
        <w:rPr/>
      </w:pPr>
      <w:r>
        <w:rPr>
          <w:b/>
        </w:rPr>
        <w:t>Proverbs 16:24</w:t>
      </w:r>
      <w:r>
        <w:rPr/>
        <w:t xml:space="preserve"> — </w:t>
      </w:r>
      <w:r>
        <w:rPr>
          <w:shd w:val="clear" w:fill="B7DDE8"/>
        </w:rPr>
        <w:t>Pleasant words are a honeycomb</w:t>
      </w:r>
      <w:r>
        <w:rPr>
          <w:b w:val="false"/>
          <w:i w:val="false"/>
          <w:color w:val="000000"/>
          <w:u w:val="none"/>
        </w:rPr>
        <w:t xml:space="preserve"> [1EQP]</w:t>
      </w:r>
      <w:r>
        <w:rPr/>
        <w:t xml:space="preserve">, </w:t>
      </w:r>
      <w:r>
        <w:rPr>
          <w:shd w:val="clear" w:fill="B7DDE8"/>
        </w:rPr>
        <w:t>sweet to the soul</w:t>
      </w:r>
      <w:r>
        <w:rPr>
          <w:b w:val="false"/>
          <w:i w:val="false"/>
          <w:color w:val="000000"/>
          <w:u w:val="none"/>
        </w:rPr>
        <w:t xml:space="preserve"> [1EQQ]</w:t>
      </w:r>
      <w:r>
        <w:rPr/>
        <w:t xml:space="preserve"> and </w:t>
      </w:r>
      <w:r>
        <w:rPr>
          <w:shd w:val="clear" w:fill="B7DDE8"/>
        </w:rPr>
        <w:t>healing to the bones</w:t>
      </w:r>
      <w:r>
        <w:rPr>
          <w:b w:val="false"/>
          <w:i w:val="false"/>
          <w:color w:val="000000"/>
          <w:u w:val="none"/>
        </w:rPr>
        <w:t xml:space="preserve"> [1EQR]</w:t>
      </w:r>
      <w:r>
        <w:rPr/>
        <w:t>.</w:t>
      </w:r>
    </w:p>
    <w:p>
      <w:pPr>
        <w:pStyle w:val="Yellow"/>
        <w:rPr/>
      </w:pPr>
      <w:r>
        <w:rPr>
          <w:b/>
        </w:rPr>
        <w:t>Isaiah 17:10–11</w:t>
      </w:r>
      <w:r>
        <w:rPr/>
        <w:t xml:space="preserve"> — For </w:t>
      </w:r>
      <w:r>
        <w:rPr>
          <w:shd w:val="clear" w:fill="B7DDE8"/>
        </w:rPr>
        <w:t>you have forgotten the God of your salvation</w:t>
      </w:r>
      <w:r>
        <w:rPr>
          <w:b w:val="false"/>
          <w:i w:val="false"/>
          <w:color w:val="000000"/>
          <w:u w:val="none"/>
        </w:rPr>
        <w:t xml:space="preserve"> [1EUQ]</w:t>
      </w:r>
      <w:r>
        <w:rPr/>
        <w:t xml:space="preserve"> and </w:t>
      </w:r>
      <w:r>
        <w:rPr>
          <w:shd w:val="clear" w:fill="B7DDE8"/>
        </w:rPr>
        <w:t>failed to remember the Rock of your refuge</w:t>
      </w:r>
      <w:r>
        <w:rPr>
          <w:b w:val="false"/>
          <w:i w:val="false"/>
          <w:color w:val="000000"/>
          <w:u w:val="none"/>
        </w:rPr>
        <w:t xml:space="preserve"> [1EUR]</w:t>
      </w:r>
      <w:r>
        <w:rPr/>
        <w:t xml:space="preserve">. Therefore, though </w:t>
      </w:r>
      <w:r>
        <w:rPr>
          <w:shd w:val="clear" w:fill="B7DDE8"/>
        </w:rPr>
        <w:t>you cultivate delightful plots and set out cuttings from exotic vines</w:t>
      </w:r>
      <w:r>
        <w:rPr>
          <w:b w:val="false"/>
          <w:i w:val="false"/>
          <w:color w:val="000000"/>
          <w:u w:val="none"/>
        </w:rPr>
        <w:t xml:space="preserve"> [1EUS]</w:t>
      </w:r>
      <w:r>
        <w:rPr/>
        <w:t xml:space="preserve">—though </w:t>
      </w:r>
      <w:r>
        <w:rPr>
          <w:shd w:val="clear" w:fill="B7DDE8"/>
        </w:rPr>
        <w:t>on the day you plant you make them grow, and on that morning you help your seed sprout</w:t>
      </w:r>
      <w:r>
        <w:rPr>
          <w:b w:val="false"/>
          <w:i w:val="false"/>
          <w:color w:val="000000"/>
          <w:u w:val="none"/>
        </w:rPr>
        <w:t xml:space="preserve"> [1EUT]</w:t>
      </w:r>
      <w:r>
        <w:rPr/>
        <w:t xml:space="preserve">—yet </w:t>
      </w:r>
      <w:r>
        <w:rPr>
          <w:shd w:val="clear" w:fill="B7DDE8"/>
        </w:rPr>
        <w:t>the harvest will vanish on the day of disease and incurable pain</w:t>
      </w:r>
      <w:r>
        <w:rPr>
          <w:b w:val="false"/>
          <w:i w:val="false"/>
          <w:color w:val="000000"/>
          <w:u w:val="none"/>
        </w:rPr>
        <w:t xml:space="preserve"> [1EUU]</w:t>
      </w:r>
      <w:r>
        <w:rPr/>
        <w:t>.</w:t>
      </w:r>
    </w:p>
    <w:p>
      <w:pPr>
        <w:pStyle w:val="Yellow"/>
        <w:rPr/>
      </w:pPr>
      <w:r>
        <w:rPr>
          <w:b/>
        </w:rPr>
        <w:t xml:space="preserve">Isaiah 57:15</w:t>
      </w:r>
      <w:r>
        <w:rPr/>
        <w:t xml:space="preserve"> — thus says </w:t>
      </w:r>
      <w:r>
        <w:rPr>
          <w:shd w:fill="B7DDE8" w:val="clear"/>
        </w:rPr>
        <w:t xml:space="preserve">the One who is high and lifted up</w:t>
      </w:r>
      <w:r>
        <w:rPr>
          <w:b w:val="false"/>
          <w:i w:val="false"/>
          <w:color w:val="000000"/>
          <w:u w:val="none"/>
        </w:rPr>
        <w:t xml:space="preserve"> [1KMK]</w:t>
      </w:r>
      <w:r>
        <w:rPr/>
        <w:t xml:space="preserve">, </w:t>
      </w:r>
      <w:r>
        <w:rPr>
          <w:shd w:fill="B7DDE8" w:val="clear"/>
        </w:rPr>
        <w:t xml:space="preserve">who inhabits eternity</w:t>
      </w:r>
      <w:r>
        <w:rPr>
          <w:b w:val="false"/>
          <w:i w:val="false"/>
          <w:u w:val="none"/>
          <w:color w:val="000000"/>
        </w:rPr>
        <w:t xml:space="preserve"> [1KML]</w:t>
      </w:r>
      <w:r>
        <w:rPr/>
        <w:t xml:space="preserve">, </w:t>
      </w:r>
      <w:r>
        <w:rPr>
          <w:shd w:fill="B7DDE8" w:val="clear"/>
        </w:rPr>
        <w:t xml:space="preserve">whose name is Holy</w:t>
      </w:r>
      <w:r>
        <w:rPr>
          <w:b w:val="false"/>
          <w:i w:val="false"/>
          <w:color w:val="000000"/>
          <w:u w:val="none"/>
        </w:rPr>
        <w:t xml:space="preserve"> [1KMM]</w:t>
      </w:r>
      <w:r>
        <w:rPr/>
        <w:t xml:space="preserve">: “</w:t>
      </w:r>
      <w:r>
        <w:rPr>
          <w:shd w:fill="B7DDE8" w:val="clear"/>
        </w:rPr>
        <w:t xml:space="preserve">I dwell in a high and holy place</w:t>
      </w:r>
      <w:r>
        <w:rPr>
          <w:b w:val="false"/>
          <w:i w:val="false"/>
          <w:u w:val="none"/>
          <w:color w:val="000000"/>
        </w:rPr>
        <w:t xml:space="preserve"> [1KMN]</w:t>
      </w:r>
      <w:r>
        <w:rPr/>
        <w:t xml:space="preserve">, and </w:t>
      </w:r>
      <w:r>
        <w:rPr>
          <w:shd w:fill="B7DDE8" w:val="clear"/>
        </w:rPr>
        <w:t xml:space="preserve">with the oppressed and humble in spirit</w:t>
      </w:r>
      <w:r>
        <w:rPr>
          <w:b w:val="false"/>
          <w:i w:val="false"/>
          <w:color w:val="000000"/>
          <w:u w:val="none"/>
        </w:rPr>
        <w:t xml:space="preserve"> [1KMO]</w:t>
      </w:r>
      <w:r>
        <w:rPr/>
        <w:t xml:space="preserve">, </w:t>
      </w:r>
      <w:r>
        <w:rPr>
          <w:shd w:fill="B7DDE8" w:val="clear"/>
        </w:rPr>
        <w:t xml:space="preserve">to restore the spirit of the lowly</w:t>
      </w:r>
      <w:r>
        <w:rPr>
          <w:b w:val="false"/>
          <w:i w:val="false"/>
          <w:color w:val="000000"/>
          <w:u w:val="none"/>
        </w:rPr>
        <w:t xml:space="preserve"> [1KMP]</w:t>
      </w:r>
      <w:r>
        <w:rPr/>
        <w:t xml:space="preserve"> and </w:t>
      </w:r>
      <w:r>
        <w:rPr>
          <w:shd w:fill="B7DDE8" w:val="clear"/>
        </w:rPr>
        <w:t xml:space="preserve">revive the heart of the contrite</w:t>
      </w:r>
      <w:r>
        <w:rPr>
          <w:b w:val="false"/>
          <w:i w:val="false"/>
          <w:color w:val="000000"/>
          <w:u w:val="none"/>
        </w:rPr>
        <w:t xml:space="preserve"> [1KMQ]</w:t>
      </w:r>
      <w:r>
        <w:rPr/>
        <w:t xml:space="preserve">.</w:t>
      </w:r>
    </w:p>
    <w:p>
      <w:pPr>
        <w:pStyle w:val="Yellow"/>
        <w:rPr/>
        <w:shd w:val="clear" w:color="auto" w:fill="E4DFEC"/>
        <w:pBdr>
          <w:left w:val="single" w:sz="28" w:space="5" w:color="B4A7D6"/>
        </w:pBdr>
      </w:pPr>
      <w:r>
        <w:rPr>
          <w:b/>
          <w:u w:val="none"/>
        </w:rPr>
        <w:t>Jeremiah 3:22</w:t>
      </w:r>
      <w:r>
        <w:rPr>
          <w:u w:val="none"/>
        </w:rPr>
        <w:t xml:space="preserve"> — “</w:t>
      </w:r>
      <w:r>
        <w:rPr>
          <w:u w:val="none"/>
          <w:shd w:val="clear" w:fill="B7DDE8"/>
        </w:rPr>
        <w:t>Return, O faithless children</w:t>
      </w:r>
      <w:r>
        <w:rPr>
          <w:b w:val="false"/>
          <w:i w:val="false"/>
          <w:color w:val="000000"/>
          <w:u w:val="none"/>
        </w:rPr>
        <w:t xml:space="preserve"> [2ERN]</w:t>
      </w:r>
      <w:r>
        <w:rPr>
          <w:u w:val="none"/>
          <w:shd w:val="clear" w:color="auto" w:fill="548235"/>
          <w:color w:val="FFFFFF"/>
        </w:rPr>
        <w:t xml:space="preserve">, and </w:t>
      </w:r>
      <w:r>
        <w:rPr>
          <w:u w:val="none"/>
          <w:shd w:val="clear" w:fill="548235" w:color="auto"/>
          <w:color w:val="FFFFFF"/>
        </w:rPr>
        <w:t>I will heal your faithlessness</w:t>
      </w:r>
      <w:r>
        <w:rPr>
          <w:b w:val="false"/>
          <w:i w:val="false"/>
          <w:color w:val="FFFFFF"/>
          <w:u w:val="none"/>
          <w:shd w:val="clear" w:color="auto" w:fill="548235"/>
        </w:rPr>
        <w:t xml:space="preserve"> [2EPY]</w:t>
      </w:r>
      <w:r>
        <w:rPr>
          <w:u w:val="none"/>
          <w:shd w:val="clear" w:color="auto" w:fill="548235"/>
          <w:color w:val="FFFFFF"/>
        </w:rPr>
        <w:t>.”</w:t>
      </w:r>
    </w:p>
    <w:p>
      <w:pPr>
        <w:pStyle w:val="Yellow"/>
        <w:rPr/>
        <w:pBdr>
          <w:left w:val="single" w:sz="28" w:space="5" w:color="C00000"/>
        </w:pBdr>
      </w:pPr>
      <w:r>
        <w:rPr>
          <w:b/>
        </w:rPr>
        <w:t>Jeremiah 17:14</w:t>
      </w:r>
      <w:r>
        <w:rPr/>
        <w:t xml:space="preserve"> — </w:t>
      </w:r>
      <w:r>
        <w:rPr>
          <w:shd w:val="clear" w:fill="B7DDE8"/>
        </w:rPr>
        <w:t>Heal me, O LORD, and I will be healed</w:t>
      </w:r>
      <w:r>
        <w:rPr>
          <w:b w:val="false"/>
          <w:i w:val="false"/>
          <w:color w:val="000000"/>
          <w:u w:val="none"/>
        </w:rPr>
        <w:t xml:space="preserve"> [1EQZ]</w:t>
      </w:r>
      <w:r>
        <w:rPr/>
        <w:t xml:space="preserve">; </w:t>
      </w:r>
      <w:r>
        <w:rPr>
          <w:shd w:val="clear" w:fill="B7DDE8"/>
        </w:rPr>
        <w:t>save me, and I will be saved</w:t>
      </w:r>
      <w:r>
        <w:rPr>
          <w:b w:val="false"/>
          <w:i w:val="false"/>
          <w:u w:val="none"/>
          <w:color w:val="000000"/>
        </w:rPr>
        <w:t xml:space="preserve"> [1ERA]</w:t>
      </w:r>
      <w:r>
        <w:rPr>
          <w:shd w:val="clear" w:color="auto" w:fill="548235"/>
          <w:color w:val="FFFFFF"/>
        </w:rPr>
        <w:t xml:space="preserve">, for </w:t>
      </w:r>
      <w:r>
        <w:rPr>
          <w:shd w:val="clear" w:fill="548235" w:color="auto"/>
          <w:color w:val="FFFFFF"/>
        </w:rPr>
        <w:t>You are my praise</w:t>
      </w:r>
      <w:r>
        <w:rPr>
          <w:b w:val="false"/>
          <w:i w:val="false"/>
          <w:color w:val="FFFFFF"/>
          <w:u w:val="none"/>
          <w:shd w:val="clear" w:color="auto" w:fill="548235"/>
        </w:rPr>
        <w:t xml:space="preserve"> [2ERB]</w:t>
      </w:r>
      <w:r>
        <w:rPr>
          <w:shd w:val="clear" w:color="auto" w:fill="548235"/>
          <w:color w:val="FFFFFF"/>
        </w:rPr>
        <w:t>.</w:t>
      </w:r>
    </w:p>
    <w:p>
      <w:pPr>
        <w:pStyle w:val="Yellow"/>
        <w:rPr/>
      </w:pPr>
      <w:r>
        <w:rPr/>
        <w:t xml:space="preserve">(Je33:5 despite Jerusalem’s “wickedness”¹ / Je32:2 “Jerusalem”²) </w:t>
      </w:r>
      <w:r>
        <w:rPr>
          <w:b/>
        </w:rPr>
        <w:t>Jeremiah 33:6</w:t>
      </w:r>
      <w:r>
        <w:rPr/>
        <w:t xml:space="preserve"> — </w:t>
      </w:r>
      <w:r>
        <w:rPr>
          <w:shd w:val="clear" w:fill="B7DDE8"/>
        </w:rPr>
        <w:t>{Nevertheless}, I will bring to {it} health and healing, and I will heal its people</w:t>
      </w:r>
      <w:r>
        <w:rPr>
          <w:b w:val="false"/>
          <w:i w:val="false"/>
          <w:color w:val="000000"/>
          <w:u w:val="none"/>
        </w:rPr>
        <w:t xml:space="preserve"> [1QJ]</w:t>
      </w:r>
      <w:r>
        <w:rPr/>
        <w:t xml:space="preserve"> and </w:t>
      </w:r>
      <w:r>
        <w:rPr>
          <w:color w:val="000000"/>
        </w:rPr>
        <w:t>reveal to them the abundance of peace and truth</w:t>
      </w:r>
      <w:r>
        <w:rPr>
          <w:b w:val="false"/>
          <w:i w:val="false"/>
          <w:color w:val="000000"/>
          <w:u w:val="none"/>
        </w:rPr>
        <w:t xml:space="preserve"> [1QK]</w:t>
      </w:r>
      <w:r>
        <w:rPr/>
        <w:t>.</w:t>
      </w:r>
    </w:p>
    <w:p>
      <w:pPr>
        <w:pStyle w:val="Yellow"/>
        <w:rPr/>
      </w:pPr>
      <w:r>
        <w:rPr/>
        <w:t xml:space="preserve">(Je46:8–10ᶜ because Egypt boasted “I will destroy” and became God’s “foes”) </w:t>
      </w:r>
      <w:r>
        <w:rPr>
          <w:b/>
        </w:rPr>
        <w:t xml:space="preserve">Jeremiah 46:11</w:t>
      </w:r>
      <w:r>
        <w:rPr/>
        <w:t xml:space="preserve"> — </w:t>
      </w:r>
      <w:r>
        <w:rPr>
          <w:shd w:fill="B7DDE8" w:val="clear"/>
        </w:rPr>
        <w:t xml:space="preserve">Go up to Gilead for balm, O Virgin Daughter of Egypt</w:t>
      </w:r>
      <w:r>
        <w:rPr>
          <w:b w:val="false"/>
          <w:i w:val="false"/>
          <w:color w:val="000000"/>
          <w:u w:val="none"/>
        </w:rPr>
        <w:t xml:space="preserve"> [1GNF]</w:t>
      </w:r>
      <w:r>
        <w:rPr/>
        <w:t xml:space="preserve">! </w:t>
      </w:r>
      <w:r>
        <w:rPr>
          <w:shd w:fill="B7DDE8" w:val="clear"/>
        </w:rPr>
        <w:t xml:space="preserve">In vain you try many remedies</w:t>
      </w:r>
      <w:r>
        <w:rPr>
          <w:b w:val="false"/>
          <w:i w:val="false"/>
          <w:color w:val="000000"/>
          <w:u w:val="none"/>
        </w:rPr>
        <w:t xml:space="preserve"> [1GNG]</w:t>
      </w:r>
      <w:r>
        <w:rPr/>
        <w:t xml:space="preserve">, but </w:t>
      </w:r>
      <w:r>
        <w:rPr>
          <w:shd w:fill="B7DDE8" w:val="clear"/>
        </w:rPr>
        <w:t xml:space="preserve">for you there is no healing</w:t>
      </w:r>
      <w:r>
        <w:rPr>
          <w:b w:val="false"/>
          <w:i w:val="false"/>
          <w:color w:val="000000"/>
          <w:u w:val="none"/>
        </w:rPr>
        <w:t xml:space="preserve"> [1GNH]</w:t>
      </w:r>
      <w:r>
        <w:rPr/>
        <w:t xml:space="preserve">.</w:t>
      </w:r>
    </w:p>
    <w:p>
      <w:pPr>
        <w:pStyle w:val="Yellow"/>
        <w:rPr/>
      </w:pPr>
      <w:r>
        <w:rPr/>
        <w:t xml:space="preserve">(Eze37:11 “these bones are the whole house of Israel”) </w:t>
      </w:r>
      <w:r>
        <w:rPr>
          <w:b/>
        </w:rPr>
        <w:t xml:space="preserve">Ezekiel 37:5–6</w:t>
      </w:r>
      <w:r>
        <w:rPr/>
        <w:t xml:space="preserve"> — This is what the Lord GOD says to {these bones}: </w:t>
      </w:r>
      <w:r>
        <w:rPr>
          <w:shd w:fill="B7DDE8" w:val="clear"/>
        </w:rPr>
        <w:t xml:space="preserve">I will cause breath to enter you, and you will live</w:t>
      </w:r>
      <w:r>
        <w:rPr>
          <w:b w:val="false"/>
          <w:i w:val="false"/>
          <w:color w:val="000000"/>
          <w:u w:val="none"/>
        </w:rPr>
        <w:t xml:space="preserve"> [1IEW]</w:t>
      </w:r>
      <w:r>
        <w:rPr/>
        <w:t xml:space="preserve">. </w:t>
      </w:r>
      <w:r>
        <w:rPr>
          <w:shd w:fill="B7DDE8" w:val="clear"/>
        </w:rPr>
        <w:t xml:space="preserve">I will attach tendons to you and make flesh grow upon you and cover you with skin</w:t>
      </w:r>
      <w:r>
        <w:rPr>
          <w:b w:val="false"/>
          <w:i w:val="false"/>
          <w:color w:val="000000"/>
          <w:u w:val="none"/>
        </w:rPr>
        <w:t xml:space="preserve"> [1IEX]</w:t>
      </w:r>
      <w:r>
        <w:rPr/>
        <w:t xml:space="preserve">. </w:t>
      </w:r>
      <w:r>
        <w:rPr>
          <w:shd w:fill="B7DDE8" w:val="clear"/>
        </w:rPr>
        <w:t xml:space="preserve">I will put breath within you so that you will come to life</w:t>
      </w:r>
      <w:r>
        <w:rPr>
          <w:b w:val="false"/>
          <w:i w:val="false"/>
          <w:color w:val="000000"/>
          <w:u w:val="none"/>
        </w:rPr>
        <w:t xml:space="preserve"> [1IEY]</w:t>
      </w:r>
      <w:r>
        <w:rPr/>
        <w:t xml:space="preserve">. </w:t>
      </w:r>
      <w:r>
        <w:rPr>
          <w:shd w:val="clear" w:color="auto" w:fill="D9C3E6"/>
        </w:rPr>
        <w:t xml:space="preserve">Then you will know that I am the LORD</w:t>
      </w:r>
      <w:r>
        <w:rPr>
          <w:b w:val="false"/>
          <w:i w:val="false"/>
          <w:color w:val="000000"/>
          <w:u w:val="none"/>
        </w:rPr>
        <w:t xml:space="preserve"> [4DHU]</w:t>
      </w:r>
      <w:r>
        <w:rPr>
          <w:shd w:val="clear" w:color="auto" w:fill="D9C3E6"/>
        </w:rPr>
        <w:t xml:space="preserve">.’”</w:t>
      </w:r>
    </w:p>
    <w:p>
      <w:pPr>
        <w:pStyle w:val="Yellow"/>
        <w:rPr/>
      </w:pPr>
      <w:r>
        <w:rPr/>
        <w:t xml:space="preserve">(Ho6:1ᶜ if we “return to the LORD”¹) </w:t>
      </w:r>
      <w:r>
        <w:rPr>
          <w:b/>
        </w:rPr>
        <w:t xml:space="preserve">Hosea 6:2</w:t>
      </w:r>
      <w:r>
        <w:rPr/>
        <w:t xml:space="preserve"> — </w:t>
      </w:r>
      <w:r>
        <w:rPr>
          <w:shd w:fill="B7DDE8" w:val="clear"/>
        </w:rPr>
        <w:t xml:space="preserve">After two days {He} will revive us</w:t>
      </w:r>
      <w:r>
        <w:rPr>
          <w:b w:val="false"/>
          <w:i w:val="false"/>
          <w:color w:val="000000"/>
          <w:u w:val="none"/>
        </w:rPr>
        <w:t xml:space="preserve"> [1LIV]</w:t>
      </w:r>
      <w:r>
        <w:rPr/>
        <w:t xml:space="preserve">; </w:t>
      </w:r>
      <w:r>
        <w:rPr>
          <w:shd w:fill="B7DDE8" w:val="clear"/>
        </w:rPr>
        <w:t xml:space="preserve">on the third day He will raise us up</w:t>
      </w:r>
      <w:r>
        <w:rPr>
          <w:b w:val="false"/>
          <w:i w:val="false"/>
          <w:color w:val="000000"/>
          <w:u w:val="none"/>
        </w:rPr>
        <w:t xml:space="preserve"> [1LIW]</w:t>
      </w:r>
      <w:r>
        <w:rPr/>
        <w:t xml:space="preserve">, that </w:t>
      </w:r>
      <w:r>
        <w:rPr>
          <w:shd w:fill="B7DDE8" w:val="clear"/>
        </w:rPr>
        <w:t xml:space="preserve">we may live in His presence</w:t>
      </w:r>
      <w:r>
        <w:rPr>
          <w:b w:val="false"/>
          <w:i w:val="false"/>
          <w:u w:val="none"/>
          <w:color w:val="000000"/>
        </w:rPr>
        <w:t xml:space="preserve"> [1LIX]</w:t>
      </w:r>
      <w:r>
        <w:rPr/>
        <w:t xml:space="preserve">.</w:t>
      </w:r>
    </w:p>
    <w:p>
      <w:pPr>
        <w:pStyle w:val="Yellow"/>
        <w:rPr/>
      </w:pPr>
      <w:r>
        <w:rPr/>
        <w:t xml:space="preserve">(Mal4:1 “all the arrogant and every evildoer will be stubble”) </w:t>
      </w:r>
      <w:r>
        <w:rPr>
          <w:b/>
        </w:rPr>
        <w:t>Malachi 4:2</w:t>
      </w:r>
      <w:r>
        <w:rPr/>
        <w:t xml:space="preserve"> — “{But} </w:t>
      </w:r>
      <w:r>
        <w:rPr>
          <w:shd w:val="clear" w:fill="B7DDE8"/>
        </w:rPr>
        <w:t>for you who fear My name, the sun of righteousness will rise with healing in its wings</w:t>
      </w:r>
      <w:r>
        <w:rPr>
          <w:b w:val="false"/>
          <w:i w:val="false"/>
          <w:color w:val="000000"/>
          <w:u w:val="none"/>
        </w:rPr>
        <w:t xml:space="preserve"> [1ERP]</w:t>
      </w:r>
      <w:r>
        <w:rPr/>
        <w:t xml:space="preserve">, and </w:t>
      </w:r>
      <w:r>
        <w:rPr>
          <w:shd w:val="clear" w:fill="B7DDE8"/>
        </w:rPr>
        <w:t>you will go out and leap like calves from the stall</w:t>
      </w:r>
      <w:r>
        <w:rPr>
          <w:b w:val="false"/>
          <w:i w:val="false"/>
          <w:color w:val="000000"/>
          <w:u w:val="none"/>
        </w:rPr>
        <w:t xml:space="preserve"> [1ERQ]</w:t>
      </w:r>
      <w:r>
        <w:rPr/>
        <w:t>.</w:t>
      </w:r>
    </w:p>
    <w:p>
      <w:pPr>
        <w:pStyle w:val="Yellow"/>
        <w:rPr/>
      </w:pPr>
      <w:r>
        <w:rPr>
          <w:u w:val="none"/>
        </w:rPr>
        <w:t xml:space="preserve">(Lk4:18–19ᶜ Jesus was sent “to proclaim liberty to the captives” and “to release the oppressed,” “to proclaim the year of the Lord’s favor”) </w:t>
      </w:r>
      <w:r>
        <w:rPr>
          <w:b/>
          <w:u w:val="none"/>
        </w:rPr>
        <w:t xml:space="preserve">Matthew 4:24</w:t>
      </w:r>
      <w:r>
        <w:rPr>
          <w:u w:val="none"/>
        </w:rPr>
        <w:t xml:space="preserve"> — </w:t>
      </w:r>
      <w:r>
        <w:rPr>
          <w:u w:val="none"/>
          <w:shd w:fill="B7DDE8" w:val="clear"/>
        </w:rPr>
        <w:t xml:space="preserve">people brought to Him all who were ill with various diseases, those suffering acute pain, the demon-possessed, those having seizures, and the paralyzed</w:t>
      </w:r>
      <w:r>
        <w:rPr>
          <w:b w:val="false"/>
          <w:i w:val="false"/>
          <w:color w:val="000000"/>
          <w:u w:val="none"/>
        </w:rPr>
        <w:t xml:space="preserve"> [1IHQ]</w:t>
      </w:r>
      <w:r>
        <w:rPr>
          <w:u w:val="none"/>
        </w:rPr>
        <w:t xml:space="preserve">—and </w:t>
      </w:r>
      <w:r>
        <w:rPr>
          <w:u w:val="none"/>
          <w:shd w:fill="B7DDE8" w:val="clear"/>
        </w:rPr>
        <w:t xml:space="preserve">He healed them</w:t>
      </w:r>
      <w:r>
        <w:rPr>
          <w:b w:val="false"/>
          <w:i w:val="false"/>
          <w:color w:val="000000"/>
          <w:u w:val="none"/>
        </w:rPr>
        <w:t xml:space="preserve"> [8DQS]</w:t>
      </w:r>
      <w:r>
        <w:rPr>
          <w:u w:val="none"/>
        </w:rPr>
        <w:t xml:space="preserve">.</w:t>
      </w:r>
    </w:p>
    <w:p>
      <w:pPr>
        <w:pStyle w:val="Yellow"/>
        <w:rPr/>
      </w:pPr>
      <w:r>
        <w:rPr>
          <w:b/>
          <w:highlight w:val="cyan"/>
          <w:shd w:val="clear" w:color="auto" w:fill="C00000"/>
          <w:color w:val="FFFFFF"/>
        </w:rPr>
        <w:t>Matthew 10:1</w:t>
      </w:r>
      <w:r>
        <w:rPr>
          <w:highlight w:val="cyan"/>
          <w:shd w:val="clear" w:color="auto" w:fill="C00000"/>
          <w:color w:val="FFFFFF"/>
        </w:rPr>
        <w:t xml:space="preserve"> — And </w:t>
      </w:r>
      <w:r>
        <w:rPr>
          <w:highlight w:val="cyan"/>
          <w:shd w:val="clear" w:color="auto" w:fill="C00000"/>
          <w:color w:val="FFFFFF"/>
        </w:rPr>
        <w:t>calling His twelve disciples to Him</w:t>
      </w:r>
      <w:r>
        <w:rPr>
          <w:b w:val="false"/>
          <w:i w:val="false"/>
          <w:u w:val="none"/>
          <w:shd w:val="clear" w:color="auto" w:fill="C00000"/>
          <w:color w:val="FFFFFF"/>
        </w:rPr>
        <w:t xml:space="preserve"> [2ERG]</w:t>
      </w:r>
      <w:r>
        <w:rPr>
          <w:highlight w:val="cyan"/>
          <w:shd w:val="clear" w:color="auto" w:fill="C00000"/>
          <w:color w:val="FFFFFF"/>
        </w:rPr>
        <w:t xml:space="preserve">, </w:t>
      </w:r>
      <w:r>
        <w:rPr>
          <w:highlight w:val="cyan"/>
          <w:shd w:val="clear" w:color="auto" w:fill="C00000"/>
          <w:color w:val="FFFFFF"/>
        </w:rPr>
        <w:t>Jesus gave them authority over unclean spirits, so that they could drive them out</w:t>
      </w:r>
      <w:r>
        <w:rPr>
          <w:b w:val="false"/>
          <w:i w:val="false"/>
          <w:u w:val="none"/>
          <w:shd w:val="clear" w:color="auto" w:fill="C00000"/>
          <w:color w:val="FFFFFF"/>
        </w:rPr>
        <w:t xml:space="preserve"> [2ERH]</w:t>
      </w:r>
      <w:r>
        <w:rPr>
          <w:highlight w:val="cyan"/>
          <w:shd w:val="clear" w:color="auto" w:fill="C00000"/>
          <w:color w:val="FFFFFF"/>
        </w:rPr>
        <w:t xml:space="preserve"> and </w:t>
      </w:r>
      <w:r>
        <w:rPr>
          <w:highlight w:val="cyan"/>
          <w:shd w:val="clear" w:color="auto" w:fill="C00000"/>
          <w:color w:val="FFFFFF"/>
        </w:rPr>
        <w:t>heal every disease and sickness</w:t>
      </w:r>
      <w:r>
        <w:rPr>
          <w:b w:val="false"/>
          <w:i w:val="false"/>
          <w:u w:val="none"/>
          <w:shd w:val="clear" w:color="auto" w:fill="C00000"/>
          <w:color w:val="FFFFFF"/>
        </w:rPr>
        <w:t xml:space="preserve"> [2ERI]</w:t>
      </w:r>
      <w:r>
        <w:rPr>
          <w:highlight w:val="cyan"/>
          <w:shd w:val="clear" w:color="auto" w:fill="C00000"/>
          <w:color w:val="FFFFFF"/>
        </w:rPr>
        <w:t>.</w:t>
      </w:r>
    </w:p>
    <w:p>
      <w:pPr>
        <w:pStyle w:val="Yellow"/>
        <w:rPr/>
      </w:pPr>
      <w:r>
        <w:rPr>
          <w:b/>
          <w:u w:val="none"/>
        </w:rPr>
        <w:t>Mark 5:34</w:t>
      </w:r>
      <w:r>
        <w:rPr>
          <w:u w:val="none"/>
        </w:rPr>
        <w:t xml:space="preserve"> — “Daughter,” said Jesus, “</w:t>
      </w:r>
      <w:r>
        <w:rPr>
          <w:u w:val="none"/>
          <w:color w:val="auto"/>
        </w:rPr>
        <w:t>your faith has healed you</w:t>
      </w:r>
      <w:r>
        <w:rPr>
          <w:b w:val="false"/>
          <w:i w:val="false"/>
          <w:color w:val="FFFFFF"/>
          <w:u w:val="none"/>
          <w:shd w:val="clear" w:color="auto" w:fill="548235"/>
        </w:rPr>
        <w:t xml:space="preserve"> [5DBS]</w:t>
      </w:r>
      <w:r>
        <w:rPr>
          <w:u w:val="none"/>
        </w:rPr>
        <w:t xml:space="preserve">. </w:t>
      </w:r>
      <w:r>
        <w:rPr>
          <w:u w:val="none"/>
          <w:shd w:val="clear" w:fill="B7DDE8"/>
        </w:rPr>
        <w:t>Go in peace</w:t>
      </w:r>
      <w:r>
        <w:rPr>
          <w:b w:val="false"/>
          <w:i w:val="false"/>
          <w:color w:val="000000"/>
          <w:u w:val="none"/>
        </w:rPr>
        <w:t xml:space="preserve"> [2EQX]</w:t>
      </w:r>
      <w:r>
        <w:rPr>
          <w:u w:val="none"/>
        </w:rPr>
        <w:t xml:space="preserve"> and </w:t>
      </w:r>
      <w:r>
        <w:rPr>
          <w:u w:val="none"/>
          <w:shd w:val="clear" w:fill="B7DDE8"/>
        </w:rPr>
        <w:t>be free of your affliction</w:t>
      </w:r>
      <w:r>
        <w:rPr>
          <w:b w:val="false"/>
          <w:i w:val="false"/>
          <w:color w:val="000000"/>
          <w:u w:val="none"/>
        </w:rPr>
        <w:t xml:space="preserve"> [1EQY]</w:t>
      </w:r>
      <w:r>
        <w:rPr>
          <w:u w:val="none"/>
        </w:rPr>
        <w:t>.”</w:t>
      </w:r>
    </w:p>
    <w:p>
      <w:pPr>
        <w:pStyle w:val="Yellow"/>
        <w:rPr/>
      </w:pPr>
      <w:r>
        <w:rPr/>
        <w:t xml:space="preserve">(Mk6:6ᶜ Jesus’ hometown people had “unbelief” / Lk4:16 “Jesus”¹ and “Nazareth”²) </w:t>
      </w:r>
      <w:r>
        <w:rPr>
          <w:b/>
        </w:rPr>
        <w:t>Mark 6:5</w:t>
      </w:r>
      <w:r>
        <w:rPr/>
        <w:t xml:space="preserve"> — </w:t>
      </w:r>
      <w:r>
        <w:rPr>
          <w:shd w:val="clear" w:fill="B7DDE8"/>
        </w:rPr>
        <w:t>{He} could not perform any miracles {there}</w:t>
      </w:r>
      <w:r>
        <w:rPr>
          <w:b w:val="false"/>
          <w:i w:val="false"/>
          <w:color w:val="000000"/>
          <w:u w:val="none"/>
        </w:rPr>
        <w:t xml:space="preserve"> [1EPW]</w:t>
      </w:r>
      <w:r>
        <w:rPr/>
        <w:t xml:space="preserve">, </w:t>
      </w:r>
      <w:r>
        <w:rPr>
          <w:shd w:val="clear" w:fill="B7DDE8"/>
        </w:rPr>
        <w:t>except to lay His hands on a few of the sick and heal them</w:t>
      </w:r>
      <w:r>
        <w:rPr>
          <w:b w:val="false"/>
          <w:i w:val="false"/>
          <w:color w:val="000000"/>
          <w:u w:val="none"/>
        </w:rPr>
        <w:t xml:space="preserve"> [1EPX]</w:t>
      </w:r>
      <w:r>
        <w:rPr/>
        <w:t>.</w:t>
      </w:r>
    </w:p>
    <w:p>
      <w:pPr>
        <w:pStyle w:val="Yellow"/>
        <w:rPr/>
      </w:pPr>
      <w:r>
        <w:rPr>
          <w:b/>
          <w:u w:val="none"/>
        </w:rPr>
        <w:t>Mark 10:52</w:t>
      </w:r>
      <w:r>
        <w:rPr>
          <w:u w:val="none"/>
        </w:rPr>
        <w:t xml:space="preserve"> — “Go,” said Jesus, “</w:t>
      </w:r>
      <w:r>
        <w:rPr>
          <w:u w:val="none"/>
          <w:shd w:val="clear" w:fill="B7DDE8"/>
        </w:rPr>
        <w:t>your faith has healed you</w:t>
      </w:r>
      <w:r>
        <w:rPr>
          <w:b w:val="false"/>
          <w:i w:val="false"/>
          <w:color w:val="000000"/>
          <w:u w:val="none"/>
        </w:rPr>
        <w:t xml:space="preserve"> [5DBS]</w:t>
      </w:r>
      <w:r>
        <w:rPr>
          <w:u w:val="none"/>
        </w:rPr>
        <w:t>.”</w:t>
      </w:r>
    </w:p>
    <w:p>
      <w:pPr>
        <w:pStyle w:val="Yellow"/>
        <w:rPr/>
      </w:pPr>
      <w:r>
        <w:rPr/>
        <w:t xml:space="preserve">(Lk5:12ᶜ A man begged Jesus: “Lord, if You are willing, You can make me clean”) </w:t>
      </w:r>
      <w:r>
        <w:rPr>
          <w:b/>
        </w:rPr>
        <w:t>Luke 5:13</w:t>
      </w:r>
      <w:r>
        <w:rPr/>
        <w:t xml:space="preserve"> — </w:t>
      </w:r>
      <w:r>
        <w:rPr>
          <w:shd w:val="clear" w:fill="B7DDE8"/>
        </w:rPr>
        <w:t>Jesus reached out His hand and touched the man</w:t>
      </w:r>
      <w:r>
        <w:rPr>
          <w:b w:val="false"/>
          <w:i w:val="false"/>
          <w:color w:val="000000"/>
          <w:u w:val="none"/>
        </w:rPr>
        <w:t xml:space="preserve"> [1EPO]</w:t>
      </w:r>
      <w:r>
        <w:rPr/>
        <w:t>. “</w:t>
      </w:r>
      <w:r>
        <w:rPr>
          <w:shd w:val="clear" w:fill="B7DDE8"/>
        </w:rPr>
        <w:t>I am willing</w:t>
      </w:r>
      <w:r>
        <w:rPr>
          <w:b w:val="false"/>
          <w:i w:val="false"/>
          <w:color w:val="000000"/>
          <w:u w:val="none"/>
        </w:rPr>
        <w:t xml:space="preserve"> [1EPP]</w:t>
      </w:r>
      <w:r>
        <w:rPr/>
        <w:t>,” He said. “</w:t>
      </w:r>
      <w:r>
        <w:rPr>
          <w:shd w:val="clear" w:fill="B7DDE8"/>
        </w:rPr>
        <w:t>Be clean</w:t>
      </w:r>
      <w:r>
        <w:rPr>
          <w:b w:val="false"/>
          <w:i w:val="false"/>
          <w:color w:val="000000"/>
          <w:u w:val="none"/>
        </w:rPr>
        <w:t xml:space="preserve"> [1EPQ]</w:t>
      </w:r>
      <w:r>
        <w:rPr/>
        <w:t xml:space="preserve">!” And </w:t>
      </w:r>
      <w:r>
        <w:rPr>
          <w:shd w:val="clear" w:fill="B7DDE8"/>
        </w:rPr>
        <w:t>immediately the leprosy left him</w:t>
      </w:r>
      <w:r>
        <w:rPr>
          <w:b w:val="false"/>
          <w:i w:val="false"/>
          <w:color w:val="000000"/>
          <w:u w:val="none"/>
        </w:rPr>
        <w:t xml:space="preserve"> [1EPR]</w:t>
      </w:r>
      <w:r>
        <w:rPr/>
        <w:t>.</w:t>
      </w:r>
    </w:p>
    <w:p>
      <w:pPr>
        <w:pStyle w:val="Yellow"/>
        <w:rPr/>
      </w:pPr>
      <w:r>
        <w:rPr>
          <w:b/>
        </w:rPr>
        <w:t>Luke 5:17</w:t>
      </w:r>
      <w:r>
        <w:rPr/>
        <w:t xml:space="preserve"> — </w:t>
      </w:r>
      <w:r>
        <w:rPr>
          <w:shd w:val="clear" w:fill="B7DDE8"/>
        </w:rPr>
        <w:t>People had come from Jerusalem and from every village of Galilee and Judea</w:t>
      </w:r>
      <w:r>
        <w:rPr>
          <w:b w:val="false"/>
          <w:i w:val="false"/>
          <w:color w:val="000000"/>
          <w:u w:val="none"/>
        </w:rPr>
        <w:t xml:space="preserve"> [1ERE]</w:t>
      </w:r>
      <w:r>
        <w:rPr/>
        <w:t xml:space="preserve">, and </w:t>
      </w:r>
      <w:r>
        <w:rPr>
          <w:shd w:val="clear" w:fill="B7DDE8"/>
        </w:rPr>
        <w:t>the power of the Lord was present for Him to heal the sick</w:t>
      </w:r>
      <w:r>
        <w:rPr>
          <w:b w:val="false"/>
          <w:i w:val="false"/>
          <w:color w:val="000000"/>
          <w:u w:val="none"/>
        </w:rPr>
        <w:t xml:space="preserve"> [1ERF]</w:t>
      </w:r>
      <w:r>
        <w:rPr/>
        <w:t>.</w:t>
      </w:r>
    </w:p>
    <w:p>
      <w:pPr>
        <w:pStyle w:val="Yellow"/>
        <w:rPr/>
      </w:pPr>
      <w:r>
        <w:rPr>
          <w:b/>
        </w:rPr>
        <w:t>Luke 17:19</w:t>
      </w:r>
      <w:r>
        <w:rPr/>
        <w:t xml:space="preserve"> — “Rise and go; </w:t>
      </w:r>
      <w:r>
        <w:rPr>
          <w:shd w:val="clear" w:fill="B7DDE8"/>
        </w:rPr>
        <w:t>your faith has made you well</w:t>
      </w:r>
      <w:r>
        <w:rPr>
          <w:b w:val="false"/>
          <w:i w:val="false"/>
          <w:color w:val="000000"/>
          <w:u w:val="none"/>
        </w:rPr>
        <w:t xml:space="preserve"> [5DBS]</w:t>
      </w:r>
      <w:r>
        <w:rPr/>
        <w:t>!”</w:t>
      </w:r>
    </w:p>
    <w:p>
      <w:pPr>
        <w:pStyle w:val="Yellow"/>
        <w:rPr/>
      </w:pPr>
      <w:r>
        <w:rPr/>
        <w:t xml:space="preserve">(Jn9:11 Jesus) </w:t>
      </w:r>
      <w:r>
        <w:rPr>
          <w:b/>
        </w:rPr>
        <w:t>John 9:32–33</w:t>
      </w:r>
      <w:r>
        <w:rPr/>
        <w:t xml:space="preserve"> — </w:t>
      </w:r>
      <w:r>
        <w:rPr>
          <w:shd w:val="clear" w:fill="B7DDE8"/>
        </w:rPr>
        <w:t>Never before has anyone heard of opening the eyes of a man born blind</w:t>
      </w:r>
      <w:r>
        <w:rPr>
          <w:b w:val="false"/>
          <w:i w:val="false"/>
          <w:color w:val="000000"/>
          <w:u w:val="none"/>
        </w:rPr>
        <w:t xml:space="preserve"> [1EOS]</w:t>
      </w:r>
      <w:r>
        <w:rPr/>
        <w:t xml:space="preserve">. </w:t>
      </w:r>
      <w:r>
        <w:rPr>
          <w:shd w:val="clear" w:fill="B7DDE8"/>
        </w:rPr>
        <w:t>If {this man} were not from God, He could do no such thing</w:t>
      </w:r>
      <w:r>
        <w:rPr>
          <w:b w:val="false"/>
          <w:i w:val="false"/>
          <w:color w:val="000000"/>
          <w:u w:val="none"/>
        </w:rPr>
        <w:t xml:space="preserve"> [1EOT]</w:t>
      </w:r>
      <w:r>
        <w:rPr/>
        <w:t>.”</w:t>
      </w:r>
    </w:p>
    <w:p>
      <w:pPr>
        <w:pStyle w:val="Yellow"/>
        <w:rPr/>
      </w:pPr>
      <w:r>
        <w:rPr>
          <w:shd w:val="clear" w:color="auto" w:fill="548235"/>
          <w:color w:val="FFFFFF"/>
        </w:rPr>
        <w:t xml:space="preserve">(Ac3:16ᶜ “Jesus’ name” and “faith” gave “this complete healing”¹ / 2 “lame from birth”²) </w:t>
      </w:r>
      <w:r>
        <w:rPr>
          <w:b/>
          <w:shd w:val="clear" w:color="auto" w:fill="548235"/>
          <w:color w:val="FFFFFF"/>
        </w:rPr>
        <w:t xml:space="preserve">Acts 3:12</w:t>
      </w:r>
      <w:r>
        <w:rPr>
          <w:shd w:val="clear" w:color="auto" w:fill="548235"/>
          <w:color w:val="FFFFFF"/>
        </w:rPr>
        <w:t xml:space="preserve"> — </w:t>
      </w:r>
      <w:r>
        <w:rPr>
          <w:shd w:fill="548235" w:val="clear" w:color="auto"/>
          <w:color w:val="FFFFFF"/>
        </w:rPr>
        <w:t xml:space="preserve">{Why} do you stare at us as if by our own power or godliness we had made {this man} walk</w:t>
      </w:r>
      <w:r>
        <w:rPr>
          <w:b w:val="false"/>
          <w:i w:val="false"/>
          <w:color w:val="FFFFFF"/>
          <w:u w:val="none"/>
          <w:shd w:val="clear" w:color="auto" w:fill="548235"/>
        </w:rPr>
        <w:t xml:space="preserve"> [1LAD]</w:t>
      </w:r>
      <w:r>
        <w:rPr>
          <w:shd w:val="clear" w:color="auto" w:fill="548235"/>
          <w:color w:val="FFFFFF"/>
        </w:rPr>
        <w:t xml:space="preserve">?</w:t>
      </w:r>
    </w:p>
    <w:p>
      <w:pPr>
        <w:pStyle w:val="Yellow"/>
        <w:rPr/>
      </w:pPr>
      <w:r>
        <w:rPr/>
        <w:t xml:space="preserve">(Ac3:2 “lame from birth”) </w:t>
      </w:r>
      <w:r>
        <w:rPr>
          <w:b/>
        </w:rPr>
        <w:t>Acts 3:16</w:t>
      </w:r>
      <w:r>
        <w:rPr/>
        <w:t xml:space="preserve"> — </w:t>
      </w:r>
      <w:r>
        <w:rPr>
          <w:shd w:val="clear" w:fill="B7DDE8"/>
        </w:rPr>
        <w:t>It is Jesus’ name and the faith that comes through Him that has given {him} this complete healing</w:t>
      </w:r>
      <w:r>
        <w:rPr>
          <w:b w:val="false"/>
          <w:i w:val="false"/>
          <w:color w:val="000000"/>
          <w:u w:val="none"/>
        </w:rPr>
        <w:t xml:space="preserve"> [1ERO]</w:t>
      </w:r>
    </w:p>
    <w:p>
      <w:pPr>
        <w:pStyle w:val="Yellow"/>
        <w:rPr/>
      </w:pPr>
      <w:r>
        <w:rPr>
          <w:b/>
          <w:u w:val="none"/>
          <w:color w:val="auto"/>
        </w:rPr>
        <w:t>James 5:14–15</w:t>
      </w:r>
      <w:r>
        <w:rPr>
          <w:u w:val="none"/>
          <w:color w:val="auto"/>
        </w:rPr>
        <w:t xml:space="preserve"> — </w:t>
      </w:r>
      <w:r>
        <w:rPr>
          <w:u w:val="none"/>
          <w:color w:val="auto"/>
        </w:rPr>
        <w:t>Is any one of you sick</w:t>
      </w:r>
      <w:r>
        <w:rPr>
          <w:b w:val="false"/>
          <w:i w:val="false"/>
          <w:color w:val="auto"/>
          <w:u w:val="none"/>
        </w:rPr>
        <w:t xml:space="preserve"> [1CFT]</w:t>
      </w:r>
      <w:r>
        <w:rPr>
          <w:u w:val="none"/>
          <w:color w:val="auto"/>
        </w:rPr>
        <w:t xml:space="preserve">? </w:t>
      </w:r>
      <w:r>
        <w:rPr>
          <w:u w:val="none"/>
          <w:color w:val="auto"/>
        </w:rPr>
        <w:t>He should call the elders of the church to pray over him</w:t>
      </w:r>
      <w:r>
        <w:rPr>
          <w:b w:val="false"/>
          <w:i w:val="false"/>
          <w:color w:val="auto"/>
          <w:u w:val="none"/>
        </w:rPr>
        <w:t xml:space="preserve"> [1CFU]</w:t>
      </w:r>
      <w:r>
        <w:rPr>
          <w:u w:val="none"/>
          <w:color w:val="auto"/>
        </w:rPr>
        <w:t xml:space="preserve"> and </w:t>
      </w:r>
      <w:r>
        <w:rPr>
          <w:u w:val="none"/>
          <w:color w:val="auto"/>
        </w:rPr>
        <w:t>anoint him with oil in the name of the Lord</w:t>
      </w:r>
      <w:r>
        <w:rPr>
          <w:b w:val="false"/>
          <w:i w:val="false"/>
          <w:color w:val="auto"/>
          <w:u w:val="none"/>
        </w:rPr>
        <w:t xml:space="preserve"> [1CFV]</w:t>
      </w:r>
      <w:r>
        <w:rPr>
          <w:u w:val="none"/>
          <w:color w:val="auto"/>
        </w:rPr>
        <w:t xml:space="preserve">. And </w:t>
      </w:r>
      <w:r>
        <w:rPr>
          <w:u w:val="none"/>
          <w:color w:val="auto"/>
        </w:rPr>
        <w:t>the prayer offered in faith will restore the one who is sick</w:t>
      </w:r>
      <w:r>
        <w:rPr>
          <w:b w:val="false"/>
          <w:i w:val="false"/>
          <w:color w:val="auto"/>
          <w:u w:val="none"/>
        </w:rPr>
        <w:t xml:space="preserve"> [1CFW]</w:t>
      </w:r>
      <w:r>
        <w:rPr>
          <w:u w:val="none"/>
          <w:color w:val="auto"/>
        </w:rPr>
        <w:t xml:space="preserve">. </w:t>
      </w:r>
      <w:r>
        <w:rPr>
          <w:u w:val="none"/>
          <w:color w:val="auto"/>
        </w:rPr>
        <w:t>The Lord will raise him up</w:t>
      </w:r>
      <w:r>
        <w:rPr>
          <w:b w:val="false"/>
          <w:i w:val="false"/>
          <w:color w:val="auto"/>
          <w:u w:val="none"/>
        </w:rPr>
        <w:t xml:space="preserve"> [1CFX]</w:t>
      </w:r>
      <w:r>
        <w:rPr>
          <w:u w:val="none"/>
          <w:color w:val="auto"/>
        </w:rPr>
        <w:t xml:space="preserve">. </w:t>
      </w:r>
      <w:r>
        <w:rPr>
          <w:u w:val="none"/>
          <w:color w:val="auto"/>
        </w:rPr>
        <w:t>If he has sinned</w:t>
      </w:r>
      <w:r>
        <w:rPr>
          <w:b w:val="false"/>
          <w:i w:val="false"/>
          <w:color w:val="auto"/>
          <w:u w:val="none"/>
        </w:rPr>
        <w:t xml:space="preserve"> [1CFY]</w:t>
      </w:r>
      <w:r>
        <w:rPr>
          <w:u w:val="none"/>
          <w:color w:val="auto"/>
        </w:rPr>
        <w:t xml:space="preserve">, </w:t>
      </w:r>
      <w:r>
        <w:rPr>
          <w:u w:val="none"/>
          <w:color w:val="auto"/>
        </w:rPr>
        <w:t>he will be forgiven</w:t>
      </w:r>
      <w:r>
        <w:rPr>
          <w:b w:val="false"/>
          <w:i w:val="false"/>
          <w:color w:val="auto"/>
          <w:u w:val="none"/>
        </w:rPr>
        <w:t xml:space="preserve"> [2CCK]</w:t>
      </w:r>
      <w:r>
        <w:rPr>
          <w:u w:val="none"/>
          <w:color w:val="auto"/>
        </w:rPr>
        <w:t>.</w:t>
      </w:r>
    </w:p>
    <w:p>
      <w:r>
        <w:rPr>
          <w:b/>
          <w:sz w:val="32"/>
        </w:rPr>
        <w:t>Provision  (69)</w:t>
      </w:r>
    </w:p>
    <w:p>
      <w:pPr>
        <w:pStyle w:val="Yellow"/>
        <w:rPr/>
      </w:pPr>
      <w:r>
        <w:rPr>
          <w:b/>
        </w:rPr>
        <w:t>Genesis 1:29</w:t>
      </w:r>
      <w:r>
        <w:rPr/>
        <w:t xml:space="preserve"> — “Behold, </w:t>
      </w:r>
      <w:r>
        <w:rPr>
          <w:shd w:val="clear" w:fill="B7DDE8"/>
        </w:rPr>
        <w:t>I have given you every seed-bearing plant on the face of all the earth, and every tree whose fruit contains seed</w:t>
      </w:r>
      <w:r>
        <w:rPr>
          <w:b w:val="false"/>
          <w:i w:val="false"/>
          <w:color w:val="000000"/>
          <w:u w:val="none"/>
        </w:rPr>
        <w:t xml:space="preserve"> [1EDW]</w:t>
      </w:r>
      <w:r>
        <w:rPr/>
        <w:t xml:space="preserve">. </w:t>
      </w:r>
      <w:r>
        <w:rPr>
          <w:shd w:val="clear" w:fill="B7DDE8"/>
        </w:rPr>
        <w:t>They will be yours for food</w:t>
      </w:r>
      <w:r>
        <w:rPr>
          <w:b w:val="false"/>
          <w:i w:val="false"/>
          <w:color w:val="000000"/>
          <w:u w:val="none"/>
        </w:rPr>
        <w:t xml:space="preserve"> [1EDX]</w:t>
      </w:r>
      <w:r>
        <w:rPr/>
        <w:t>.”</w:t>
      </w:r>
    </w:p>
    <w:p>
      <w:pPr>
        <w:pStyle w:val="Yellow"/>
        <w:rPr/>
      </w:pPr>
      <w:r>
        <w:rPr>
          <w:b/>
        </w:rPr>
        <w:t xml:space="preserve">Genesis 3:21</w:t>
      </w:r>
      <w:r>
        <w:rPr/>
        <w:t xml:space="preserve"> — And </w:t>
      </w:r>
      <w:r>
        <w:rPr>
          <w:shd w:fill="B7DDE8" w:val="clear"/>
        </w:rPr>
        <w:t xml:space="preserve">the LORD God made garments of skin for Adam and his wife</w:t>
      </w:r>
      <w:r>
        <w:rPr>
          <w:b w:val="false"/>
          <w:i w:val="false"/>
          <w:color w:val="000000"/>
          <w:u w:val="none"/>
        </w:rPr>
        <w:t xml:space="preserve"> [1GQU]</w:t>
      </w:r>
      <w:r>
        <w:rPr/>
        <w:t xml:space="preserve">, and </w:t>
      </w:r>
      <w:r>
        <w:rPr>
          <w:shd w:fill="B7DDE8" w:val="clear"/>
        </w:rPr>
        <w:t xml:space="preserve">He clothed them</w:t>
      </w:r>
      <w:r>
        <w:rPr>
          <w:b w:val="false"/>
          <w:i w:val="false"/>
          <w:color w:val="000000"/>
          <w:u w:val="none"/>
        </w:rPr>
        <w:t xml:space="preserve"> [1GQV]</w:t>
      </w:r>
      <w:r>
        <w:rPr/>
        <w:t xml:space="preserve">.</w:t>
      </w:r>
    </w:p>
    <w:p>
      <w:pPr>
        <w:pStyle w:val="Yellow"/>
        <w:rPr/>
        <w:pBdr>
          <w:left w:val="single" w:sz="28" w:space="5" w:color="C00000"/>
        </w:pBdr>
      </w:pPr>
      <w:r>
        <w:rPr>
          <w:b/>
          <w:shd w:val="clear" w:color="auto" w:fill="548235"/>
          <w:color w:val="FFFFFF"/>
        </w:rPr>
        <w:t>Genesis 9:3</w:t>
      </w:r>
      <w:r>
        <w:rPr>
          <w:shd w:val="clear" w:color="auto" w:fill="548235"/>
          <w:color w:val="FFFFFF"/>
        </w:rPr>
        <w:t xml:space="preserve"> — “</w:t>
      </w:r>
      <w:r>
        <w:rPr>
          <w:shd w:val="clear" w:fill="548235" w:color="auto"/>
          <w:color w:val="FFFFFF"/>
        </w:rPr>
        <w:t>Everything that lives and moves will be food for you; just as I gave you the green plants, I now give you all things</w:t>
      </w:r>
      <w:r>
        <w:rPr>
          <w:b w:val="false"/>
          <w:i w:val="false"/>
          <w:color w:val="FFFFFF"/>
          <w:u w:val="none"/>
          <w:shd w:val="clear" w:color="auto" w:fill="548235"/>
        </w:rPr>
        <w:t xml:space="preserve"> [1EFY]</w:t>
      </w:r>
      <w:r>
        <w:rPr>
          <w:shd w:val="clear" w:color="auto" w:fill="548235"/>
          <w:color w:val="FFFFFF"/>
        </w:rPr>
        <w:t>.”</w:t>
      </w:r>
    </w:p>
    <w:p>
      <w:pPr>
        <w:pStyle w:val="Yellow"/>
        <w:rPr/>
      </w:pPr>
      <w:r>
        <w:rPr>
          <w:b/>
        </w:rPr>
        <w:t>Genesis 22:8</w:t>
      </w:r>
      <w:r>
        <w:t xml:space="preserve"> — “</w:t>
      </w:r>
      <w:r>
        <w:rPr>
          <w:shd w:fill="B7DDE8" w:val="clear"/>
        </w:rPr>
        <w:t>God Himself will provide the lamb for the burnt offering</w:t>
      </w:r>
      <w:r>
        <w:rPr>
          <w:b w:val="false"/>
          <w:i w:val="false"/>
          <w:color w:val="000000"/>
          <w:u w:val="none"/>
        </w:rPr>
        <w:t xml:space="preserve"> [1ASY]</w:t>
      </w:r>
      <w:r>
        <w:t>, my son.”</w:t>
      </w:r>
    </w:p>
    <w:p>
      <w:pPr>
        <w:pStyle w:val="Yellow"/>
        <w:rPr/>
      </w:pPr>
      <w:r>
        <w:rPr>
          <w:b/>
        </w:rPr>
        <w:t xml:space="preserve">Deuteronomy 24:19</w:t>
      </w:r>
      <w:r>
        <w:rPr/>
        <w:t xml:space="preserve"> — </w:t>
      </w:r>
      <w:r>
        <w:rPr>
          <w:shd w:fill="B7DDE8" w:val="clear"/>
        </w:rPr>
        <w:t xml:space="preserve">If you are harvesting in your field and forget a sheaf there, do not go back to get it</w:t>
      </w:r>
      <w:r>
        <w:rPr>
          <w:b w:val="false"/>
          <w:i w:val="false"/>
          <w:color w:val="000000"/>
          <w:u w:val="none"/>
        </w:rPr>
        <w:t xml:space="preserve"> [1GVT]</w:t>
      </w:r>
      <w:r>
        <w:rPr/>
        <w:t xml:space="preserve">. </w:t>
      </w:r>
      <w:r>
        <w:rPr>
          <w:shd w:fill="B7DDE8" w:val="clear"/>
        </w:rPr>
        <w:t xml:space="preserve">It is to be left for the foreigner, the fatherless, and the widow</w:t>
      </w:r>
      <w:r>
        <w:rPr>
          <w:b w:val="false"/>
          <w:i w:val="false"/>
          <w:color w:val="000000"/>
          <w:u w:val="none"/>
        </w:rPr>
        <w:t xml:space="preserve"> [1GVU]</w:t>
      </w:r>
      <w:r>
        <w:rPr/>
        <w:t xml:space="preserve">, so that </w:t>
      </w:r>
      <w:r>
        <w:rPr>
          <w:shd w:fill="B7DDE8" w:val="clear"/>
        </w:rPr>
        <w:t xml:space="preserve">the LORD your God may bless you in all the work of your hands</w:t>
      </w:r>
      <w:r>
        <w:rPr>
          <w:b w:val="false"/>
          <w:i w:val="false"/>
          <w:color w:val="000000"/>
          <w:u w:val="none"/>
        </w:rPr>
        <w:t xml:space="preserve"> [1GVV]</w:t>
      </w:r>
      <w:r>
        <w:rPr/>
        <w:t xml:space="preserve">.</w:t>
      </w:r>
    </w:p>
    <w:p>
      <w:pPr>
        <w:pStyle w:val="Yellow"/>
        <w:rPr/>
        <w:pBdr>
          <w:left w:val="single" w:sz="28" w:space="5" w:color="C00000"/>
        </w:pBdr>
      </w:pPr>
      <w:r>
        <w:rPr>
          <w:b/>
          <w:shd w:val="clear" w:color="auto" w:fill="548235"/>
          <w:color w:val="FFFFFF"/>
        </w:rPr>
        <w:t>Ruth 1:6</w:t>
      </w:r>
      <w:r>
        <w:rPr>
          <w:shd w:val="clear" w:color="auto" w:fill="548235"/>
          <w:color w:val="FFFFFF"/>
        </w:rPr>
        <w:t xml:space="preserve"> — </w:t>
      </w:r>
      <w:r>
        <w:rPr>
          <w:shd w:val="clear" w:fill="548235" w:color="auto"/>
          <w:color w:val="FFFFFF"/>
        </w:rPr>
        <w:t>the LORD had attended to His people by providing them with food</w:t>
      </w:r>
      <w:r>
        <w:rPr>
          <w:b w:val="false"/>
          <w:i w:val="false"/>
          <w:color w:val="FFFFFF"/>
          <w:u w:val="none"/>
          <w:shd w:val="clear" w:color="auto" w:fill="548235"/>
        </w:rPr>
        <w:t xml:space="preserve"> [1EEO]</w:t>
      </w:r>
    </w:p>
    <w:p>
      <w:pPr>
        <w:pStyle w:val="Yellow"/>
        <w:rPr/>
        <w:pBdr>
          <w:left w:val="single" w:sz="28" w:space="5" w:color="C00000"/>
        </w:pBdr>
      </w:pPr>
      <w:r>
        <w:rPr>
          <w:shd w:val="clear" w:color="auto" w:fill="548235"/>
          <w:color w:val="FFFFFF"/>
        </w:rPr>
        <w:t xml:space="preserve">(Job38:1 the LORD) </w:t>
      </w:r>
      <w:r>
        <w:rPr>
          <w:b/>
          <w:shd w:val="clear" w:color="auto" w:fill="548235"/>
          <w:color w:val="FFFFFF"/>
        </w:rPr>
        <w:t>Job 38:25–27</w:t>
      </w:r>
      <w:r>
        <w:rPr>
          <w:shd w:val="clear" w:color="auto" w:fill="548235"/>
          <w:color w:val="FFFFFF"/>
        </w:rPr>
        <w:t xml:space="preserve"> — </w:t>
      </w:r>
      <w:r>
        <w:rPr>
          <w:shd w:val="clear" w:fill="548235" w:color="auto"/>
          <w:color w:val="FFFFFF"/>
        </w:rPr>
        <w:t>{Who} cuts a channel for the flood or clears a path for the thunderbolt, to bring rain on a barren land, on a desert where no man lives, to satisfy the parched wasteland and make it sprout with tender grass</w:t>
      </w:r>
      <w:r>
        <w:rPr>
          <w:b w:val="false"/>
          <w:i w:val="false"/>
          <w:color w:val="FFFFFF"/>
          <w:u w:val="none"/>
          <w:shd w:val="clear" w:color="auto" w:fill="548235"/>
        </w:rPr>
        <w:t xml:space="preserve"> [1EIG]</w:t>
      </w:r>
      <w:r>
        <w:rPr>
          <w:shd w:val="clear" w:color="auto" w:fill="548235"/>
          <w:color w:val="FFFFFF"/>
        </w:rPr>
        <w:t>?</w:t>
      </w:r>
    </w:p>
    <w:p>
      <w:pPr>
        <w:pStyle w:val="Yellow"/>
        <w:rPr/>
        <w:pBdr>
          <w:left w:val="single" w:sz="28" w:space="5" w:color="C00000"/>
        </w:pBdr>
      </w:pPr>
      <w:r>
        <w:rPr>
          <w:shd w:val="clear" w:color="auto" w:fill="548235"/>
          <w:color w:val="FFFFFF"/>
        </w:rPr>
        <w:t xml:space="preserve">(Job38:1 the LORD) </w:t>
      </w:r>
      <w:r>
        <w:rPr>
          <w:b/>
          <w:shd w:val="clear" w:color="auto" w:fill="548235"/>
          <w:color w:val="FFFFFF"/>
        </w:rPr>
        <w:t>Job 38:41</w:t>
      </w:r>
      <w:r>
        <w:rPr>
          <w:shd w:val="clear" w:color="auto" w:fill="548235"/>
          <w:color w:val="FFFFFF"/>
        </w:rPr>
        <w:t xml:space="preserve"> — </w:t>
      </w:r>
      <w:r>
        <w:rPr>
          <w:shd w:val="clear" w:fill="548235" w:color="auto"/>
          <w:color w:val="FFFFFF"/>
        </w:rPr>
        <w:t>{Who} provides food for the raven when its young cry out to God as they wander about for lack of food</w:t>
      </w:r>
      <w:r>
        <w:rPr>
          <w:b w:val="false"/>
          <w:i w:val="false"/>
          <w:color w:val="FFFFFF"/>
          <w:u w:val="none"/>
          <w:shd w:val="clear" w:color="auto" w:fill="548235"/>
        </w:rPr>
        <w:t xml:space="preserve"> [1EEN]</w:t>
      </w:r>
      <w:r>
        <w:rPr>
          <w:shd w:val="clear" w:color="auto" w:fill="548235"/>
          <w:color w:val="FFFFFF"/>
        </w:rPr>
        <w:t>?</w:t>
      </w:r>
    </w:p>
    <w:p>
      <w:pPr>
        <w:pStyle w:val="Yellow"/>
        <w:rPr/>
        <w:pBdr>
          <w:left w:val="single" w:sz="28" w:space="5" w:color="C00000"/>
        </w:pBdr>
      </w:pPr>
      <w:r>
        <w:rPr>
          <w:b/>
        </w:rPr>
        <w:t xml:space="preserve">Psalm 34:9</w:t>
      </w:r>
      <w:r>
        <w:rPr/>
        <w:t xml:space="preserve"> — </w:t>
      </w:r>
      <w:r>
        <w:rPr>
          <w:shd w:fill="F4B183" w:val="clear" w:color="auto"/>
          <w:color w:val="000000"/>
        </w:rPr>
        <w:t xml:space="preserve">Fear the LORD, you His saints</w:t>
      </w:r>
      <w:r>
        <w:rPr>
          <w:b w:val="false"/>
          <w:i w:val="false"/>
          <w:color w:val="000000"/>
          <w:u w:val="none"/>
          <w:shd w:val="clear" w:color="auto" w:fill="F4B183"/>
        </w:rPr>
        <w:t xml:space="preserve"> [1GGB]</w:t>
      </w:r>
      <w:r>
        <w:rPr/>
        <w:t xml:space="preserve">, for </w:t>
      </w:r>
      <w:r>
        <w:rPr>
          <w:shd w:fill="B7DDE8" w:val="clear"/>
        </w:rPr>
        <w:t xml:space="preserve">those who fear Him lack nothing</w:t>
      </w:r>
      <w:r>
        <w:rPr>
          <w:b w:val="false"/>
          <w:i w:val="false"/>
          <w:color w:val="000000"/>
          <w:u w:val="none"/>
        </w:rPr>
        <w:t xml:space="preserve"> [1GGC]</w:t>
      </w:r>
      <w:r>
        <w:rPr/>
        <w:t xml:space="preserve">.</w:t>
      </w:r>
    </w:p>
    <w:p>
      <w:pPr>
        <w:pStyle w:val="Yellow"/>
        <w:rPr/>
      </w:pPr>
      <w:r>
        <w:rPr>
          <w:b/>
          <w:u w:val="none"/>
        </w:rPr>
        <w:t>Psalm 34:12-14</w:t>
      </w:r>
      <w:r>
        <w:rPr>
          <w:u w:val="none"/>
        </w:rPr>
        <w:t xml:space="preserve"> — </w:t>
      </w:r>
      <w:r>
        <w:rPr>
          <w:u w:val="none"/>
          <w:shd w:val="clear" w:fill="B7DDE8"/>
        </w:rPr>
        <w:t>Who is the man who delights in life, who desires to see good days</w:t>
      </w:r>
      <w:r>
        <w:rPr>
          <w:b w:val="false"/>
          <w:i w:val="false"/>
          <w:color w:val="000000"/>
          <w:u w:val="none"/>
        </w:rPr>
        <w:t xml:space="preserve"> [1FCA]</w:t>
      </w:r>
      <w:r>
        <w:rPr>
          <w:u w:val="none"/>
        </w:rPr>
        <w:t xml:space="preserve">? </w:t>
      </w:r>
      <w:r>
        <w:rPr>
          <w:u w:val="none"/>
          <w:shd w:val="clear" w:fill="B7DDE8"/>
        </w:rPr>
        <w:t>Keep your tongue from evil and your lips from deceitful speech</w:t>
      </w:r>
      <w:r>
        <w:rPr>
          <w:b w:val="false"/>
          <w:i w:val="false"/>
          <w:u w:val="none"/>
          <w:color w:val="000000"/>
        </w:rPr>
        <w:t xml:space="preserve"> [1FCB]</w:t>
      </w:r>
      <w:r>
        <w:rPr>
          <w:u w:val="none"/>
        </w:rPr>
        <w:t xml:space="preserve">. </w:t>
      </w:r>
      <w:r>
        <w:rPr>
          <w:u w:val="none"/>
          <w:shd w:val="clear" w:fill="B7DDE8"/>
        </w:rPr>
        <w:t>Turn away from evil and do good</w:t>
      </w:r>
      <w:r>
        <w:rPr>
          <w:b w:val="false"/>
          <w:i w:val="false"/>
          <w:color w:val="000000"/>
          <w:u w:val="none"/>
        </w:rPr>
        <w:t xml:space="preserve"> [2FCC]</w:t>
      </w:r>
      <w:r>
        <w:rPr>
          <w:u w:val="none"/>
          <w:shd w:val="clear" w:color="auto" w:fill="548235"/>
          <w:color w:val="FFFFFF"/>
        </w:rPr>
        <w:t xml:space="preserve">; </w:t>
      </w:r>
      <w:r>
        <w:rPr>
          <w:u w:val="none"/>
          <w:shd w:val="clear" w:fill="548235" w:color="auto"/>
          <w:color w:val="FFFFFF"/>
        </w:rPr>
        <w:t>seek peace and pursue it</w:t>
      </w:r>
      <w:r>
        <w:rPr>
          <w:b w:val="false"/>
          <w:i w:val="false"/>
          <w:color w:val="FFFFFF"/>
          <w:u w:val="none"/>
          <w:shd w:val="clear" w:color="auto" w:fill="548235"/>
        </w:rPr>
        <w:t xml:space="preserve"> [1FCD]</w:t>
      </w:r>
      <w:r>
        <w:rPr>
          <w:u w:val="none"/>
          <w:shd w:val="clear" w:color="auto" w:fill="548235"/>
          <w:color w:val="FFFFFF"/>
        </w:rPr>
        <w:t>.</w:t>
      </w:r>
    </w:p>
    <w:p>
      <w:pPr>
        <w:pStyle w:val="Yellow"/>
        <w:rPr/>
      </w:pPr>
      <w:r>
        <w:rPr>
          <w:b/>
        </w:rPr>
        <w:t>Psalm 65:9</w:t>
      </w:r>
      <w:r>
        <w:rPr/>
        <w:t xml:space="preserve"> — </w:t>
      </w:r>
      <w:r>
        <w:rPr>
          <w:shd w:val="clear" w:fill="B7DDE8"/>
        </w:rPr>
        <w:t>You attend to the earth and water it</w:t>
      </w:r>
      <w:r>
        <w:rPr>
          <w:b w:val="false"/>
          <w:i w:val="false"/>
          <w:color w:val="000000"/>
          <w:u w:val="none"/>
        </w:rPr>
        <w:t xml:space="preserve"> [1EDE]</w:t>
      </w:r>
      <w:r>
        <w:rPr/>
        <w:t xml:space="preserve">; </w:t>
      </w:r>
      <w:r>
        <w:rPr>
          <w:shd w:val="clear" w:fill="B7DDE8"/>
        </w:rPr>
        <w:t>with abundance You enrich it</w:t>
      </w:r>
      <w:r>
        <w:rPr>
          <w:b w:val="false"/>
          <w:i w:val="false"/>
          <w:color w:val="000000"/>
          <w:u w:val="none"/>
        </w:rPr>
        <w:t xml:space="preserve"> [1EDF]</w:t>
      </w:r>
      <w:r>
        <w:rPr/>
        <w:t xml:space="preserve">. </w:t>
      </w:r>
      <w:r>
        <w:rPr>
          <w:shd w:val="clear" w:fill="B7DDE8"/>
        </w:rPr>
        <w:t>The streams of God are full of water</w:t>
      </w:r>
      <w:r>
        <w:rPr>
          <w:b w:val="false"/>
          <w:i w:val="false"/>
          <w:color w:val="000000"/>
          <w:u w:val="none"/>
        </w:rPr>
        <w:t xml:space="preserve"> [1EDG]</w:t>
      </w:r>
      <w:r>
        <w:rPr/>
        <w:t xml:space="preserve">, for </w:t>
      </w:r>
      <w:r>
        <w:rPr>
          <w:shd w:val="clear" w:fill="B7DDE8"/>
        </w:rPr>
        <w:t>You prepare our grain by providing for the earth</w:t>
      </w:r>
      <w:r>
        <w:rPr>
          <w:b w:val="false"/>
          <w:i w:val="false"/>
          <w:color w:val="000000"/>
          <w:u w:val="none"/>
        </w:rPr>
        <w:t xml:space="preserve"> [1EDH]</w:t>
      </w:r>
      <w:r>
        <w:rPr/>
        <w:t>.</w:t>
      </w:r>
    </w:p>
    <w:p>
      <w:pPr>
        <w:pStyle w:val="Yellow"/>
        <w:rPr/>
      </w:pPr>
      <w:r>
        <w:rPr>
          <w:b/>
          <w:color w:val="auto"/>
        </w:rPr>
        <w:t xml:space="preserve">Psalm 68:10</w:t>
      </w:r>
      <w:r>
        <w:rPr>
          <w:color w:val="auto"/>
        </w:rPr>
        <w:t xml:space="preserve"> — O God, </w:t>
      </w:r>
      <w:r>
        <w:rPr>
          <w:color w:val="auto"/>
        </w:rPr>
        <w:t xml:space="preserve">from Your bounty You provided for the poor</w:t>
      </w:r>
      <w:r>
        <w:rPr>
          <w:b w:val="false"/>
          <w:i w:val="false"/>
          <w:color w:val="auto"/>
          <w:u w:val="none"/>
        </w:rPr>
        <w:t xml:space="preserve"> [1GXV]</w:t>
      </w:r>
      <w:r>
        <w:rPr>
          <w:color w:val="auto"/>
        </w:rPr>
        <w:t xml:space="preserve">.</w:t>
      </w:r>
    </w:p>
    <w:p>
      <w:pPr>
        <w:pStyle w:val="Yellow"/>
        <w:rPr/>
      </w:pPr>
      <w:r>
        <w:rPr>
          <w:b/>
        </w:rPr>
        <w:t xml:space="preserve">Psalm 81:10</w:t>
      </w:r>
      <w:r>
        <w:rPr/>
        <w:t xml:space="preserve"> — </w:t>
      </w:r>
      <w:r>
        <w:rPr/>
        <w:t xml:space="preserve">I am the LORD your God</w:t>
      </w:r>
      <w:r>
        <w:rPr>
          <w:b w:val="false"/>
          <w:i w:val="false"/>
          <w:color w:val="000000"/>
          <w:u w:val="none"/>
        </w:rPr>
        <w:t xml:space="preserve"> [15MP]</w:t>
      </w:r>
      <w:r>
        <w:rPr/>
        <w:t xml:space="preserve">, </w:t>
      </w:r>
      <w:r>
        <w:rPr/>
        <w:t xml:space="preserve">who brought you up out of Egypt</w:t>
      </w:r>
      <w:r>
        <w:rPr>
          <w:b w:val="false"/>
          <w:i w:val="false"/>
          <w:u w:val="none"/>
          <w:color w:val="000000"/>
        </w:rPr>
        <w:t xml:space="preserve"> [2KHT]</w:t>
      </w:r>
      <w:r>
        <w:rPr/>
        <w:t xml:space="preserve">. </w:t>
      </w:r>
      <w:r>
        <w:rPr>
          <w:shd w:fill="B7DDE8" w:val="clear"/>
        </w:rPr>
        <w:t xml:space="preserve">Open wide your mouth, and I will fill it</w:t>
      </w:r>
      <w:r>
        <w:rPr>
          <w:b w:val="false"/>
          <w:i w:val="false"/>
          <w:color w:val="000000"/>
          <w:u w:val="none"/>
        </w:rPr>
        <w:t xml:space="preserve"> [1KHZ]</w:t>
      </w:r>
      <w:r>
        <w:rPr/>
        <w:t xml:space="preserve">.</w:t>
      </w:r>
    </w:p>
    <w:p>
      <w:pPr>
        <w:pStyle w:val="Yellow"/>
        <w:rPr/>
        <w:pBdr>
          <w:left w:val="single" w:sz="28" w:space="5" w:color="C00000"/>
        </w:pBdr>
      </w:pPr>
      <w:r>
        <w:rPr>
          <w:shd w:val="clear" w:color="auto" w:fill="F4B183"/>
          <w:color w:val="000000"/>
        </w:rPr>
        <w:t xml:space="preserve">(Ps81:13 “If only My people would listen to Me”) </w:t>
      </w:r>
      <w:r>
        <w:rPr>
          <w:b/>
          <w:shd w:val="clear" w:color="auto" w:fill="F4B183"/>
          <w:color w:val="000000"/>
        </w:rPr>
        <w:t xml:space="preserve">Psalm 81:16</w:t>
      </w:r>
      <w:r>
        <w:rPr>
          <w:shd w:val="clear" w:color="auto" w:fill="F4B183"/>
          <w:color w:val="000000"/>
        </w:rPr>
        <w:t xml:space="preserve"> — {But} </w:t>
      </w:r>
      <w:r>
        <w:rPr>
          <w:shd w:fill="F4B183" w:val="clear" w:color="auto"/>
          <w:color w:val="000000"/>
        </w:rPr>
        <w:t xml:space="preserve">I would feed you the finest wheat</w:t>
      </w:r>
      <w:r>
        <w:rPr>
          <w:b w:val="false"/>
          <w:i w:val="false"/>
          <w:color w:val="000000"/>
          <w:u w:val="none"/>
          <w:shd w:val="clear" w:color="auto" w:fill="F4B183"/>
        </w:rPr>
        <w:t xml:space="preserve"> [1LMM]</w:t>
      </w:r>
      <w:r>
        <w:rPr>
          <w:shd w:val="clear" w:color="auto" w:fill="F4B183"/>
          <w:color w:val="000000"/>
        </w:rPr>
        <w:t xml:space="preserve">; </w:t>
      </w:r>
      <w:r>
        <w:rPr>
          <w:shd w:fill="F4B183" w:val="clear" w:color="auto"/>
          <w:color w:val="000000"/>
        </w:rPr>
        <w:t xml:space="preserve">with honey from the rock I would satisfy you</w:t>
      </w:r>
      <w:r>
        <w:rPr>
          <w:b w:val="false"/>
          <w:i w:val="false"/>
          <w:color w:val="000000"/>
          <w:u w:val="none"/>
          <w:shd w:val="clear" w:color="auto" w:fill="F4B183"/>
        </w:rPr>
        <w:t xml:space="preserve"> [1LMN]</w:t>
      </w:r>
      <w:r>
        <w:rPr>
          <w:shd w:val="clear" w:color="auto" w:fill="F4B183"/>
          <w:color w:val="000000"/>
        </w:rPr>
        <w:t xml:space="preserve">.”</w:t>
      </w:r>
    </w:p>
    <w:p>
      <w:pPr>
        <w:pStyle w:val="Yellow"/>
        <w:rPr/>
      </w:pPr>
      <w:r>
        <w:rPr>
          <w:b/>
        </w:rPr>
        <w:t>Psalm 84:5–7</w:t>
      </w:r>
      <w:r>
        <w:rPr/>
        <w:t xml:space="preserve"> — </w:t>
      </w:r>
      <w:r>
        <w:rPr>
          <w:shd w:val="clear" w:fill="B7DDE8"/>
        </w:rPr>
        <w:t>Blessed are those whose strength is in You, whose hearts are set on pilgrimage</w:t>
      </w:r>
      <w:r>
        <w:rPr>
          <w:b w:val="false"/>
          <w:i w:val="false"/>
          <w:color w:val="000000"/>
          <w:u w:val="none"/>
        </w:rPr>
        <w:t xml:space="preserve"> [1ELJ]</w:t>
      </w:r>
      <w:r>
        <w:rPr/>
        <w:t xml:space="preserve">. </w:t>
      </w:r>
      <w:r>
        <w:rPr>
          <w:shd w:val="clear" w:fill="B7DDE8"/>
        </w:rPr>
        <w:t>As they pass through the Valley of Baca, they make it a place of springs</w:t>
      </w:r>
      <w:r>
        <w:rPr>
          <w:b w:val="false"/>
          <w:i w:val="false"/>
          <w:u w:val="none"/>
          <w:color w:val="000000"/>
        </w:rPr>
        <w:t xml:space="preserve"> [1ELK]</w:t>
      </w:r>
      <w:r>
        <w:rPr/>
        <w:t xml:space="preserve">; </w:t>
      </w:r>
      <w:r>
        <w:rPr>
          <w:shd w:val="clear" w:fill="B7DDE8"/>
        </w:rPr>
        <w:t>even the autumn rain covers it with pools</w:t>
      </w:r>
      <w:r>
        <w:rPr>
          <w:b w:val="false"/>
          <w:i w:val="false"/>
          <w:u w:val="none"/>
          <w:color w:val="000000"/>
        </w:rPr>
        <w:t xml:space="preserve"> [1ELL]</w:t>
      </w:r>
      <w:r>
        <w:rPr/>
        <w:t xml:space="preserve">. </w:t>
      </w:r>
      <w:r>
        <w:rPr>
          <w:shd w:val="clear" w:fill="B7DDE8"/>
        </w:rPr>
        <w:t>They go from strength to strength</w:t>
      </w:r>
      <w:r>
        <w:rPr>
          <w:b w:val="false"/>
          <w:i w:val="false"/>
          <w:color w:val="000000"/>
          <w:u w:val="none"/>
        </w:rPr>
        <w:t xml:space="preserve"> [1ELM]</w:t>
      </w:r>
      <w:r>
        <w:rPr/>
        <w:t xml:space="preserve">, </w:t>
      </w:r>
      <w:r>
        <w:rPr>
          <w:shd w:val="clear" w:fill="B7DDE8"/>
        </w:rPr>
        <w:t>until each appears before God in Zion</w:t>
      </w:r>
      <w:r>
        <w:rPr>
          <w:b w:val="false"/>
          <w:i w:val="false"/>
          <w:u w:val="none"/>
          <w:color w:val="000000"/>
        </w:rPr>
        <w:t xml:space="preserve"> [1ELN]</w:t>
      </w:r>
      <w:r>
        <w:rPr/>
        <w:t>.</w:t>
      </w:r>
    </w:p>
    <w:p>
      <w:pPr>
        <w:pStyle w:val="Yellow"/>
        <w:rPr/>
        <w:pBdr>
          <w:left w:val="single" w:sz="28" w:space="5" w:color="C00000"/>
        </w:pBdr>
      </w:pPr>
      <w:r>
        <w:rPr>
          <w:b/>
          <w:shd w:val="clear" w:color="auto" w:fill="F4B183"/>
          <w:color w:val="000000"/>
        </w:rPr>
        <w:t>Psalm 85:12</w:t>
      </w:r>
      <w:r>
        <w:rPr>
          <w:shd w:val="clear" w:color="auto" w:fill="F4B183"/>
          <w:color w:val="000000"/>
        </w:rPr>
        <w:t xml:space="preserve"> — </w:t>
      </w:r>
      <w:r>
        <w:rPr>
          <w:shd w:val="clear" w:fill="F4B183" w:color="auto"/>
          <w:color w:val="000000"/>
        </w:rPr>
        <w:t>The LORD will indeed provide what is good</w:t>
      </w:r>
      <w:r>
        <w:rPr>
          <w:b w:val="false"/>
          <w:i w:val="false"/>
          <w:color w:val="000000"/>
          <w:u w:val="none"/>
          <w:shd w:val="clear" w:color="auto" w:fill="F4B183"/>
        </w:rPr>
        <w:t xml:space="preserve"> [1EIH]</w:t>
      </w:r>
      <w:r>
        <w:rPr>
          <w:shd w:val="clear" w:color="auto" w:fill="F4B183"/>
          <w:color w:val="000000"/>
        </w:rPr>
        <w:t xml:space="preserve">, and </w:t>
      </w:r>
      <w:r>
        <w:rPr>
          <w:shd w:val="clear" w:fill="F4B183" w:color="auto"/>
          <w:color w:val="000000"/>
        </w:rPr>
        <w:t>our land will yield its increase</w:t>
      </w:r>
      <w:r>
        <w:rPr>
          <w:b w:val="false"/>
          <w:i w:val="false"/>
          <w:color w:val="000000"/>
          <w:u w:val="none"/>
          <w:shd w:val="clear" w:color="auto" w:fill="F4B183"/>
        </w:rPr>
        <w:t xml:space="preserve"> [1EII]</w:t>
      </w:r>
      <w:r>
        <w:rPr>
          <w:shd w:val="clear" w:color="auto" w:fill="F4B183"/>
          <w:color w:val="000000"/>
        </w:rPr>
        <w:t>.</w:t>
      </w:r>
    </w:p>
    <w:p>
      <w:pPr>
        <w:pStyle w:val="Yellow"/>
        <w:rPr/>
      </w:pPr>
      <w:r>
        <w:rPr/>
        <w:t xml:space="preserve">(Ps103:15–16 man’s life vanishes) </w:t>
      </w:r>
      <w:r>
        <w:rPr>
          <w:b/>
        </w:rPr>
        <w:t>Psalm 103:17–18</w:t>
      </w:r>
      <w:r>
        <w:rPr/>
        <w:t xml:space="preserve"> — {But} </w:t>
      </w:r>
      <w:r>
        <w:rPr>
          <w:shd w:val="clear" w:fill="B7DDE8"/>
        </w:rPr>
        <w:t>from everlasting to everlasting the loving devotion of the LORD extends to those who fear Him</w:t>
      </w:r>
      <w:r>
        <w:rPr>
          <w:b w:val="false"/>
          <w:i w:val="false"/>
          <w:color w:val="000000"/>
          <w:u w:val="none"/>
        </w:rPr>
        <w:t xml:space="preserve"> [1FKW]</w:t>
      </w:r>
      <w:r>
        <w:rPr/>
        <w:t xml:space="preserve">, and </w:t>
      </w:r>
      <w:r>
        <w:rPr>
          <w:shd w:val="clear" w:fill="B7DDE8"/>
        </w:rPr>
        <w:t>His righteousness to their children’s children—to those who keep His covenant and remember to obey His precepts</w:t>
      </w:r>
      <w:r>
        <w:rPr>
          <w:b w:val="false"/>
          <w:i w:val="false"/>
          <w:color w:val="000000"/>
          <w:u w:val="none"/>
        </w:rPr>
        <w:t xml:space="preserve"> [1FKX]</w:t>
      </w:r>
      <w:r>
        <w:rPr/>
        <w:t>.</w:t>
      </w:r>
    </w:p>
    <w:p>
      <w:pPr>
        <w:pStyle w:val="Yellow"/>
        <w:rPr/>
      </w:pPr>
      <w:r>
        <w:rPr/>
        <w:t xml:space="preserve">(Ps104:1 “the LORD”) </w:t>
      </w:r>
      <w:r>
        <w:rPr>
          <w:b/>
        </w:rPr>
        <w:t>Psalm 104:13–15</w:t>
      </w:r>
      <w:r>
        <w:rPr/>
        <w:t xml:space="preserve"> — </w:t>
      </w:r>
      <w:r>
        <w:rPr>
          <w:shd w:val="clear" w:fill="B7DDE8"/>
        </w:rPr>
        <w:t>{He} waters the mountains from His chambers</w:t>
      </w:r>
      <w:r>
        <w:rPr>
          <w:b w:val="false"/>
          <w:i w:val="false"/>
          <w:color w:val="000000"/>
          <w:u w:val="none"/>
        </w:rPr>
        <w:t xml:space="preserve"> [1EDY]</w:t>
      </w:r>
      <w:r>
        <w:rPr/>
        <w:t xml:space="preserve">; </w:t>
      </w:r>
      <w:r>
        <w:rPr>
          <w:shd w:val="clear" w:fill="B7DDE8"/>
        </w:rPr>
        <w:t>the earth is satisfied by the fruit of His works</w:t>
      </w:r>
      <w:r>
        <w:rPr>
          <w:b w:val="false"/>
          <w:i w:val="false"/>
          <w:color w:val="000000"/>
          <w:u w:val="none"/>
        </w:rPr>
        <w:t xml:space="preserve"> [1EDZ]</w:t>
      </w:r>
      <w:r>
        <w:rPr/>
        <w:t xml:space="preserve">. </w:t>
      </w:r>
      <w:r>
        <w:rPr>
          <w:shd w:val="clear" w:fill="B7DDE8"/>
        </w:rPr>
        <w:t>He makes the grass grow for the livestock and provides crops for man to cultivate</w:t>
      </w:r>
      <w:r>
        <w:rPr>
          <w:b w:val="false"/>
          <w:i w:val="false"/>
          <w:color w:val="000000"/>
          <w:u w:val="none"/>
        </w:rPr>
        <w:t xml:space="preserve"> [1EEA]</w:t>
      </w:r>
      <w:r>
        <w:rPr/>
        <w:t xml:space="preserve">, </w:t>
      </w:r>
      <w:r>
        <w:rPr>
          <w:shd w:val="clear" w:fill="B7DDE8"/>
        </w:rPr>
        <w:t>bringing forth food from the earth: wine that gladdens the heart of man, oil that makes his face to shine, and bread that sustains his heart</w:t>
      </w:r>
      <w:r>
        <w:rPr>
          <w:b w:val="false"/>
          <w:i w:val="false"/>
          <w:color w:val="000000"/>
          <w:u w:val="none"/>
        </w:rPr>
        <w:t xml:space="preserve"> [1EEB]</w:t>
      </w:r>
      <w:r>
        <w:rPr/>
        <w:t>.</w:t>
      </w:r>
    </w:p>
    <w:p>
      <w:pPr>
        <w:pStyle w:val="Yellow"/>
        <w:rPr/>
        <w:pBdr>
          <w:left w:val="single" w:sz="28" w:space="5" w:color="C00000"/>
        </w:pBdr>
      </w:pPr>
      <w:r>
        <w:rPr>
          <w:u w:val="none"/>
        </w:rPr>
        <w:t xml:space="preserve">(Ps104:1 “the LORD”) </w:t>
      </w:r>
      <w:r>
        <w:rPr>
          <w:b/>
          <w:u w:val="none"/>
        </w:rPr>
        <w:t xml:space="preserve">Psalm 104:27–28</w:t>
      </w:r>
      <w:r>
        <w:rPr>
          <w:u w:val="none"/>
        </w:rPr>
        <w:t xml:space="preserve"> — </w:t>
      </w:r>
      <w:r>
        <w:rPr>
          <w:u w:val="none"/>
          <w:shd w:fill="B7DDE8" w:val="clear"/>
        </w:rPr>
        <w:t xml:space="preserve">All creatures look to </w:t>
      </w:r>
      <w:r>
        <w:rPr>
          <w:u w:val="none"/>
          <w:shd w:fill="B7DDE8" w:val="clear"/>
        </w:rPr>
        <w:t xml:space="preserve">{You} to give them their food in due season</w:t>
      </w:r>
      <w:r>
        <w:rPr>
          <w:b w:val="false"/>
          <w:i w:val="false"/>
          <w:color w:val="000000"/>
          <w:u w:val="none"/>
        </w:rPr>
        <w:t xml:space="preserve"> [1KNJ]</w:t>
      </w:r>
      <w:r>
        <w:rPr>
          <w:u w:val="none"/>
        </w:rPr>
        <w:t xml:space="preserve">. </w:t>
      </w:r>
      <w:r>
        <w:rPr>
          <w:u w:val="none"/>
          <w:shd w:fill="B7DDE8" w:val="clear"/>
        </w:rPr>
        <w:t xml:space="preserve">When You give it to them, they gather it up</w:t>
      </w:r>
      <w:r>
        <w:rPr>
          <w:b w:val="false"/>
          <w:i w:val="false"/>
          <w:color w:val="000000"/>
          <w:u w:val="none"/>
        </w:rPr>
        <w:t xml:space="preserve"> [1KNK]</w:t>
      </w:r>
      <w:r>
        <w:rPr>
          <w:u w:val="none"/>
        </w:rPr>
        <w:t xml:space="preserve">; </w:t>
      </w:r>
      <w:r>
        <w:rPr>
          <w:u w:val="none"/>
          <w:shd w:fill="B7DDE8" w:val="clear"/>
        </w:rPr>
        <w:t xml:space="preserve">when You open Your hand, they are satisfied with good things</w:t>
      </w:r>
      <w:r>
        <w:rPr>
          <w:b w:val="false"/>
          <w:i w:val="false"/>
          <w:color w:val="000000"/>
          <w:u w:val="none"/>
        </w:rPr>
        <w:t xml:space="preserve"> [1KNL]</w:t>
      </w:r>
      <w:r>
        <w:rPr>
          <w:u w:val="none"/>
        </w:rPr>
        <w:t xml:space="preserve">.</w:t>
      </w:r>
    </w:p>
    <w:p>
      <w:pPr>
        <w:pStyle w:val="Yellow"/>
        <w:rPr/>
      </w:pPr>
      <w:r>
        <w:rPr/>
        <w:t xml:space="preserve">(Ps107:8 “give thanks to the LORD”) </w:t>
      </w:r>
      <w:r>
        <w:rPr>
          <w:b/>
        </w:rPr>
        <w:t>Psalm 107:9</w:t>
      </w:r>
      <w:r>
        <w:rPr/>
        <w:t xml:space="preserve"> — </w:t>
      </w:r>
      <w:r>
        <w:rPr>
          <w:shd w:fill="B7DDE8" w:val="clear"/>
        </w:rPr>
        <w:t>{For He} satisfies the thirsty</w:t>
      </w:r>
      <w:r>
        <w:rPr>
          <w:b w:val="false"/>
          <w:i w:val="false"/>
          <w:color w:val="000000"/>
          <w:u w:val="none"/>
        </w:rPr>
        <w:t xml:space="preserve"> [1MBK]</w:t>
      </w:r>
      <w:r>
        <w:rPr/>
        <w:t xml:space="preserve"> and </w:t>
      </w:r>
      <w:r>
        <w:rPr>
          <w:shd w:fill="B7DDE8" w:val="clear"/>
        </w:rPr>
        <w:t>fills the hungry with good things</w:t>
      </w:r>
      <w:r>
        <w:rPr>
          <w:b w:val="false"/>
          <w:i w:val="false"/>
          <w:color w:val="000000"/>
          <w:u w:val="none"/>
        </w:rPr>
        <w:t xml:space="preserve"> [2HED]</w:t>
      </w:r>
      <w:r>
        <w:rPr/>
        <w:t>.</w:t>
      </w:r>
    </w:p>
    <w:p>
      <w:pPr>
        <w:pStyle w:val="Green"/>
        <w:rPr/>
      </w:pPr>
      <w:r>
        <w:rPr/>
        <w:t xml:space="preserve">(Ps111:4 “the LORD”) </w:t>
      </w:r>
      <w:r>
        <w:rPr>
          <w:b/>
        </w:rPr>
        <w:t>Psalm 111:5</w:t>
      </w:r>
      <w:r>
        <w:rPr/>
        <w:t xml:space="preserve"> — </w:t>
      </w:r>
      <w:r>
        <w:rPr>
          <w:shd w:fill="B7DDE8" w:val="clear"/>
        </w:rPr>
        <w:t>{He} provides food for those who fear Him</w:t>
      </w:r>
      <w:r>
        <w:rPr>
          <w:b w:val="false"/>
          <w:i w:val="false"/>
          <w:color w:val="000000"/>
          <w:u w:val="none"/>
        </w:rPr>
        <w:t xml:space="preserve"> [1ADL]</w:t>
      </w:r>
      <w:r>
        <w:rPr/>
        <w:t xml:space="preserve">; </w:t>
      </w:r>
      <w:r>
        <w:rPr>
          <w:shd w:val="clear" w:color="auto" w:fill="D9C3E6"/>
        </w:rPr>
        <w:t xml:space="preserve">He remembers His </w:t>
      </w:r>
      <w:r>
        <w:rPr>
          <w:shd w:val="clear" w:color="auto" w:fill="D9C3E6"/>
        </w:rPr>
        <w:t>covenant</w:t>
      </w:r>
      <w:r>
        <w:rPr>
          <w:shd w:fill="B7DDE8" w:val="clear"/>
        </w:rPr>
        <w:t xml:space="preserve"> </w:t>
      </w:r>
      <w:r>
        <w:rPr>
          <w:shd w:val="clear" w:color="auto" w:fill="D9C3E6"/>
        </w:rPr>
        <w:t>forever</w:t>
      </w:r>
      <w:r>
        <w:rPr>
          <w:b w:val="false"/>
          <w:i w:val="false"/>
          <w:color w:val="000000"/>
          <w:u w:val="none"/>
        </w:rPr>
        <w:t xml:space="preserve"> [2AAV]</w:t>
      </w:r>
      <w:r>
        <w:rPr>
          <w:shd w:val="clear" w:color="auto" w:fill="D9C3E6"/>
        </w:rPr>
        <w:t>.</w:t>
      </w:r>
    </w:p>
    <w:p>
      <w:pPr>
        <w:pStyle w:val="Green"/>
        <w:rPr/>
      </w:pPr>
      <w:r>
        <w:rPr>
          <w:b/>
        </w:rPr>
        <w:t>Psalm 127:3</w:t>
      </w:r>
      <w:r>
        <w:rPr/>
        <w:t xml:space="preserve"> — </w:t>
      </w:r>
      <w:r>
        <w:rPr>
          <w:shd w:val="clear" w:fill="B7DDE8"/>
        </w:rPr>
        <w:t>Children are indeed a heritage from the LORD</w:t>
      </w:r>
      <w:r>
        <w:rPr>
          <w:b w:val="false"/>
          <w:i w:val="false"/>
          <w:color w:val="000000"/>
          <w:u w:val="none"/>
        </w:rPr>
        <w:t xml:space="preserve"> [1FLB]</w:t>
      </w:r>
      <w:r>
        <w:rPr/>
        <w:t xml:space="preserve">, and </w:t>
      </w:r>
      <w:r>
        <w:rPr>
          <w:shd w:val="clear" w:fill="B7DDE8"/>
        </w:rPr>
        <w:t>the fruit of the womb is His reward</w:t>
      </w:r>
      <w:r>
        <w:rPr>
          <w:b w:val="false"/>
          <w:i w:val="false"/>
          <w:color w:val="000000"/>
          <w:u w:val="none"/>
        </w:rPr>
        <w:t xml:space="preserve"> [1FLC]</w:t>
      </w:r>
      <w:r>
        <w:rPr/>
        <w:t>.</w:t>
      </w:r>
    </w:p>
    <w:p>
      <w:pPr>
        <w:pStyle w:val="Yellow"/>
        <w:rPr/>
      </w:pPr>
      <w:r>
        <w:rPr/>
        <w:t xml:space="preserve">(Ps132:13 “Zion”) </w:t>
      </w:r>
      <w:r>
        <w:rPr>
          <w:b/>
        </w:rPr>
        <w:t>Psalm 132:15</w:t>
      </w:r>
      <w:r>
        <w:rPr/>
        <w:t xml:space="preserve"> — </w:t>
      </w:r>
      <w:r>
        <w:rPr>
          <w:shd w:val="clear" w:fill="B7DDE8"/>
        </w:rPr>
        <w:t>I will bless {her} with abundant provisions</w:t>
      </w:r>
      <w:r>
        <w:rPr>
          <w:b w:val="false"/>
          <w:i w:val="false"/>
          <w:color w:val="000000"/>
          <w:u w:val="none"/>
        </w:rPr>
        <w:t xml:space="preserve"> [1EIZ]</w:t>
      </w:r>
      <w:r>
        <w:rPr/>
        <w:t xml:space="preserve">; </w:t>
      </w:r>
      <w:r>
        <w:rPr>
          <w:shd w:val="clear" w:fill="B7DDE8"/>
        </w:rPr>
        <w:t>I will satisfy her poor with bread</w:t>
      </w:r>
      <w:r>
        <w:rPr>
          <w:b w:val="false"/>
          <w:i w:val="false"/>
          <w:color w:val="000000"/>
          <w:u w:val="none"/>
        </w:rPr>
        <w:t xml:space="preserve"> [1EJA]</w:t>
      </w:r>
      <w:r>
        <w:rPr/>
        <w:t>.</w:t>
      </w:r>
    </w:p>
    <w:p>
      <w:pPr>
        <w:pStyle w:val="Yellow"/>
        <w:rPr/>
        <w:pBdr>
          <w:left w:val="single" w:sz="28" w:space="5" w:color="C00000"/>
        </w:pBdr>
      </w:pPr>
      <w:r>
        <w:rPr>
          <w:u w:val="none"/>
          <w:shd w:fill="F4CCCC" w:val="clear"/>
        </w:rPr>
        <w:t xml:space="preserve">(Ps136:3 “the Lord of lords”) </w:t>
      </w:r>
      <w:r>
        <w:rPr>
          <w:b/>
          <w:u w:val="none"/>
          <w:shd w:fill="F4CCCC" w:val="clear"/>
        </w:rPr>
        <w:t>Psalm 136:25</w:t>
      </w:r>
      <w:r>
        <w:rPr>
          <w:u w:val="none"/>
          <w:shd w:fill="F4CCCC" w:val="clear"/>
        </w:rPr>
        <w:t xml:space="preserve"> — </w:t>
      </w:r>
      <w:r>
        <w:rPr>
          <w:u w:val="none"/>
          <w:shd w:fill="B7DDE8" w:val="clear"/>
        </w:rPr>
        <w:t>{He} gives food to every creature</w:t>
      </w:r>
      <w:r>
        <w:rPr>
          <w:b w:val="false"/>
          <w:i w:val="false"/>
          <w:color w:val="000000"/>
          <w:u w:val="none"/>
        </w:rPr>
        <w:t xml:space="preserve"> [1FPY]</w:t>
      </w:r>
      <w:r>
        <w:rPr>
          <w:u w:val="none"/>
          <w:shd w:fill="F4CCCC" w:val="clear"/>
        </w:rPr>
        <w:t xml:space="preserve">. </w:t>
      </w:r>
      <w:r>
        <w:rPr>
          <w:u w:val="none"/>
          <w:color w:val="000000"/>
          <w:shd w:val="clear" w:color="auto" w:fill="D9C3E6"/>
        </w:rPr>
        <w:t>His loving devotion endures forever</w:t>
      </w:r>
      <w:r>
        <w:rPr>
          <w:b w:val="false"/>
          <w:i w:val="false"/>
          <w:color w:val="000000"/>
          <w:u w:val="none"/>
          <w:shd w:val="clear" w:color="auto" w:fill="F4B183"/>
        </w:rPr>
        <w:t xml:space="preserve"> [6HI]</w:t>
      </w:r>
      <w:r>
        <w:rPr>
          <w:u w:val="none"/>
          <w:shd w:val="clear" w:color="auto" w:fill="D9C3E6"/>
        </w:rPr>
        <w:t>.</w:t>
      </w:r>
    </w:p>
    <w:p>
      <w:pPr>
        <w:pStyle w:val="Yellow"/>
        <w:rPr/>
      </w:pPr>
      <w:r>
        <w:rPr>
          <w:b/>
          <w:u w:val="none"/>
        </w:rPr>
        <w:t>Psalm 145:15–16</w:t>
      </w:r>
      <w:r>
        <w:rPr>
          <w:u w:val="none"/>
        </w:rPr>
        <w:t xml:space="preserve"> — </w:t>
      </w:r>
      <w:r>
        <w:rPr>
          <w:u w:val="none"/>
          <w:shd w:val="clear" w:fill="B7DDE8"/>
        </w:rPr>
        <w:t>The eyes of all look to You</w:t>
      </w:r>
      <w:r>
        <w:rPr>
          <w:b w:val="false"/>
          <w:i w:val="false"/>
          <w:color w:val="000000"/>
          <w:u w:val="none"/>
        </w:rPr>
        <w:t xml:space="preserve"> [1EEI]</w:t>
      </w:r>
      <w:r>
        <w:rPr>
          <w:u w:val="none"/>
        </w:rPr>
        <w:t xml:space="preserve">, and </w:t>
      </w:r>
      <w:r>
        <w:rPr>
          <w:u w:val="none"/>
          <w:shd w:val="clear" w:fill="B7DDE8"/>
        </w:rPr>
        <w:t>You give them their food in season</w:t>
      </w:r>
      <w:r>
        <w:rPr>
          <w:b w:val="false"/>
          <w:i w:val="false"/>
          <w:color w:val="000000"/>
          <w:u w:val="none"/>
        </w:rPr>
        <w:t xml:space="preserve"> [1EEJ]</w:t>
      </w:r>
      <w:r>
        <w:rPr>
          <w:u w:val="none"/>
          <w:shd w:val="clear" w:color="auto" w:fill="548235"/>
          <w:color w:val="FFFFFF"/>
        </w:rPr>
        <w:t xml:space="preserve">. </w:t>
      </w:r>
      <w:r>
        <w:rPr>
          <w:u w:val="none"/>
          <w:shd w:val="clear" w:fill="548235" w:color="auto"/>
          <w:color w:val="FFFFFF"/>
        </w:rPr>
        <w:t>You open Your hand and satisfy the desire of every living thing</w:t>
      </w:r>
      <w:r>
        <w:rPr>
          <w:b w:val="false"/>
          <w:i w:val="false"/>
          <w:color w:val="FFFFFF"/>
          <w:u w:val="none"/>
          <w:shd w:val="clear" w:color="auto" w:fill="548235"/>
        </w:rPr>
        <w:t xml:space="preserve"> [1EEK]</w:t>
      </w:r>
      <w:r>
        <w:rPr>
          <w:u w:val="none"/>
          <w:shd w:val="clear" w:color="auto" w:fill="548235"/>
          <w:color w:val="FFFFFF"/>
        </w:rPr>
        <w:t>.</w:t>
      </w:r>
    </w:p>
    <w:p>
      <w:pPr>
        <w:pStyle w:val="Yellow"/>
        <w:rPr/>
        <w:pBdr>
          <w:left w:val="single" w:sz="28" w:space="5" w:color="C00000"/>
        </w:pBdr>
      </w:pPr>
      <w:r>
        <w:rPr>
          <w:b/>
          <w:u w:val="none"/>
          <w:shd w:val="clear" w:color="auto" w:fill="548235"/>
          <w:color w:val="FFFFFF"/>
        </w:rPr>
        <w:t xml:space="preserve">Psalm 147:7–9</w:t>
      </w:r>
      <w:r>
        <w:rPr>
          <w:u w:val="none"/>
          <w:shd w:val="clear" w:color="auto" w:fill="548235"/>
          <w:color w:val="FFFFFF"/>
        </w:rPr>
        <w:t xml:space="preserve"> — </w:t>
      </w:r>
      <w:r>
        <w:rPr>
          <w:u w:val="none"/>
          <w:shd w:fill="548235" w:val="clear" w:color="auto"/>
          <w:color w:val="FFFFFF"/>
        </w:rPr>
        <w:t xml:space="preserve">Sing to the LORD with thanksgiving; make music on the harp to our God</w:t>
      </w:r>
      <w:r>
        <w:rPr>
          <w:b w:val="false"/>
          <w:i w:val="false"/>
          <w:color w:val="FFFFFF"/>
          <w:u w:val="none"/>
          <w:shd w:val="clear" w:color="auto" w:fill="548235"/>
        </w:rPr>
        <w:t xml:space="preserve"> [1GEI]</w:t>
      </w:r>
      <w:r>
        <w:rPr>
          <w:u w:val="none"/>
          <w:shd w:val="clear" w:color="auto" w:fill="548235"/>
          <w:color w:val="FFFFFF"/>
        </w:rPr>
        <w:t xml:space="preserve">, </w:t>
      </w:r>
      <w:r>
        <w:rPr>
          <w:u w:val="none"/>
          <w:shd w:fill="548235" w:val="clear" w:color="auto"/>
          <w:color w:val="FFFFFF"/>
        </w:rPr>
        <w:t xml:space="preserve">who covers the sky with clouds</w:t>
      </w:r>
      <w:r>
        <w:rPr>
          <w:b w:val="false"/>
          <w:i w:val="false"/>
          <w:color w:val="FFFFFF"/>
          <w:u w:val="none"/>
          <w:shd w:val="clear" w:color="auto" w:fill="548235"/>
        </w:rPr>
        <w:t xml:space="preserve"> [1GEJ]</w:t>
      </w:r>
      <w:r>
        <w:rPr>
          <w:u w:val="none"/>
          <w:shd w:val="clear" w:color="auto" w:fill="548235"/>
          <w:color w:val="FFFFFF"/>
        </w:rPr>
        <w:t xml:space="preserve">, </w:t>
      </w:r>
      <w:r>
        <w:rPr>
          <w:u w:val="none"/>
          <w:shd w:fill="548235" w:val="clear" w:color="auto"/>
          <w:color w:val="FFFFFF"/>
        </w:rPr>
        <w:t xml:space="preserve">who prepares rain for the earth</w:t>
      </w:r>
      <w:r>
        <w:rPr>
          <w:b w:val="false"/>
          <w:i w:val="false"/>
          <w:color w:val="FFFFFF"/>
          <w:u w:val="none"/>
          <w:shd w:val="clear" w:color="auto" w:fill="548235"/>
        </w:rPr>
        <w:t xml:space="preserve"> [1GEK]</w:t>
      </w:r>
      <w:r>
        <w:rPr>
          <w:u w:val="none"/>
          <w:shd w:val="clear" w:color="auto" w:fill="548235"/>
          <w:color w:val="FFFFFF"/>
        </w:rPr>
        <w:t xml:space="preserve">, </w:t>
      </w:r>
      <w:r>
        <w:rPr>
          <w:u w:val="none"/>
          <w:shd w:fill="548235" w:val="clear" w:color="auto"/>
          <w:color w:val="FFFFFF"/>
        </w:rPr>
        <w:t xml:space="preserve">who makes grass to grow on the hills</w:t>
      </w:r>
      <w:r>
        <w:rPr>
          <w:b w:val="false"/>
          <w:i w:val="false"/>
          <w:color w:val="FFFFFF"/>
          <w:u w:val="none"/>
          <w:shd w:val="clear" w:color="auto" w:fill="548235"/>
        </w:rPr>
        <w:t xml:space="preserve"> [1GEL]</w:t>
      </w:r>
      <w:r>
        <w:rPr>
          <w:u w:val="none"/>
          <w:shd w:val="clear" w:color="auto" w:fill="548235"/>
          <w:color w:val="FFFFFF"/>
        </w:rPr>
        <w:t xml:space="preserve">. </w:t>
      </w:r>
      <w:r>
        <w:rPr>
          <w:u w:val="none"/>
          <w:shd w:fill="548235" w:val="clear" w:color="auto"/>
          <w:color w:val="FFFFFF"/>
        </w:rPr>
        <w:t xml:space="preserve">He provides food for the animals</w:t>
      </w:r>
      <w:r>
        <w:rPr>
          <w:u w:val="none"/>
          <w:shd w:fill="548235" w:val="clear" w:color="auto"/>
          <w:color w:val="FFFFFF"/>
        </w:rPr>
        <w:t xml:space="preserve">, and for the young ravens when they call</w:t>
      </w:r>
      <w:r>
        <w:rPr>
          <w:b w:val="false"/>
          <w:i w:val="false"/>
          <w:color w:val="FFFFFF"/>
          <w:u w:val="none"/>
          <w:shd w:val="clear" w:color="auto" w:fill="548235"/>
        </w:rPr>
        <w:t xml:space="preserve"> [1GEM]</w:t>
      </w:r>
      <w:r>
        <w:rPr>
          <w:u w:val="none"/>
          <w:shd w:val="clear" w:color="auto" w:fill="548235"/>
          <w:color w:val="FFFFFF"/>
        </w:rPr>
        <w:t xml:space="preserve">.</w:t>
      </w:r>
    </w:p>
    <w:p>
      <w:pPr>
        <w:pStyle w:val="Yellow"/>
        <w:rPr/>
      </w:pPr>
      <w:r>
        <w:rPr>
          <w:b/>
        </w:rPr>
        <w:t>Proverbs 3:9–10</w:t>
      </w:r>
      <w:r>
        <w:rPr/>
        <w:t xml:space="preserve"> — </w:t>
      </w:r>
      <w:r>
        <w:rPr>
          <w:shd w:val="clear" w:fill="B7DDE8"/>
        </w:rPr>
        <w:t>Honor the LORD with your wealth and with the firstfruits of all your crops</w:t>
      </w:r>
      <w:r>
        <w:rPr>
          <w:b w:val="false"/>
          <w:i w:val="false"/>
          <w:color w:val="000000"/>
          <w:u w:val="none"/>
        </w:rPr>
        <w:t xml:space="preserve"> [1EMK]</w:t>
      </w:r>
      <w:r>
        <w:rPr/>
        <w:t xml:space="preserve">; then </w:t>
      </w:r>
      <w:r>
        <w:rPr>
          <w:shd w:val="clear" w:fill="B7DDE8"/>
        </w:rPr>
        <w:t>your barns will be filled with plenty</w:t>
      </w:r>
      <w:r>
        <w:rPr>
          <w:b w:val="false"/>
          <w:i w:val="false"/>
          <w:color w:val="000000"/>
          <w:u w:val="none"/>
        </w:rPr>
        <w:t xml:space="preserve"> [1EML]</w:t>
      </w:r>
      <w:r>
        <w:rPr/>
        <w:t xml:space="preserve">, and </w:t>
      </w:r>
      <w:r>
        <w:rPr>
          <w:shd w:val="clear" w:fill="B7DDE8"/>
        </w:rPr>
        <w:t>your vats will overflow with new wine</w:t>
      </w:r>
      <w:r>
        <w:rPr>
          <w:b w:val="false"/>
          <w:i w:val="false"/>
          <w:color w:val="000000"/>
          <w:u w:val="none"/>
        </w:rPr>
        <w:t xml:space="preserve"> [1EMM]</w:t>
      </w:r>
      <w:r>
        <w:rPr/>
        <w:t>.</w:t>
      </w:r>
    </w:p>
    <w:p>
      <w:pPr>
        <w:pStyle w:val="Yellow"/>
        <w:rPr/>
      </w:pPr>
      <w:r>
        <w:rPr>
          <w:b/>
        </w:rPr>
        <w:t xml:space="preserve">Proverbs 11:24</w:t>
      </w:r>
      <w:r>
        <w:rPr/>
        <w:t xml:space="preserve"> — </w:t>
      </w:r>
      <w:r>
        <w:rPr>
          <w:shd w:fill="B7DDE8" w:val="clear"/>
        </w:rPr>
        <w:t xml:space="preserve">One gives freely, yet gains even more</w:t>
      </w:r>
      <w:r>
        <w:rPr>
          <w:b w:val="false"/>
          <w:i w:val="false"/>
          <w:color w:val="000000"/>
          <w:u w:val="none"/>
        </w:rPr>
        <w:t xml:space="preserve"> [1GYB]</w:t>
      </w:r>
      <w:r>
        <w:rPr/>
        <w:t xml:space="preserve">; </w:t>
      </w:r>
      <w:r>
        <w:rPr>
          <w:shd w:fill="B7DDE8" w:val="clear"/>
        </w:rPr>
        <w:t xml:space="preserve">another withholds what is right, only to become poor</w:t>
      </w:r>
      <w:r>
        <w:rPr>
          <w:b w:val="false"/>
          <w:i w:val="false"/>
          <w:color w:val="000000"/>
          <w:u w:val="none"/>
        </w:rPr>
        <w:t xml:space="preserve"> [1GYC]</w:t>
      </w:r>
      <w:r>
        <w:rPr/>
        <w:t xml:space="preserve">.</w:t>
      </w:r>
    </w:p>
    <w:p>
      <w:pPr>
        <w:pStyle w:val="Yellow"/>
        <w:rPr/>
      </w:pPr>
      <w:r>
        <w:rPr>
          <w:b/>
        </w:rPr>
        <w:t>Proverbs 13:22</w:t>
      </w:r>
      <w:r>
        <w:rPr/>
        <w:t xml:space="preserve"> — </w:t>
      </w:r>
      <w:r>
        <w:rPr>
          <w:shd w:val="clear" w:fill="B7DDE8"/>
        </w:rPr>
        <w:t>A good man leaves an inheritance to his children’s children</w:t>
      </w:r>
      <w:r>
        <w:rPr>
          <w:b w:val="false"/>
          <w:i w:val="false"/>
          <w:color w:val="000000"/>
          <w:u w:val="none"/>
        </w:rPr>
        <w:t xml:space="preserve"> [1EGW]</w:t>
      </w:r>
      <w:r>
        <w:rPr>
          <w:shd w:val="clear" w:color="auto" w:fill="548235"/>
          <w:color w:val="FFFFFF"/>
        </w:rPr>
        <w:t xml:space="preserve">, but </w:t>
      </w:r>
      <w:r>
        <w:rPr>
          <w:shd w:val="clear" w:fill="548235" w:color="auto"/>
          <w:color w:val="FFFFFF"/>
        </w:rPr>
        <w:t>the sinner’s wealth is passed to the righteous</w:t>
      </w:r>
      <w:r>
        <w:rPr>
          <w:b w:val="false"/>
          <w:i w:val="false"/>
          <w:color w:val="FFFFFF"/>
          <w:u w:val="none"/>
          <w:shd w:val="clear" w:color="auto" w:fill="548235"/>
        </w:rPr>
        <w:t xml:space="preserve"> [1EGX]</w:t>
      </w:r>
      <w:r>
        <w:rPr>
          <w:shd w:val="clear" w:color="auto" w:fill="548235"/>
          <w:color w:val="FFFFFF"/>
        </w:rPr>
        <w:t>.</w:t>
      </w:r>
    </w:p>
    <w:p>
      <w:pPr>
        <w:pStyle w:val="Yellow"/>
        <w:rPr/>
        <w:pBdr>
          <w:left w:val="single" w:sz="28" w:space="5" w:color="C00000"/>
        </w:pBdr>
      </w:pPr>
      <w:r>
        <w:rPr>
          <w:b/>
        </w:rPr>
        <w:t xml:space="preserve">Proverbs 14:21</w:t>
      </w:r>
      <w:r>
        <w:rPr/>
        <w:t xml:space="preserve"> — </w:t>
      </w:r>
      <w:r>
        <w:rPr>
          <w:shd w:fill="B7DDE8" w:val="clear"/>
        </w:rPr>
        <w:t xml:space="preserve">He who despises his neighbor sins</w:t>
      </w:r>
      <w:r>
        <w:rPr>
          <w:b w:val="false"/>
          <w:i w:val="false"/>
          <w:color w:val="000000"/>
          <w:u w:val="none"/>
        </w:rPr>
        <w:t xml:space="preserve"> [1HEH]</w:t>
      </w:r>
      <w:r>
        <w:rPr/>
        <w:t xml:space="preserve">, but </w:t>
      </w:r>
      <w:r>
        <w:rPr>
          <w:shd w:fill="F4B183" w:val="clear" w:color="auto"/>
          <w:color w:val="000000"/>
        </w:rPr>
        <w:t xml:space="preserve">blessed is he who shows kindness to the poor</w:t>
      </w:r>
      <w:r>
        <w:rPr>
          <w:b w:val="false"/>
          <w:i w:val="false"/>
          <w:color w:val="000000"/>
          <w:u w:val="none"/>
          <w:shd w:val="clear" w:color="auto" w:fill="F4B183"/>
        </w:rPr>
        <w:t xml:space="preserve"> [1HEI]</w:t>
      </w:r>
      <w:r>
        <w:rPr/>
        <w:t xml:space="preserve">.</w:t>
      </w:r>
    </w:p>
    <w:p>
      <w:pPr>
        <w:pStyle w:val="Yellow"/>
        <w:rPr/>
      </w:pPr>
      <w:r>
        <w:rPr>
          <w:b/>
        </w:rPr>
        <w:t xml:space="preserve">Proverbs 19:17</w:t>
      </w:r>
      <w:r>
        <w:rPr/>
        <w:t xml:space="preserve"> — </w:t>
      </w:r>
      <w:r>
        <w:rPr>
          <w:shd w:fill="B7DDE8" w:val="clear"/>
        </w:rPr>
        <w:t xml:space="preserve">Kindness to the poor is a loan to the LORD</w:t>
      </w:r>
      <w:r>
        <w:rPr>
          <w:b w:val="false"/>
          <w:i w:val="false"/>
          <w:color w:val="000000"/>
          <w:u w:val="none"/>
        </w:rPr>
        <w:t xml:space="preserve"> [1HEF]</w:t>
      </w:r>
      <w:r>
        <w:rPr/>
        <w:t xml:space="preserve">, and </w:t>
      </w:r>
      <w:r>
        <w:rPr>
          <w:shd w:fill="B7DDE8" w:val="clear"/>
        </w:rPr>
        <w:t xml:space="preserve">He will repay the lender</w:t>
      </w:r>
      <w:r>
        <w:rPr>
          <w:b w:val="false"/>
          <w:i w:val="false"/>
          <w:color w:val="000000"/>
          <w:u w:val="none"/>
        </w:rPr>
        <w:t xml:space="preserve"> [1HEG]</w:t>
      </w:r>
      <w:r>
        <w:rPr/>
        <w:t xml:space="preserve">.</w:t>
      </w:r>
    </w:p>
    <w:p>
      <w:pPr>
        <w:pStyle w:val="Yellow"/>
        <w:rPr/>
      </w:pPr>
      <w:r>
        <w:rPr>
          <w:b/>
          <w:u w:val="none"/>
        </w:rPr>
        <w:t xml:space="preserve">Proverbs 20:13</w:t>
      </w:r>
      <w:r>
        <w:rPr>
          <w:u w:val="none"/>
        </w:rPr>
        <w:t xml:space="preserve"> — </w:t>
      </w:r>
      <w:r>
        <w:rPr>
          <w:u w:val="none"/>
          <w:shd w:fill="B7DDE8" w:val="clear"/>
        </w:rPr>
        <w:t xml:space="preserve">Do not love sleep, or you will grow poor</w:t>
      </w:r>
      <w:r>
        <w:rPr>
          <w:b w:val="false"/>
          <w:i w:val="false"/>
          <w:u w:val="none"/>
          <w:color w:val="000000"/>
        </w:rPr>
        <w:t xml:space="preserve"> [1GXD]</w:t>
      </w:r>
      <w:r>
        <w:rPr>
          <w:u w:val="none"/>
        </w:rPr>
        <w:t xml:space="preserve">; </w:t>
      </w:r>
      <w:r>
        <w:rPr>
          <w:u w:val="none"/>
          <w:shd w:fill="B7DDE8" w:val="clear"/>
        </w:rPr>
        <w:t xml:space="preserve">open your eyes, and you </w:t>
      </w:r>
      <w:r>
        <w:rPr>
          <w:u w:val="none"/>
          <w:shd w:fill="B7DDE8" w:val="clear"/>
        </w:rPr>
        <w:t xml:space="preserve">will have plenty of food</w:t>
      </w:r>
      <w:r>
        <w:rPr>
          <w:b w:val="false"/>
          <w:i w:val="false"/>
          <w:color w:val="000000"/>
          <w:u w:val="none"/>
        </w:rPr>
        <w:t xml:space="preserve"> [1GXE]</w:t>
      </w:r>
      <w:r>
        <w:rPr>
          <w:u w:val="none"/>
        </w:rPr>
        <w:t xml:space="preserve">.</w:t>
      </w:r>
    </w:p>
    <w:p>
      <w:pPr>
        <w:pStyle w:val="Yellow"/>
        <w:rPr/>
      </w:pPr>
      <w:r>
        <w:rPr>
          <w:b/>
        </w:rPr>
        <w:t xml:space="preserve">Proverbs 21:13</w:t>
      </w:r>
      <w:r>
        <w:rPr/>
        <w:t xml:space="preserve"> — </w:t>
      </w:r>
      <w:r>
        <w:rPr>
          <w:shd w:fill="B7DDE8" w:val="clear"/>
        </w:rPr>
        <w:t xml:space="preserve">Whoever shuts his ears to the cry of the poor, he too shall cry out and receive no answer</w:t>
      </w:r>
      <w:r>
        <w:rPr>
          <w:b w:val="false"/>
          <w:i w:val="false"/>
          <w:color w:val="000000"/>
          <w:u w:val="none"/>
        </w:rPr>
        <w:t xml:space="preserve"> [1GXA]</w:t>
      </w:r>
      <w:r>
        <w:rPr/>
        <w:t xml:space="preserve">.</w:t>
      </w:r>
    </w:p>
    <w:p>
      <w:pPr>
        <w:pStyle w:val="Yellow"/>
        <w:rPr/>
        <w:pBdr>
          <w:left w:val="single" w:sz="28" w:space="5" w:color="C00000"/>
        </w:pBdr>
      </w:pPr>
      <w:r>
        <w:rPr>
          <w:b/>
          <w:shd w:val="clear" w:color="auto" w:fill="548235"/>
          <w:color w:val="FFFFFF"/>
        </w:rPr>
        <w:t xml:space="preserve">Proverbs 22:9</w:t>
      </w:r>
      <w:r>
        <w:rPr>
          <w:shd w:val="clear" w:color="auto" w:fill="548235"/>
          <w:color w:val="FFFFFF"/>
        </w:rPr>
        <w:t xml:space="preserve"> — </w:t>
      </w:r>
      <w:r>
        <w:rPr>
          <w:shd w:fill="548235" w:val="clear" w:color="auto"/>
          <w:color w:val="FFFFFF"/>
        </w:rPr>
        <w:t xml:space="preserve">A generous man will be blessed</w:t>
      </w:r>
      <w:r>
        <w:rPr>
          <w:b w:val="false"/>
          <w:i w:val="false"/>
          <w:color w:val="FFFFFF"/>
          <w:u w:val="none"/>
          <w:shd w:val="clear" w:color="auto" w:fill="548235"/>
        </w:rPr>
        <w:t xml:space="preserve"> [1GXM]</w:t>
      </w:r>
      <w:r>
        <w:rPr>
          <w:shd w:val="clear" w:color="auto" w:fill="548235"/>
          <w:color w:val="FFFFFF"/>
        </w:rPr>
        <w:t xml:space="preserve">, for </w:t>
      </w:r>
      <w:r>
        <w:rPr>
          <w:shd w:fill="548235" w:val="clear" w:color="auto"/>
          <w:color w:val="FFFFFF"/>
        </w:rPr>
        <w:t xml:space="preserve">he shares his bread with the poor</w:t>
      </w:r>
      <w:r>
        <w:rPr>
          <w:b w:val="false"/>
          <w:i w:val="false"/>
          <w:color w:val="FFFFFF"/>
          <w:u w:val="none"/>
          <w:shd w:val="clear" w:color="auto" w:fill="548235"/>
        </w:rPr>
        <w:t xml:space="preserve"> [1GXN]</w:t>
      </w:r>
      <w:r>
        <w:rPr>
          <w:shd w:val="clear" w:color="auto" w:fill="548235"/>
          <w:color w:val="FFFFFF"/>
        </w:rPr>
        <w:t xml:space="preserve">.</w:t>
      </w:r>
    </w:p>
    <w:p>
      <w:pPr>
        <w:pStyle w:val="Yellow"/>
        <w:rPr/>
      </w:pPr>
      <w:r>
        <w:rPr>
          <w:b/>
        </w:rPr>
        <w:t>Proverbs 25:21–22</w:t>
      </w:r>
      <w:r>
        <w:rPr/>
        <w:t xml:space="preserve"> — </w:t>
      </w:r>
      <w:r>
        <w:rPr>
          <w:shd w:val="clear" w:fill="B7DDE8"/>
        </w:rPr>
        <w:t>If your enemy is hungry, give him food to eat, and if he is thirsty, give him water to drink</w:t>
      </w:r>
      <w:r>
        <w:rPr>
          <w:b w:val="false"/>
          <w:i w:val="false"/>
          <w:color w:val="000000"/>
          <w:u w:val="none"/>
        </w:rPr>
        <w:t xml:space="preserve"> [2FKQ]</w:t>
      </w:r>
      <w:r>
        <w:rPr/>
        <w:t xml:space="preserve">. For in so doing, </w:t>
      </w:r>
      <w:r>
        <w:rPr>
          <w:shd w:val="clear" w:fill="B7DDE8"/>
        </w:rPr>
        <w:t>you will heap burning coals on his head</w:t>
      </w:r>
      <w:r>
        <w:rPr>
          <w:b w:val="false"/>
          <w:i w:val="false"/>
          <w:color w:val="000000"/>
          <w:u w:val="none"/>
        </w:rPr>
        <w:t xml:space="preserve"> [2FKR]</w:t>
      </w:r>
      <w:r>
        <w:rPr/>
        <w:t xml:space="preserve">, and </w:t>
      </w:r>
      <w:r>
        <w:rPr>
          <w:shd w:val="clear" w:fill="F4B183" w:color="auto"/>
          <w:color w:val="000000"/>
        </w:rPr>
        <w:t>the LORD will reward you</w:t>
      </w:r>
      <w:r>
        <w:rPr>
          <w:b w:val="false"/>
          <w:i w:val="false"/>
          <w:color w:val="000000"/>
          <w:u w:val="none"/>
          <w:shd w:val="clear" w:color="auto" w:fill="F4B183"/>
        </w:rPr>
        <w:t xml:space="preserve"> [4COM]</w:t>
      </w:r>
      <w:r>
        <w:rPr/>
        <w:t>.</w:t>
      </w:r>
    </w:p>
    <w:p>
      <w:pPr>
        <w:pStyle w:val="Yellow"/>
        <w:rPr/>
        <w:pBdr>
          <w:left w:val="single" w:sz="28" w:space="5" w:color="C00000"/>
        </w:pBdr>
      </w:pPr>
      <w:r>
        <w:rPr>
          <w:b/>
        </w:rPr>
        <w:t xml:space="preserve">Proverbs 28:27</w:t>
      </w:r>
      <w:r>
        <w:rPr/>
        <w:t xml:space="preserve"> — </w:t>
      </w:r>
      <w:r>
        <w:rPr>
          <w:shd w:fill="B7DDE8" w:val="clear"/>
        </w:rPr>
        <w:t xml:space="preserve">Whoever gives to the poor will not be in need</w:t>
      </w:r>
      <w:r>
        <w:rPr>
          <w:b w:val="false"/>
          <w:i w:val="false"/>
          <w:color w:val="000000"/>
          <w:u w:val="none"/>
        </w:rPr>
        <w:t xml:space="preserve"> [1GXB]</w:t>
      </w:r>
      <w:r>
        <w:rPr/>
        <w:t xml:space="preserve">, but </w:t>
      </w:r>
      <w:r>
        <w:rPr>
          <w:shd w:fill="548235" w:val="clear" w:color="auto"/>
          <w:color w:val="FFFFFF"/>
        </w:rPr>
        <w:t xml:space="preserve">he who hides his eyes will receive many curses</w:t>
      </w:r>
      <w:r>
        <w:rPr>
          <w:b w:val="false"/>
          <w:i w:val="false"/>
          <w:color w:val="FFFFFF"/>
          <w:u w:val="none"/>
          <w:shd w:val="clear" w:color="auto" w:fill="548235"/>
        </w:rPr>
        <w:t xml:space="preserve"> [1GXC]</w:t>
      </w:r>
      <w:r>
        <w:rPr/>
        <w:t xml:space="preserve">.</w:t>
      </w:r>
    </w:p>
    <w:p>
      <w:pPr>
        <w:pStyle w:val="Yellow"/>
        <w:rPr/>
      </w:pPr>
      <w:r>
        <w:rPr>
          <w:b/>
        </w:rPr>
        <w:t xml:space="preserve">Ecclesiastes 2:24-25</w:t>
      </w:r>
      <w:r>
        <w:rPr/>
        <w:t xml:space="preserve"> — </w:t>
      </w:r>
      <w:r>
        <w:rPr>
          <w:shd w:fill="B7DDE8" w:val="clear"/>
        </w:rPr>
        <w:t xml:space="preserve">Nothing is better for a man than to eat and drink and enjoy his work</w:t>
      </w:r>
      <w:r>
        <w:rPr>
          <w:b w:val="false"/>
          <w:i w:val="false"/>
          <w:color w:val="000000"/>
          <w:u w:val="none"/>
        </w:rPr>
        <w:t xml:space="preserve"> [1HAZ]</w:t>
      </w:r>
      <w:r>
        <w:rPr/>
        <w:t xml:space="preserve">. I have also seen that </w:t>
      </w:r>
      <w:r>
        <w:rPr>
          <w:shd w:fill="B7DDE8" w:val="clear"/>
        </w:rPr>
        <w:t xml:space="preserve">this is from the hand of God</w:t>
      </w:r>
      <w:r>
        <w:rPr>
          <w:b w:val="false"/>
          <w:i w:val="false"/>
          <w:color w:val="000000"/>
          <w:u w:val="none"/>
        </w:rPr>
        <w:t xml:space="preserve"> [1HBA]</w:t>
      </w:r>
      <w:r>
        <w:rPr/>
        <w:t xml:space="preserve">. For </w:t>
      </w:r>
      <w:r>
        <w:rPr>
          <w:shd w:fill="B7DDE8" w:val="clear"/>
        </w:rPr>
        <w:t xml:space="preserve">apart from Him, who can eat and who can find enjoyment</w:t>
      </w:r>
      <w:r>
        <w:rPr>
          <w:b w:val="false"/>
          <w:i w:val="false"/>
          <w:color w:val="000000"/>
          <w:u w:val="none"/>
        </w:rPr>
        <w:t xml:space="preserve"> [1HBB]</w:t>
      </w:r>
      <w:r>
        <w:rPr/>
        <w:t xml:space="preserve">?</w:t>
      </w:r>
    </w:p>
    <w:p>
      <w:pPr>
        <w:pStyle w:val="Yellow"/>
        <w:rPr/>
      </w:pPr>
      <w:r>
        <w:rPr>
          <w:u w:val="none"/>
        </w:rPr>
        <w:t xml:space="preserve">(Ec2:24 “God”) </w:t>
      </w:r>
      <w:r>
        <w:rPr>
          <w:b/>
          <w:u w:val="none"/>
        </w:rPr>
        <w:t xml:space="preserve">Ecclesiastes 2:26</w:t>
      </w:r>
      <w:r>
        <w:rPr>
          <w:u w:val="none"/>
        </w:rPr>
        <w:t xml:space="preserve"> — </w:t>
      </w:r>
      <w:r>
        <w:rPr>
          <w:u w:val="none"/>
          <w:shd w:fill="B7DDE8" w:val="clear"/>
        </w:rPr>
        <w:t xml:space="preserve">To the man who is pleasing in His sight, </w:t>
      </w:r>
      <w:r>
        <w:rPr>
          <w:u w:val="none"/>
          <w:shd w:fill="B7DDE8" w:val="clear"/>
        </w:rPr>
        <w:t xml:space="preserve">He gives wisdom and knowledge and joy</w:t>
      </w:r>
      <w:r>
        <w:rPr>
          <w:b w:val="false"/>
          <w:i w:val="false"/>
          <w:color w:val="000000"/>
          <w:u w:val="none"/>
        </w:rPr>
        <w:t xml:space="preserve"> [1HOT]</w:t>
      </w:r>
      <w:r>
        <w:rPr>
          <w:u w:val="none"/>
        </w:rPr>
        <w:t xml:space="preserve">, but </w:t>
      </w:r>
      <w:r>
        <w:rPr>
          <w:u w:val="none"/>
          <w:shd w:fill="B7DDE8" w:val="clear"/>
        </w:rPr>
        <w:t xml:space="preserve">to the sinner He assigns the task of gathering and accumulating</w:t>
      </w:r>
      <w:r>
        <w:rPr>
          <w:b w:val="false"/>
          <w:i w:val="false"/>
          <w:color w:val="000000"/>
          <w:u w:val="none"/>
        </w:rPr>
        <w:t xml:space="preserve"> [1HOU]</w:t>
      </w:r>
      <w:r>
        <w:rPr>
          <w:u w:val="none"/>
        </w:rPr>
        <w:t xml:space="preserve"> </w:t>
      </w:r>
      <w:r>
        <w:rPr>
          <w:u w:val="none"/>
          <w:shd w:fill="B7DDE8" w:val="clear"/>
        </w:rPr>
        <w:t xml:space="preserve">that which he will hand over to one who pleases God</w:t>
      </w:r>
      <w:r>
        <w:rPr>
          <w:b w:val="false"/>
          <w:i w:val="false"/>
          <w:color w:val="000000"/>
          <w:u w:val="none"/>
        </w:rPr>
        <w:t xml:space="preserve"> [1HOV]</w:t>
      </w:r>
      <w:r>
        <w:rPr>
          <w:u w:val="none"/>
        </w:rPr>
        <w:t xml:space="preserve">.</w:t>
      </w:r>
    </w:p>
    <w:p>
      <w:pPr>
        <w:pStyle w:val="Yellow"/>
        <w:rPr/>
      </w:pPr>
      <w:r>
        <w:rPr>
          <w:b/>
        </w:rPr>
        <w:t xml:space="preserve">Ecclesiastes 5:19</w:t>
      </w:r>
      <w:r>
        <w:rPr/>
        <w:t xml:space="preserve"> — </w:t>
      </w:r>
      <w:r>
        <w:rPr>
          <w:shd w:fill="B7DDE8" w:val="clear"/>
        </w:rPr>
        <w:t xml:space="preserve">God has given riches and wealth to every man</w:t>
      </w:r>
      <w:r>
        <w:rPr>
          <w:b w:val="false"/>
          <w:i w:val="false"/>
          <w:color w:val="000000"/>
          <w:u w:val="none"/>
        </w:rPr>
        <w:t xml:space="preserve"> [1HDQ]</w:t>
      </w:r>
      <w:r>
        <w:rPr/>
        <w:t xml:space="preserve">, and </w:t>
      </w:r>
      <w:r>
        <w:rPr>
          <w:shd w:fill="B7DDE8" w:val="clear"/>
        </w:rPr>
        <w:t xml:space="preserve">He has enabled him to enjoy them, to accept his lot, and to rejoice in his labor</w:t>
      </w:r>
      <w:r>
        <w:rPr>
          <w:b w:val="false"/>
          <w:i w:val="false"/>
          <w:color w:val="000000"/>
          <w:u w:val="none"/>
        </w:rPr>
        <w:t xml:space="preserve"> [1HDR]</w:t>
      </w:r>
      <w:r>
        <w:rPr/>
        <w:t xml:space="preserve">. </w:t>
      </w:r>
      <w:r>
        <w:rPr>
          <w:shd w:fill="B7DDE8" w:val="clear"/>
        </w:rPr>
        <w:t xml:space="preserve">This is a gift from God</w:t>
      </w:r>
      <w:r>
        <w:rPr>
          <w:b w:val="false"/>
          <w:i w:val="false"/>
          <w:color w:val="000000"/>
          <w:u w:val="none"/>
        </w:rPr>
        <w:t xml:space="preserve"> [1HDS]</w:t>
      </w:r>
      <w:r>
        <w:rPr/>
        <w:t xml:space="preserve">.</w:t>
      </w:r>
    </w:p>
    <w:p>
      <w:pPr>
        <w:pStyle w:val="Yellow"/>
        <w:rPr/>
      </w:pPr>
      <w:r>
        <w:rPr>
          <w:u w:val="none"/>
          <w:color w:val="auto"/>
        </w:rPr>
        <w:t xml:space="preserve">(Is38:1 Isaiah said: “you will not recover.”) </w:t>
      </w:r>
      <w:r>
        <w:rPr>
          <w:b/>
          <w:u w:val="none"/>
          <w:color w:val="auto"/>
        </w:rPr>
        <w:t>Isaiah 38:5</w:t>
      </w:r>
      <w:r>
        <w:rPr>
          <w:u w:val="none"/>
          <w:color w:val="auto"/>
        </w:rPr>
        <w:t xml:space="preserve"> — “Go and tell Hezekiah that this is what the LORD, the God of your father David, says: ‘</w:t>
      </w:r>
      <w:r>
        <w:rPr>
          <w:u w:val="none"/>
          <w:color w:val="auto"/>
        </w:rPr>
        <w:t>I have heard your prayer</w:t>
      </w:r>
      <w:r>
        <w:rPr>
          <w:b w:val="false"/>
          <w:i w:val="false"/>
          <w:color w:val="auto"/>
          <w:u w:val="none"/>
        </w:rPr>
        <w:t xml:space="preserve"> [2CQI]</w:t>
      </w:r>
      <w:r>
        <w:rPr>
          <w:u w:val="none"/>
          <w:color w:val="auto"/>
        </w:rPr>
        <w:t xml:space="preserve">; </w:t>
      </w:r>
      <w:r>
        <w:rPr>
          <w:u w:val="none"/>
          <w:color w:val="auto"/>
        </w:rPr>
        <w:t>I have seen your tears</w:t>
      </w:r>
      <w:r>
        <w:rPr>
          <w:b w:val="false"/>
          <w:i w:val="false"/>
          <w:color w:val="auto"/>
          <w:u w:val="none"/>
        </w:rPr>
        <w:t xml:space="preserve"> [2CQJ]</w:t>
      </w:r>
      <w:r>
        <w:rPr>
          <w:u w:val="none"/>
          <w:color w:val="auto"/>
        </w:rPr>
        <w:t xml:space="preserve">. Behold, </w:t>
      </w:r>
      <w:r>
        <w:rPr>
          <w:u w:val="none"/>
          <w:color w:val="auto"/>
        </w:rPr>
        <w:t>I will add fifteen years to your life</w:t>
      </w:r>
      <w:r>
        <w:rPr>
          <w:b w:val="false"/>
          <w:i w:val="false"/>
          <w:color w:val="auto"/>
          <w:u w:val="none"/>
        </w:rPr>
        <w:t xml:space="preserve"> [1CQK]</w:t>
      </w:r>
      <w:r>
        <w:rPr>
          <w:u w:val="none"/>
          <w:color w:val="auto"/>
        </w:rPr>
        <w:t>.</w:t>
      </w:r>
    </w:p>
    <w:p>
      <w:pPr>
        <w:pStyle w:val="Yellow"/>
        <w:rPr/>
      </w:pPr>
      <w:r>
        <w:rPr>
          <w:b/>
        </w:rPr>
        <w:t xml:space="preserve">Isaiah 41:17–18</w:t>
      </w:r>
      <w:r>
        <w:rPr/>
        <w:t xml:space="preserve"> — </w:t>
      </w:r>
      <w:r>
        <w:rPr>
          <w:shd w:fill="B7DDE8" w:val="clear"/>
        </w:rPr>
        <w:t xml:space="preserve">The poor and needy seek water, but there is none; their tongues are parched with thirst</w:t>
      </w:r>
      <w:r>
        <w:rPr>
          <w:b w:val="false"/>
          <w:i w:val="false"/>
          <w:color w:val="000000"/>
          <w:u w:val="none"/>
        </w:rPr>
        <w:t xml:space="preserve"> [1GWT]</w:t>
      </w:r>
      <w:r>
        <w:rPr/>
        <w:t xml:space="preserve">. </w:t>
      </w:r>
      <w:r>
        <w:rPr>
          <w:shd w:fill="B7DDE8" w:val="clear"/>
        </w:rPr>
        <w:t xml:space="preserve">I, the LORD, will answer them</w:t>
      </w:r>
      <w:r>
        <w:rPr>
          <w:b w:val="false"/>
          <w:i w:val="false"/>
          <w:color w:val="000000"/>
          <w:u w:val="none"/>
        </w:rPr>
        <w:t xml:space="preserve"> [6GWU]</w:t>
      </w:r>
      <w:r>
        <w:rPr/>
        <w:t xml:space="preserve">; </w:t>
      </w:r>
      <w:r>
        <w:rPr>
          <w:shd w:fill="B7DDE8" w:val="clear"/>
        </w:rPr>
        <w:t xml:space="preserve">I, the God of Israel, will not forsake them</w:t>
      </w:r>
      <w:r>
        <w:rPr>
          <w:b w:val="false"/>
          <w:i w:val="false"/>
          <w:color w:val="000000"/>
          <w:u w:val="none"/>
        </w:rPr>
        <w:t xml:space="preserve"> [1GWV]</w:t>
      </w:r>
      <w:r>
        <w:rPr/>
        <w:t xml:space="preserve">. </w:t>
      </w:r>
      <w:r>
        <w:rPr>
          <w:shd w:fill="B7DDE8" w:val="clear"/>
        </w:rPr>
        <w:t xml:space="preserve">I will open rivers on the barren heights, and fountains in the middle of the valleys</w:t>
      </w:r>
      <w:r>
        <w:rPr>
          <w:b w:val="false"/>
          <w:i w:val="false"/>
          <w:color w:val="000000"/>
          <w:u w:val="none"/>
        </w:rPr>
        <w:t xml:space="preserve"> [1GWW]</w:t>
      </w:r>
      <w:r>
        <w:rPr/>
        <w:t xml:space="preserve">. </w:t>
      </w:r>
      <w:r>
        <w:rPr>
          <w:shd w:val="clear" w:color="auto" w:fill="D9C3E6"/>
        </w:rPr>
        <w:t xml:space="preserve">I will turn the desert into a pool of water, and the dry land into flowing springs</w:t>
      </w:r>
      <w:r>
        <w:rPr>
          <w:b w:val="false"/>
          <w:i w:val="false"/>
          <w:color w:val="000000"/>
          <w:u w:val="none"/>
        </w:rPr>
        <w:t xml:space="preserve"> [2ECZ]</w:t>
      </w:r>
      <w:r>
        <w:rPr>
          <w:shd w:val="clear" w:color="auto" w:fill="D9C3E6"/>
        </w:rPr>
        <w:t xml:space="preserve">.</w:t>
      </w:r>
    </w:p>
    <w:p>
      <w:pPr>
        <w:pStyle w:val="Yellow"/>
        <w:rPr/>
      </w:pPr>
      <w:r>
        <w:rPr/>
        <w:t>&lt;4&gt;</w:t>
      </w:r>
      <w:r>
        <w:rPr>
          <w:b/>
        </w:rPr>
        <w:t>Isaiah 55:1</w:t>
      </w:r>
      <w:r>
        <w:rPr/>
        <w:t xml:space="preserve"> — “</w:t>
      </w:r>
      <w:r>
        <w:rPr>
          <w:shd w:val="clear" w:fill="B7DDE8"/>
        </w:rPr>
        <w:t>Come, all you who are thirsty, come to the waters</w:t>
      </w:r>
      <w:r>
        <w:rPr>
          <w:b w:val="false"/>
          <w:i w:val="false"/>
          <w:color w:val="000000"/>
          <w:u w:val="none"/>
        </w:rPr>
        <w:t xml:space="preserve"> [1EFF]</w:t>
      </w:r>
      <w:r>
        <w:rPr/>
        <w:t xml:space="preserve">; and </w:t>
      </w:r>
      <w:r>
        <w:rPr>
          <w:shd w:val="clear" w:fill="B7DDE8"/>
        </w:rPr>
        <w:t>you without money, come, buy, and eat</w:t>
      </w:r>
      <w:r>
        <w:rPr>
          <w:b w:val="false"/>
          <w:i w:val="false"/>
          <w:color w:val="000000"/>
          <w:u w:val="none"/>
        </w:rPr>
        <w:t xml:space="preserve"> [1EFG]</w:t>
      </w:r>
      <w:r>
        <w:rPr/>
        <w:t xml:space="preserve">! </w:t>
      </w:r>
      <w:r>
        <w:rPr>
          <w:shd w:val="clear" w:fill="B7DDE8"/>
        </w:rPr>
        <w:t>Come, buy wine and milk without money and without cost</w:t>
      </w:r>
      <w:r>
        <w:rPr>
          <w:b w:val="false"/>
          <w:i w:val="false"/>
          <w:color w:val="000000"/>
          <w:u w:val="none"/>
        </w:rPr>
        <w:t xml:space="preserve"> [1EFH]</w:t>
      </w:r>
      <w:r>
        <w:rPr/>
        <w:t>!</w:t>
      </w:r>
    </w:p>
    <w:p>
      <w:pPr>
        <w:pStyle w:val="Yellow"/>
        <w:rPr/>
      </w:pPr>
      <w:r>
        <w:rPr/>
        <w:t>&lt;4&gt;</w:t>
      </w:r>
      <w:r>
        <w:rPr>
          <w:b/>
        </w:rPr>
        <w:t>Isaiah 55:2</w:t>
      </w:r>
      <w:r>
        <w:rPr/>
        <w:t xml:space="preserve"> — </w:t>
      </w:r>
      <w:r>
        <w:rPr>
          <w:shd w:val="clear" w:fill="B7DDE8"/>
        </w:rPr>
        <w:t>Why spend money on that which is not bread, and your labor on that which does not satisfy</w:t>
      </w:r>
      <w:r>
        <w:rPr>
          <w:b w:val="false"/>
          <w:i w:val="false"/>
          <w:color w:val="000000"/>
          <w:u w:val="none"/>
        </w:rPr>
        <w:t xml:space="preserve"> [1EFI]</w:t>
      </w:r>
      <w:r>
        <w:rPr/>
        <w:t xml:space="preserve">? </w:t>
      </w:r>
      <w:r>
        <w:rPr>
          <w:shd w:val="clear" w:fill="B7DDE8"/>
        </w:rPr>
        <w:t>Listen carefully to Me, and eat what is good, and your soul will delight in the richest of foods</w:t>
      </w:r>
      <w:r>
        <w:rPr>
          <w:b w:val="false"/>
          <w:i w:val="false"/>
          <w:color w:val="000000"/>
          <w:u w:val="none"/>
        </w:rPr>
        <w:t xml:space="preserve"> [1EFJ]</w:t>
      </w:r>
      <w:r>
        <w:rPr/>
        <w:t>.</w:t>
      </w:r>
    </w:p>
    <w:p>
      <w:pPr>
        <w:pStyle w:val="Yellow"/>
        <w:rPr/>
      </w:pPr>
      <w:r>
        <w:rPr>
          <w:b/>
        </w:rPr>
        <w:t>Isaiah 55:10–11</w:t>
      </w:r>
      <w:r>
        <w:rPr/>
        <w:t xml:space="preserve"> — For just as </w:t>
      </w:r>
      <w:r>
        <w:rPr>
          <w:shd w:val="clear" w:fill="B7DDE8"/>
        </w:rPr>
        <w:t>rain and snow fall from heaven and do not return without watering the earth, making it bud and sprout, and providing seed to sow and food to eat</w:t>
      </w:r>
      <w:r>
        <w:rPr>
          <w:b w:val="false"/>
          <w:i w:val="false"/>
          <w:color w:val="000000"/>
          <w:u w:val="none"/>
        </w:rPr>
        <w:t xml:space="preserve"> [1EEZ]</w:t>
      </w:r>
      <w:r>
        <w:rPr/>
        <w:t xml:space="preserve">, so </w:t>
      </w:r>
      <w:r>
        <w:rPr>
          <w:shd w:val="clear" w:fill="B7DDE8"/>
        </w:rPr>
        <w:t>My word that proceeds from My mouth will not return to Me empty</w:t>
      </w:r>
      <w:r>
        <w:rPr>
          <w:b w:val="false"/>
          <w:i w:val="false"/>
          <w:color w:val="000000"/>
          <w:u w:val="none"/>
        </w:rPr>
        <w:t xml:space="preserve"> [1EFA]</w:t>
      </w:r>
      <w:r>
        <w:rPr/>
        <w:t xml:space="preserve">, but </w:t>
      </w:r>
      <w:r>
        <w:rPr>
          <w:shd w:val="clear" w:fill="B7DDE8"/>
        </w:rPr>
        <w:t>it will accomplish what I please</w:t>
      </w:r>
      <w:r>
        <w:rPr>
          <w:b w:val="false"/>
          <w:i w:val="false"/>
          <w:color w:val="000000"/>
          <w:u w:val="none"/>
        </w:rPr>
        <w:t xml:space="preserve"> [1EFB]</w:t>
      </w:r>
      <w:r>
        <w:rPr/>
        <w:t xml:space="preserve">, and </w:t>
      </w:r>
      <w:r>
        <w:rPr>
          <w:shd w:val="clear" w:fill="B7DDE8"/>
        </w:rPr>
        <w:t>it will prosper where I send it</w:t>
      </w:r>
      <w:r>
        <w:rPr>
          <w:b w:val="false"/>
          <w:i w:val="false"/>
          <w:color w:val="000000"/>
          <w:u w:val="none"/>
        </w:rPr>
        <w:t xml:space="preserve"> [1EFB]</w:t>
      </w:r>
      <w:r>
        <w:rPr/>
        <w:t>.</w:t>
      </w:r>
    </w:p>
    <w:p>
      <w:pPr>
        <w:pStyle w:val="Yellow"/>
        <w:rPr/>
      </w:pPr>
      <w:r>
        <w:rPr>
          <w:b/>
        </w:rPr>
        <w:t xml:space="preserve">Isaiah 58:9–10</w:t>
      </w:r>
      <w:r>
        <w:rPr/>
        <w:t xml:space="preserve"> — </w:t>
      </w:r>
      <w:r>
        <w:rPr>
          <w:shd w:fill="B7DDE8" w:val="clear"/>
        </w:rPr>
        <w:t xml:space="preserve">If you remove the yoke from your midst, the pointing of the finger and malicious talk, and if you give yourself to the hungry and satisfy the afflicted soul</w:t>
      </w:r>
      <w:r>
        <w:rPr>
          <w:b w:val="false"/>
          <w:i w:val="false"/>
          <w:color w:val="000000"/>
          <w:u w:val="none"/>
        </w:rPr>
        <w:t xml:space="preserve"> [1GUL]</w:t>
      </w:r>
      <w:r>
        <w:rPr>
          <w:color w:val="auto"/>
        </w:rPr>
        <w:t xml:space="preserve">, then </w:t>
      </w:r>
      <w:r>
        <w:rPr>
          <w:color w:val="auto"/>
        </w:rPr>
        <w:t xml:space="preserve">your light will go forth in the darkness</w:t>
      </w:r>
      <w:r>
        <w:rPr>
          <w:b w:val="false"/>
          <w:i w:val="false"/>
          <w:color w:val="auto"/>
          <w:u w:val="none"/>
        </w:rPr>
        <w:t xml:space="preserve"> [1GUM]</w:t>
      </w:r>
      <w:r>
        <w:rPr>
          <w:color w:val="auto"/>
        </w:rPr>
        <w:t xml:space="preserve">, and </w:t>
      </w:r>
      <w:r>
        <w:rPr>
          <w:color w:val="auto"/>
        </w:rPr>
        <w:t xml:space="preserve">your night will be like noonday</w:t>
      </w:r>
      <w:r>
        <w:rPr>
          <w:b w:val="false"/>
          <w:i w:val="false"/>
          <w:color w:val="auto"/>
          <w:u w:val="none"/>
        </w:rPr>
        <w:t xml:space="preserve"> [1GUM]</w:t>
      </w:r>
      <w:r>
        <w:rPr>
          <w:color w:val="auto"/>
        </w:rPr>
        <w:t xml:space="preserve">.</w:t>
      </w:r>
    </w:p>
    <w:p>
      <w:pPr>
        <w:pStyle w:val="Yellow"/>
        <w:rPr/>
      </w:pPr>
      <w:r>
        <w:rPr>
          <w:u w:val="none"/>
        </w:rPr>
        <w:t xml:space="preserve">(Is58:9–10 “If you remove the yoke from your midst” / “give yourself to the hungry”) </w:t>
      </w:r>
      <w:r>
        <w:rPr>
          <w:b/>
          <w:u w:val="none"/>
        </w:rPr>
        <w:t>Isaiah 58:11</w:t>
      </w:r>
      <w:r>
        <w:rPr>
          <w:u w:val="none"/>
        </w:rPr>
        <w:t xml:space="preserve"> — </w:t>
      </w:r>
      <w:r>
        <w:rPr>
          <w:u w:val="none"/>
          <w:shd w:val="clear" w:fill="B7DDE8"/>
        </w:rPr>
        <w:t>The LORD will always guide you</w:t>
      </w:r>
      <w:r>
        <w:rPr>
          <w:b w:val="false"/>
          <w:i w:val="false"/>
          <w:u w:val="none"/>
          <w:color w:val="000000"/>
        </w:rPr>
        <w:t xml:space="preserve"> [1DJQ]</w:t>
      </w:r>
      <w:r>
        <w:rPr>
          <w:u w:val="none"/>
        </w:rPr>
        <w:t xml:space="preserve">; </w:t>
      </w:r>
      <w:r>
        <w:rPr>
          <w:u w:val="none"/>
          <w:shd w:val="clear" w:fill="B7DDE8"/>
        </w:rPr>
        <w:t>He will satisfy you in a sun-scorched land</w:t>
      </w:r>
      <w:r>
        <w:rPr>
          <w:b w:val="false"/>
          <w:i w:val="false"/>
          <w:color w:val="000000"/>
          <w:u w:val="none"/>
        </w:rPr>
        <w:t xml:space="preserve"> [1DJR]</w:t>
      </w:r>
      <w:r>
        <w:rPr>
          <w:u w:val="none"/>
        </w:rPr>
        <w:t xml:space="preserve"> and </w:t>
      </w:r>
      <w:r>
        <w:rPr>
          <w:u w:val="none"/>
          <w:shd w:val="clear" w:fill="B7DDE8"/>
        </w:rPr>
        <w:t>strengthen your frame</w:t>
      </w:r>
      <w:r>
        <w:rPr>
          <w:b w:val="false"/>
          <w:i w:val="false"/>
          <w:color w:val="000000"/>
          <w:u w:val="none"/>
        </w:rPr>
        <w:t xml:space="preserve"> [1DJS]</w:t>
      </w:r>
      <w:r>
        <w:rPr>
          <w:u w:val="none"/>
        </w:rPr>
        <w:t xml:space="preserve">. </w:t>
      </w:r>
      <w:r>
        <w:rPr>
          <w:u w:val="none"/>
          <w:shd w:val="clear" w:fill="B7DDE8"/>
        </w:rPr>
        <w:t>You will be like a well-watered garden</w:t>
      </w:r>
      <w:r>
        <w:rPr>
          <w:b w:val="false"/>
          <w:i w:val="false"/>
          <w:u w:val="none"/>
          <w:color w:val="000000"/>
        </w:rPr>
        <w:t xml:space="preserve"> [1DJT]</w:t>
      </w:r>
      <w:r>
        <w:rPr>
          <w:u w:val="none"/>
        </w:rPr>
        <w:t xml:space="preserve">, </w:t>
      </w:r>
      <w:r>
        <w:rPr>
          <w:u w:val="none"/>
          <w:shd w:val="clear" w:fill="B7DDE8"/>
        </w:rPr>
        <w:t>like a spring whose waters never fail</w:t>
      </w:r>
      <w:r>
        <w:rPr>
          <w:b w:val="false"/>
          <w:i w:val="false"/>
          <w:u w:val="none"/>
          <w:color w:val="000000"/>
        </w:rPr>
        <w:t xml:space="preserve"> [1DJU]</w:t>
      </w:r>
      <w:r>
        <w:rPr>
          <w:u w:val="none"/>
        </w:rPr>
        <w:t>.</w:t>
      </w:r>
    </w:p>
    <w:p>
      <w:pPr>
        <w:pStyle w:val="Yellow"/>
        <w:rPr/>
      </w:pPr>
      <w:r>
        <w:rPr/>
        <w:t xml:space="preserve">(Is61:7 “My people”) </w:t>
      </w:r>
      <w:r>
        <w:rPr>
          <w:b/>
        </w:rPr>
        <w:t>Isaiah 61:9</w:t>
      </w:r>
      <w:r>
        <w:rPr/>
        <w:t xml:space="preserve"> — </w:t>
      </w:r>
      <w:r>
        <w:rPr>
          <w:shd w:val="clear" w:fill="B7DDE8"/>
        </w:rPr>
        <w:t>{Their} descendants will be known among the nations, and their offspring among the peoples</w:t>
      </w:r>
      <w:r>
        <w:rPr>
          <w:b w:val="false"/>
          <w:i w:val="false"/>
          <w:color w:val="000000"/>
          <w:u w:val="none"/>
        </w:rPr>
        <w:t xml:space="preserve"> [1EGQ]</w:t>
      </w:r>
      <w:r>
        <w:rPr/>
        <w:t xml:space="preserve">. </w:t>
      </w:r>
      <w:r>
        <w:rPr>
          <w:shd w:val="clear" w:fill="B7DDE8"/>
        </w:rPr>
        <w:t>All who see them will acknowledge that they are a people the LORD has blessed</w:t>
      </w:r>
      <w:r>
        <w:rPr>
          <w:b w:val="false"/>
          <w:i w:val="false"/>
          <w:color w:val="000000"/>
          <w:u w:val="none"/>
        </w:rPr>
        <w:t xml:space="preserve"> [1EGR]</w:t>
      </w:r>
      <w:r>
        <w:rPr/>
        <w:t>.</w:t>
      </w:r>
    </w:p>
    <w:p>
      <w:pPr>
        <w:pStyle w:val="Yellow"/>
        <w:rPr/>
      </w:pPr>
      <w:r>
        <w:rPr>
          <w:b/>
          <w:shd w:val="clear" w:color="auto" w:fill="548235"/>
          <w:color w:val="FFFFFF"/>
        </w:rPr>
        <w:t xml:space="preserve">Isaiah 65:20</w:t>
      </w:r>
      <w:r>
        <w:rPr>
          <w:shd w:val="clear" w:color="auto" w:fill="548235"/>
          <w:color w:val="FFFFFF"/>
        </w:rPr>
        <w:t xml:space="preserve"> — </w:t>
      </w:r>
      <w:r>
        <w:rPr>
          <w:shd w:fill="548235" w:val="clear" w:color="auto"/>
          <w:color w:val="FFFFFF"/>
        </w:rPr>
        <w:t xml:space="preserve">No longer will a nursing infant live but a few days</w:t>
      </w:r>
      <w:r>
        <w:rPr>
          <w:b w:val="false"/>
          <w:i w:val="false"/>
          <w:color w:val="FFFFFF"/>
          <w:u w:val="none"/>
          <w:shd w:val="clear" w:color="auto" w:fill="548235"/>
        </w:rPr>
        <w:t xml:space="preserve"> [1IZK]</w:t>
      </w:r>
      <w:r>
        <w:rPr>
          <w:shd w:val="clear" w:color="auto" w:fill="548235"/>
          <w:color w:val="FFFFFF"/>
        </w:rPr>
        <w:t xml:space="preserve">, or </w:t>
      </w:r>
      <w:r>
        <w:rPr>
          <w:shd w:fill="548235" w:val="clear" w:color="auto"/>
          <w:color w:val="FFFFFF"/>
        </w:rPr>
        <w:t xml:space="preserve">an old man fail to live out his years</w:t>
      </w:r>
      <w:r>
        <w:rPr>
          <w:b w:val="false"/>
          <w:i w:val="false"/>
          <w:color w:val="FFFFFF"/>
          <w:u w:val="none"/>
          <w:shd w:val="clear" w:color="auto" w:fill="548235"/>
        </w:rPr>
        <w:t xml:space="preserve"> [1IZL]</w:t>
      </w:r>
      <w:r>
        <w:rPr>
          <w:shd w:val="clear" w:color="auto" w:fill="548235"/>
          <w:color w:val="FFFFFF"/>
        </w:rPr>
        <w:t xml:space="preserve">. For </w:t>
      </w:r>
      <w:r>
        <w:rPr>
          <w:shd w:fill="548235" w:val="clear" w:color="auto"/>
          <w:color w:val="FFFFFF"/>
        </w:rPr>
        <w:t xml:space="preserve">the youth will die at a hundred years</w:t>
      </w:r>
      <w:r>
        <w:rPr>
          <w:b w:val="false"/>
          <w:i w:val="false"/>
          <w:color w:val="FFFFFF"/>
          <w:u w:val="none"/>
          <w:shd w:val="clear" w:color="auto" w:fill="548235"/>
        </w:rPr>
        <w:t xml:space="preserve"> [1IZM]</w:t>
      </w:r>
      <w:r>
        <w:rPr>
          <w:shd w:val="clear" w:color="auto" w:fill="548235"/>
          <w:color w:val="FFFFFF"/>
        </w:rPr>
        <w:t xml:space="preserve">, and </w:t>
      </w:r>
      <w:r>
        <w:rPr>
          <w:shd w:fill="548235" w:val="clear" w:color="auto"/>
          <w:color w:val="FFFFFF"/>
        </w:rPr>
        <w:t xml:space="preserve">he who fails to reach a hundred will be considered accursed</w:t>
      </w:r>
      <w:r>
        <w:rPr>
          <w:b w:val="false"/>
          <w:i w:val="false"/>
          <w:color w:val="FFFFFF"/>
          <w:u w:val="none"/>
          <w:shd w:val="clear" w:color="auto" w:fill="548235"/>
        </w:rPr>
        <w:t xml:space="preserve"> [1IZN]</w:t>
      </w:r>
      <w:r>
        <w:rPr>
          <w:shd w:val="clear" w:color="auto" w:fill="548235"/>
          <w:color w:val="FFFFFF"/>
        </w:rPr>
        <w:t xml:space="preserve">.</w:t>
      </w:r>
    </w:p>
    <w:p>
      <w:pPr>
        <w:pStyle w:val="Yellow"/>
        <w:rPr/>
      </w:pPr>
      <w:r>
        <w:rPr>
          <w:b/>
          <w:shd w:val="clear" w:color="auto" w:fill="548235"/>
          <w:color w:val="FFFFFF"/>
        </w:rPr>
        <w:t xml:space="preserve">Isaiah 65:22</w:t>
      </w:r>
      <w:r>
        <w:rPr>
          <w:shd w:val="clear" w:color="auto" w:fill="548235"/>
          <w:color w:val="FFFFFF"/>
        </w:rPr>
        <w:t xml:space="preserve"> — </w:t>
      </w:r>
      <w:r>
        <w:rPr>
          <w:shd w:fill="548235" w:val="clear" w:color="auto"/>
          <w:color w:val="FFFFFF"/>
        </w:rPr>
        <w:t xml:space="preserve">No longer will they build houses for others to inhabit, nor plant for others to eat</w:t>
      </w:r>
      <w:r>
        <w:rPr>
          <w:b w:val="false"/>
          <w:i w:val="false"/>
          <w:color w:val="FFFFFF"/>
          <w:u w:val="none"/>
          <w:shd w:val="clear" w:color="auto" w:fill="548235"/>
        </w:rPr>
        <w:t xml:space="preserve"> [1HAW]</w:t>
      </w:r>
      <w:r>
        <w:rPr>
          <w:shd w:val="clear" w:color="auto" w:fill="548235"/>
          <w:color w:val="FFFFFF"/>
        </w:rPr>
        <w:t xml:space="preserve">. For </w:t>
      </w:r>
      <w:r>
        <w:rPr>
          <w:shd w:fill="548235" w:val="clear" w:color="auto"/>
          <w:color w:val="FFFFFF"/>
        </w:rPr>
        <w:t xml:space="preserve">as is the lifetime of a tree, so will be the days of My people</w:t>
      </w:r>
      <w:r>
        <w:rPr>
          <w:b w:val="false"/>
          <w:i w:val="false"/>
          <w:color w:val="FFFFFF"/>
          <w:u w:val="none"/>
          <w:shd w:val="clear" w:color="auto" w:fill="548235"/>
        </w:rPr>
        <w:t xml:space="preserve"> [1HAX]</w:t>
      </w:r>
      <w:r>
        <w:rPr>
          <w:shd w:val="clear" w:color="auto" w:fill="548235"/>
          <w:color w:val="FFFFFF"/>
        </w:rPr>
        <w:t xml:space="preserve">, and </w:t>
      </w:r>
      <w:r>
        <w:rPr>
          <w:shd w:fill="548235" w:val="clear" w:color="auto"/>
          <w:color w:val="FFFFFF"/>
        </w:rPr>
        <w:t xml:space="preserve">My chosen ones will fully enjoy the work of their hands</w:t>
      </w:r>
      <w:r>
        <w:rPr>
          <w:b w:val="false"/>
          <w:i w:val="false"/>
          <w:color w:val="FFFFFF"/>
          <w:u w:val="none"/>
          <w:shd w:val="clear" w:color="auto" w:fill="548235"/>
        </w:rPr>
        <w:t xml:space="preserve"> [1HAY]</w:t>
      </w:r>
      <w:r>
        <w:rPr>
          <w:shd w:val="clear" w:color="auto" w:fill="548235"/>
          <w:color w:val="FFFFFF"/>
        </w:rPr>
        <w:t xml:space="preserve">.</w:t>
      </w:r>
    </w:p>
    <w:p>
      <w:pPr>
        <w:pStyle w:val="Yellow"/>
        <w:rPr/>
      </w:pPr>
      <w:r>
        <w:rPr>
          <w:b/>
        </w:rPr>
        <w:t>Isaiah 65:23</w:t>
      </w:r>
      <w:r>
        <w:rPr/>
        <w:t xml:space="preserve"> — </w:t>
      </w:r>
      <w:r>
        <w:rPr>
          <w:shd w:val="clear" w:fill="B7DDE8"/>
        </w:rPr>
        <w:t>They will not labor in vain or bear children doomed to disaster</w:t>
      </w:r>
      <w:r>
        <w:rPr>
          <w:b w:val="false"/>
          <w:i w:val="false"/>
          <w:color w:val="000000"/>
          <w:u w:val="none"/>
        </w:rPr>
        <w:t xml:space="preserve"> [1EGS]</w:t>
      </w:r>
      <w:r>
        <w:rPr/>
        <w:t xml:space="preserve">; for </w:t>
      </w:r>
      <w:r>
        <w:rPr>
          <w:shd w:val="clear" w:fill="B7DDE8"/>
        </w:rPr>
        <w:t>they will be a people blessed by the LORD—they and their descendants with them</w:t>
      </w:r>
      <w:r>
        <w:rPr>
          <w:b w:val="false"/>
          <w:i w:val="false"/>
          <w:color w:val="000000"/>
          <w:u w:val="none"/>
        </w:rPr>
        <w:t xml:space="preserve"> [1EGT]</w:t>
      </w:r>
      <w:r>
        <w:rPr/>
        <w:t>.</w:t>
      </w:r>
    </w:p>
    <w:p>
      <w:pPr>
        <w:pStyle w:val="Yellow"/>
        <w:rPr/>
      </w:pPr>
      <w:r>
        <w:rPr>
          <w:b/>
        </w:rPr>
        <w:t>Malachi 3:9-10</w:t>
      </w:r>
      <w:r>
        <w:rPr/>
        <w:t xml:space="preserve"> — </w:t>
      </w:r>
      <w:r>
        <w:rPr>
          <w:shd w:val="clear" w:fill="548235" w:color="auto"/>
          <w:color w:val="FFFFFF"/>
        </w:rPr>
        <w:t>You are cursed with a curse</w:t>
      </w:r>
      <w:r>
        <w:rPr>
          <w:b w:val="false"/>
          <w:i w:val="false"/>
          <w:color w:val="FFFFFF"/>
          <w:u w:val="none"/>
          <w:shd w:val="clear" w:color="auto" w:fill="548235"/>
        </w:rPr>
        <w:t xml:space="preserve"> [1EFQ]</w:t>
      </w:r>
      <w:r>
        <w:rPr>
          <w:shd w:val="clear" w:color="auto" w:fill="548235"/>
          <w:color w:val="FFFFFF"/>
        </w:rPr>
        <w:t xml:space="preserve">, yet </w:t>
      </w:r>
      <w:r>
        <w:rPr>
          <w:shd w:val="clear" w:fill="548235" w:color="auto"/>
          <w:color w:val="FFFFFF"/>
        </w:rPr>
        <w:t>you—the whole nation—are still robbing Me</w:t>
      </w:r>
      <w:r>
        <w:rPr>
          <w:b w:val="false"/>
          <w:i w:val="false"/>
          <w:color w:val="FFFFFF"/>
          <w:u w:val="none"/>
          <w:shd w:val="clear" w:color="auto" w:fill="548235"/>
        </w:rPr>
        <w:t xml:space="preserve"> [1EFR]</w:t>
      </w:r>
      <w:r>
        <w:rPr/>
        <w:t xml:space="preserve">. </w:t>
      </w:r>
      <w:r>
        <w:rPr>
          <w:shd w:val="clear" w:fill="B7DDE8"/>
        </w:rPr>
        <w:t>Bring the full tithe into the storehouse, so that there may be food in My house</w:t>
      </w:r>
      <w:r>
        <w:rPr>
          <w:b w:val="false"/>
          <w:i w:val="false"/>
          <w:color w:val="000000"/>
          <w:u w:val="none"/>
        </w:rPr>
        <w:t xml:space="preserve"> [1EFS]</w:t>
      </w:r>
      <w:r>
        <w:rPr/>
        <w:t xml:space="preserve">. </w:t>
      </w:r>
      <w:r>
        <w:rPr>
          <w:shd w:val="clear" w:fill="B7DDE8"/>
        </w:rPr>
        <w:t>Test Me in this</w:t>
      </w:r>
      <w:r>
        <w:rPr>
          <w:b w:val="false"/>
          <w:i w:val="false"/>
          <w:color w:val="000000"/>
          <w:u w:val="none"/>
        </w:rPr>
        <w:t xml:space="preserve"> [1EFT]</w:t>
      </w:r>
      <w:r>
        <w:rPr/>
        <w:t>,” says the LORD of Hosts. “</w:t>
      </w:r>
      <w:r>
        <w:rPr>
          <w:shd w:val="clear" w:fill="B7DDE8"/>
        </w:rPr>
        <w:t>See if I will not open the windows of heaven and pour out for you blessing without measure</w:t>
      </w:r>
      <w:r>
        <w:rPr>
          <w:b w:val="false"/>
          <w:i w:val="false"/>
          <w:color w:val="000000"/>
          <w:u w:val="none"/>
        </w:rPr>
        <w:t xml:space="preserve"> [1EFU]</w:t>
      </w:r>
      <w:r>
        <w:rPr/>
        <w:t>.</w:t>
      </w:r>
    </w:p>
    <w:p>
      <w:pPr>
        <w:pStyle w:val="Yellow"/>
        <w:rPr/>
      </w:pPr>
      <w:r>
        <w:rPr>
          <w:color w:val="auto"/>
        </w:rPr>
        <w:t xml:space="preserve">(Mal3:10ᶜ If you bring “the full tithe into the storehouse”) </w:t>
      </w:r>
      <w:r>
        <w:rPr>
          <w:b/>
          <w:color w:val="auto"/>
        </w:rPr>
        <w:t xml:space="preserve">Malachi 3:11</w:t>
      </w:r>
      <w:r>
        <w:rPr>
          <w:color w:val="auto"/>
        </w:rPr>
        <w:t xml:space="preserve"> — </w:t>
      </w:r>
      <w:r>
        <w:rPr>
          <w:color w:val="auto"/>
        </w:rPr>
        <w:t xml:space="preserve">I will rebuke the devourer for you</w:t>
      </w:r>
      <w:r>
        <w:rPr>
          <w:b w:val="false"/>
          <w:i w:val="false"/>
          <w:color w:val="auto"/>
          <w:u w:val="none"/>
        </w:rPr>
        <w:t xml:space="preserve"> [1JCP]</w:t>
      </w:r>
      <w:r>
        <w:rPr>
          <w:color w:val="auto"/>
        </w:rPr>
        <w:t xml:space="preserve">, so that </w:t>
      </w:r>
      <w:r>
        <w:rPr>
          <w:color w:val="auto"/>
        </w:rPr>
        <w:t xml:space="preserve">it will not destroy the fruits of your land</w:t>
      </w:r>
      <w:r>
        <w:rPr>
          <w:b w:val="false"/>
          <w:i w:val="false"/>
          <w:color w:val="auto"/>
          <w:u w:val="none"/>
        </w:rPr>
        <w:t xml:space="preserve"> [1JCQ]</w:t>
      </w:r>
      <w:r>
        <w:rPr>
          <w:color w:val="auto"/>
        </w:rPr>
        <w:t xml:space="preserve">, and </w:t>
      </w:r>
      <w:r>
        <w:rPr>
          <w:color w:val="auto"/>
        </w:rPr>
        <w:t xml:space="preserve">the vine in your field will not fail to produce fruit</w:t>
      </w:r>
      <w:r>
        <w:rPr>
          <w:b w:val="false"/>
          <w:i w:val="false"/>
          <w:color w:val="auto"/>
          <w:u w:val="none"/>
        </w:rPr>
        <w:t xml:space="preserve"> [1JCR]</w:t>
      </w:r>
      <w:r>
        <w:rPr>
          <w:color w:val="auto"/>
        </w:rPr>
        <w:t xml:space="preserve">,” says the LORD of Hosts.</w:t>
      </w:r>
    </w:p>
    <w:p>
      <w:pPr>
        <w:pStyle w:val="Yellow"/>
        <w:rPr/>
        <w:pBdr>
          <w:left w:val="single" w:sz="28" w:space="5" w:color="C00000"/>
        </w:pBdr>
      </w:pPr>
      <w:r>
        <w:rPr>
          <w:b/>
        </w:rPr>
        <w:t>Luke 12:24</w:t>
      </w:r>
      <w:r>
        <w:rPr/>
        <w:t xml:space="preserve"> — </w:t>
      </w:r>
      <w:r>
        <w:rPr>
          <w:shd w:fill="F4B183" w:val="clear" w:color="auto"/>
          <w:color w:val="000000"/>
        </w:rPr>
        <w:t>Consider the ravens</w:t>
      </w:r>
      <w:r>
        <w:rPr>
          <w:b w:val="false"/>
          <w:i w:val="false"/>
          <w:color w:val="000000"/>
          <w:u w:val="none"/>
          <w:shd w:val="clear" w:color="auto" w:fill="F4B183"/>
        </w:rPr>
        <w:t xml:space="preserve"> [1MDQ]</w:t>
      </w:r>
      <w:r>
        <w:rPr/>
        <w:t xml:space="preserve">: </w:t>
      </w:r>
      <w:r>
        <w:rPr>
          <w:shd w:fill="F4B183" w:val="clear" w:color="auto"/>
          <w:color w:val="000000"/>
        </w:rPr>
        <w:t>They do not sow or reap, they have no storehouse or barn</w:t>
      </w:r>
      <w:r>
        <w:rPr>
          <w:b w:val="false"/>
          <w:i w:val="false"/>
          <w:color w:val="000000"/>
          <w:u w:val="none"/>
          <w:shd w:val="clear" w:color="auto" w:fill="F4B183"/>
        </w:rPr>
        <w:t xml:space="preserve"> [1MDR]</w:t>
      </w:r>
      <w:r>
        <w:rPr/>
        <w:t xml:space="preserve">; yet </w:t>
      </w:r>
      <w:r>
        <w:rPr>
          <w:color w:val="000000"/>
          <w:shd w:val="clear" w:color="auto" w:fill="D9C3E6"/>
        </w:rPr>
        <w:t>God feeds them</w:t>
      </w:r>
      <w:r>
        <w:rPr>
          <w:b w:val="false"/>
          <w:i w:val="false"/>
          <w:color w:val="000000"/>
          <w:u w:val="none"/>
          <w:shd w:val="clear" w:color="auto" w:fill="F4B183"/>
        </w:rPr>
        <w:t xml:space="preserve"> [2KXO]</w:t>
      </w:r>
      <w:r>
        <w:rPr>
          <w:shd w:val="clear" w:color="auto" w:fill="D9C3E6"/>
        </w:rPr>
        <w:t xml:space="preserve">. </w:t>
      </w:r>
      <w:r>
        <w:rPr>
          <w:shd w:val="clear" w:color="auto" w:fill="D9C3E6"/>
        </w:rPr>
        <w:t>How much more valuable you are than the birds</w:t>
      </w:r>
      <w:r>
        <w:rPr>
          <w:b w:val="false"/>
          <w:i w:val="false"/>
          <w:color w:val="000000"/>
          <w:u w:val="none"/>
        </w:rPr>
        <w:t xml:space="preserve"> [2KXP]</w:t>
      </w:r>
      <w:r>
        <w:rPr>
          <w:shd w:val="clear" w:color="auto" w:fill="D9C3E6"/>
        </w:rPr>
        <w:t>!</w:t>
      </w:r>
    </w:p>
    <w:p>
      <w:pPr>
        <w:pStyle w:val="Yellow"/>
        <w:rPr/>
      </w:pPr>
      <w:r>
        <w:rPr>
          <w:color w:val="auto"/>
        </w:rPr>
        <w:t xml:space="preserve">(Lk22:14 Jesus’ “apostles”) </w:t>
      </w:r>
      <w:r>
        <w:rPr>
          <w:b/>
          <w:color w:val="auto"/>
        </w:rPr>
        <w:t xml:space="preserve">Luke 22:35</w:t>
      </w:r>
      <w:r>
        <w:rPr>
          <w:color w:val="auto"/>
        </w:rPr>
        <w:t xml:space="preserve"> — Jesus asked {them}, “</w:t>
      </w:r>
      <w:r>
        <w:rPr>
          <w:color w:val="auto"/>
        </w:rPr>
        <w:t xml:space="preserve">When I sent you out without purse or bag or sandals</w:t>
      </w:r>
      <w:r>
        <w:rPr>
          <w:b w:val="false"/>
          <w:i w:val="false"/>
          <w:color w:val="auto"/>
          <w:u w:val="none"/>
        </w:rPr>
        <w:t xml:space="preserve"> [1LRN]</w:t>
      </w:r>
      <w:r>
        <w:rPr>
          <w:color w:val="auto"/>
        </w:rPr>
        <w:t xml:space="preserve">, </w:t>
      </w:r>
      <w:r>
        <w:rPr>
          <w:color w:val="auto"/>
        </w:rPr>
        <w:t xml:space="preserve">did you lack anything?” “Nothing,” they answered</w:t>
      </w:r>
      <w:r>
        <w:rPr>
          <w:b w:val="false"/>
          <w:i w:val="false"/>
          <w:color w:val="auto"/>
          <w:u w:val="none"/>
        </w:rPr>
        <w:t xml:space="preserve"> [1LRO]</w:t>
      </w:r>
      <w:r>
        <w:rPr>
          <w:color w:val="auto"/>
        </w:rPr>
        <w:t xml:space="preserve">.</w:t>
      </w:r>
    </w:p>
    <w:p>
      <w:pPr>
        <w:pStyle w:val="Yellow"/>
        <w:rPr/>
      </w:pPr>
      <w:r>
        <w:rPr>
          <w:u w:val="none"/>
        </w:rPr>
        <w:t xml:space="preserve">(Jn4:13 “Everyone who drinks this water will be thirsty again”) </w:t>
      </w:r>
      <w:r>
        <w:rPr>
          <w:b/>
          <w:u w:val="none"/>
        </w:rPr>
        <w:t>John 4:14</w:t>
      </w:r>
      <w:r>
        <w:rPr>
          <w:u w:val="none"/>
        </w:rPr>
        <w:t xml:space="preserve"> — {But} </w:t>
      </w:r>
      <w:r>
        <w:rPr>
          <w:u w:val="none"/>
          <w:shd w:val="clear" w:fill="B7DDE8"/>
        </w:rPr>
        <w:t>whoever drinks the water I give him will never thirst</w:t>
      </w:r>
      <w:r>
        <w:rPr>
          <w:b w:val="false"/>
          <w:i w:val="false"/>
          <w:color w:val="000000"/>
          <w:u w:val="none"/>
        </w:rPr>
        <w:t xml:space="preserve"> [1CMI]</w:t>
      </w:r>
      <w:r>
        <w:rPr>
          <w:u w:val="none"/>
        </w:rPr>
        <w:t xml:space="preserve">. Indeed, </w:t>
      </w:r>
      <w:r>
        <w:rPr>
          <w:u w:val="none"/>
          <w:shd w:val="clear" w:fill="B7DDE8"/>
        </w:rPr>
        <w:t>the water I give him will become in him a fount of water springing up to eternal life</w:t>
      </w:r>
      <w:r>
        <w:rPr>
          <w:b w:val="false"/>
          <w:i w:val="false"/>
          <w:color w:val="000000"/>
          <w:u w:val="none"/>
        </w:rPr>
        <w:t xml:space="preserve"> [1CMJ]</w:t>
      </w:r>
      <w:r>
        <w:rPr>
          <w:u w:val="none"/>
        </w:rPr>
        <w:t>.”</w:t>
      </w:r>
    </w:p>
    <w:p>
      <w:pPr>
        <w:pStyle w:val="Yellow"/>
        <w:rPr/>
      </w:pPr>
      <w:r>
        <w:rPr>
          <w:b/>
        </w:rPr>
        <w:t>John 6:27</w:t>
      </w:r>
      <w:r>
        <w:rPr/>
        <w:t xml:space="preserve"> — </w:t>
      </w:r>
      <w:r>
        <w:rPr>
          <w:shd w:val="clear" w:fill="B7DDE8"/>
        </w:rPr>
        <w:t>Do not work for food that perishes</w:t>
      </w:r>
      <w:r>
        <w:rPr>
          <w:b w:val="false"/>
          <w:i w:val="false"/>
          <w:u w:val="none"/>
          <w:color w:val="000000"/>
        </w:rPr>
        <w:t xml:space="preserve"> [1CLF]</w:t>
      </w:r>
      <w:r>
        <w:rPr/>
        <w:t xml:space="preserve">, but for </w:t>
      </w:r>
      <w:r>
        <w:rPr>
          <w:shd w:val="clear" w:fill="B7DDE8"/>
        </w:rPr>
        <w:t>food that endures to eternal life</w:t>
      </w:r>
      <w:r>
        <w:rPr>
          <w:b w:val="false"/>
          <w:i w:val="false"/>
          <w:u w:val="none"/>
          <w:color w:val="000000"/>
        </w:rPr>
        <w:t xml:space="preserve"> [1CLG]</w:t>
      </w:r>
      <w:r>
        <w:rPr/>
        <w:t xml:space="preserve">, </w:t>
      </w:r>
      <w:r>
        <w:rPr>
          <w:shd w:val="clear" w:fill="B7DDE8"/>
        </w:rPr>
        <w:t>which the Son of Man will give you</w:t>
      </w:r>
      <w:r>
        <w:rPr>
          <w:b w:val="false"/>
          <w:i w:val="false"/>
          <w:color w:val="000000"/>
          <w:u w:val="none"/>
        </w:rPr>
        <w:t xml:space="preserve"> [1CLH]</w:t>
      </w:r>
      <w:r>
        <w:rPr/>
        <w:t>.</w:t>
      </w:r>
    </w:p>
    <w:p>
      <w:pPr>
        <w:pStyle w:val="Yellow"/>
        <w:rPr/>
      </w:pPr>
      <w:r>
        <w:rPr>
          <w:color w:val="000000"/>
        </w:rPr>
        <w:t xml:space="preserve">(Jn6:35 Jesus) </w:t>
      </w:r>
      <w:r>
        <w:rPr>
          <w:b/>
          <w:color w:val="000000"/>
        </w:rPr>
        <w:t>John 6:32</w:t>
      </w:r>
      <w:r>
        <w:rPr>
          <w:color w:val="000000"/>
        </w:rPr>
        <w:t xml:space="preserve"> — </w:t>
      </w:r>
      <w:r>
        <w:rPr>
          <w:color w:val="000000"/>
        </w:rPr>
        <w:t>it is My Father who gives you the true bread from heaven</w:t>
      </w:r>
      <w:r>
        <w:rPr>
          <w:b w:val="false"/>
          <w:i w:val="false"/>
          <w:color w:val="000000"/>
          <w:u w:val="none"/>
        </w:rPr>
        <w:t xml:space="preserve"> [1EBK]</w:t>
      </w:r>
      <w:r>
        <w:rPr>
          <w:color w:val="000000"/>
        </w:rPr>
        <w:t xml:space="preserve">. For </w:t>
      </w:r>
      <w:r>
        <w:rPr>
          <w:color w:val="000000"/>
        </w:rPr>
        <w:t>the bread of God is {He} who comes down from heaven and gives life to the world</w:t>
      </w:r>
      <w:r>
        <w:rPr>
          <w:b w:val="false"/>
          <w:i w:val="false"/>
          <w:color w:val="000000"/>
          <w:u w:val="none"/>
        </w:rPr>
        <w:t xml:space="preserve"> [2EBJ]</w:t>
      </w:r>
      <w:r>
        <w:rPr>
          <w:color w:val="000000"/>
        </w:rPr>
        <w:t>.”</w:t>
      </w:r>
    </w:p>
    <w:p>
      <w:pPr>
        <w:pStyle w:val="Yellow"/>
        <w:rPr/>
        <w:shd w:val="clear" w:color="auto" w:fill="E4DFEC"/>
        <w:pBdr>
          <w:left w:val="single" w:sz="28" w:space="5" w:color="7030A0"/>
        </w:pBdr>
      </w:pPr>
      <w:r>
        <w:rPr>
          <w:shd w:val="clear" w:color="auto" w:fill="548235"/>
          <w:color w:val="FFFFFF"/>
        </w:rPr>
        <w:t xml:space="preserve">(Jn6:35 Jesus: “I am the bread of life”) </w:t>
      </w:r>
      <w:r>
        <w:rPr>
          <w:b/>
          <w:shd w:val="clear" w:color="auto" w:fill="548235"/>
          <w:color w:val="FFFFFF"/>
        </w:rPr>
        <w:t>John 6:33</w:t>
      </w:r>
      <w:r>
        <w:rPr>
          <w:shd w:val="clear" w:color="auto" w:fill="548235"/>
          <w:color w:val="FFFFFF"/>
        </w:rPr>
        <w:t xml:space="preserve"> — For </w:t>
      </w:r>
      <w:r>
        <w:rPr>
          <w:shd w:val="clear" w:fill="548235" w:color="auto"/>
          <w:color w:val="FFFFFF"/>
        </w:rPr>
        <w:t>the bread of God is {He} who comes down from heaven and gives life to the world</w:t>
      </w:r>
      <w:r>
        <w:rPr>
          <w:b w:val="false"/>
          <w:i w:val="false"/>
          <w:color w:val="FFFFFF"/>
          <w:u w:val="none"/>
          <w:shd w:val="clear" w:color="auto" w:fill="548235"/>
        </w:rPr>
        <w:t xml:space="preserve"> [2EBJ]</w:t>
      </w:r>
      <w:r>
        <w:rPr>
          <w:shd w:val="clear" w:color="auto" w:fill="548235"/>
          <w:color w:val="FFFFFF"/>
        </w:rPr>
        <w:t>.”</w:t>
      </w:r>
    </w:p>
    <w:p>
      <w:pPr>
        <w:pStyle w:val="Yellow"/>
        <w:rPr/>
      </w:pPr>
      <w:r>
        <w:rPr>
          <w:b/>
        </w:rPr>
        <w:t>John 6:35</w:t>
      </w:r>
      <w:r>
        <w:rPr/>
        <w:t xml:space="preserve"> — “</w:t>
      </w:r>
      <w:r>
        <w:rPr>
          <w:shd w:val="clear" w:color="auto" w:fill="D9C3E6"/>
        </w:rPr>
        <w:t>I am the bread of life</w:t>
      </w:r>
      <w:r>
        <w:rPr>
          <w:b w:val="false"/>
          <w:i w:val="false"/>
          <w:color w:val="000000"/>
          <w:u w:val="none"/>
        </w:rPr>
        <w:t xml:space="preserve"> [2CHA]</w:t>
      </w:r>
      <w:r>
        <w:rPr>
          <w:shd w:val="clear" w:color="auto" w:fill="D9C3E6"/>
        </w:rPr>
        <w:t xml:space="preserve">. </w:t>
      </w:r>
      <w:r>
        <w:rPr>
          <w:shd w:val="clear" w:fill="B7DDE8"/>
        </w:rPr>
        <w:t>Whoever comes to Me will never hunger</w:t>
      </w:r>
      <w:r>
        <w:rPr>
          <w:b w:val="false"/>
          <w:i w:val="false"/>
          <w:color w:val="000000"/>
          <w:u w:val="none"/>
        </w:rPr>
        <w:t xml:space="preserve"> [1DIN]</w:t>
      </w:r>
      <w:r>
        <w:rPr/>
        <w:t xml:space="preserve">, and </w:t>
      </w:r>
      <w:r>
        <w:rPr>
          <w:shd w:val="clear" w:fill="B7DDE8"/>
        </w:rPr>
        <w:t>whoever believes in Me will never thirst</w:t>
      </w:r>
      <w:r>
        <w:rPr>
          <w:b w:val="false"/>
          <w:i w:val="false"/>
          <w:color w:val="000000"/>
          <w:u w:val="none"/>
        </w:rPr>
        <w:t xml:space="preserve"> [1DIO]</w:t>
      </w:r>
      <w:r>
        <w:rPr/>
        <w:t>.</w:t>
      </w:r>
    </w:p>
    <w:p>
      <w:pPr>
        <w:pStyle w:val="Yellow"/>
        <w:rPr/>
        <w:shd w:val="clear" w:color="auto" w:fill="E4DFEC"/>
        <w:pBdr>
          <w:left w:val="single" w:sz="28" w:space="5" w:color="7030A0"/>
        </w:pBdr>
      </w:pPr>
      <w:r>
        <w:rPr/>
        <w:t xml:space="preserve">(Jn6:48 Jesus is “the bread of life”) </w:t>
      </w:r>
      <w:r>
        <w:rPr>
          <w:b/>
        </w:rPr>
        <w:t xml:space="preserve">John 6:50</w:t>
      </w:r>
      <w:r>
        <w:rPr/>
        <w:t xml:space="preserve"> — </w:t>
      </w:r>
      <w:r>
        <w:rPr>
          <w:shd w:fill="B7DDE8" w:val="clear"/>
        </w:rPr>
        <w:t xml:space="preserve">{This} is the bread that comes down from heaven</w:t>
      </w:r>
      <w:r>
        <w:rPr>
          <w:b w:val="false"/>
          <w:i w:val="false"/>
          <w:u w:val="none"/>
          <w:color w:val="000000"/>
        </w:rPr>
        <w:t xml:space="preserve"> [2CHB]</w:t>
      </w:r>
      <w:r>
        <w:rPr/>
        <w:t xml:space="preserve">, </w:t>
      </w:r>
      <w:r>
        <w:rPr>
          <w:shd w:fill="B7DDE8" w:val="clear"/>
        </w:rPr>
        <w:t xml:space="preserve">so that anyone may eat of it and not die</w:t>
      </w:r>
      <w:r>
        <w:rPr>
          <w:b w:val="false"/>
          <w:i w:val="false"/>
          <w:color w:val="000000"/>
          <w:u w:val="none"/>
        </w:rPr>
        <w:t xml:space="preserve"> [3CHC]</w:t>
      </w:r>
      <w:r>
        <w:rPr/>
        <w:t xml:space="preserve">.</w:t>
      </w:r>
    </w:p>
    <w:p>
      <w:pPr>
        <w:pStyle w:val="Yellow"/>
        <w:rPr/>
      </w:pPr>
      <w:r>
        <w:rPr>
          <w:b/>
        </w:rPr>
        <w:t>John 6:51</w:t>
      </w:r>
      <w:r>
        <w:rPr/>
        <w:t xml:space="preserve"> — </w:t>
      </w:r>
      <w:r>
        <w:rPr>
          <w:shd w:val="clear" w:fill="B7DDE8"/>
        </w:rPr>
        <w:t>I am the living bread</w:t>
      </w:r>
      <w:r>
        <w:rPr>
          <w:b w:val="false"/>
          <w:i w:val="false"/>
          <w:color w:val="000000"/>
          <w:u w:val="none"/>
        </w:rPr>
        <w:t xml:space="preserve"> [2CHA]</w:t>
      </w:r>
      <w:r>
        <w:rPr>
          <w:shd w:val="clear" w:fill="B7DDE8"/>
        </w:rPr>
        <w:t xml:space="preserve"> that came down from heaven</w:t>
      </w:r>
      <w:r>
        <w:rPr>
          <w:b w:val="false"/>
          <w:i w:val="false"/>
          <w:color w:val="000000"/>
          <w:u w:val="none"/>
        </w:rPr>
        <w:t xml:space="preserve"> [2CHB]</w:t>
      </w:r>
      <w:r>
        <w:rPr/>
        <w:t xml:space="preserve">. </w:t>
      </w:r>
      <w:r>
        <w:rPr>
          <w:shd w:val="clear" w:fill="B7DDE8"/>
        </w:rPr>
        <w:t>If anyone eats of this bread, he will live forever</w:t>
      </w:r>
      <w:r>
        <w:rPr>
          <w:b w:val="false"/>
          <w:i w:val="false"/>
          <w:color w:val="000000"/>
          <w:u w:val="none"/>
        </w:rPr>
        <w:t xml:space="preserve"> [3CHC]</w:t>
      </w:r>
      <w:r>
        <w:rPr/>
        <w:t xml:space="preserve">. And </w:t>
      </w:r>
      <w:r>
        <w:rPr>
          <w:shd w:val="clear" w:fill="B7DDE8"/>
        </w:rPr>
        <w:t>this bread, which I will give for the life of the world, is My flesh</w:t>
      </w:r>
      <w:r>
        <w:rPr>
          <w:b w:val="false"/>
          <w:i w:val="false"/>
          <w:color w:val="000000"/>
          <w:u w:val="none"/>
        </w:rPr>
        <w:t xml:space="preserve"> [1CHD]</w:t>
      </w:r>
      <w:r>
        <w:rPr/>
        <w:t>.”</w:t>
      </w:r>
    </w:p>
    <w:p>
      <w:pPr>
        <w:pStyle w:val="Yellow"/>
        <w:rPr/>
      </w:pPr>
      <w:r>
        <w:rPr/>
        <w:t xml:space="preserve">(Jn7:39 “the Spirit”) </w:t>
      </w:r>
      <w:r>
        <w:rPr>
          <w:b/>
        </w:rPr>
        <w:t>John 7:37–38</w:t>
      </w:r>
      <w:r>
        <w:rPr/>
        <w:t xml:space="preserve"> — “</w:t>
      </w:r>
      <w:r>
        <w:rPr>
          <w:shd w:fill="B7DDE8" w:val="clear"/>
        </w:rPr>
        <w:t>If anyone is thirsty, let him come to Me and drink</w:t>
      </w:r>
      <w:r>
        <w:rPr>
          <w:b w:val="false"/>
          <w:i w:val="false"/>
          <w:color w:val="000000"/>
          <w:u w:val="none"/>
        </w:rPr>
        <w:t xml:space="preserve"> [1AAE]</w:t>
      </w:r>
      <w:r>
        <w:rPr/>
        <w:t xml:space="preserve">. </w:t>
      </w:r>
      <w:r>
        <w:rPr>
          <w:shd w:fill="B7DDE8" w:val="clear"/>
        </w:rPr>
        <w:t xml:space="preserve">Whoever </w:t>
      </w:r>
      <w:r>
        <w:rPr>
          <w:shd w:fill="B7DDE8" w:val="clear"/>
        </w:rPr>
        <w:t>believes</w:t>
      </w:r>
      <w:r>
        <w:rPr>
          <w:shd w:fill="B7DDE8" w:val="clear"/>
        </w:rPr>
        <w:t xml:space="preserve"> in Me, as the Scripture has said: ‘{Streams of living water} will flow from within him</w:t>
      </w:r>
      <w:r>
        <w:rPr>
          <w:b w:val="false"/>
          <w:i w:val="false"/>
          <w:color w:val="000000"/>
          <w:u w:val="none"/>
        </w:rPr>
        <w:t xml:space="preserve"> [1AAF]</w:t>
      </w:r>
      <w:r>
        <w:rPr/>
        <w:t>.’”</w:t>
      </w:r>
    </w:p>
    <w:p>
      <w:pPr>
        <w:pStyle w:val="Yellow"/>
        <w:rPr/>
      </w:pPr>
      <w:r>
        <w:rPr>
          <w:b/>
          <w:u w:val="none"/>
        </w:rPr>
        <w:t>Acts 17:24-25</w:t>
      </w:r>
      <w:r>
        <w:rPr>
          <w:u w:val="none"/>
        </w:rPr>
        <w:t xml:space="preserve"> — </w:t>
      </w:r>
      <w:r>
        <w:rPr>
          <w:u w:val="none"/>
          <w:shd w:fill="B7DDE8" w:val="clear"/>
        </w:rPr>
        <w:t>The God who made the world and everything in it</w:t>
      </w:r>
      <w:r>
        <w:rPr>
          <w:b w:val="false"/>
          <w:i w:val="false"/>
          <w:color w:val="000000"/>
          <w:u w:val="none"/>
        </w:rPr>
        <w:t xml:space="preserve"> [8FV]</w:t>
      </w:r>
      <w:r>
        <w:rPr>
          <w:u w:val="none"/>
        </w:rPr>
        <w:t xml:space="preserve"> </w:t>
      </w:r>
      <w:r>
        <w:rPr>
          <w:u w:val="none"/>
          <w:shd w:fill="B7DDE8" w:val="clear"/>
        </w:rPr>
        <w:t>is the Lord of heaven and earth</w:t>
      </w:r>
      <w:r>
        <w:rPr>
          <w:b w:val="false"/>
          <w:i w:val="false"/>
          <w:color w:val="000000"/>
          <w:u w:val="none"/>
        </w:rPr>
        <w:t xml:space="preserve"> [1LO]</w:t>
      </w:r>
      <w:r>
        <w:rPr>
          <w:u w:val="none"/>
        </w:rPr>
        <w:t xml:space="preserve"> and </w:t>
      </w:r>
      <w:r>
        <w:rPr>
          <w:u w:val="none"/>
          <w:shd w:fill="B7DDE8" w:val="clear"/>
        </w:rPr>
        <w:t>does not live in temples made by human hands</w:t>
      </w:r>
      <w:r>
        <w:rPr>
          <w:b w:val="false"/>
          <w:i w:val="false"/>
          <w:color w:val="000000"/>
          <w:u w:val="none"/>
        </w:rPr>
        <w:t xml:space="preserve"> [2JZ]</w:t>
      </w:r>
      <w:r>
        <w:rPr>
          <w:u w:val="none"/>
        </w:rPr>
        <w:t xml:space="preserve">. </w:t>
      </w:r>
      <w:r>
        <w:rPr>
          <w:u w:val="none"/>
          <w:shd w:fill="B7DDE8" w:val="clear"/>
        </w:rPr>
        <w:t>Nor is He served by human hands, as if He needed anything</w:t>
      </w:r>
      <w:r>
        <w:rPr>
          <w:b w:val="false"/>
          <w:i w:val="false"/>
          <w:color w:val="000000"/>
          <w:u w:val="none"/>
        </w:rPr>
        <w:t xml:space="preserve"> [1KA]</w:t>
      </w:r>
      <w:r>
        <w:rPr>
          <w:u w:val="none"/>
        </w:rPr>
        <w:t xml:space="preserve">, because </w:t>
      </w:r>
      <w:r>
        <w:rPr>
          <w:u w:val="none"/>
          <w:shd w:fill="B7DDE8" w:val="clear"/>
        </w:rPr>
        <w:t>He Himself gives everyone life and breath and everything else</w:t>
      </w:r>
      <w:r>
        <w:rPr>
          <w:b w:val="false"/>
          <w:i w:val="false"/>
          <w:color w:val="000000"/>
          <w:u w:val="none"/>
        </w:rPr>
        <w:t xml:space="preserve"> [1KB]</w:t>
      </w:r>
      <w:r>
        <w:rPr>
          <w:u w:val="none"/>
        </w:rPr>
        <w:t>.</w:t>
      </w:r>
    </w:p>
    <w:p>
      <w:pPr>
        <w:pStyle w:val="Yellow"/>
        <w:rPr/>
      </w:pPr>
      <w:r>
        <w:rPr/>
        <w:t xml:space="preserve">(2Co9:6ᶜ give “generously”) </w:t>
      </w:r>
      <w:r>
        <w:rPr>
          <w:b/>
        </w:rPr>
        <w:t>2 Corinthians 9:8</w:t>
      </w:r>
      <w:r>
        <w:rPr/>
        <w:t xml:space="preserve"> — {And} </w:t>
      </w:r>
      <w:r>
        <w:rPr>
          <w:shd w:fill="B7DDE8" w:val="clear"/>
        </w:rPr>
        <w:t>God is able to make all grace abound to you</w:t>
      </w:r>
      <w:r>
        <w:rPr>
          <w:b w:val="false"/>
          <w:i w:val="false"/>
          <w:color w:val="000000"/>
          <w:u w:val="none"/>
        </w:rPr>
        <w:t xml:space="preserve"> [1FRG]</w:t>
      </w:r>
      <w:r>
        <w:rPr/>
        <w:t xml:space="preserve">, so that </w:t>
      </w:r>
      <w:r>
        <w:rPr>
          <w:shd w:fill="B7DDE8" w:val="clear"/>
        </w:rPr>
        <w:t>in all things, at all times, having all that you need</w:t>
      </w:r>
      <w:r>
        <w:rPr>
          <w:b w:val="false"/>
          <w:i w:val="false"/>
          <w:color w:val="000000"/>
          <w:u w:val="none"/>
        </w:rPr>
        <w:t xml:space="preserve"> [1FRH]</w:t>
      </w:r>
      <w:r>
        <w:rPr/>
        <w:t xml:space="preserve">, </w:t>
      </w:r>
      <w:r>
        <w:rPr>
          <w:shd w:fill="B7DDE8" w:val="clear"/>
        </w:rPr>
        <w:t>you will abound in every good work</w:t>
      </w:r>
      <w:r>
        <w:rPr>
          <w:b w:val="false"/>
          <w:i w:val="false"/>
          <w:color w:val="000000"/>
          <w:u w:val="none"/>
        </w:rPr>
        <w:t xml:space="preserve"> [1FRI]</w:t>
      </w:r>
      <w:r>
        <w:rPr/>
        <w:t>.</w:t>
      </w:r>
    </w:p>
    <w:p>
      <w:pPr>
        <w:pStyle w:val="Yellow"/>
        <w:rPr/>
      </w:pPr>
      <w:r>
        <w:rPr>
          <w:u w:val="none"/>
          <w:shd w:val="clear" w:color="auto" w:fill="548235"/>
          <w:color w:val="FFFFFF"/>
        </w:rPr>
        <w:t xml:space="preserve">(2Co9:8 “God”) </w:t>
      </w:r>
      <w:r>
        <w:rPr>
          <w:b/>
          <w:u w:val="none"/>
          <w:shd w:val="clear" w:color="auto" w:fill="548235"/>
          <w:color w:val="FFFFFF"/>
        </w:rPr>
        <w:t>2 Corinthians 9:10</w:t>
      </w:r>
      <w:r>
        <w:rPr>
          <w:u w:val="none"/>
          <w:shd w:val="clear" w:color="auto" w:fill="548235"/>
          <w:color w:val="FFFFFF"/>
        </w:rPr>
        <w:t xml:space="preserve"> — Now </w:t>
      </w:r>
      <w:r>
        <w:rPr>
          <w:u w:val="none"/>
          <w:shd w:val="clear" w:fill="548235" w:color="auto"/>
          <w:color w:val="FFFFFF"/>
        </w:rPr>
        <w:t>{He} who supplies seed to the sower and bread for food</w:t>
      </w:r>
      <w:r>
        <w:rPr>
          <w:b w:val="false"/>
          <w:i w:val="false"/>
          <w:color w:val="FFFFFF"/>
          <w:u w:val="none"/>
          <w:shd w:val="clear" w:color="auto" w:fill="548235"/>
        </w:rPr>
        <w:t xml:space="preserve"> [1EEP]</w:t>
      </w:r>
      <w:r>
        <w:rPr>
          <w:u w:val="none"/>
          <w:shd w:val="clear" w:color="auto" w:fill="548235"/>
          <w:color w:val="FFFFFF"/>
        </w:rPr>
        <w:t xml:space="preserve"> </w:t>
      </w:r>
      <w:r>
        <w:rPr>
          <w:u w:val="none"/>
          <w:shd w:val="clear" w:fill="548235" w:color="auto"/>
          <w:color w:val="FFFFFF"/>
        </w:rPr>
        <w:t>will supply and multiply your store of seed</w:t>
      </w:r>
      <w:r>
        <w:rPr>
          <w:b w:val="false"/>
          <w:i w:val="false"/>
          <w:color w:val="FFFFFF"/>
          <w:u w:val="none"/>
          <w:shd w:val="clear" w:color="auto" w:fill="548235"/>
        </w:rPr>
        <w:t xml:space="preserve"> [1EEQ]</w:t>
      </w:r>
      <w:r>
        <w:rPr>
          <w:u w:val="none"/>
          <w:shd w:val="clear" w:color="auto" w:fill="548235"/>
          <w:color w:val="FFFFFF"/>
        </w:rPr>
        <w:t xml:space="preserve"> and </w:t>
      </w:r>
      <w:r>
        <w:rPr>
          <w:u w:val="none"/>
          <w:shd w:val="clear" w:fill="548235" w:color="auto"/>
          <w:color w:val="FFFFFF"/>
        </w:rPr>
        <w:t>will increase the harvest of your righteousness</w:t>
      </w:r>
      <w:r>
        <w:rPr>
          <w:b w:val="false"/>
          <w:i w:val="false"/>
          <w:color w:val="FFFFFF"/>
          <w:u w:val="none"/>
          <w:shd w:val="clear" w:color="auto" w:fill="548235"/>
        </w:rPr>
        <w:t xml:space="preserve"> [1EER]</w:t>
      </w:r>
      <w:r>
        <w:rPr>
          <w:u w:val="none"/>
          <w:shd w:val="clear" w:color="auto" w:fill="548235"/>
          <w:color w:val="FFFFFF"/>
        </w:rPr>
        <w:t>.</w:t>
      </w:r>
    </w:p>
    <w:p>
      <w:pPr>
        <w:pStyle w:val="Yellow"/>
        <w:rPr/>
      </w:pPr>
      <w:r>
        <w:rPr>
          <w:b/>
          <w:u w:val="none"/>
        </w:rPr>
        <w:t xml:space="preserve">Ephesians 6:2–3</w:t>
      </w:r>
      <w:r>
        <w:rPr>
          <w:u w:val="none"/>
        </w:rPr>
        <w:t xml:space="preserve"> — “</w:t>
      </w:r>
      <w:r>
        <w:rPr>
          <w:u w:val="none"/>
          <w:shd w:fill="B7DDE8" w:val="clear"/>
        </w:rPr>
        <w:t xml:space="preserve">Honor your father and mother</w:t>
      </w:r>
      <w:r>
        <w:rPr>
          <w:b w:val="false"/>
          <w:i w:val="false"/>
          <w:color w:val="000000"/>
          <w:u w:val="none"/>
        </w:rPr>
        <w:t xml:space="preserve"> [4FZL]</w:t>
      </w:r>
      <w:r>
        <w:rPr>
          <w:u w:val="none"/>
        </w:rPr>
        <w:t xml:space="preserve">” (</w:t>
      </w:r>
      <w:r>
        <w:rPr>
          <w:u w:val="none"/>
          <w:shd w:fill="B7DDE8" w:val="clear"/>
        </w:rPr>
        <w:t xml:space="preserve">which is the first commandment with a promise</w:t>
      </w:r>
      <w:r>
        <w:rPr>
          <w:b w:val="false"/>
          <w:i w:val="false"/>
          <w:color w:val="000000"/>
          <w:u w:val="none"/>
        </w:rPr>
        <w:t xml:space="preserve"> [1FZN]</w:t>
      </w:r>
      <w:r>
        <w:rPr>
          <w:u w:val="none"/>
        </w:rPr>
        <w:t xml:space="preserve">), “that </w:t>
      </w:r>
      <w:r>
        <w:rPr>
          <w:u w:val="none"/>
          <w:shd w:fill="B7DDE8" w:val="clear"/>
        </w:rPr>
        <w:t xml:space="preserve">it may go well with you</w:t>
      </w:r>
      <w:r>
        <w:rPr>
          <w:b w:val="false"/>
          <w:i w:val="false"/>
          <w:u w:val="none"/>
          <w:color w:val="000000"/>
        </w:rPr>
        <w:t xml:space="preserve"> [3AMQ]</w:t>
      </w:r>
      <w:r>
        <w:rPr>
          <w:u w:val="none"/>
        </w:rPr>
        <w:t xml:space="preserve"> and that </w:t>
      </w:r>
      <w:r>
        <w:rPr>
          <w:u w:val="none"/>
          <w:shd w:fill="B7DDE8" w:val="clear"/>
        </w:rPr>
        <w:t xml:space="preserve">you may have a long life on the earth</w:t>
      </w:r>
      <w:r>
        <w:rPr>
          <w:b w:val="false"/>
          <w:i w:val="false"/>
          <w:color w:val="000000"/>
          <w:u w:val="none"/>
        </w:rPr>
        <w:t xml:space="preserve"> [1FZO]</w:t>
      </w:r>
      <w:r>
        <w:rPr>
          <w:u w:val="none"/>
        </w:rPr>
        <w:t xml:space="preserve">.”</w:t>
      </w:r>
    </w:p>
    <w:p>
      <w:pPr>
        <w:pStyle w:val="Yellow"/>
        <w:rPr/>
      </w:pPr>
      <w:r>
        <w:rPr/>
        <w:t xml:space="preserve">(Pp4:14–18ᶜ Shared “my affliction” giving “gifts”) </w:t>
      </w:r>
      <w:r>
        <w:rPr>
          <w:b/>
        </w:rPr>
        <w:t>Philippians 4:19</w:t>
      </w:r>
      <w:r>
        <w:rPr/>
        <w:t xml:space="preserve"> — {And} </w:t>
      </w:r>
      <w:r>
        <w:rPr>
          <w:shd w:val="clear" w:fill="B7DDE8"/>
        </w:rPr>
        <w:t>my God will supply all your needs according to His glorious riches in Christ Jesus</w:t>
      </w:r>
      <w:r>
        <w:rPr>
          <w:b w:val="false"/>
          <w:i w:val="false"/>
          <w:color w:val="000000"/>
          <w:u w:val="none"/>
        </w:rPr>
        <w:t xml:space="preserve"> [1EMC]</w:t>
      </w:r>
      <w:r>
        <w:rPr/>
        <w:t>.</w:t>
      </w:r>
    </w:p>
    <w:p>
      <w:pPr>
        <w:pStyle w:val="Yellow"/>
        <w:rPr/>
        <w:pBdr>
          <w:left w:val="single" w:sz="28" w:space="5" w:color="C00000"/>
        </w:pBdr>
      </w:pPr>
      <w:r>
        <w:rPr>
          <w:b/>
          <w:shd w:val="clear" w:color="auto" w:fill="548235"/>
          <w:color w:val="FFFFFF"/>
        </w:rPr>
        <w:t>1 Timothy 6:17</w:t>
      </w:r>
      <w:r>
        <w:rPr>
          <w:shd w:val="clear" w:color="auto" w:fill="548235"/>
          <w:color w:val="FFFFFF"/>
        </w:rPr>
        <w:t xml:space="preserve"> — </w:t>
      </w:r>
      <w:r>
        <w:rPr>
          <w:shd w:val="clear" w:fill="548235" w:color="auto"/>
          <w:color w:val="FFFFFF"/>
        </w:rPr>
        <w:t>Instruct those who are rich in the present age not to be conceited</w:t>
      </w:r>
      <w:r>
        <w:rPr>
          <w:b w:val="false"/>
          <w:i w:val="false"/>
          <w:u w:val="none"/>
          <w:color w:val="FFFFFF"/>
          <w:shd w:val="clear" w:color="auto" w:fill="548235"/>
        </w:rPr>
        <w:t xml:space="preserve"> [1DGZ]</w:t>
      </w:r>
      <w:r>
        <w:rPr>
          <w:shd w:val="clear" w:color="auto" w:fill="548235"/>
          <w:color w:val="FFFFFF"/>
        </w:rPr>
        <w:t xml:space="preserve"> and </w:t>
      </w:r>
      <w:r>
        <w:rPr>
          <w:shd w:val="clear" w:fill="548235" w:color="auto"/>
          <w:color w:val="FFFFFF"/>
        </w:rPr>
        <w:t>not to put their hope in the uncertainty of wealth, but in God</w:t>
      </w:r>
      <w:r>
        <w:rPr>
          <w:b w:val="false"/>
          <w:i w:val="false"/>
          <w:color w:val="FFFFFF"/>
          <w:u w:val="none"/>
          <w:shd w:val="clear" w:color="auto" w:fill="548235"/>
        </w:rPr>
        <w:t xml:space="preserve"> [1DHA]</w:t>
      </w:r>
      <w:r>
        <w:rPr>
          <w:shd w:val="clear" w:color="auto" w:fill="548235"/>
          <w:color w:val="FFFFFF"/>
        </w:rPr>
        <w:t xml:space="preserve">, </w:t>
      </w:r>
      <w:r>
        <w:rPr>
          <w:shd w:val="clear" w:fill="548235" w:color="auto"/>
          <w:color w:val="FFFFFF"/>
        </w:rPr>
        <w:t>who richly provides all things for us to enjoy</w:t>
      </w:r>
      <w:r>
        <w:rPr>
          <w:b w:val="false"/>
          <w:i w:val="false"/>
          <w:u w:val="none"/>
          <w:color w:val="FFFFFF"/>
          <w:shd w:val="clear" w:color="auto" w:fill="548235"/>
        </w:rPr>
        <w:t xml:space="preserve"> [1DHB]</w:t>
      </w:r>
      <w:r>
        <w:rPr>
          <w:shd w:val="clear" w:color="auto" w:fill="548235"/>
          <w:color w:val="FFFFFF"/>
        </w:rPr>
        <w:t>.</w:t>
      </w:r>
    </w:p>
    <w:p>
      <w:pPr>
        <w:pStyle w:val="Yellow"/>
        <w:rPr/>
      </w:pPr>
      <w:r>
        <w:rPr>
          <w:color w:val="auto"/>
        </w:rPr>
        <w:t xml:space="preserve">(Re7:14ᶜ Those who “washed their robes”) </w:t>
      </w:r>
      <w:r>
        <w:rPr>
          <w:b/>
          <w:color w:val="auto"/>
        </w:rPr>
        <w:t>Revelation 7:16</w:t>
      </w:r>
      <w:r>
        <w:rPr>
          <w:color w:val="auto"/>
        </w:rPr>
        <w:t xml:space="preserve"> — ‘</w:t>
      </w:r>
      <w:r>
        <w:rPr>
          <w:color w:val="auto"/>
        </w:rPr>
        <w:t>Never again will {they} hunger, and never will they thirst</w:t>
      </w:r>
      <w:r>
        <w:rPr>
          <w:b w:val="false"/>
          <w:i w:val="false"/>
          <w:color w:val="auto"/>
          <w:u w:val="none"/>
        </w:rPr>
        <w:t xml:space="preserve"> [1HO]</w:t>
      </w:r>
      <w:r>
        <w:rPr>
          <w:color w:val="auto"/>
        </w:rPr>
        <w:t xml:space="preserve">; </w:t>
      </w:r>
      <w:r>
        <w:rPr>
          <w:color w:val="auto"/>
        </w:rPr>
        <w:t>nor will the sun beat down upon them, nor any scorching heat</w:t>
      </w:r>
      <w:r>
        <w:rPr>
          <w:b w:val="false"/>
          <w:i w:val="false"/>
          <w:color w:val="auto"/>
          <w:u w:val="none"/>
        </w:rPr>
        <w:t xml:space="preserve"> [1HP]</w:t>
      </w:r>
      <w:r>
        <w:rPr>
          <w:color w:val="auto"/>
        </w:rPr>
        <w:t>.’</w:t>
      </w:r>
    </w:p>
    <w:p>
      <w:r>
        <w:rPr>
          <w:b/>
          <w:sz w:val="32"/>
        </w:rPr>
        <w:t>Peace  (34)</w:t>
      </w:r>
    </w:p>
    <w:p>
      <w:pPr>
        <w:pStyle w:val="Yellow"/>
        <w:rPr/>
      </w:pPr>
      <w:r>
        <w:rPr>
          <w:b/>
        </w:rPr>
        <w:t xml:space="preserve">2 Chronicles 14:6</w:t>
      </w:r>
      <w:r>
        <w:rPr/>
        <w:t xml:space="preserve"> — </w:t>
      </w:r>
      <w:r>
        <w:rPr>
          <w:shd w:fill="B7DDE8" w:val="clear"/>
        </w:rPr>
        <w:t xml:space="preserve">Because the land was at peace</w:t>
      </w:r>
      <w:r>
        <w:rPr>
          <w:b w:val="false"/>
          <w:i w:val="false"/>
          <w:u w:val="none"/>
          <w:color w:val="000000"/>
        </w:rPr>
        <w:t xml:space="preserve"> [1KFQ]</w:t>
      </w:r>
      <w:r>
        <w:rPr/>
        <w:t xml:space="preserve">, </w:t>
      </w:r>
      <w:r>
        <w:rPr>
          <w:shd w:fill="B7DDE8" w:val="clear"/>
        </w:rPr>
        <w:t xml:space="preserve">Asa built fortified cities in Judah</w:t>
      </w:r>
      <w:r>
        <w:rPr>
          <w:b w:val="false"/>
          <w:i w:val="false"/>
          <w:color w:val="000000"/>
          <w:u w:val="none"/>
        </w:rPr>
        <w:t xml:space="preserve"> [1KFR]</w:t>
      </w:r>
      <w:r>
        <w:rPr/>
        <w:t xml:space="preserve">. In those days </w:t>
      </w:r>
      <w:r>
        <w:rPr>
          <w:shd w:fill="B7DDE8" w:val="clear"/>
        </w:rPr>
        <w:t xml:space="preserve">no one made war with him</w:t>
      </w:r>
      <w:r>
        <w:rPr>
          <w:b w:val="false"/>
          <w:i w:val="false"/>
          <w:u w:val="none"/>
          <w:color w:val="000000"/>
        </w:rPr>
        <w:t xml:space="preserve"> [1KFS]</w:t>
      </w:r>
      <w:r>
        <w:rPr/>
        <w:t xml:space="preserve">, because </w:t>
      </w:r>
      <w:r>
        <w:rPr>
          <w:shd w:fill="B7DDE8" w:val="clear"/>
        </w:rPr>
        <w:t xml:space="preserve">the LORD had given him rest</w:t>
      </w:r>
      <w:r>
        <w:rPr>
          <w:b w:val="false"/>
          <w:i w:val="false"/>
          <w:color w:val="000000"/>
          <w:u w:val="none"/>
        </w:rPr>
        <w:t xml:space="preserve"> [1KFT]</w:t>
      </w:r>
      <w:r>
        <w:rPr/>
        <w:t xml:space="preserve">.</w:t>
      </w:r>
    </w:p>
    <w:p>
      <w:pPr>
        <w:pStyle w:val="Green"/>
        <w:rPr/>
      </w:pPr>
      <w:r>
        <w:rPr>
          <w:b/>
          <w:shd w:val="clear" w:color="auto" w:fill="548235"/>
          <w:color w:val="FFFFFF"/>
        </w:rPr>
        <w:t xml:space="preserve">Psalm 3:5</w:t>
      </w:r>
      <w:r>
        <w:rPr>
          <w:shd w:val="clear" w:color="auto" w:fill="548235"/>
          <w:color w:val="FFFFFF"/>
        </w:rPr>
        <w:t xml:space="preserve"> — </w:t>
      </w:r>
      <w:r>
        <w:rPr>
          <w:shd w:fill="548235" w:val="clear" w:color="auto"/>
          <w:color w:val="FFFFFF"/>
        </w:rPr>
        <w:t xml:space="preserve">I lie down and sleep</w:t>
      </w:r>
      <w:r>
        <w:rPr>
          <w:b w:val="false"/>
          <w:i w:val="false"/>
          <w:color w:val="FFFFFF"/>
          <w:u w:val="none"/>
          <w:shd w:val="clear" w:color="auto" w:fill="548235"/>
        </w:rPr>
        <w:t xml:space="preserve"> [1IBL]</w:t>
      </w:r>
      <w:r>
        <w:rPr>
          <w:shd w:val="clear" w:color="auto" w:fill="548235"/>
          <w:color w:val="FFFFFF"/>
        </w:rPr>
        <w:t xml:space="preserve">; </w:t>
      </w:r>
      <w:r>
        <w:rPr>
          <w:shd w:fill="548235" w:val="clear" w:color="auto"/>
          <w:color w:val="FFFFFF"/>
        </w:rPr>
        <w:t xml:space="preserve">I wake again</w:t>
      </w:r>
      <w:r>
        <w:rPr>
          <w:b w:val="false"/>
          <w:i w:val="false"/>
          <w:color w:val="FFFFFF"/>
          <w:u w:val="none"/>
          <w:shd w:val="clear" w:color="auto" w:fill="548235"/>
        </w:rPr>
        <w:t xml:space="preserve"> [1IBM]</w:t>
      </w:r>
      <w:r>
        <w:rPr>
          <w:shd w:val="clear" w:color="auto" w:fill="548235"/>
          <w:color w:val="FFFFFF"/>
        </w:rPr>
        <w:t xml:space="preserve">, for </w:t>
      </w:r>
      <w:r>
        <w:rPr>
          <w:shd w:fill="548235" w:val="clear" w:color="auto"/>
          <w:color w:val="FFFFFF"/>
        </w:rPr>
        <w:t xml:space="preserve">the LORD sustains me</w:t>
      </w:r>
      <w:r>
        <w:rPr>
          <w:b w:val="false"/>
          <w:i w:val="false"/>
          <w:color w:val="FFFFFF"/>
          <w:u w:val="none"/>
          <w:shd w:val="clear" w:color="auto" w:fill="548235"/>
        </w:rPr>
        <w:t xml:space="preserve"> [1IBN]</w:t>
      </w:r>
      <w:r>
        <w:rPr>
          <w:shd w:val="clear" w:color="auto" w:fill="548235"/>
          <w:color w:val="FFFFFF"/>
        </w:rPr>
        <w:t xml:space="preserve">.</w:t>
      </w:r>
    </w:p>
    <w:p>
      <w:pPr>
        <w:pStyle w:val="Yellow"/>
        <w:rPr/>
      </w:pPr>
      <w:r>
        <w:rPr>
          <w:b/>
        </w:rPr>
        <w:t>Psalm 4:8</w:t>
      </w:r>
      <w:r>
        <w:rPr/>
        <w:t xml:space="preserve"> — </w:t>
      </w:r>
      <w:r>
        <w:rPr>
          <w:shd w:val="clear" w:fill="B7DDE8"/>
        </w:rPr>
        <w:t>I will lie down and sleep in peace, for You alone, O LORD, make me dwell in safety</w:t>
      </w:r>
      <w:r>
        <w:rPr>
          <w:b w:val="false"/>
          <w:i w:val="false"/>
          <w:color w:val="000000"/>
          <w:u w:val="none"/>
        </w:rPr>
        <w:t xml:space="preserve"> [1EWQ]</w:t>
      </w:r>
      <w:r>
        <w:rPr/>
        <w:t>.</w:t>
      </w:r>
    </w:p>
    <w:p>
      <w:pPr>
        <w:pStyle w:val="Yellow"/>
        <w:rPr/>
      </w:pPr>
      <w:r>
        <w:rPr>
          <w:b/>
        </w:rPr>
        <w:t>Psalm 29:11</w:t>
      </w:r>
      <w:r>
        <w:rPr/>
        <w:t xml:space="preserve"> — </w:t>
      </w:r>
      <w:r>
        <w:rPr>
          <w:shd w:val="clear" w:fill="B7DDE8"/>
        </w:rPr>
        <w:t>The LORD gives His people strength</w:t>
      </w:r>
      <w:r>
        <w:rPr>
          <w:b w:val="false"/>
          <w:i w:val="false"/>
          <w:color w:val="000000"/>
          <w:u w:val="none"/>
        </w:rPr>
        <w:t xml:space="preserve"> [1EZH]</w:t>
      </w:r>
      <w:r>
        <w:rPr/>
        <w:t xml:space="preserve">; </w:t>
      </w:r>
      <w:r>
        <w:rPr>
          <w:shd w:val="clear" w:fill="B7DDE8"/>
        </w:rPr>
        <w:t>the LORD blesses His people with peace</w:t>
      </w:r>
      <w:r>
        <w:rPr>
          <w:b w:val="false"/>
          <w:i w:val="false"/>
          <w:color w:val="000000"/>
          <w:u w:val="none"/>
        </w:rPr>
        <w:t xml:space="preserve"> [1EZI]</w:t>
      </w:r>
      <w:r>
        <w:rPr/>
        <w:t>.</w:t>
      </w:r>
    </w:p>
    <w:p>
      <w:pPr>
        <w:pStyle w:val="Yellow"/>
        <w:rPr/>
      </w:pPr>
      <w:r>
        <w:rPr/>
        <w:t xml:space="preserve">(Ps46:8 the LORD) </w:t>
      </w:r>
      <w:r>
        <w:rPr>
          <w:b/>
        </w:rPr>
        <w:t>Psalm 46:9</w:t>
      </w:r>
      <w:r>
        <w:rPr/>
        <w:t xml:space="preserve"> — </w:t>
      </w:r>
      <w:r>
        <w:rPr>
          <w:shd w:val="clear" w:fill="B7DDE8"/>
        </w:rPr>
        <w:t>{He} makes wars to cease throughout the earth</w:t>
      </w:r>
      <w:r>
        <w:rPr>
          <w:b w:val="false"/>
          <w:i w:val="false"/>
          <w:color w:val="000000"/>
          <w:u w:val="none"/>
        </w:rPr>
        <w:t xml:space="preserve"> [1MS]</w:t>
      </w:r>
      <w:r>
        <w:rPr/>
        <w:t xml:space="preserve">; </w:t>
      </w:r>
      <w:r>
        <w:rPr>
          <w:shd w:val="clear" w:fill="B7DDE8"/>
        </w:rPr>
        <w:t>He breaks the bow and shatters the spear; He burns the shields in the fire</w:t>
      </w:r>
      <w:r>
        <w:rPr>
          <w:b w:val="false"/>
          <w:i w:val="false"/>
          <w:color w:val="000000"/>
          <w:u w:val="none"/>
        </w:rPr>
        <w:t xml:space="preserve"> [1MT]</w:t>
      </w:r>
      <w:r>
        <w:rPr/>
        <w:t>.</w:t>
      </w:r>
    </w:p>
    <w:p>
      <w:pPr>
        <w:pStyle w:val="Yellow"/>
        <w:rPr/>
      </w:pPr>
      <w:r>
        <w:rPr>
          <w:shd w:val="clear" w:color="auto" w:fill="548235"/>
          <w:color w:val="FFFFFF"/>
        </w:rPr>
        <w:t xml:space="preserve">(Ps76:1–2 “Zion”¹ / “God”²) </w:t>
      </w:r>
      <w:r>
        <w:rPr>
          <w:b/>
          <w:shd w:val="clear" w:color="auto" w:fill="548235"/>
          <w:color w:val="FFFFFF"/>
        </w:rPr>
        <w:t xml:space="preserve">Psalm 76:3</w:t>
      </w:r>
      <w:r>
        <w:rPr>
          <w:shd w:val="clear" w:color="auto" w:fill="548235"/>
          <w:color w:val="FFFFFF"/>
        </w:rPr>
        <w:t xml:space="preserve"> — {There} </w:t>
      </w:r>
      <w:r>
        <w:rPr>
          <w:shd w:fill="548235" w:val="clear" w:color="auto"/>
          <w:color w:val="FFFFFF"/>
        </w:rPr>
        <w:t xml:space="preserve">{He} shattered the flaming arrows, the shield and sword and weapons of war</w:t>
      </w:r>
      <w:r>
        <w:rPr>
          <w:b w:val="false"/>
          <w:i w:val="false"/>
          <w:color w:val="FFFFFF"/>
          <w:u w:val="none"/>
          <w:shd w:val="clear" w:color="auto" w:fill="548235"/>
        </w:rPr>
        <w:t xml:space="preserve"> [1KDM]</w:t>
      </w:r>
      <w:r>
        <w:rPr>
          <w:shd w:val="clear" w:color="auto" w:fill="548235"/>
          <w:color w:val="FFFFFF"/>
        </w:rPr>
        <w:t xml:space="preserve">. Selah</w:t>
      </w:r>
    </w:p>
    <w:p>
      <w:pPr>
        <w:pStyle w:val="Yellow"/>
        <w:rPr/>
      </w:pPr>
      <w:r>
        <w:rPr>
          <w:b/>
        </w:rPr>
        <w:t xml:space="preserve">Psalm 85:8</w:t>
      </w:r>
      <w:r>
        <w:rPr/>
        <w:t xml:space="preserve"> — </w:t>
      </w:r>
      <w:r>
        <w:rPr>
          <w:color w:val="auto"/>
        </w:rPr>
        <w:t xml:space="preserve">I will listen to what God the LORD will say</w:t>
      </w:r>
      <w:r>
        <w:rPr>
          <w:b w:val="false"/>
          <w:i w:val="false"/>
          <w:color w:val="auto"/>
          <w:u w:val="none"/>
        </w:rPr>
        <w:t xml:space="preserve"> [1GIQ]</w:t>
      </w:r>
      <w:r>
        <w:rPr/>
        <w:t xml:space="preserve">; for </w:t>
      </w:r>
      <w:r>
        <w:rPr>
          <w:shd w:fill="B7DDE8" w:val="clear"/>
        </w:rPr>
        <w:t xml:space="preserve">He will surely speak peace to His people and His saints</w:t>
      </w:r>
      <w:r>
        <w:rPr>
          <w:b w:val="false"/>
          <w:i w:val="false"/>
          <w:color w:val="000000"/>
          <w:u w:val="none"/>
        </w:rPr>
        <w:t xml:space="preserve"> [1GIR]</w:t>
      </w:r>
      <w:r>
        <w:rPr/>
        <w:t xml:space="preserve">; </w:t>
      </w:r>
      <w:r>
        <w:rPr>
          <w:shd w:fill="B7DDE8" w:val="clear"/>
        </w:rPr>
        <w:t xml:space="preserve">He will not let them return to folly</w:t>
      </w:r>
      <w:r>
        <w:rPr>
          <w:b w:val="false"/>
          <w:i w:val="false"/>
          <w:color w:val="000000"/>
          <w:u w:val="none"/>
        </w:rPr>
        <w:t xml:space="preserve"> [1GIS]</w:t>
      </w:r>
      <w:r>
        <w:rPr/>
        <w:t xml:space="preserve">.</w:t>
      </w:r>
    </w:p>
    <w:p>
      <w:pPr>
        <w:pStyle w:val="Yellow"/>
        <w:rPr/>
      </w:pPr>
      <w:r>
        <w:rPr>
          <w:b/>
        </w:rPr>
        <w:t>Psalm 119:165</w:t>
      </w:r>
      <w:r>
        <w:rPr/>
        <w:t xml:space="preserve"> — </w:t>
      </w:r>
      <w:r>
        <w:rPr>
          <w:shd w:fill="B7DDE8" w:val="clear"/>
        </w:rPr>
        <w:t>Abundant peace belongs to those who love Your law</w:t>
      </w:r>
      <w:r>
        <w:rPr>
          <w:b w:val="false"/>
          <w:i w:val="false"/>
          <w:color w:val="000000"/>
          <w:u w:val="none"/>
        </w:rPr>
        <w:t xml:space="preserve"> [1FRW]</w:t>
      </w:r>
      <w:r>
        <w:rPr/>
        <w:t xml:space="preserve">; </w:t>
      </w:r>
      <w:r>
        <w:rPr>
          <w:shd w:fill="F4B183" w:val="clear" w:color="auto"/>
          <w:color w:val="000000"/>
        </w:rPr>
        <w:t>nothing can make them stumble</w:t>
      </w:r>
      <w:r>
        <w:rPr>
          <w:b w:val="false"/>
          <w:i w:val="false"/>
          <w:color w:val="000000"/>
          <w:u w:val="none"/>
          <w:shd w:val="clear" w:color="auto" w:fill="F4B183"/>
        </w:rPr>
        <w:t xml:space="preserve"> [1FRX]</w:t>
      </w:r>
      <w:r>
        <w:rPr/>
        <w:t>.</w:t>
      </w:r>
    </w:p>
    <w:p>
      <w:pPr>
        <w:pStyle w:val="Yellow"/>
        <w:rPr/>
      </w:pPr>
      <w:r>
        <w:rPr>
          <w:b/>
          <w:shd w:val="clear" w:color="auto" w:fill="548235"/>
          <w:color w:val="FFFFFF"/>
        </w:rPr>
        <w:t>Proverbs 16:7</w:t>
      </w:r>
      <w:r>
        <w:rPr>
          <w:shd w:val="clear" w:color="auto" w:fill="548235"/>
          <w:color w:val="FFFFFF"/>
        </w:rPr>
        <w:t xml:space="preserve"> — </w:t>
      </w:r>
      <w:r>
        <w:rPr>
          <w:shd w:val="clear" w:fill="548235" w:color="auto"/>
          <w:color w:val="FFFFFF"/>
        </w:rPr>
        <w:t>When a man’s ways please the LORD, He makes even the man’s enemies live at peace with him</w:t>
      </w:r>
      <w:r>
        <w:rPr>
          <w:b w:val="false"/>
          <w:i w:val="false"/>
          <w:color w:val="FFFFFF"/>
          <w:u w:val="none"/>
          <w:shd w:val="clear" w:color="auto" w:fill="548235"/>
        </w:rPr>
        <w:t xml:space="preserve"> [1EYE]</w:t>
      </w:r>
      <w:r>
        <w:rPr>
          <w:shd w:val="clear" w:color="auto" w:fill="548235"/>
          <w:color w:val="FFFFFF"/>
        </w:rPr>
        <w:t>.</w:t>
      </w:r>
    </w:p>
    <w:p>
      <w:pPr>
        <w:pStyle w:val="Yellow"/>
        <w:rPr/>
      </w:pPr>
      <w:r>
        <w:rPr>
          <w:b/>
        </w:rPr>
        <w:t xml:space="preserve">Proverbs 22:10</w:t>
      </w:r>
      <w:r>
        <w:rPr/>
        <w:t xml:space="preserve"> — </w:t>
      </w:r>
      <w:r>
        <w:rPr>
          <w:shd w:fill="B7DDE8" w:val="clear"/>
        </w:rPr>
        <w:t xml:space="preserve">Drive out the mocker</w:t>
      </w:r>
      <w:r>
        <w:rPr>
          <w:b w:val="false"/>
          <w:i w:val="false"/>
          <w:color w:val="000000"/>
          <w:u w:val="none"/>
        </w:rPr>
        <w:t xml:space="preserve"> [1KBR]</w:t>
      </w:r>
      <w:r>
        <w:rPr/>
        <w:t xml:space="preserve">, and </w:t>
      </w:r>
      <w:r>
        <w:rPr>
          <w:shd w:fill="B7DDE8" w:val="clear"/>
        </w:rPr>
        <w:t xml:space="preserve">conflict will depart</w:t>
      </w:r>
      <w:r>
        <w:rPr>
          <w:b w:val="false"/>
          <w:i w:val="false"/>
          <w:color w:val="000000"/>
          <w:u w:val="none"/>
        </w:rPr>
        <w:t xml:space="preserve"> [1KBS]</w:t>
      </w:r>
      <w:r>
        <w:rPr/>
        <w:t xml:space="preserve">; even </w:t>
      </w:r>
      <w:r>
        <w:rPr>
          <w:shd w:fill="B7DDE8" w:val="clear"/>
        </w:rPr>
        <w:t xml:space="preserve">quarreling and insults will cease</w:t>
      </w:r>
      <w:r>
        <w:rPr>
          <w:b w:val="false"/>
          <w:i w:val="false"/>
          <w:color w:val="000000"/>
          <w:u w:val="none"/>
        </w:rPr>
        <w:t xml:space="preserve"> [1KBT]</w:t>
      </w:r>
      <w:r>
        <w:rPr/>
        <w:t xml:space="preserve">.</w:t>
      </w:r>
    </w:p>
    <w:p>
      <w:pPr>
        <w:pStyle w:val="Yellow"/>
        <w:rPr/>
      </w:pPr>
      <w:r>
        <w:rPr>
          <w:highlight w:val="cyan"/>
        </w:rPr>
        <w:t xml:space="preserve">(Is2:2–3 in the last days when nations come to the LORD) </w:t>
      </w:r>
      <w:r>
        <w:rPr>
          <w:b/>
          <w:highlight w:val="cyan"/>
        </w:rPr>
        <w:t xml:space="preserve">Isaiah 2:4</w:t>
      </w:r>
      <w:r>
        <w:rPr>
          <w:highlight w:val="cyan"/>
        </w:rPr>
        <w:t xml:space="preserve"> — {Then} </w:t>
      </w:r>
      <w:r>
        <w:rPr>
          <w:highlight w:val="cyan"/>
          <w:shd w:fill="B7DDE8" w:val="clear"/>
        </w:rPr>
        <w:t xml:space="preserve">{He} will judge between the nations</w:t>
      </w:r>
      <w:r>
        <w:rPr>
          <w:b w:val="false"/>
          <w:i w:val="false"/>
          <w:color w:val="000000"/>
          <w:u w:val="none"/>
        </w:rPr>
        <w:t xml:space="preserve"> [2KEL]</w:t>
      </w:r>
      <w:r>
        <w:rPr>
          <w:highlight w:val="cyan"/>
        </w:rPr>
        <w:t xml:space="preserve"> and </w:t>
      </w:r>
      <w:r>
        <w:rPr>
          <w:highlight w:val="cyan"/>
          <w:shd w:fill="B7DDE8" w:val="clear"/>
        </w:rPr>
        <w:t xml:space="preserve">arbitrate for many peoples</w:t>
      </w:r>
      <w:r>
        <w:rPr>
          <w:b w:val="false"/>
          <w:i w:val="false"/>
          <w:color w:val="000000"/>
          <w:u w:val="none"/>
        </w:rPr>
        <w:t xml:space="preserve"> [2KEM]</w:t>
      </w:r>
      <w:r>
        <w:rPr>
          <w:highlight w:val="cyan"/>
          <w:shd w:val="clear" w:color="auto" w:fill="548235"/>
          <w:color w:val="FFFFFF"/>
        </w:rPr>
        <w:t xml:space="preserve">. </w:t>
      </w:r>
      <w:r>
        <w:rPr>
          <w:highlight w:val="cyan"/>
          <w:shd w:fill="548235" w:val="clear" w:color="auto"/>
          <w:color w:val="FFFFFF"/>
        </w:rPr>
        <w:t xml:space="preserve">They will beat their swords into plowshares and their spears into pruning hooks</w:t>
      </w:r>
      <w:r>
        <w:rPr>
          <w:b w:val="false"/>
          <w:i w:val="false"/>
          <w:color w:val="FFFFFF"/>
          <w:u w:val="none"/>
          <w:shd w:val="clear" w:color="auto" w:fill="548235"/>
        </w:rPr>
        <w:t xml:space="preserve"> [2KEN]</w:t>
      </w:r>
      <w:r>
        <w:rPr>
          <w:highlight w:val="cyan"/>
          <w:shd w:val="clear" w:color="auto" w:fill="548235"/>
          <w:color w:val="FFFFFF"/>
        </w:rPr>
        <w:t xml:space="preserve">. </w:t>
      </w:r>
      <w:r>
        <w:rPr>
          <w:highlight w:val="cyan"/>
          <w:shd w:fill="548235" w:val="clear" w:color="auto"/>
          <w:color w:val="FFFFFF"/>
        </w:rPr>
        <w:t xml:space="preserve">Nation will no longer take up the sword against nation</w:t>
      </w:r>
      <w:r>
        <w:rPr>
          <w:b w:val="false"/>
          <w:i w:val="false"/>
          <w:color w:val="FFFFFF"/>
          <w:u w:val="none"/>
          <w:shd w:val="clear" w:color="auto" w:fill="548235"/>
        </w:rPr>
        <w:t xml:space="preserve"> [2KEO]</w:t>
      </w:r>
      <w:r>
        <w:rPr>
          <w:highlight w:val="cyan"/>
          <w:shd w:val="clear" w:color="auto" w:fill="548235"/>
          <w:color w:val="FFFFFF"/>
        </w:rPr>
        <w:t xml:space="preserve">, </w:t>
      </w:r>
      <w:r>
        <w:rPr>
          <w:highlight w:val="cyan"/>
          <w:shd w:fill="548235" w:val="clear" w:color="auto"/>
          <w:color w:val="FFFFFF"/>
        </w:rPr>
        <w:t xml:space="preserve">nor train anymore for war</w:t>
      </w:r>
      <w:r>
        <w:rPr>
          <w:b w:val="false"/>
          <w:i w:val="false"/>
          <w:color w:val="FFFFFF"/>
          <w:u w:val="none"/>
          <w:shd w:val="clear" w:color="auto" w:fill="548235"/>
        </w:rPr>
        <w:t xml:space="preserve"> [2KEP]</w:t>
      </w:r>
      <w:r>
        <w:rPr>
          <w:highlight w:val="cyan"/>
          <w:shd w:val="clear" w:color="auto" w:fill="548235"/>
          <w:color w:val="FFFFFF"/>
        </w:rPr>
        <w:t xml:space="preserve">.</w:t>
      </w:r>
    </w:p>
    <w:p>
      <w:pPr>
        <w:pStyle w:val="Yellow"/>
        <w:rPr/>
      </w:pPr>
      <w:r>
        <w:rPr>
          <w:b/>
        </w:rPr>
        <w:t>Isaiah 11:6–7</w:t>
      </w:r>
      <w:r>
        <w:t xml:space="preserve"> — </w:t>
      </w:r>
      <w:r>
        <w:rPr/>
        <w:t>The wolf will live with the lamb, and the leopard will lie down with the goat</w:t>
      </w:r>
      <w:r>
        <w:rPr>
          <w:b w:val="false"/>
          <w:i w:val="false"/>
          <w:color w:val="000000"/>
          <w:u w:val="none"/>
        </w:rPr>
        <w:t xml:space="preserve"> [2ASJ]</w:t>
      </w:r>
      <w:r>
        <w:rPr/>
        <w:t xml:space="preserve">; </w:t>
      </w:r>
      <w:r>
        <w:rPr>
          <w:shd w:fill="B7DDE8" w:val="clear"/>
        </w:rPr>
        <w:t>the calf and young lion and fatling will be together</w:t>
      </w:r>
      <w:r>
        <w:rPr>
          <w:b w:val="false"/>
          <w:i w:val="false"/>
          <w:color w:val="000000"/>
          <w:u w:val="none"/>
        </w:rPr>
        <w:t xml:space="preserve"> [2ASJ]</w:t>
      </w:r>
      <w:r>
        <w:t xml:space="preserve">, and </w:t>
      </w:r>
      <w:r>
        <w:rPr>
          <w:shd w:fill="B7DDE8" w:val="clear"/>
        </w:rPr>
        <w:t>a little child will lead them</w:t>
      </w:r>
      <w:r>
        <w:rPr>
          <w:b w:val="false"/>
          <w:i w:val="false"/>
          <w:color w:val="000000"/>
          <w:u w:val="none"/>
        </w:rPr>
        <w:t xml:space="preserve"> [1ASK]</w:t>
      </w:r>
      <w:r>
        <w:t xml:space="preserve">. </w:t>
      </w:r>
      <w:r>
        <w:rPr/>
        <w:t>The cow will graze with the bear, their young will lie down together</w:t>
      </w:r>
      <w:r>
        <w:rPr>
          <w:b w:val="false"/>
          <w:i w:val="false"/>
          <w:color w:val="000000"/>
          <w:u w:val="none"/>
        </w:rPr>
        <w:t xml:space="preserve"> [2ASJ]</w:t>
      </w:r>
      <w:r>
        <w:rPr/>
        <w:t xml:space="preserve">, and </w:t>
      </w:r>
      <w:r>
        <w:rPr/>
        <w:t>the lion will eat straw like the ox</w:t>
      </w:r>
      <w:r>
        <w:rPr>
          <w:b w:val="false"/>
          <w:i w:val="false"/>
          <w:color w:val="000000"/>
          <w:u w:val="none"/>
        </w:rPr>
        <w:t xml:space="preserve"> [2ASL]</w:t>
      </w:r>
      <w:r>
        <w:rPr/>
        <w:t>.</w:t>
      </w:r>
    </w:p>
    <w:p>
      <w:pPr>
        <w:pStyle w:val="Yellow"/>
        <w:rPr/>
      </w:pPr>
      <w:r>
        <w:rPr/>
        <w:t xml:space="preserve">(Is27:4 “thorns and briers”) </w:t>
      </w:r>
      <w:r>
        <w:rPr>
          <w:b/>
        </w:rPr>
        <w:t>Isaiah 27:5</w:t>
      </w:r>
      <w:r>
        <w:rPr/>
        <w:t xml:space="preserve"> — Or </w:t>
      </w:r>
      <w:r>
        <w:rPr>
          <w:shd w:val="clear" w:fill="B7DDE8"/>
        </w:rPr>
        <w:t>let {them} lay claim to My protection</w:t>
      </w:r>
      <w:r>
        <w:rPr>
          <w:b w:val="false"/>
          <w:i w:val="false"/>
          <w:color w:val="000000"/>
          <w:u w:val="none"/>
        </w:rPr>
        <w:t xml:space="preserve"> [1EYR]</w:t>
      </w:r>
      <w:r>
        <w:rPr/>
        <w:t xml:space="preserve">; </w:t>
      </w:r>
      <w:r>
        <w:rPr>
          <w:shd w:val="clear" w:fill="B7DDE8"/>
        </w:rPr>
        <w:t>let them make peace with Me—yes, let them make peace with Me</w:t>
      </w:r>
      <w:r>
        <w:rPr>
          <w:b w:val="false"/>
          <w:i w:val="false"/>
          <w:color w:val="000000"/>
          <w:u w:val="none"/>
        </w:rPr>
        <w:t xml:space="preserve"> [1EYS]</w:t>
      </w:r>
      <w:r>
        <w:rPr/>
        <w:t>.”</w:t>
      </w:r>
    </w:p>
    <w:p>
      <w:pPr>
        <w:pStyle w:val="Yellow"/>
        <w:rPr/>
      </w:pPr>
      <w:r>
        <w:rPr>
          <w:b/>
          <w:color w:val="auto"/>
        </w:rPr>
        <w:t>Isaiah 48:22</w:t>
      </w:r>
      <w:r>
        <w:rPr>
          <w:color w:val="auto"/>
        </w:rPr>
        <w:t xml:space="preserve"> — “</w:t>
      </w:r>
      <w:r>
        <w:rPr>
          <w:color w:val="auto"/>
        </w:rPr>
        <w:t>There is no peace,” says the LORD, “for the wicked</w:t>
      </w:r>
      <w:r>
        <w:rPr>
          <w:b w:val="false"/>
          <w:i w:val="false"/>
          <w:u w:val="none"/>
          <w:color w:val="auto"/>
        </w:rPr>
        <w:t xml:space="preserve"> [2EYJ]</w:t>
      </w:r>
      <w:r>
        <w:rPr>
          <w:color w:val="auto"/>
        </w:rPr>
        <w:t>.”</w:t>
      </w:r>
    </w:p>
    <w:p>
      <w:pPr>
        <w:pStyle w:val="Yellow"/>
        <w:rPr/>
      </w:pPr>
      <w:r>
        <w:rPr>
          <w:b/>
        </w:rPr>
        <w:t xml:space="preserve">Isaiah 57:1-2</w:t>
      </w:r>
      <w:r>
        <w:rPr/>
        <w:t xml:space="preserve"> — </w:t>
      </w:r>
      <w:r>
        <w:rPr>
          <w:shd w:fill="B7DDE8" w:val="clear"/>
        </w:rPr>
        <w:t xml:space="preserve">The righteous perish</w:t>
      </w:r>
      <w:r>
        <w:rPr>
          <w:b w:val="false"/>
          <w:i w:val="false"/>
          <w:color w:val="000000"/>
          <w:u w:val="none"/>
        </w:rPr>
        <w:t xml:space="preserve"> [1IRP]</w:t>
      </w:r>
      <w:r>
        <w:rPr/>
        <w:t xml:space="preserve">, and </w:t>
      </w:r>
      <w:r>
        <w:rPr>
          <w:shd w:fill="B7DDE8" w:val="clear"/>
        </w:rPr>
        <w:t xml:space="preserve">no one takes it to heart</w:t>
      </w:r>
      <w:r>
        <w:rPr>
          <w:b w:val="false"/>
          <w:i w:val="false"/>
          <w:color w:val="000000"/>
          <w:u w:val="none"/>
        </w:rPr>
        <w:t xml:space="preserve"> [1IRQ]</w:t>
      </w:r>
      <w:r>
        <w:rPr/>
        <w:t xml:space="preserve">; </w:t>
      </w:r>
      <w:r>
        <w:rPr>
          <w:shd w:fill="B7DDE8" w:val="clear"/>
        </w:rPr>
        <w:t xml:space="preserve">devout men are taken away</w:t>
      </w:r>
      <w:r>
        <w:rPr>
          <w:b w:val="false"/>
          <w:i w:val="false"/>
          <w:color w:val="000000"/>
          <w:u w:val="none"/>
        </w:rPr>
        <w:t xml:space="preserve"> [1IRP]</w:t>
      </w:r>
      <w:r>
        <w:rPr/>
        <w:t xml:space="preserve">, while </w:t>
      </w:r>
      <w:r>
        <w:rPr>
          <w:shd w:fill="B7DDE8" w:val="clear"/>
        </w:rPr>
        <w:t xml:space="preserve">no one considers that the righteous are taken away from the presence of evil</w:t>
      </w:r>
      <w:r>
        <w:rPr>
          <w:b w:val="false"/>
          <w:i w:val="false"/>
          <w:color w:val="000000"/>
          <w:u w:val="none"/>
        </w:rPr>
        <w:t xml:space="preserve"> [1IRR]</w:t>
      </w:r>
      <w:r>
        <w:rPr/>
        <w:t xml:space="preserve">. </w:t>
      </w:r>
      <w:r>
        <w:rPr>
          <w:shd w:fill="B7DDE8" w:val="clear"/>
        </w:rPr>
        <w:t xml:space="preserve">Those who walk uprightly enter into peace</w:t>
      </w:r>
      <w:r>
        <w:rPr>
          <w:b w:val="false"/>
          <w:i w:val="false"/>
          <w:color w:val="000000"/>
          <w:u w:val="none"/>
        </w:rPr>
        <w:t xml:space="preserve"> [1IRS]</w:t>
      </w:r>
      <w:r>
        <w:rPr/>
        <w:t xml:space="preserve">; </w:t>
      </w:r>
      <w:r>
        <w:rPr>
          <w:shd w:fill="B7DDE8" w:val="clear"/>
        </w:rPr>
        <w:t xml:space="preserve">they find rest, lying down in death</w:t>
      </w:r>
      <w:r>
        <w:rPr>
          <w:b w:val="false"/>
          <w:i w:val="false"/>
          <w:color w:val="000000"/>
          <w:u w:val="none"/>
        </w:rPr>
        <w:t xml:space="preserve"> [1IRT]</w:t>
      </w:r>
      <w:r>
        <w:rPr/>
        <w:t xml:space="preserve">.</w:t>
      </w:r>
    </w:p>
    <w:p>
      <w:pPr>
        <w:pStyle w:val="Yellow"/>
        <w:rPr/>
      </w:pPr>
      <w:r>
        <w:rPr>
          <w:b/>
          <w:shd w:val="clear" w:color="auto" w:fill="548235"/>
          <w:color w:val="FFFFFF"/>
        </w:rPr>
        <w:t>Isaiah 57:21</w:t>
      </w:r>
      <w:r>
        <w:rPr>
          <w:shd w:val="clear" w:color="auto" w:fill="548235"/>
          <w:color w:val="FFFFFF"/>
        </w:rPr>
        <w:t xml:space="preserve"> — “</w:t>
      </w:r>
      <w:r>
        <w:rPr>
          <w:shd w:val="clear" w:fill="548235" w:color="auto"/>
          <w:color w:val="FFFFFF"/>
        </w:rPr>
        <w:t>There is no peace,” says my God, “for the wicked</w:t>
      </w:r>
      <w:r>
        <w:rPr>
          <w:b w:val="false"/>
          <w:i w:val="false"/>
          <w:color w:val="FFFFFF"/>
          <w:u w:val="none"/>
          <w:shd w:val="clear" w:color="auto" w:fill="548235"/>
        </w:rPr>
        <w:t xml:space="preserve"> [2EYJ]</w:t>
      </w:r>
      <w:r>
        <w:rPr>
          <w:shd w:val="clear" w:color="auto" w:fill="548235"/>
          <w:color w:val="FFFFFF"/>
        </w:rPr>
        <w:t>.”</w:t>
      </w:r>
    </w:p>
    <w:p>
      <w:pPr>
        <w:pStyle w:val="Yellow"/>
        <w:rPr/>
      </w:pPr>
      <w:r>
        <w:rPr>
          <w:b/>
          <w:color w:val="auto"/>
        </w:rPr>
        <w:t xml:space="preserve">Isaiah 60:18</w:t>
      </w:r>
      <w:r>
        <w:rPr>
          <w:color w:val="auto"/>
        </w:rPr>
        <w:t xml:space="preserve"> — </w:t>
      </w:r>
      <w:r>
        <w:rPr>
          <w:color w:val="auto"/>
        </w:rPr>
        <w:t xml:space="preserve">No longer will violence be heard in your land</w:t>
      </w:r>
      <w:r>
        <w:rPr>
          <w:b w:val="false"/>
          <w:i w:val="false"/>
          <w:color w:val="auto"/>
          <w:u w:val="none"/>
        </w:rPr>
        <w:t xml:space="preserve"> [1JCY]</w:t>
      </w:r>
      <w:r>
        <w:rPr>
          <w:color w:val="auto"/>
        </w:rPr>
        <w:t xml:space="preserve">, </w:t>
      </w:r>
      <w:r>
        <w:rPr>
          <w:color w:val="auto"/>
        </w:rPr>
        <w:t xml:space="preserve">nor ruin or destruction within your borders</w:t>
      </w:r>
      <w:r>
        <w:rPr>
          <w:b w:val="false"/>
          <w:i w:val="false"/>
          <w:color w:val="auto"/>
          <w:u w:val="none"/>
        </w:rPr>
        <w:t xml:space="preserve"> [1JCZ]</w:t>
      </w:r>
      <w:r>
        <w:rPr>
          <w:color w:val="auto"/>
        </w:rPr>
        <w:t xml:space="preserve">.</w:t>
      </w:r>
    </w:p>
    <w:p>
      <w:pPr>
        <w:pStyle w:val="Yellow"/>
        <w:rPr/>
      </w:pPr>
      <w:r>
        <w:rPr>
          <w:b/>
        </w:rPr>
        <w:t>Isaiah 65:25</w:t>
      </w:r>
      <w:r>
        <w:t xml:space="preserve"> — </w:t>
      </w:r>
      <w:r>
        <w:rPr>
          <w:color w:val="auto"/>
        </w:rPr>
        <w:t>The wolf and the lamb will feed together</w:t>
      </w:r>
      <w:r>
        <w:rPr>
          <w:b w:val="false"/>
          <w:i w:val="false"/>
          <w:color w:val="auto"/>
          <w:u w:val="none"/>
        </w:rPr>
        <w:t xml:space="preserve"> [2ASJ]</w:t>
      </w:r>
      <w:r>
        <w:rPr>
          <w:color w:val="auto"/>
        </w:rPr>
        <w:t xml:space="preserve">, and </w:t>
      </w:r>
      <w:r>
        <w:rPr>
          <w:color w:val="auto"/>
        </w:rPr>
        <w:t>the lion will eat straw like the ox</w:t>
      </w:r>
      <w:r>
        <w:rPr>
          <w:b w:val="false"/>
          <w:i w:val="false"/>
          <w:color w:val="auto"/>
          <w:u w:val="none"/>
        </w:rPr>
        <w:t xml:space="preserve"> [2ASL]</w:t>
      </w:r>
      <w:r>
        <w:rPr>
          <w:color w:val="auto"/>
        </w:rPr>
        <w:t xml:space="preserve">, but </w:t>
      </w:r>
      <w:r>
        <w:rPr>
          <w:color w:val="auto"/>
        </w:rPr>
        <w:t>the food of the serpent will be dust</w:t>
      </w:r>
      <w:r>
        <w:rPr>
          <w:b w:val="false"/>
          <w:i w:val="false"/>
          <w:color w:val="auto"/>
          <w:u w:val="none"/>
        </w:rPr>
        <w:t xml:space="preserve"> [1ASM]</w:t>
      </w:r>
      <w:r>
        <w:rPr>
          <w:color w:val="auto"/>
        </w:rPr>
        <w:t xml:space="preserve">. </w:t>
      </w:r>
      <w:r>
        <w:rPr/>
        <w:t>They will neither harm nor destroy on all My holy mountain</w:t>
      </w:r>
      <w:r>
        <w:rPr>
          <w:b w:val="false"/>
          <w:i w:val="false"/>
          <w:u w:val="none"/>
          <w:color w:val="000000"/>
        </w:rPr>
        <w:t xml:space="preserve"> [2ASN]</w:t>
      </w:r>
      <w:r>
        <w:rPr/>
        <w:t>,” says the LORD.</w:t>
      </w:r>
    </w:p>
    <w:p>
      <w:pPr>
        <w:pStyle w:val="Yellow"/>
        <w:rPr/>
      </w:pPr>
      <w:r>
        <w:rPr>
          <w:b/>
        </w:rPr>
        <w:t>Jeremiah 29:7</w:t>
      </w:r>
      <w:r>
        <w:rPr/>
        <w:t xml:space="preserve"> — </w:t>
      </w:r>
      <w:r>
        <w:rPr>
          <w:shd w:val="clear" w:fill="B7DDE8"/>
        </w:rPr>
        <w:t>Seek the prosperity of the city to which I have sent you as exiles</w:t>
      </w:r>
      <w:r>
        <w:rPr>
          <w:b w:val="false"/>
          <w:i w:val="false"/>
          <w:color w:val="000000"/>
          <w:u w:val="none"/>
        </w:rPr>
        <w:t xml:space="preserve"> [1CSA]</w:t>
      </w:r>
      <w:r>
        <w:rPr/>
        <w:t xml:space="preserve">. </w:t>
      </w:r>
      <w:r>
        <w:rPr>
          <w:shd w:val="clear" w:fill="B7DDE8"/>
        </w:rPr>
        <w:t>Pray to the LORD on its behalf</w:t>
      </w:r>
      <w:r>
        <w:rPr>
          <w:b w:val="false"/>
          <w:i w:val="false"/>
          <w:color w:val="000000"/>
          <w:u w:val="none"/>
        </w:rPr>
        <w:t xml:space="preserve"> [1CSB]</w:t>
      </w:r>
      <w:r>
        <w:rPr/>
        <w:t xml:space="preserve">, for </w:t>
      </w:r>
      <w:r>
        <w:rPr>
          <w:shd w:val="clear" w:fill="B7DDE8"/>
        </w:rPr>
        <w:t>if it prospers, you too will prosper</w:t>
      </w:r>
      <w:r>
        <w:rPr>
          <w:b w:val="false"/>
          <w:i w:val="false"/>
          <w:color w:val="000000"/>
          <w:u w:val="none"/>
        </w:rPr>
        <w:t xml:space="preserve"> [1CSC]</w:t>
      </w:r>
      <w:r>
        <w:rPr/>
        <w:t>.”</w:t>
      </w:r>
    </w:p>
    <w:p>
      <w:pPr>
        <w:pStyle w:val="Yellow"/>
        <w:rPr/>
      </w:pPr>
      <w:r>
        <w:rPr>
          <w:highlight w:val="cyan"/>
          <w:color w:val="auto"/>
        </w:rPr>
        <w:t xml:space="preserve">(Mic4:1ᶜ During “the last days”¹ / 2 God called “the God of Jacob”²) </w:t>
      </w:r>
      <w:r>
        <w:rPr>
          <w:b/>
          <w:highlight w:val="cyan"/>
          <w:color w:val="auto"/>
        </w:rPr>
        <w:t xml:space="preserve">Micah 4:3</w:t>
      </w:r>
      <w:r>
        <w:rPr>
          <w:highlight w:val="cyan"/>
          <w:color w:val="auto"/>
        </w:rPr>
        <w:t xml:space="preserve"> — {Then} </w:t>
      </w:r>
      <w:r>
        <w:rPr>
          <w:highlight w:val="cyan"/>
          <w:color w:val="auto"/>
        </w:rPr>
        <w:t xml:space="preserve">{He} will judge between many peoples</w:t>
      </w:r>
      <w:r>
        <w:rPr>
          <w:b w:val="false"/>
          <w:i w:val="false"/>
          <w:u w:val="none"/>
          <w:color w:val="auto"/>
        </w:rPr>
        <w:t xml:space="preserve"> [2KEL]</w:t>
      </w:r>
      <w:r>
        <w:rPr>
          <w:highlight w:val="cyan"/>
          <w:color w:val="auto"/>
        </w:rPr>
        <w:t xml:space="preserve"> and </w:t>
      </w:r>
      <w:r>
        <w:rPr>
          <w:highlight w:val="cyan"/>
          <w:color w:val="auto"/>
        </w:rPr>
        <w:t xml:space="preserve">arbitrate for strong nations far and wide</w:t>
      </w:r>
      <w:r>
        <w:rPr>
          <w:b w:val="false"/>
          <w:i w:val="false"/>
          <w:u w:val="none"/>
          <w:color w:val="auto"/>
        </w:rPr>
        <w:t xml:space="preserve"> [2KEM]</w:t>
      </w:r>
      <w:r>
        <w:rPr>
          <w:highlight w:val="cyan"/>
          <w:color w:val="auto"/>
        </w:rPr>
        <w:t xml:space="preserve">. Then </w:t>
      </w:r>
      <w:r>
        <w:rPr>
          <w:highlight w:val="cyan"/>
          <w:color w:val="auto"/>
        </w:rPr>
        <w:t xml:space="preserve">they will beat their swords into plowshares and their spears into pruning hooks</w:t>
      </w:r>
      <w:r>
        <w:rPr>
          <w:b w:val="false"/>
          <w:i w:val="false"/>
          <w:u w:val="none"/>
          <w:color w:val="auto"/>
        </w:rPr>
        <w:t xml:space="preserve"> [2KEN]</w:t>
      </w:r>
      <w:r>
        <w:rPr>
          <w:highlight w:val="cyan"/>
          <w:color w:val="auto"/>
        </w:rPr>
        <w:t xml:space="preserve">. </w:t>
      </w:r>
      <w:r>
        <w:rPr>
          <w:highlight w:val="cyan"/>
          <w:color w:val="auto"/>
        </w:rPr>
        <w:t xml:space="preserve">Nation will no longer take up the sword against nation</w:t>
      </w:r>
      <w:r>
        <w:rPr>
          <w:b w:val="false"/>
          <w:i w:val="false"/>
          <w:u w:val="none"/>
          <w:color w:val="auto"/>
        </w:rPr>
        <w:t xml:space="preserve"> [2KEO]</w:t>
      </w:r>
      <w:r>
        <w:rPr>
          <w:highlight w:val="cyan"/>
          <w:color w:val="auto"/>
        </w:rPr>
        <w:t xml:space="preserve">, </w:t>
      </w:r>
      <w:r>
        <w:rPr>
          <w:highlight w:val="cyan"/>
          <w:color w:val="auto"/>
        </w:rPr>
        <w:t xml:space="preserve">nor will they train anymore for war</w:t>
      </w:r>
      <w:r>
        <w:rPr>
          <w:b w:val="false"/>
          <w:i w:val="false"/>
          <w:u w:val="none"/>
          <w:color w:val="auto"/>
        </w:rPr>
        <w:t xml:space="preserve"> [2KEP]</w:t>
      </w:r>
      <w:r>
        <w:rPr>
          <w:highlight w:val="cyan"/>
          <w:color w:val="auto"/>
        </w:rPr>
        <w:t xml:space="preserve">.</w:t>
      </w:r>
    </w:p>
    <w:p>
      <w:pPr>
        <w:pStyle w:val="Yellow"/>
        <w:rPr/>
      </w:pPr>
      <w:r>
        <w:rPr/>
        <w:t xml:space="preserve">(Zec6:12 “a man whose name is the Branch”) </w:t>
      </w:r>
      <w:r>
        <w:rPr>
          <w:b/>
        </w:rPr>
        <w:t xml:space="preserve">Zechariah 6:13</w:t>
      </w:r>
      <w:r>
        <w:rPr/>
        <w:t xml:space="preserve"> — Yes, </w:t>
      </w:r>
      <w:r>
        <w:rPr>
          <w:shd w:fill="B7DDE8" w:val="clear"/>
        </w:rPr>
        <w:t xml:space="preserve">{He} will build the temple of the LORD</w:t>
      </w:r>
      <w:r>
        <w:rPr>
          <w:b w:val="false"/>
          <w:i w:val="false"/>
          <w:color w:val="000000"/>
          <w:u w:val="none"/>
        </w:rPr>
        <w:t xml:space="preserve"> [1KTN]</w:t>
      </w:r>
      <w:r>
        <w:rPr/>
        <w:t xml:space="preserve">; </w:t>
      </w:r>
      <w:r>
        <w:rPr>
          <w:shd w:fill="B7DDE8" w:val="clear"/>
        </w:rPr>
        <w:t xml:space="preserve">He will be clothed in splendor</w:t>
      </w:r>
      <w:r>
        <w:rPr>
          <w:b w:val="false"/>
          <w:i w:val="false"/>
          <w:color w:val="000000"/>
          <w:u w:val="none"/>
        </w:rPr>
        <w:t xml:space="preserve"> [1KTO]</w:t>
      </w:r>
      <w:r>
        <w:rPr/>
        <w:t xml:space="preserve"> and </w:t>
      </w:r>
      <w:r>
        <w:rPr>
          <w:shd w:fill="B7DDE8" w:val="clear"/>
        </w:rPr>
        <w:t xml:space="preserve">will sit on His throne and rule</w:t>
      </w:r>
      <w:r>
        <w:rPr>
          <w:b w:val="false"/>
          <w:i w:val="false"/>
          <w:color w:val="000000"/>
          <w:u w:val="none"/>
        </w:rPr>
        <w:t xml:space="preserve"> [1KTP]</w:t>
      </w:r>
      <w:r>
        <w:rPr/>
        <w:t xml:space="preserve">. And </w:t>
      </w:r>
      <w:r>
        <w:rPr>
          <w:shd w:fill="B7DDE8" w:val="clear"/>
        </w:rPr>
        <w:t xml:space="preserve">He will be a priest on His throne</w:t>
      </w:r>
      <w:r>
        <w:rPr>
          <w:b w:val="false"/>
          <w:i w:val="false"/>
          <w:color w:val="000000"/>
          <w:u w:val="none"/>
        </w:rPr>
        <w:t xml:space="preserve"> [1KTQ]</w:t>
      </w:r>
      <w:r>
        <w:rPr/>
        <w:t xml:space="preserve">, and </w:t>
      </w:r>
      <w:r>
        <w:rPr>
          <w:shd w:fill="B7DDE8" w:val="clear"/>
        </w:rPr>
        <w:t xml:space="preserve">there will be peaceful counsel between the two</w:t>
      </w:r>
      <w:r>
        <w:rPr>
          <w:b w:val="false"/>
          <w:i w:val="false"/>
          <w:color w:val="000000"/>
          <w:u w:val="none"/>
        </w:rPr>
        <w:t xml:space="preserve"> [1KTR]</w:t>
      </w:r>
      <w:r>
        <w:rPr/>
        <w:t xml:space="preserve">.’</w:t>
      </w:r>
    </w:p>
    <w:p>
      <w:pPr>
        <w:pStyle w:val="Yellow"/>
        <w:rPr/>
      </w:pPr>
      <w:r>
        <w:rPr/>
        <w:t xml:space="preserve">(Zec11:8ᶜ Because the flock “detested me”) </w:t>
      </w:r>
      <w:r>
        <w:rPr>
          <w:b/>
        </w:rPr>
        <w:t xml:space="preserve">Zechariah 11:14</w:t>
      </w:r>
      <w:r>
        <w:rPr/>
        <w:t xml:space="preserve"> — Then </w:t>
      </w:r>
      <w:r>
        <w:rPr>
          <w:shd w:fill="B7DDE8" w:val="clear"/>
        </w:rPr>
        <w:t xml:space="preserve">I cut in two my second staff called Union</w:t>
      </w:r>
      <w:r>
        <w:rPr>
          <w:b w:val="false"/>
          <w:i w:val="false"/>
          <w:color w:val="000000"/>
          <w:u w:val="none"/>
        </w:rPr>
        <w:t xml:space="preserve"> [1KLA]</w:t>
      </w:r>
      <w:r>
        <w:rPr/>
        <w:t xml:space="preserve">, </w:t>
      </w:r>
      <w:r>
        <w:rPr>
          <w:shd w:fill="B7DDE8" w:val="clear"/>
        </w:rPr>
        <w:t xml:space="preserve">breaking the brotherhood between Judah and Israel</w:t>
      </w:r>
      <w:r>
        <w:rPr>
          <w:b w:val="false"/>
          <w:i w:val="false"/>
          <w:color w:val="000000"/>
          <w:u w:val="none"/>
        </w:rPr>
        <w:t xml:space="preserve"> [1KLB]</w:t>
      </w:r>
      <w:r>
        <w:rPr/>
        <w:t xml:space="preserve">.</w:t>
      </w:r>
    </w:p>
    <w:p>
      <w:pPr>
        <w:pStyle w:val="Yellow"/>
        <w:rPr/>
        <w:pBdr>
          <w:left w:val="single" w:sz="28" w:space="5" w:color="C00000"/>
        </w:pBdr>
      </w:pPr>
      <w:r>
        <w:rPr>
          <w:b/>
          <w:shd w:val="clear" w:color="auto" w:fill="F4B183"/>
          <w:color w:val="000000"/>
        </w:rPr>
        <w:t>Matthew 10:34–36</w:t>
      </w:r>
      <w:r>
        <w:rPr>
          <w:shd w:val="clear" w:color="auto" w:fill="F4B183"/>
          <w:color w:val="000000"/>
        </w:rPr>
        <w:t xml:space="preserve"> — </w:t>
      </w:r>
      <w:r>
        <w:rPr>
          <w:shd w:val="clear" w:fill="F4B183" w:color="auto"/>
          <w:color w:val="000000"/>
        </w:rPr>
        <w:t>Do not assume that I have come to bring peace to the earth</w:t>
      </w:r>
      <w:r>
        <w:rPr>
          <w:b w:val="false"/>
          <w:i w:val="false"/>
          <w:color w:val="000000"/>
          <w:u w:val="none"/>
          <w:shd w:val="clear" w:color="auto" w:fill="F4B183"/>
        </w:rPr>
        <w:t xml:space="preserve"> [1FAX]</w:t>
      </w:r>
      <w:r>
        <w:rPr>
          <w:shd w:val="clear" w:color="auto" w:fill="F4B183"/>
          <w:color w:val="000000"/>
        </w:rPr>
        <w:t xml:space="preserve">; </w:t>
      </w:r>
      <w:r>
        <w:rPr>
          <w:shd w:val="clear" w:fill="F4B183" w:color="auto"/>
          <w:color w:val="000000"/>
        </w:rPr>
        <w:t>I have not come to bring peace, but a sword</w:t>
      </w:r>
      <w:r>
        <w:rPr>
          <w:b w:val="false"/>
          <w:i w:val="false"/>
          <w:color w:val="000000"/>
          <w:u w:val="none"/>
          <w:shd w:val="clear" w:color="auto" w:fill="F4B183"/>
        </w:rPr>
        <w:t xml:space="preserve"> [1FAY]</w:t>
      </w:r>
      <w:r>
        <w:rPr>
          <w:shd w:val="clear" w:color="auto" w:fill="F4B183"/>
          <w:color w:val="000000"/>
        </w:rPr>
        <w:t xml:space="preserve">. For </w:t>
      </w:r>
      <w:r>
        <w:rPr>
          <w:shd w:val="clear" w:fill="F4B183" w:color="auto"/>
          <w:color w:val="000000"/>
        </w:rPr>
        <w:t>I have come to turn ‘a man against his father, a daughter against her mother, a daughter-in-law against her mother-in-law</w:t>
      </w:r>
      <w:r>
        <w:rPr>
          <w:b w:val="false"/>
          <w:i w:val="false"/>
          <w:color w:val="000000"/>
          <w:u w:val="none"/>
          <w:shd w:val="clear" w:color="auto" w:fill="F4B183"/>
        </w:rPr>
        <w:t xml:space="preserve"> [1FAZ]</w:t>
      </w:r>
      <w:r>
        <w:rPr>
          <w:shd w:val="clear" w:color="auto" w:fill="F4B183"/>
          <w:color w:val="000000"/>
        </w:rPr>
        <w:t xml:space="preserve">. </w:t>
      </w:r>
      <w:r>
        <w:rPr>
          <w:shd w:val="clear" w:fill="F4B183" w:color="auto"/>
          <w:color w:val="000000"/>
        </w:rPr>
        <w:t>A man’s enemies will be the members of his own household</w:t>
      </w:r>
      <w:r>
        <w:rPr>
          <w:b w:val="false"/>
          <w:i w:val="false"/>
          <w:color w:val="000000"/>
          <w:u w:val="none"/>
          <w:shd w:val="clear" w:color="auto" w:fill="F4B183"/>
        </w:rPr>
        <w:t xml:space="preserve"> [1FBA]</w:t>
      </w:r>
      <w:r>
        <w:rPr>
          <w:shd w:val="clear" w:color="auto" w:fill="F4B183"/>
          <w:color w:val="000000"/>
        </w:rPr>
        <w:t>.’</w:t>
      </w:r>
    </w:p>
    <w:p>
      <w:pPr>
        <w:pStyle w:val="Yellow"/>
        <w:rPr/>
        <w:pBdr>
          <w:left w:val="single" w:sz="28" w:space="5" w:color="C00000"/>
        </w:pBdr>
      </w:pPr>
      <w:r>
        <w:rPr>
          <w:b/>
        </w:rPr>
        <w:t xml:space="preserve">Luke 2:14</w:t>
      </w:r>
      <w:r>
        <w:rPr/>
        <w:t xml:space="preserve"> — </w:t>
      </w:r>
      <w:r>
        <w:rPr>
          <w:shd w:fill="B7DDE8" w:val="clear"/>
        </w:rPr>
        <w:t xml:space="preserve">Glory to God in the highest</w:t>
      </w:r>
      <w:r>
        <w:rPr>
          <w:b w:val="false"/>
          <w:i w:val="false"/>
          <w:color w:val="000000"/>
          <w:u w:val="none"/>
        </w:rPr>
        <w:t xml:space="preserve"> [1GEO]</w:t>
      </w:r>
      <w:r>
        <w:rPr/>
        <w:t xml:space="preserve">, </w:t>
      </w:r>
      <w:r>
        <w:rPr>
          <w:shd w:fill="548235" w:val="clear" w:color="auto"/>
          <w:color w:val="FFFFFF"/>
        </w:rPr>
        <w:t xml:space="preserve">on earth peace to men on whom His favor rests</w:t>
      </w:r>
      <w:r>
        <w:rPr>
          <w:b w:val="false"/>
          <w:i w:val="false"/>
          <w:color w:val="FFFFFF"/>
          <w:u w:val="none"/>
          <w:shd w:val="clear" w:color="auto" w:fill="548235"/>
        </w:rPr>
        <w:t xml:space="preserve"> [1GEP]</w:t>
      </w:r>
      <w:r>
        <w:rPr/>
        <w:t xml:space="preserve">!”</w:t>
      </w:r>
    </w:p>
    <w:p>
      <w:pPr>
        <w:pStyle w:val="Yellow"/>
        <w:rPr/>
      </w:pPr>
      <w:r>
        <w:rPr>
          <w:b/>
          <w:u w:val="none"/>
          <w:shd w:val="clear" w:color="auto" w:fill="C00000"/>
          <w:color w:val="FFFFFF"/>
        </w:rPr>
        <w:t>Luke 8:48</w:t>
      </w:r>
      <w:r>
        <w:rPr>
          <w:u w:val="none"/>
          <w:shd w:val="clear" w:color="auto" w:fill="C00000"/>
          <w:color w:val="FFFFFF"/>
        </w:rPr>
        <w:t xml:space="preserve"> — “Daughter,” said Jesus, “</w:t>
      </w:r>
      <w:r>
        <w:rPr>
          <w:u w:val="none"/>
          <w:shd w:val="clear" w:color="auto" w:fill="C00000"/>
          <w:color w:val="FFFFFF"/>
        </w:rPr>
        <w:t>your faith has healed you</w:t>
      </w:r>
      <w:r>
        <w:rPr>
          <w:b w:val="false"/>
          <w:i w:val="false"/>
          <w:u w:val="none"/>
          <w:shd w:val="clear" w:color="auto" w:fill="C00000"/>
          <w:color w:val="FFFFFF"/>
        </w:rPr>
        <w:t xml:space="preserve"> [5DBS]</w:t>
      </w:r>
      <w:r>
        <w:rPr>
          <w:u w:val="none"/>
          <w:shd w:val="clear" w:color="auto" w:fill="C00000"/>
          <w:color w:val="FFFFFF"/>
        </w:rPr>
        <w:t xml:space="preserve">. </w:t>
      </w:r>
      <w:r>
        <w:rPr>
          <w:u w:val="none"/>
          <w:shd w:val="clear" w:color="auto" w:fill="C00000"/>
          <w:color w:val="FFFFFF"/>
        </w:rPr>
        <w:t>Go in peace</w:t>
      </w:r>
      <w:r>
        <w:rPr>
          <w:b w:val="false"/>
          <w:i w:val="false"/>
          <w:u w:val="none"/>
          <w:shd w:val="clear" w:color="auto" w:fill="C00000"/>
          <w:color w:val="FFFFFF"/>
        </w:rPr>
        <w:t xml:space="preserve"> [2EQX]</w:t>
      </w:r>
      <w:r>
        <w:rPr>
          <w:u w:val="none"/>
          <w:shd w:val="clear" w:color="auto" w:fill="C00000"/>
          <w:color w:val="FFFFFF"/>
        </w:rPr>
        <w:t>.”</w:t>
      </w:r>
    </w:p>
    <w:p>
      <w:pPr>
        <w:pStyle w:val="Yellow"/>
        <w:rPr/>
      </w:pPr>
      <w:r>
        <w:rPr/>
        <w:t xml:space="preserve">(Lk10:1ᶜ Those “seventy-two others” Jesus “sent”) </w:t>
      </w:r>
      <w:r>
        <w:rPr>
          <w:b/>
        </w:rPr>
        <w:t>Luke 10:6</w:t>
      </w:r>
      <w:r>
        <w:rPr/>
        <w:t xml:space="preserve"> — </w:t>
      </w:r>
      <w:r>
        <w:rPr>
          <w:shd w:val="clear" w:fill="B7DDE8"/>
        </w:rPr>
        <w:t>If a man of peace is there, your peace will rest on him</w:t>
      </w:r>
      <w:r>
        <w:rPr>
          <w:b w:val="false"/>
          <w:i w:val="false"/>
          <w:color w:val="000000"/>
          <w:u w:val="none"/>
        </w:rPr>
        <w:t xml:space="preserve"> [1EYK]</w:t>
      </w:r>
      <w:r>
        <w:rPr/>
        <w:t xml:space="preserve">; </w:t>
      </w:r>
      <w:r>
        <w:rPr>
          <w:shd w:val="clear" w:fill="B7DDE8"/>
        </w:rPr>
        <w:t>if not, it will return to you</w:t>
      </w:r>
      <w:r>
        <w:rPr>
          <w:b w:val="false"/>
          <w:i w:val="false"/>
          <w:color w:val="000000"/>
          <w:u w:val="none"/>
        </w:rPr>
        <w:t xml:space="preserve"> [1EYL]</w:t>
      </w:r>
      <w:r>
        <w:rPr/>
        <w:t>.</w:t>
      </w:r>
    </w:p>
    <w:p>
      <w:pPr>
        <w:pStyle w:val="Yellow"/>
        <w:rPr/>
      </w:pPr>
      <w:r>
        <w:rPr>
          <w:b/>
        </w:rPr>
        <w:t>Luke 12:51-53</w:t>
      </w:r>
      <w:r>
        <w:rPr/>
        <w:t xml:space="preserve"> —    </w:t>
      </w:r>
      <w:r>
        <w:rPr>
          <w:shd w:val="clear" w:fill="B7DDE8"/>
        </w:rPr>
        <w:t>Do you think that I have come to bring peace to the earth? No, I tell you, but division</w:t>
      </w:r>
      <w:r>
        <w:rPr>
          <w:b w:val="false"/>
          <w:i w:val="false"/>
          <w:color w:val="000000"/>
          <w:u w:val="none"/>
        </w:rPr>
        <w:t xml:space="preserve"> [1FAU]</w:t>
      </w:r>
      <w:r>
        <w:rPr/>
        <w:t xml:space="preserve">. From now on, </w:t>
      </w:r>
      <w:r>
        <w:rPr>
          <w:shd w:val="clear" w:fill="B7DDE8"/>
        </w:rPr>
        <w:t>five in one household will be divided, three against two and two against three</w:t>
      </w:r>
      <w:r>
        <w:rPr>
          <w:b w:val="false"/>
          <w:i w:val="false"/>
          <w:color w:val="000000"/>
          <w:u w:val="none"/>
        </w:rPr>
        <w:t xml:space="preserve"> [1FAV]</w:t>
      </w:r>
      <w:r>
        <w:rPr/>
        <w:t xml:space="preserve">. </w:t>
      </w:r>
      <w:r>
        <w:rPr>
          <w:shd w:val="clear" w:fill="B7DDE8"/>
        </w:rPr>
        <w:t>They will be divided, father against son and son against father, mother against daughter and daughter against mother, mother-in-law against daughter-in-law and daughter-in-law against mother-in-law</w:t>
      </w:r>
      <w:r>
        <w:rPr>
          <w:b w:val="false"/>
          <w:i w:val="false"/>
          <w:color w:val="000000"/>
          <w:u w:val="none"/>
        </w:rPr>
        <w:t xml:space="preserve"> [1FAW]</w:t>
      </w:r>
      <w:r>
        <w:rPr/>
        <w:t>.h”</w:t>
      </w:r>
    </w:p>
    <w:p>
      <w:pPr>
        <w:pStyle w:val="Yellow"/>
        <w:rPr/>
      </w:pPr>
      <w:r>
        <w:rPr>
          <w:b/>
          <w:color w:val="auto"/>
        </w:rPr>
        <w:t>John 14:27</w:t>
      </w:r>
      <w:r>
        <w:rPr>
          <w:color w:val="auto"/>
        </w:rPr>
        <w:t xml:space="preserve"> — </w:t>
      </w:r>
      <w:r>
        <w:rPr>
          <w:color w:val="auto"/>
        </w:rPr>
        <w:t>Peace I leave with you</w:t>
      </w:r>
      <w:r>
        <w:rPr>
          <w:b w:val="false"/>
          <w:i w:val="false"/>
          <w:color w:val="auto"/>
          <w:u w:val="none"/>
        </w:rPr>
        <w:t xml:space="preserve"> [1EZN]</w:t>
      </w:r>
      <w:r>
        <w:rPr>
          <w:color w:val="auto"/>
        </w:rPr>
        <w:t xml:space="preserve">; </w:t>
      </w:r>
      <w:r>
        <w:rPr>
          <w:color w:val="auto"/>
        </w:rPr>
        <w:t>My peace I give to you</w:t>
      </w:r>
      <w:r>
        <w:rPr>
          <w:b w:val="false"/>
          <w:i w:val="false"/>
          <w:color w:val="auto"/>
          <w:u w:val="none"/>
        </w:rPr>
        <w:t xml:space="preserve"> [1EZN]</w:t>
      </w:r>
      <w:r>
        <w:rPr>
          <w:color w:val="auto"/>
        </w:rPr>
        <w:t xml:space="preserve">. </w:t>
      </w:r>
      <w:r>
        <w:rPr>
          <w:color w:val="auto"/>
        </w:rPr>
        <w:t>I do not give to you as the world gives</w:t>
      </w:r>
      <w:r>
        <w:rPr>
          <w:b w:val="false"/>
          <w:i w:val="false"/>
          <w:color w:val="auto"/>
          <w:u w:val="none"/>
        </w:rPr>
        <w:t xml:space="preserve"> [1EZO]</w:t>
      </w:r>
      <w:r>
        <w:rPr>
          <w:color w:val="auto"/>
        </w:rPr>
        <w:t>.</w:t>
      </w:r>
    </w:p>
    <w:p>
      <w:pPr>
        <w:pStyle w:val="Yellow"/>
        <w:rPr/>
      </w:pPr>
      <w:r>
        <w:rPr>
          <w:b/>
        </w:rPr>
        <w:t>John 16:33</w:t>
      </w:r>
      <w:r>
        <w:rPr/>
        <w:t xml:space="preserve"> — </w:t>
      </w:r>
      <w:r>
        <w:rPr>
          <w:shd w:val="clear" w:fill="B7DDE8"/>
        </w:rPr>
        <w:t>I have told you these things so that in Me you may have peace</w:t>
      </w:r>
      <w:r>
        <w:rPr>
          <w:b w:val="false"/>
          <w:i w:val="false"/>
          <w:color w:val="000000"/>
          <w:u w:val="none"/>
        </w:rPr>
        <w:t xml:space="preserve"> [1FDL]</w:t>
      </w:r>
      <w:r>
        <w:rPr/>
        <w:t xml:space="preserve">. </w:t>
      </w:r>
      <w:r>
        <w:rPr>
          <w:shd w:val="clear" w:fill="B7DDE8"/>
        </w:rPr>
        <w:t>In the world you will have tribulation</w:t>
      </w:r>
      <w:r>
        <w:rPr>
          <w:b w:val="false"/>
          <w:i w:val="false"/>
          <w:color w:val="000000"/>
          <w:u w:val="none"/>
        </w:rPr>
        <w:t xml:space="preserve"> [1FDM]</w:t>
      </w:r>
      <w:r>
        <w:rPr/>
        <w:t xml:space="preserve">. But </w:t>
      </w:r>
      <w:r>
        <w:rPr>
          <w:shd w:val="clear" w:fill="B7DDE8"/>
        </w:rPr>
        <w:t>take courage</w:t>
      </w:r>
      <w:r>
        <w:rPr>
          <w:b w:val="false"/>
          <w:i w:val="false"/>
          <w:color w:val="000000"/>
          <w:u w:val="none"/>
        </w:rPr>
        <w:t xml:space="preserve"> [3CDC]</w:t>
      </w:r>
      <w:r>
        <w:rPr/>
        <w:t xml:space="preserve">; </w:t>
      </w:r>
      <w:r>
        <w:rPr>
          <w:shd w:val="clear" w:fill="B7DDE8"/>
        </w:rPr>
        <w:t>I have overcome the world</w:t>
      </w:r>
      <w:r>
        <w:rPr>
          <w:b w:val="false"/>
          <w:i w:val="false"/>
          <w:color w:val="000000"/>
          <w:u w:val="none"/>
        </w:rPr>
        <w:t xml:space="preserve"> [1FDN]</w:t>
      </w:r>
      <w:r>
        <w:rPr/>
        <w:t>!”</w:t>
      </w:r>
    </w:p>
    <w:p>
      <w:pPr>
        <w:pStyle w:val="Yellow"/>
        <w:rPr/>
      </w:pPr>
      <w:r>
        <w:rPr>
          <w:b/>
        </w:rPr>
        <w:t xml:space="preserve">1 Corinthians 14:33</w:t>
      </w:r>
      <w:r>
        <w:rPr/>
        <w:t xml:space="preserve"> — For </w:t>
      </w:r>
      <w:r>
        <w:rPr>
          <w:shd w:fill="B7DDE8" w:val="clear"/>
        </w:rPr>
        <w:t xml:space="preserve">God is not a God of disorder, but of peace—as in all the churches of the saints</w:t>
      </w:r>
      <w:r>
        <w:rPr>
          <w:b w:val="false"/>
          <w:i w:val="false"/>
          <w:color w:val="000000"/>
          <w:u w:val="none"/>
        </w:rPr>
        <w:t xml:space="preserve"> [1GIT]</w:t>
      </w:r>
      <w:r>
        <w:rPr/>
        <w:t xml:space="preserve">.</w:t>
      </w:r>
    </w:p>
    <w:p>
      <w:pPr>
        <w:pStyle w:val="Yellow"/>
        <w:rPr/>
      </w:pPr>
      <w:r>
        <w:rPr>
          <w:b/>
        </w:rPr>
        <w:t>2 Corinthians 13:11</w:t>
      </w:r>
      <w:r>
        <w:rPr/>
        <w:t xml:space="preserve"> — </w:t>
      </w:r>
      <w:r>
        <w:rPr>
          <w:shd w:val="clear" w:fill="B7DDE8"/>
        </w:rPr>
        <w:t>be of one mind</w:t>
      </w:r>
      <w:r>
        <w:rPr>
          <w:b w:val="false"/>
          <w:i w:val="false"/>
          <w:color w:val="000000"/>
          <w:u w:val="none"/>
        </w:rPr>
        <w:t xml:space="preserve"> [1DON]</w:t>
      </w:r>
      <w:r>
        <w:rPr/>
        <w:t xml:space="preserve">, </w:t>
      </w:r>
      <w:r>
        <w:rPr>
          <w:shd w:val="clear" w:fill="B7DDE8"/>
        </w:rPr>
        <w:t>live in peace</w:t>
      </w:r>
      <w:r>
        <w:rPr>
          <w:b w:val="false"/>
          <w:i w:val="false"/>
          <w:color w:val="000000"/>
          <w:u w:val="none"/>
        </w:rPr>
        <w:t xml:space="preserve"> [1DOO]</w:t>
      </w:r>
      <w:r>
        <w:rPr/>
        <w:t xml:space="preserve">. And </w:t>
      </w:r>
      <w:r>
        <w:rPr>
          <w:shd w:val="clear" w:fill="B7DDE8"/>
        </w:rPr>
        <w:t>the God of love and peace will be with you</w:t>
      </w:r>
      <w:r>
        <w:rPr>
          <w:b w:val="false"/>
          <w:i w:val="false"/>
          <w:color w:val="000000"/>
          <w:u w:val="none"/>
        </w:rPr>
        <w:t xml:space="preserve"> [1DOP]</w:t>
      </w:r>
      <w:r>
        <w:rPr/>
        <w:t>.</w:t>
      </w:r>
    </w:p>
    <w:p>
      <w:pPr>
        <w:pStyle w:val="Yellow"/>
        <w:rPr/>
      </w:pPr>
      <w:r>
        <w:rPr>
          <w:b/>
        </w:rPr>
        <w:t xml:space="preserve">Philippians 1:21</w:t>
      </w:r>
      <w:r>
        <w:rPr/>
        <w:t xml:space="preserve"> — For to me, </w:t>
      </w:r>
      <w:r>
        <w:rPr>
          <w:shd w:fill="B7DDE8" w:val="clear"/>
        </w:rPr>
        <w:t xml:space="preserve">to live is Christ</w:t>
      </w:r>
      <w:r>
        <w:rPr>
          <w:b w:val="false"/>
          <w:i w:val="false"/>
          <w:color w:val="000000"/>
          <w:u w:val="none"/>
        </w:rPr>
        <w:t xml:space="preserve"> [1IZR]</w:t>
      </w:r>
      <w:r>
        <w:rPr>
          <w:shd w:val="clear" w:color="auto" w:fill="548235"/>
          <w:color w:val="FFFFFF"/>
        </w:rPr>
        <w:t xml:space="preserve">, and </w:t>
      </w:r>
      <w:r>
        <w:rPr>
          <w:shd w:fill="548235" w:val="clear" w:color="auto"/>
          <w:color w:val="FFFFFF"/>
        </w:rPr>
        <w:t xml:space="preserve">to die is gain</w:t>
      </w:r>
      <w:r>
        <w:rPr>
          <w:b w:val="false"/>
          <w:i w:val="false"/>
          <w:color w:val="FFFFFF"/>
          <w:u w:val="none"/>
          <w:shd w:val="clear" w:color="auto" w:fill="548235"/>
        </w:rPr>
        <w:t xml:space="preserve"> [1IZS]</w:t>
      </w:r>
      <w:r>
        <w:rPr>
          <w:shd w:val="clear" w:color="auto" w:fill="548235"/>
          <w:color w:val="FFFFFF"/>
        </w:rPr>
        <w:t xml:space="preserve">.</w:t>
      </w:r>
    </w:p>
    <w:p>
      <w:pPr>
        <w:pStyle w:val="Yellow"/>
        <w:rPr/>
      </w:pPr>
      <w:r>
        <w:rPr>
          <w:b/>
        </w:rPr>
        <w:t>James 3:18</w:t>
      </w:r>
      <w:r>
        <w:rPr/>
        <w:t xml:space="preserve"> — </w:t>
      </w:r>
      <w:r>
        <w:rPr>
          <w:shd w:val="clear" w:fill="B7DDE8"/>
        </w:rPr>
        <w:t>Peacemakers who sow in peace reap the fruit of righteousness</w:t>
      </w:r>
      <w:r>
        <w:rPr>
          <w:b w:val="false"/>
          <w:i w:val="false"/>
          <w:color w:val="000000"/>
          <w:u w:val="none"/>
        </w:rPr>
        <w:t xml:space="preserve"> [1EYH]</w:t>
      </w:r>
      <w:r>
        <w:rPr/>
        <w:t>.</w:t>
      </w:r>
    </w:p>
    <w:p>
      <w:pPr>
        <w:pStyle w:val="Yellow"/>
        <w:rPr/>
      </w:pPr>
      <w:r>
        <w:rPr>
          <w:b/>
        </w:rPr>
        <w:t xml:space="preserve">Revelation 14:13</w:t>
      </w:r>
      <w:r>
        <w:rPr/>
        <w:t xml:space="preserve"> — “</w:t>
      </w:r>
      <w:r>
        <w:rPr>
          <w:shd w:fill="B7DDE8" w:val="clear"/>
        </w:rPr>
        <w:t xml:space="preserve">Blessed are the dead—those who die in the Lord from this moment on</w:t>
      </w:r>
      <w:r>
        <w:rPr>
          <w:b w:val="false"/>
          <w:i w:val="false"/>
          <w:color w:val="000000"/>
          <w:u w:val="none"/>
        </w:rPr>
        <w:t xml:space="preserve"> [1IXZ]</w:t>
      </w:r>
      <w:r>
        <w:rPr/>
        <w:t xml:space="preserve">.” “Yes,” says the Spirit, “</w:t>
      </w:r>
      <w:r>
        <w:rPr>
          <w:shd w:fill="B7DDE8" w:val="clear"/>
        </w:rPr>
        <w:t xml:space="preserve">they will rest from their labors</w:t>
      </w:r>
      <w:r>
        <w:rPr>
          <w:b w:val="false"/>
          <w:i w:val="false"/>
          <w:color w:val="000000"/>
          <w:u w:val="none"/>
        </w:rPr>
        <w:t xml:space="preserve"> [1IYA]</w:t>
      </w:r>
      <w:r>
        <w:rPr/>
        <w:t xml:space="preserve">, for </w:t>
      </w:r>
      <w:r>
        <w:rPr>
          <w:shd w:fill="B7DDE8" w:val="clear"/>
        </w:rPr>
        <w:t xml:space="preserve">their deeds will follow them</w:t>
      </w:r>
      <w:r>
        <w:rPr>
          <w:b w:val="false"/>
          <w:i w:val="false"/>
          <w:color w:val="000000"/>
          <w:u w:val="none"/>
        </w:rPr>
        <w:t xml:space="preserve"> [1IYB]</w:t>
      </w:r>
      <w:r>
        <w:rPr/>
        <w:t xml:space="preserve">.”</w:t>
      </w:r>
    </w:p>
    <w:p>
      <w:r>
        <w:rPr>
          <w:b/>
          <w:sz w:val="32"/>
        </w:rPr>
        <w:t>Kindness  (14)</w:t>
      </w:r>
    </w:p>
    <w:p>
      <w:pPr>
        <w:pStyle w:val="Yellow"/>
        <w:rPr/>
      </w:pPr>
      <w:r>
        <w:rPr>
          <w:b/>
        </w:rPr>
        <w:t>Genesis 39:20–21</w:t>
      </w:r>
      <w:r>
        <w:rPr/>
        <w:t xml:space="preserve"> — While Joseph was there in the prison, </w:t>
      </w:r>
      <w:r>
        <w:rPr>
          <w:shd w:fill="B7DDE8" w:val="clear"/>
        </w:rPr>
        <w:t>the LORD was with him</w:t>
      </w:r>
      <w:r>
        <w:rPr>
          <w:b w:val="false"/>
          <w:i w:val="false"/>
          <w:color w:val="000000"/>
          <w:u w:val="none"/>
        </w:rPr>
        <w:t xml:space="preserve"> [5DRB]</w:t>
      </w:r>
      <w:r>
        <w:rPr/>
        <w:t xml:space="preserve"> and </w:t>
      </w:r>
      <w:r>
        <w:rPr>
          <w:shd w:fill="B7DDE8" w:val="clear"/>
        </w:rPr>
        <w:t>extended kindness to him</w:t>
      </w:r>
      <w:r>
        <w:rPr>
          <w:b w:val="false"/>
          <w:i w:val="false"/>
          <w:color w:val="000000"/>
          <w:u w:val="none"/>
        </w:rPr>
        <w:t xml:space="preserve"> [1FWC]</w:t>
      </w:r>
      <w:r>
        <w:rPr/>
        <w:t xml:space="preserve">, </w:t>
      </w:r>
      <w:r>
        <w:rPr>
          <w:shd w:fill="B7DDE8" w:val="clear"/>
        </w:rPr>
        <w:t>granting him favor in the eyes of the prison warden</w:t>
      </w:r>
      <w:r>
        <w:rPr>
          <w:b w:val="false"/>
          <w:i w:val="false"/>
          <w:color w:val="000000"/>
          <w:u w:val="none"/>
        </w:rPr>
        <w:t xml:space="preserve"> [1FWD]</w:t>
      </w:r>
      <w:r>
        <w:rPr/>
        <w:t>.</w:t>
      </w:r>
    </w:p>
    <w:p>
      <w:pPr>
        <w:pStyle w:val="Yellow"/>
        <w:rPr/>
      </w:pPr>
      <w:r>
        <w:rPr>
          <w:b/>
          <w:shd w:val="clear" w:color="auto" w:fill="C00000"/>
          <w:color w:val="FFFFFF"/>
        </w:rPr>
        <w:t>2 Samuel 22:36</w:t>
      </w:r>
      <w:r>
        <w:rPr>
          <w:shd w:val="clear" w:color="auto" w:fill="C00000"/>
          <w:color w:val="FFFFFF"/>
        </w:rPr>
        <w:t xml:space="preserve"> — </w:t>
      </w:r>
      <w:r>
        <w:rPr>
          <w:shd w:val="clear" w:color="auto" w:fill="C00000"/>
          <w:color w:val="FFFFFF"/>
        </w:rPr>
        <w:t>You have given me Your shield of salvation</w:t>
      </w:r>
      <w:r>
        <w:rPr>
          <w:b w:val="false"/>
          <w:i w:val="false"/>
          <w:u w:val="none"/>
          <w:shd w:val="clear" w:color="auto" w:fill="C00000"/>
          <w:color w:val="FFFFFF"/>
        </w:rPr>
        <w:t xml:space="preserve"> [2DYT]</w:t>
      </w:r>
      <w:r>
        <w:rPr>
          <w:shd w:val="clear" w:color="auto" w:fill="C00000"/>
          <w:color w:val="FFFFFF"/>
        </w:rPr>
        <w:t xml:space="preserve">, and </w:t>
      </w:r>
      <w:r>
        <w:rPr>
          <w:shd w:val="clear" w:color="auto" w:fill="C00000"/>
          <w:color w:val="FFFFFF"/>
        </w:rPr>
        <w:t>Your gentleness exalts me</w:t>
      </w:r>
      <w:r>
        <w:rPr>
          <w:b w:val="false"/>
          <w:i w:val="false"/>
          <w:u w:val="none"/>
          <w:shd w:val="clear" w:color="auto" w:fill="C00000"/>
          <w:color w:val="FFFFFF"/>
        </w:rPr>
        <w:t xml:space="preserve"> [2DYV]</w:t>
      </w:r>
      <w:r>
        <w:rPr>
          <w:shd w:val="clear" w:color="auto" w:fill="C00000"/>
          <w:color w:val="FFFFFF"/>
        </w:rPr>
        <w:t>.</w:t>
      </w:r>
    </w:p>
    <w:p>
      <w:pPr>
        <w:pStyle w:val="Yellow"/>
        <w:rPr/>
      </w:pPr>
      <w:r>
        <w:rPr/>
        <w:t xml:space="preserve">(Neh13:1 Ammonites and Moabites were excluded) </w:t>
      </w:r>
      <w:r>
        <w:rPr>
          <w:b/>
        </w:rPr>
        <w:t xml:space="preserve">Nehemiah 13:2</w:t>
      </w:r>
      <w:r>
        <w:rPr/>
        <w:t xml:space="preserve"> — {because} </w:t>
      </w:r>
      <w:r>
        <w:rPr>
          <w:shd w:fill="B7DDE8" w:val="clear"/>
        </w:rPr>
        <w:t xml:space="preserve">{they} had not met the Israelites with food and water</w:t>
      </w:r>
      <w:r>
        <w:rPr>
          <w:b w:val="false"/>
          <w:i w:val="false"/>
          <w:color w:val="000000"/>
          <w:u w:val="none"/>
        </w:rPr>
        <w:t xml:space="preserve"> [1JIY]</w:t>
      </w:r>
      <w:r>
        <w:rPr/>
        <w:t xml:space="preserve">, but </w:t>
      </w:r>
      <w:r>
        <w:rPr>
          <w:shd w:fill="B7DDE8" w:val="clear"/>
        </w:rPr>
        <w:t xml:space="preserve">had hired Balaam to call down a curse against them</w:t>
      </w:r>
      <w:r>
        <w:rPr>
          <w:b w:val="false"/>
          <w:i w:val="false"/>
          <w:color w:val="000000"/>
          <w:u w:val="none"/>
        </w:rPr>
        <w:t xml:space="preserve"> [1JIZ]</w:t>
      </w:r>
      <w:r>
        <w:rPr/>
        <w:t xml:space="preserve"> (although </w:t>
      </w:r>
      <w:r>
        <w:rPr>
          <w:shd w:fill="B7DDE8" w:val="clear"/>
        </w:rPr>
        <w:t xml:space="preserve">our God had turned the curse into a blessing</w:t>
      </w:r>
      <w:r>
        <w:rPr>
          <w:b w:val="false"/>
          <w:i w:val="false"/>
          <w:color w:val="000000"/>
          <w:u w:val="none"/>
        </w:rPr>
        <w:t xml:space="preserve"> [2FSN]</w:t>
      </w:r>
      <w:r>
        <w:rPr/>
        <w:t xml:space="preserve">).</w:t>
      </w:r>
    </w:p>
    <w:p>
      <w:pPr>
        <w:pStyle w:val="Yellow"/>
        <w:rPr/>
      </w:pPr>
      <w:r>
        <w:rPr>
          <w:b/>
        </w:rPr>
        <w:t xml:space="preserve">Proverbs 11:16</w:t>
      </w:r>
      <w:r>
        <w:rPr/>
        <w:t xml:space="preserve"> — </w:t>
      </w:r>
      <w:r>
        <w:rPr>
          <w:shd w:fill="B7DDE8" w:val="clear"/>
        </w:rPr>
        <w:t xml:space="preserve">A gracious woman attains honor</w:t>
      </w:r>
      <w:r>
        <w:rPr>
          <w:b w:val="false"/>
          <w:i w:val="false"/>
          <w:color w:val="000000"/>
          <w:u w:val="none"/>
        </w:rPr>
        <w:t xml:space="preserve"> [1HDV]</w:t>
      </w:r>
      <w:r>
        <w:rPr/>
        <w:t xml:space="preserve">, but </w:t>
      </w:r>
      <w:r>
        <w:rPr>
          <w:color w:val="000000"/>
        </w:rPr>
        <w:t xml:space="preserve">ruthless men gain only wealth</w:t>
      </w:r>
      <w:r>
        <w:rPr>
          <w:b w:val="false"/>
          <w:i w:val="false"/>
          <w:color w:val="000000"/>
          <w:u w:val="none"/>
        </w:rPr>
        <w:t xml:space="preserve"> [1HDW]</w:t>
      </w:r>
      <w:r>
        <w:rPr/>
        <w:t xml:space="preserve">.</w:t>
      </w:r>
    </w:p>
    <w:p>
      <w:pPr>
        <w:pStyle w:val="Yellow"/>
        <w:rPr/>
      </w:pPr>
      <w:r>
        <w:rPr>
          <w:b/>
        </w:rPr>
        <w:t xml:space="preserve">Proverbs 11:17</w:t>
      </w:r>
      <w:r>
        <w:rPr/>
        <w:t xml:space="preserve"> — </w:t>
      </w:r>
      <w:r>
        <w:rPr>
          <w:shd w:fill="B7DDE8" w:val="clear"/>
        </w:rPr>
        <w:t xml:space="preserve">A kind man benefits himself</w:t>
      </w:r>
      <w:r>
        <w:rPr>
          <w:b w:val="false"/>
          <w:i w:val="false"/>
          <w:color w:val="000000"/>
          <w:u w:val="none"/>
        </w:rPr>
        <w:t xml:space="preserve"> [1IJG]</w:t>
      </w:r>
      <w:r>
        <w:rPr/>
        <w:t xml:space="preserve">, but </w:t>
      </w:r>
      <w:r>
        <w:rPr>
          <w:shd w:fill="B7DDE8" w:val="clear"/>
        </w:rPr>
        <w:t xml:space="preserve">a cruel man brings trouble on himself</w:t>
      </w:r>
      <w:r>
        <w:rPr>
          <w:b w:val="false"/>
          <w:i w:val="false"/>
          <w:color w:val="000000"/>
          <w:u w:val="none"/>
        </w:rPr>
        <w:t xml:space="preserve"> [1IJH]</w:t>
      </w:r>
      <w:r>
        <w:rPr/>
        <w:t xml:space="preserve">.</w:t>
      </w:r>
    </w:p>
    <w:p>
      <w:pPr>
        <w:pStyle w:val="Yellow"/>
        <w:rPr/>
      </w:pPr>
      <w:r>
        <w:rPr>
          <w:b/>
        </w:rPr>
        <w:t>Proverbs 14:31</w:t>
      </w:r>
      <w:r>
        <w:rPr/>
        <w:t xml:space="preserve"> — </w:t>
      </w:r>
      <w:r>
        <w:rPr>
          <w:shd w:val="clear" w:fill="B7DDE8"/>
        </w:rPr>
        <w:t>Whoever oppresses the poor taunts their Maker</w:t>
      </w:r>
      <w:r>
        <w:rPr>
          <w:b w:val="false"/>
          <w:i w:val="false"/>
          <w:color w:val="000000"/>
          <w:u w:val="none"/>
        </w:rPr>
        <w:t xml:space="preserve"> [1OT]</w:t>
      </w:r>
      <w:r>
        <w:rPr/>
        <w:t xml:space="preserve">, but </w:t>
      </w:r>
      <w:r>
        <w:rPr>
          <w:shd w:val="clear" w:fill="B7DDE8"/>
        </w:rPr>
        <w:t>whoever is kind to the needy honors Him</w:t>
      </w:r>
      <w:r>
        <w:rPr>
          <w:b w:val="false"/>
          <w:i w:val="false"/>
          <w:color w:val="000000"/>
          <w:u w:val="none"/>
        </w:rPr>
        <w:t xml:space="preserve"> [1OU]</w:t>
      </w:r>
      <w:r>
        <w:rPr/>
        <w:t>.</w:t>
      </w:r>
    </w:p>
    <w:p>
      <w:pPr>
        <w:pStyle w:val="Green"/>
        <w:rPr/>
      </w:pPr>
      <w:r>
        <w:rPr>
          <w:b/>
          <w:color w:val="auto"/>
        </w:rPr>
        <w:t xml:space="preserve">Proverbs 15:1</w:t>
      </w:r>
      <w:r>
        <w:rPr>
          <w:color w:val="auto"/>
        </w:rPr>
        <w:t xml:space="preserve"> — </w:t>
      </w:r>
      <w:r>
        <w:rPr>
          <w:color w:val="auto"/>
        </w:rPr>
        <w:t xml:space="preserve">A gentle answer turns away wrath</w:t>
      </w:r>
      <w:r>
        <w:rPr>
          <w:b w:val="false"/>
          <w:i w:val="false"/>
          <w:color w:val="auto"/>
          <w:u w:val="none"/>
        </w:rPr>
        <w:t xml:space="preserve"> [1HBH]</w:t>
      </w:r>
      <w:r>
        <w:rPr>
          <w:color w:val="auto"/>
        </w:rPr>
        <w:t xml:space="preserve">, but </w:t>
      </w:r>
      <w:r>
        <w:rPr>
          <w:color w:val="auto"/>
        </w:rPr>
        <w:t xml:space="preserve">a harsh word stirs up anger</w:t>
      </w:r>
      <w:r>
        <w:rPr>
          <w:b w:val="false"/>
          <w:i w:val="false"/>
          <w:color w:val="auto"/>
          <w:u w:val="none"/>
        </w:rPr>
        <w:t xml:space="preserve"> [1HBI]</w:t>
      </w:r>
      <w:r>
        <w:rPr>
          <w:color w:val="auto"/>
        </w:rPr>
        <w:t xml:space="preserve">.</w:t>
      </w:r>
    </w:p>
    <w:p>
      <w:pPr>
        <w:pStyle w:val="Yellow"/>
        <w:rPr/>
      </w:pPr>
      <w:r>
        <w:rPr>
          <w:b/>
          <w:u w:val="none"/>
        </w:rPr>
        <w:t>Matthew 6:3–4</w:t>
      </w:r>
      <w:r>
        <w:rPr>
          <w:u w:val="none"/>
        </w:rPr>
        <w:t xml:space="preserve"> — </w:t>
      </w:r>
      <w:r>
        <w:rPr>
          <w:u w:val="none"/>
          <w:shd w:val="clear" w:fill="B7DDE8"/>
        </w:rPr>
        <w:t>when you give to the needy, do not let your left hand know what your right hand is doing, so that your giving may be in secret</w:t>
      </w:r>
      <w:r>
        <w:rPr>
          <w:b w:val="false"/>
          <w:i w:val="false"/>
          <w:color w:val="000000"/>
          <w:u w:val="none"/>
        </w:rPr>
        <w:t xml:space="preserve"> [1FJY]</w:t>
      </w:r>
      <w:r>
        <w:rPr>
          <w:u w:val="none"/>
        </w:rPr>
        <w:t xml:space="preserve">. And </w:t>
      </w:r>
      <w:r>
        <w:rPr>
          <w:u w:val="none"/>
          <w:shd w:val="clear" w:color="auto" w:fill="D9C3E6"/>
        </w:rPr>
        <w:t>your Father, who sees what is done in secret</w:t>
      </w:r>
      <w:r>
        <w:rPr>
          <w:b w:val="false"/>
          <w:i w:val="false"/>
          <w:color w:val="000000"/>
          <w:u w:val="none"/>
        </w:rPr>
        <w:t xml:space="preserve"> [3COL]</w:t>
      </w:r>
      <w:r>
        <w:rPr>
          <w:u w:val="none"/>
          <w:shd w:val="clear" w:color="auto" w:fill="D9C3E6"/>
        </w:rPr>
        <w:t xml:space="preserve">, </w:t>
      </w:r>
      <w:r>
        <w:rPr>
          <w:u w:val="none"/>
          <w:shd w:val="clear" w:color="auto" w:fill="D9C3E6"/>
        </w:rPr>
        <w:t>will reward you</w:t>
      </w:r>
      <w:r>
        <w:rPr>
          <w:b w:val="false"/>
          <w:i w:val="false"/>
          <w:color w:val="000000"/>
          <w:u w:val="none"/>
        </w:rPr>
        <w:t xml:space="preserve"> [4COM]</w:t>
      </w:r>
      <w:r>
        <w:rPr>
          <w:u w:val="none"/>
          <w:shd w:val="clear" w:color="auto" w:fill="D9C3E6"/>
        </w:rPr>
        <w:t>.</w:t>
      </w:r>
    </w:p>
    <w:p>
      <w:pPr>
        <w:pStyle w:val="Yellow"/>
        <w:rPr/>
      </w:pPr>
      <w:r>
        <w:rPr/>
        <w:t xml:space="preserve">(Lk6:28ᶜ If you “pray for those who mistreat you”) </w:t>
      </w:r>
      <w:r>
        <w:rPr>
          <w:b/>
        </w:rPr>
        <w:t>Luke 6:35</w:t>
      </w:r>
      <w:r>
        <w:rPr/>
        <w:t xml:space="preserve"> — </w:t>
      </w:r>
      <w:r>
        <w:rPr>
          <w:shd w:fill="B7DDE8" w:val="clear"/>
        </w:rPr>
        <w:t>love your enemies</w:t>
      </w:r>
      <w:r>
        <w:rPr>
          <w:b w:val="false"/>
          <w:i w:val="false"/>
          <w:u w:val="none"/>
          <w:color w:val="000000"/>
        </w:rPr>
        <w:t xml:space="preserve"> [2CSD]</w:t>
      </w:r>
      <w:r>
        <w:rPr/>
        <w:t xml:space="preserve">, </w:t>
      </w:r>
      <w:r>
        <w:rPr>
          <w:shd w:fill="B7DDE8" w:val="clear"/>
        </w:rPr>
        <w:t>do good to them</w:t>
      </w:r>
      <w:r>
        <w:rPr>
          <w:b w:val="false"/>
          <w:i w:val="false"/>
          <w:color w:val="000000"/>
          <w:u w:val="none"/>
        </w:rPr>
        <w:t xml:space="preserve"> [1FQW]</w:t>
      </w:r>
      <w:r>
        <w:rPr/>
        <w:t xml:space="preserve">, and </w:t>
      </w:r>
      <w:r>
        <w:rPr>
          <w:shd w:fill="B7DDE8" w:val="clear"/>
        </w:rPr>
        <w:t>lend to them, expecting nothing in return</w:t>
      </w:r>
      <w:r>
        <w:rPr>
          <w:b w:val="false"/>
          <w:i w:val="false"/>
          <w:color w:val="000000"/>
          <w:u w:val="none"/>
        </w:rPr>
        <w:t xml:space="preserve"> [1FQX]</w:t>
      </w:r>
      <w:r>
        <w:rPr/>
        <w:t xml:space="preserve">. Then </w:t>
      </w:r>
      <w:r>
        <w:rPr>
          <w:shd w:fill="B7DDE8" w:val="clear"/>
        </w:rPr>
        <w:t>your reward will be great</w:t>
      </w:r>
      <w:r>
        <w:rPr>
          <w:b w:val="false"/>
          <w:i w:val="false"/>
          <w:color w:val="000000"/>
          <w:u w:val="none"/>
        </w:rPr>
        <w:t xml:space="preserve"> [1FQY]</w:t>
      </w:r>
      <w:r>
        <w:rPr/>
        <w:t xml:space="preserve">, and </w:t>
      </w:r>
      <w:r>
        <w:rPr>
          <w:shd w:fill="B7DDE8" w:val="clear"/>
        </w:rPr>
        <w:t>you will be sons of the Most High</w:t>
      </w:r>
      <w:r>
        <w:rPr>
          <w:b w:val="false"/>
          <w:i w:val="false"/>
          <w:color w:val="000000"/>
          <w:u w:val="none"/>
        </w:rPr>
        <w:t xml:space="preserve"> [1FQZ]</w:t>
      </w:r>
      <w:r>
        <w:rPr/>
        <w:t xml:space="preserve">; for </w:t>
      </w:r>
      <w:r>
        <w:rPr>
          <w:shd w:fill="B7DDE8" w:val="clear"/>
        </w:rPr>
        <w:t>He is kind to the ungrateful and wicked</w:t>
      </w:r>
      <w:r>
        <w:rPr>
          <w:b w:val="false"/>
          <w:i w:val="false"/>
          <w:color w:val="000000"/>
          <w:u w:val="none"/>
        </w:rPr>
        <w:t xml:space="preserve"> [1FRA]</w:t>
      </w:r>
      <w:r>
        <w:rPr/>
        <w:t>.</w:t>
      </w:r>
    </w:p>
    <w:p>
      <w:pPr>
        <w:pStyle w:val="Yellow"/>
        <w:rPr/>
      </w:pPr>
      <w:r>
        <w:rPr>
          <w:b/>
        </w:rPr>
        <w:t>Luke 14:13–14</w:t>
      </w:r>
      <w:r>
        <w:t xml:space="preserve"> — But </w:t>
      </w:r>
      <w:r>
        <w:rPr>
          <w:shd w:fill="B7DDE8" w:val="clear"/>
        </w:rPr>
        <w:t>when you host a banquet, invite the poor, the crippled, the lame, and the blind</w:t>
      </w:r>
      <w:r>
        <w:rPr>
          <w:b w:val="false"/>
          <w:i w:val="false"/>
          <w:color w:val="000000"/>
          <w:u w:val="none"/>
        </w:rPr>
        <w:t xml:space="preserve"> [1AUO]</w:t>
      </w:r>
      <w:r>
        <w:rPr>
          <w:shd w:fill="B7DDE8" w:val="clear"/>
        </w:rPr>
        <w:t>, and you will be blessed</w:t>
      </w:r>
      <w:r>
        <w:rPr>
          <w:b w:val="false"/>
          <w:i w:val="false"/>
          <w:color w:val="000000"/>
          <w:u w:val="none"/>
        </w:rPr>
        <w:t xml:space="preserve"> [1AUP]</w:t>
      </w:r>
      <w:r>
        <w:t xml:space="preserve">. </w:t>
      </w:r>
      <w:r>
        <w:rPr>
          <w:shd w:fill="B7DDE8" w:val="clear"/>
        </w:rPr>
        <w:t xml:space="preserve">Since </w:t>
      </w:r>
      <w:r>
        <w:rPr>
          <w:shd w:fill="B7DDE8" w:val="clear"/>
        </w:rPr>
        <w:t>they cannot repay you</w:t>
      </w:r>
      <w:r>
        <w:rPr>
          <w:b w:val="false"/>
          <w:i w:val="false"/>
          <w:color w:val="000000"/>
          <w:u w:val="none"/>
        </w:rPr>
        <w:t xml:space="preserve"> [1AUQ]</w:t>
      </w:r>
      <w:r>
        <w:rPr>
          <w:shd w:fill="B7DDE8" w:val="clear"/>
        </w:rPr>
        <w:t>, you will be repaid at the resurrection of the righteous</w:t>
      </w:r>
      <w:r>
        <w:rPr>
          <w:b w:val="false"/>
          <w:i w:val="false"/>
          <w:color w:val="000000"/>
          <w:u w:val="none"/>
        </w:rPr>
        <w:t xml:space="preserve"> [1AUR]</w:t>
      </w:r>
      <w:r>
        <w:t>.”</w:t>
      </w:r>
    </w:p>
    <w:p>
      <w:pPr>
        <w:pStyle w:val="Yellow"/>
        <w:rPr/>
        <w:shd w:val="clear" w:color="auto" w:fill="E4DFEC"/>
        <w:pBdr>
          <w:left w:val="single" w:sz="28" w:space="5" w:color="7030A0"/>
        </w:pBdr>
      </w:pPr>
      <w:r>
        <w:rPr>
          <w:b/>
          <w:shd w:val="clear" w:color="auto" w:fill="548235"/>
          <w:color w:val="FFFFFF"/>
        </w:rPr>
        <w:t xml:space="preserve">Romans 12:20</w:t>
      </w:r>
      <w:r>
        <w:rPr>
          <w:shd w:val="clear" w:color="auto" w:fill="548235"/>
          <w:color w:val="FFFFFF"/>
        </w:rPr>
        <w:t xml:space="preserve"> — “</w:t>
      </w:r>
      <w:r>
        <w:rPr>
          <w:shd w:fill="548235" w:val="clear" w:color="auto"/>
          <w:color w:val="FFFFFF"/>
        </w:rPr>
        <w:t xml:space="preserve">If your enemy is hungry, feed him; if he is thirsty, give him a drink</w:t>
      </w:r>
      <w:r>
        <w:rPr>
          <w:b w:val="false"/>
          <w:i w:val="false"/>
          <w:color w:val="FFFFFF"/>
          <w:u w:val="none"/>
          <w:shd w:val="clear" w:color="auto" w:fill="548235"/>
        </w:rPr>
        <w:t xml:space="preserve"> [2FKQ]</w:t>
      </w:r>
      <w:r>
        <w:rPr>
          <w:shd w:val="clear" w:color="auto" w:fill="548235"/>
          <w:color w:val="FFFFFF"/>
        </w:rPr>
        <w:t xml:space="preserve">. For in so doing, </w:t>
      </w:r>
      <w:r>
        <w:rPr>
          <w:shd w:fill="548235" w:val="clear" w:color="auto"/>
          <w:color w:val="FFFFFF"/>
        </w:rPr>
        <w:t xml:space="preserve">you will heap burning coals on his head</w:t>
      </w:r>
      <w:r>
        <w:rPr>
          <w:b w:val="false"/>
          <w:i w:val="false"/>
          <w:color w:val="FFFFFF"/>
          <w:u w:val="none"/>
          <w:shd w:val="clear" w:color="auto" w:fill="548235"/>
        </w:rPr>
        <w:t xml:space="preserve"> [2FKR]</w:t>
      </w:r>
      <w:r>
        <w:rPr>
          <w:shd w:val="clear" w:color="auto" w:fill="548235"/>
          <w:color w:val="FFFFFF"/>
        </w:rPr>
        <w:t xml:space="preserve">.”</w:t>
      </w:r>
    </w:p>
    <w:p>
      <w:pPr>
        <w:pStyle w:val="Yellow"/>
        <w:rPr/>
      </w:pPr>
      <w:r>
        <w:rPr>
          <w:b/>
        </w:rPr>
        <w:t>1 Corinthians 10:33</w:t>
      </w:r>
      <w:r>
        <w:t xml:space="preserve"> — For </w:t>
      </w:r>
      <w:r>
        <w:rPr>
          <w:shd w:fill="B7DDE8" w:val="clear"/>
        </w:rPr>
        <w:t>I am not seeking my own good</w:t>
      </w:r>
      <w:r>
        <w:rPr>
          <w:b w:val="false"/>
          <w:i w:val="false"/>
          <w:color w:val="000000"/>
          <w:u w:val="none"/>
        </w:rPr>
        <w:t xml:space="preserve"> [1BQP]</w:t>
      </w:r>
      <w:r>
        <w:t xml:space="preserve">, </w:t>
      </w:r>
      <w:r>
        <w:rPr>
          <w:shd w:fill="B7DDE8" w:val="clear"/>
        </w:rPr>
        <w:t>but the good of many</w:t>
      </w:r>
      <w:r>
        <w:rPr>
          <w:b w:val="false"/>
          <w:i w:val="false"/>
          <w:color w:val="000000"/>
          <w:u w:val="none"/>
        </w:rPr>
        <w:t xml:space="preserve"> [1BQQ]</w:t>
      </w:r>
      <w:r>
        <w:t xml:space="preserve">, </w:t>
      </w:r>
      <w:r>
        <w:rPr>
          <w:shd w:fill="B7DDE8" w:val="clear"/>
        </w:rPr>
        <w:t>that they may be saved</w:t>
      </w:r>
      <w:r>
        <w:rPr>
          <w:b w:val="false"/>
          <w:i w:val="false"/>
          <w:color w:val="000000"/>
          <w:u w:val="none"/>
        </w:rPr>
        <w:t xml:space="preserve"> [1BQR]</w:t>
      </w:r>
      <w:r>
        <w:t>.</w:t>
      </w:r>
    </w:p>
    <w:p>
      <w:pPr>
        <w:pStyle w:val="Yellow"/>
        <w:rPr/>
      </w:pPr>
      <w:r>
        <w:rPr>
          <w:b/>
        </w:rPr>
        <w:t>2 Timothy 2:24–26</w:t>
      </w:r>
      <w:r>
        <w:rPr/>
        <w:t xml:space="preserve"> — And </w:t>
      </w:r>
      <w:r>
        <w:rPr>
          <w:shd w:val="clear" w:fill="B7DDE8"/>
        </w:rPr>
        <w:t>a servant of the Lord must not be quarrelsome, but must be kind to everyone, able to teach, and forbearing</w:t>
      </w:r>
      <w:r>
        <w:rPr>
          <w:b w:val="false"/>
          <w:i w:val="false"/>
          <w:color w:val="000000"/>
          <w:u w:val="none"/>
        </w:rPr>
        <w:t xml:space="preserve"> [1QA]</w:t>
      </w:r>
      <w:r>
        <w:rPr/>
        <w:t xml:space="preserve">. </w:t>
      </w:r>
      <w:r>
        <w:rPr>
          <w:shd w:val="clear" w:fill="B7DDE8"/>
        </w:rPr>
        <w:t>He must gently reprove those who oppose him</w:t>
      </w:r>
      <w:r>
        <w:rPr>
          <w:b w:val="false"/>
          <w:i w:val="false"/>
          <w:color w:val="000000"/>
          <w:u w:val="none"/>
        </w:rPr>
        <w:t xml:space="preserve"> [1QB]</w:t>
      </w:r>
      <w:r>
        <w:rPr/>
        <w:t xml:space="preserve">, in the hope that </w:t>
      </w:r>
      <w:r>
        <w:rPr>
          <w:shd w:val="clear" w:fill="B7DDE8"/>
        </w:rPr>
        <w:t>God may grant them repentance leading to a knowledge of the truth</w:t>
      </w:r>
      <w:r>
        <w:rPr>
          <w:b w:val="false"/>
          <w:i w:val="false"/>
          <w:color w:val="000000"/>
          <w:u w:val="none"/>
        </w:rPr>
        <w:t xml:space="preserve"> [1QC]</w:t>
      </w:r>
      <w:r>
        <w:rPr/>
        <w:t xml:space="preserve">. </w:t>
      </w:r>
      <w:r>
        <w:rPr>
          <w:shd w:val="clear" w:fill="B7DDE8"/>
        </w:rPr>
        <w:t>Then they will come to their senses</w:t>
      </w:r>
      <w:r>
        <w:rPr>
          <w:b w:val="false"/>
          <w:i w:val="false"/>
          <w:color w:val="000000"/>
          <w:u w:val="none"/>
        </w:rPr>
        <w:t xml:space="preserve"> [1QD]</w:t>
      </w:r>
      <w:r>
        <w:rPr/>
        <w:t xml:space="preserve"> and </w:t>
      </w:r>
      <w:r>
        <w:rPr>
          <w:shd w:val="clear" w:fill="B7DDE8"/>
        </w:rPr>
        <w:t>escape the snare of the devil</w:t>
      </w:r>
      <w:r>
        <w:rPr>
          <w:b w:val="false"/>
          <w:i w:val="false"/>
          <w:color w:val="000000"/>
          <w:u w:val="none"/>
        </w:rPr>
        <w:t xml:space="preserve"> [1QE]</w:t>
      </w:r>
      <w:r>
        <w:rPr/>
        <w:t xml:space="preserve">, </w:t>
      </w:r>
      <w:r>
        <w:rPr>
          <w:shd w:val="clear" w:fill="B7DDE8"/>
        </w:rPr>
        <w:t>who has taken them captive to his will</w:t>
      </w:r>
      <w:r>
        <w:rPr>
          <w:b w:val="false"/>
          <w:i w:val="false"/>
          <w:color w:val="000000"/>
          <w:u w:val="none"/>
        </w:rPr>
        <w:t xml:space="preserve"> [1QF]</w:t>
      </w:r>
      <w:r>
        <w:rPr/>
        <w:t>.</w:t>
      </w:r>
    </w:p>
    <w:p>
      <w:pPr>
        <w:pStyle w:val="Yellow"/>
        <w:rPr/>
      </w:pPr>
      <w:r>
        <w:rPr>
          <w:b/>
          <w:u w:val="none"/>
        </w:rPr>
        <w:t>Titus 3:4–5</w:t>
      </w:r>
      <w:r>
        <w:rPr>
          <w:u w:val="none"/>
        </w:rPr>
        <w:t xml:space="preserve"> — But when </w:t>
      </w:r>
      <w:r>
        <w:rPr>
          <w:u w:val="none"/>
          <w:shd w:fill="B7DDE8" w:val="clear"/>
        </w:rPr>
        <w:t>the kindness of God our Savior and His love for mankind appeared</w:t>
      </w:r>
      <w:r>
        <w:rPr>
          <w:b w:val="false"/>
          <w:i w:val="false"/>
          <w:color w:val="000000"/>
          <w:u w:val="none"/>
        </w:rPr>
        <w:t xml:space="preserve"> [1BLN]</w:t>
      </w:r>
      <w:r>
        <w:rPr>
          <w:u w:val="none"/>
        </w:rPr>
        <w:t xml:space="preserve">, </w:t>
      </w:r>
      <w:r>
        <w:rPr>
          <w:u w:val="none"/>
          <w:shd w:fill="B7DDE8" w:val="clear"/>
        </w:rPr>
        <w:t>He saved us</w:t>
      </w:r>
      <w:r>
        <w:rPr>
          <w:b w:val="false"/>
          <w:i w:val="false"/>
          <w:color w:val="000000"/>
          <w:u w:val="none"/>
        </w:rPr>
        <w:t xml:space="preserve"> [2BLO]</w:t>
      </w:r>
      <w:r>
        <w:rPr>
          <w:u w:val="none"/>
        </w:rPr>
        <w:t xml:space="preserve">, </w:t>
      </w:r>
      <w:r>
        <w:rPr>
          <w:u w:val="none"/>
          <w:shd w:fill="B7DDE8" w:val="clear"/>
        </w:rPr>
        <w:t>not by the righteous deeds we had done</w:t>
      </w:r>
      <w:r>
        <w:rPr>
          <w:b w:val="false"/>
          <w:i w:val="false"/>
          <w:color w:val="000000"/>
          <w:u w:val="none"/>
        </w:rPr>
        <w:t xml:space="preserve"> [1BLP]</w:t>
      </w:r>
      <w:r>
        <w:rPr>
          <w:u w:val="none"/>
        </w:rPr>
        <w:t xml:space="preserve">, </w:t>
      </w:r>
      <w:r>
        <w:rPr>
          <w:u w:val="none"/>
          <w:shd w:fill="B7DDE8" w:val="clear"/>
        </w:rPr>
        <w:t>but according to His mercy</w:t>
      </w:r>
      <w:r>
        <w:rPr>
          <w:b w:val="false"/>
          <w:i w:val="false"/>
          <w:color w:val="000000"/>
          <w:u w:val="none"/>
        </w:rPr>
        <w:t xml:space="preserve"> [1BLQ]</w:t>
      </w:r>
      <w:r>
        <w:rPr>
          <w:u w:val="none"/>
        </w:rPr>
        <w:t xml:space="preserve">, </w:t>
      </w:r>
      <w:r>
        <w:rPr>
          <w:u w:val="none"/>
          <w:shd w:fill="B7DDE8" w:val="clear"/>
        </w:rPr>
        <w:t>through the washing of new birth</w:t>
      </w:r>
      <w:r>
        <w:rPr>
          <w:b w:val="false"/>
          <w:i w:val="false"/>
          <w:color w:val="000000"/>
          <w:u w:val="none"/>
        </w:rPr>
        <w:t xml:space="preserve"> [1BLR]</w:t>
      </w:r>
      <w:r>
        <w:rPr>
          <w:u w:val="none"/>
        </w:rPr>
        <w:t xml:space="preserve"> and </w:t>
      </w:r>
      <w:r>
        <w:rPr>
          <w:u w:val="none"/>
          <w:shd w:fill="B7DDE8" w:val="clear"/>
        </w:rPr>
        <w:t>renewal by the Holy Spirit</w:t>
      </w:r>
      <w:r>
        <w:rPr>
          <w:b w:val="false"/>
          <w:i w:val="false"/>
          <w:color w:val="000000"/>
          <w:u w:val="none"/>
        </w:rPr>
        <w:t xml:space="preserve"> [1BLS]</w:t>
      </w:r>
      <w:r>
        <w:rPr>
          <w:u w:val="none"/>
        </w:rPr>
        <w:t>.</w:t>
      </w:r>
    </w:p>
    <w:p>
      <w:r>
        <w:rPr>
          <w:b/>
          <w:sz w:val="32"/>
        </w:rPr>
        <w:t>Patience  (6)</w:t>
      </w:r>
    </w:p>
    <w:p>
      <w:pPr>
        <w:pStyle w:val="Yellow"/>
        <w:rPr/>
      </w:pPr>
      <w:r>
        <w:rPr>
          <w:b/>
        </w:rPr>
        <w:t xml:space="preserve">Proverbs 15:18</w:t>
      </w:r>
      <w:r>
        <w:rPr/>
        <w:t xml:space="preserve"> — </w:t>
      </w:r>
      <w:r>
        <w:rPr>
          <w:shd w:fill="B7DDE8" w:val="clear"/>
        </w:rPr>
        <w:t xml:space="preserve">A hot-tempered man stirs up strife</w:t>
      </w:r>
      <w:r>
        <w:rPr>
          <w:b w:val="false"/>
          <w:i w:val="false"/>
          <w:color w:val="000000"/>
          <w:u w:val="none"/>
        </w:rPr>
        <w:t xml:space="preserve"> [2HBN]</w:t>
      </w:r>
      <w:r>
        <w:rPr>
          <w:shd w:val="clear" w:color="auto" w:fill="548235"/>
          <w:color w:val="FFFFFF"/>
        </w:rPr>
        <w:t xml:space="preserve">, but </w:t>
      </w:r>
      <w:r>
        <w:rPr>
          <w:shd w:fill="548235" w:val="clear" w:color="auto"/>
          <w:color w:val="FFFFFF"/>
        </w:rPr>
        <w:t xml:space="preserve">he who is slow to anger calms dispute</w:t>
      </w:r>
      <w:r>
        <w:rPr>
          <w:b w:val="false"/>
          <w:i w:val="false"/>
          <w:color w:val="FFFFFF"/>
          <w:u w:val="none"/>
          <w:shd w:val="clear" w:color="auto" w:fill="548235"/>
        </w:rPr>
        <w:t xml:space="preserve"> [1HBO]</w:t>
      </w:r>
      <w:r>
        <w:rPr>
          <w:shd w:val="clear" w:color="auto" w:fill="548235"/>
          <w:color w:val="FFFFFF"/>
        </w:rPr>
        <w:t xml:space="preserve">.</w:t>
      </w:r>
    </w:p>
    <w:p>
      <w:pPr>
        <w:pStyle w:val="Yellow"/>
        <w:rPr/>
      </w:pPr>
      <w:r>
        <w:rPr>
          <w:b/>
        </w:rPr>
        <w:t xml:space="preserve">Proverbs 19:11</w:t>
      </w:r>
      <w:r>
        <w:rPr/>
        <w:t xml:space="preserve"> — </w:t>
      </w:r>
      <w:r>
        <w:rPr>
          <w:shd w:fill="B7DDE8" w:val="clear"/>
        </w:rPr>
        <w:t xml:space="preserve">A man’s insight gives him patience</w:t>
      </w:r>
      <w:r>
        <w:rPr>
          <w:b w:val="false"/>
          <w:i w:val="false"/>
          <w:color w:val="000000"/>
          <w:u w:val="none"/>
        </w:rPr>
        <w:t xml:space="preserve"> [1HBW]</w:t>
      </w:r>
      <w:r>
        <w:rPr/>
        <w:t xml:space="preserve">, and </w:t>
      </w:r>
      <w:r>
        <w:rPr>
          <w:shd w:fill="B7DDE8" w:val="clear"/>
        </w:rPr>
        <w:t xml:space="preserve">his virtue is to overlook an offense</w:t>
      </w:r>
      <w:r>
        <w:rPr>
          <w:b w:val="false"/>
          <w:i w:val="false"/>
          <w:color w:val="000000"/>
          <w:u w:val="none"/>
        </w:rPr>
        <w:t xml:space="preserve"> [1HBX]</w:t>
      </w:r>
      <w:r>
        <w:rPr/>
        <w:t xml:space="preserve">.</w:t>
      </w:r>
    </w:p>
    <w:p>
      <w:pPr>
        <w:pStyle w:val="Yellow"/>
        <w:rPr/>
      </w:pPr>
      <w:r>
        <w:rPr>
          <w:b/>
        </w:rPr>
        <w:t xml:space="preserve">Proverbs 25:15</w:t>
      </w:r>
      <w:r>
        <w:rPr/>
        <w:t xml:space="preserve"> — </w:t>
      </w:r>
      <w:r>
        <w:rPr>
          <w:shd w:fill="B7DDE8" w:val="clear"/>
        </w:rPr>
        <w:t xml:space="preserve">Through patience a ruler can be persuaded</w:t>
      </w:r>
      <w:r>
        <w:rPr>
          <w:b w:val="false"/>
          <w:i w:val="false"/>
          <w:color w:val="000000"/>
          <w:u w:val="none"/>
        </w:rPr>
        <w:t xml:space="preserve"> [1HLF]</w:t>
      </w:r>
      <w:r>
        <w:rPr/>
        <w:t xml:space="preserve">, and </w:t>
      </w:r>
      <w:r>
        <w:rPr>
          <w:shd w:fill="B7DDE8" w:val="clear"/>
        </w:rPr>
        <w:t xml:space="preserve">a gentle tongue can break a bone</w:t>
      </w:r>
      <w:r>
        <w:rPr>
          <w:b w:val="false"/>
          <w:i w:val="false"/>
          <w:color w:val="000000"/>
          <w:u w:val="none"/>
        </w:rPr>
        <w:t xml:space="preserve"> [1HLG]</w:t>
      </w:r>
      <w:r>
        <w:rPr/>
        <w:t xml:space="preserve">.</w:t>
      </w:r>
    </w:p>
    <w:p>
      <w:pPr>
        <w:pStyle w:val="Yellow"/>
        <w:rPr/>
      </w:pPr>
      <w:r>
        <w:rPr>
          <w:b/>
        </w:rPr>
        <w:t xml:space="preserve">Isaiah 65:2</w:t>
      </w:r>
      <w:r>
        <w:rPr/>
        <w:t xml:space="preserve"> — </w:t>
      </w:r>
      <w:r>
        <w:rPr>
          <w:shd w:fill="B7DDE8" w:val="clear"/>
        </w:rPr>
        <w:t xml:space="preserve">All day long I have held out My hands to an obstinate people</w:t>
      </w:r>
      <w:r>
        <w:rPr>
          <w:b w:val="false"/>
          <w:i w:val="false"/>
          <w:color w:val="000000"/>
          <w:u w:val="none"/>
        </w:rPr>
        <w:t xml:space="preserve"> [1LHS]</w:t>
      </w:r>
      <w:r>
        <w:rPr/>
        <w:t xml:space="preserve">.</w:t>
      </w:r>
    </w:p>
    <w:p>
      <w:pPr>
        <w:pStyle w:val="Yellow"/>
        <w:rPr/>
      </w:pPr>
      <w:r>
        <w:rPr>
          <w:b/>
        </w:rPr>
        <w:t>James 5:7-8</w:t>
      </w:r>
      <w:r>
        <w:rPr/>
        <w:t xml:space="preserve"> — See how </w:t>
      </w:r>
      <w:r>
        <w:rPr>
          <w:shd w:fill="B7DDE8" w:val="clear"/>
        </w:rPr>
        <w:t>the farmer awaits the precious fruit of the soil—how patient he is for the fall and spring rains</w:t>
      </w:r>
      <w:r>
        <w:rPr>
          <w:b w:val="false"/>
          <w:i w:val="false"/>
          <w:color w:val="000000"/>
          <w:u w:val="none"/>
        </w:rPr>
        <w:t xml:space="preserve"> [1MCO]</w:t>
      </w:r>
      <w:r>
        <w:rPr/>
        <w:t xml:space="preserve">. You, too, </w:t>
      </w:r>
      <w:r>
        <w:rPr>
          <w:shd w:fill="B7DDE8" w:val="clear"/>
        </w:rPr>
        <w:t>be patient</w:t>
      </w:r>
      <w:r>
        <w:rPr>
          <w:b w:val="false"/>
          <w:i w:val="false"/>
          <w:color w:val="000000"/>
          <w:u w:val="none"/>
        </w:rPr>
        <w:t xml:space="preserve"> [1MCP]</w:t>
      </w:r>
      <w:r>
        <w:rPr/>
        <w:t xml:space="preserve"> and </w:t>
      </w:r>
      <w:r>
        <w:rPr>
          <w:shd w:fill="B7DDE8" w:val="clear"/>
        </w:rPr>
        <w:t>strengthen your hearts</w:t>
      </w:r>
      <w:r>
        <w:rPr>
          <w:b w:val="false"/>
          <w:i w:val="false"/>
          <w:color w:val="000000"/>
          <w:u w:val="none"/>
        </w:rPr>
        <w:t xml:space="preserve"> [1MCQ]</w:t>
      </w:r>
      <w:r>
        <w:rPr/>
        <w:t xml:space="preserve">, because </w:t>
      </w:r>
      <w:r>
        <w:rPr>
          <w:shd w:fill="B7DDE8" w:val="clear"/>
        </w:rPr>
        <w:t>the Lord’s coming is near</w:t>
      </w:r>
      <w:r>
        <w:rPr>
          <w:b w:val="false"/>
          <w:i w:val="false"/>
          <w:color w:val="000000"/>
          <w:u w:val="none"/>
        </w:rPr>
        <w:t xml:space="preserve"> [1MCR]</w:t>
      </w:r>
      <w:r>
        <w:rPr/>
        <w:t>.</w:t>
      </w:r>
    </w:p>
    <w:p>
      <w:pPr>
        <w:pStyle w:val="Yellow"/>
        <w:rPr/>
      </w:pPr>
      <w:r>
        <w:rPr>
          <w:b/>
          <w:shd w:val="clear" w:color="auto" w:fill="548235"/>
          <w:color w:val="FFFFFF"/>
        </w:rPr>
        <w:t>2 Peter 3:15</w:t>
      </w:r>
      <w:r>
        <w:rPr>
          <w:shd w:val="clear" w:color="auto" w:fill="548235"/>
          <w:color w:val="FFFFFF"/>
        </w:rPr>
        <w:t xml:space="preserve"> — Consider also that </w:t>
      </w:r>
      <w:r>
        <w:rPr>
          <w:shd w:fill="548235" w:val="clear" w:color="auto"/>
          <w:color w:val="FFFFFF"/>
        </w:rPr>
        <w:t>our Lord’s patience brings salvation</w:t>
      </w:r>
      <w:r>
        <w:rPr>
          <w:b w:val="false"/>
          <w:i w:val="false"/>
          <w:color w:val="FFFFFF"/>
          <w:u w:val="none"/>
          <w:shd w:val="clear" w:color="auto" w:fill="548235"/>
        </w:rPr>
        <w:t xml:space="preserve"> [1BSG]</w:t>
      </w:r>
    </w:p>
    <w:p>
      <w:r>
        <w:rPr>
          <w:b/>
          <w:sz w:val="32"/>
        </w:rPr>
        <w:t>Rulers and Authorities  (50)</w:t>
      </w:r>
    </w:p>
    <w:p>
      <w:pPr>
        <w:pStyle w:val="Yellow"/>
        <w:rPr/>
      </w:pPr>
      <w:r>
        <w:rPr>
          <w:color w:val="auto"/>
        </w:rPr>
        <w:t xml:space="preserve">(Ge45:7 “God sent me before you to preserve you”) </w:t>
      </w:r>
      <w:r>
        <w:rPr>
          <w:b/>
          <w:color w:val="auto"/>
        </w:rPr>
        <w:t xml:space="preserve">Genesis 45:8</w:t>
      </w:r>
      <w:r>
        <w:rPr>
          <w:color w:val="auto"/>
        </w:rPr>
        <w:t xml:space="preserve"> — {Therefore} </w:t>
      </w:r>
      <w:r>
        <w:rPr>
          <w:color w:val="auto"/>
        </w:rPr>
        <w:t xml:space="preserve">it was not you who sent me here, but God</w:t>
      </w:r>
      <w:r>
        <w:rPr>
          <w:b w:val="false"/>
          <w:i w:val="false"/>
          <w:color w:val="auto"/>
          <w:u w:val="none"/>
        </w:rPr>
        <w:t xml:space="preserve"> [1KIA]</w:t>
      </w:r>
      <w:r>
        <w:rPr>
          <w:color w:val="auto"/>
        </w:rPr>
        <w:t xml:space="preserve">, </w:t>
      </w:r>
      <w:r>
        <w:rPr>
          <w:color w:val="auto"/>
        </w:rPr>
        <w:t xml:space="preserve">who has made me a father to Pharaoh</w:t>
      </w:r>
      <w:r>
        <w:rPr>
          <w:b w:val="false"/>
          <w:i w:val="false"/>
          <w:color w:val="auto"/>
          <w:u w:val="none"/>
        </w:rPr>
        <w:t xml:space="preserve"> [1KIB]</w:t>
      </w:r>
      <w:r>
        <w:rPr>
          <w:color w:val="auto"/>
        </w:rPr>
        <w:t xml:space="preserve">—</w:t>
      </w:r>
      <w:r>
        <w:rPr>
          <w:color w:val="auto"/>
        </w:rPr>
        <w:t xml:space="preserve">lord of all his household</w:t>
      </w:r>
      <w:r>
        <w:rPr>
          <w:b w:val="false"/>
          <w:i w:val="false"/>
          <w:color w:val="auto"/>
          <w:u w:val="none"/>
        </w:rPr>
        <w:t xml:space="preserve"> [1KIC]</w:t>
      </w:r>
      <w:r>
        <w:rPr>
          <w:color w:val="auto"/>
        </w:rPr>
        <w:t xml:space="preserve"> and </w:t>
      </w:r>
      <w:r>
        <w:rPr>
          <w:color w:val="auto"/>
        </w:rPr>
        <w:t xml:space="preserve">ruler over all the land of Egypt</w:t>
      </w:r>
      <w:r>
        <w:rPr>
          <w:b w:val="false"/>
          <w:i w:val="false"/>
          <w:color w:val="auto"/>
          <w:u w:val="none"/>
        </w:rPr>
        <w:t xml:space="preserve"> [1KID]</w:t>
      </w:r>
      <w:r>
        <w:rPr>
          <w:color w:val="auto"/>
        </w:rPr>
        <w:t xml:space="preserve">.</w:t>
      </w:r>
    </w:p>
    <w:p>
      <w:pPr>
        <w:pStyle w:val="Yellow"/>
        <w:rPr/>
      </w:pPr>
      <w:r>
        <w:rPr>
          <w:b/>
          <w:color w:val="auto"/>
        </w:rPr>
        <w:t xml:space="preserve">2 Samuel 7:8</w:t>
      </w:r>
      <w:r>
        <w:rPr>
          <w:color w:val="auto"/>
        </w:rPr>
        <w:t xml:space="preserve"> — </w:t>
      </w:r>
      <w:r>
        <w:rPr>
          <w:color w:val="auto"/>
        </w:rPr>
        <w:t xml:space="preserve">I took you from the pasture, from following the flock</w:t>
      </w:r>
      <w:r>
        <w:rPr>
          <w:b w:val="false"/>
          <w:i w:val="false"/>
          <w:color w:val="auto"/>
          <w:u w:val="none"/>
        </w:rPr>
        <w:t xml:space="preserve"> [1KUC]</w:t>
      </w:r>
      <w:r>
        <w:rPr>
          <w:color w:val="auto"/>
        </w:rPr>
        <w:t xml:space="preserve">, </w:t>
      </w:r>
      <w:r>
        <w:rPr>
          <w:color w:val="auto"/>
        </w:rPr>
        <w:t xml:space="preserve">to be the ruler over My people Israel</w:t>
      </w:r>
      <w:r>
        <w:rPr>
          <w:b w:val="false"/>
          <w:i w:val="false"/>
          <w:color w:val="auto"/>
          <w:u w:val="none"/>
        </w:rPr>
        <w:t xml:space="preserve"> [1KUD]</w:t>
      </w:r>
      <w:r>
        <w:rPr>
          <w:color w:val="auto"/>
        </w:rPr>
        <w:t xml:space="preserve">.</w:t>
      </w:r>
    </w:p>
    <w:p>
      <w:pPr>
        <w:pStyle w:val="Yellow"/>
        <w:rPr/>
      </w:pPr>
      <w:r>
        <w:rPr/>
        <w:t xml:space="preserve">(2Ki19:6 “the king of Assyria”) </w:t>
      </w:r>
      <w:r>
        <w:rPr>
          <w:b/>
        </w:rPr>
        <w:t xml:space="preserve">2 Kings 19:7</w:t>
      </w:r>
      <w:r>
        <w:rPr/>
        <w:t xml:space="preserve"> — Behold, </w:t>
      </w:r>
      <w:r>
        <w:rPr>
          <w:shd w:fill="B7DDE8" w:val="clear"/>
        </w:rPr>
        <w:t xml:space="preserve">I will put a spirit in {him}</w:t>
      </w:r>
      <w:r>
        <w:rPr>
          <w:b w:val="false"/>
          <w:i w:val="false"/>
          <w:color w:val="000000"/>
          <w:u w:val="none"/>
        </w:rPr>
        <w:t xml:space="preserve"> [1KDE]</w:t>
      </w:r>
      <w:r>
        <w:rPr/>
        <w:t xml:space="preserve"> so that </w:t>
      </w:r>
      <w:r>
        <w:rPr>
          <w:shd w:fill="B7DDE8" w:val="clear"/>
        </w:rPr>
        <w:t xml:space="preserve">he will hear a rumor and return to his own land</w:t>
      </w:r>
      <w:r>
        <w:rPr>
          <w:b w:val="false"/>
          <w:i w:val="false"/>
          <w:color w:val="000000"/>
          <w:u w:val="none"/>
        </w:rPr>
        <w:t xml:space="preserve"> [1KDF]</w:t>
      </w:r>
      <w:r>
        <w:rPr/>
        <w:t xml:space="preserve">, where </w:t>
      </w:r>
      <w:r>
        <w:rPr>
          <w:shd w:fill="B7DDE8" w:val="clear"/>
        </w:rPr>
        <w:t xml:space="preserve">I will cause him to fall by the sword</w:t>
      </w:r>
      <w:r>
        <w:rPr>
          <w:b w:val="false"/>
          <w:i w:val="false"/>
          <w:color w:val="000000"/>
          <w:u w:val="none"/>
        </w:rPr>
        <w:t xml:space="preserve"> [1KDG]</w:t>
      </w:r>
      <w:r>
        <w:rPr/>
        <w:t xml:space="preserve">.’”</w:t>
      </w:r>
    </w:p>
    <w:p>
      <w:pPr>
        <w:pStyle w:val="Yellow"/>
        <w:rPr/>
      </w:pPr>
      <w:r>
        <w:rPr/>
        <w:t xml:space="preserve">(Job12:13 God) </w:t>
      </w:r>
      <w:r>
        <w:rPr>
          <w:b/>
        </w:rPr>
        <w:t>Job 12:19</w:t>
      </w:r>
      <w:r>
        <w:rPr/>
        <w:t xml:space="preserve"> — </w:t>
      </w:r>
      <w:r>
        <w:rPr>
          <w:shd w:val="clear" w:fill="B7DDE8"/>
        </w:rPr>
        <w:t>{He} leads priests away barefoot</w:t>
      </w:r>
      <w:r>
        <w:rPr>
          <w:b w:val="false"/>
          <w:i w:val="false"/>
          <w:color w:val="000000"/>
          <w:u w:val="none"/>
        </w:rPr>
        <w:t xml:space="preserve"> [1DMV]</w:t>
      </w:r>
      <w:r>
        <w:rPr/>
        <w:t xml:space="preserve"> and </w:t>
      </w:r>
      <w:r>
        <w:rPr>
          <w:shd w:val="clear" w:fill="B7DDE8"/>
        </w:rPr>
        <w:t>overthrows the established</w:t>
      </w:r>
      <w:r>
        <w:rPr>
          <w:b w:val="false"/>
          <w:i w:val="false"/>
          <w:color w:val="000000"/>
          <w:u w:val="none"/>
        </w:rPr>
        <w:t xml:space="preserve"> [1DMW]</w:t>
      </w:r>
      <w:r>
        <w:rPr/>
        <w:t>.</w:t>
      </w:r>
    </w:p>
    <w:p>
      <w:pPr>
        <w:pStyle w:val="Yellow"/>
        <w:rPr/>
      </w:pPr>
      <w:r>
        <w:rPr/>
        <w:t xml:space="preserve">(Job12:13 God) </w:t>
      </w:r>
      <w:r>
        <w:rPr>
          <w:b/>
        </w:rPr>
        <w:t xml:space="preserve">Job 12:21</w:t>
      </w:r>
      <w:r>
        <w:rPr/>
        <w:t xml:space="preserve"> — </w:t>
      </w:r>
      <w:r>
        <w:rPr>
          <w:shd w:fill="B7DDE8" w:val="clear"/>
        </w:rPr>
        <w:t xml:space="preserve">{He} pours out contempt on nobles</w:t>
      </w:r>
      <w:r>
        <w:rPr>
          <w:b w:val="false"/>
          <w:i w:val="false"/>
          <w:color w:val="000000"/>
          <w:u w:val="none"/>
        </w:rPr>
        <w:t xml:space="preserve"> [1LSK]</w:t>
      </w:r>
      <w:r>
        <w:rPr/>
        <w:t xml:space="preserve"> and </w:t>
      </w:r>
      <w:r>
        <w:rPr>
          <w:shd w:fill="B7DDE8" w:val="clear"/>
        </w:rPr>
        <w:t xml:space="preserve">disarms the mighty</w:t>
      </w:r>
      <w:r>
        <w:rPr>
          <w:b w:val="false"/>
          <w:i w:val="false"/>
          <w:color w:val="000000"/>
          <w:u w:val="none"/>
        </w:rPr>
        <w:t xml:space="preserve"> [1LSL]</w:t>
      </w:r>
      <w:r>
        <w:rPr/>
        <w:t xml:space="preserve">.</w:t>
      </w:r>
    </w:p>
    <w:p>
      <w:pPr>
        <w:pStyle w:val="Yellow"/>
        <w:rPr/>
      </w:pPr>
      <w:r>
        <w:rPr/>
        <w:t xml:space="preserve">(Job12:13 God) </w:t>
      </w:r>
      <w:r>
        <w:rPr>
          <w:b/>
        </w:rPr>
        <w:t xml:space="preserve">Job 12:23</w:t>
      </w:r>
      <w:r>
        <w:rPr/>
        <w:t xml:space="preserve"> — </w:t>
      </w:r>
      <w:r>
        <w:rPr>
          <w:shd w:fill="B7DDE8" w:val="clear"/>
        </w:rPr>
        <w:t xml:space="preserve">{He} makes nations great</w:t>
      </w:r>
      <w:r>
        <w:rPr>
          <w:b w:val="false"/>
          <w:i w:val="false"/>
          <w:color w:val="000000"/>
          <w:u w:val="none"/>
        </w:rPr>
        <w:t xml:space="preserve"> [1LOG]</w:t>
      </w:r>
      <w:r>
        <w:rPr/>
        <w:t xml:space="preserve"> and </w:t>
      </w:r>
      <w:r>
        <w:rPr>
          <w:shd w:fill="B7DDE8" w:val="clear"/>
        </w:rPr>
        <w:t xml:space="preserve">destroys them</w:t>
      </w:r>
      <w:r>
        <w:rPr>
          <w:b w:val="false"/>
          <w:i w:val="false"/>
          <w:u w:val="none"/>
          <w:color w:val="000000"/>
        </w:rPr>
        <w:t xml:space="preserve"> [1LOH]</w:t>
      </w:r>
      <w:r>
        <w:rPr/>
        <w:t xml:space="preserve">; </w:t>
      </w:r>
      <w:r>
        <w:rPr>
          <w:shd w:fill="B7DDE8" w:val="clear"/>
        </w:rPr>
        <w:t xml:space="preserve">He enlarges nations</w:t>
      </w:r>
      <w:r>
        <w:rPr>
          <w:b w:val="false"/>
          <w:i w:val="false"/>
          <w:color w:val="000000"/>
          <w:u w:val="none"/>
        </w:rPr>
        <w:t xml:space="preserve"> [1LOI]</w:t>
      </w:r>
      <w:r>
        <w:rPr/>
        <w:t xml:space="preserve">, then </w:t>
      </w:r>
      <w:r>
        <w:rPr>
          <w:shd w:fill="B7DDE8" w:val="clear"/>
        </w:rPr>
        <w:t xml:space="preserve">disperses them</w:t>
      </w:r>
      <w:r>
        <w:rPr>
          <w:b w:val="false"/>
          <w:i w:val="false"/>
          <w:u w:val="none"/>
          <w:color w:val="000000"/>
        </w:rPr>
        <w:t xml:space="preserve"> [1LOJ]</w:t>
      </w:r>
      <w:r>
        <w:rPr/>
        <w:t xml:space="preserve">.</w:t>
      </w:r>
    </w:p>
    <w:p>
      <w:pPr>
        <w:pStyle w:val="Yellow"/>
        <w:rPr/>
      </w:pPr>
      <w:r>
        <w:rPr/>
        <w:t xml:space="preserve">(Ps8:4 mankind) </w:t>
      </w:r>
      <w:r>
        <w:rPr>
          <w:b/>
        </w:rPr>
        <w:t xml:space="preserve">Psalm 8:5–6</w:t>
      </w:r>
      <w:r>
        <w:rPr/>
        <w:t xml:space="preserve"> — </w:t>
      </w:r>
      <w:r>
        <w:rPr>
          <w:shd w:fill="B7DDE8" w:val="clear"/>
        </w:rPr>
        <w:t xml:space="preserve">You made {him} a little lower than the angels</w:t>
      </w:r>
      <w:r>
        <w:rPr>
          <w:b w:val="false"/>
          <w:i w:val="false"/>
          <w:color w:val="000000"/>
          <w:u w:val="none"/>
        </w:rPr>
        <w:t xml:space="preserve"> [1GBX]</w:t>
      </w:r>
      <w:r>
        <w:rPr/>
        <w:t xml:space="preserve">; </w:t>
      </w:r>
      <w:r>
        <w:rPr>
          <w:shd w:fill="B7DDE8" w:val="clear"/>
        </w:rPr>
        <w:t xml:space="preserve">You crowned him with glory and honor</w:t>
      </w:r>
      <w:r>
        <w:rPr>
          <w:b w:val="false"/>
          <w:i w:val="false"/>
          <w:color w:val="000000"/>
          <w:u w:val="none"/>
        </w:rPr>
        <w:t xml:space="preserve"> [1GBY]</w:t>
      </w:r>
      <w:r>
        <w:rPr/>
        <w:t xml:space="preserve">. </w:t>
      </w:r>
      <w:r>
        <w:rPr>
          <w:shd w:fill="B7DDE8" w:val="clear"/>
        </w:rPr>
        <w:t xml:space="preserve">You made him ruler of the works of Your hands</w:t>
      </w:r>
      <w:r>
        <w:rPr>
          <w:b w:val="false"/>
          <w:i w:val="false"/>
          <w:color w:val="000000"/>
          <w:u w:val="none"/>
        </w:rPr>
        <w:t xml:space="preserve"> [1GBZ]</w:t>
      </w:r>
      <w:r>
        <w:rPr/>
        <w:t xml:space="preserve">; </w:t>
      </w:r>
      <w:r>
        <w:rPr>
          <w:shd w:val="clear" w:color="auto" w:fill="D9C3E6"/>
        </w:rPr>
        <w:t xml:space="preserve">You have placed everything under his feet</w:t>
      </w:r>
      <w:r>
        <w:rPr>
          <w:b w:val="false"/>
          <w:i w:val="false"/>
          <w:color w:val="000000"/>
          <w:u w:val="none"/>
        </w:rPr>
        <w:t xml:space="preserve"> [3GCA]</w:t>
      </w:r>
      <w:r>
        <w:rPr>
          <w:shd w:val="clear" w:color="auto" w:fill="D9C3E6"/>
        </w:rPr>
        <w:t xml:space="preserve">:</w:t>
      </w:r>
    </w:p>
    <w:p>
      <w:pPr>
        <w:pStyle w:val="Yellow"/>
        <w:rPr/>
      </w:pPr>
      <w:r>
        <w:rPr>
          <w:b/>
        </w:rPr>
        <w:t>Psalm 18:43</w:t>
      </w:r>
      <w:r>
        <w:rPr/>
        <w:t xml:space="preserve"> — </w:t>
      </w:r>
      <w:r>
        <w:rPr>
          <w:color w:val="000000"/>
        </w:rPr>
        <w:t>You have delivered me from the strife of the people</w:t>
      </w:r>
      <w:r>
        <w:rPr>
          <w:b w:val="false"/>
          <w:i w:val="false"/>
          <w:color w:val="000000"/>
          <w:u w:val="none"/>
        </w:rPr>
        <w:t xml:space="preserve"> [1EBB]</w:t>
      </w:r>
      <w:r>
        <w:rPr/>
        <w:t xml:space="preserve">; </w:t>
      </w:r>
      <w:r>
        <w:rPr>
          <w:shd w:val="clear" w:fill="B7DDE8"/>
        </w:rPr>
        <w:t>You have made me the head of nations</w:t>
      </w:r>
      <w:r>
        <w:rPr>
          <w:b w:val="false"/>
          <w:i w:val="false"/>
          <w:color w:val="000000"/>
          <w:u w:val="none"/>
        </w:rPr>
        <w:t xml:space="preserve"> [1EBC]</w:t>
      </w:r>
      <w:r>
        <w:rPr/>
        <w:t xml:space="preserve">; </w:t>
      </w:r>
      <w:r>
        <w:rPr>
          <w:shd w:val="clear" w:fill="B7DDE8"/>
        </w:rPr>
        <w:t>a people I had not known shall serve me</w:t>
      </w:r>
      <w:r>
        <w:rPr>
          <w:b w:val="false"/>
          <w:i w:val="false"/>
          <w:color w:val="000000"/>
          <w:u w:val="none"/>
        </w:rPr>
        <w:t xml:space="preserve"> [1EBD]</w:t>
      </w:r>
      <w:r>
        <w:rPr/>
        <w:t>.</w:t>
      </w:r>
    </w:p>
    <w:p>
      <w:pPr>
        <w:pStyle w:val="Yellow"/>
        <w:rPr/>
      </w:pPr>
      <w:r>
        <w:rPr>
          <w:b/>
          <w:shd w:val="clear" w:color="auto" w:fill="548235"/>
          <w:color w:val="FFFFFF"/>
        </w:rPr>
        <w:t xml:space="preserve">Psalm 33:10</w:t>
      </w:r>
      <w:r>
        <w:rPr>
          <w:shd w:val="clear" w:color="auto" w:fill="548235"/>
          <w:color w:val="FFFFFF"/>
        </w:rPr>
        <w:t xml:space="preserve"> — </w:t>
      </w:r>
      <w:r>
        <w:rPr>
          <w:shd w:fill="548235" w:val="clear" w:color="auto"/>
          <w:color w:val="FFFFFF"/>
        </w:rPr>
        <w:t xml:space="preserve">The LORD frustrates the plans of the nations; He thwarts the devices of the peoples</w:t>
      </w:r>
      <w:r>
        <w:rPr>
          <w:b w:val="false"/>
          <w:i w:val="false"/>
          <w:color w:val="FFFFFF"/>
          <w:u w:val="none"/>
          <w:shd w:val="clear" w:color="auto" w:fill="548235"/>
        </w:rPr>
        <w:t xml:space="preserve"> [1LOE]</w:t>
      </w:r>
      <w:r>
        <w:rPr>
          <w:shd w:val="clear" w:color="auto" w:fill="548235"/>
          <w:color w:val="FFFFFF"/>
        </w:rPr>
        <w:t xml:space="preserve">.</w:t>
      </w:r>
    </w:p>
    <w:p>
      <w:pPr>
        <w:pStyle w:val="Yellow"/>
        <w:rPr/>
        <w:pBdr>
          <w:left w:val="single" w:sz="28" w:space="5" w:color="C00000"/>
        </w:pBdr>
      </w:pPr>
      <w:r>
        <w:rPr>
          <w:shd w:val="clear" w:color="auto" w:fill="548235"/>
          <w:color w:val="FFFFFF"/>
        </w:rPr>
        <w:t xml:space="preserve">(Ps47:1–2 God) </w:t>
      </w:r>
      <w:r>
        <w:rPr>
          <w:b/>
          <w:shd w:val="clear" w:color="auto" w:fill="548235"/>
          <w:color w:val="FFFFFF"/>
        </w:rPr>
        <w:t xml:space="preserve">Psalm 47:3</w:t>
      </w:r>
      <w:r>
        <w:rPr>
          <w:shd w:val="clear" w:color="auto" w:fill="548235"/>
          <w:color w:val="FFFFFF"/>
        </w:rPr>
        <w:t xml:space="preserve"> — </w:t>
      </w:r>
      <w:r>
        <w:rPr>
          <w:shd w:fill="548235" w:val="clear" w:color="auto"/>
          <w:color w:val="FFFFFF"/>
        </w:rPr>
        <w:t xml:space="preserve">{He} subdues nations beneath us, and peoples under our feet</w:t>
      </w:r>
      <w:r>
        <w:rPr>
          <w:b w:val="false"/>
          <w:i w:val="false"/>
          <w:color w:val="FFFFFF"/>
          <w:u w:val="none"/>
          <w:shd w:val="clear" w:color="auto" w:fill="548235"/>
        </w:rPr>
        <w:t xml:space="preserve"> [3CUX]</w:t>
      </w:r>
      <w:r>
        <w:rPr>
          <w:shd w:val="clear" w:color="auto" w:fill="548235"/>
          <w:color w:val="FFFFFF"/>
        </w:rPr>
        <w:t xml:space="preserve">.</w:t>
      </w:r>
    </w:p>
    <w:p>
      <w:pPr>
        <w:pStyle w:val="Yellow"/>
        <w:rPr/>
        <w:pBdr>
          <w:left w:val="single" w:sz="28" w:space="5" w:color="C00000"/>
        </w:pBdr>
      </w:pPr>
      <w:r>
        <w:rPr>
          <w:shd w:val="clear" w:color="auto" w:fill="548235"/>
          <w:color w:val="FFFFFF"/>
        </w:rPr>
        <w:t xml:space="preserve">(Ps76:9 “God”) </w:t>
      </w:r>
      <w:r>
        <w:rPr>
          <w:b/>
          <w:shd w:val="clear" w:color="auto" w:fill="548235"/>
          <w:color w:val="FFFFFF"/>
        </w:rPr>
        <w:t xml:space="preserve">Psalm 76:12</w:t>
      </w:r>
      <w:r>
        <w:rPr>
          <w:shd w:val="clear" w:color="auto" w:fill="548235"/>
          <w:color w:val="FFFFFF"/>
        </w:rPr>
        <w:t xml:space="preserve"> — </w:t>
      </w:r>
      <w:r>
        <w:rPr>
          <w:shd w:fill="548235" w:val="clear" w:color="auto"/>
          <w:color w:val="FFFFFF"/>
        </w:rPr>
        <w:t xml:space="preserve">{He} breaks the spirits of princes</w:t>
      </w:r>
      <w:r>
        <w:rPr>
          <w:b w:val="false"/>
          <w:i w:val="false"/>
          <w:color w:val="FFFFFF"/>
          <w:u w:val="none"/>
          <w:shd w:val="clear" w:color="auto" w:fill="548235"/>
        </w:rPr>
        <w:t xml:space="preserve"> [1KTB]</w:t>
      </w:r>
      <w:r>
        <w:rPr>
          <w:shd w:val="clear" w:color="auto" w:fill="548235"/>
          <w:color w:val="FFFFFF"/>
        </w:rPr>
        <w:t xml:space="preserve">; </w:t>
      </w:r>
      <w:r>
        <w:rPr>
          <w:shd w:fill="548235" w:val="clear" w:color="auto"/>
          <w:color w:val="FFFFFF"/>
        </w:rPr>
        <w:t xml:space="preserve">He is feared by the kings of the earth</w:t>
      </w:r>
      <w:r>
        <w:rPr>
          <w:b w:val="false"/>
          <w:i w:val="false"/>
          <w:color w:val="FFFFFF"/>
          <w:u w:val="none"/>
          <w:shd w:val="clear" w:color="auto" w:fill="548235"/>
        </w:rPr>
        <w:t xml:space="preserve"> [1KTC]</w:t>
      </w:r>
      <w:r>
        <w:rPr>
          <w:shd w:val="clear" w:color="auto" w:fill="548235"/>
          <w:color w:val="FFFFFF"/>
        </w:rPr>
        <w:t xml:space="preserve">.</w:t>
      </w:r>
    </w:p>
    <w:p>
      <w:pPr>
        <w:pStyle w:val="Yellow"/>
        <w:rPr/>
      </w:pPr>
      <w:r>
        <w:rPr/>
        <w:t xml:space="preserve">(Pr8:12 Wisdom impersonated “I, wisdom”) </w:t>
      </w:r>
      <w:r>
        <w:rPr>
          <w:b/>
        </w:rPr>
        <w:t xml:space="preserve">Proverbs 8:15–16</w:t>
      </w:r>
      <w:r>
        <w:rPr/>
        <w:t xml:space="preserve"> — </w:t>
      </w:r>
      <w:r>
        <w:rPr>
          <w:shd w:fill="B7DDE8" w:val="clear"/>
        </w:rPr>
        <w:t xml:space="preserve">By {me} kings reign, and rulers enact just laws; by me princes rule, and all nobles who govern justly</w:t>
      </w:r>
      <w:r>
        <w:rPr>
          <w:b w:val="false"/>
          <w:i w:val="false"/>
          <w:color w:val="000000"/>
          <w:u w:val="none"/>
        </w:rPr>
        <w:t xml:space="preserve"> [1KTH]</w:t>
      </w:r>
      <w:r>
        <w:rPr/>
        <w:t xml:space="preserve">.</w:t>
      </w:r>
    </w:p>
    <w:p>
      <w:pPr>
        <w:pStyle w:val="Yellow"/>
        <w:rPr/>
      </w:pPr>
      <w:r>
        <w:rPr>
          <w:b/>
          <w:shd w:val="clear" w:color="auto" w:fill="548235"/>
          <w:color w:val="FFFFFF"/>
        </w:rPr>
        <w:t xml:space="preserve">Proverbs 21:1</w:t>
      </w:r>
      <w:r>
        <w:rPr>
          <w:shd w:val="clear" w:color="auto" w:fill="548235"/>
          <w:color w:val="FFFFFF"/>
        </w:rPr>
        <w:t xml:space="preserve"> — </w:t>
      </w:r>
      <w:r>
        <w:rPr>
          <w:shd w:fill="548235" w:val="clear" w:color="auto"/>
          <w:color w:val="FFFFFF"/>
        </w:rPr>
        <w:t xml:space="preserve">The king’s heart is a waterway in the hand of the LORD</w:t>
      </w:r>
      <w:r>
        <w:rPr>
          <w:b w:val="false"/>
          <w:i w:val="false"/>
          <w:color w:val="FFFFFF"/>
          <w:u w:val="none"/>
          <w:shd w:val="clear" w:color="auto" w:fill="548235"/>
        </w:rPr>
        <w:t xml:space="preserve"> [1KUL]</w:t>
      </w:r>
      <w:r>
        <w:rPr>
          <w:shd w:val="clear" w:color="auto" w:fill="548235"/>
          <w:color w:val="FFFFFF"/>
        </w:rPr>
        <w:t xml:space="preserve">; </w:t>
      </w:r>
      <w:r>
        <w:rPr>
          <w:shd w:fill="548235" w:val="clear" w:color="auto"/>
          <w:color w:val="FFFFFF"/>
        </w:rPr>
        <w:t xml:space="preserve">He directs it where He pleases</w:t>
      </w:r>
      <w:r>
        <w:rPr>
          <w:b w:val="false"/>
          <w:i w:val="false"/>
          <w:color w:val="FFFFFF"/>
          <w:u w:val="none"/>
          <w:shd w:val="clear" w:color="auto" w:fill="548235"/>
        </w:rPr>
        <w:t xml:space="preserve"> [1KUM]</w:t>
      </w:r>
      <w:r>
        <w:rPr>
          <w:shd w:val="clear" w:color="auto" w:fill="548235"/>
          <w:color w:val="FFFFFF"/>
        </w:rPr>
        <w:t xml:space="preserve">.</w:t>
      </w:r>
    </w:p>
    <w:p>
      <w:pPr>
        <w:pStyle w:val="Yellow"/>
        <w:rPr/>
      </w:pPr>
      <w:r>
        <w:rPr>
          <w:b/>
        </w:rPr>
        <w:t xml:space="preserve">Isaiah 10:12</w:t>
      </w:r>
      <w:r>
        <w:rPr/>
        <w:t xml:space="preserve"> — </w:t>
      </w:r>
      <w:r>
        <w:rPr>
          <w:shd w:fill="B7DDE8" w:val="clear"/>
        </w:rPr>
        <w:t xml:space="preserve">when the Lord has completed all His work against Mount Zion and Jerusalem</w:t>
      </w:r>
      <w:r>
        <w:rPr>
          <w:b w:val="false"/>
          <w:i w:val="false"/>
          <w:color w:val="000000"/>
          <w:u w:val="none"/>
        </w:rPr>
        <w:t xml:space="preserve"> [1KJX]</w:t>
      </w:r>
      <w:r>
        <w:rPr/>
        <w:t xml:space="preserve">, He will say, “</w:t>
      </w:r>
      <w:r>
        <w:rPr>
          <w:shd w:fill="B7DDE8" w:val="clear"/>
        </w:rPr>
        <w:t xml:space="preserve">I will punish the king of Assyria for the fruit of his arrogant heart and the proud look in his eyes</w:t>
      </w:r>
      <w:r>
        <w:rPr>
          <w:b w:val="false"/>
          <w:i w:val="false"/>
          <w:color w:val="000000"/>
          <w:u w:val="none"/>
        </w:rPr>
        <w:t xml:space="preserve"> [1KJY]</w:t>
      </w:r>
      <w:r>
        <w:rPr/>
        <w:t xml:space="preserve">.</w:t>
      </w:r>
    </w:p>
    <w:p>
      <w:pPr>
        <w:pStyle w:val="Yellow"/>
        <w:rPr/>
      </w:pPr>
      <w:r>
        <w:rPr>
          <w:u w:val="none"/>
        </w:rPr>
        <w:t xml:space="preserve">(Is44:28 Persia “Cyrus”) </w:t>
      </w:r>
      <w:r>
        <w:rPr>
          <w:b/>
          <w:u w:val="none"/>
        </w:rPr>
        <w:t xml:space="preserve">Isaiah 41:2–4</w:t>
      </w:r>
      <w:r>
        <w:rPr>
          <w:u w:val="none"/>
        </w:rPr>
        <w:t xml:space="preserve"> — </w:t>
      </w:r>
      <w:r>
        <w:rPr>
          <w:u w:val="none"/>
          <w:shd w:fill="B7DDE8" w:val="clear"/>
        </w:rPr>
        <w:t xml:space="preserve">Who has aroused {one from the east} and called him to his feet in righteousness</w:t>
      </w:r>
      <w:r>
        <w:rPr>
          <w:b w:val="false"/>
          <w:i w:val="false"/>
          <w:color w:val="000000"/>
          <w:u w:val="none"/>
        </w:rPr>
        <w:t xml:space="preserve"> [1KDV]</w:t>
      </w:r>
      <w:r>
        <w:rPr>
          <w:u w:val="none"/>
        </w:rPr>
        <w:t xml:space="preserve">? </w:t>
      </w:r>
      <w:r>
        <w:rPr>
          <w:u w:val="none"/>
          <w:shd w:fill="B7DDE8" w:val="clear"/>
        </w:rPr>
        <w:t xml:space="preserve">He hands nations over to him</w:t>
      </w:r>
      <w:r>
        <w:rPr>
          <w:b w:val="false"/>
          <w:i w:val="false"/>
          <w:color w:val="000000"/>
          <w:u w:val="none"/>
        </w:rPr>
        <w:t xml:space="preserve"> [1KDW]</w:t>
      </w:r>
      <w:r>
        <w:rPr>
          <w:u w:val="none"/>
        </w:rPr>
        <w:t xml:space="preserve"> and </w:t>
      </w:r>
      <w:r>
        <w:rPr>
          <w:u w:val="none"/>
          <w:shd w:fill="B7DDE8" w:val="clear"/>
        </w:rPr>
        <w:t xml:space="preserve">subdues kings before him</w:t>
      </w:r>
      <w:r>
        <w:rPr>
          <w:b w:val="false"/>
          <w:i w:val="false"/>
          <w:color w:val="000000"/>
          <w:u w:val="none"/>
        </w:rPr>
        <w:t xml:space="preserve"> [1KDX]</w:t>
      </w:r>
      <w:r>
        <w:rPr>
          <w:u w:val="none"/>
        </w:rPr>
        <w:t xml:space="preserve">. </w:t>
      </w:r>
      <w:r>
        <w:rPr>
          <w:u w:val="none"/>
          <w:shd w:fill="B7DDE8" w:val="clear"/>
        </w:rPr>
        <w:t xml:space="preserve">He turns them to dust with his sword, to windblown chaff with his bow</w:t>
      </w:r>
      <w:r>
        <w:rPr>
          <w:b w:val="false"/>
          <w:i w:val="false"/>
          <w:color w:val="000000"/>
          <w:u w:val="none"/>
        </w:rPr>
        <w:t xml:space="preserve"> [1KDY]</w:t>
      </w:r>
      <w:r>
        <w:rPr>
          <w:u w:val="none"/>
        </w:rPr>
        <w:t xml:space="preserve">. </w:t>
      </w:r>
      <w:r>
        <w:rPr>
          <w:u w:val="none"/>
          <w:shd w:fill="B7DDE8" w:val="clear"/>
        </w:rPr>
        <w:t xml:space="preserve">He pursues them, going on safely, hardly touching the path with his feet</w:t>
      </w:r>
      <w:r>
        <w:rPr>
          <w:b w:val="false"/>
          <w:i w:val="false"/>
          <w:color w:val="000000"/>
          <w:u w:val="none"/>
        </w:rPr>
        <w:t xml:space="preserve"> [1KDZ]</w:t>
      </w:r>
      <w:r>
        <w:rPr>
          <w:u w:val="none"/>
        </w:rPr>
        <w:t xml:space="preserve">. </w:t>
      </w:r>
      <w:r>
        <w:rPr>
          <w:u w:val="none"/>
          <w:shd w:fill="B7DDE8" w:val="clear"/>
        </w:rPr>
        <w:t xml:space="preserve">Who has performed this and carried it out, calling forth the generations from the beginning</w:t>
      </w:r>
      <w:r>
        <w:rPr>
          <w:b w:val="false"/>
          <w:i w:val="false"/>
          <w:color w:val="000000"/>
          <w:u w:val="none"/>
        </w:rPr>
        <w:t xml:space="preserve"> [1KEA]</w:t>
      </w:r>
      <w:r>
        <w:rPr>
          <w:u w:val="none"/>
        </w:rPr>
        <w:t xml:space="preserve">? </w:t>
      </w:r>
      <w:r>
        <w:rPr>
          <w:u w:val="none"/>
          <w:shd w:fill="B7DDE8" w:val="clear"/>
        </w:rPr>
        <w:t xml:space="preserve">I, the LORD—the first and the last—I am He</w:t>
      </w:r>
      <w:r>
        <w:rPr>
          <w:b w:val="false"/>
          <w:i w:val="false"/>
          <w:color w:val="000000"/>
          <w:u w:val="none"/>
        </w:rPr>
        <w:t xml:space="preserve"> [4FP]</w:t>
      </w:r>
      <w:r>
        <w:rPr>
          <w:u w:val="none"/>
        </w:rPr>
        <w:t xml:space="preserve">.”</w:t>
      </w:r>
    </w:p>
    <w:p>
      <w:pPr>
        <w:pStyle w:val="Yellow"/>
        <w:rPr/>
      </w:pPr>
      <w:r>
        <w:rPr/>
        <w:t xml:space="preserve">(Is45:1 “Cyrus His anointed”) </w:t>
      </w:r>
      <w:r>
        <w:rPr>
          <w:b/>
        </w:rPr>
        <w:t xml:space="preserve">Isaiah 48:14–15</w:t>
      </w:r>
      <w:r>
        <w:rPr/>
        <w:t xml:space="preserve"> — </w:t>
      </w:r>
      <w:r>
        <w:rPr>
          <w:shd w:fill="B7DDE8" w:val="clear"/>
        </w:rPr>
        <w:t xml:space="preserve">{The LORD’s chosen ally} will carry out His desire against Babylon</w:t>
      </w:r>
      <w:r>
        <w:rPr>
          <w:b w:val="false"/>
          <w:i w:val="false"/>
          <w:color w:val="000000"/>
          <w:u w:val="none"/>
        </w:rPr>
        <w:t xml:space="preserve"> [1KKL]</w:t>
      </w:r>
      <w:r>
        <w:rPr/>
        <w:t xml:space="preserve">, and </w:t>
      </w:r>
      <w:r>
        <w:rPr>
          <w:shd w:fill="B7DDE8" w:val="clear"/>
        </w:rPr>
        <w:t xml:space="preserve">His arm will be against the Chaldeans</w:t>
      </w:r>
      <w:r>
        <w:rPr>
          <w:b w:val="false"/>
          <w:i w:val="false"/>
          <w:color w:val="000000"/>
          <w:u w:val="none"/>
        </w:rPr>
        <w:t xml:space="preserve"> [1KKM]</w:t>
      </w:r>
      <w:r>
        <w:rPr/>
        <w:t xml:space="preserve">. </w:t>
      </w:r>
      <w:r>
        <w:rPr>
          <w:shd w:fill="B7DDE8" w:val="clear"/>
        </w:rPr>
        <w:t xml:space="preserve">I, even I, have spoken</w:t>
      </w:r>
      <w:r>
        <w:rPr>
          <w:b w:val="false"/>
          <w:i w:val="false"/>
          <w:color w:val="000000"/>
          <w:u w:val="none"/>
        </w:rPr>
        <w:t xml:space="preserve"> [4BFP]</w:t>
      </w:r>
      <w:r>
        <w:rPr/>
        <w:t xml:space="preserve">; yes, </w:t>
      </w:r>
      <w:r>
        <w:rPr>
          <w:shd w:fill="B7DDE8" w:val="clear"/>
        </w:rPr>
        <w:t xml:space="preserve">I have called him</w:t>
      </w:r>
      <w:r>
        <w:rPr>
          <w:b w:val="false"/>
          <w:i w:val="false"/>
          <w:color w:val="000000"/>
          <w:u w:val="none"/>
        </w:rPr>
        <w:t xml:space="preserve"> [1KKN]</w:t>
      </w:r>
      <w:r>
        <w:rPr/>
        <w:t xml:space="preserve">. </w:t>
      </w:r>
      <w:r>
        <w:rPr>
          <w:shd w:fill="B7DDE8" w:val="clear"/>
        </w:rPr>
        <w:t xml:space="preserve">I have brought him</w:t>
      </w:r>
      <w:r>
        <w:rPr>
          <w:b w:val="false"/>
          <w:i w:val="false"/>
          <w:color w:val="000000"/>
          <w:u w:val="none"/>
        </w:rPr>
        <w:t xml:space="preserve"> [1KKO]</w:t>
      </w:r>
      <w:r>
        <w:rPr/>
        <w:t xml:space="preserve">, and </w:t>
      </w:r>
      <w:r>
        <w:rPr>
          <w:shd w:fill="B7DDE8" w:val="clear"/>
        </w:rPr>
        <w:t xml:space="preserve">he will succeed in his mission</w:t>
      </w:r>
      <w:r>
        <w:rPr>
          <w:b w:val="false"/>
          <w:i w:val="false"/>
          <w:color w:val="000000"/>
          <w:u w:val="none"/>
        </w:rPr>
        <w:t xml:space="preserve"> [1KKP]</w:t>
      </w:r>
      <w:r>
        <w:rPr/>
        <w:t xml:space="preserve">.</w:t>
      </w:r>
    </w:p>
    <w:p>
      <w:pPr>
        <w:pStyle w:val="Yellow"/>
        <w:rPr/>
      </w:pPr>
      <w:r>
        <w:rPr>
          <w:b/>
          <w:shd w:val="clear" w:color="auto" w:fill="548235"/>
          <w:color w:val="FFFFFF"/>
        </w:rPr>
        <w:t xml:space="preserve">Isaiah 60:17</w:t>
      </w:r>
      <w:r>
        <w:rPr>
          <w:shd w:val="clear" w:color="auto" w:fill="548235"/>
          <w:color w:val="FFFFFF"/>
        </w:rPr>
        <w:t xml:space="preserve"> — </w:t>
      </w:r>
      <w:r>
        <w:rPr>
          <w:shd w:fill="548235" w:val="clear" w:color="auto"/>
          <w:color w:val="FFFFFF"/>
        </w:rPr>
        <w:t xml:space="preserve">I will appoint peace as your governor</w:t>
      </w:r>
      <w:r>
        <w:rPr>
          <w:b w:val="false"/>
          <w:i w:val="false"/>
          <w:color w:val="FFFFFF"/>
          <w:u w:val="none"/>
          <w:shd w:val="clear" w:color="auto" w:fill="548235"/>
        </w:rPr>
        <w:t xml:space="preserve"> [1KUU]</w:t>
      </w:r>
      <w:r>
        <w:rPr>
          <w:shd w:val="clear" w:color="auto" w:fill="548235"/>
          <w:color w:val="FFFFFF"/>
        </w:rPr>
        <w:t xml:space="preserve"> and </w:t>
      </w:r>
      <w:r>
        <w:rPr>
          <w:shd w:fill="548235" w:val="clear" w:color="auto"/>
          <w:color w:val="FFFFFF"/>
        </w:rPr>
        <w:t xml:space="preserve">righteousness as your ruler</w:t>
      </w:r>
      <w:r>
        <w:rPr>
          <w:b w:val="false"/>
          <w:i w:val="false"/>
          <w:color w:val="FFFFFF"/>
          <w:u w:val="none"/>
          <w:shd w:val="clear" w:color="auto" w:fill="548235"/>
        </w:rPr>
        <w:t xml:space="preserve"> [1KUV]</w:t>
      </w:r>
      <w:r>
        <w:rPr>
          <w:shd w:val="clear" w:color="auto" w:fill="548235"/>
          <w:color w:val="FFFFFF"/>
        </w:rPr>
        <w:t xml:space="preserve">.</w:t>
      </w:r>
    </w:p>
    <w:p>
      <w:pPr>
        <w:pStyle w:val="Yellow"/>
        <w:rPr/>
      </w:pPr>
      <w:r>
        <w:rPr>
          <w:b/>
        </w:rPr>
        <w:t xml:space="preserve">Jeremiah 23:2</w:t>
      </w:r>
      <w:r>
        <w:rPr/>
        <w:t xml:space="preserve"> — “</w:t>
      </w:r>
      <w:r>
        <w:rPr>
          <w:shd w:fill="B7DDE8" w:val="clear"/>
        </w:rPr>
        <w:t xml:space="preserve">You have scattered My flock and driven them away</w:t>
      </w:r>
      <w:r>
        <w:rPr>
          <w:b w:val="false"/>
          <w:i w:val="false"/>
          <w:color w:val="000000"/>
          <w:u w:val="none"/>
        </w:rPr>
        <w:t xml:space="preserve"> [1LJO]</w:t>
      </w:r>
      <w:r>
        <w:rPr/>
        <w:t xml:space="preserve">, and </w:t>
      </w:r>
      <w:r>
        <w:rPr>
          <w:shd w:fill="B7DDE8" w:val="clear"/>
        </w:rPr>
        <w:t xml:space="preserve">have not attended to them</w:t>
      </w:r>
      <w:r>
        <w:rPr>
          <w:b w:val="false"/>
          <w:i w:val="false"/>
          <w:color w:val="000000"/>
          <w:u w:val="none"/>
        </w:rPr>
        <w:t xml:space="preserve"> [1LJP]</w:t>
      </w:r>
      <w:r>
        <w:rPr/>
        <w:t xml:space="preserve">. Behold, </w:t>
      </w:r>
      <w:r>
        <w:rPr>
          <w:shd w:fill="B7DDE8" w:val="clear"/>
        </w:rPr>
        <w:t xml:space="preserve">I will attend to you for the evil of your deeds</w:t>
      </w:r>
      <w:r>
        <w:rPr>
          <w:b w:val="false"/>
          <w:i w:val="false"/>
          <w:color w:val="000000"/>
          <w:u w:val="none"/>
        </w:rPr>
        <w:t xml:space="preserve"> [1LJQ]</w:t>
      </w:r>
      <w:r>
        <w:rPr/>
        <w:t xml:space="preserve">, declares the LORD.</w:t>
      </w:r>
    </w:p>
    <w:p>
      <w:pPr>
        <w:pStyle w:val="Yellow"/>
        <w:rPr/>
        <w:pBdr>
          <w:left w:val="single" w:sz="28" w:space="5" w:color="C00000"/>
        </w:pBdr>
      </w:pPr>
      <w:r>
        <w:rPr>
          <w:b/>
          <w:shd w:val="clear" w:color="auto" w:fill="548235"/>
          <w:color w:val="FFFFFF"/>
        </w:rPr>
        <w:t xml:space="preserve">Ezekiel 28:17</w:t>
      </w:r>
      <w:r>
        <w:rPr>
          <w:shd w:val="clear" w:color="auto" w:fill="548235"/>
          <w:color w:val="FFFFFF"/>
        </w:rPr>
        <w:t xml:space="preserve"> — </w:t>
      </w:r>
      <w:r>
        <w:rPr>
          <w:shd w:fill="548235" w:val="clear" w:color="auto"/>
          <w:color w:val="FFFFFF"/>
        </w:rPr>
        <w:t xml:space="preserve">Your heart grew proud of your beauty</w:t>
      </w:r>
      <w:r>
        <w:rPr>
          <w:b w:val="false"/>
          <w:i w:val="false"/>
          <w:color w:val="FFFFFF"/>
          <w:u w:val="none"/>
          <w:shd w:val="clear" w:color="auto" w:fill="548235"/>
        </w:rPr>
        <w:t xml:space="preserve"> [1KUH]</w:t>
      </w:r>
      <w:r>
        <w:rPr>
          <w:shd w:val="clear" w:color="auto" w:fill="548235"/>
          <w:color w:val="FFFFFF"/>
        </w:rPr>
        <w:t xml:space="preserve">; </w:t>
      </w:r>
      <w:r>
        <w:rPr>
          <w:shd w:fill="548235" w:val="clear" w:color="auto"/>
          <w:color w:val="FFFFFF"/>
        </w:rPr>
        <w:t xml:space="preserve">you corrupted your wisdom because of your splendor</w:t>
      </w:r>
      <w:r>
        <w:rPr>
          <w:b w:val="false"/>
          <w:i w:val="false"/>
          <w:color w:val="FFFFFF"/>
          <w:u w:val="none"/>
          <w:shd w:val="clear" w:color="auto" w:fill="548235"/>
        </w:rPr>
        <w:t xml:space="preserve"> [1KUI]</w:t>
      </w:r>
      <w:r>
        <w:rPr>
          <w:shd w:val="clear" w:color="auto" w:fill="548235"/>
          <w:color w:val="FFFFFF"/>
        </w:rPr>
        <w:t xml:space="preserve">; so </w:t>
      </w:r>
      <w:r>
        <w:rPr>
          <w:shd w:fill="548235" w:val="clear" w:color="auto"/>
          <w:color w:val="FFFFFF"/>
        </w:rPr>
        <w:t xml:space="preserve">I cast you to the earth</w:t>
      </w:r>
      <w:r>
        <w:rPr>
          <w:b w:val="false"/>
          <w:i w:val="false"/>
          <w:color w:val="FFFFFF"/>
          <w:u w:val="none"/>
          <w:shd w:val="clear" w:color="auto" w:fill="548235"/>
        </w:rPr>
        <w:t xml:space="preserve"> [1KUJ]</w:t>
      </w:r>
      <w:r>
        <w:rPr>
          <w:shd w:val="clear" w:color="auto" w:fill="548235"/>
          <w:color w:val="FFFFFF"/>
        </w:rPr>
        <w:t xml:space="preserve">; </w:t>
      </w:r>
      <w:r>
        <w:rPr>
          <w:shd w:fill="548235" w:val="clear" w:color="auto"/>
          <w:color w:val="FFFFFF"/>
        </w:rPr>
        <w:t xml:space="preserve">I made you a spectacle before kings</w:t>
      </w:r>
      <w:r>
        <w:rPr>
          <w:b w:val="false"/>
          <w:i w:val="false"/>
          <w:color w:val="FFFFFF"/>
          <w:u w:val="none"/>
          <w:shd w:val="clear" w:color="auto" w:fill="548235"/>
        </w:rPr>
        <w:t xml:space="preserve"> [1KUK]</w:t>
      </w:r>
      <w:r>
        <w:rPr>
          <w:shd w:val="clear" w:color="auto" w:fill="548235"/>
          <w:color w:val="FFFFFF"/>
        </w:rPr>
        <w:t xml:space="preserve">.</w:t>
      </w:r>
    </w:p>
    <w:p>
      <w:pPr>
        <w:pStyle w:val="Yellow"/>
        <w:rPr/>
      </w:pPr>
      <w:r>
        <w:rPr/>
        <w:t xml:space="preserve">(Da5:18–19 God bestowed “sovereignty and greatness”¹ on “your father Nebuchadnezzar”²) </w:t>
      </w:r>
      <w:r>
        <w:rPr>
          <w:b/>
        </w:rPr>
        <w:t xml:space="preserve">Daniel 5:20</w:t>
      </w:r>
      <w:r>
        <w:rPr/>
        <w:t xml:space="preserve"> — {But} </w:t>
      </w:r>
      <w:r>
        <w:rPr>
          <w:shd w:fill="B7DDE8" w:val="clear"/>
        </w:rPr>
        <w:t xml:space="preserve">when {his} heart became arrogant and his spirit was hardened with pride</w:t>
      </w:r>
      <w:r>
        <w:rPr>
          <w:b w:val="false"/>
          <w:i w:val="false"/>
          <w:color w:val="000000"/>
          <w:u w:val="none"/>
        </w:rPr>
        <w:t xml:space="preserve"> [1GCR]</w:t>
      </w:r>
      <w:r>
        <w:rPr>
          <w:shd w:val="clear" w:color="auto" w:fill="548235"/>
          <w:color w:val="FFFFFF"/>
        </w:rPr>
        <w:t xml:space="preserve">, </w:t>
      </w:r>
      <w:r>
        <w:rPr>
          <w:shd w:fill="548235" w:val="clear" w:color="auto"/>
          <w:color w:val="FFFFFF"/>
        </w:rPr>
        <w:t xml:space="preserve">he was deposed from his royal throne</w:t>
      </w:r>
      <w:r>
        <w:rPr>
          <w:b w:val="false"/>
          <w:i w:val="false"/>
          <w:color w:val="FFFFFF"/>
          <w:u w:val="none"/>
          <w:shd w:val="clear" w:color="auto" w:fill="548235"/>
        </w:rPr>
        <w:t xml:space="preserve"> [1GCS]</w:t>
      </w:r>
      <w:r>
        <w:rPr>
          <w:shd w:val="clear" w:color="auto" w:fill="548235"/>
          <w:color w:val="FFFFFF"/>
        </w:rPr>
        <w:t xml:space="preserve">, and </w:t>
      </w:r>
      <w:r>
        <w:rPr>
          <w:shd w:fill="548235" w:val="clear" w:color="auto"/>
          <w:color w:val="FFFFFF"/>
        </w:rPr>
        <w:t xml:space="preserve">his glory was taken from him</w:t>
      </w:r>
      <w:r>
        <w:rPr>
          <w:b w:val="false"/>
          <w:i w:val="false"/>
          <w:color w:val="FFFFFF"/>
          <w:u w:val="none"/>
          <w:shd w:val="clear" w:color="auto" w:fill="548235"/>
        </w:rPr>
        <w:t xml:space="preserve"> [1GCT]</w:t>
      </w:r>
      <w:r>
        <w:rPr>
          <w:shd w:val="clear" w:color="auto" w:fill="548235"/>
          <w:color w:val="FFFFFF"/>
        </w:rPr>
        <w:t xml:space="preserve">.</w:t>
      </w:r>
    </w:p>
    <w:p>
      <w:pPr>
        <w:pStyle w:val="Yellow"/>
        <w:rPr/>
        <w:pBdr>
          <w:left w:val="single" w:sz="28" w:space="5" w:color="C00000"/>
        </w:pBdr>
      </w:pPr>
      <w:r>
        <w:rPr>
          <w:b/>
          <w:u w:val="none"/>
        </w:rPr>
        <w:t xml:space="preserve">Daniel 5:21</w:t>
      </w:r>
      <w:r>
        <w:rPr>
          <w:u w:val="none"/>
        </w:rPr>
        <w:t xml:space="preserve"> — </w:t>
      </w:r>
      <w:r>
        <w:rPr>
          <w:u w:val="none"/>
          <w:shd w:fill="B7DDE8" w:val="clear"/>
        </w:rPr>
        <w:t xml:space="preserve">the Most High God rules over the kingdom of mankind</w:t>
      </w:r>
      <w:r>
        <w:rPr>
          <w:b w:val="false"/>
          <w:i w:val="false"/>
          <w:color w:val="000000"/>
          <w:u w:val="none"/>
        </w:rPr>
        <w:t xml:space="preserve"> [4LKB]</w:t>
      </w:r>
      <w:r>
        <w:rPr>
          <w:u w:val="none"/>
        </w:rPr>
        <w:t xml:space="preserve">, </w:t>
      </w:r>
      <w:r>
        <w:rPr>
          <w:u w:val="none"/>
          <w:shd w:fill="B7DDE8" w:val="clear"/>
        </w:rPr>
        <w:t xml:space="preserve">setting over it whom He wishes</w:t>
      </w:r>
      <w:r>
        <w:rPr>
          <w:b w:val="false"/>
          <w:i w:val="false"/>
          <w:u w:val="none"/>
          <w:color w:val="000000"/>
        </w:rPr>
        <w:t xml:space="preserve"> [1LKE]</w:t>
      </w:r>
      <w:r>
        <w:rPr>
          <w:u w:val="none"/>
        </w:rPr>
        <w:t xml:space="preserve">.</w:t>
      </w:r>
    </w:p>
    <w:p>
      <w:pPr>
        <w:pStyle w:val="Yellow"/>
        <w:rPr/>
      </w:pPr>
      <w:r>
        <w:rPr>
          <w:b/>
        </w:rPr>
        <w:t>Hosea 8:1-4</w:t>
      </w:r>
      <w:r>
        <w:t xml:space="preserve"> </w:t>
      </w:r>
      <w:r>
        <w:rPr>
          <w:shd w:fill="B7DDE8" w:val="clear"/>
        </w:rPr>
        <w:t>because the people have transgressed My covenant and rebelled against My law</w:t>
      </w:r>
      <w:r>
        <w:rPr>
          <w:b w:val="false"/>
          <w:i w:val="false"/>
          <w:color w:val="000000"/>
          <w:u w:val="none"/>
        </w:rPr>
        <w:t xml:space="preserve"> [1AJW]</w:t>
      </w:r>
      <w:r>
        <w:t xml:space="preserve">. </w:t>
      </w:r>
      <w:r>
        <w:rPr>
          <w:shd w:fill="B7DDE8" w:val="clear"/>
        </w:rPr>
        <w:t>Israel cries out to Me,</w:t>
        <w:tab/>
        <w:t>“O our God, we know You!”</w:t>
      </w:r>
      <w:r>
        <w:rPr>
          <w:b w:val="false"/>
          <w:i w:val="false"/>
          <w:color w:val="000000"/>
          <w:u w:val="none"/>
        </w:rPr>
        <w:t xml:space="preserve"> [1AJX]</w:t>
      </w:r>
      <w:r>
        <w:tab/>
        <w:t xml:space="preserve">But </w:t>
      </w:r>
      <w:r>
        <w:rPr>
          <w:shd w:fill="B7DDE8" w:val="clear"/>
        </w:rPr>
        <w:t>Israel has rejected good</w:t>
      </w:r>
      <w:r>
        <w:rPr>
          <w:b w:val="false"/>
          <w:i w:val="false"/>
          <w:color w:val="000000"/>
          <w:u w:val="none"/>
        </w:rPr>
        <w:t xml:space="preserve"> [1AJY]</w:t>
      </w:r>
      <w:r>
        <w:t xml:space="preserve">; </w:t>
      </w:r>
      <w:r>
        <w:rPr>
          <w:shd w:fill="B7DDE8" w:val="clear"/>
        </w:rPr>
        <w:t>an enemy will pursue him</w:t>
      </w:r>
      <w:r>
        <w:rPr>
          <w:b w:val="false"/>
          <w:i w:val="false"/>
          <w:color w:val="000000"/>
          <w:u w:val="none"/>
        </w:rPr>
        <w:t xml:space="preserve"> [1AJZ]</w:t>
      </w:r>
      <w:r>
        <w:t xml:space="preserve">. </w:t>
      </w:r>
      <w:r>
        <w:rPr>
          <w:shd w:fill="B7DDE8" w:val="clear"/>
        </w:rPr>
        <w:t>They set up kings, but not by Me</w:t>
      </w:r>
      <w:r>
        <w:rPr>
          <w:b w:val="false"/>
          <w:i w:val="false"/>
          <w:color w:val="000000"/>
          <w:u w:val="none"/>
        </w:rPr>
        <w:t xml:space="preserve"> [1AKA]</w:t>
      </w:r>
      <w:r>
        <w:t xml:space="preserve">. </w:t>
      </w:r>
      <w:r>
        <w:rPr>
          <w:shd w:fill="B7DDE8" w:val="clear"/>
        </w:rPr>
        <w:t>They make princes, but without My approval</w:t>
      </w:r>
      <w:r>
        <w:rPr>
          <w:b w:val="false"/>
          <w:i w:val="false"/>
          <w:color w:val="000000"/>
          <w:u w:val="none"/>
        </w:rPr>
        <w:t xml:space="preserve"> [1AKA]</w:t>
      </w:r>
      <w:r>
        <w:t>.</w:t>
      </w:r>
    </w:p>
    <w:p>
      <w:pPr>
        <w:pStyle w:val="Yellow"/>
        <w:rPr/>
      </w:pPr>
      <w:r>
        <w:rPr>
          <w:b/>
        </w:rPr>
        <w:t xml:space="preserve">Matthew 2:6</w:t>
      </w:r>
      <w:r>
        <w:rPr/>
        <w:t xml:space="preserve"> — ‘But </w:t>
      </w:r>
      <w:r>
        <w:rPr>
          <w:shd w:fill="B7DDE8" w:val="clear"/>
        </w:rPr>
        <w:t xml:space="preserve">you, Bethlehem, in the land of Judah, are by no means least among the rulers of Judah</w:t>
      </w:r>
      <w:r>
        <w:rPr>
          <w:b w:val="false"/>
          <w:i w:val="false"/>
          <w:color w:val="000000"/>
          <w:u w:val="none"/>
        </w:rPr>
        <w:t xml:space="preserve"> [1KUE]</w:t>
      </w:r>
      <w:r>
        <w:rPr/>
        <w:t xml:space="preserve">, for </w:t>
      </w:r>
      <w:r>
        <w:rPr>
          <w:shd w:fill="B7DDE8" w:val="clear"/>
        </w:rPr>
        <w:t xml:space="preserve">out of you will come a ruler</w:t>
      </w:r>
      <w:r>
        <w:rPr>
          <w:b w:val="false"/>
          <w:i w:val="false"/>
          <w:color w:val="000000"/>
          <w:u w:val="none"/>
        </w:rPr>
        <w:t xml:space="preserve"> [1KUF]</w:t>
      </w:r>
      <w:r>
        <w:rPr/>
        <w:t xml:space="preserve"> </w:t>
      </w:r>
      <w:r>
        <w:rPr>
          <w:shd w:fill="B7DDE8" w:val="clear"/>
        </w:rPr>
        <w:t xml:space="preserve">who will be the shepherd of My people Israel</w:t>
      </w:r>
      <w:r>
        <w:rPr>
          <w:b w:val="false"/>
          <w:i w:val="false"/>
          <w:color w:val="000000"/>
          <w:u w:val="none"/>
        </w:rPr>
        <w:t xml:space="preserve"> [1KUG]</w:t>
      </w:r>
      <w:r>
        <w:rPr/>
        <w:t xml:space="preserve">.’”</w:t>
      </w:r>
    </w:p>
    <w:p>
      <w:pPr>
        <w:pStyle w:val="Yellow"/>
        <w:rPr/>
      </w:pPr>
      <w:r>
        <w:rPr>
          <w:b/>
        </w:rPr>
        <w:t xml:space="preserve">Matthew 10:16–17</w:t>
      </w:r>
      <w:r>
        <w:rPr/>
        <w:t xml:space="preserve"> — Behold, </w:t>
      </w:r>
      <w:r>
        <w:rPr>
          <w:shd w:fill="B7DDE8" w:val="clear"/>
        </w:rPr>
        <w:t xml:space="preserve">I am sending you out like sheep among wolves</w:t>
      </w:r>
      <w:r>
        <w:rPr>
          <w:b w:val="false"/>
          <w:i w:val="false"/>
          <w:color w:val="000000"/>
          <w:u w:val="none"/>
        </w:rPr>
        <w:t xml:space="preserve"> [1KYR]</w:t>
      </w:r>
      <w:r>
        <w:rPr/>
        <w:t xml:space="preserve">; therefore </w:t>
      </w:r>
      <w:r>
        <w:rPr>
          <w:shd w:fill="B7DDE8" w:val="clear"/>
        </w:rPr>
        <w:t xml:space="preserve">be as shrewd as snakes</w:t>
      </w:r>
      <w:r>
        <w:rPr>
          <w:b w:val="false"/>
          <w:i w:val="false"/>
          <w:color w:val="000000"/>
          <w:u w:val="none"/>
        </w:rPr>
        <w:t xml:space="preserve"> [1KYS]</w:t>
      </w:r>
      <w:r>
        <w:rPr/>
        <w:t xml:space="preserve"> and </w:t>
      </w:r>
      <w:r>
        <w:rPr>
          <w:shd w:fill="B7DDE8" w:val="clear"/>
        </w:rPr>
        <w:t xml:space="preserve">as innocent as doves</w:t>
      </w:r>
      <w:r>
        <w:rPr>
          <w:b w:val="false"/>
          <w:i w:val="false"/>
          <w:color w:val="000000"/>
          <w:u w:val="none"/>
        </w:rPr>
        <w:t xml:space="preserve"> [1KYT]</w:t>
      </w:r>
      <w:r>
        <w:rPr/>
        <w:t xml:space="preserve">. But </w:t>
      </w:r>
      <w:r>
        <w:rPr>
          <w:shd w:fill="B7DDE8" w:val="clear"/>
        </w:rPr>
        <w:t xml:space="preserve">beware of men</w:t>
      </w:r>
      <w:r>
        <w:rPr>
          <w:b w:val="false"/>
          <w:i w:val="false"/>
          <w:color w:val="000000"/>
          <w:u w:val="none"/>
        </w:rPr>
        <w:t xml:space="preserve"> [1KYU]</w:t>
      </w:r>
      <w:r>
        <w:rPr/>
        <w:t xml:space="preserve">, for </w:t>
      </w:r>
      <w:r>
        <w:rPr>
          <w:shd w:fill="B7DDE8" w:val="clear"/>
        </w:rPr>
        <w:t xml:space="preserve">they will hand you over to their councils and flog you in their synagogues</w:t>
      </w:r>
      <w:r>
        <w:rPr>
          <w:b w:val="false"/>
          <w:i w:val="false"/>
          <w:color w:val="000000"/>
          <w:u w:val="none"/>
        </w:rPr>
        <w:t xml:space="preserve"> [2GMS]</w:t>
      </w:r>
      <w:r>
        <w:rPr/>
        <w:t xml:space="preserve">.</w:t>
      </w:r>
    </w:p>
    <w:p>
      <w:pPr>
        <w:pStyle w:val="Yellow"/>
        <w:rPr/>
      </w:pPr>
      <w:r>
        <w:rPr>
          <w:b/>
        </w:rPr>
        <w:t xml:space="preserve">Matthew 10:18</w:t>
      </w:r>
      <w:r>
        <w:rPr/>
        <w:t xml:space="preserve"> — </w:t>
      </w:r>
      <w:r>
        <w:rPr>
          <w:shd w:fill="B7DDE8" w:val="clear"/>
        </w:rPr>
        <w:t xml:space="preserve">On My account you will be brought before governors and kings as witnesses to them and to the Gentiles</w:t>
      </w:r>
      <w:r>
        <w:rPr>
          <w:b w:val="false"/>
          <w:i w:val="false"/>
          <w:color w:val="000000"/>
          <w:u w:val="none"/>
        </w:rPr>
        <w:t xml:space="preserve"> [1GMU]</w:t>
      </w:r>
      <w:r>
        <w:rPr/>
        <w:t xml:space="preserve">.</w:t>
      </w:r>
    </w:p>
    <w:p>
      <w:pPr>
        <w:pStyle w:val="Yellow"/>
        <w:rPr/>
      </w:pPr>
      <w:r>
        <w:rPr>
          <w:u w:val="none"/>
        </w:rPr>
        <w:t xml:space="preserve">(Mt10:17–18 to “councils” and “governors”¹) </w:t>
      </w:r>
      <w:r>
        <w:rPr>
          <w:b/>
          <w:u w:val="none"/>
        </w:rPr>
        <w:t xml:space="preserve">Matthew 10:19–20</w:t>
      </w:r>
      <w:r>
        <w:rPr>
          <w:u w:val="none"/>
        </w:rPr>
        <w:t xml:space="preserve"> — But </w:t>
      </w:r>
      <w:r>
        <w:rPr>
          <w:u w:val="none"/>
        </w:rPr>
        <w:t xml:space="preserve">when they {hand you over}, do not worry about how to respond or what to say</w:t>
      </w:r>
      <w:r>
        <w:rPr>
          <w:b w:val="false"/>
          <w:i w:val="false"/>
          <w:color w:val="000000"/>
          <w:u w:val="none"/>
        </w:rPr>
        <w:t xml:space="preserve"> [2BJP]</w:t>
      </w:r>
      <w:r>
        <w:rPr>
          <w:u w:val="none"/>
        </w:rPr>
        <w:t xml:space="preserve">. </w:t>
      </w:r>
      <w:r>
        <w:rPr>
          <w:u w:val="none"/>
          <w:shd w:fill="B7DDE8" w:val="clear"/>
        </w:rPr>
        <w:t xml:space="preserve">In that hour you will be given what to say</w:t>
      </w:r>
      <w:r>
        <w:rPr>
          <w:b w:val="false"/>
          <w:i w:val="false"/>
          <w:color w:val="000000"/>
          <w:u w:val="none"/>
        </w:rPr>
        <w:t xml:space="preserve"> [1LHE]</w:t>
      </w:r>
      <w:r>
        <w:rPr>
          <w:u w:val="none"/>
        </w:rPr>
        <w:t xml:space="preserve">. For </w:t>
      </w:r>
      <w:r>
        <w:rPr>
          <w:u w:val="none"/>
        </w:rPr>
        <w:t xml:space="preserve">it will not be you speaking, but </w:t>
      </w:r>
      <w:r>
        <w:rPr>
          <w:u w:val="none"/>
        </w:rPr>
        <w:t xml:space="preserve">the Spirit of your Father speaking through you</w:t>
      </w:r>
      <w:r>
        <w:rPr>
          <w:b w:val="false"/>
          <w:i w:val="false"/>
          <w:color w:val="000000"/>
          <w:u w:val="none"/>
        </w:rPr>
        <w:t xml:space="preserve"> [2BJR]</w:t>
      </w:r>
      <w:r>
        <w:rPr>
          <w:u w:val="none"/>
        </w:rPr>
        <w:t xml:space="preserve">.</w:t>
      </w:r>
    </w:p>
    <w:p>
      <w:pPr>
        <w:pStyle w:val="Yellow"/>
        <w:rPr/>
      </w:pPr>
      <w:r>
        <w:rPr/>
        <w:t xml:space="preserve">(Mt18:15–17ᶜ Brother who “sins against you” and “refuses to listen even to the church”) </w:t>
      </w:r>
      <w:r>
        <w:rPr>
          <w:b/>
        </w:rPr>
        <w:t>Matthew 18:18</w:t>
      </w:r>
      <w:r>
        <w:rPr/>
        <w:t xml:space="preserve"> — Truly I tell you, </w:t>
      </w:r>
      <w:r>
        <w:rPr>
          <w:shd w:fill="B7DDE8" w:val="clear"/>
        </w:rPr>
        <w:t>whatever you bind on earth will be bound in heaven, and whatever you loose on earth will be loosed in heaven</w:t>
      </w:r>
      <w:r>
        <w:rPr>
          <w:b w:val="false"/>
          <w:i w:val="false"/>
          <w:color w:val="000000"/>
          <w:u w:val="none"/>
        </w:rPr>
        <w:t xml:space="preserve"> [1KQ]</w:t>
      </w:r>
      <w:r>
        <w:rPr/>
        <w:t>.</w:t>
      </w:r>
    </w:p>
    <w:p>
      <w:pPr>
        <w:pStyle w:val="Yellow"/>
        <w:rPr/>
      </w:pPr>
      <w:r>
        <w:rPr>
          <w:b/>
        </w:rPr>
        <w:t xml:space="preserve">Matthew 28:18</w:t>
      </w:r>
      <w:r>
        <w:rPr/>
        <w:t xml:space="preserve"> — </w:t>
      </w:r>
      <w:r>
        <w:rPr>
          <w:shd w:fill="B7DDE8" w:val="clear"/>
        </w:rPr>
        <w:t xml:space="preserve">All authority in heaven and on earth has been given to Me</w:t>
      </w:r>
      <w:r>
        <w:rPr>
          <w:b w:val="false"/>
          <w:i w:val="false"/>
          <w:color w:val="000000"/>
          <w:u w:val="none"/>
        </w:rPr>
        <w:t xml:space="preserve"> [1KVS]</w:t>
      </w:r>
      <w:r>
        <w:rPr/>
        <w:t xml:space="preserve">.</w:t>
      </w:r>
    </w:p>
    <w:p>
      <w:pPr>
        <w:pStyle w:val="Yellow"/>
        <w:rPr/>
      </w:pPr>
      <w:r>
        <w:rPr>
          <w:b/>
          <w:highlight w:val="cyan"/>
        </w:rPr>
        <w:t>Mark 2:10</w:t>
      </w:r>
      <w:r>
        <w:rPr>
          <w:highlight w:val="cyan"/>
        </w:rPr>
        <w:t xml:space="preserve"> — </w:t>
      </w:r>
      <w:r>
        <w:rPr>
          <w:highlight w:val="cyan"/>
          <w:shd w:fill="B7DDE8" w:val="clear"/>
        </w:rPr>
        <w:t>the Son of Man has authority on earth to forgive sins</w:t>
      </w:r>
      <w:r>
        <w:rPr>
          <w:b w:val="false"/>
          <w:i w:val="false"/>
          <w:color w:val="000000"/>
          <w:u w:val="none"/>
        </w:rPr>
        <w:t xml:space="preserve"> [1AOG]</w:t>
      </w:r>
    </w:p>
    <w:p>
      <w:pPr>
        <w:pStyle w:val="Yellow"/>
        <w:rPr/>
      </w:pPr>
      <w:r>
        <w:rPr/>
        <w:t xml:space="preserve">(Mk13:2–4ᶜ Before temple destruction is “about to be fulfilled”) </w:t>
      </w:r>
      <w:r>
        <w:rPr>
          <w:b/>
        </w:rPr>
        <w:t xml:space="preserve">Mark 13:9</w:t>
      </w:r>
      <w:r>
        <w:rPr/>
        <w:t xml:space="preserve"> — </w:t>
      </w:r>
      <w:r>
        <w:rPr>
          <w:shd w:val="clear" w:color="auto" w:fill="D9C3E6"/>
        </w:rPr>
        <w:t xml:space="preserve">You will be delivered over to the councils and beaten in the synagogues</w:t>
      </w:r>
      <w:r>
        <w:rPr>
          <w:b w:val="false"/>
          <w:i w:val="false"/>
          <w:color w:val="000000"/>
          <w:u w:val="none"/>
        </w:rPr>
        <w:t xml:space="preserve"> [2GMS]</w:t>
      </w:r>
      <w:r>
        <w:rPr>
          <w:shd w:val="clear" w:color="auto" w:fill="D9C3E6"/>
        </w:rPr>
        <w:t xml:space="preserve">. </w:t>
      </w:r>
      <w:r>
        <w:rPr>
          <w:shd w:fill="B7DDE8" w:val="clear"/>
        </w:rPr>
        <w:t xml:space="preserve">On My account you will stand before governors and kings as witnesses to them</w:t>
      </w:r>
      <w:r>
        <w:rPr>
          <w:b w:val="false"/>
          <w:i w:val="false"/>
          <w:color w:val="000000"/>
          <w:u w:val="none"/>
        </w:rPr>
        <w:t xml:space="preserve"> [1GMT]</w:t>
      </w:r>
      <w:r>
        <w:rPr/>
        <w:t xml:space="preserve">.</w:t>
      </w:r>
    </w:p>
    <w:p>
      <w:pPr>
        <w:pStyle w:val="Yellow"/>
        <w:rPr/>
        <w:pBdr>
          <w:left w:val="single" w:sz="28" w:space="5" w:color="C00000"/>
        </w:pBdr>
      </w:pPr>
      <w:r>
        <w:rPr>
          <w:u w:val="none"/>
          <w:shd w:val="clear" w:color="auto" w:fill="548235"/>
          <w:color w:val="FFFFFF"/>
        </w:rPr>
        <w:t xml:space="preserve">(Mk13:2–4ᶜ Before temple destruction is “about to be fulfilled”) </w:t>
      </w:r>
      <w:r>
        <w:rPr>
          <w:b/>
          <w:u w:val="none"/>
          <w:shd w:val="clear" w:color="auto" w:fill="548235"/>
          <w:color w:val="FFFFFF"/>
        </w:rPr>
        <w:t>Mark 13:11</w:t>
      </w:r>
      <w:r>
        <w:rPr>
          <w:u w:val="none"/>
          <w:shd w:val="clear" w:color="auto" w:fill="548235"/>
          <w:color w:val="FFFFFF"/>
        </w:rPr>
        <w:t xml:space="preserve"> — </w:t>
      </w:r>
      <w:r>
        <w:rPr>
          <w:u w:val="none"/>
          <w:color w:val="auto"/>
          <w:shd w:val="clear" w:color="auto" w:fill="D9C3E6"/>
        </w:rPr>
        <w:t>when they arrest you and hand you over, do not worry beforehand what to say</w:t>
      </w:r>
      <w:r>
        <w:rPr>
          <w:b w:val="false"/>
          <w:i w:val="false"/>
          <w:color w:val="FFFFFF"/>
          <w:u w:val="none"/>
          <w:shd w:val="clear" w:color="auto" w:fill="548235"/>
        </w:rPr>
        <w:t xml:space="preserve"> [2BJP]</w:t>
      </w:r>
      <w:r>
        <w:rPr>
          <w:u w:val="none"/>
          <w:shd w:val="clear" w:color="auto" w:fill="548235"/>
          <w:color w:val="FFFFFF"/>
        </w:rPr>
        <w:t xml:space="preserve">. Instead, </w:t>
      </w:r>
      <w:r>
        <w:rPr>
          <w:u w:val="none"/>
          <w:shd w:fill="548235" w:val="clear" w:color="auto"/>
          <w:color w:val="FFFFFF"/>
        </w:rPr>
        <w:t>speak whatever you are given at that time</w:t>
      </w:r>
      <w:r>
        <w:rPr>
          <w:b w:val="false"/>
          <w:i w:val="false"/>
          <w:color w:val="FFFFFF"/>
          <w:u w:val="none"/>
          <w:shd w:val="clear" w:color="auto" w:fill="548235"/>
        </w:rPr>
        <w:t xml:space="preserve"> [1BJQ]</w:t>
      </w:r>
      <w:r>
        <w:rPr>
          <w:u w:val="none"/>
          <w:shd w:val="clear" w:color="auto" w:fill="548235"/>
          <w:color w:val="FFFFFF"/>
        </w:rPr>
        <w:t xml:space="preserve">, for </w:t>
      </w:r>
      <w:r>
        <w:rPr>
          <w:u w:val="none"/>
          <w:shd w:fill="548235" w:val="clear" w:color="auto"/>
          <w:color w:val="FFFFFF"/>
        </w:rPr>
        <w:t>it will not be you speaking, but the Holy Spirit</w:t>
      </w:r>
      <w:r>
        <w:rPr>
          <w:b w:val="false"/>
          <w:i w:val="false"/>
          <w:color w:val="FFFFFF"/>
          <w:u w:val="none"/>
          <w:shd w:val="clear" w:color="auto" w:fill="548235"/>
        </w:rPr>
        <w:t xml:space="preserve"> [2BJR]</w:t>
      </w:r>
      <w:r>
        <w:rPr>
          <w:u w:val="none"/>
          <w:shd w:val="clear" w:color="auto" w:fill="548235"/>
          <w:color w:val="FFFFFF"/>
        </w:rPr>
        <w:t>.</w:t>
      </w:r>
    </w:p>
    <w:p>
      <w:pPr>
        <w:pStyle w:val="Yellow"/>
        <w:rPr/>
      </w:pPr>
      <w:r>
        <w:rPr/>
        <w:t xml:space="preserve">(Lk1:47 “God”) </w:t>
      </w:r>
      <w:r>
        <w:rPr>
          <w:b/>
        </w:rPr>
        <w:t xml:space="preserve">Luke 1:52</w:t>
      </w:r>
      <w:r>
        <w:rPr/>
        <w:t xml:space="preserve"> — </w:t>
      </w:r>
      <w:r>
        <w:rPr>
          <w:shd w:fill="B7DDE8" w:val="clear"/>
        </w:rPr>
        <w:t xml:space="preserve">{He} has brought down rulers from their thrones</w:t>
      </w:r>
      <w:r>
        <w:rPr>
          <w:b w:val="false"/>
          <w:i w:val="false"/>
          <w:color w:val="000000"/>
          <w:u w:val="none"/>
        </w:rPr>
        <w:t xml:space="preserve"> [1HFH]</w:t>
      </w:r>
      <w:r>
        <w:rPr/>
        <w:t xml:space="preserve">, but </w:t>
      </w:r>
      <w:r>
        <w:rPr>
          <w:shd w:fill="B7DDE8" w:val="clear"/>
        </w:rPr>
        <w:t xml:space="preserve">has exalted the humble</w:t>
      </w:r>
      <w:r>
        <w:rPr>
          <w:b w:val="false"/>
          <w:i w:val="false"/>
          <w:color w:val="000000"/>
          <w:u w:val="none"/>
        </w:rPr>
        <w:t xml:space="preserve"> [1HFI]</w:t>
      </w:r>
      <w:r>
        <w:rPr/>
        <w:t xml:space="preserve">.</w:t>
      </w:r>
    </w:p>
    <w:p>
      <w:pPr>
        <w:pStyle w:val="Yellow"/>
        <w:rPr/>
      </w:pPr>
      <w:r>
        <w:rPr>
          <w:b/>
          <w:u w:val="none"/>
        </w:rPr>
        <w:t>Luke 12:11–12</w:t>
      </w:r>
      <w:r>
        <w:rPr>
          <w:u w:val="none"/>
        </w:rPr>
        <w:t xml:space="preserve"> — </w:t>
      </w:r>
      <w:r>
        <w:rPr>
          <w:u w:val="none"/>
          <w:shd w:fill="B7DDE8" w:val="clear"/>
        </w:rPr>
        <w:t>When you are brought before synagogues, rulers, and authorities, do not worry about how to defend yourselves or what to say</w:t>
      </w:r>
      <w:r>
        <w:rPr>
          <w:b w:val="false"/>
          <w:i w:val="false"/>
          <w:u w:val="none"/>
          <w:color w:val="000000"/>
        </w:rPr>
        <w:t xml:space="preserve"> [1BJN]</w:t>
      </w:r>
      <w:r>
        <w:rPr>
          <w:u w:val="none"/>
        </w:rPr>
        <w:t xml:space="preserve">. For </w:t>
      </w:r>
      <w:r>
        <w:rPr>
          <w:u w:val="none"/>
          <w:shd w:fill="B7DDE8" w:val="clear"/>
        </w:rPr>
        <w:t>at that time the Holy Spirit will teach you what you should say</w:t>
      </w:r>
      <w:r>
        <w:rPr>
          <w:b w:val="false"/>
          <w:i w:val="false"/>
          <w:color w:val="000000"/>
          <w:u w:val="none"/>
        </w:rPr>
        <w:t xml:space="preserve"> [1BJO]</w:t>
      </w:r>
      <w:r>
        <w:rPr>
          <w:u w:val="none"/>
        </w:rPr>
        <w:t>.”</w:t>
      </w:r>
    </w:p>
    <w:p>
      <w:pPr>
        <w:pStyle w:val="Yellow"/>
        <w:rPr/>
      </w:pPr>
      <w:r>
        <w:rPr/>
        <w:t xml:space="preserve">(Lk21:12ᶜ Before synagogues, “kings, and governors”) </w:t>
      </w:r>
      <w:r>
        <w:rPr>
          <w:b/>
        </w:rPr>
        <w:t xml:space="preserve">Luke 21:15</w:t>
      </w:r>
      <w:r>
        <w:rPr/>
        <w:t xml:space="preserve"> — </w:t>
      </w:r>
      <w:r>
        <w:rPr>
          <w:shd w:fill="B7DDE8" w:val="clear"/>
        </w:rPr>
        <w:t xml:space="preserve">I will give you speech and wisdom</w:t>
      </w:r>
      <w:r>
        <w:rPr>
          <w:b w:val="false"/>
          <w:i w:val="false"/>
          <w:color w:val="000000"/>
          <w:u w:val="none"/>
        </w:rPr>
        <w:t xml:space="preserve"> [1HNV]</w:t>
      </w:r>
      <w:r>
        <w:rPr/>
        <w:t xml:space="preserve"> </w:t>
      </w:r>
      <w:r>
        <w:rPr>
          <w:shd w:fill="B7DDE8" w:val="clear"/>
        </w:rPr>
        <w:t xml:space="preserve">that none of your adversaries will be able to resist or contradict</w:t>
      </w:r>
      <w:r>
        <w:rPr>
          <w:b w:val="false"/>
          <w:i w:val="false"/>
          <w:color w:val="000000"/>
          <w:u w:val="none"/>
        </w:rPr>
        <w:t xml:space="preserve"> [1HNW]</w:t>
      </w:r>
      <w:r>
        <w:rPr/>
        <w:t xml:space="preserve">.</w:t>
      </w:r>
    </w:p>
    <w:p>
      <w:pPr>
        <w:pStyle w:val="Yellow"/>
        <w:rPr/>
      </w:pPr>
      <w:r>
        <w:rPr>
          <w:b/>
        </w:rPr>
        <w:t>Luke 22:69</w:t>
      </w:r>
      <w:r>
        <w:t xml:space="preserve"> — </w:t>
      </w:r>
      <w:r>
        <w:rPr>
          <w:shd w:fill="B7DDE8" w:val="clear"/>
        </w:rPr>
        <w:t>from now on the Son of Man will be seated at the right hand of the power of God</w:t>
      </w:r>
      <w:r>
        <w:rPr>
          <w:b w:val="false"/>
          <w:i w:val="false"/>
          <w:color w:val="000000"/>
          <w:u w:val="none"/>
        </w:rPr>
        <w:t xml:space="preserve"> [1ARG]</w:t>
      </w:r>
      <w:r>
        <w:t>.”</w:t>
      </w:r>
    </w:p>
    <w:p>
      <w:pPr>
        <w:pStyle w:val="Yellow"/>
        <w:rPr/>
        <w:pBdr>
          <w:left w:val="single" w:sz="28" w:space="5" w:color="C00000"/>
        </w:pBdr>
      </w:pPr>
      <w:r>
        <w:rPr>
          <w:shd w:val="clear" w:color="auto" w:fill="548235"/>
          <w:color w:val="FFFFFF"/>
        </w:rPr>
        <w:t xml:space="preserve">(Jn3:22 Jesus) </w:t>
      </w:r>
      <w:r>
        <w:rPr>
          <w:b/>
          <w:shd w:val="clear" w:color="auto" w:fill="548235"/>
          <w:color w:val="FFFFFF"/>
        </w:rPr>
        <w:t xml:space="preserve">John 3:31</w:t>
      </w:r>
      <w:r>
        <w:rPr>
          <w:shd w:val="clear" w:color="auto" w:fill="548235"/>
          <w:color w:val="FFFFFF"/>
        </w:rPr>
        <w:t xml:space="preserve"> — </w:t>
      </w:r>
      <w:r>
        <w:rPr>
          <w:shd w:fill="548235" w:val="clear" w:color="auto"/>
          <w:color w:val="FFFFFF"/>
        </w:rPr>
        <w:t xml:space="preserve">{The One who comes from above} is above all</w:t>
      </w:r>
      <w:r>
        <w:rPr>
          <w:b w:val="false"/>
          <w:i w:val="false"/>
          <w:color w:val="FFFFFF"/>
          <w:u w:val="none"/>
          <w:shd w:val="clear" w:color="auto" w:fill="548235"/>
        </w:rPr>
        <w:t xml:space="preserve"> [1LQX]</w:t>
      </w:r>
      <w:r>
        <w:rPr>
          <w:shd w:val="clear" w:color="auto" w:fill="548235"/>
          <w:color w:val="FFFFFF"/>
        </w:rPr>
        <w:t xml:space="preserve">.</w:t>
      </w:r>
    </w:p>
    <w:p>
      <w:pPr>
        <w:pStyle w:val="Yellow"/>
        <w:rPr/>
      </w:pPr>
      <w:r>
        <w:rPr>
          <w:b/>
        </w:rPr>
        <w:t xml:space="preserve">John 3:35</w:t>
      </w:r>
      <w:r>
        <w:rPr/>
        <w:t xml:space="preserve"> — </w:t>
      </w:r>
      <w:r>
        <w:rPr>
          <w:shd w:fill="B7DDE8" w:val="clear"/>
        </w:rPr>
        <w:t xml:space="preserve">The Father loves the Son</w:t>
      </w:r>
      <w:r>
        <w:rPr>
          <w:b w:val="false"/>
          <w:i w:val="false"/>
          <w:color w:val="000000"/>
          <w:u w:val="none"/>
        </w:rPr>
        <w:t xml:space="preserve"> [2FTI]</w:t>
      </w:r>
      <w:r>
        <w:rPr/>
        <w:t xml:space="preserve"> and </w:t>
      </w:r>
      <w:r>
        <w:rPr>
          <w:shd w:fill="F4B183" w:val="clear" w:color="auto"/>
          <w:color w:val="000000"/>
        </w:rPr>
        <w:t xml:space="preserve">has placed all things in His hands</w:t>
      </w:r>
      <w:r>
        <w:rPr>
          <w:b w:val="false"/>
          <w:i w:val="false"/>
          <w:color w:val="000000"/>
          <w:u w:val="none"/>
          <w:shd w:val="clear" w:color="auto" w:fill="F4B183"/>
        </w:rPr>
        <w:t xml:space="preserve"> [1LGS]</w:t>
      </w:r>
      <w:r>
        <w:rPr/>
        <w:t xml:space="preserve">.</w:t>
      </w:r>
    </w:p>
    <w:p>
      <w:pPr>
        <w:pStyle w:val="Yellow"/>
        <w:rPr/>
      </w:pPr>
      <w:r>
        <w:rPr>
          <w:b/>
        </w:rPr>
        <w:t>John 18:36</w:t>
      </w:r>
      <w:r>
        <w:t xml:space="preserve"> — “</w:t>
      </w:r>
      <w:r>
        <w:rPr>
          <w:shd w:fill="B7DDE8" w:val="clear"/>
        </w:rPr>
        <w:t>My kingdom is not of this world</w:t>
      </w:r>
      <w:r>
        <w:rPr>
          <w:b w:val="false"/>
          <w:i w:val="false"/>
          <w:color w:val="000000"/>
          <w:u w:val="none"/>
        </w:rPr>
        <w:t xml:space="preserve"> [1ATC]</w:t>
      </w:r>
      <w:r>
        <w:t xml:space="preserve">; </w:t>
      </w:r>
      <w:r>
        <w:rPr>
          <w:shd w:fill="B7DDE8" w:val="clear"/>
        </w:rPr>
        <w:t>if it were, My servants would fight to prevent My arrest by the Jews</w:t>
      </w:r>
      <w:r>
        <w:rPr>
          <w:b w:val="false"/>
          <w:i w:val="false"/>
          <w:color w:val="000000"/>
          <w:u w:val="none"/>
        </w:rPr>
        <w:t xml:space="preserve"> [1ATD]</w:t>
      </w:r>
      <w:r>
        <w:t>.</w:t>
      </w:r>
    </w:p>
    <w:p>
      <w:pPr>
        <w:pStyle w:val="Yellow"/>
        <w:rPr/>
      </w:pPr>
      <w:r>
        <w:rPr/>
        <w:t xml:space="preserve">(Jn19:8 “Pilate”¹) </w:t>
      </w:r>
      <w:r>
        <w:rPr>
          <w:b/>
        </w:rPr>
        <w:t xml:space="preserve">John 19:11</w:t>
      </w:r>
      <w:r>
        <w:rPr/>
        <w:t xml:space="preserve"> — “</w:t>
      </w:r>
      <w:r>
        <w:rPr>
          <w:shd w:fill="B7DDE8" w:val="clear"/>
        </w:rPr>
        <w:t xml:space="preserve">{You} would have no authority over Me if it were not given to you from above</w:t>
      </w:r>
      <w:r>
        <w:rPr>
          <w:b w:val="false"/>
          <w:i w:val="false"/>
          <w:color w:val="000000"/>
          <w:u w:val="none"/>
        </w:rPr>
        <w:t xml:space="preserve"> [1KVW]</w:t>
      </w:r>
      <w:r>
        <w:rPr/>
        <w:t xml:space="preserve">.</w:t>
      </w:r>
    </w:p>
    <w:p>
      <w:pPr>
        <w:pStyle w:val="Yellow"/>
        <w:rPr/>
      </w:pPr>
      <w:r>
        <w:rPr>
          <w:b/>
        </w:rPr>
        <w:t xml:space="preserve">Acts 12:21-23</w:t>
      </w:r>
      <w:r>
        <w:rPr/>
        <w:t xml:space="preserve"> — </w:t>
      </w:r>
      <w:r>
        <w:rPr>
          <w:shd w:fill="B7DDE8" w:val="clear"/>
        </w:rPr>
        <w:t xml:space="preserve">On the appointed day, Herod donned his royal robes, sat on his throne, and addressed the people</w:t>
      </w:r>
      <w:r>
        <w:rPr>
          <w:b w:val="false"/>
          <w:i w:val="false"/>
          <w:color w:val="000000"/>
          <w:u w:val="none"/>
        </w:rPr>
        <w:t xml:space="preserve"> [1KUY]</w:t>
      </w:r>
      <w:r>
        <w:rPr/>
        <w:t xml:space="preserve">. And </w:t>
      </w:r>
      <w:r>
        <w:rPr>
          <w:shd w:fill="B7DDE8" w:val="clear"/>
        </w:rPr>
        <w:t xml:space="preserve">they began to shout, “This is the voice of a god, not a man!”</w:t>
      </w:r>
      <w:r>
        <w:rPr>
          <w:b w:val="false"/>
          <w:i w:val="false"/>
          <w:color w:val="000000"/>
          <w:u w:val="none"/>
        </w:rPr>
        <w:t xml:space="preserve"> [1KUZ]</w:t>
      </w:r>
      <w:r>
        <w:rPr/>
        <w:t xml:space="preserve"> Immediately, </w:t>
      </w:r>
      <w:r>
        <w:rPr>
          <w:shd w:fill="B7DDE8" w:val="clear"/>
        </w:rPr>
        <w:t xml:space="preserve">because Herod did not give glory to God</w:t>
      </w:r>
      <w:r>
        <w:rPr>
          <w:b w:val="false"/>
          <w:i w:val="false"/>
          <w:color w:val="000000"/>
          <w:u w:val="none"/>
        </w:rPr>
        <w:t xml:space="preserve"> [1KVA]</w:t>
      </w:r>
      <w:r>
        <w:rPr/>
        <w:t xml:space="preserve">, </w:t>
      </w:r>
      <w:r>
        <w:rPr>
          <w:shd w:fill="B7DDE8" w:val="clear"/>
        </w:rPr>
        <w:t xml:space="preserve">an angel of the Lord struck him down</w:t>
      </w:r>
      <w:r>
        <w:rPr>
          <w:b w:val="false"/>
          <w:i w:val="false"/>
          <w:color w:val="000000"/>
          <w:u w:val="none"/>
        </w:rPr>
        <w:t xml:space="preserve"> [1KVB]</w:t>
      </w:r>
      <w:r>
        <w:rPr/>
        <w:t xml:space="preserve">, and </w:t>
      </w:r>
      <w:r>
        <w:rPr>
          <w:shd w:fill="B7DDE8" w:val="clear"/>
        </w:rPr>
        <w:t xml:space="preserve">he was eaten by worms and died</w:t>
      </w:r>
      <w:r>
        <w:rPr>
          <w:b w:val="false"/>
          <w:i w:val="false"/>
          <w:color w:val="000000"/>
          <w:u w:val="none"/>
        </w:rPr>
        <w:t xml:space="preserve"> [1KVC]</w:t>
      </w:r>
      <w:r>
        <w:rPr/>
        <w:t xml:space="preserve">.</w:t>
      </w:r>
    </w:p>
    <w:p>
      <w:pPr>
        <w:pStyle w:val="Yellow"/>
        <w:rPr/>
      </w:pPr>
      <w:r>
        <w:rPr>
          <w:b/>
        </w:rPr>
        <w:t xml:space="preserve">Romans 13:1</w:t>
      </w:r>
      <w:r>
        <w:rPr/>
        <w:t xml:space="preserve"> — </w:t>
      </w:r>
      <w:r>
        <w:rPr>
          <w:shd w:fill="B7DDE8" w:val="clear"/>
        </w:rPr>
        <w:t xml:space="preserve">there is no authority except that which is from God</w:t>
      </w:r>
      <w:r>
        <w:rPr>
          <w:b w:val="false"/>
          <w:i w:val="false"/>
          <w:color w:val="000000"/>
          <w:u w:val="none"/>
        </w:rPr>
        <w:t xml:space="preserve"> [1KVT]</w:t>
      </w:r>
      <w:r>
        <w:rPr/>
        <w:t xml:space="preserve">. </w:t>
      </w:r>
      <w:r>
        <w:rPr>
          <w:shd w:fill="B7DDE8" w:val="clear"/>
        </w:rPr>
        <w:t xml:space="preserve">The authorities that exist have been appointed by God</w:t>
      </w:r>
      <w:r>
        <w:rPr>
          <w:b w:val="false"/>
          <w:i w:val="false"/>
          <w:color w:val="000000"/>
          <w:u w:val="none"/>
        </w:rPr>
        <w:t xml:space="preserve"> [1KVT]</w:t>
      </w:r>
      <w:r>
        <w:rPr/>
        <w:t xml:space="preserve">.</w:t>
      </w:r>
    </w:p>
    <w:p>
      <w:pPr>
        <w:pStyle w:val="Yellow"/>
        <w:rPr/>
      </w:pPr>
      <w:r>
        <w:rPr>
          <w:b/>
        </w:rPr>
        <w:t xml:space="preserve">Romans 13:2</w:t>
      </w:r>
      <w:r>
        <w:rPr/>
        <w:t xml:space="preserve"> — Consequently, </w:t>
      </w:r>
      <w:r>
        <w:rPr>
          <w:shd w:fill="B7DDE8" w:val="clear"/>
        </w:rPr>
        <w:t xml:space="preserve">whoever resists authority is opposing what God has set in place</w:t>
      </w:r>
      <w:r>
        <w:rPr>
          <w:b w:val="false"/>
          <w:i w:val="false"/>
          <w:color w:val="000000"/>
          <w:u w:val="none"/>
        </w:rPr>
        <w:t xml:space="preserve"> [1IPP]</w:t>
      </w:r>
      <w:r>
        <w:rPr/>
        <w:t xml:space="preserve">, and </w:t>
      </w:r>
      <w:r>
        <w:rPr>
          <w:shd w:fill="B7DDE8" w:val="clear"/>
        </w:rPr>
        <w:t xml:space="preserve">those who do so will bring judgment on themselves</w:t>
      </w:r>
      <w:r>
        <w:rPr>
          <w:b w:val="false"/>
          <w:i w:val="false"/>
          <w:color w:val="000000"/>
          <w:u w:val="none"/>
        </w:rPr>
        <w:t xml:space="preserve"> [1IPQ]</w:t>
      </w:r>
      <w:r>
        <w:rPr/>
        <w:t xml:space="preserve">.</w:t>
      </w:r>
    </w:p>
    <w:p>
      <w:pPr>
        <w:pStyle w:val="Yellow"/>
        <w:rPr/>
      </w:pPr>
      <w:r>
        <w:rPr>
          <w:b/>
        </w:rPr>
        <w:t>Romans 13:3-5</w:t>
      </w:r>
      <w:r>
        <w:rPr/>
        <w:t xml:space="preserve"> — Do you want to be unafraid of the one in authority? Then </w:t>
      </w:r>
      <w:r>
        <w:rPr>
          <w:shd w:val="clear" w:fill="B7DDE8"/>
        </w:rPr>
        <w:t>do what is right, and you will have his approval</w:t>
      </w:r>
      <w:r>
        <w:rPr>
          <w:b w:val="false"/>
          <w:i w:val="false"/>
          <w:color w:val="000000"/>
          <w:u w:val="none"/>
        </w:rPr>
        <w:t xml:space="preserve"> [1FNG]</w:t>
      </w:r>
      <w:r>
        <w:rPr/>
        <w:t xml:space="preserve">.  For </w:t>
      </w:r>
      <w:r>
        <w:rPr>
          <w:shd w:val="clear" w:fill="B7DDE8"/>
        </w:rPr>
        <w:t>{he} is God’s servant for your good</w:t>
      </w:r>
      <w:r>
        <w:rPr>
          <w:b w:val="false"/>
          <w:i w:val="false"/>
          <w:color w:val="000000"/>
          <w:u w:val="none"/>
        </w:rPr>
        <w:t xml:space="preserve"> [1FNH]</w:t>
      </w:r>
      <w:r>
        <w:rPr/>
        <w:t xml:space="preserve">. But </w:t>
      </w:r>
      <w:r>
        <w:rPr>
          <w:shd w:val="clear" w:fill="B7DDE8"/>
        </w:rPr>
        <w:t>if you do wrong, be afraid</w:t>
      </w:r>
      <w:r>
        <w:rPr>
          <w:b w:val="false"/>
          <w:i w:val="false"/>
          <w:color w:val="000000"/>
          <w:u w:val="none"/>
        </w:rPr>
        <w:t xml:space="preserve"> [1FNI]</w:t>
      </w:r>
      <w:r>
        <w:rPr/>
        <w:t xml:space="preserve">, for </w:t>
      </w:r>
      <w:r>
        <w:rPr>
          <w:shd w:val="clear" w:fill="B7DDE8"/>
        </w:rPr>
        <w:t>he does not carry the sword in vain</w:t>
      </w:r>
      <w:r>
        <w:rPr>
          <w:b w:val="false"/>
          <w:i w:val="false"/>
          <w:color w:val="000000"/>
          <w:u w:val="none"/>
        </w:rPr>
        <w:t xml:space="preserve"> [1FNJ]</w:t>
      </w:r>
      <w:r>
        <w:rPr/>
        <w:t xml:space="preserve">. </w:t>
      </w:r>
      <w:r>
        <w:rPr>
          <w:shd w:val="clear" w:fill="B7DDE8"/>
        </w:rPr>
        <w:t>He is God’s servant, an agent of retribution to bring punishment on the wrongdoer</w:t>
      </w:r>
      <w:r>
        <w:rPr>
          <w:b w:val="false"/>
          <w:i w:val="false"/>
          <w:color w:val="000000"/>
          <w:u w:val="none"/>
        </w:rPr>
        <w:t xml:space="preserve"> [1FNK]</w:t>
      </w:r>
      <w:r>
        <w:rPr/>
        <w:t xml:space="preserve">. Therefore </w:t>
      </w:r>
      <w:r>
        <w:rPr>
          <w:shd w:val="clear" w:fill="B7DDE8"/>
        </w:rPr>
        <w:t>it is necessary to submit to authority, not only to avoid punishment, but also as a matter of conscience</w:t>
      </w:r>
      <w:r>
        <w:rPr>
          <w:b w:val="false"/>
          <w:i w:val="false"/>
          <w:color w:val="000000"/>
          <w:u w:val="none"/>
        </w:rPr>
        <w:t xml:space="preserve"> [1FNL]</w:t>
      </w:r>
      <w:r>
        <w:rPr/>
        <w:t>.</w:t>
      </w:r>
    </w:p>
    <w:p>
      <w:pPr>
        <w:pStyle w:val="Yellow"/>
        <w:rPr/>
      </w:pPr>
      <w:r>
        <w:rPr>
          <w:b/>
        </w:rPr>
        <w:t>Romans 14:9</w:t>
      </w:r>
      <w:r>
        <w:t xml:space="preserve"> — For this reason </w:t>
      </w:r>
      <w:r>
        <w:rPr>
          <w:shd w:fill="B7DDE8" w:val="clear"/>
        </w:rPr>
        <w:t>Christ died</w:t>
      </w:r>
      <w:r>
        <w:rPr>
          <w:b w:val="false"/>
          <w:i w:val="false"/>
          <w:color w:val="000000"/>
          <w:u w:val="none"/>
        </w:rPr>
        <w:t xml:space="preserve"> [2IMK]</w:t>
      </w:r>
      <w:r>
        <w:t xml:space="preserve"> and </w:t>
      </w:r>
      <w:r>
        <w:rPr>
          <w:shd w:fill="B7DDE8" w:val="clear"/>
        </w:rPr>
        <w:t>returned to life</w:t>
      </w:r>
      <w:r>
        <w:rPr>
          <w:b w:val="false"/>
          <w:i w:val="false"/>
          <w:color w:val="000000"/>
          <w:u w:val="none"/>
        </w:rPr>
        <w:t xml:space="preserve"> [7AVP]</w:t>
      </w:r>
      <w:r>
        <w:t xml:space="preserve">, so that </w:t>
      </w:r>
      <w:r>
        <w:rPr>
          <w:shd w:fill="B7DDE8" w:val="clear"/>
        </w:rPr>
        <w:t>He might be the Lord of both the dead and the living</w:t>
      </w:r>
      <w:r>
        <w:rPr>
          <w:b w:val="false"/>
          <w:i w:val="false"/>
          <w:color w:val="000000"/>
          <w:u w:val="none"/>
        </w:rPr>
        <w:t xml:space="preserve"> [1IZV]</w:t>
      </w:r>
      <w:r>
        <w:t>.</w:t>
      </w:r>
    </w:p>
    <w:p>
      <w:pPr>
        <w:pStyle w:val="Yellow"/>
        <w:rPr/>
      </w:pPr>
      <w:r>
        <w:rPr/>
        <w:t xml:space="preserve">(1Co15:23 “Christ”) </w:t>
      </w:r>
      <w:r>
        <w:rPr>
          <w:b/>
        </w:rPr>
        <w:t>1 Corinthians 15:27-28</w:t>
      </w:r>
      <w:r>
        <w:rPr/>
        <w:t xml:space="preserve"> — For “</w:t>
      </w:r>
      <w:r>
        <w:rPr>
          <w:shd w:fill="B7DDE8" w:val="clear"/>
        </w:rPr>
        <w:t>God has put everything under {His} feet</w:t>
      </w:r>
      <w:r>
        <w:rPr>
          <w:b w:val="false"/>
          <w:i w:val="false"/>
          <w:color w:val="000000"/>
          <w:u w:val="none"/>
        </w:rPr>
        <w:t xml:space="preserve"> [3GCA]</w:t>
      </w:r>
      <w:r>
        <w:rPr/>
        <w:t xml:space="preserve">.” Now when it says that </w:t>
      </w:r>
      <w:r>
        <w:rPr>
          <w:shd w:fill="B7DDE8" w:val="clear"/>
        </w:rPr>
        <w:t>everything has been put under Him</w:t>
      </w:r>
      <w:r>
        <w:rPr>
          <w:b w:val="false"/>
          <w:i w:val="false"/>
          <w:color w:val="000000"/>
          <w:u w:val="none"/>
        </w:rPr>
        <w:t xml:space="preserve"> [3GCA]</w:t>
      </w:r>
      <w:r>
        <w:rPr/>
        <w:t xml:space="preserve">, </w:t>
      </w:r>
      <w:r>
        <w:rPr>
          <w:shd w:fill="B7DDE8" w:val="clear"/>
        </w:rPr>
        <w:t>this clearly does not include the One who put everything under Him</w:t>
      </w:r>
      <w:r>
        <w:rPr>
          <w:b w:val="false"/>
          <w:i w:val="false"/>
          <w:u w:val="none"/>
          <w:color w:val="000000"/>
        </w:rPr>
        <w:t xml:space="preserve"> [1LVF]</w:t>
      </w:r>
      <w:r>
        <w:rPr/>
        <w:t xml:space="preserve">. And </w:t>
      </w:r>
      <w:r>
        <w:rPr>
          <w:shd w:fill="B7DDE8" w:val="clear"/>
        </w:rPr>
        <w:t>when all things have been subjected to Him, then the Son Himself will be made subject to Him who put all things under Him</w:t>
      </w:r>
      <w:r>
        <w:rPr>
          <w:b w:val="false"/>
          <w:i w:val="false"/>
          <w:u w:val="none"/>
          <w:color w:val="000000"/>
        </w:rPr>
        <w:t xml:space="preserve"> [1LVG]</w:t>
      </w:r>
      <w:r>
        <w:rPr/>
        <w:t xml:space="preserve">, </w:t>
      </w:r>
      <w:r>
        <w:rPr>
          <w:shd w:fill="B7DDE8" w:val="clear"/>
        </w:rPr>
        <w:t>so that God may be all in all</w:t>
      </w:r>
      <w:r>
        <w:rPr>
          <w:b w:val="false"/>
          <w:i w:val="false"/>
          <w:color w:val="000000"/>
          <w:u w:val="none"/>
        </w:rPr>
        <w:t xml:space="preserve"> [1LVH]</w:t>
      </w:r>
      <w:r>
        <w:rPr/>
        <w:t>.</w:t>
      </w:r>
    </w:p>
    <w:p>
      <w:pPr>
        <w:pStyle w:val="Yellow"/>
        <w:rPr/>
        <w:pBdr>
          <w:left w:val="single" w:sz="28" w:space="5" w:color="C00000"/>
        </w:pBdr>
      </w:pPr>
      <w:r>
        <w:rPr>
          <w:b/>
          <w:shd w:val="clear" w:color="auto" w:fill="F4B183"/>
          <w:color w:val="000000"/>
        </w:rPr>
        <w:t xml:space="preserve">Colossians 2:10</w:t>
      </w:r>
      <w:r>
        <w:rPr>
          <w:shd w:val="clear" w:color="auto" w:fill="F4B183"/>
          <w:color w:val="000000"/>
        </w:rPr>
        <w:t xml:space="preserve"> — And </w:t>
      </w:r>
      <w:r>
        <w:rPr>
          <w:shd w:fill="F4B183" w:val="clear" w:color="auto"/>
          <w:color w:val="000000"/>
        </w:rPr>
        <w:t xml:space="preserve">you have been made complete in Christ</w:t>
      </w:r>
      <w:r>
        <w:rPr>
          <w:b w:val="false"/>
          <w:i w:val="false"/>
          <w:color w:val="000000"/>
          <w:u w:val="none"/>
          <w:shd w:val="clear" w:color="auto" w:fill="F4B183"/>
        </w:rPr>
        <w:t xml:space="preserve"> [1KVU]</w:t>
      </w:r>
      <w:r>
        <w:rPr>
          <w:shd w:val="clear" w:color="auto" w:fill="F4B183"/>
          <w:color w:val="000000"/>
        </w:rPr>
        <w:t xml:space="preserve">, </w:t>
      </w:r>
      <w:r>
        <w:rPr>
          <w:shd w:fill="F4B183" w:val="clear" w:color="auto"/>
          <w:color w:val="000000"/>
        </w:rPr>
        <w:t xml:space="preserve">who is the head over every ruler and authority</w:t>
      </w:r>
      <w:r>
        <w:rPr>
          <w:b w:val="false"/>
          <w:i w:val="false"/>
          <w:color w:val="000000"/>
          <w:u w:val="none"/>
          <w:shd w:val="clear" w:color="auto" w:fill="F4B183"/>
        </w:rPr>
        <w:t xml:space="preserve"> [1KVV]</w:t>
      </w:r>
      <w:r>
        <w:rPr>
          <w:shd w:val="clear" w:color="auto" w:fill="F4B183"/>
          <w:color w:val="000000"/>
        </w:rPr>
        <w:t xml:space="preserve">.</w:t>
      </w:r>
    </w:p>
    <w:p>
      <w:pPr>
        <w:pStyle w:val="Yellow"/>
        <w:rPr/>
      </w:pPr>
      <w:r>
        <w:rPr>
          <w:b/>
        </w:rPr>
        <w:t>Revelation 2:26–27</w:t>
      </w:r>
      <w:r>
        <w:t xml:space="preserve"> — And </w:t>
      </w:r>
      <w:r>
        <w:rPr>
          <w:shd w:fill="B7DDE8" w:val="clear"/>
        </w:rPr>
        <w:t xml:space="preserve">to the one who overcomes and continues in My work until the end, </w:t>
      </w:r>
      <w:r>
        <w:rPr>
          <w:shd w:fill="B7DDE8" w:val="clear"/>
        </w:rPr>
        <w:t>I will give authority over the nations</w:t>
      </w:r>
      <w:r>
        <w:rPr>
          <w:b w:val="false"/>
          <w:i w:val="false"/>
          <w:color w:val="000000"/>
          <w:u w:val="none"/>
        </w:rPr>
        <w:t xml:space="preserve"> [1AOB]</w:t>
      </w:r>
      <w:r>
        <w:rPr/>
        <w:t xml:space="preserve">. </w:t>
      </w:r>
      <w:r>
        <w:rPr>
          <w:shd w:fill="B7DDE8" w:val="clear"/>
        </w:rPr>
        <w:t>He will rule them with an iron scepter</w:t>
      </w:r>
      <w:r>
        <w:rPr>
          <w:b w:val="false"/>
          <w:i w:val="false"/>
          <w:color w:val="000000"/>
          <w:u w:val="none"/>
        </w:rPr>
        <w:t xml:space="preserve"> [2AOC]</w:t>
      </w:r>
      <w:r>
        <w:rPr/>
        <w:t xml:space="preserve"> and </w:t>
      </w:r>
      <w:r>
        <w:rPr>
          <w:shd w:fill="B7DDE8" w:val="clear"/>
        </w:rPr>
        <w:t>shatter them like pottery</w:t>
      </w:r>
      <w:r>
        <w:rPr>
          <w:b w:val="false"/>
          <w:i w:val="false"/>
          <w:color w:val="000000"/>
          <w:u w:val="none"/>
        </w:rPr>
        <w:t xml:space="preserve"> [1AOD]</w:t>
      </w:r>
      <w:r>
        <w:rPr>
          <w:shd w:fill="B7DDE8" w:val="clear"/>
        </w:rPr>
        <w:t xml:space="preserve">—just as </w:t>
      </w:r>
      <w:r>
        <w:rPr>
          <w:shd w:fill="B7DDE8" w:val="clear"/>
        </w:rPr>
        <w:t>I have received authority from My Father</w:t>
      </w:r>
      <w:r>
        <w:rPr>
          <w:b w:val="false"/>
          <w:i w:val="false"/>
          <w:color w:val="000000"/>
          <w:u w:val="none"/>
        </w:rPr>
        <w:t xml:space="preserve"> [1AOE]</w:t>
      </w:r>
      <w:r>
        <w:t>.</w:t>
      </w:r>
    </w:p>
    <w:p>
      <w:pPr>
        <w:pStyle w:val="Yellow"/>
        <w:rPr/>
      </w:pPr>
      <w:r>
        <w:rPr>
          <w:b/>
        </w:rPr>
        <w:t>Revelation 3:7</w:t>
      </w:r>
      <w:r>
        <w:rPr/>
        <w:t xml:space="preserve"> — These are the words of </w:t>
      </w:r>
      <w:r>
        <w:rPr>
          <w:color w:val="000000"/>
        </w:rPr>
        <w:t>the One who is holy and true</w:t>
      </w:r>
      <w:r>
        <w:rPr>
          <w:b w:val="false"/>
          <w:i w:val="false"/>
          <w:color w:val="000000"/>
          <w:u w:val="none"/>
        </w:rPr>
        <w:t xml:space="preserve"> [1FCT]</w:t>
      </w:r>
      <w:r>
        <w:rPr>
          <w:color w:val="auto"/>
        </w:rPr>
        <w:t xml:space="preserve">, </w:t>
      </w:r>
      <w:r>
        <w:rPr>
          <w:color w:val="auto"/>
        </w:rPr>
        <w:t>who holds the key of David</w:t>
      </w:r>
      <w:r>
        <w:rPr>
          <w:b w:val="false"/>
          <w:i w:val="false"/>
          <w:color w:val="auto"/>
          <w:u w:val="none"/>
        </w:rPr>
        <w:t xml:space="preserve"> [1FCU]</w:t>
      </w:r>
      <w:r>
        <w:rPr>
          <w:color w:val="auto"/>
        </w:rPr>
        <w:t xml:space="preserve">. </w:t>
      </w:r>
      <w:r>
        <w:rPr>
          <w:color w:val="auto"/>
        </w:rPr>
        <w:t>What He opens no one can shut, and what He shuts no one can open</w:t>
      </w:r>
      <w:r>
        <w:rPr>
          <w:b w:val="false"/>
          <w:i w:val="false"/>
          <w:color w:val="auto"/>
          <w:u w:val="none"/>
        </w:rPr>
        <w:t xml:space="preserve"> [1FCV]</w:t>
      </w:r>
      <w:r>
        <w:rPr>
          <w:color w:val="auto"/>
        </w:rPr>
        <w:t>.</w:t>
      </w:r>
    </w:p>
    <w:p>
      <w:pPr>
        <w:pStyle w:val="Yellow"/>
        <w:rPr/>
      </w:pPr>
      <w:r>
        <w:rPr>
          <w:b/>
        </w:rPr>
        <w:t>Revelation 3:8</w:t>
      </w:r>
      <w:r>
        <w:rPr/>
        <w:t xml:space="preserve"> — See, </w:t>
      </w:r>
      <w:r>
        <w:rPr>
          <w:shd w:val="clear" w:fill="B7DDE8"/>
        </w:rPr>
        <w:t>I have placed before you an open door, which no one can shut</w:t>
      </w:r>
      <w:r>
        <w:rPr>
          <w:b w:val="false"/>
          <w:i w:val="false"/>
          <w:color w:val="000000"/>
          <w:u w:val="none"/>
        </w:rPr>
        <w:t xml:space="preserve"> [1UI]</w:t>
      </w:r>
      <w:r>
        <w:rPr/>
        <w:t xml:space="preserve">. For </w:t>
      </w:r>
      <w:r>
        <w:rPr>
          <w:shd w:val="clear" w:fill="B7DDE8"/>
        </w:rPr>
        <w:t>you have only a little strength</w:t>
      </w:r>
      <w:r>
        <w:rPr>
          <w:b w:val="false"/>
          <w:i w:val="false"/>
          <w:color w:val="000000"/>
          <w:u w:val="none"/>
        </w:rPr>
        <w:t xml:space="preserve"> [1UJ]</w:t>
      </w:r>
      <w:r>
        <w:rPr/>
        <w:t xml:space="preserve">, yet </w:t>
      </w:r>
      <w:r>
        <w:rPr>
          <w:shd w:val="clear" w:fill="B7DDE8"/>
        </w:rPr>
        <w:t>you have kept My word</w:t>
      </w:r>
      <w:r>
        <w:rPr>
          <w:b w:val="false"/>
          <w:i w:val="false"/>
          <w:u w:val="none"/>
          <w:color w:val="000000"/>
        </w:rPr>
        <w:t xml:space="preserve"> [1UK]</w:t>
      </w:r>
      <w:r>
        <w:rPr/>
        <w:t xml:space="preserve"> and </w:t>
      </w:r>
      <w:r>
        <w:rPr>
          <w:shd w:val="clear" w:fill="B7DDE8"/>
        </w:rPr>
        <w:t>have not denied My name</w:t>
      </w:r>
      <w:r>
        <w:rPr>
          <w:b w:val="false"/>
          <w:i w:val="false"/>
          <w:color w:val="000000"/>
          <w:u w:val="none"/>
        </w:rPr>
        <w:t xml:space="preserve"> [1UL]</w:t>
      </w:r>
      <w:r>
        <w:rPr/>
        <w:t>.</w:t>
      </w:r>
    </w:p>
    <w:p>
      <w:pPr>
        <w:pStyle w:val="Yellow"/>
        <w:rPr/>
      </w:pPr>
      <w:r>
        <w:rPr>
          <w:b/>
        </w:rPr>
        <w:t>Revelation 3:21</w:t>
      </w:r>
      <w:r>
        <w:rPr/>
        <w:t xml:space="preserve"> — </w:t>
      </w:r>
      <w:r>
        <w:rPr>
          <w:shd w:val="clear" w:fill="B7DDE8"/>
        </w:rPr>
        <w:t>To the one who overcomes, I will grant the right to sit with Me on My throne</w:t>
      </w:r>
      <w:r>
        <w:rPr>
          <w:b w:val="false"/>
          <w:i w:val="false"/>
          <w:color w:val="000000"/>
          <w:u w:val="none"/>
        </w:rPr>
        <w:t xml:space="preserve"> [1FNN]</w:t>
      </w:r>
      <w:r>
        <w:rPr/>
        <w:t xml:space="preserve">, </w:t>
      </w:r>
      <w:r>
        <w:rPr>
          <w:shd w:val="clear" w:fill="B7DDE8"/>
        </w:rPr>
        <w:t>just as I overcame and sat down with My Father on His throne</w:t>
      </w:r>
      <w:r>
        <w:rPr>
          <w:b w:val="false"/>
          <w:i w:val="false"/>
          <w:color w:val="000000"/>
          <w:u w:val="none"/>
        </w:rPr>
        <w:t xml:space="preserve"> [1FNO]</w:t>
      </w:r>
      <w:r>
        <w:rPr/>
        <w:t>.</w:t>
      </w:r>
    </w:p>
    <w:p>
      <w:r>
        <w:rPr>
          <w:b/>
          <w:sz w:val="32"/>
        </w:rPr>
        <w:t>Inheritance  (41)</w:t>
      </w:r>
    </w:p>
    <w:p>
      <w:pPr>
        <w:pStyle w:val="Yellow"/>
        <w:rPr/>
        <w:pBdr>
          <w:left w:val="single" w:sz="28" w:space="5" w:color="C00000"/>
        </w:pBdr>
      </w:pPr>
      <w:r>
        <w:rPr>
          <w:b/>
          <w:shd w:val="clear" w:color="auto" w:fill="548235"/>
          <w:color w:val="FFFFFF"/>
        </w:rPr>
        <w:t xml:space="preserve">1 Samuel 12:22</w:t>
      </w:r>
      <w:r>
        <w:rPr>
          <w:shd w:val="clear" w:color="auto" w:fill="548235"/>
          <w:color w:val="FFFFFF"/>
        </w:rPr>
        <w:t xml:space="preserve"> — </w:t>
      </w:r>
      <w:r>
        <w:rPr>
          <w:shd w:fill="548235" w:val="clear" w:color="auto"/>
          <w:color w:val="FFFFFF"/>
        </w:rPr>
        <w:t xml:space="preserve">the LORD will not abandon His people</w:t>
      </w:r>
      <w:r>
        <w:rPr>
          <w:b w:val="false"/>
          <w:i w:val="false"/>
          <w:color w:val="FFFFFF"/>
          <w:u w:val="none"/>
          <w:shd w:val="clear" w:color="auto" w:fill="548235"/>
        </w:rPr>
        <w:t xml:space="preserve"> [2JOK]</w:t>
      </w:r>
      <w:r>
        <w:rPr>
          <w:shd w:val="clear" w:color="auto" w:fill="548235"/>
          <w:color w:val="FFFFFF"/>
        </w:rPr>
        <w:t xml:space="preserve">, because </w:t>
      </w:r>
      <w:r>
        <w:rPr>
          <w:shd w:fill="548235" w:val="clear" w:color="auto"/>
          <w:color w:val="FFFFFF"/>
        </w:rPr>
        <w:t xml:space="preserve">He was pleased to make you His own</w:t>
      </w:r>
      <w:r>
        <w:rPr>
          <w:b w:val="false"/>
          <w:i w:val="false"/>
          <w:color w:val="FFFFFF"/>
          <w:u w:val="none"/>
          <w:shd w:val="clear" w:color="auto" w:fill="548235"/>
        </w:rPr>
        <w:t xml:space="preserve"> [1LDP]</w:t>
      </w:r>
      <w:r>
        <w:rPr>
          <w:shd w:val="clear" w:color="auto" w:fill="548235"/>
          <w:color w:val="FFFFFF"/>
        </w:rPr>
        <w:t xml:space="preserve">.</w:t>
      </w:r>
    </w:p>
    <w:p>
      <w:pPr>
        <w:pStyle w:val="Yellow"/>
        <w:rPr/>
      </w:pPr>
      <w:r>
        <w:rPr>
          <w:b/>
        </w:rPr>
        <w:t xml:space="preserve">1 Chronicles 17:22</w:t>
      </w:r>
      <w:r>
        <w:rPr/>
        <w:t xml:space="preserve"> — </w:t>
      </w:r>
      <w:r>
        <w:rPr>
          <w:shd w:fill="B7DDE8" w:val="clear"/>
        </w:rPr>
        <w:t xml:space="preserve">You have made Your people Israel Your very own forever</w:t>
      </w:r>
      <w:r>
        <w:rPr>
          <w:b w:val="false"/>
          <w:i w:val="false"/>
          <w:color w:val="000000"/>
          <w:u w:val="none"/>
        </w:rPr>
        <w:t xml:space="preserve"> [1KAB]</w:t>
      </w:r>
      <w:r>
        <w:rPr/>
        <w:t xml:space="preserve">, and </w:t>
      </w:r>
      <w:r>
        <w:rPr>
          <w:shd w:fill="B7DDE8" w:val="clear"/>
        </w:rPr>
        <w:t xml:space="preserve">You, O LORD, have become their God</w:t>
      </w:r>
      <w:r>
        <w:rPr>
          <w:b w:val="false"/>
          <w:i w:val="false"/>
          <w:color w:val="000000"/>
          <w:u w:val="none"/>
        </w:rPr>
        <w:t xml:space="preserve"> [1KAC]</w:t>
      </w:r>
      <w:r>
        <w:rPr/>
        <w:t xml:space="preserve">.</w:t>
      </w:r>
    </w:p>
    <w:p>
      <w:pPr>
        <w:pStyle w:val="Yellow"/>
        <w:rPr/>
      </w:pPr>
      <w:r>
        <w:rPr>
          <w:b/>
        </w:rPr>
        <w:t>Psalm 16:5</w:t>
      </w:r>
      <w:r>
        <w:rPr/>
        <w:t xml:space="preserve"> — </w:t>
      </w:r>
      <w:r>
        <w:rPr>
          <w:shd w:fill="B7DDE8" w:val="clear"/>
        </w:rPr>
        <w:t>The LORD is my chosen portion and my cup</w:t>
      </w:r>
      <w:r>
        <w:rPr>
          <w:b w:val="false"/>
          <w:i w:val="false"/>
          <w:color w:val="000000"/>
          <w:u w:val="none"/>
        </w:rPr>
        <w:t xml:space="preserve"> [1MAP]</w:t>
      </w:r>
      <w:r>
        <w:rPr/>
        <w:t xml:space="preserve">; </w:t>
      </w:r>
      <w:r>
        <w:rPr>
          <w:shd w:fill="B7DDE8" w:val="clear"/>
        </w:rPr>
        <w:t>You have made my lot secure</w:t>
      </w:r>
      <w:r>
        <w:rPr>
          <w:b w:val="false"/>
          <w:i w:val="false"/>
          <w:color w:val="000000"/>
          <w:u w:val="none"/>
        </w:rPr>
        <w:t xml:space="preserve"> [1MAQ]</w:t>
      </w:r>
      <w:r>
        <w:rPr/>
        <w:t>.</w:t>
      </w:r>
    </w:p>
    <w:p>
      <w:pPr>
        <w:pStyle w:val="Yellow"/>
        <w:rPr/>
      </w:pPr>
      <w:r>
        <w:rPr>
          <w:b/>
        </w:rPr>
        <w:t>Psalm 61:5</w:t>
      </w:r>
      <w:r>
        <w:rPr/>
        <w:t xml:space="preserve"> — </w:t>
      </w:r>
      <w:r>
        <w:rPr>
          <w:shd w:val="clear" w:fill="B7DDE8"/>
        </w:rPr>
        <w:t>You have heard my vows, O God</w:t>
      </w:r>
      <w:r>
        <w:rPr>
          <w:b w:val="false"/>
          <w:i w:val="false"/>
          <w:color w:val="000000"/>
          <w:u w:val="none"/>
        </w:rPr>
        <w:t xml:space="preserve"> [1CNN]</w:t>
      </w:r>
      <w:r>
        <w:rPr>
          <w:shd w:val="clear" w:color="auto" w:fill="548235"/>
          <w:color w:val="FFFFFF"/>
        </w:rPr>
        <w:t xml:space="preserve">; </w:t>
      </w:r>
      <w:r>
        <w:rPr>
          <w:shd w:val="clear" w:fill="548235" w:color="auto"/>
          <w:color w:val="FFFFFF"/>
        </w:rPr>
        <w:t>You have given me the inheritance reserved for those who fear Your name</w:t>
      </w:r>
      <w:r>
        <w:rPr>
          <w:b w:val="false"/>
          <w:i w:val="false"/>
          <w:color w:val="FFFFFF"/>
          <w:u w:val="none"/>
          <w:shd w:val="clear" w:color="auto" w:fill="548235"/>
        </w:rPr>
        <w:t xml:space="preserve"> [1CNO]</w:t>
      </w:r>
      <w:r>
        <w:rPr>
          <w:shd w:val="clear" w:color="auto" w:fill="548235"/>
          <w:color w:val="FFFFFF"/>
        </w:rPr>
        <w:t>.</w:t>
      </w:r>
    </w:p>
    <w:p>
      <w:pPr>
        <w:pStyle w:val="Yellow"/>
        <w:rPr/>
        <w:pBdr>
          <w:left w:val="single" w:sz="28" w:space="5" w:color="C00000"/>
        </w:pBdr>
      </w:pPr>
      <w:r>
        <w:rPr>
          <w:b/>
        </w:rPr>
        <w:t xml:space="preserve">Psalm 100:3</w:t>
      </w:r>
      <w:r>
        <w:rPr/>
        <w:t xml:space="preserve"> — </w:t>
      </w:r>
      <w:r>
        <w:rPr>
          <w:shd w:fill="B7DDE8" w:val="clear"/>
        </w:rPr>
        <w:t xml:space="preserve">Know that the LORD is God</w:t>
      </w:r>
      <w:r>
        <w:rPr>
          <w:b w:val="false"/>
          <w:i w:val="false"/>
          <w:color w:val="000000"/>
          <w:u w:val="none"/>
        </w:rPr>
        <w:t xml:space="preserve"> [1KYX]</w:t>
      </w:r>
      <w:r>
        <w:rPr/>
        <w:t xml:space="preserve">. </w:t>
      </w:r>
      <w:r>
        <w:rPr>
          <w:shd w:fill="B7DDE8" w:val="clear"/>
        </w:rPr>
        <w:t xml:space="preserve">It is He who made us</w:t>
      </w:r>
      <w:r>
        <w:rPr>
          <w:b w:val="false"/>
          <w:i w:val="false"/>
          <w:color w:val="000000"/>
          <w:u w:val="none"/>
        </w:rPr>
        <w:t xml:space="preserve"> [1KYY]</w:t>
      </w:r>
      <w:r>
        <w:rPr/>
        <w:t xml:space="preserve">, and </w:t>
      </w:r>
      <w:r>
        <w:rPr>
          <w:shd w:fill="B7DDE8" w:val="clear"/>
        </w:rPr>
        <w:t xml:space="preserve">we are His</w:t>
      </w:r>
      <w:r>
        <w:rPr>
          <w:b w:val="false"/>
          <w:i w:val="false"/>
          <w:u w:val="none"/>
          <w:color w:val="000000"/>
        </w:rPr>
        <w:t xml:space="preserve"> [1KYZ]</w:t>
      </w:r>
      <w:r>
        <w:rPr/>
        <w:t xml:space="preserve">; </w:t>
      </w:r>
      <w:r>
        <w:rPr>
          <w:shd w:fill="B7DDE8" w:val="clear"/>
        </w:rPr>
        <w:t xml:space="preserve">we are His people</w:t>
      </w:r>
      <w:r>
        <w:rPr>
          <w:b w:val="false"/>
          <w:i w:val="false"/>
          <w:u w:val="none"/>
          <w:color w:val="000000"/>
        </w:rPr>
        <w:t xml:space="preserve"> [1KZA]</w:t>
      </w:r>
      <w:r>
        <w:rPr/>
        <w:t xml:space="preserve">, and </w:t>
      </w:r>
      <w:r>
        <w:rPr>
          <w:shd w:fill="B7DDE8" w:val="clear"/>
        </w:rPr>
        <w:t xml:space="preserve">the sheep of His pasture</w:t>
      </w:r>
      <w:r>
        <w:rPr>
          <w:b w:val="false"/>
          <w:i w:val="false"/>
          <w:color w:val="000000"/>
          <w:u w:val="none"/>
        </w:rPr>
        <w:t xml:space="preserve"> [3KYW]</w:t>
      </w:r>
      <w:r>
        <w:rPr/>
        <w:t xml:space="preserve">.</w:t>
      </w:r>
    </w:p>
    <w:p>
      <w:pPr>
        <w:pStyle w:val="Yellow"/>
        <w:rPr/>
      </w:pPr>
      <w:r>
        <w:rPr>
          <w:b/>
          <w:shd w:val="clear" w:color="auto" w:fill="C00000"/>
          <w:color w:val="FFFFFF"/>
        </w:rPr>
        <w:t>Psalm 119:57</w:t>
      </w:r>
      <w:r>
        <w:rPr>
          <w:shd w:val="clear" w:color="auto" w:fill="C00000"/>
          <w:color w:val="FFFFFF"/>
        </w:rPr>
        <w:t xml:space="preserve"> — </w:t>
      </w:r>
      <w:r>
        <w:rPr>
          <w:shd w:val="clear" w:color="auto" w:fill="C00000"/>
          <w:color w:val="FFFFFF"/>
        </w:rPr>
        <w:t>The LORD is my portion</w:t>
      </w:r>
      <w:r>
        <w:rPr>
          <w:b w:val="false"/>
          <w:i w:val="false"/>
          <w:u w:val="none"/>
          <w:shd w:val="clear" w:color="auto" w:fill="C00000"/>
          <w:color w:val="FFFFFF"/>
        </w:rPr>
        <w:t xml:space="preserve"> [3DGW]</w:t>
      </w:r>
    </w:p>
    <w:p>
      <w:pPr>
        <w:pStyle w:val="Yellow"/>
        <w:rPr/>
      </w:pPr>
      <w:r>
        <w:rPr>
          <w:b/>
        </w:rPr>
        <w:t>Psalm 119:111</w:t>
      </w:r>
      <w:r>
        <w:rPr/>
        <w:t xml:space="preserve"> — </w:t>
      </w:r>
      <w:r>
        <w:rPr>
          <w:shd w:val="clear" w:fill="B7DDE8"/>
        </w:rPr>
        <w:t>Your testimonies are my heritage forever</w:t>
      </w:r>
      <w:r>
        <w:rPr>
          <w:b w:val="false"/>
          <w:i w:val="false"/>
          <w:color w:val="000000"/>
          <w:u w:val="none"/>
        </w:rPr>
        <w:t xml:space="preserve"> [1EYV]</w:t>
      </w:r>
      <w:r>
        <w:rPr/>
        <w:t xml:space="preserve">, for </w:t>
      </w:r>
      <w:r>
        <w:rPr>
          <w:shd w:val="clear" w:fill="F4B183" w:color="auto"/>
          <w:color w:val="000000"/>
        </w:rPr>
        <w:t>they are the joy of my heart</w:t>
      </w:r>
      <w:r>
        <w:rPr>
          <w:b w:val="false"/>
          <w:i w:val="false"/>
          <w:color w:val="000000"/>
          <w:u w:val="none"/>
          <w:shd w:val="clear" w:color="auto" w:fill="F4B183"/>
        </w:rPr>
        <w:t xml:space="preserve"> [1EYW]</w:t>
      </w:r>
      <w:r>
        <w:rPr/>
        <w:t>.</w:t>
      </w:r>
    </w:p>
    <w:p>
      <w:pPr>
        <w:pStyle w:val="Yellow"/>
        <w:rPr/>
        <w:shd w:val="clear" w:color="auto" w:fill="E4DFEC"/>
        <w:pBdr>
          <w:left w:val="single" w:sz="28" w:space="5" w:color="B4A7D6"/>
        </w:pBdr>
      </w:pPr>
      <w:r>
        <w:rPr>
          <w:b/>
          <w:u w:val="none"/>
        </w:rPr>
        <w:t xml:space="preserve">Psalm 142:5</w:t>
      </w:r>
      <w:r>
        <w:rPr>
          <w:u w:val="none"/>
        </w:rPr>
        <w:t xml:space="preserve"> — “</w:t>
      </w:r>
      <w:r>
        <w:rPr>
          <w:u w:val="none"/>
          <w:shd w:fill="B7DDE8" w:val="clear"/>
        </w:rPr>
        <w:t xml:space="preserve">You are my refuge</w:t>
      </w:r>
      <w:r>
        <w:rPr>
          <w:b w:val="false"/>
          <w:i w:val="false"/>
          <w:color w:val="000000"/>
          <w:u w:val="none"/>
        </w:rPr>
        <w:t xml:space="preserve"> [7DXY]</w:t>
      </w:r>
      <w:r>
        <w:rPr>
          <w:u w:val="none"/>
        </w:rPr>
        <w:t xml:space="preserve">, </w:t>
      </w:r>
      <w:r>
        <w:rPr>
          <w:u w:val="none"/>
          <w:shd w:fill="548235" w:val="clear" w:color="auto"/>
          <w:color w:val="FFFFFF"/>
        </w:rPr>
        <w:t xml:space="preserve">my portion in the land of the living</w:t>
      </w:r>
      <w:r>
        <w:rPr>
          <w:b w:val="false"/>
          <w:i w:val="false"/>
          <w:color w:val="FFFFFF"/>
          <w:u w:val="none"/>
          <w:shd w:val="clear" w:color="auto" w:fill="548235"/>
        </w:rPr>
        <w:t xml:space="preserve"> [3DGW]</w:t>
      </w:r>
      <w:r>
        <w:rPr>
          <w:u w:val="none"/>
        </w:rPr>
        <w:t xml:space="preserve">.”</w:t>
      </w:r>
    </w:p>
    <w:p>
      <w:pPr>
        <w:pStyle w:val="Yellow"/>
        <w:rPr/>
      </w:pPr>
      <w:r>
        <w:rPr/>
        <w:t xml:space="preserve">(Je16:14–15ᶜ before God will “return” the Israelites “to their land”¹ / Je16:15 “the Israelites”²) </w:t>
      </w:r>
      <w:r>
        <w:rPr>
          <w:b/>
        </w:rPr>
        <w:t xml:space="preserve">Jeremiah 16:18</w:t>
      </w:r>
      <w:r>
        <w:rPr/>
        <w:t xml:space="preserve"> — </w:t>
      </w:r>
      <w:r>
        <w:rPr>
          <w:shd w:fill="B7DDE8" w:val="clear"/>
        </w:rPr>
        <w:t xml:space="preserve">I will {first} repay {them} double their iniquity and their sin</w:t>
      </w:r>
      <w:r>
        <w:rPr>
          <w:b w:val="false"/>
          <w:i w:val="false"/>
          <w:color w:val="000000"/>
          <w:u w:val="none"/>
        </w:rPr>
        <w:t xml:space="preserve"> [1HUR]</w:t>
      </w:r>
      <w:r>
        <w:rPr/>
        <w:t xml:space="preserve">, </w:t>
      </w:r>
      <w:r>
        <w:rPr>
          <w:shd w:fill="B7DDE8" w:val="clear"/>
        </w:rPr>
        <w:t xml:space="preserve">because they have defiled My land with the carcasses of their detestable idols, and they have filled My inheritance with their abominations</w:t>
      </w:r>
      <w:r>
        <w:rPr>
          <w:b w:val="false"/>
          <w:i w:val="false"/>
          <w:color w:val="000000"/>
          <w:u w:val="none"/>
        </w:rPr>
        <w:t xml:space="preserve"> [1HUS]</w:t>
      </w:r>
      <w:r>
        <w:rPr/>
        <w:t xml:space="preserve">.”</w:t>
      </w:r>
    </w:p>
    <w:p>
      <w:pPr>
        <w:pStyle w:val="Yellow"/>
        <w:rPr/>
      </w:pPr>
      <w:r>
        <w:rPr/>
        <w:t xml:space="preserve">(Da7:17 “four kings who will arise”¹) </w:t>
      </w:r>
      <w:r>
        <w:rPr>
          <w:b/>
        </w:rPr>
        <w:t xml:space="preserve">Daniel 7:18</w:t>
      </w:r>
      <w:r>
        <w:rPr/>
        <w:t xml:space="preserve"> — {But} </w:t>
      </w:r>
      <w:r>
        <w:rPr>
          <w:shd w:fill="B7DDE8" w:val="clear"/>
        </w:rPr>
        <w:t xml:space="preserve">the saints of the Most High will receive the kingdom</w:t>
      </w:r>
      <w:r>
        <w:rPr>
          <w:b w:val="false"/>
          <w:i w:val="false"/>
          <w:color w:val="000000"/>
          <w:u w:val="none"/>
        </w:rPr>
        <w:t xml:space="preserve"> [1GND]</w:t>
      </w:r>
      <w:r>
        <w:rPr/>
        <w:t xml:space="preserve"> and </w:t>
      </w:r>
      <w:r>
        <w:rPr>
          <w:shd w:fill="B7DDE8" w:val="clear"/>
        </w:rPr>
        <w:t xml:space="preserve">possess it forever—yes, forever and ever</w:t>
      </w:r>
      <w:r>
        <w:rPr>
          <w:b w:val="false"/>
          <w:i w:val="false"/>
          <w:color w:val="000000"/>
          <w:u w:val="none"/>
        </w:rPr>
        <w:t xml:space="preserve"> [1GNE]</w:t>
      </w:r>
      <w:r>
        <w:rPr/>
        <w:t xml:space="preserve">.’</w:t>
      </w:r>
    </w:p>
    <w:p>
      <w:pPr>
        <w:pStyle w:val="Yellow"/>
        <w:rPr/>
        <w:pBdr>
          <w:left w:val="single" w:sz="28" w:space="5" w:color="C00000"/>
        </w:pBdr>
      </w:pPr>
      <w:r>
        <w:rPr>
          <w:shd w:val="clear" w:color="auto" w:fill="F4B183"/>
          <w:color w:val="000000"/>
        </w:rPr>
        <w:t xml:space="preserve">(Mal3:16ᶜ “those who feared the LORD and honored His name”¹) </w:t>
      </w:r>
      <w:r>
        <w:rPr>
          <w:b/>
          <w:shd w:val="clear" w:color="auto" w:fill="F4B183"/>
          <w:color w:val="000000"/>
        </w:rPr>
        <w:t>Malachi 3:17</w:t>
      </w:r>
      <w:r>
        <w:rPr>
          <w:shd w:val="clear" w:color="auto" w:fill="F4B183"/>
          <w:color w:val="000000"/>
        </w:rPr>
        <w:t xml:space="preserve"> — “</w:t>
      </w:r>
      <w:r>
        <w:rPr>
          <w:shd w:fill="F4B183" w:val="clear" w:color="auto"/>
          <w:color w:val="000000"/>
        </w:rPr>
        <w:t>{They} will be Mine</w:t>
      </w:r>
      <w:r>
        <w:rPr>
          <w:b w:val="false"/>
          <w:i w:val="false"/>
          <w:color w:val="000000"/>
          <w:u w:val="none"/>
          <w:shd w:val="clear" w:color="auto" w:fill="F4B183"/>
        </w:rPr>
        <w:t xml:space="preserve"> [1ALD]</w:t>
      </w:r>
      <w:r>
        <w:rPr>
          <w:shd w:val="clear" w:color="auto" w:fill="F4B183"/>
          <w:color w:val="000000"/>
        </w:rPr>
        <w:t>,” says the LORD of Hosts, “</w:t>
      </w:r>
      <w:r>
        <w:rPr>
          <w:shd w:fill="F4B183" w:val="clear" w:color="auto"/>
          <w:color w:val="000000"/>
        </w:rPr>
        <w:t>on the day when I prepare My treasured possession</w:t>
      </w:r>
      <w:r>
        <w:rPr>
          <w:b w:val="false"/>
          <w:i w:val="false"/>
          <w:color w:val="000000"/>
          <w:u w:val="none"/>
          <w:shd w:val="clear" w:color="auto" w:fill="F4B183"/>
        </w:rPr>
        <w:t xml:space="preserve"> [1ALE]</w:t>
      </w:r>
      <w:r>
        <w:rPr>
          <w:shd w:val="clear" w:color="auto" w:fill="F4B183"/>
          <w:color w:val="000000"/>
        </w:rPr>
        <w:t>.</w:t>
      </w:r>
    </w:p>
    <w:p>
      <w:pPr>
        <w:pStyle w:val="Yellow"/>
        <w:rPr/>
      </w:pPr>
      <w:r>
        <w:rPr>
          <w:color w:val="auto"/>
        </w:rPr>
        <w:t xml:space="preserve">(Ro9:31–32ᶜ Israel pursued righteousness “not by faith, but as if it were by works”) </w:t>
      </w:r>
      <w:r>
        <w:rPr>
          <w:b/>
          <w:color w:val="auto"/>
        </w:rPr>
        <w:t>Matthew 5:20</w:t>
      </w:r>
      <w:r>
        <w:rPr>
          <w:color w:val="auto"/>
        </w:rPr>
        <w:t xml:space="preserve"> — </w:t>
      </w:r>
      <w:r>
        <w:rPr>
          <w:color w:val="auto"/>
        </w:rPr>
        <w:t>unless your righteousness exceeds that of the scribes and Pharisees, you will never enter the kingdom of heaven</w:t>
      </w:r>
      <w:r>
        <w:rPr>
          <w:b w:val="false"/>
          <w:i w:val="false"/>
          <w:color w:val="auto"/>
          <w:u w:val="none"/>
        </w:rPr>
        <w:t xml:space="preserve"> [1ARO]</w:t>
      </w:r>
      <w:r>
        <w:rPr>
          <w:color w:val="auto"/>
        </w:rPr>
        <w:t>.</w:t>
      </w:r>
    </w:p>
    <w:p>
      <w:pPr>
        <w:pStyle w:val="Yellow"/>
        <w:rPr/>
      </w:pPr>
      <w:r>
        <w:rPr>
          <w:highlight w:val="cyan"/>
        </w:rPr>
        <w:t>&lt;26&gt;</w:t>
      </w:r>
      <w:r>
        <w:rPr>
          <w:b/>
          <w:highlight w:val="cyan"/>
        </w:rPr>
        <w:t>Matthew 19:24</w:t>
      </w:r>
      <w:r>
        <w:rPr>
          <w:highlight w:val="cyan"/>
        </w:rPr>
        <w:t xml:space="preserve"> — </w:t>
      </w:r>
      <w:r>
        <w:rPr>
          <w:highlight w:val="cyan"/>
          <w:shd w:val="clear" w:fill="B7DDE8"/>
        </w:rPr>
        <w:t>it is easier for a camel to pass through the eye of a needle than for a rich man to enter the kingdom of God</w:t>
      </w:r>
      <w:r>
        <w:rPr>
          <w:b w:val="false"/>
          <w:i w:val="false"/>
          <w:u w:val="none"/>
          <w:color w:val="000000"/>
        </w:rPr>
        <w:t xml:space="preserve"> [1OZ]</w:t>
      </w:r>
      <w:r>
        <w:rPr>
          <w:highlight w:val="cyan"/>
        </w:rPr>
        <w:t>.”</w:t>
      </w:r>
    </w:p>
    <w:p>
      <w:pPr>
        <w:pStyle w:val="Yellow"/>
        <w:rPr/>
      </w:pPr>
      <w:r>
        <w:rPr/>
        <w:t>&lt;26&gt;</w:t>
      </w:r>
      <w:r>
        <w:rPr>
          <w:b/>
        </w:rPr>
        <w:t>Matthew 19:25-26</w:t>
      </w:r>
      <w:r>
        <w:rPr/>
        <w:t xml:space="preserve"> —“</w:t>
      </w:r>
      <w:r>
        <w:rPr>
          <w:shd w:val="clear" w:fill="B7DDE8"/>
        </w:rPr>
        <w:t>Who then can be saved?</w:t>
      </w:r>
      <w:r>
        <w:rPr>
          <w:b w:val="false"/>
          <w:i w:val="false"/>
          <w:color w:val="000000"/>
          <w:u w:val="none"/>
        </w:rPr>
        <w:t xml:space="preserve"> [1PA]</w:t>
      </w:r>
      <w:r>
        <w:rPr/>
        <w:t>” Jesus looked at them and said, “</w:t>
      </w:r>
      <w:r>
        <w:rPr>
          <w:shd w:val="clear" w:fill="B7DDE8"/>
        </w:rPr>
        <w:t>With man this is impossible</w:t>
      </w:r>
      <w:r>
        <w:rPr>
          <w:b w:val="false"/>
          <w:i w:val="false"/>
          <w:color w:val="000000"/>
          <w:u w:val="none"/>
        </w:rPr>
        <w:t xml:space="preserve"> [2OY]</w:t>
      </w:r>
      <w:r>
        <w:rPr/>
        <w:t xml:space="preserve">, but </w:t>
      </w:r>
      <w:r>
        <w:rPr>
          <w:shd w:val="clear" w:fill="B7DDE8"/>
        </w:rPr>
        <w:t>with God all things are possible</w:t>
      </w:r>
      <w:r>
        <w:rPr>
          <w:b w:val="false"/>
          <w:i w:val="false"/>
          <w:color w:val="000000"/>
          <w:u w:val="none"/>
        </w:rPr>
        <w:t xml:space="preserve"> [4JR]</w:t>
      </w:r>
      <w:r>
        <w:rPr/>
        <w:t>.”</w:t>
      </w:r>
    </w:p>
    <w:p>
      <w:pPr>
        <w:pStyle w:val="Yellow"/>
        <w:rPr/>
      </w:pPr>
      <w:r>
        <w:rPr>
          <w:b/>
          <w:shd w:val="clear" w:color="auto" w:fill="548235"/>
          <w:color w:val="FFFFFF"/>
        </w:rPr>
        <w:t xml:space="preserve">Matthew 19:29</w:t>
      </w:r>
      <w:r>
        <w:rPr>
          <w:shd w:val="clear" w:color="auto" w:fill="548235"/>
          <w:color w:val="FFFFFF"/>
        </w:rPr>
        <w:t xml:space="preserve"> — </w:t>
      </w:r>
      <w:r>
        <w:rPr>
          <w:shd w:fill="548235" w:val="clear" w:color="auto"/>
          <w:color w:val="FFFFFF"/>
        </w:rPr>
        <w:t xml:space="preserve">everyone who has left houses or brothers or sisters or father or mother or wife or children or fields for the sake of My name will receive a hundredfold and will inherit eternal life</w:t>
      </w:r>
      <w:r>
        <w:rPr>
          <w:b w:val="false"/>
          <w:i w:val="false"/>
          <w:color w:val="FFFFFF"/>
          <w:u w:val="none"/>
          <w:shd w:val="clear" w:color="auto" w:fill="548235"/>
        </w:rPr>
        <w:t xml:space="preserve"> [1GNX]</w:t>
      </w:r>
      <w:r>
        <w:rPr>
          <w:b w:val="false"/>
          <w:i w:val="false"/>
          <w:color w:val="FFFFFF"/>
          <w:u w:val="none"/>
          <w:shd w:val="clear" w:color="auto" w:fill="548235"/>
        </w:rPr>
        <w:t xml:space="preserve"> [1GNY]</w:t>
      </w:r>
      <w:r>
        <w:rPr>
          <w:shd w:val="clear" w:color="auto" w:fill="548235"/>
          <w:color w:val="FFFFFF"/>
        </w:rPr>
        <w:t xml:space="preserve">.</w:t>
      </w:r>
    </w:p>
    <w:p>
      <w:pPr>
        <w:pStyle w:val="Yellow"/>
        <w:rPr/>
      </w:pPr>
      <w:r>
        <w:rPr>
          <w:u w:val="none"/>
        </w:rPr>
        <w:t xml:space="preserve">(Mk10:21-22ᶜ Rich man wouldn’t “sell everything you own and give to the poor”) </w:t>
      </w:r>
      <w:r>
        <w:rPr>
          <w:b/>
          <w:u w:val="none"/>
        </w:rPr>
        <w:t>Mark 10:23</w:t>
      </w:r>
      <w:r>
        <w:rPr>
          <w:u w:val="none"/>
        </w:rPr>
        <w:t xml:space="preserve"> — {Then} Jesus looked around and said to His disciples, “</w:t>
      </w:r>
      <w:r>
        <w:rPr>
          <w:u w:val="none"/>
          <w:shd w:fill="B7DDE8" w:val="clear"/>
        </w:rPr>
        <w:t>How hard it is for the rich to enter the kingdom of God</w:t>
      </w:r>
      <w:r>
        <w:rPr>
          <w:b w:val="false"/>
          <w:i w:val="false"/>
          <w:color w:val="000000"/>
          <w:u w:val="none"/>
        </w:rPr>
        <w:t xml:space="preserve"> [2ARP]</w:t>
      </w:r>
      <w:r>
        <w:rPr>
          <w:u w:val="none"/>
        </w:rPr>
        <w:t>!”</w:t>
      </w:r>
    </w:p>
    <w:p>
      <w:pPr>
        <w:pStyle w:val="Yellow"/>
        <w:rPr/>
      </w:pPr>
      <w:r>
        <w:rPr/>
        <w:t xml:space="preserve">(Lk10:39 Mary “sat at the Lord’s feet listening to His message”¹) </w:t>
      </w:r>
      <w:r>
        <w:rPr>
          <w:b/>
        </w:rPr>
        <w:t>Luke 10:42</w:t>
      </w:r>
      <w:r>
        <w:rPr/>
        <w:t xml:space="preserve"> — </w:t>
      </w:r>
      <w:r>
        <w:rPr>
          <w:shd w:fill="B7DDE8" w:val="clear"/>
        </w:rPr>
        <w:t>Mary has chosen {the good portion}</w:t>
      </w:r>
      <w:r>
        <w:rPr>
          <w:b w:val="false"/>
          <w:i w:val="false"/>
          <w:color w:val="000000"/>
          <w:u w:val="none"/>
        </w:rPr>
        <w:t xml:space="preserve"> [1MAR]</w:t>
      </w:r>
      <w:r>
        <w:rPr/>
        <w:t xml:space="preserve">, and </w:t>
      </w:r>
      <w:r>
        <w:rPr>
          <w:shd w:fill="B7DDE8" w:val="clear"/>
        </w:rPr>
        <w:t>it will not be taken away from her</w:t>
      </w:r>
      <w:r>
        <w:rPr>
          <w:b w:val="false"/>
          <w:i w:val="false"/>
          <w:color w:val="000000"/>
          <w:u w:val="none"/>
        </w:rPr>
        <w:t xml:space="preserve"> [1MAS]</w:t>
      </w:r>
      <w:r>
        <w:rPr/>
        <w:t>.</w:t>
      </w:r>
    </w:p>
    <w:p>
      <w:pPr>
        <w:pStyle w:val="Yellow"/>
        <w:rPr/>
      </w:pPr>
      <w:r>
        <w:rPr>
          <w:b/>
        </w:rPr>
        <w:t>Luke 12:32</w:t>
      </w:r>
      <w:r>
        <w:rPr/>
        <w:t xml:space="preserve"> — </w:t>
      </w:r>
      <w:r>
        <w:rPr>
          <w:shd w:val="clear" w:fill="B7DDE8"/>
        </w:rPr>
        <w:t>Do not be afraid</w:t>
      </w:r>
      <w:r>
        <w:rPr>
          <w:b w:val="false"/>
          <w:i w:val="false"/>
          <w:color w:val="000000"/>
          <w:u w:val="none"/>
        </w:rPr>
        <w:t xml:space="preserve"> [17AKG]</w:t>
      </w:r>
      <w:r>
        <w:rPr/>
        <w:t xml:space="preserve">, little flock, for </w:t>
      </w:r>
      <w:r>
        <w:rPr>
          <w:shd w:val="clear" w:fill="B7DDE8"/>
        </w:rPr>
        <w:t>your Father is pleased to give you the kingdom</w:t>
      </w:r>
      <w:r>
        <w:rPr>
          <w:b w:val="false"/>
          <w:i w:val="false"/>
          <w:color w:val="000000"/>
          <w:u w:val="none"/>
        </w:rPr>
        <w:t xml:space="preserve"> [1CWE]</w:t>
      </w:r>
      <w:r>
        <w:rPr/>
        <w:t>.</w:t>
      </w:r>
    </w:p>
    <w:p>
      <w:pPr>
        <w:pStyle w:val="Yellow"/>
        <w:rPr/>
      </w:pPr>
      <w:r>
        <w:rPr>
          <w:b/>
          <w:u w:val="none"/>
          <w:shd w:val="clear" w:color="auto" w:fill="C00000"/>
          <w:color w:val="FFFFFF"/>
        </w:rPr>
        <w:t>Luke 18:24</w:t>
      </w:r>
      <w:r>
        <w:rPr>
          <w:u w:val="none"/>
          <w:shd w:val="clear" w:color="auto" w:fill="C00000"/>
          <w:color w:val="FFFFFF"/>
        </w:rPr>
        <w:t xml:space="preserve"> — “</w:t>
      </w:r>
      <w:r>
        <w:rPr>
          <w:u w:val="none"/>
          <w:shd w:val="clear" w:color="auto" w:fill="C00000"/>
          <w:color w:val="FFFFFF"/>
        </w:rPr>
        <w:t>How hard it is for the rich to enter the kingdom of God</w:t>
      </w:r>
      <w:r>
        <w:rPr>
          <w:b w:val="false"/>
          <w:i w:val="false"/>
          <w:u w:val="none"/>
          <w:shd w:val="clear" w:color="auto" w:fill="C00000"/>
          <w:color w:val="FFFFFF"/>
        </w:rPr>
        <w:t xml:space="preserve"> [2ARP]</w:t>
      </w:r>
      <w:r>
        <w:rPr>
          <w:u w:val="none"/>
          <w:shd w:val="clear" w:color="auto" w:fill="C00000"/>
          <w:color w:val="FFFFFF"/>
        </w:rPr>
        <w:t>!</w:t>
      </w:r>
    </w:p>
    <w:p>
      <w:pPr>
        <w:pStyle w:val="Yellow"/>
        <w:rPr/>
        <w:pBdr>
          <w:left w:val="single" w:sz="28" w:space="5" w:color="C00000"/>
        </w:pBdr>
      </w:pPr>
      <w:r>
        <w:t xml:space="preserve">(Lk19:5 Zacchaeus’ “house”¹ / 2 “Zacchaeus”²) </w:t>
      </w:r>
      <w:r>
        <w:rPr>
          <w:b/>
        </w:rPr>
        <w:t>Luke 19:9</w:t>
      </w:r>
      <w:r>
        <w:t xml:space="preserve"> — “</w:t>
      </w:r>
      <w:r>
        <w:rPr>
          <w:shd w:fill="B7DDE8" w:val="clear"/>
        </w:rPr>
        <w:t>Today salvation has come to {this house}</w:t>
      </w:r>
      <w:r>
        <w:rPr>
          <w:b w:val="false"/>
          <w:i w:val="false"/>
          <w:color w:val="000000"/>
          <w:u w:val="none"/>
        </w:rPr>
        <w:t xml:space="preserve"> [1BPR]</w:t>
      </w:r>
      <w:r>
        <w:rPr>
          <w:shd w:fill="548235" w:val="clear" w:color="auto"/>
          <w:color w:val="FFFFFF"/>
        </w:rPr>
        <w:t>, because {this man} too is a son of Abraham</w:t>
      </w:r>
      <w:r>
        <w:rPr>
          <w:b w:val="false"/>
          <w:i w:val="false"/>
          <w:color w:val="FFFFFF"/>
          <w:u w:val="none"/>
          <w:shd w:val="clear" w:color="auto" w:fill="548235"/>
        </w:rPr>
        <w:t xml:space="preserve"> [1BPS]</w:t>
      </w:r>
      <w:r>
        <w:t>.</w:t>
      </w:r>
    </w:p>
    <w:p>
      <w:pPr>
        <w:pStyle w:val="Yellow"/>
        <w:rPr/>
      </w:pPr>
      <w:r>
        <w:rPr>
          <w:b/>
        </w:rPr>
        <w:t>John 17:6</w:t>
      </w:r>
      <w:r>
        <w:rPr/>
        <w:t xml:space="preserve"> — </w:t>
      </w:r>
      <w:r>
        <w:rPr/>
        <w:t>I have revealed Your name to those You have given Me out of the world</w:t>
      </w:r>
      <w:r>
        <w:rPr>
          <w:b w:val="false"/>
          <w:i w:val="false"/>
          <w:color w:val="000000"/>
          <w:u w:val="none"/>
        </w:rPr>
        <w:t xml:space="preserve"> [2UB]</w:t>
      </w:r>
      <w:r>
        <w:rPr/>
        <w:t xml:space="preserve">. </w:t>
      </w:r>
      <w:r>
        <w:rPr>
          <w:shd w:val="clear" w:fill="B7DDE8"/>
        </w:rPr>
        <w:t>They were Yours</w:t>
      </w:r>
      <w:r>
        <w:rPr>
          <w:b w:val="false"/>
          <w:i w:val="false"/>
          <w:color w:val="000000"/>
          <w:u w:val="none"/>
        </w:rPr>
        <w:t xml:space="preserve"> [1UC]</w:t>
      </w:r>
      <w:r>
        <w:rPr/>
        <w:t xml:space="preserve">; </w:t>
      </w:r>
      <w:r>
        <w:rPr>
          <w:shd w:val="clear" w:fill="B7DDE8"/>
        </w:rPr>
        <w:t>You gave them to Me</w:t>
      </w:r>
      <w:r>
        <w:rPr>
          <w:b w:val="false"/>
          <w:i w:val="false"/>
          <w:color w:val="000000"/>
          <w:u w:val="none"/>
        </w:rPr>
        <w:t xml:space="preserve"> [2UD]</w:t>
      </w:r>
      <w:r>
        <w:rPr/>
        <w:t xml:space="preserve">, and </w:t>
      </w:r>
      <w:r>
        <w:rPr>
          <w:shd w:val="clear" w:fill="F4B183" w:color="auto"/>
          <w:color w:val="000000"/>
        </w:rPr>
        <w:t>they have kept Your word</w:t>
      </w:r>
      <w:r>
        <w:rPr>
          <w:b w:val="false"/>
          <w:i w:val="false"/>
          <w:color w:val="000000"/>
          <w:u w:val="none"/>
          <w:shd w:val="clear" w:color="auto" w:fill="F4B183"/>
        </w:rPr>
        <w:t xml:space="preserve"> [1UE]</w:t>
      </w:r>
      <w:r>
        <w:rPr/>
        <w:t>.</w:t>
      </w:r>
    </w:p>
    <w:p>
      <w:pPr>
        <w:pStyle w:val="Yellow"/>
        <w:rPr/>
      </w:pPr>
      <w:r>
        <w:rPr>
          <w:b/>
        </w:rPr>
        <w:t>Acts 3:25</w:t>
      </w:r>
      <w:r>
        <w:t xml:space="preserve"> — And </w:t>
      </w:r>
      <w:r>
        <w:rPr>
          <w:shd w:fill="B7DDE8" w:val="clear"/>
        </w:rPr>
        <w:t>you are sons of the prophets and of the covenant God made with your fathers</w:t>
      </w:r>
      <w:r>
        <w:rPr>
          <w:b w:val="false"/>
          <w:i w:val="false"/>
          <w:color w:val="000000"/>
          <w:u w:val="none"/>
        </w:rPr>
        <w:t xml:space="preserve"> [1AGT]</w:t>
      </w:r>
      <w:r>
        <w:t xml:space="preserve"> when He said to Abraham, ‘</w:t>
      </w:r>
      <w:r>
        <w:rPr>
          <w:shd w:fill="B7DDE8" w:val="clear"/>
        </w:rPr>
        <w:t>Through your offspring all the families of the earth will be blessed</w:t>
      </w:r>
      <w:r>
        <w:rPr>
          <w:b w:val="false"/>
          <w:i w:val="false"/>
          <w:color w:val="000000"/>
          <w:u w:val="none"/>
        </w:rPr>
        <w:t xml:space="preserve"> [1AGU]</w:t>
      </w:r>
      <w:r>
        <w:t>.’</w:t>
      </w:r>
    </w:p>
    <w:p>
      <w:pPr>
        <w:pStyle w:val="Yellow"/>
        <w:rPr/>
      </w:pPr>
      <w:r>
        <w:rPr>
          <w:u w:val="none"/>
        </w:rPr>
        <w:t xml:space="preserve">(Ac18:1ᶜ “Corinth”) </w:t>
      </w:r>
      <w:r>
        <w:rPr>
          <w:b/>
          <w:u w:val="none"/>
        </w:rPr>
        <w:t>Acts 18:9–10</w:t>
      </w:r>
      <w:r>
        <w:rPr>
          <w:u w:val="none"/>
        </w:rPr>
        <w:t xml:space="preserve"> — One night the Lord spoke to Paul in a vision: “</w:t>
      </w:r>
      <w:r>
        <w:rPr>
          <w:u w:val="none"/>
          <w:shd w:val="clear" w:fill="B7DDE8"/>
        </w:rPr>
        <w:t>Do not be afraid</w:t>
      </w:r>
      <w:r>
        <w:rPr>
          <w:b w:val="false"/>
          <w:i w:val="false"/>
          <w:u w:val="none"/>
          <w:color w:val="000000"/>
        </w:rPr>
        <w:t xml:space="preserve"> [17AKG]</w:t>
      </w:r>
      <w:r>
        <w:rPr>
          <w:u w:val="none"/>
        </w:rPr>
        <w:t xml:space="preserve">; </w:t>
      </w:r>
      <w:r>
        <w:rPr>
          <w:u w:val="none"/>
          <w:shd w:val="clear" w:fill="B7DDE8"/>
        </w:rPr>
        <w:t>keep on speaking</w:t>
      </w:r>
      <w:r>
        <w:rPr>
          <w:b w:val="false"/>
          <w:i w:val="false"/>
          <w:color w:val="000000"/>
          <w:u w:val="none"/>
        </w:rPr>
        <w:t xml:space="preserve"> [1DOC]</w:t>
      </w:r>
      <w:r>
        <w:rPr>
          <w:u w:val="none"/>
        </w:rPr>
        <w:t xml:space="preserve">; </w:t>
      </w:r>
      <w:r>
        <w:rPr>
          <w:u w:val="none"/>
          <w:shd w:val="clear" w:fill="B7DDE8"/>
        </w:rPr>
        <w:t>do not be silent</w:t>
      </w:r>
      <w:r>
        <w:rPr>
          <w:b w:val="false"/>
          <w:i w:val="false"/>
          <w:color w:val="000000"/>
          <w:u w:val="none"/>
        </w:rPr>
        <w:t xml:space="preserve"> [1DOD]</w:t>
      </w:r>
      <w:r>
        <w:rPr>
          <w:u w:val="none"/>
        </w:rPr>
        <w:t xml:space="preserve">. For </w:t>
      </w:r>
      <w:r>
        <w:rPr>
          <w:u w:val="none"/>
          <w:shd w:val="clear" w:fill="B7DDE8"/>
        </w:rPr>
        <w:t>I am with you</w:t>
      </w:r>
      <w:r>
        <w:rPr>
          <w:b w:val="false"/>
          <w:i w:val="false"/>
          <w:u w:val="none"/>
          <w:color w:val="000000"/>
        </w:rPr>
        <w:t xml:space="preserve"> [14DJY]</w:t>
      </w:r>
      <w:r>
        <w:rPr>
          <w:u w:val="none"/>
        </w:rPr>
        <w:t xml:space="preserve"> and </w:t>
      </w:r>
      <w:r>
        <w:rPr>
          <w:u w:val="none"/>
          <w:shd w:val="clear" w:fill="B7DDE8"/>
        </w:rPr>
        <w:t>no one will lay a hand on you</w:t>
      </w:r>
      <w:r>
        <w:rPr>
          <w:b w:val="false"/>
          <w:i w:val="false"/>
          <w:color w:val="000000"/>
          <w:u w:val="none"/>
        </w:rPr>
        <w:t xml:space="preserve"> [1DOE]</w:t>
      </w:r>
      <w:r>
        <w:rPr>
          <w:u w:val="none"/>
        </w:rPr>
        <w:t xml:space="preserve">, </w:t>
      </w:r>
      <w:r>
        <w:rPr>
          <w:u w:val="none"/>
          <w:shd w:val="clear" w:fill="B7DDE8"/>
        </w:rPr>
        <w:t>because I have many people in {this city}</w:t>
      </w:r>
      <w:r>
        <w:rPr>
          <w:b w:val="false"/>
          <w:i w:val="false"/>
          <w:color w:val="000000"/>
          <w:u w:val="none"/>
        </w:rPr>
        <w:t xml:space="preserve"> [1DOF]</w:t>
      </w:r>
      <w:r>
        <w:rPr>
          <w:u w:val="none"/>
        </w:rPr>
        <w:t>.”</w:t>
      </w:r>
    </w:p>
    <w:p>
      <w:pPr>
        <w:pStyle w:val="Yellow"/>
        <w:rPr/>
      </w:pPr>
      <w:r>
        <w:rPr>
          <w:b/>
          <w:shd w:val="clear" w:color="auto" w:fill="548235"/>
          <w:color w:val="FFFFFF"/>
        </w:rPr>
        <w:t>Romans 4:13</w:t>
      </w:r>
      <w:r>
        <w:rPr>
          <w:shd w:val="clear" w:color="auto" w:fill="548235"/>
          <w:color w:val="FFFFFF"/>
        </w:rPr>
        <w:t xml:space="preserve"> —For </w:t>
      </w:r>
      <w:r>
        <w:rPr>
          <w:shd w:fill="548235" w:val="clear" w:color="auto"/>
          <w:color w:val="FFFFFF"/>
        </w:rPr>
        <w:t>the promise to Abraham and his offspring that he would be heir of the world</w:t>
      </w:r>
      <w:r>
        <w:rPr>
          <w:b w:val="false"/>
          <w:i w:val="false"/>
          <w:color w:val="FFFFFF"/>
          <w:u w:val="none"/>
          <w:shd w:val="clear" w:color="auto" w:fill="548235"/>
        </w:rPr>
        <w:t xml:space="preserve"> [1AHC]</w:t>
      </w:r>
      <w:r>
        <w:rPr>
          <w:shd w:val="clear" w:color="auto" w:fill="548235"/>
          <w:color w:val="FFFFFF"/>
        </w:rPr>
        <w:t xml:space="preserve"> </w:t>
      </w:r>
      <w:r>
        <w:rPr>
          <w:shd w:fill="548235" w:val="clear" w:color="auto"/>
          <w:color w:val="FFFFFF"/>
        </w:rPr>
        <w:t>was not given through the law, but through the righteousness that comes by faith</w:t>
      </w:r>
      <w:r>
        <w:rPr>
          <w:b w:val="false"/>
          <w:i w:val="false"/>
          <w:color w:val="FFFFFF"/>
          <w:u w:val="none"/>
          <w:shd w:val="clear" w:color="auto" w:fill="548235"/>
        </w:rPr>
        <w:t xml:space="preserve"> [1AHD]</w:t>
      </w:r>
      <w:r>
        <w:rPr>
          <w:shd w:val="clear" w:color="auto" w:fill="548235"/>
          <w:color w:val="FFFFFF"/>
        </w:rPr>
        <w:t>.</w:t>
      </w:r>
    </w:p>
    <w:p>
      <w:pPr>
        <w:pStyle w:val="Yellow"/>
        <w:rPr/>
      </w:pPr>
      <w:r>
        <w:t xml:space="preserve">(Ro4:13 Promise¹ to “Abraham”²: “he would be heir of the world”) </w:t>
      </w:r>
      <w:r>
        <w:rPr>
          <w:b/>
        </w:rPr>
        <w:t>Romans 4:16</w:t>
      </w:r>
      <w:r>
        <w:t xml:space="preserve"> — </w:t>
      </w:r>
      <w:r>
        <w:rPr>
          <w:shd w:fill="B7DDE8" w:val="clear"/>
        </w:rPr>
        <w:t>{the promise} comes by faith</w:t>
      </w:r>
      <w:r>
        <w:rPr>
          <w:b w:val="false"/>
          <w:i w:val="false"/>
          <w:color w:val="000000"/>
          <w:u w:val="none"/>
        </w:rPr>
        <w:t xml:space="preserve"> [1AGY]</w:t>
      </w:r>
      <w:r>
        <w:rPr>
          <w:shd w:fill="B7DDE8" w:val="clear"/>
        </w:rPr>
        <w:t>, so that it may rest on grace</w:t>
      </w:r>
      <w:r>
        <w:rPr>
          <w:b w:val="false"/>
          <w:i w:val="false"/>
          <w:color w:val="000000"/>
          <w:u w:val="none"/>
        </w:rPr>
        <w:t xml:space="preserve"> [1AGZ]</w:t>
      </w:r>
      <w:r>
        <w:t xml:space="preserve"> and </w:t>
      </w:r>
      <w:r>
        <w:rPr>
          <w:shd w:fill="B7DDE8" w:val="clear"/>
        </w:rPr>
        <w:t>may be guaranteed to all Abraham’s offspring — not only to those who are of the law, but also to those who are of the faith of Abraham</w:t>
      </w:r>
      <w:r>
        <w:rPr>
          <w:b w:val="false"/>
          <w:i w:val="false"/>
          <w:color w:val="000000"/>
          <w:u w:val="none"/>
        </w:rPr>
        <w:t xml:space="preserve"> [1AHA]</w:t>
      </w:r>
      <w:r>
        <w:t xml:space="preserve">. </w:t>
      </w:r>
      <w:r>
        <w:rPr/>
        <w:t>{He} is the father of us all</w:t>
      </w:r>
      <w:r>
        <w:rPr>
          <w:b w:val="false"/>
          <w:i w:val="false"/>
          <w:color w:val="000000"/>
          <w:u w:val="none"/>
        </w:rPr>
        <w:t xml:space="preserve"> [2AHB]</w:t>
      </w:r>
      <w:r>
        <w:rPr/>
        <w:t>.</w:t>
      </w:r>
    </w:p>
    <w:p>
      <w:pPr>
        <w:pStyle w:val="Yellow"/>
        <w:rPr/>
        <w:pBdr>
          <w:left w:val="single" w:sz="28" w:space="5" w:color="C00000"/>
        </w:pBdr>
      </w:pPr>
      <w:r>
        <w:rPr/>
        <w:t xml:space="preserve">(Ro4:16 “Abraham”) </w:t>
      </w:r>
      <w:r>
        <w:rPr>
          <w:b/>
        </w:rPr>
        <w:t xml:space="preserve">Romans 4:17</w:t>
      </w:r>
      <w:r>
        <w:rPr/>
        <w:t xml:space="preserve"> — As it is written: “</w:t>
      </w:r>
      <w:r>
        <w:rPr>
          <w:shd w:fill="B7DDE8" w:val="clear"/>
        </w:rPr>
        <w:t xml:space="preserve">I have made {you} a father of many nations</w:t>
      </w:r>
      <w:r>
        <w:rPr>
          <w:b w:val="false"/>
          <w:i w:val="false"/>
          <w:u w:val="none"/>
          <w:color w:val="000000"/>
        </w:rPr>
        <w:t xml:space="preserve"> [1IQH]</w:t>
      </w:r>
      <w:r>
        <w:rPr/>
        <w:t xml:space="preserve">.” </w:t>
      </w:r>
      <w:r>
        <w:rPr>
          <w:shd w:fill="B7DDE8" w:val="clear"/>
        </w:rPr>
        <w:t xml:space="preserve">He is our father in the presence of God</w:t>
      </w:r>
      <w:r>
        <w:rPr>
          <w:b w:val="false"/>
          <w:i w:val="false"/>
          <w:u w:val="none"/>
          <w:color w:val="000000"/>
        </w:rPr>
        <w:t xml:space="preserve"> [2AHB]</w:t>
      </w:r>
      <w:r>
        <w:rPr/>
        <w:t xml:space="preserve">, in whom he believed, </w:t>
      </w:r>
      <w:r>
        <w:rPr>
          <w:shd w:fill="B7DDE8" w:val="clear"/>
        </w:rPr>
        <w:t xml:space="preserve">the God who gives life to the dead</w:t>
      </w:r>
      <w:r>
        <w:rPr>
          <w:b w:val="false"/>
          <w:i w:val="false"/>
          <w:color w:val="000000"/>
          <w:u w:val="none"/>
        </w:rPr>
        <w:t xml:space="preserve"> [2IQI]</w:t>
      </w:r>
      <w:r>
        <w:rPr/>
        <w:t xml:space="preserve"> and </w:t>
      </w:r>
      <w:r>
        <w:rPr>
          <w:shd w:fill="B7DDE8" w:val="clear"/>
        </w:rPr>
        <w:t xml:space="preserve">calls into being what does not yet exist</w:t>
      </w:r>
      <w:r>
        <w:rPr>
          <w:b w:val="false"/>
          <w:i w:val="false"/>
          <w:color w:val="000000"/>
          <w:u w:val="none"/>
        </w:rPr>
        <w:t xml:space="preserve"> [1IQJ]</w:t>
      </w:r>
      <w:r>
        <w:rPr/>
        <w:t xml:space="preserve">.</w:t>
      </w:r>
    </w:p>
    <w:p>
      <w:pPr>
        <w:pStyle w:val="Yellow"/>
        <w:rPr/>
      </w:pPr>
      <w:r>
        <w:rPr>
          <w:b/>
        </w:rPr>
        <w:t xml:space="preserve">Romans 8:16-17</w:t>
      </w:r>
      <w:r>
        <w:rPr/>
        <w:t xml:space="preserve"> — </w:t>
      </w:r>
      <w:r>
        <w:rPr>
          <w:shd w:fill="B7DDE8" w:val="clear"/>
        </w:rPr>
        <w:t xml:space="preserve">The Spirit Himself testifies with our spirit that we are God’s children</w:t>
      </w:r>
      <w:r>
        <w:rPr>
          <w:b w:val="false"/>
          <w:i w:val="false"/>
          <w:color w:val="000000"/>
          <w:u w:val="none"/>
        </w:rPr>
        <w:t xml:space="preserve"> [1GPK]</w:t>
      </w:r>
      <w:r>
        <w:rPr>
          <w:b w:val="false"/>
          <w:i w:val="false"/>
          <w:color w:val="000000"/>
          <w:u w:val="none"/>
        </w:rPr>
        <w:t xml:space="preserve"> [3FWX]</w:t>
      </w:r>
      <w:r>
        <w:rPr/>
        <w:t xml:space="preserve">. And </w:t>
      </w:r>
      <w:r>
        <w:rPr>
          <w:shd w:fill="B7DDE8" w:val="clear"/>
        </w:rPr>
        <w:t xml:space="preserve">if we are children, then we are heirs</w:t>
      </w:r>
      <w:r>
        <w:rPr>
          <w:b w:val="false"/>
          <w:i w:val="false"/>
          <w:color w:val="000000"/>
          <w:u w:val="none"/>
        </w:rPr>
        <w:t xml:space="preserve"> [1GPL]</w:t>
      </w:r>
      <w:r>
        <w:rPr/>
        <w:t xml:space="preserve">: </w:t>
      </w:r>
      <w:r>
        <w:rPr>
          <w:shd w:fill="B7DDE8" w:val="clear"/>
        </w:rPr>
        <w:t xml:space="preserve">heirs of God</w:t>
      </w:r>
      <w:r>
        <w:rPr>
          <w:b w:val="false"/>
          <w:i w:val="false"/>
          <w:color w:val="000000"/>
          <w:u w:val="none"/>
        </w:rPr>
        <w:t xml:space="preserve"> [1GPM]</w:t>
      </w:r>
      <w:r>
        <w:rPr/>
        <w:t xml:space="preserve"> and </w:t>
      </w:r>
      <w:r>
        <w:rPr>
          <w:shd w:fill="B7DDE8" w:val="clear"/>
        </w:rPr>
        <w:t xml:space="preserve">co-heirs with Christ</w:t>
      </w:r>
      <w:r>
        <w:rPr>
          <w:b w:val="false"/>
          <w:i w:val="false"/>
          <w:color w:val="000000"/>
          <w:u w:val="none"/>
        </w:rPr>
        <w:t xml:space="preserve"> [1GPN]</w:t>
      </w:r>
      <w:r>
        <w:rPr/>
        <w:t xml:space="preserve">—</w:t>
      </w:r>
      <w:r>
        <w:rPr>
          <w:shd w:fill="B7DDE8" w:val="clear"/>
        </w:rPr>
        <w:t xml:space="preserve">if indeed we suffer with Him, so that we may also be glorified with Him</w:t>
      </w:r>
      <w:r>
        <w:rPr>
          <w:b w:val="false"/>
          <w:i w:val="false"/>
          <w:u w:val="none"/>
          <w:color w:val="000000"/>
        </w:rPr>
        <w:t xml:space="preserve"> [1GPO]</w:t>
      </w:r>
      <w:r>
        <w:rPr/>
        <w:t xml:space="preserve">.</w:t>
      </w:r>
    </w:p>
    <w:p>
      <w:pPr>
        <w:pStyle w:val="Yellow"/>
        <w:rPr/>
      </w:pPr>
      <w:r>
        <w:rPr>
          <w:b/>
        </w:rPr>
        <w:t xml:space="preserve">1 Corinthians 3:21–23</w:t>
      </w:r>
      <w:r>
        <w:rPr/>
        <w:t xml:space="preserve"> — </w:t>
      </w:r>
      <w:r>
        <w:rPr>
          <w:shd w:fill="B7DDE8" w:val="clear"/>
        </w:rPr>
        <w:t xml:space="preserve">All things are yours, whether Paul or Apollos or Cephas or the world or life or death or the present or the future</w:t>
      </w:r>
      <w:r>
        <w:rPr>
          <w:b w:val="false"/>
          <w:i w:val="false"/>
          <w:color w:val="000000"/>
          <w:u w:val="none"/>
        </w:rPr>
        <w:t xml:space="preserve"> [1IZF]</w:t>
      </w:r>
      <w:r>
        <w:rPr/>
        <w:t xml:space="preserve">. </w:t>
      </w:r>
      <w:r>
        <w:rPr>
          <w:shd w:fill="B7DDE8" w:val="clear"/>
        </w:rPr>
        <w:t xml:space="preserve">All of them belong to you</w:t>
      </w:r>
      <w:r>
        <w:rPr>
          <w:b w:val="false"/>
          <w:i w:val="false"/>
          <w:color w:val="000000"/>
          <w:u w:val="none"/>
        </w:rPr>
        <w:t xml:space="preserve"> [1IZF]</w:t>
      </w:r>
      <w:r>
        <w:rPr/>
        <w:t xml:space="preserve">, and </w:t>
      </w:r>
      <w:r>
        <w:rPr>
          <w:shd w:fill="B7DDE8" w:val="clear"/>
        </w:rPr>
        <w:t xml:space="preserve">you belong to Christ</w:t>
      </w:r>
      <w:r>
        <w:rPr>
          <w:b w:val="false"/>
          <w:i w:val="false"/>
          <w:color w:val="000000"/>
          <w:u w:val="none"/>
        </w:rPr>
        <w:t xml:space="preserve"> [1IZG]</w:t>
      </w:r>
      <w:r>
        <w:rPr/>
        <w:t xml:space="preserve">, and </w:t>
      </w:r>
      <w:r>
        <w:rPr>
          <w:shd w:fill="B7DDE8" w:val="clear"/>
        </w:rPr>
        <w:t xml:space="preserve">Christ belongs to God</w:t>
      </w:r>
      <w:r>
        <w:rPr>
          <w:b w:val="false"/>
          <w:i w:val="false"/>
          <w:color w:val="000000"/>
          <w:u w:val="none"/>
        </w:rPr>
        <w:t xml:space="preserve"> [1IZH]</w:t>
      </w:r>
      <w:r>
        <w:rPr/>
        <w:t xml:space="preserve">.</w:t>
      </w:r>
    </w:p>
    <w:p>
      <w:pPr>
        <w:pStyle w:val="Yellow"/>
        <w:rPr/>
      </w:pPr>
      <w:r>
        <w:rPr>
          <w:b/>
        </w:rPr>
        <w:t xml:space="preserve">1 Corinthians 6:9–10</w:t>
      </w:r>
      <w:r>
        <w:rPr/>
        <w:t xml:space="preserve"> — Do you not know that </w:t>
      </w:r>
      <w:r>
        <w:rPr>
          <w:shd w:fill="B7DDE8" w:val="clear"/>
        </w:rPr>
        <w:t xml:space="preserve">the wicked will not inherit the kingdom of God</w:t>
      </w:r>
      <w:r>
        <w:rPr>
          <w:b w:val="false"/>
          <w:i w:val="false"/>
          <w:color w:val="000000"/>
          <w:u w:val="none"/>
        </w:rPr>
        <w:t xml:space="preserve"> [1IEM]</w:t>
      </w:r>
      <w:r>
        <w:rPr/>
        <w:t xml:space="preserve">? Do not be deceived: </w:t>
      </w:r>
      <w:r>
        <w:rPr>
          <w:shd w:fill="B7DDE8" w:val="clear"/>
        </w:rPr>
        <w:t xml:space="preserve">Neither the sexually immoral, nor idolaters, nor adulterers, nor men who submit to or perform homosexual acts, nor thieves, nor the greedy, nor drunkards, nor verbal abusers, nor swindlers, will inherit the kingdom of God</w:t>
      </w:r>
      <w:r>
        <w:rPr>
          <w:b w:val="false"/>
          <w:i w:val="false"/>
          <w:color w:val="000000"/>
          <w:u w:val="none"/>
        </w:rPr>
        <w:t xml:space="preserve"> [1IEN]</w:t>
      </w:r>
      <w:r>
        <w:rPr/>
        <w:t xml:space="preserve">.</w:t>
      </w:r>
    </w:p>
    <w:p>
      <w:pPr>
        <w:pStyle w:val="Yellow"/>
        <w:rPr/>
      </w:pPr>
      <w:r>
        <w:rPr/>
        <w:t xml:space="preserve">(Ga3:6 “Abraham believed God”) </w:t>
      </w:r>
      <w:r>
        <w:rPr>
          <w:b/>
        </w:rPr>
        <w:t>Galatians 3:7</w:t>
      </w:r>
      <w:r>
        <w:rPr/>
        <w:t xml:space="preserve"> — Understand, {then}, that </w:t>
      </w:r>
      <w:r>
        <w:rPr>
          <w:shd w:val="clear" w:fill="B7DDE8"/>
        </w:rPr>
        <w:t>those who have faith are sons of Abraham</w:t>
      </w:r>
      <w:r>
        <w:rPr>
          <w:b w:val="false"/>
          <w:i w:val="false"/>
          <w:color w:val="000000"/>
          <w:u w:val="none"/>
        </w:rPr>
        <w:t xml:space="preserve"> [1DEE]</w:t>
      </w:r>
      <w:r>
        <w:rPr/>
        <w:t>.</w:t>
      </w:r>
    </w:p>
    <w:p>
      <w:pPr>
        <w:pStyle w:val="Yellow"/>
        <w:rPr/>
        <w:pBdr>
          <w:left w:val="single" w:sz="28" w:space="5" w:color="C00000"/>
        </w:pBdr>
      </w:pPr>
      <w:r>
        <w:t xml:space="preserve">(Ga3:21 Law can’t “impart life”) </w:t>
      </w:r>
      <w:r>
        <w:rPr>
          <w:b/>
        </w:rPr>
        <w:t>Galatians 3:22</w:t>
      </w:r>
      <w:r>
        <w:t xml:space="preserve"> — {But} </w:t>
      </w:r>
      <w:r>
        <w:rPr>
          <w:shd w:fill="B7DDE8" w:val="clear"/>
        </w:rPr>
        <w:t>the Scripture pronounces all things confined by sin</w:t>
      </w:r>
      <w:r>
        <w:rPr>
          <w:b w:val="false"/>
          <w:i w:val="false"/>
          <w:color w:val="000000"/>
          <w:u w:val="none"/>
        </w:rPr>
        <w:t xml:space="preserve"> [1AFO]</w:t>
      </w:r>
      <w:r>
        <w:t xml:space="preserve">, </w:t>
      </w:r>
      <w:r>
        <w:rPr>
          <w:shd w:fill="B7DDE8" w:val="clear"/>
        </w:rPr>
        <w:t>so that by faith in Jesus Christ the promise might be given to those who believe</w:t>
      </w:r>
      <w:r>
        <w:rPr>
          <w:b w:val="false"/>
          <w:i w:val="false"/>
          <w:u w:val="none"/>
          <w:color w:val="000000"/>
        </w:rPr>
        <w:t xml:space="preserve"> [1AFP]</w:t>
      </w:r>
      <w:r>
        <w:t>.</w:t>
      </w:r>
    </w:p>
    <w:p>
      <w:pPr>
        <w:pStyle w:val="Yellow"/>
        <w:rPr/>
      </w:pPr>
      <w:r>
        <w:rPr>
          <w:b/>
          <w:shd w:val="clear" w:color="auto" w:fill="548235"/>
          <w:color w:val="FFFFFF"/>
        </w:rPr>
        <w:t>Galatians 3:29</w:t>
      </w:r>
      <w:r>
        <w:rPr>
          <w:shd w:val="clear" w:color="auto" w:fill="548235"/>
          <w:color w:val="FFFFFF"/>
        </w:rPr>
        <w:t xml:space="preserve"> — And </w:t>
      </w:r>
      <w:r>
        <w:rPr>
          <w:shd w:fill="548235" w:val="clear" w:color="auto"/>
          <w:color w:val="FFFFFF"/>
        </w:rPr>
        <w:t>if you belong to Christ, then you are Abraham’s seed and heirs according to the promise</w:t>
      </w:r>
      <w:r>
        <w:rPr>
          <w:b w:val="false"/>
          <w:i w:val="false"/>
          <w:color w:val="FFFFFF"/>
          <w:u w:val="none"/>
          <w:shd w:val="clear" w:color="auto" w:fill="548235"/>
        </w:rPr>
        <w:t xml:space="preserve"> [1AGD]</w:t>
      </w:r>
      <w:r>
        <w:rPr>
          <w:shd w:val="clear" w:color="auto" w:fill="548235"/>
          <w:color w:val="FFFFFF"/>
        </w:rPr>
        <w:t>.</w:t>
      </w:r>
    </w:p>
    <w:p>
      <w:pPr>
        <w:pStyle w:val="Yellow"/>
        <w:rPr/>
      </w:pPr>
      <w:r>
        <w:rPr>
          <w:b/>
        </w:rPr>
        <w:t>Galatians 4:28</w:t>
      </w:r>
      <w:r>
        <w:t xml:space="preserve"> — Now </w:t>
      </w:r>
      <w:r>
        <w:rPr>
          <w:shd w:fill="B7DDE8" w:val="clear"/>
        </w:rPr>
        <w:t>you, brothers, like Isaac, are children of promise</w:t>
      </w:r>
      <w:r>
        <w:rPr>
          <w:b w:val="false"/>
          <w:i w:val="false"/>
          <w:color w:val="000000"/>
          <w:u w:val="none"/>
        </w:rPr>
        <w:t xml:space="preserve"> [1AGB]</w:t>
      </w:r>
      <w:r>
        <w:t>.</w:t>
      </w:r>
    </w:p>
    <w:p>
      <w:pPr>
        <w:pStyle w:val="Yellow"/>
        <w:rPr/>
      </w:pPr>
      <w:r>
        <w:rPr>
          <w:b/>
          <w:shd w:val="clear" w:color="auto" w:fill="548235"/>
          <w:color w:val="FFFFFF"/>
        </w:rPr>
        <w:t xml:space="preserve">Galatians 5:19–21</w:t>
      </w:r>
      <w:r>
        <w:rPr>
          <w:shd w:val="clear" w:color="auto" w:fill="548235"/>
          <w:color w:val="FFFFFF"/>
        </w:rPr>
        <w:t xml:space="preserve"> — </w:t>
      </w:r>
      <w:r>
        <w:rPr>
          <w:shd w:fill="548235" w:val="clear" w:color="auto"/>
          <w:color w:val="FFFFFF"/>
        </w:rPr>
        <w:t xml:space="preserve">The acts of the flesh are obvious: sexual immorality, impurity, and debauchery; idolatry and sorcery; hatred, discord, jealousy, and rage; rivalries, divisions, factions, and envy; drunkenness, orgies, and the like</w:t>
      </w:r>
      <w:r>
        <w:rPr>
          <w:b w:val="false"/>
          <w:i w:val="false"/>
          <w:color w:val="FFFFFF"/>
          <w:u w:val="none"/>
          <w:shd w:val="clear" w:color="auto" w:fill="548235"/>
        </w:rPr>
        <w:t xml:space="preserve"> [1IEK]</w:t>
      </w:r>
      <w:r>
        <w:rPr>
          <w:shd w:val="clear" w:color="auto" w:fill="548235"/>
          <w:color w:val="FFFFFF"/>
        </w:rPr>
        <w:t xml:space="preserve">. I warn you, as I did before, that </w:t>
      </w:r>
      <w:r>
        <w:rPr>
          <w:shd w:fill="548235" w:val="clear" w:color="auto"/>
          <w:color w:val="FFFFFF"/>
        </w:rPr>
        <w:t xml:space="preserve">those who practice such things will not inherit the kingdom of God</w:t>
      </w:r>
      <w:r>
        <w:rPr>
          <w:b w:val="false"/>
          <w:i w:val="false"/>
          <w:color w:val="FFFFFF"/>
          <w:u w:val="none"/>
          <w:shd w:val="clear" w:color="auto" w:fill="548235"/>
        </w:rPr>
        <w:t xml:space="preserve"> [1IEL]</w:t>
      </w:r>
      <w:r>
        <w:rPr>
          <w:shd w:val="clear" w:color="auto" w:fill="548235"/>
          <w:color w:val="FFFFFF"/>
        </w:rPr>
        <w:t xml:space="preserve">.</w:t>
      </w:r>
    </w:p>
    <w:p>
      <w:pPr>
        <w:pStyle w:val="Yellow"/>
        <w:rPr/>
      </w:pPr>
      <w:r>
        <w:rPr>
          <w:b/>
          <w:color w:val="auto"/>
        </w:rPr>
        <w:t>Ephesians 5:5-6</w:t>
      </w:r>
      <w:r>
        <w:rPr>
          <w:color w:val="auto"/>
        </w:rPr>
        <w:t xml:space="preserve"> — For of this you can be sure: </w:t>
      </w:r>
      <w:r>
        <w:rPr>
          <w:color w:val="auto"/>
        </w:rPr>
        <w:t>No immoral, impure, or greedy person (that is, an idolater), has any inheritance in the kingdom of Christ and of God</w:t>
      </w:r>
      <w:r>
        <w:rPr>
          <w:b w:val="false"/>
          <w:i w:val="false"/>
          <w:color w:val="auto"/>
          <w:u w:val="none"/>
        </w:rPr>
        <w:t xml:space="preserve"> [1AJN]</w:t>
      </w:r>
      <w:r>
        <w:rPr>
          <w:color w:val="auto"/>
        </w:rPr>
        <w:t xml:space="preserve">. </w:t>
      </w:r>
      <w:r>
        <w:rPr>
          <w:color w:val="auto"/>
        </w:rPr>
        <w:t>Let no one deceive you with empty words</w:t>
      </w:r>
      <w:r>
        <w:rPr>
          <w:b w:val="false"/>
          <w:i w:val="false"/>
          <w:color w:val="auto"/>
          <w:u w:val="none"/>
        </w:rPr>
        <w:t xml:space="preserve"> [1AJO]</w:t>
      </w:r>
      <w:r>
        <w:rPr>
          <w:color w:val="auto"/>
        </w:rPr>
        <w:t xml:space="preserve">, for </w:t>
      </w:r>
      <w:r>
        <w:rPr>
          <w:color w:val="auto"/>
        </w:rPr>
        <w:t>because of such things the wrath of God is coming on the sons of disobedience</w:t>
      </w:r>
      <w:r>
        <w:rPr>
          <w:b w:val="false"/>
          <w:i w:val="false"/>
          <w:color w:val="auto"/>
          <w:u w:val="none"/>
        </w:rPr>
        <w:t xml:space="preserve"> [2AJP]</w:t>
      </w:r>
      <w:r>
        <w:rPr>
          <w:color w:val="auto"/>
        </w:rPr>
        <w:t>.</w:t>
      </w:r>
    </w:p>
    <w:p>
      <w:pPr>
        <w:pStyle w:val="Yellow"/>
        <w:rPr/>
      </w:pPr>
      <w:r>
        <w:rPr>
          <w:b/>
        </w:rPr>
        <w:t>Hebrews 1:14</w:t>
      </w:r>
      <w:r>
        <w:t xml:space="preserve"> — Are not </w:t>
      </w:r>
      <w:r>
        <w:rPr>
          <w:shd w:fill="B7DDE8" w:val="clear"/>
        </w:rPr>
        <w:t>the angels ministering spirits</w:t>
      </w:r>
      <w:r>
        <w:rPr>
          <w:b w:val="false"/>
          <w:i w:val="false"/>
          <w:color w:val="000000"/>
          <w:u w:val="none"/>
        </w:rPr>
        <w:t xml:space="preserve"> [1BSD]</w:t>
      </w:r>
      <w:r>
        <w:t xml:space="preserve"> </w:t>
      </w:r>
      <w:r>
        <w:rPr>
          <w:shd w:fill="B7DDE8" w:val="clear"/>
        </w:rPr>
        <w:t>sent to serve those who will inherit salvation</w:t>
      </w:r>
      <w:r>
        <w:rPr>
          <w:b w:val="false"/>
          <w:i w:val="false"/>
          <w:color w:val="000000"/>
          <w:u w:val="none"/>
        </w:rPr>
        <w:t xml:space="preserve"> [1BSE]</w:t>
      </w:r>
      <w:r>
        <w:t>?</w:t>
      </w:r>
    </w:p>
    <w:p>
      <w:pPr>
        <w:pStyle w:val="Yellow"/>
        <w:rPr/>
      </w:pPr>
      <w:r>
        <w:rPr>
          <w:b/>
        </w:rPr>
        <w:t>Hebrews 10:34-35</w:t>
      </w:r>
      <w:r>
        <w:rPr/>
        <w:t xml:space="preserve"> — </w:t>
      </w:r>
      <w:r>
        <w:rPr>
          <w:shd w:val="clear" w:fill="B7DDE8"/>
        </w:rPr>
        <w:t>You sympathized with those in prison</w:t>
      </w:r>
      <w:r>
        <w:rPr>
          <w:b w:val="false"/>
          <w:i w:val="false"/>
          <w:color w:val="000000"/>
          <w:u w:val="none"/>
        </w:rPr>
        <w:t xml:space="preserve"> [1FKE]</w:t>
      </w:r>
      <w:r>
        <w:rPr/>
        <w:t xml:space="preserve"> and </w:t>
      </w:r>
      <w:r>
        <w:rPr>
          <w:shd w:val="clear" w:fill="B7DDE8"/>
        </w:rPr>
        <w:t>joyfully accepted the confiscation of your property</w:t>
      </w:r>
      <w:r>
        <w:rPr>
          <w:b w:val="false"/>
          <w:i w:val="false"/>
          <w:color w:val="000000"/>
          <w:u w:val="none"/>
        </w:rPr>
        <w:t xml:space="preserve"> [1FKF]</w:t>
      </w:r>
      <w:r>
        <w:rPr/>
        <w:t xml:space="preserve">, knowing that </w:t>
      </w:r>
      <w:r>
        <w:rPr>
          <w:shd w:val="clear" w:fill="B7DDE8"/>
        </w:rPr>
        <w:t>you yourselves had a better and permanent possession</w:t>
      </w:r>
      <w:r>
        <w:rPr>
          <w:b w:val="false"/>
          <w:i w:val="false"/>
          <w:color w:val="000000"/>
          <w:u w:val="none"/>
        </w:rPr>
        <w:t xml:space="preserve"> [1FKG]</w:t>
      </w:r>
      <w:r>
        <w:rPr/>
        <w:t xml:space="preserve">. So </w:t>
      </w:r>
      <w:r>
        <w:rPr>
          <w:shd w:val="clear" w:fill="B7DDE8"/>
        </w:rPr>
        <w:t>do not throw away your confidence</w:t>
      </w:r>
      <w:r>
        <w:rPr>
          <w:b w:val="false"/>
          <w:i w:val="false"/>
          <w:color w:val="000000"/>
          <w:u w:val="none"/>
        </w:rPr>
        <w:t xml:space="preserve"> [1FKH]</w:t>
      </w:r>
      <w:r>
        <w:rPr/>
        <w:t xml:space="preserve">; </w:t>
      </w:r>
      <w:r>
        <w:rPr>
          <w:shd w:val="clear" w:fill="B7DDE8"/>
        </w:rPr>
        <w:t>it holds a great reward</w:t>
      </w:r>
      <w:r>
        <w:rPr>
          <w:b w:val="false"/>
          <w:i w:val="false"/>
          <w:color w:val="000000"/>
          <w:u w:val="none"/>
        </w:rPr>
        <w:t xml:space="preserve"> [1FKI]</w:t>
      </w:r>
      <w:r>
        <w:rPr/>
        <w:t>.</w:t>
      </w:r>
    </w:p>
    <w:p>
      <w:pPr>
        <w:pStyle w:val="Yellow"/>
        <w:rPr/>
      </w:pPr>
      <w:r>
        <w:rPr>
          <w:b/>
        </w:rPr>
        <w:t>Hebrews 10:36</w:t>
      </w:r>
      <w:r>
        <w:rPr/>
        <w:t xml:space="preserve"> — </w:t>
      </w:r>
      <w:r>
        <w:rPr>
          <w:shd w:fill="B7DDE8" w:val="clear"/>
        </w:rPr>
        <w:t>You need to persevere</w:t>
      </w:r>
      <w:r>
        <w:rPr>
          <w:b w:val="false"/>
          <w:i w:val="false"/>
          <w:color w:val="000000"/>
          <w:u w:val="none"/>
        </w:rPr>
        <w:t xml:space="preserve"> [1ACT]</w:t>
      </w:r>
      <w:r>
        <w:rPr/>
        <w:t xml:space="preserve">, so that </w:t>
      </w:r>
      <w:r>
        <w:rPr>
          <w:shd w:fill="B7DDE8" w:val="clear"/>
        </w:rPr>
        <w:t xml:space="preserve">after you have done the will of God, you will receive what He has </w:t>
      </w:r>
      <w:r>
        <w:rPr>
          <w:shd w:fill="B7DDE8" w:val="clear"/>
        </w:rPr>
        <w:t>promised</w:t>
      </w:r>
      <w:r>
        <w:rPr>
          <w:b w:val="false"/>
          <w:i w:val="false"/>
          <w:color w:val="000000"/>
          <w:u w:val="none"/>
        </w:rPr>
        <w:t xml:space="preserve"> [1ACU]</w:t>
      </w:r>
      <w:r>
        <w:rPr/>
        <w:t>.</w:t>
      </w:r>
    </w:p>
    <w:p>
      <w:pPr>
        <w:pStyle w:val="Yellow"/>
        <w:rPr/>
      </w:pPr>
      <w:r>
        <w:rPr/>
        <w:t xml:space="preserve">(He12:23-25ᶜ If we “reject Him” we will not “escape” our “firstborn”, inheritance “in heaven”) </w:t>
      </w:r>
      <w:r>
        <w:rPr>
          <w:b/>
        </w:rPr>
        <w:t>Hebrews 12:16–17</w:t>
      </w:r>
      <w:r>
        <w:rPr/>
        <w:t xml:space="preserve"> — See to it that </w:t>
      </w:r>
      <w:r>
        <w:rPr>
          <w:shd w:val="clear" w:fill="B7DDE8"/>
        </w:rPr>
        <w:t>no one is sexually immoral</w:t>
      </w:r>
      <w:r>
        <w:rPr>
          <w:b w:val="false"/>
          <w:i w:val="false"/>
          <w:color w:val="000000"/>
          <w:u w:val="none"/>
        </w:rPr>
        <w:t xml:space="preserve"> [1ENG]</w:t>
      </w:r>
      <w:r>
        <w:rPr/>
        <w:t xml:space="preserve">, or </w:t>
      </w:r>
      <w:r>
        <w:rPr>
          <w:shd w:val="clear" w:fill="B7DDE8"/>
        </w:rPr>
        <w:t>is godless like Esau</w:t>
      </w:r>
      <w:r>
        <w:rPr>
          <w:b w:val="false"/>
          <w:i w:val="false"/>
          <w:color w:val="000000"/>
          <w:u w:val="none"/>
        </w:rPr>
        <w:t xml:space="preserve"> [1ENH]</w:t>
      </w:r>
      <w:r>
        <w:rPr/>
        <w:t xml:space="preserve">, </w:t>
      </w:r>
      <w:r>
        <w:rPr>
          <w:shd w:val="clear" w:fill="B7DDE8"/>
        </w:rPr>
        <w:t>who for a single meal sold his birthright</w:t>
      </w:r>
      <w:r>
        <w:rPr>
          <w:b w:val="false"/>
          <w:i w:val="false"/>
          <w:color w:val="000000"/>
          <w:u w:val="none"/>
        </w:rPr>
        <w:t xml:space="preserve"> [1ENI]</w:t>
      </w:r>
      <w:r>
        <w:rPr/>
        <w:t xml:space="preserve">. For you know that afterward, </w:t>
      </w:r>
      <w:r>
        <w:rPr>
          <w:shd w:val="clear" w:fill="B7DDE8"/>
        </w:rPr>
        <w:t>when he wanted to inherit the blessing, he was rejected</w:t>
      </w:r>
      <w:r>
        <w:rPr>
          <w:b w:val="false"/>
          <w:i w:val="false"/>
          <w:color w:val="000000"/>
          <w:u w:val="none"/>
        </w:rPr>
        <w:t xml:space="preserve"> [1ENJ]</w:t>
      </w:r>
      <w:r>
        <w:rPr>
          <w:shd w:val="clear" w:color="auto" w:fill="548235"/>
          <w:color w:val="FFFFFF"/>
        </w:rPr>
        <w:t xml:space="preserve">. </w:t>
      </w:r>
      <w:r>
        <w:rPr>
          <w:shd w:val="clear" w:fill="548235" w:color="auto"/>
          <w:color w:val="FFFFFF"/>
        </w:rPr>
        <w:t>He could find no ground for repentance, though he sought the blessing with tears</w:t>
      </w:r>
      <w:r>
        <w:rPr>
          <w:b w:val="false"/>
          <w:i w:val="false"/>
          <w:color w:val="FFFFFF"/>
          <w:u w:val="none"/>
          <w:shd w:val="clear" w:color="auto" w:fill="548235"/>
        </w:rPr>
        <w:t xml:space="preserve"> [1ENK]</w:t>
      </w:r>
      <w:r>
        <w:rPr>
          <w:shd w:val="clear" w:color="auto" w:fill="548235"/>
          <w:color w:val="FFFFFF"/>
        </w:rPr>
        <w:t>.</w:t>
      </w:r>
    </w:p>
    <w:p>
      <w:pPr>
        <w:pStyle w:val="Yellow"/>
        <w:rPr/>
      </w:pPr>
      <w:r>
        <w:rPr>
          <w:b/>
        </w:rPr>
        <w:t>1 Peter 2:9</w:t>
      </w:r>
      <w:r>
        <w:t xml:space="preserve"> — But </w:t>
      </w:r>
      <w:r>
        <w:rPr>
          <w:shd w:fill="B7DDE8" w:val="clear"/>
        </w:rPr>
        <w:t>you are a chosen people, a royal priesthood, a holy nation, a people for God’s own possession</w:t>
      </w:r>
      <w:r>
        <w:rPr>
          <w:b w:val="false"/>
          <w:i w:val="false"/>
          <w:color w:val="000000"/>
          <w:u w:val="none"/>
        </w:rPr>
        <w:t xml:space="preserve"> [1ALA]</w:t>
      </w:r>
      <w:r>
        <w:t xml:space="preserve">, </w:t>
      </w:r>
      <w:r>
        <w:rPr>
          <w:shd w:fill="B7DDE8" w:val="clear"/>
        </w:rPr>
        <w:t>to proclaim the virtues of Him</w:t>
      </w:r>
      <w:r>
        <w:rPr>
          <w:b w:val="false"/>
          <w:i w:val="false"/>
          <w:color w:val="000000"/>
          <w:u w:val="none"/>
        </w:rPr>
        <w:t xml:space="preserve"> [1ALB]</w:t>
      </w:r>
      <w:r>
        <w:t xml:space="preserve"> </w:t>
      </w:r>
      <w:r>
        <w:rPr>
          <w:shd w:fill="B7DDE8" w:val="clear"/>
        </w:rPr>
        <w:t>who called you out of darkness into His marvelous light</w:t>
      </w:r>
      <w:r>
        <w:rPr>
          <w:b w:val="false"/>
          <w:i w:val="false"/>
          <w:color w:val="000000"/>
          <w:u w:val="none"/>
        </w:rPr>
        <w:t xml:space="preserve"> [1ALC]</w:t>
      </w:r>
      <w:r>
        <w:t>.</w:t>
      </w:r>
    </w:p>
    <w:p>
      <w:pPr>
        <w:pStyle w:val="Yellow"/>
        <w:rPr/>
      </w:pPr>
      <w:r>
        <w:rPr>
          <w:b/>
          <w:shd w:val="clear" w:color="auto" w:fill="548235"/>
          <w:color w:val="FFFFFF"/>
        </w:rPr>
        <w:t xml:space="preserve">Revelation 2:9</w:t>
      </w:r>
      <w:r>
        <w:rPr>
          <w:shd w:val="clear" w:color="auto" w:fill="548235"/>
          <w:color w:val="FFFFFF"/>
        </w:rPr>
        <w:t xml:space="preserve"> — </w:t>
      </w:r>
      <w:r>
        <w:rPr>
          <w:shd w:fill="548235" w:val="clear" w:color="auto"/>
          <w:color w:val="FFFFFF"/>
        </w:rPr>
        <w:t xml:space="preserve">I know your affliction and your poverty</w:t>
      </w:r>
      <w:r>
        <w:rPr>
          <w:b w:val="false"/>
          <w:i w:val="false"/>
          <w:color w:val="FFFFFF"/>
          <w:u w:val="none"/>
          <w:shd w:val="clear" w:color="auto" w:fill="548235"/>
        </w:rPr>
        <w:t xml:space="preserve"> [1IGW]</w:t>
      </w:r>
      <w:r>
        <w:rPr>
          <w:shd w:val="clear" w:color="auto" w:fill="548235"/>
          <w:color w:val="FFFFFF"/>
        </w:rPr>
        <w:t xml:space="preserve">—though </w:t>
      </w:r>
      <w:r>
        <w:rPr>
          <w:shd w:fill="548235" w:val="clear" w:color="auto"/>
          <w:color w:val="FFFFFF"/>
        </w:rPr>
        <w:t xml:space="preserve">you are rich</w:t>
      </w:r>
      <w:r>
        <w:rPr>
          <w:b w:val="false"/>
          <w:i w:val="false"/>
          <w:color w:val="FFFFFF"/>
          <w:u w:val="none"/>
          <w:shd w:val="clear" w:color="auto" w:fill="548235"/>
        </w:rPr>
        <w:t xml:space="preserve"> [1IGX]</w:t>
      </w:r>
      <w:r>
        <w:rPr>
          <w:shd w:val="clear" w:color="auto" w:fill="548235"/>
          <w:color w:val="FFFFFF"/>
        </w:rPr>
        <w:t xml:space="preserve">!</w:t>
      </w:r>
    </w:p>
    <w:p>
      <w:r>
        <w:rPr>
          <w:b/>
          <w:sz w:val="32"/>
        </w:rPr>
        <w:t>Assurance  (36)</w:t>
      </w:r>
    </w:p>
    <w:p>
      <w:pPr>
        <w:pStyle w:val="Yellow"/>
        <w:rPr/>
        <w:shd w:val="clear" w:color="auto" w:fill="E4DFEC"/>
        <w:pBdr>
          <w:left w:val="single" w:sz="28" w:space="5" w:color="7030A0"/>
        </w:pBdr>
      </w:pPr>
      <w:r>
        <w:rPr>
          <w:b/>
          <w:u w:val="none"/>
        </w:rPr>
        <w:t>Deuteronomy 31:6</w:t>
      </w:r>
      <w:r>
        <w:rPr>
          <w:u w:val="none"/>
        </w:rPr>
        <w:t xml:space="preserve"> — it is </w:t>
      </w:r>
      <w:r>
        <w:rPr>
          <w:u w:val="none"/>
          <w:shd w:val="clear" w:fill="B7DDE8"/>
        </w:rPr>
        <w:t>the LORD your God who goes with you</w:t>
      </w:r>
      <w:r>
        <w:rPr>
          <w:b w:val="false"/>
          <w:i w:val="false"/>
          <w:color w:val="000000"/>
          <w:u w:val="none"/>
        </w:rPr>
        <w:t xml:space="preserve"> [14DJY]</w:t>
      </w:r>
      <w:r>
        <w:rPr>
          <w:u w:val="none"/>
        </w:rPr>
        <w:t xml:space="preserve">; </w:t>
      </w:r>
      <w:r>
        <w:rPr>
          <w:u w:val="none"/>
          <w:shd w:val="clear" w:fill="B7DDE8"/>
        </w:rPr>
        <w:t>He will never leave you nor forsake you</w:t>
      </w:r>
      <w:r>
        <w:rPr>
          <w:b w:val="false"/>
          <w:i w:val="false"/>
          <w:color w:val="000000"/>
          <w:u w:val="none"/>
        </w:rPr>
        <w:t xml:space="preserve"> [3DKA]</w:t>
      </w:r>
      <w:r>
        <w:rPr>
          <w:u w:val="none"/>
        </w:rPr>
        <w:t>.”</w:t>
      </w:r>
    </w:p>
    <w:p>
      <w:pPr>
        <w:pStyle w:val="Yellow"/>
        <w:rPr/>
      </w:pPr>
      <w:r>
        <w:rPr>
          <w:b/>
          <w:u w:val="none"/>
        </w:rPr>
        <w:t>Deuteronomy 31:8</w:t>
      </w:r>
      <w:r>
        <w:rPr>
          <w:u w:val="none"/>
        </w:rPr>
        <w:t xml:space="preserve"> — </w:t>
      </w:r>
      <w:r>
        <w:rPr>
          <w:u w:val="none"/>
          <w:shd w:val="clear" w:fill="548235" w:color="auto"/>
          <w:color w:val="FFFFFF"/>
        </w:rPr>
        <w:t>The LORD Himself goes before you</w:t>
      </w:r>
      <w:r>
        <w:rPr>
          <w:b w:val="false"/>
          <w:i w:val="false"/>
          <w:color w:val="FFFFFF"/>
          <w:u w:val="none"/>
          <w:shd w:val="clear" w:color="auto" w:fill="548235"/>
        </w:rPr>
        <w:t xml:space="preserve"> [3DKB]</w:t>
      </w:r>
      <w:r>
        <w:rPr>
          <w:u w:val="none"/>
          <w:shd w:val="clear" w:color="auto" w:fill="548235"/>
          <w:color w:val="FFFFFF"/>
        </w:rPr>
        <w:t xml:space="preserve">; </w:t>
      </w:r>
      <w:r>
        <w:rPr>
          <w:u w:val="none"/>
          <w:shd w:val="clear" w:fill="B7DDE8"/>
        </w:rPr>
        <w:t>He will be with you</w:t>
      </w:r>
      <w:r>
        <w:rPr>
          <w:b w:val="false"/>
          <w:i w:val="false"/>
          <w:color w:val="000000"/>
          <w:u w:val="none"/>
        </w:rPr>
        <w:t xml:space="preserve"> [14DJY]</w:t>
      </w:r>
      <w:r>
        <w:rPr>
          <w:u w:val="none"/>
        </w:rPr>
        <w:t>.</w:t>
      </w:r>
      <w:r>
        <w:rPr>
          <w:u w:val="none"/>
          <w:shd w:fill="F4CCCC" w:val="clear"/>
        </w:rPr>
        <w:t xml:space="preserve"> </w:t>
      </w:r>
      <w:r>
        <w:rPr>
          <w:u w:val="none"/>
          <w:shd w:val="clear" w:fill="B7DDE8"/>
        </w:rPr>
        <w:t>He will never leave you nor forsake you</w:t>
      </w:r>
      <w:r>
        <w:rPr>
          <w:b w:val="false"/>
          <w:i w:val="false"/>
          <w:color w:val="000000"/>
          <w:u w:val="none"/>
        </w:rPr>
        <w:t xml:space="preserve"> [3DKA]</w:t>
      </w:r>
      <w:r>
        <w:rPr>
          <w:u w:val="none"/>
          <w:shd w:fill="F4CCCC" w:val="clear"/>
        </w:rPr>
        <w:t>.</w:t>
      </w:r>
    </w:p>
    <w:p>
      <w:pPr>
        <w:pStyle w:val="Yellow"/>
        <w:rPr/>
      </w:pPr>
      <w:r>
        <w:rPr>
          <w:b/>
          <w:shd w:val="clear" w:color="auto" w:fill="548235"/>
          <w:color w:val="FFFFFF"/>
        </w:rPr>
        <w:t>Job 16:19</w:t>
      </w:r>
      <w:r>
        <w:rPr>
          <w:shd w:val="clear" w:color="auto" w:fill="548235"/>
          <w:color w:val="FFFFFF"/>
        </w:rPr>
        <w:t xml:space="preserve"> — </w:t>
      </w:r>
      <w:r>
        <w:rPr>
          <w:shd w:fill="548235" w:val="clear" w:color="auto"/>
          <w:color w:val="FFFFFF"/>
        </w:rPr>
        <w:t>My witness is in heaven</w:t>
      </w:r>
      <w:r>
        <w:rPr>
          <w:b w:val="false"/>
          <w:i w:val="false"/>
          <w:color w:val="FFFFFF"/>
          <w:u w:val="none"/>
          <w:shd w:val="clear" w:color="auto" w:fill="548235"/>
        </w:rPr>
        <w:t xml:space="preserve"> [1ATX]</w:t>
      </w:r>
      <w:r>
        <w:rPr>
          <w:shd w:val="clear" w:color="auto" w:fill="548235"/>
          <w:color w:val="FFFFFF"/>
        </w:rPr>
        <w:t xml:space="preserve">, and </w:t>
      </w:r>
      <w:r>
        <w:rPr>
          <w:shd w:fill="548235" w:val="clear" w:color="auto"/>
          <w:color w:val="FFFFFF"/>
        </w:rPr>
        <w:t>my advocate is on high</w:t>
      </w:r>
      <w:r>
        <w:rPr>
          <w:b w:val="false"/>
          <w:i w:val="false"/>
          <w:color w:val="FFFFFF"/>
          <w:u w:val="none"/>
          <w:shd w:val="clear" w:color="auto" w:fill="548235"/>
        </w:rPr>
        <w:t xml:space="preserve"> [1ATY]</w:t>
      </w:r>
      <w:r>
        <w:rPr>
          <w:shd w:val="clear" w:color="auto" w:fill="548235"/>
          <w:color w:val="FFFFFF"/>
        </w:rPr>
        <w:t>.</w:t>
      </w:r>
    </w:p>
    <w:p>
      <w:pPr>
        <w:pStyle w:val="Green"/>
        <w:rPr/>
      </w:pPr>
      <w:r>
        <w:rPr>
          <w:b/>
          <w:shd w:val="clear" w:color="auto" w:fill="548235"/>
          <w:color w:val="FFFFFF"/>
        </w:rPr>
        <w:t>Psalm 27:13</w:t>
      </w:r>
      <w:r>
        <w:rPr>
          <w:shd w:val="clear" w:color="auto" w:fill="548235"/>
          <w:color w:val="FFFFFF"/>
        </w:rPr>
        <w:t xml:space="preserve"> — </w:t>
      </w:r>
      <w:r>
        <w:rPr>
          <w:shd w:fill="548235" w:val="clear" w:color="auto"/>
          <w:color w:val="FFFFFF"/>
        </w:rPr>
        <w:t>Still I am certain to see the goodness of the LORD in the land of the living</w:t>
      </w:r>
      <w:r>
        <w:rPr>
          <w:b w:val="false"/>
          <w:i w:val="false"/>
          <w:color w:val="FFFFFF"/>
          <w:u w:val="none"/>
          <w:shd w:val="clear" w:color="auto" w:fill="548235"/>
        </w:rPr>
        <w:t xml:space="preserve"> [1MBH]</w:t>
      </w:r>
      <w:r>
        <w:rPr>
          <w:shd w:val="clear" w:color="auto" w:fill="548235"/>
          <w:color w:val="FFFFFF"/>
        </w:rPr>
        <w:t>.</w:t>
      </w:r>
    </w:p>
    <w:p>
      <w:pPr>
        <w:pStyle w:val="Yellow"/>
        <w:rPr/>
      </w:pPr>
      <w:r>
        <w:rPr/>
        <w:t xml:space="preserve">(Ps37:18 “the blameless”) </w:t>
      </w:r>
      <w:r>
        <w:rPr>
          <w:b/>
        </w:rPr>
        <w:t>Psalm 37:19</w:t>
      </w:r>
      <w:r>
        <w:rPr/>
        <w:t xml:space="preserve"> — </w:t>
      </w:r>
      <w:r>
        <w:rPr>
          <w:shd w:fill="B7DDE8" w:val="clear"/>
        </w:rPr>
        <w:t>In the time of evil {they} will not be ashamed</w:t>
      </w:r>
      <w:r>
        <w:rPr>
          <w:b w:val="false"/>
          <w:i w:val="false"/>
          <w:color w:val="000000"/>
          <w:u w:val="none"/>
        </w:rPr>
        <w:t xml:space="preserve"> [1LWA]</w:t>
      </w:r>
      <w:r>
        <w:rPr/>
        <w:t xml:space="preserve">, and </w:t>
      </w:r>
      <w:r>
        <w:rPr>
          <w:shd w:fill="B7DDE8" w:val="clear"/>
        </w:rPr>
        <w:t>in the days of famine they will be satisfied</w:t>
      </w:r>
      <w:r>
        <w:rPr>
          <w:b w:val="false"/>
          <w:i w:val="false"/>
          <w:color w:val="000000"/>
          <w:u w:val="none"/>
        </w:rPr>
        <w:t xml:space="preserve"> [1LWB]</w:t>
      </w:r>
      <w:r>
        <w:rPr/>
        <w:t>.</w:t>
      </w:r>
    </w:p>
    <w:p>
      <w:pPr>
        <w:pStyle w:val="Yellow"/>
        <w:rPr/>
      </w:pPr>
      <w:r>
        <w:rPr>
          <w:b/>
        </w:rPr>
        <w:t xml:space="preserve">Psalm 57:2</w:t>
      </w:r>
      <w:r>
        <w:rPr/>
        <w:t xml:space="preserve"> — </w:t>
      </w:r>
      <w:r>
        <w:rPr>
          <w:shd w:fill="B7DDE8" w:val="clear"/>
        </w:rPr>
        <w:t xml:space="preserve">I cry out to God Most High</w:t>
      </w:r>
      <w:r>
        <w:rPr>
          <w:b w:val="false"/>
          <w:i w:val="false"/>
          <w:color w:val="000000"/>
          <w:u w:val="none"/>
        </w:rPr>
        <w:t xml:space="preserve"> [4FBB]</w:t>
      </w:r>
      <w:r>
        <w:rPr/>
        <w:t xml:space="preserve">, to </w:t>
      </w:r>
      <w:r>
        <w:rPr>
          <w:shd w:fill="B7DDE8" w:val="clear"/>
        </w:rPr>
        <w:t xml:space="preserve">God who fulfills His purpose for me</w:t>
      </w:r>
      <w:r>
        <w:rPr>
          <w:b w:val="false"/>
          <w:i w:val="false"/>
          <w:color w:val="000000"/>
          <w:u w:val="none"/>
        </w:rPr>
        <w:t xml:space="preserve"> [1LSQ]</w:t>
      </w:r>
      <w:r>
        <w:rPr/>
        <w:t xml:space="preserve">.</w:t>
      </w:r>
    </w:p>
    <w:p>
      <w:pPr>
        <w:pStyle w:val="Yellow"/>
        <w:rPr/>
      </w:pPr>
      <w:r>
        <w:rPr>
          <w:b/>
          <w:shd w:val="clear" w:color="auto" w:fill="548235"/>
          <w:color w:val="FFFFFF"/>
        </w:rPr>
        <w:t>Psalm 138:8</w:t>
      </w:r>
      <w:r>
        <w:rPr>
          <w:shd w:val="clear" w:color="auto" w:fill="548235"/>
          <w:color w:val="FFFFFF"/>
        </w:rPr>
        <w:t xml:space="preserve"> — </w:t>
      </w:r>
      <w:r>
        <w:rPr>
          <w:shd w:fill="548235" w:val="clear" w:color="auto"/>
          <w:color w:val="FFFFFF"/>
        </w:rPr>
        <w:t>The LORD will fulfill His purpose for me</w:t>
      </w:r>
      <w:r>
        <w:rPr>
          <w:b w:val="false"/>
          <w:i w:val="false"/>
          <w:color w:val="FFFFFF"/>
          <w:u w:val="none"/>
          <w:shd w:val="clear" w:color="auto" w:fill="548235"/>
        </w:rPr>
        <w:t xml:space="preserve"> [1AMA]</w:t>
      </w:r>
      <w:r>
        <w:rPr>
          <w:shd w:val="clear" w:color="auto" w:fill="548235"/>
          <w:color w:val="FFFFFF"/>
        </w:rPr>
        <w:t>.</w:t>
      </w:r>
    </w:p>
    <w:p>
      <w:pPr>
        <w:pStyle w:val="Yellow"/>
        <w:rPr/>
      </w:pPr>
      <w:r>
        <w:rPr>
          <w:b/>
        </w:rPr>
        <w:t xml:space="preserve">Proverbs 14:26</w:t>
      </w:r>
      <w:r>
        <w:rPr/>
        <w:t xml:space="preserve"> — </w:t>
      </w:r>
      <w:r>
        <w:rPr>
          <w:shd w:fill="B7DDE8" w:val="clear"/>
        </w:rPr>
        <w:t xml:space="preserve">He who fears the LORD is secure in confidence</w:t>
      </w:r>
      <w:r>
        <w:rPr>
          <w:b w:val="false"/>
          <w:i w:val="false"/>
          <w:color w:val="000000"/>
          <w:u w:val="none"/>
        </w:rPr>
        <w:t xml:space="preserve"> [1GPP]</w:t>
      </w:r>
      <w:r>
        <w:rPr/>
        <w:t xml:space="preserve">, and </w:t>
      </w:r>
      <w:r>
        <w:rPr>
          <w:shd w:fill="B7DDE8" w:val="clear"/>
        </w:rPr>
        <w:t xml:space="preserve">his children shall have a place of refuge</w:t>
      </w:r>
      <w:r>
        <w:rPr>
          <w:b w:val="false"/>
          <w:i w:val="false"/>
          <w:color w:val="000000"/>
          <w:u w:val="none"/>
        </w:rPr>
        <w:t xml:space="preserve"> [1GPQ]</w:t>
      </w:r>
      <w:r>
        <w:rPr/>
        <w:t xml:space="preserve">.</w:t>
      </w:r>
    </w:p>
    <w:p>
      <w:pPr>
        <w:pStyle w:val="Yellow"/>
        <w:rPr/>
      </w:pPr>
      <w:r>
        <w:rPr/>
        <w:t xml:space="preserve">(Is33:5 “The LORD”) </w:t>
      </w:r>
      <w:r>
        <w:rPr>
          <w:b/>
        </w:rPr>
        <w:t>Isaiah 33:6</w:t>
      </w:r>
      <w:r>
        <w:rPr/>
        <w:t xml:space="preserve"> — </w:t>
      </w:r>
      <w:r>
        <w:rPr>
          <w:shd w:val="clear" w:fill="B7DDE8"/>
        </w:rPr>
        <w:t>{He} will be the sure foundation for your times</w:t>
      </w:r>
      <w:r>
        <w:rPr>
          <w:b w:val="false"/>
          <w:i w:val="false"/>
          <w:color w:val="000000"/>
          <w:u w:val="none"/>
        </w:rPr>
        <w:t xml:space="preserve"> [1BXC]</w:t>
      </w:r>
      <w:r>
        <w:rPr/>
        <w:t xml:space="preserve">, </w:t>
      </w:r>
      <w:r>
        <w:rPr>
          <w:shd w:val="clear" w:fill="B7DDE8"/>
        </w:rPr>
        <w:t>a storehouse of salvation, wisdom, and knowledge</w:t>
      </w:r>
      <w:r>
        <w:rPr>
          <w:b w:val="false"/>
          <w:i w:val="false"/>
          <w:color w:val="000000"/>
          <w:u w:val="none"/>
        </w:rPr>
        <w:t xml:space="preserve"> [1BXD]</w:t>
      </w:r>
      <w:r>
        <w:rPr/>
        <w:t xml:space="preserve">. </w:t>
      </w:r>
      <w:r>
        <w:rPr>
          <w:shd w:val="clear" w:fill="B7DDE8"/>
        </w:rPr>
        <w:t>The fear of the LORD is Zion’s treasure</w:t>
      </w:r>
      <w:r>
        <w:rPr>
          <w:b w:val="false"/>
          <w:i w:val="false"/>
          <w:color w:val="000000"/>
          <w:u w:val="none"/>
        </w:rPr>
        <w:t xml:space="preserve"> [1BXE]</w:t>
      </w:r>
      <w:r>
        <w:rPr/>
        <w:t>.</w:t>
      </w:r>
    </w:p>
    <w:p>
      <w:pPr>
        <w:pStyle w:val="Yellow"/>
        <w:rPr/>
      </w:pPr>
      <w:r>
        <w:rPr>
          <w:b/>
        </w:rPr>
        <w:t xml:space="preserve">John 6:37</w:t>
      </w:r>
      <w:r>
        <w:rPr/>
        <w:t xml:space="preserve"> — </w:t>
      </w:r>
      <w:r>
        <w:rPr>
          <w:shd w:fill="B7DDE8" w:val="clear"/>
        </w:rPr>
        <w:t xml:space="preserve">Everyone the Father gives Me will come to Me</w:t>
      </w:r>
      <w:r>
        <w:rPr>
          <w:b w:val="false"/>
          <w:i w:val="false"/>
          <w:color w:val="000000"/>
          <w:u w:val="none"/>
        </w:rPr>
        <w:t xml:space="preserve"> [1LLB]</w:t>
      </w:r>
      <w:r>
        <w:rPr/>
        <w:t xml:space="preserve">, and </w:t>
      </w:r>
      <w:r>
        <w:rPr>
          <w:shd w:fill="B7DDE8" w:val="clear"/>
        </w:rPr>
        <w:t xml:space="preserve">the one who comes to Me I will never drive away</w:t>
      </w:r>
      <w:r>
        <w:rPr>
          <w:b w:val="false"/>
          <w:i w:val="false"/>
          <w:color w:val="000000"/>
          <w:u w:val="none"/>
        </w:rPr>
        <w:t xml:space="preserve"> [1LLC]</w:t>
      </w:r>
      <w:r>
        <w:rPr/>
        <w:t xml:space="preserve">.</w:t>
      </w:r>
    </w:p>
    <w:p>
      <w:pPr>
        <w:pStyle w:val="Yellow"/>
        <w:rPr/>
      </w:pPr>
      <w:r>
        <w:rPr/>
        <w:t xml:space="preserve">(Jn6:32 “My Father”) </w:t>
      </w:r>
      <w:r>
        <w:rPr>
          <w:b/>
        </w:rPr>
        <w:t xml:space="preserve">John 6:39</w:t>
      </w:r>
      <w:r>
        <w:rPr/>
        <w:t xml:space="preserve"> — </w:t>
      </w:r>
      <w:r>
        <w:rPr>
          <w:shd w:fill="B7DDE8" w:val="clear"/>
        </w:rPr>
        <w:t xml:space="preserve">this is the will of {Him} who sent Me</w:t>
      </w:r>
      <w:r>
        <w:rPr>
          <w:b w:val="false"/>
          <w:i w:val="false"/>
          <w:color w:val="000000"/>
          <w:u w:val="none"/>
        </w:rPr>
        <w:t xml:space="preserve"> [1KPD]</w:t>
      </w:r>
      <w:r>
        <w:rPr/>
        <w:t xml:space="preserve">, that </w:t>
      </w:r>
      <w:r>
        <w:rPr>
          <w:shd w:fill="B7DDE8" w:val="clear"/>
        </w:rPr>
        <w:t xml:space="preserve">I shall lose none of those He has given Me</w:t>
      </w:r>
      <w:r>
        <w:rPr>
          <w:b w:val="false"/>
          <w:i w:val="false"/>
          <w:color w:val="000000"/>
          <w:u w:val="none"/>
        </w:rPr>
        <w:t xml:space="preserve"> [1KPE]</w:t>
      </w:r>
      <w:r>
        <w:rPr/>
        <w:t xml:space="preserve">, but </w:t>
      </w:r>
      <w:r>
        <w:rPr>
          <w:color w:val="000000"/>
        </w:rPr>
        <w:t xml:space="preserve">raise them up at the last day</w:t>
      </w:r>
      <w:r>
        <w:rPr>
          <w:b w:val="false"/>
          <w:i w:val="false"/>
          <w:color w:val="000000"/>
          <w:u w:val="none"/>
        </w:rPr>
        <w:t xml:space="preserve"> [4CMG]</w:t>
      </w:r>
      <w:r>
        <w:rPr/>
        <w:t xml:space="preserve">.</w:t>
      </w:r>
    </w:p>
    <w:p>
      <w:pPr>
        <w:pStyle w:val="Yellow"/>
        <w:rPr/>
      </w:pPr>
      <w:r>
        <w:rPr>
          <w:b/>
          <w:color w:val="auto"/>
        </w:rPr>
        <w:t>John 8:47</w:t>
      </w:r>
      <w:r>
        <w:rPr>
          <w:color w:val="auto"/>
        </w:rPr>
        <w:t xml:space="preserve"> — </w:t>
      </w:r>
      <w:r>
        <w:rPr>
          <w:color w:val="auto"/>
        </w:rPr>
        <w:t>Whoever belongs to God hears the words of God</w:t>
      </w:r>
      <w:r>
        <w:rPr>
          <w:b w:val="false"/>
          <w:i w:val="false"/>
          <w:color w:val="auto"/>
          <w:u w:val="none"/>
        </w:rPr>
        <w:t xml:space="preserve"> [1LYQ]</w:t>
      </w:r>
      <w:r>
        <w:rPr>
          <w:color w:val="auto"/>
        </w:rPr>
        <w:t xml:space="preserve">. </w:t>
      </w:r>
      <w:r>
        <w:rPr>
          <w:color w:val="auto"/>
        </w:rPr>
        <w:t>The reason you do not hear is that you do not belong to God</w:t>
      </w:r>
      <w:r>
        <w:rPr>
          <w:b w:val="false"/>
          <w:i w:val="false"/>
          <w:color w:val="auto"/>
          <w:u w:val="none"/>
        </w:rPr>
        <w:t xml:space="preserve"> [1LYR]</w:t>
      </w:r>
      <w:r>
        <w:rPr>
          <w:color w:val="auto"/>
        </w:rPr>
        <w:t>.”</w:t>
      </w:r>
    </w:p>
    <w:p>
      <w:pPr>
        <w:pStyle w:val="Yellow"/>
        <w:rPr/>
      </w:pPr>
      <w:r>
        <w:rPr/>
        <w:t xml:space="preserve">(Jn17:1 Jesus addressed “Father”) </w:t>
      </w:r>
      <w:r>
        <w:rPr>
          <w:b/>
        </w:rPr>
        <w:t xml:space="preserve">John 18:9</w:t>
      </w:r>
      <w:r>
        <w:rPr/>
        <w:t xml:space="preserve"> — “</w:t>
      </w:r>
      <w:r>
        <w:rPr>
          <w:shd w:fill="B7DDE8" w:val="clear"/>
        </w:rPr>
        <w:t xml:space="preserve">I have not lost one of those You have given Me</w:t>
      </w:r>
      <w:r>
        <w:rPr>
          <w:b w:val="false"/>
          <w:i w:val="false"/>
          <w:color w:val="000000"/>
          <w:u w:val="none"/>
        </w:rPr>
        <w:t xml:space="preserve"> [1LLF]</w:t>
      </w:r>
      <w:r>
        <w:rPr/>
        <w:t xml:space="preserve">.”</w:t>
      </w:r>
    </w:p>
    <w:p>
      <w:pPr>
        <w:pStyle w:val="Yellow"/>
        <w:rPr/>
      </w:pPr>
      <w:r>
        <w:rPr>
          <w:u w:val="none"/>
        </w:rPr>
        <w:t xml:space="preserve">(Ro4:18 Abraham² “a hundred years old” no son¹) </w:t>
      </w:r>
      <w:r>
        <w:rPr>
          <w:b/>
          <w:u w:val="none"/>
        </w:rPr>
        <w:t>Romans 4:20-22</w:t>
      </w:r>
      <w:r>
        <w:rPr>
          <w:u w:val="none"/>
        </w:rPr>
        <w:t xml:space="preserve"> — {Yet} </w:t>
      </w:r>
      <w:r>
        <w:rPr>
          <w:u w:val="none"/>
          <w:shd w:fill="B7DDE8" w:val="clear"/>
        </w:rPr>
        <w:t>{he} did not waver through disbelief in the promise of God</w:t>
      </w:r>
      <w:r>
        <w:rPr>
          <w:b w:val="false"/>
          <w:i w:val="false"/>
          <w:color w:val="000000"/>
          <w:u w:val="none"/>
        </w:rPr>
        <w:t xml:space="preserve"> [1AHH]</w:t>
      </w:r>
      <w:r>
        <w:rPr>
          <w:u w:val="none"/>
        </w:rPr>
        <w:t xml:space="preserve">, but </w:t>
      </w:r>
      <w:r>
        <w:rPr>
          <w:u w:val="none"/>
          <w:shd w:fill="B7DDE8" w:val="clear"/>
        </w:rPr>
        <w:t>was strengthened in his faith</w:t>
      </w:r>
      <w:r>
        <w:rPr>
          <w:b w:val="false"/>
          <w:i w:val="false"/>
          <w:color w:val="000000"/>
          <w:u w:val="none"/>
        </w:rPr>
        <w:t xml:space="preserve"> [1AHI]</w:t>
      </w:r>
      <w:r>
        <w:rPr>
          <w:u w:val="none"/>
        </w:rPr>
        <w:t xml:space="preserve"> and </w:t>
      </w:r>
      <w:r>
        <w:rPr>
          <w:u w:val="none"/>
          <w:shd w:fill="B7DDE8" w:val="clear"/>
        </w:rPr>
        <w:t>gave glory to God</w:t>
      </w:r>
      <w:r>
        <w:rPr>
          <w:b w:val="false"/>
          <w:i w:val="false"/>
          <w:u w:val="none"/>
          <w:color w:val="000000"/>
        </w:rPr>
        <w:t xml:space="preserve"> [1AHJ]</w:t>
      </w:r>
      <w:r>
        <w:rPr>
          <w:u w:val="none"/>
        </w:rPr>
        <w:t xml:space="preserve">, </w:t>
      </w:r>
      <w:r>
        <w:rPr>
          <w:u w:val="none"/>
          <w:shd w:fill="B7DDE8" w:val="clear"/>
        </w:rPr>
        <w:t>being fully persuaded that God was able to do what He had promised</w:t>
      </w:r>
      <w:r>
        <w:rPr>
          <w:b w:val="false"/>
          <w:i w:val="false"/>
          <w:color w:val="000000"/>
          <w:u w:val="none"/>
        </w:rPr>
        <w:t xml:space="preserve"> [1AHK]</w:t>
      </w:r>
      <w:r>
        <w:rPr>
          <w:u w:val="none"/>
        </w:rPr>
        <w:t xml:space="preserve">. </w:t>
      </w:r>
      <w:r>
        <w:rPr>
          <w:u w:val="none"/>
        </w:rPr>
        <w:t>This is why “</w:t>
      </w:r>
      <w:r>
        <w:rPr>
          <w:u w:val="none"/>
        </w:rPr>
        <w:t>it was credited to him as righteousness</w:t>
      </w:r>
      <w:r>
        <w:rPr>
          <w:b w:val="false"/>
          <w:i w:val="false"/>
          <w:color w:val="000000"/>
          <w:u w:val="none"/>
        </w:rPr>
        <w:t xml:space="preserve"> [5AHF]</w:t>
      </w:r>
      <w:r>
        <w:rPr>
          <w:u w:val="none"/>
        </w:rPr>
        <w:t>.”</w:t>
      </w:r>
    </w:p>
    <w:p>
      <w:pPr>
        <w:pStyle w:val="Yellow"/>
        <w:rPr/>
      </w:pPr>
      <w:r>
        <w:rPr>
          <w:b/>
        </w:rPr>
        <w:t xml:space="preserve">Romans 14:8</w:t>
      </w:r>
      <w:r>
        <w:rPr/>
        <w:t xml:space="preserve"> — So </w:t>
      </w:r>
      <w:r>
        <w:rPr>
          <w:shd w:fill="B7DDE8" w:val="clear"/>
        </w:rPr>
        <w:t xml:space="preserve">whether we live or die, we belong to the Lord</w:t>
      </w:r>
      <w:r>
        <w:rPr>
          <w:b w:val="false"/>
          <w:i w:val="false"/>
          <w:color w:val="000000"/>
          <w:u w:val="none"/>
        </w:rPr>
        <w:t xml:space="preserve"> [1IZE]</w:t>
      </w:r>
      <w:r>
        <w:rPr/>
        <w:t xml:space="preserve">.</w:t>
      </w:r>
    </w:p>
    <w:p>
      <w:pPr>
        <w:pStyle w:val="Yellow"/>
        <w:rPr/>
      </w:pPr>
      <w:r>
        <w:rPr/>
        <w:t xml:space="preserve">(1Co1:7 “Jesus”) </w:t>
      </w:r>
      <w:r>
        <w:rPr>
          <w:b/>
        </w:rPr>
        <w:t>1 Corinthians 1:8</w:t>
      </w:r>
      <w:r>
        <w:rPr/>
        <w:t xml:space="preserve"> — </w:t>
      </w:r>
      <w:r>
        <w:rPr>
          <w:shd w:val="clear" w:fill="B7DDE8"/>
        </w:rPr>
        <w:t>{He} will sustain you to the end</w:t>
      </w:r>
      <w:r>
        <w:rPr>
          <w:b w:val="false"/>
          <w:i w:val="false"/>
          <w:color w:val="000000"/>
          <w:u w:val="none"/>
        </w:rPr>
        <w:t xml:space="preserve"> [1FIR]</w:t>
      </w:r>
      <w:r>
        <w:rPr>
          <w:color w:val="auto"/>
        </w:rPr>
        <w:t xml:space="preserve">, </w:t>
      </w:r>
      <w:r>
        <w:rPr>
          <w:color w:val="auto"/>
        </w:rPr>
        <w:t>so that you will be blameless on the day of our Lord Jesus Christ</w:t>
      </w:r>
      <w:r>
        <w:rPr>
          <w:b w:val="false"/>
          <w:i w:val="false"/>
          <w:color w:val="FFFFFF"/>
          <w:u w:val="none"/>
          <w:shd w:val="clear" w:color="auto" w:fill="548235"/>
        </w:rPr>
        <w:t xml:space="preserve"> [1FIS]</w:t>
      </w:r>
      <w:r>
        <w:rPr>
          <w:shd w:val="clear" w:color="auto" w:fill="548235"/>
          <w:color w:val="FFFFFF"/>
        </w:rPr>
        <w:t>.</w:t>
      </w:r>
    </w:p>
    <w:p>
      <w:pPr>
        <w:pStyle w:val="Yellow"/>
        <w:rPr/>
      </w:pPr>
      <w:r>
        <w:rPr>
          <w:b/>
        </w:rPr>
        <w:t xml:space="preserve">2 Corinthians 1:21–22</w:t>
      </w:r>
      <w:r>
        <w:rPr/>
        <w:t xml:space="preserve"> — Now </w:t>
      </w:r>
      <w:r>
        <w:rPr>
          <w:color w:val="auto"/>
        </w:rPr>
        <w:t xml:space="preserve">it is God who establishes both us and you in Christ</w:t>
      </w:r>
      <w:r>
        <w:rPr>
          <w:b w:val="false"/>
          <w:i w:val="false"/>
          <w:color w:val="auto"/>
          <w:u w:val="none"/>
        </w:rPr>
        <w:t xml:space="preserve"> [1KUQ]</w:t>
      </w:r>
      <w:r>
        <w:rPr>
          <w:color w:val="auto"/>
        </w:rPr>
        <w:t xml:space="preserve">. </w:t>
      </w:r>
      <w:r>
        <w:rPr>
          <w:shd w:fill="B7DDE8" w:val="clear"/>
        </w:rPr>
        <w:t xml:space="preserve">He anointed us</w:t>
      </w:r>
      <w:r>
        <w:rPr>
          <w:b w:val="false"/>
          <w:i w:val="false"/>
          <w:color w:val="000000"/>
          <w:u w:val="none"/>
        </w:rPr>
        <w:t xml:space="preserve"> [1KUR]</w:t>
      </w:r>
      <w:r>
        <w:rPr/>
        <w:t xml:space="preserve">, </w:t>
      </w:r>
      <w:r>
        <w:rPr>
          <w:shd w:fill="B7DDE8" w:val="clear"/>
        </w:rPr>
        <w:t xml:space="preserve">placed His seal on us</w:t>
      </w:r>
      <w:r>
        <w:rPr>
          <w:b w:val="false"/>
          <w:i w:val="false"/>
          <w:color w:val="000000"/>
          <w:u w:val="none"/>
        </w:rPr>
        <w:t xml:space="preserve"> [1KUS]</w:t>
      </w:r>
      <w:r>
        <w:rPr/>
        <w:t xml:space="preserve">, and </w:t>
      </w:r>
      <w:r>
        <w:rPr>
          <w:shd w:fill="B7DDE8" w:val="clear"/>
        </w:rPr>
        <w:t xml:space="preserve">put His Spirit in our hearts as a pledge of what is to come</w:t>
      </w:r>
      <w:r>
        <w:rPr>
          <w:b w:val="false"/>
          <w:i w:val="false"/>
          <w:u w:val="none"/>
          <w:color w:val="000000"/>
        </w:rPr>
        <w:t xml:space="preserve"> [2KUT]</w:t>
      </w:r>
      <w:r>
        <w:rPr/>
        <w:t xml:space="preserve">.</w:t>
      </w:r>
    </w:p>
    <w:p>
      <w:pPr>
        <w:pStyle w:val="Yellow"/>
        <w:rPr/>
      </w:pPr>
      <w:r>
        <w:rPr>
          <w:color w:val="auto"/>
        </w:rPr>
        <w:t xml:space="preserve">(2Co5:4 “house in heaven”¹) </w:t>
      </w:r>
      <w:r>
        <w:rPr>
          <w:b/>
          <w:color w:val="auto"/>
        </w:rPr>
        <w:t xml:space="preserve">2 Corinthians 5:5</w:t>
      </w:r>
      <w:r>
        <w:rPr>
          <w:color w:val="auto"/>
        </w:rPr>
        <w:t xml:space="preserve"> — And </w:t>
      </w:r>
      <w:r>
        <w:rPr>
          <w:color w:val="auto"/>
        </w:rPr>
        <w:t xml:space="preserve">God has prepared us for {this very purpose}</w:t>
      </w:r>
      <w:r>
        <w:rPr>
          <w:b w:val="false"/>
          <w:i w:val="false"/>
          <w:color w:val="auto"/>
          <w:u w:val="none"/>
        </w:rPr>
        <w:t xml:space="preserve"> [1LAV]</w:t>
      </w:r>
      <w:r>
        <w:rPr>
          <w:color w:val="auto"/>
        </w:rPr>
        <w:t xml:space="preserve"> and </w:t>
      </w:r>
      <w:r>
        <w:rPr>
          <w:color w:val="auto"/>
        </w:rPr>
        <w:t xml:space="preserve">has given us the Spirit as a pledge of what is to come</w:t>
      </w:r>
      <w:r>
        <w:rPr>
          <w:b w:val="false"/>
          <w:i w:val="false"/>
          <w:color w:val="auto"/>
          <w:u w:val="none"/>
        </w:rPr>
        <w:t xml:space="preserve"> [2KUT]</w:t>
      </w:r>
      <w:r>
        <w:rPr>
          <w:color w:val="auto"/>
        </w:rPr>
        <w:t xml:space="preserve">.</w:t>
      </w:r>
    </w:p>
    <w:p>
      <w:pPr>
        <w:pStyle w:val="Yellow"/>
        <w:rPr/>
      </w:pPr>
      <w:r>
        <w:rPr>
          <w:b/>
        </w:rPr>
        <w:t xml:space="preserve">2 Corinthians 5:8</w:t>
      </w:r>
      <w:r>
        <w:rPr/>
        <w:t xml:space="preserve"> — </w:t>
      </w:r>
      <w:r>
        <w:rPr>
          <w:shd w:fill="B7DDE8" w:val="clear"/>
        </w:rPr>
        <w:t xml:space="preserve">We are confident</w:t>
      </w:r>
      <w:r>
        <w:rPr>
          <w:b w:val="false"/>
          <w:i w:val="false"/>
          <w:color w:val="000000"/>
          <w:u w:val="none"/>
        </w:rPr>
        <w:t xml:space="preserve"> [1LLO]</w:t>
      </w:r>
      <w:r>
        <w:rPr/>
        <w:t xml:space="preserve">, then, and </w:t>
      </w:r>
      <w:r>
        <w:rPr>
          <w:shd w:fill="B7DDE8" w:val="clear"/>
        </w:rPr>
        <w:t xml:space="preserve">would prefer to be away from the body and at home with the Lord</w:t>
      </w:r>
      <w:r>
        <w:rPr>
          <w:b w:val="false"/>
          <w:i w:val="false"/>
          <w:color w:val="000000"/>
          <w:u w:val="none"/>
        </w:rPr>
        <w:t xml:space="preserve"> [1LLP]</w:t>
      </w:r>
      <w:r>
        <w:rPr/>
        <w:t xml:space="preserve">.</w:t>
      </w:r>
    </w:p>
    <w:p>
      <w:pPr>
        <w:pStyle w:val="Yellow"/>
        <w:rPr/>
      </w:pPr>
      <w:r>
        <w:rPr>
          <w:b/>
        </w:rPr>
        <w:t>Galatians 3:27</w:t>
      </w:r>
      <w:r>
        <w:rPr/>
        <w:t xml:space="preserve"> — For </w:t>
      </w:r>
      <w:r>
        <w:rPr>
          <w:shd w:fill="B7DDE8" w:val="clear"/>
        </w:rPr>
        <w:t>all of you who were baptized into Christ have clothed yourselves with Christ</w:t>
      </w:r>
      <w:r>
        <w:rPr>
          <w:b w:val="false"/>
          <w:i w:val="false"/>
          <w:color w:val="000000"/>
          <w:u w:val="none"/>
        </w:rPr>
        <w:t xml:space="preserve"> [1LUL]</w:t>
      </w:r>
      <w:r>
        <w:rPr/>
        <w:t>.</w:t>
      </w:r>
    </w:p>
    <w:p>
      <w:pPr>
        <w:pStyle w:val="Yellow"/>
        <w:rPr/>
      </w:pPr>
      <w:r>
        <w:rPr>
          <w:color w:val="auto"/>
        </w:rPr>
        <w:t xml:space="preserve">(Ep1:12 “Christ”) </w:t>
      </w:r>
      <w:r>
        <w:rPr>
          <w:b/>
          <w:color w:val="auto"/>
        </w:rPr>
        <w:t>Ephesians 1:13-14</w:t>
      </w:r>
      <w:r>
        <w:rPr>
          <w:color w:val="auto"/>
        </w:rPr>
        <w:t xml:space="preserve"> — And </w:t>
      </w:r>
      <w:r>
        <w:rPr>
          <w:color w:val="auto"/>
        </w:rPr>
        <w:t>in {Him}, having heard and believed the word of truth—the gospel of your salvation—you were sealed with the promised Holy Spirit</w:t>
      </w:r>
      <w:r>
        <w:rPr>
          <w:b w:val="false"/>
          <w:i w:val="false"/>
          <w:color w:val="auto"/>
          <w:u w:val="none"/>
        </w:rPr>
        <w:t xml:space="preserve"> [1AJC]</w:t>
      </w:r>
      <w:r>
        <w:rPr>
          <w:color w:val="auto"/>
        </w:rPr>
        <w:t xml:space="preserve">, </w:t>
      </w:r>
      <w:r>
        <w:rPr>
          <w:color w:val="auto"/>
        </w:rPr>
        <w:t>who is the pledge of our inheritance until the redemption of those who are God’s possession</w:t>
      </w:r>
      <w:r>
        <w:rPr>
          <w:b w:val="false"/>
          <w:i w:val="false"/>
          <w:color w:val="auto"/>
          <w:u w:val="none"/>
        </w:rPr>
        <w:t xml:space="preserve"> [1AJD]</w:t>
      </w:r>
      <w:r>
        <w:rPr>
          <w:color w:val="auto"/>
        </w:rPr>
        <w:t xml:space="preserve">, </w:t>
      </w:r>
      <w:r>
        <w:rPr>
          <w:color w:val="auto"/>
        </w:rPr>
        <w:t>to the praise of His glory</w:t>
      </w:r>
      <w:r>
        <w:rPr>
          <w:b w:val="false"/>
          <w:i w:val="false"/>
          <w:color w:val="auto"/>
          <w:u w:val="none"/>
        </w:rPr>
        <w:t xml:space="preserve"> [1AJE]</w:t>
      </w:r>
      <w:r>
        <w:rPr>
          <w:color w:val="auto"/>
        </w:rPr>
        <w:t>.</w:t>
      </w:r>
    </w:p>
    <w:p>
      <w:pPr>
        <w:pStyle w:val="Yellow"/>
        <w:rPr/>
      </w:pPr>
      <w:r>
        <w:rPr/>
        <w:t xml:space="preserve">(Ep3:11 “Jesus”) </w:t>
      </w:r>
      <w:r>
        <w:rPr>
          <w:b/>
        </w:rPr>
        <w:t>Ephesians 3:12</w:t>
      </w:r>
      <w:r>
        <w:rPr/>
        <w:t xml:space="preserve"> — </w:t>
      </w:r>
      <w:r>
        <w:rPr>
          <w:shd w:val="clear" w:fill="B7DDE8"/>
        </w:rPr>
        <w:t>In {Him} and through faith in Him we may enter God’s presence with boldness and confidence</w:t>
      </w:r>
      <w:r>
        <w:rPr>
          <w:b w:val="false"/>
          <w:i w:val="false"/>
          <w:color w:val="000000"/>
          <w:u w:val="none"/>
        </w:rPr>
        <w:t xml:space="preserve"> [1DBR]</w:t>
      </w:r>
      <w:r>
        <w:rPr/>
        <w:t>.</w:t>
      </w:r>
    </w:p>
    <w:p>
      <w:pPr>
        <w:pStyle w:val="Yellow"/>
        <w:rPr/>
      </w:pPr>
      <w:r>
        <w:rPr/>
        <w:t xml:space="preserve">(Pp1:3 “God”) </w:t>
      </w:r>
      <w:r>
        <w:rPr>
          <w:b/>
        </w:rPr>
        <w:t xml:space="preserve">Philippians 1:6</w:t>
      </w:r>
      <w:r>
        <w:rPr/>
        <w:t xml:space="preserve"> — being confident of this, that </w:t>
      </w:r>
      <w:r>
        <w:rPr>
          <w:shd w:fill="B7DDE8" w:val="clear"/>
        </w:rPr>
        <w:t xml:space="preserve">{He} who began a good work in you will carry it on to completion until the day of Christ Jesus</w:t>
      </w:r>
      <w:r>
        <w:rPr>
          <w:b w:val="false"/>
          <w:i w:val="false"/>
          <w:color w:val="000000"/>
          <w:u w:val="none"/>
        </w:rPr>
        <w:t xml:space="preserve"> [1HAR]</w:t>
      </w:r>
      <w:r>
        <w:rPr/>
        <w:t xml:space="preserve">.</w:t>
      </w:r>
    </w:p>
    <w:p>
      <w:pPr>
        <w:pStyle w:val="Yellow"/>
        <w:rPr/>
      </w:pPr>
      <w:r>
        <w:rPr>
          <w:b/>
        </w:rPr>
        <w:t xml:space="preserve">Colossians 3:3</w:t>
      </w:r>
      <w:r>
        <w:rPr/>
        <w:t xml:space="preserve"> — For </w:t>
      </w:r>
      <w:r>
        <w:rPr>
          <w:shd w:fill="B7DDE8" w:val="clear"/>
        </w:rPr>
        <w:t xml:space="preserve">you died</w:t>
      </w:r>
      <w:r>
        <w:rPr>
          <w:b w:val="false"/>
          <w:i w:val="false"/>
          <w:color w:val="000000"/>
          <w:u w:val="none"/>
        </w:rPr>
        <w:t xml:space="preserve"> [1IWT]</w:t>
      </w:r>
      <w:r>
        <w:rPr/>
        <w:t xml:space="preserve">, and </w:t>
      </w:r>
      <w:r>
        <w:rPr>
          <w:shd w:fill="B7DDE8" w:val="clear"/>
        </w:rPr>
        <w:t xml:space="preserve">your life is now hidden with Christ in God</w:t>
      </w:r>
      <w:r>
        <w:rPr>
          <w:b w:val="false"/>
          <w:i w:val="false"/>
          <w:color w:val="000000"/>
          <w:u w:val="none"/>
        </w:rPr>
        <w:t xml:space="preserve"> [1IWU]</w:t>
      </w:r>
      <w:r>
        <w:rPr/>
        <w:t xml:space="preserve">.</w:t>
      </w:r>
    </w:p>
    <w:p>
      <w:pPr>
        <w:pStyle w:val="Yellow"/>
        <w:rPr/>
      </w:pPr>
      <w:r>
        <w:rPr/>
        <w:t xml:space="preserve">(2Ti2:10 “elect” to “obtain the salvation”) </w:t>
      </w:r>
      <w:r>
        <w:rPr>
          <w:b/>
        </w:rPr>
        <w:t>2 Timothy 1:12</w:t>
      </w:r>
      <w:r>
        <w:rPr/>
        <w:t xml:space="preserve"> — for </w:t>
      </w:r>
      <w:r>
        <w:rPr>
          <w:shd w:val="clear" w:fill="B7DDE8"/>
        </w:rPr>
        <w:t>I know whom I have believed</w:t>
      </w:r>
      <w:r>
        <w:rPr>
          <w:b w:val="false"/>
          <w:i w:val="false"/>
          <w:color w:val="000000"/>
          <w:u w:val="none"/>
        </w:rPr>
        <w:t xml:space="preserve"> [1DXW]</w:t>
      </w:r>
      <w:r>
        <w:rPr/>
        <w:t xml:space="preserve">, and </w:t>
      </w:r>
      <w:r>
        <w:rPr>
          <w:shd w:val="clear" w:fill="B7DDE8"/>
        </w:rPr>
        <w:t>I am convinced that He is able to guard {what He has entrusted to me} for that day</w:t>
      </w:r>
      <w:r>
        <w:rPr>
          <w:b w:val="false"/>
          <w:i w:val="false"/>
          <w:color w:val="000000"/>
          <w:u w:val="none"/>
        </w:rPr>
        <w:t xml:space="preserve"> [1DXX]</w:t>
      </w:r>
      <w:r>
        <w:rPr/>
        <w:t>.</w:t>
      </w:r>
    </w:p>
    <w:p>
      <w:pPr>
        <w:pStyle w:val="Yellow"/>
        <w:rPr/>
      </w:pPr>
      <w:r>
        <w:rPr>
          <w:b/>
        </w:rPr>
        <w:t>Hebrews 10:19-22</w:t>
      </w:r>
      <w:r>
        <w:t xml:space="preserve"> — Therefore, brothers, since </w:t>
      </w:r>
      <w:r>
        <w:rPr>
          <w:shd w:fill="B7DDE8" w:val="clear"/>
        </w:rPr>
        <w:t>we have confidence to enter the Most Holy Place by the blood of Jesus</w:t>
      </w:r>
      <w:r>
        <w:rPr>
          <w:b w:val="false"/>
          <w:i w:val="false"/>
          <w:color w:val="000000"/>
          <w:u w:val="none"/>
        </w:rPr>
        <w:t xml:space="preserve"> [2BCE]</w:t>
      </w:r>
      <w:r>
        <w:t xml:space="preserve">, by </w:t>
      </w:r>
      <w:r>
        <w:rPr>
          <w:shd w:fill="B7DDE8" w:val="clear"/>
        </w:rPr>
        <w:t>the new and living way opened for us through the curtain of His body</w:t>
      </w:r>
      <w:r>
        <w:rPr>
          <w:b w:val="false"/>
          <w:i w:val="false"/>
          <w:color w:val="000000"/>
          <w:u w:val="none"/>
        </w:rPr>
        <w:t xml:space="preserve"> [2BCF]</w:t>
      </w:r>
      <w:r>
        <w:t xml:space="preserve">, and since </w:t>
      </w:r>
      <w:r>
        <w:rPr>
          <w:shd w:fill="B7DDE8" w:val="clear"/>
        </w:rPr>
        <w:t>we have a great priest over the house of God</w:t>
      </w:r>
      <w:r>
        <w:rPr>
          <w:b w:val="false"/>
          <w:i w:val="false"/>
          <w:color w:val="000000"/>
          <w:u w:val="none"/>
        </w:rPr>
        <w:t xml:space="preserve"> [1BCG]</w:t>
      </w:r>
      <w:r>
        <w:t xml:space="preserve">, </w:t>
      </w:r>
      <w:r>
        <w:rPr>
          <w:shd w:fill="B7DDE8" w:val="clear"/>
        </w:rPr>
        <w:t>let us draw near with a sincere heart in full assurance of faith</w:t>
      </w:r>
      <w:r>
        <w:rPr>
          <w:b w:val="false"/>
          <w:i w:val="false"/>
          <w:color w:val="000000"/>
          <w:u w:val="none"/>
        </w:rPr>
        <w:t xml:space="preserve"> [1BCH]</w:t>
      </w:r>
      <w:r>
        <w:t xml:space="preserve">, </w:t>
      </w:r>
      <w:r>
        <w:rPr>
          <w:shd w:fill="B7DDE8" w:val="clear"/>
        </w:rPr>
        <w:t>having our hearts sprinkled to cleanse us from a guilty conscience</w:t>
      </w:r>
      <w:r>
        <w:rPr>
          <w:b w:val="false"/>
          <w:i w:val="false"/>
          <w:color w:val="000000"/>
          <w:u w:val="none"/>
        </w:rPr>
        <w:t xml:space="preserve"> [1BCI]</w:t>
      </w:r>
      <w:r>
        <w:t xml:space="preserve"> and </w:t>
      </w:r>
      <w:r>
        <w:rPr>
          <w:shd w:fill="B7DDE8" w:val="clear"/>
        </w:rPr>
        <w:t>our bodies washed with pure water</w:t>
      </w:r>
      <w:r>
        <w:rPr>
          <w:b w:val="false"/>
          <w:i w:val="false"/>
          <w:color w:val="000000"/>
          <w:u w:val="none"/>
        </w:rPr>
        <w:t xml:space="preserve"> [1BCJ]</w:t>
      </w:r>
      <w:r>
        <w:t>.</w:t>
      </w:r>
    </w:p>
    <w:p>
      <w:pPr>
        <w:pStyle w:val="Yellow"/>
        <w:rPr/>
      </w:pPr>
      <w:r>
        <w:rPr>
          <w:b/>
          <w:color w:val="auto"/>
        </w:rPr>
        <w:t xml:space="preserve">Hebrews 13:5-6</w:t>
      </w:r>
      <w:r>
        <w:rPr>
          <w:color w:val="auto"/>
        </w:rPr>
        <w:t xml:space="preserve"> — God has said: “</w:t>
      </w:r>
      <w:r>
        <w:rPr>
          <w:color w:val="auto"/>
        </w:rPr>
        <w:t xml:space="preserve">Never will I leave you, never will I forsake you</w:t>
      </w:r>
      <w:r>
        <w:rPr>
          <w:b w:val="false"/>
          <w:i w:val="false"/>
          <w:color w:val="auto"/>
          <w:u w:val="none"/>
        </w:rPr>
        <w:t xml:space="preserve"> [3DKA]</w:t>
      </w:r>
      <w:r>
        <w:rPr>
          <w:color w:val="auto"/>
        </w:rPr>
        <w:t xml:space="preserve">.” So we say with confidence: “</w:t>
      </w:r>
      <w:r>
        <w:rPr>
          <w:color w:val="auto"/>
        </w:rPr>
        <w:t xml:space="preserve">The Lord is my helper</w:t>
      </w:r>
      <w:r>
        <w:rPr>
          <w:b w:val="false"/>
          <w:i w:val="false"/>
          <w:color w:val="auto"/>
          <w:u w:val="none"/>
        </w:rPr>
        <w:t xml:space="preserve"> [5DSB]</w:t>
      </w:r>
      <w:r>
        <w:rPr>
          <w:color w:val="auto"/>
        </w:rPr>
        <w:t xml:space="preserve">; </w:t>
      </w:r>
      <w:r>
        <w:rPr>
          <w:color w:val="auto"/>
        </w:rPr>
        <w:t xml:space="preserve">I will not be afraid</w:t>
      </w:r>
      <w:r>
        <w:rPr>
          <w:b w:val="false"/>
          <w:i w:val="false"/>
          <w:color w:val="auto"/>
          <w:u w:val="none"/>
        </w:rPr>
        <w:t xml:space="preserve"> [4CJE]</w:t>
      </w:r>
      <w:r>
        <w:rPr>
          <w:color w:val="auto"/>
        </w:rPr>
        <w:t xml:space="preserve">. </w:t>
      </w:r>
      <w:r>
        <w:rPr>
          <w:color w:val="auto"/>
        </w:rPr>
        <w:t xml:space="preserve">What can man do to me</w:t>
      </w:r>
      <w:r>
        <w:rPr>
          <w:b w:val="false"/>
          <w:i w:val="false"/>
          <w:color w:val="auto"/>
          <w:u w:val="none"/>
        </w:rPr>
        <w:t xml:space="preserve"> [2LLD]</w:t>
      </w:r>
      <w:r>
        <w:rPr>
          <w:color w:val="auto"/>
        </w:rPr>
        <w:t xml:space="preserve">?”</w:t>
      </w:r>
    </w:p>
    <w:p>
      <w:pPr>
        <w:pStyle w:val="Yellow"/>
        <w:rPr/>
      </w:pPr>
      <w:r>
        <w:rPr>
          <w:b/>
          <w:color w:val="auto"/>
        </w:rPr>
        <w:t xml:space="preserve">2 Peter 1:5-11</w:t>
      </w:r>
      <w:r>
        <w:rPr>
          <w:color w:val="auto"/>
        </w:rPr>
        <w:t xml:space="preserve"> — For this very reason, </w:t>
      </w:r>
      <w:r>
        <w:rPr>
          <w:color w:val="auto"/>
        </w:rPr>
        <w:t xml:space="preserve">make every effort to add to your faith virtue; and to virtue, knowledge; and to knowledge, self-control; and to self-control, perseverance; and to perseverance, godliness; and to godliness, brotherly kindness; and to brotherly kindness, love</w:t>
      </w:r>
      <w:r>
        <w:rPr>
          <w:b w:val="false"/>
          <w:i w:val="false"/>
          <w:color w:val="auto"/>
          <w:u w:val="none"/>
        </w:rPr>
        <w:t xml:space="preserve"> [1KOQ]</w:t>
      </w:r>
      <w:r>
        <w:rPr>
          <w:color w:val="auto"/>
        </w:rPr>
        <w:t xml:space="preserve">. For </w:t>
      </w:r>
      <w:r>
        <w:rPr>
          <w:color w:val="auto"/>
        </w:rPr>
        <w:t xml:space="preserve">if you possess these qualities and continue to grow in them, they will keep you from being ineffective and unproductive in your knowledge of our Lord Jesus Christ</w:t>
      </w:r>
      <w:r>
        <w:rPr>
          <w:b w:val="false"/>
          <w:i w:val="false"/>
          <w:color w:val="auto"/>
          <w:u w:val="none"/>
        </w:rPr>
        <w:t xml:space="preserve"> [1KOR]</w:t>
      </w:r>
      <w:r>
        <w:rPr>
          <w:color w:val="auto"/>
        </w:rPr>
        <w:t xml:space="preserve">. But </w:t>
      </w:r>
      <w:r>
        <w:rPr>
          <w:color w:val="auto"/>
        </w:rPr>
        <w:t xml:space="preserve">whoever lacks these traits is nearsighted to the point of blindness</w:t>
      </w:r>
      <w:r>
        <w:rPr>
          <w:b w:val="false"/>
          <w:i w:val="false"/>
          <w:color w:val="auto"/>
          <w:u w:val="none"/>
        </w:rPr>
        <w:t xml:space="preserve"> [1KOS]</w:t>
      </w:r>
      <w:r>
        <w:rPr>
          <w:color w:val="auto"/>
        </w:rPr>
        <w:t xml:space="preserve">, </w:t>
      </w:r>
      <w:r>
        <w:rPr>
          <w:color w:val="auto"/>
        </w:rPr>
        <w:t xml:space="preserve">having forgotten that he has been cleansed from his past sins</w:t>
      </w:r>
      <w:r>
        <w:rPr>
          <w:b w:val="false"/>
          <w:i w:val="false"/>
          <w:color w:val="auto"/>
          <w:u w:val="none"/>
        </w:rPr>
        <w:t xml:space="preserve"> [1KOT]</w:t>
      </w:r>
      <w:r>
        <w:rPr>
          <w:color w:val="auto"/>
        </w:rPr>
        <w:t xml:space="preserve">. Therefore, brothers, </w:t>
      </w:r>
      <w:r>
        <w:rPr>
          <w:color w:val="auto"/>
        </w:rPr>
        <w:t xml:space="preserve">strive to make your calling and election sure</w:t>
      </w:r>
      <w:r>
        <w:rPr>
          <w:b w:val="false"/>
          <w:i w:val="false"/>
          <w:color w:val="auto"/>
          <w:u w:val="none"/>
        </w:rPr>
        <w:t xml:space="preserve"> [1KOU]</w:t>
      </w:r>
      <w:r>
        <w:rPr>
          <w:color w:val="auto"/>
        </w:rPr>
        <w:t xml:space="preserve">. For </w:t>
      </w:r>
      <w:r>
        <w:rPr>
          <w:color w:val="auto"/>
        </w:rPr>
        <w:t xml:space="preserve">if you practice these things you will never stumble</w:t>
      </w:r>
      <w:r>
        <w:rPr>
          <w:b w:val="false"/>
          <w:i w:val="false"/>
          <w:color w:val="auto"/>
          <w:u w:val="none"/>
        </w:rPr>
        <w:t xml:space="preserve"> [1KOV]</w:t>
      </w:r>
      <w:r>
        <w:rPr>
          <w:color w:val="auto"/>
        </w:rPr>
        <w:t xml:space="preserve">, and </w:t>
      </w:r>
      <w:r>
        <w:rPr>
          <w:color w:val="auto"/>
        </w:rPr>
        <w:t xml:space="preserve">you will receive a lavish reception into the eternal kingdom of our Lord and Savior Jesus Christ</w:t>
      </w:r>
      <w:r>
        <w:rPr>
          <w:b w:val="false"/>
          <w:i w:val="false"/>
          <w:color w:val="auto"/>
          <w:u w:val="none"/>
        </w:rPr>
        <w:t xml:space="preserve"> [1KOW]</w:t>
      </w:r>
      <w:r>
        <w:rPr>
          <w:color w:val="auto"/>
        </w:rPr>
        <w:t xml:space="preserve">.</w:t>
      </w:r>
    </w:p>
    <w:p>
      <w:pPr>
        <w:pStyle w:val="Yellow"/>
        <w:rPr/>
      </w:pPr>
      <w:r>
        <w:rPr>
          <w:b/>
          <w:u w:val="none"/>
        </w:rPr>
        <w:t>1 John 2:1–2</w:t>
      </w:r>
      <w:r>
        <w:rPr>
          <w:u w:val="none"/>
        </w:rPr>
        <w:t xml:space="preserve"> — But </w:t>
      </w:r>
      <w:r>
        <w:rPr>
          <w:u w:val="none"/>
          <w:shd w:fill="B7DDE8" w:val="clear"/>
        </w:rPr>
        <w:t>if anyone does sin, we have an advocate before the Father—Jesus Christ</w:t>
      </w:r>
      <w:r>
        <w:rPr>
          <w:b w:val="false"/>
          <w:i w:val="false"/>
          <w:color w:val="000000"/>
          <w:u w:val="none"/>
        </w:rPr>
        <w:t xml:space="preserve"> [1BDJ]</w:t>
      </w:r>
      <w:r>
        <w:rPr>
          <w:u w:val="none"/>
          <w:shd w:fill="B7DDE8" w:val="clear"/>
        </w:rPr>
        <w:t>, the Righteous One</w:t>
      </w:r>
      <w:r>
        <w:rPr>
          <w:b w:val="false"/>
          <w:i w:val="false"/>
          <w:color w:val="000000"/>
          <w:u w:val="none"/>
        </w:rPr>
        <w:t xml:space="preserve"> [2BDK]</w:t>
      </w:r>
      <w:r>
        <w:rPr>
          <w:u w:val="none"/>
        </w:rPr>
        <w:t xml:space="preserve">. </w:t>
      </w:r>
      <w:r>
        <w:rPr>
          <w:u w:val="none"/>
          <w:shd w:fill="B7DDE8" w:val="clear"/>
        </w:rPr>
        <w:t>He Himself is the atoning sacrifice for our sins</w:t>
      </w:r>
      <w:r>
        <w:rPr>
          <w:b w:val="false"/>
          <w:i w:val="false"/>
          <w:u w:val="none"/>
          <w:color w:val="000000"/>
        </w:rPr>
        <w:t xml:space="preserve"> [2BAP]</w:t>
      </w:r>
      <w:r>
        <w:rPr>
          <w:u w:val="none"/>
        </w:rPr>
        <w:t xml:space="preserve">, and </w:t>
      </w:r>
      <w:r>
        <w:rPr>
          <w:u w:val="none"/>
          <w:shd w:fill="B7DDE8" w:val="clear"/>
        </w:rPr>
        <w:t>not only for ours but also for the sins of the whole world</w:t>
      </w:r>
      <w:r>
        <w:rPr>
          <w:b w:val="false"/>
          <w:i w:val="false"/>
          <w:color w:val="000000"/>
          <w:u w:val="none"/>
        </w:rPr>
        <w:t xml:space="preserve"> [1BDL]</w:t>
      </w:r>
      <w:r>
        <w:rPr>
          <w:u w:val="none"/>
        </w:rPr>
        <w:t>.</w:t>
      </w:r>
    </w:p>
    <w:p>
      <w:pPr>
        <w:pStyle w:val="Yellow"/>
        <w:rPr/>
      </w:pPr>
      <w:r>
        <w:rPr/>
        <w:t xml:space="preserve">(1Jn1:5 “God”) </w:t>
      </w:r>
      <w:r>
        <w:rPr>
          <w:b/>
        </w:rPr>
        <w:t>1 John 2:3</w:t>
      </w:r>
      <w:r>
        <w:rPr/>
        <w:t xml:space="preserve"> — By this </w:t>
      </w:r>
      <w:r>
        <w:rPr>
          <w:shd w:fill="B7DDE8" w:val="clear"/>
        </w:rPr>
        <w:t xml:space="preserve">we can be sure that we have come to know {Him}: if we </w:t>
      </w:r>
      <w:r>
        <w:rPr>
          <w:shd w:fill="B7DDE8" w:val="clear"/>
        </w:rPr>
        <w:t>keep His commandments</w:t>
      </w:r>
      <w:r>
        <w:rPr>
          <w:b w:val="false"/>
          <w:i w:val="false"/>
          <w:color w:val="000000"/>
          <w:u w:val="none"/>
        </w:rPr>
        <w:t xml:space="preserve"> [1WT]</w:t>
      </w:r>
      <w:r>
        <w:rPr/>
        <w:t>.</w:t>
      </w:r>
    </w:p>
    <w:p>
      <w:pPr>
        <w:pStyle w:val="Yellow"/>
        <w:rPr/>
      </w:pPr>
      <w:r>
        <w:rPr>
          <w:b/>
        </w:rPr>
        <w:t xml:space="preserve">1 John 2:24</w:t>
      </w:r>
      <w:r>
        <w:rPr/>
        <w:t xml:space="preserve"> — As for you, </w:t>
      </w:r>
      <w:r>
        <w:rPr>
          <w:shd w:fill="548235" w:val="clear" w:color="auto"/>
          <w:color w:val="FFFFFF"/>
        </w:rPr>
        <w:t xml:space="preserve">let what you have heard from the beginning remain in you</w:t>
      </w:r>
      <w:r>
        <w:rPr>
          <w:b w:val="false"/>
          <w:i w:val="false"/>
          <w:color w:val="FFFFFF"/>
          <w:u w:val="none"/>
          <w:shd w:val="clear" w:color="auto" w:fill="548235"/>
        </w:rPr>
        <w:t xml:space="preserve"> [1KZU]</w:t>
      </w:r>
      <w:r>
        <w:rPr>
          <w:shd w:val="clear" w:color="auto" w:fill="548235"/>
          <w:color w:val="FFFFFF"/>
        </w:rPr>
        <w:t xml:space="preserve">. </w:t>
      </w:r>
      <w:r>
        <w:rPr>
          <w:shd w:fill="B7DDE8" w:val="clear"/>
        </w:rPr>
        <w:t xml:space="preserve">If it does, you will also remain in the Son and in the Father</w:t>
      </w:r>
      <w:r>
        <w:rPr>
          <w:b w:val="false"/>
          <w:i w:val="false"/>
          <w:color w:val="000000"/>
          <w:u w:val="none"/>
        </w:rPr>
        <w:t xml:space="preserve"> [1KZV]</w:t>
      </w:r>
      <w:r>
        <w:rPr/>
        <w:t xml:space="preserve">.</w:t>
      </w:r>
    </w:p>
    <w:p>
      <w:pPr>
        <w:pStyle w:val="Yellow"/>
        <w:rPr/>
      </w:pPr>
      <w:r>
        <w:rPr>
          <w:b/>
        </w:rPr>
        <w:t xml:space="preserve">1 John 3:18–20</w:t>
      </w:r>
      <w:r>
        <w:rPr/>
        <w:t xml:space="preserve"> — Little children, </w:t>
      </w:r>
      <w:r>
        <w:rPr>
          <w:shd w:fill="B7DDE8" w:val="clear"/>
        </w:rPr>
        <w:t xml:space="preserve">let us love not in word and speech, but in action and truth</w:t>
      </w:r>
      <w:r>
        <w:rPr>
          <w:b w:val="false"/>
          <w:i w:val="false"/>
          <w:color w:val="000000"/>
          <w:u w:val="none"/>
        </w:rPr>
        <w:t xml:space="preserve"> [1INJ]</w:t>
      </w:r>
      <w:r>
        <w:rPr/>
        <w:t xml:space="preserve">. And </w:t>
      </w:r>
      <w:r>
        <w:rPr>
          <w:shd w:fill="B7DDE8" w:val="clear"/>
        </w:rPr>
        <w:t xml:space="preserve">by this we will know that we belong to the truth</w:t>
      </w:r>
      <w:r>
        <w:rPr>
          <w:b w:val="false"/>
          <w:i w:val="false"/>
          <w:color w:val="000000"/>
          <w:u w:val="none"/>
        </w:rPr>
        <w:t xml:space="preserve"> [1INK]</w:t>
      </w:r>
      <w:r>
        <w:rPr/>
        <w:t xml:space="preserve">, and </w:t>
      </w:r>
      <w:r>
        <w:rPr>
          <w:shd w:fill="B7DDE8" w:val="clear"/>
        </w:rPr>
        <w:t xml:space="preserve">will assure our hearts in His presence</w:t>
      </w:r>
      <w:r>
        <w:rPr>
          <w:b w:val="false"/>
          <w:i w:val="false"/>
          <w:color w:val="000000"/>
          <w:u w:val="none"/>
        </w:rPr>
        <w:t xml:space="preserve"> [1INL]</w:t>
      </w:r>
      <w:r>
        <w:rPr/>
        <w:t xml:space="preserve">: </w:t>
      </w:r>
      <w:r>
        <w:rPr>
          <w:shd w:fill="B7DDE8" w:val="clear"/>
        </w:rPr>
        <w:t xml:space="preserve">Even if our hearts condemn us, God is greater than our hearts</w:t>
      </w:r>
      <w:r>
        <w:rPr>
          <w:b w:val="false"/>
          <w:i w:val="false"/>
          <w:color w:val="000000"/>
          <w:u w:val="none"/>
        </w:rPr>
        <w:t xml:space="preserve"> [1INM]</w:t>
      </w:r>
      <w:r>
        <w:rPr/>
        <w:t xml:space="preserve">, and </w:t>
      </w:r>
      <w:r>
        <w:rPr>
          <w:color w:val="000000"/>
        </w:rPr>
        <w:t xml:space="preserve">He knows all things</w:t>
      </w:r>
      <w:r>
        <w:rPr>
          <w:b w:val="false"/>
          <w:i w:val="false"/>
          <w:color w:val="000000"/>
          <w:u w:val="none"/>
        </w:rPr>
        <w:t xml:space="preserve"> [2DBI]</w:t>
      </w:r>
      <w:r>
        <w:rPr/>
        <w:t xml:space="preserve">.</w:t>
      </w:r>
    </w:p>
    <w:p>
      <w:pPr>
        <w:pStyle w:val="Yellow"/>
        <w:rPr/>
      </w:pPr>
      <w:r>
        <w:rPr>
          <w:shd w:val="clear" w:color="auto" w:fill="548235"/>
          <w:color w:val="FFFFFF"/>
        </w:rPr>
        <w:t xml:space="preserve">(1Jn4:12 “God”) </w:t>
      </w:r>
      <w:r>
        <w:rPr>
          <w:b/>
          <w:shd w:val="clear" w:color="auto" w:fill="548235"/>
          <w:color w:val="FFFFFF"/>
        </w:rPr>
        <w:t>1 John 4:13</w:t>
      </w:r>
      <w:r>
        <w:rPr>
          <w:shd w:val="clear" w:color="auto" w:fill="548235"/>
          <w:color w:val="FFFFFF"/>
        </w:rPr>
        <w:t xml:space="preserve"> — </w:t>
      </w:r>
      <w:r>
        <w:rPr>
          <w:shd w:fill="548235" w:val="clear" w:color="auto"/>
          <w:color w:val="FFFFFF"/>
        </w:rPr>
        <w:t>By this we know that we remain in {Him}, and He in us: He has given us of His Spirit</w:t>
      </w:r>
      <w:r>
        <w:rPr>
          <w:b w:val="false"/>
          <w:i w:val="false"/>
          <w:color w:val="FFFFFF"/>
          <w:u w:val="none"/>
          <w:shd w:val="clear" w:color="auto" w:fill="548235"/>
        </w:rPr>
        <w:t xml:space="preserve"> [1MCN]</w:t>
      </w:r>
      <w:r>
        <w:rPr>
          <w:shd w:val="clear" w:color="auto" w:fill="548235"/>
          <w:color w:val="FFFFFF"/>
        </w:rPr>
        <w:t>.</w:t>
      </w:r>
    </w:p>
    <w:p>
      <w:pPr>
        <w:pStyle w:val="Yellow"/>
        <w:rPr/>
      </w:pPr>
      <w:r>
        <w:rPr>
          <w:b/>
        </w:rPr>
        <w:t xml:space="preserve">1 John 4:16–17</w:t>
      </w:r>
      <w:r>
        <w:rPr/>
        <w:t xml:space="preserve"> — </w:t>
      </w:r>
      <w:r>
        <w:rPr/>
        <w:t xml:space="preserve">God is love</w:t>
      </w:r>
      <w:r>
        <w:rPr>
          <w:b w:val="false"/>
          <w:i w:val="false"/>
          <w:color w:val="000000"/>
          <w:u w:val="none"/>
        </w:rPr>
        <w:t xml:space="preserve"> [2INX]</w:t>
      </w:r>
      <w:r>
        <w:rPr/>
        <w:t xml:space="preserve">; </w:t>
      </w:r>
      <w:r>
        <w:rPr>
          <w:shd w:fill="B7DDE8" w:val="clear"/>
        </w:rPr>
        <w:t xml:space="preserve">whoever abides in love abides in God, and God in him</w:t>
      </w:r>
      <w:r>
        <w:rPr>
          <w:b w:val="false"/>
          <w:i w:val="false"/>
          <w:color w:val="000000"/>
          <w:u w:val="none"/>
        </w:rPr>
        <w:t xml:space="preserve"> [1INY]</w:t>
      </w:r>
      <w:r>
        <w:rPr/>
        <w:t xml:space="preserve">. In this way, </w:t>
      </w:r>
      <w:r>
        <w:rPr>
          <w:shd w:fill="B7DDE8" w:val="clear"/>
        </w:rPr>
        <w:t xml:space="preserve">love has been perfected among us</w:t>
      </w:r>
      <w:r>
        <w:rPr>
          <w:b w:val="false"/>
          <w:i w:val="false"/>
          <w:color w:val="000000"/>
          <w:u w:val="none"/>
        </w:rPr>
        <w:t xml:space="preserve"> [2FUE]</w:t>
      </w:r>
      <w:r>
        <w:rPr/>
        <w:t xml:space="preserve">, </w:t>
      </w:r>
      <w:r>
        <w:rPr>
          <w:shd w:fill="B7DDE8" w:val="clear"/>
        </w:rPr>
        <w:t xml:space="preserve">so that we may have confidence on the day of judgment</w:t>
      </w:r>
      <w:r>
        <w:rPr>
          <w:b w:val="false"/>
          <w:i w:val="false"/>
          <w:color w:val="000000"/>
          <w:u w:val="none"/>
        </w:rPr>
        <w:t xml:space="preserve"> [1INZ]</w:t>
      </w:r>
      <w:r>
        <w:rPr/>
        <w:t xml:space="preserve">; for </w:t>
      </w:r>
      <w:r>
        <w:rPr>
          <w:shd w:fill="B7DDE8" w:val="clear"/>
        </w:rPr>
        <w:t xml:space="preserve">in this world we are just like Him</w:t>
      </w:r>
      <w:r>
        <w:rPr>
          <w:b w:val="false"/>
          <w:i w:val="false"/>
          <w:color w:val="000000"/>
          <w:u w:val="none"/>
        </w:rPr>
        <w:t xml:space="preserve"> [1IOA]</w:t>
      </w:r>
      <w:r>
        <w:rPr/>
        <w:t xml:space="preserve">.</w:t>
      </w:r>
    </w:p>
    <w:p>
      <w:pPr>
        <w:pStyle w:val="Yellow"/>
        <w:rPr/>
      </w:pPr>
      <w:r>
        <w:rPr/>
        <w:t xml:space="preserve">(1Jn5:11 “God”) </w:t>
      </w:r>
      <w:r>
        <w:rPr>
          <w:b/>
        </w:rPr>
        <w:t>1 John 5:14–15</w:t>
      </w:r>
      <w:r>
        <w:rPr/>
        <w:t xml:space="preserve"> — And </w:t>
      </w:r>
      <w:r>
        <w:rPr>
          <w:shd w:fill="B7DDE8" w:val="clear"/>
        </w:rPr>
        <w:t>this is the confidence that we have before {Him}</w:t>
      </w:r>
      <w:r>
        <w:rPr>
          <w:b w:val="false"/>
          <w:i w:val="false"/>
          <w:color w:val="000000"/>
          <w:u w:val="none"/>
        </w:rPr>
        <w:t xml:space="preserve"> [1MCI]</w:t>
      </w:r>
      <w:r>
        <w:rPr/>
        <w:t xml:space="preserve">: </w:t>
      </w:r>
      <w:r>
        <w:rPr>
          <w:shd w:fill="B7DDE8" w:val="clear"/>
        </w:rPr>
        <w:t>If we ask anything according to His will, He hears us</w:t>
      </w:r>
      <w:r>
        <w:rPr>
          <w:b w:val="false"/>
          <w:i w:val="false"/>
          <w:color w:val="000000"/>
          <w:u w:val="none"/>
        </w:rPr>
        <w:t xml:space="preserve"> [1MCJ]</w:t>
      </w:r>
      <w:r>
        <w:rPr/>
        <w:t xml:space="preserve">. And </w:t>
      </w:r>
      <w:r>
        <w:rPr>
          <w:shd w:fill="B7DDE8" w:val="clear"/>
        </w:rPr>
        <w:t>if we know that He hears us in whatever we ask, we know that we already possess what we have asked of Him</w:t>
      </w:r>
      <w:r>
        <w:rPr>
          <w:b w:val="false"/>
          <w:i w:val="false"/>
          <w:color w:val="000000"/>
          <w:u w:val="none"/>
        </w:rPr>
        <w:t xml:space="preserve"> [1MCK]</w:t>
      </w:r>
      <w:r>
        <w:rPr/>
        <w:t>.</w:t>
      </w:r>
    </w:p>
    <w:p>
      <w:pPr>
        <w:pStyle w:val="Yellow"/>
        <w:rPr/>
      </w:pPr>
      <w:r>
        <w:rPr>
          <w:b/>
          <w:u w:val="none"/>
        </w:rPr>
        <w:t>1 John 5:20</w:t>
      </w:r>
      <w:r>
        <w:rPr>
          <w:u w:val="none"/>
        </w:rPr>
        <w:t xml:space="preserve"> — And we know that </w:t>
      </w:r>
      <w:r>
        <w:rPr>
          <w:u w:val="none"/>
          <w:shd w:val="clear" w:fill="B7DDE8"/>
        </w:rPr>
        <w:t>the Son of God has come</w:t>
      </w:r>
      <w:r>
        <w:rPr>
          <w:b w:val="false"/>
          <w:i w:val="false"/>
          <w:color w:val="000000"/>
          <w:u w:val="none"/>
        </w:rPr>
        <w:t xml:space="preserve"> [1CKR]</w:t>
      </w:r>
      <w:r>
        <w:rPr>
          <w:u w:val="none"/>
        </w:rPr>
        <w:t xml:space="preserve"> and </w:t>
      </w:r>
      <w:r>
        <w:rPr>
          <w:u w:val="none"/>
          <w:shd w:val="clear" w:fill="B7DDE8"/>
        </w:rPr>
        <w:t>has given us understanding</w:t>
      </w:r>
      <w:r>
        <w:rPr>
          <w:b w:val="false"/>
          <w:i w:val="false"/>
          <w:color w:val="000000"/>
          <w:u w:val="none"/>
        </w:rPr>
        <w:t xml:space="preserve"> [1CKS]</w:t>
      </w:r>
      <w:r>
        <w:rPr>
          <w:u w:val="none"/>
        </w:rPr>
        <w:t xml:space="preserve">, </w:t>
      </w:r>
      <w:r>
        <w:rPr>
          <w:u w:val="none"/>
          <w:shd w:val="clear" w:fill="B7DDE8"/>
        </w:rPr>
        <w:t>so that we may know Him who is true</w:t>
      </w:r>
      <w:r>
        <w:rPr>
          <w:b w:val="false"/>
          <w:i w:val="false"/>
          <w:color w:val="000000"/>
          <w:u w:val="none"/>
        </w:rPr>
        <w:t xml:space="preserve"> [1CKT]</w:t>
      </w:r>
      <w:r>
        <w:rPr>
          <w:u w:val="none"/>
        </w:rPr>
        <w:t xml:space="preserve">; and </w:t>
      </w:r>
      <w:r>
        <w:rPr>
          <w:u w:val="none"/>
          <w:shd w:val="clear" w:fill="B7DDE8"/>
        </w:rPr>
        <w:t>we are in Him who is true—in His Son Jesus Christ</w:t>
      </w:r>
      <w:r>
        <w:rPr>
          <w:b w:val="false"/>
          <w:i w:val="false"/>
          <w:color w:val="000000"/>
          <w:u w:val="none"/>
        </w:rPr>
        <w:t xml:space="preserve"> [1CKU]</w:t>
      </w:r>
      <w:r>
        <w:rPr>
          <w:u w:val="none"/>
        </w:rPr>
        <w:t xml:space="preserve">. </w:t>
      </w:r>
      <w:r>
        <w:rPr>
          <w:u w:val="none"/>
          <w:shd w:val="clear" w:fill="B7DDE8"/>
        </w:rPr>
        <w:t>He is the true God</w:t>
      </w:r>
      <w:r>
        <w:rPr>
          <w:b w:val="false"/>
          <w:i w:val="false"/>
          <w:color w:val="000000"/>
          <w:u w:val="none"/>
        </w:rPr>
        <w:t xml:space="preserve"> [2CKV]</w:t>
      </w:r>
      <w:r>
        <w:rPr>
          <w:u w:val="none"/>
        </w:rPr>
        <w:t xml:space="preserve"> and </w:t>
      </w:r>
      <w:r>
        <w:rPr>
          <w:u w:val="none"/>
          <w:shd w:val="clear" w:fill="B7DDE8"/>
        </w:rPr>
        <w:t>eternal life</w:t>
      </w:r>
      <w:r>
        <w:rPr>
          <w:b w:val="false"/>
          <w:i w:val="false"/>
          <w:color w:val="000000"/>
          <w:u w:val="none"/>
        </w:rPr>
        <w:t xml:space="preserve"> [1CKW]</w:t>
      </w:r>
      <w:r>
        <w:rPr>
          <w:u w:val="none"/>
        </w:rPr>
        <w:t>.</w:t>
      </w:r>
    </w:p>
    <w:p>
      <w:r>
        <w:rPr>
          <w:b/>
          <w:sz w:val="32"/>
        </w:rPr>
        <w:t>Confession  (10)</w:t>
      </w:r>
    </w:p>
    <w:p>
      <w:pPr>
        <w:pStyle w:val="Yellow"/>
        <w:rPr/>
      </w:pPr>
      <w:r>
        <w:rPr/>
        <w:t xml:space="preserve">(Mt10:31 “do not be afraid”¹) </w:t>
      </w:r>
      <w:r>
        <w:rPr>
          <w:b/>
        </w:rPr>
        <w:t xml:space="preserve">Matthew 10:32</w:t>
      </w:r>
      <w:r>
        <w:rPr/>
        <w:t xml:space="preserve"> — {Therefore} </w:t>
      </w:r>
      <w:r>
        <w:rPr>
          <w:shd w:fill="548235" w:val="clear" w:color="auto"/>
          <w:color w:val="FFFFFF"/>
        </w:rPr>
        <w:t xml:space="preserve">everyone who confesses Me before men</w:t>
      </w:r>
      <w:r>
        <w:rPr>
          <w:b w:val="false"/>
          <w:i w:val="false"/>
          <w:color w:val="FFFFFF"/>
          <w:u w:val="none"/>
          <w:shd w:val="clear" w:color="auto" w:fill="548235"/>
        </w:rPr>
        <w:t xml:space="preserve"> [1LCD]</w:t>
      </w:r>
      <w:r>
        <w:rPr>
          <w:shd w:val="clear" w:color="auto" w:fill="548235"/>
          <w:color w:val="FFFFFF"/>
        </w:rPr>
        <w:t xml:space="preserve">, </w:t>
      </w:r>
      <w:r>
        <w:rPr>
          <w:shd w:fill="B7DDE8" w:val="clear"/>
        </w:rPr>
        <w:t xml:space="preserve">I will also confess him before My Father in heaven</w:t>
      </w:r>
      <w:r>
        <w:rPr>
          <w:b w:val="false"/>
          <w:i w:val="false"/>
          <w:color w:val="000000"/>
          <w:u w:val="none"/>
        </w:rPr>
        <w:t xml:space="preserve"> [1LCE]</w:t>
      </w:r>
      <w:r>
        <w:rPr/>
        <w:t xml:space="preserve">.</w:t>
      </w:r>
    </w:p>
    <w:p>
      <w:pPr>
        <w:pStyle w:val="Yellow"/>
        <w:rPr/>
      </w:pPr>
      <w:r>
        <w:rPr/>
        <w:t xml:space="preserve">(Mt10:32 I will “confess” “everyone who confesses Me”¹) </w:t>
      </w:r>
      <w:r>
        <w:rPr>
          <w:b/>
        </w:rPr>
        <w:t>Matthew 10:33</w:t>
      </w:r>
      <w:r>
        <w:rPr/>
        <w:t xml:space="preserve"> — {But} </w:t>
      </w:r>
      <w:r>
        <w:rPr>
          <w:shd w:fill="B7DDE8" w:val="clear"/>
        </w:rPr>
        <w:t>whoever denies Me before men, I will also deny him before My Father in heaven</w:t>
      </w:r>
      <w:r>
        <w:rPr>
          <w:b w:val="false"/>
          <w:i w:val="false"/>
          <w:color w:val="000000"/>
          <w:u w:val="none"/>
        </w:rPr>
        <w:t xml:space="preserve"> [1LZX]</w:t>
      </w:r>
      <w:r>
        <w:rPr/>
        <w:t>.</w:t>
      </w:r>
    </w:p>
    <w:p>
      <w:pPr>
        <w:pStyle w:val="Yellow"/>
        <w:rPr/>
      </w:pPr>
      <w:r>
        <w:rPr>
          <w:b/>
        </w:rPr>
        <w:t>Mark 8:38</w:t>
      </w:r>
      <w:r>
        <w:t xml:space="preserve"> — </w:t>
      </w:r>
      <w:r>
        <w:rPr>
          <w:shd w:fill="B7DDE8" w:val="clear"/>
        </w:rPr>
        <w:t xml:space="preserve">If anyone is ashamed of Me and My words in this adulterous and sinful generation, the Son of Man will also be ashamed of him </w:t>
      </w:r>
      <w:r>
        <w:rPr>
          <w:shd w:fill="B7DDE8" w:val="clear"/>
        </w:rPr>
        <w:t>when He comes in His Father’s glory with the holy angels</w:t>
      </w:r>
      <w:r>
        <w:rPr>
          <w:b w:val="false"/>
          <w:i w:val="false"/>
          <w:color w:val="000000"/>
          <w:u w:val="none"/>
        </w:rPr>
        <w:t xml:space="preserve"> [1APJ]</w:t>
      </w:r>
      <w:r>
        <w:t>.”</w:t>
      </w:r>
    </w:p>
    <w:p>
      <w:pPr>
        <w:pStyle w:val="Yellow"/>
        <w:rPr/>
      </w:pPr>
      <w:r>
        <w:rPr>
          <w:b/>
          <w:shd w:val="clear" w:color="auto" w:fill="C00000"/>
          <w:color w:val="FFFFFF"/>
        </w:rPr>
        <w:t>Luke 9:26</w:t>
      </w:r>
      <w:r>
        <w:rPr>
          <w:shd w:val="clear" w:color="auto" w:fill="C00000"/>
          <w:color w:val="FFFFFF"/>
        </w:rPr>
        <w:t xml:space="preserve"> — </w:t>
      </w:r>
      <w:r>
        <w:rPr>
          <w:shd w:val="clear" w:color="auto" w:fill="C00000"/>
          <w:color w:val="FFFFFF"/>
        </w:rPr>
        <w:t xml:space="preserve">If anyone is ashamed of Me and My words, the Son of Man will be ashamed of him </w:t>
      </w:r>
      <w:r>
        <w:rPr>
          <w:shd w:val="clear" w:color="auto" w:fill="C00000"/>
          <w:color w:val="FFFFFF"/>
        </w:rPr>
        <w:t>when He comes in His glory and in the glory of the Father and of the holy angels</w:t>
      </w:r>
      <w:r>
        <w:rPr>
          <w:b w:val="false"/>
          <w:i w:val="false"/>
          <w:u w:val="none"/>
          <w:shd w:val="clear" w:color="auto" w:fill="C00000"/>
          <w:color w:val="FFFFFF"/>
        </w:rPr>
        <w:t xml:space="preserve"> [1APL]</w:t>
      </w:r>
      <w:r>
        <w:rPr>
          <w:shd w:val="clear" w:color="auto" w:fill="C00000"/>
          <w:color w:val="FFFFFF"/>
        </w:rPr>
        <w:t>.</w:t>
      </w:r>
    </w:p>
    <w:p>
      <w:pPr>
        <w:pStyle w:val="Yellow"/>
        <w:rPr/>
      </w:pPr>
      <w:r>
        <w:rPr>
          <w:b/>
          <w:color w:val="000000"/>
        </w:rPr>
        <w:t>Luke 12:8</w:t>
      </w:r>
      <w:r>
        <w:rPr>
          <w:color w:val="000000"/>
        </w:rPr>
        <w:t xml:space="preserve"> — I tell you, </w:t>
      </w:r>
      <w:r>
        <w:rPr>
          <w:color w:val="000000"/>
        </w:rPr>
        <w:t>everyone who confesses Me before men, the Son of Man will also confess him before the angels of God</w:t>
      </w:r>
      <w:r>
        <w:rPr>
          <w:b w:val="false"/>
          <w:i w:val="false"/>
          <w:color w:val="000000"/>
          <w:u w:val="none"/>
        </w:rPr>
        <w:t xml:space="preserve"> [1ANA]</w:t>
      </w:r>
      <w:r>
        <w:rPr>
          <w:color w:val="000000"/>
        </w:rPr>
        <w:t>.</w:t>
      </w:r>
    </w:p>
    <w:p>
      <w:pPr>
        <w:pStyle w:val="Yellow"/>
        <w:rPr/>
        <w:pBdr>
          <w:left w:val="single" w:sz="28" w:space="5" w:color="C00000"/>
        </w:pBdr>
      </w:pPr>
      <w:r>
        <w:rPr>
          <w:b/>
          <w:shd w:val="clear" w:color="auto" w:fill="548235"/>
          <w:color w:val="FFFFFF"/>
        </w:rPr>
        <w:t>Luke 12:9</w:t>
      </w:r>
      <w:r>
        <w:rPr>
          <w:shd w:val="clear" w:color="auto" w:fill="548235"/>
          <w:color w:val="FFFFFF"/>
        </w:rPr>
        <w:t xml:space="preserve"> — </w:t>
      </w:r>
      <w:r>
        <w:rPr>
          <w:shd w:fill="548235" w:val="clear" w:color="auto"/>
          <w:color w:val="FFFFFF"/>
        </w:rPr>
        <w:t>whoever denies Me before men will be denied before the angels of God</w:t>
      </w:r>
      <w:r>
        <w:rPr>
          <w:b w:val="false"/>
          <w:i w:val="false"/>
          <w:color w:val="FFFFFF"/>
          <w:u w:val="none"/>
          <w:shd w:val="clear" w:color="auto" w:fill="548235"/>
        </w:rPr>
        <w:t xml:space="preserve"> [1LZY]</w:t>
      </w:r>
      <w:r>
        <w:rPr>
          <w:shd w:val="clear" w:color="auto" w:fill="548235"/>
          <w:color w:val="FFFFFF"/>
        </w:rPr>
        <w:t>.</w:t>
      </w:r>
    </w:p>
    <w:p>
      <w:pPr>
        <w:pStyle w:val="Yellow"/>
        <w:rPr/>
      </w:pPr>
      <w:r>
        <w:rPr>
          <w:b/>
          <w:u w:val="none"/>
          <w:shd w:val="clear" w:color="auto" w:fill="548235"/>
          <w:color w:val="FFFFFF"/>
        </w:rPr>
        <w:t>Romans 10:9</w:t>
      </w:r>
      <w:r>
        <w:rPr>
          <w:u w:val="none"/>
          <w:shd w:val="clear" w:color="auto" w:fill="548235"/>
          <w:color w:val="FFFFFF"/>
        </w:rPr>
        <w:t xml:space="preserve"> — </w:t>
      </w:r>
      <w:r>
        <w:rPr>
          <w:u w:val="none"/>
          <w:shd w:val="clear" w:fill="548235" w:color="auto"/>
          <w:color w:val="FFFFFF"/>
        </w:rPr>
        <w:t>if you confess with your mouth, “Jesus is Lord,” and believe in your heart that God raised Him from the dead, you will be saved</w:t>
      </w:r>
      <w:r>
        <w:rPr>
          <w:b w:val="false"/>
          <w:i w:val="false"/>
          <w:color w:val="FFFFFF"/>
          <w:u w:val="none"/>
          <w:shd w:val="clear" w:color="auto" w:fill="548235"/>
        </w:rPr>
        <w:t xml:space="preserve"> [1EUV]</w:t>
      </w:r>
      <w:r>
        <w:rPr>
          <w:u w:val="none"/>
          <w:shd w:val="clear" w:color="auto" w:fill="548235"/>
          <w:color w:val="FFFFFF"/>
        </w:rPr>
        <w:t>.</w:t>
      </w:r>
    </w:p>
    <w:p>
      <w:pPr>
        <w:pStyle w:val="Yellow"/>
        <w:rPr/>
      </w:pPr>
      <w:r>
        <w:rPr>
          <w:b/>
        </w:rPr>
        <w:t xml:space="preserve">Romans 14:11</w:t>
      </w:r>
      <w:r>
        <w:rPr/>
        <w:t xml:space="preserve"> — It is written: “As surely as I live, says the Lord, </w:t>
      </w:r>
      <w:r>
        <w:rPr>
          <w:shd w:fill="B7DDE8" w:val="clear"/>
        </w:rPr>
        <w:t xml:space="preserve">every knee will bow before Me</w:t>
      </w:r>
      <w:r>
        <w:rPr>
          <w:b w:val="false"/>
          <w:i w:val="false"/>
          <w:color w:val="000000"/>
          <w:u w:val="none"/>
        </w:rPr>
        <w:t xml:space="preserve"> [2AJG]</w:t>
      </w:r>
      <w:r>
        <w:rPr/>
        <w:t xml:space="preserve">; </w:t>
      </w:r>
      <w:r>
        <w:rPr>
          <w:shd w:fill="B7DDE8" w:val="clear"/>
        </w:rPr>
        <w:t xml:space="preserve">every tongue will confess to God</w:t>
      </w:r>
      <w:r>
        <w:rPr>
          <w:b w:val="false"/>
          <w:i w:val="false"/>
          <w:color w:val="000000"/>
          <w:u w:val="none"/>
        </w:rPr>
        <w:t xml:space="preserve"> [1HLH]</w:t>
      </w:r>
      <w:r>
        <w:rPr/>
        <w:t xml:space="preserve">.”</w:t>
      </w:r>
    </w:p>
    <w:p>
      <w:pPr>
        <w:pStyle w:val="Yellow"/>
        <w:rPr/>
      </w:pPr>
      <w:r>
        <w:rPr>
          <w:b/>
        </w:rPr>
        <w:t>1 John 2:23</w:t>
      </w:r>
      <w:r>
        <w:rPr/>
        <w:t xml:space="preserve"> — </w:t>
      </w:r>
      <w:r>
        <w:rPr>
          <w:shd w:fill="B7DDE8" w:val="clear"/>
        </w:rPr>
        <w:t>Whoever denies the Son does not have the Father</w:t>
      </w:r>
      <w:r>
        <w:rPr>
          <w:b w:val="false"/>
          <w:i w:val="false"/>
          <w:color w:val="000000"/>
          <w:u w:val="none"/>
        </w:rPr>
        <w:t xml:space="preserve"> [1LZU]</w:t>
      </w:r>
      <w:r>
        <w:rPr/>
        <w:t xml:space="preserve">, but </w:t>
      </w:r>
      <w:r>
        <w:rPr>
          <w:shd w:fill="B7DDE8" w:val="clear"/>
        </w:rPr>
        <w:t>whoever confesses the Son has the Father as well</w:t>
      </w:r>
      <w:r>
        <w:rPr>
          <w:b w:val="false"/>
          <w:i w:val="false"/>
          <w:color w:val="000000"/>
          <w:u w:val="none"/>
        </w:rPr>
        <w:t xml:space="preserve"> [1LZV]</w:t>
      </w:r>
      <w:r>
        <w:rPr/>
        <w:t>.</w:t>
      </w:r>
    </w:p>
    <w:p>
      <w:pPr>
        <w:pStyle w:val="Yellow"/>
        <w:rPr/>
      </w:pPr>
      <w:r>
        <w:rPr>
          <w:b/>
        </w:rPr>
        <w:t>1 John 4:2–3</w:t>
      </w:r>
      <w:r>
        <w:t xml:space="preserve"> — </w:t>
      </w:r>
      <w:r>
        <w:rPr>
          <w:shd w:fill="B7DDE8" w:val="clear"/>
        </w:rPr>
        <w:t>By this you will know the Spirit of God: Every spirit that confesses that Jesus Christ has come in the flesh is from God</w:t>
      </w:r>
      <w:r>
        <w:rPr>
          <w:b w:val="false"/>
          <w:i w:val="false"/>
          <w:color w:val="000000"/>
          <w:u w:val="none"/>
        </w:rPr>
        <w:t xml:space="preserve"> [1BIF]</w:t>
      </w:r>
      <w:r>
        <w:t xml:space="preserve">, and </w:t>
      </w:r>
      <w:r>
        <w:rPr>
          <w:shd w:fill="B7DDE8" w:val="clear"/>
        </w:rPr>
        <w:t>every spirit that does not confess Jesus is not from God</w:t>
      </w:r>
      <w:r>
        <w:rPr>
          <w:b w:val="false"/>
          <w:i w:val="false"/>
          <w:color w:val="000000"/>
          <w:u w:val="none"/>
        </w:rPr>
        <w:t xml:space="preserve"> [1BIH]</w:t>
      </w:r>
      <w:r>
        <w:t xml:space="preserve">. </w:t>
      </w:r>
      <w:r>
        <w:rPr>
          <w:shd w:fill="B7DDE8" w:val="clear"/>
        </w:rPr>
        <w:t>This is the spirit of the antichrist</w:t>
      </w:r>
      <w:r>
        <w:rPr>
          <w:b w:val="false"/>
          <w:i w:val="false"/>
          <w:color w:val="000000"/>
          <w:u w:val="none"/>
        </w:rPr>
        <w:t xml:space="preserve"> [1BII]</w:t>
      </w:r>
      <w:r>
        <w:t xml:space="preserve">, which </w:t>
      </w:r>
      <w:r>
        <w:rPr>
          <w:shd w:fill="B7DDE8" w:val="clear"/>
        </w:rPr>
        <w:t>you have heard is coming</w:t>
      </w:r>
      <w:r>
        <w:rPr>
          <w:b w:val="false"/>
          <w:i w:val="false"/>
          <w:color w:val="000000"/>
          <w:u w:val="none"/>
        </w:rPr>
        <w:t xml:space="preserve"> [1CJP]</w:t>
      </w:r>
      <w:r>
        <w:t xml:space="preserve"> and </w:t>
      </w:r>
      <w:r>
        <w:rPr>
          <w:shd w:fill="B7DDE8" w:val="clear"/>
        </w:rPr>
        <w:t>which is already in the world at this time</w:t>
      </w:r>
      <w:r>
        <w:rPr>
          <w:b w:val="false"/>
          <w:i w:val="false"/>
          <w:color w:val="000000"/>
          <w:u w:val="none"/>
        </w:rPr>
        <w:t xml:space="preserve"> [1CJQ]</w:t>
      </w:r>
      <w:r>
        <w:t>.</w:t>
      </w:r>
    </w:p>
    <w:p>
      <w:r>
        <w:rPr>
          <w:b/>
          <w:sz w:val="32"/>
        </w:rPr>
        <w:t>Praise  (45)</w:t>
      </w:r>
    </w:p>
    <w:p>
      <w:pPr>
        <w:pStyle w:val="Yellow"/>
        <w:rPr/>
      </w:pPr>
      <w:r>
        <w:rPr/>
        <w:t xml:space="preserve">(Le10:1-2 Fire consumed Nadab and Abihu) </w:t>
      </w:r>
      <w:r>
        <w:rPr>
          <w:b/>
        </w:rPr>
        <w:t>Leviticus 10:3</w:t>
      </w:r>
      <w:r>
        <w:rPr/>
        <w:t xml:space="preserve"> — ‘</w:t>
      </w:r>
      <w:r>
        <w:rPr>
          <w:shd w:val="clear" w:fill="B7DDE8"/>
        </w:rPr>
        <w:t>To those who come near Me I will show My holiness</w:t>
      </w:r>
      <w:r>
        <w:rPr>
          <w:b w:val="false"/>
          <w:i w:val="false"/>
          <w:color w:val="000000"/>
          <w:u w:val="none"/>
        </w:rPr>
        <w:t xml:space="preserve"> [1ESJ]</w:t>
      </w:r>
      <w:r>
        <w:rPr/>
        <w:t xml:space="preserve">, and </w:t>
      </w:r>
      <w:r>
        <w:rPr>
          <w:shd w:val="clear" w:fill="B7DDE8"/>
        </w:rPr>
        <w:t>in the sight of all the people I will reveal My glory</w:t>
      </w:r>
      <w:r>
        <w:rPr>
          <w:b w:val="false"/>
          <w:i w:val="false"/>
          <w:color w:val="000000"/>
          <w:u w:val="none"/>
        </w:rPr>
        <w:t xml:space="preserve"> [1ESK]</w:t>
      </w:r>
      <w:r>
        <w:rPr/>
        <w:t>.’</w:t>
      </w:r>
    </w:p>
    <w:p>
      <w:pPr>
        <w:pStyle w:val="Green"/>
        <w:rPr/>
      </w:pPr>
      <w:r>
        <w:rPr>
          <w:b/>
          <w:highlight w:val="cyan"/>
          <w:u w:val="none"/>
          <w:shd w:val="clear" w:color="auto" w:fill="C00000"/>
          <w:color w:val="FFFFFF"/>
        </w:rPr>
        <w:t>2 Samuel 22:7</w:t>
      </w:r>
      <w:r>
        <w:rPr>
          <w:highlight w:val="cyan"/>
          <w:u w:val="none"/>
          <w:shd w:val="clear" w:color="auto" w:fill="C00000"/>
          <w:color w:val="FFFFFF"/>
        </w:rPr>
        <w:t xml:space="preserve"> — </w:t>
      </w:r>
      <w:r>
        <w:rPr>
          <w:u w:val="none"/>
          <w:shd w:val="clear" w:color="auto" w:fill="C00000"/>
          <w:color w:val="FFFFFF"/>
        </w:rPr>
        <w:t>In my distress I called</w:t>
      </w:r>
      <w:r>
        <w:rPr>
          <w:b w:val="false"/>
          <w:i w:val="false"/>
          <w:u w:val="none"/>
          <w:shd w:val="clear" w:color="auto" w:fill="C00000"/>
          <w:color w:val="FFFFFF"/>
        </w:rPr>
        <w:t xml:space="preserve"> [4CPV]</w:t>
      </w:r>
      <w:r>
        <w:rPr>
          <w:highlight w:val="cyan"/>
          <w:u w:val="none"/>
          <w:shd w:val="clear" w:color="auto" w:fill="C00000"/>
          <w:color w:val="FFFFFF"/>
        </w:rPr>
        <w:t xml:space="preserve"> upon the LORD; </w:t>
      </w:r>
      <w:r>
        <w:rPr>
          <w:highlight w:val="cyan"/>
          <w:u w:val="none"/>
          <w:shd w:val="clear" w:color="auto" w:fill="C00000"/>
          <w:color w:val="FFFFFF"/>
        </w:rPr>
        <w:t>I cried out to my God</w:t>
      </w:r>
      <w:r>
        <w:rPr>
          <w:b w:val="false"/>
          <w:i w:val="false"/>
          <w:u w:val="none"/>
          <w:shd w:val="clear" w:color="auto" w:fill="C00000"/>
          <w:color w:val="FFFFFF"/>
        </w:rPr>
        <w:t xml:space="preserve"> [4CPV]</w:t>
      </w:r>
      <w:r>
        <w:rPr>
          <w:highlight w:val="cyan"/>
          <w:u w:val="none"/>
          <w:shd w:val="clear" w:color="auto" w:fill="C00000"/>
          <w:color w:val="FFFFFF"/>
        </w:rPr>
        <w:t xml:space="preserve">. And from His temple </w:t>
      </w:r>
      <w:r>
        <w:rPr>
          <w:u w:val="none"/>
          <w:shd w:val="clear" w:color="auto" w:fill="C00000"/>
          <w:color w:val="FFFFFF"/>
        </w:rPr>
        <w:t>He heard my voice</w:t>
      </w:r>
      <w:r>
        <w:rPr>
          <w:b w:val="false"/>
          <w:i w:val="false"/>
          <w:u w:val="none"/>
          <w:shd w:val="clear" w:color="auto" w:fill="C00000"/>
          <w:color w:val="FFFFFF"/>
        </w:rPr>
        <w:t xml:space="preserve"> [13CNM]</w:t>
      </w:r>
      <w:r>
        <w:rPr>
          <w:highlight w:val="cyan"/>
          <w:u w:val="none"/>
          <w:shd w:val="clear" w:color="auto" w:fill="C00000"/>
          <w:color w:val="FFFFFF"/>
        </w:rPr>
        <w:t xml:space="preserve">, and </w:t>
      </w:r>
      <w:r>
        <w:rPr>
          <w:highlight w:val="cyan"/>
          <w:u w:val="none"/>
          <w:shd w:val="clear" w:color="auto" w:fill="C00000"/>
          <w:color w:val="FFFFFF"/>
        </w:rPr>
        <w:t>my cry for help reached His ears</w:t>
      </w:r>
      <w:r>
        <w:rPr>
          <w:b w:val="false"/>
          <w:i w:val="false"/>
          <w:u w:val="none"/>
          <w:shd w:val="clear" w:color="auto" w:fill="C00000"/>
          <w:color w:val="FFFFFF"/>
        </w:rPr>
        <w:t xml:space="preserve"> [13CNM]</w:t>
      </w:r>
      <w:r>
        <w:rPr>
          <w:highlight w:val="cyan"/>
          <w:u w:val="none"/>
          <w:shd w:val="clear" w:color="auto" w:fill="C00000"/>
          <w:color w:val="FFFFFF"/>
        </w:rPr>
        <w:t>.</w:t>
      </w:r>
    </w:p>
    <w:p>
      <w:pPr>
        <w:pStyle w:val="Yellow"/>
        <w:rPr/>
        <w:pBdr>
          <w:left w:val="single" w:sz="28" w:space="5" w:color="C00000"/>
        </w:pBdr>
      </w:pPr>
      <w:r>
        <w:rPr/>
        <w:t xml:space="preserve">(Ps22:28 the LORD) </w:t>
      </w:r>
      <w:r>
        <w:rPr>
          <w:b/>
        </w:rPr>
        <w:t>Psalm 22:29</w:t>
      </w:r>
      <w:r>
        <w:rPr/>
        <w:t xml:space="preserve"> — </w:t>
      </w:r>
      <w:r>
        <w:rPr>
          <w:shd w:val="clear" w:fill="B7DDE8"/>
        </w:rPr>
        <w:t>All the rich of the earth will feast</w:t>
      </w:r>
      <w:r>
        <w:rPr>
          <w:b w:val="false"/>
          <w:i w:val="false"/>
          <w:color w:val="000000"/>
          <w:u w:val="none"/>
        </w:rPr>
        <w:t xml:space="preserve"> [1DVG]</w:t>
      </w:r>
      <w:r>
        <w:rPr/>
        <w:t xml:space="preserve"> and </w:t>
      </w:r>
      <w:r>
        <w:rPr>
          <w:shd w:val="clear" w:fill="B7DDE8"/>
        </w:rPr>
        <w:t>worship</w:t>
      </w:r>
      <w:r>
        <w:rPr>
          <w:b w:val="false"/>
          <w:i w:val="false"/>
          <w:color w:val="000000"/>
          <w:u w:val="none"/>
        </w:rPr>
        <w:t xml:space="preserve"> [1DVH]</w:t>
      </w:r>
      <w:r>
        <w:rPr/>
        <w:t xml:space="preserve">; </w:t>
      </w:r>
      <w:r>
        <w:rPr>
          <w:shd w:val="clear" w:fill="B7DDE8"/>
        </w:rPr>
        <w:t>all who go down to the dust will kneel before {Him}</w:t>
      </w:r>
      <w:r>
        <w:rPr>
          <w:b w:val="false"/>
          <w:i w:val="false"/>
          <w:color w:val="000000"/>
          <w:u w:val="none"/>
        </w:rPr>
        <w:t xml:space="preserve"> [1DVI]</w:t>
      </w:r>
      <w:r>
        <w:rPr/>
        <w:t xml:space="preserve">—even </w:t>
      </w:r>
      <w:r>
        <w:rPr>
          <w:shd w:val="clear" w:fill="F4B183" w:color="auto"/>
          <w:color w:val="000000"/>
        </w:rPr>
        <w:t>those unable to preserve their lives</w:t>
      </w:r>
      <w:r>
        <w:rPr>
          <w:b w:val="false"/>
          <w:i w:val="false"/>
          <w:color w:val="000000"/>
          <w:u w:val="none"/>
          <w:shd w:val="clear" w:color="auto" w:fill="F4B183"/>
        </w:rPr>
        <w:t xml:space="preserve"> [1DVJ]</w:t>
      </w:r>
      <w:r>
        <w:rPr/>
        <w:t>.</w:t>
      </w:r>
    </w:p>
    <w:p>
      <w:pPr>
        <w:pStyle w:val="Yellow"/>
        <w:rPr/>
        <w:shd w:val="clear" w:color="auto" w:fill="E4DFEC"/>
        <w:pBdr>
          <w:left w:val="single" w:sz="28" w:space="5" w:color="7030A0"/>
        </w:pBdr>
      </w:pPr>
      <w:r>
        <w:rPr>
          <w:b/>
          <w:u w:val="none"/>
        </w:rPr>
        <w:t>Psalm 28:6</w:t>
      </w:r>
      <w:r>
        <w:rPr>
          <w:u w:val="none"/>
        </w:rPr>
        <w:t xml:space="preserve"> — </w:t>
      </w:r>
      <w:r>
        <w:rPr>
          <w:u w:val="none"/>
          <w:shd w:val="clear" w:fill="B7DDE8"/>
        </w:rPr>
        <w:t>Blessed be the LORD</w:t>
      </w:r>
      <w:r>
        <w:rPr>
          <w:b w:val="false"/>
          <w:i w:val="false"/>
          <w:color w:val="000000"/>
          <w:u w:val="none"/>
        </w:rPr>
        <w:t xml:space="preserve"> [8CQM]</w:t>
      </w:r>
      <w:r>
        <w:rPr>
          <w:u w:val="none"/>
        </w:rPr>
        <w:t xml:space="preserve">, for </w:t>
      </w:r>
      <w:r>
        <w:rPr>
          <w:u w:val="none"/>
          <w:shd w:val="clear" w:fill="F4B183" w:color="auto"/>
          <w:color w:val="000000"/>
        </w:rPr>
        <w:t>He has heard my cry for mercy</w:t>
      </w:r>
      <w:r>
        <w:rPr>
          <w:b w:val="false"/>
          <w:i w:val="false"/>
          <w:color w:val="000000"/>
          <w:u w:val="none"/>
          <w:shd w:val="clear" w:color="auto" w:fill="F4B183"/>
        </w:rPr>
        <w:t xml:space="preserve"> [13CNM]</w:t>
      </w:r>
      <w:r>
        <w:rPr>
          <w:u w:val="none"/>
        </w:rPr>
        <w:t>.</w:t>
      </w:r>
    </w:p>
    <w:p>
      <w:pPr>
        <w:pStyle w:val="Yellow"/>
        <w:rPr/>
      </w:pPr>
      <w:r>
        <w:rPr>
          <w:b/>
        </w:rPr>
        <w:t xml:space="preserve">Psalm 31:21</w:t>
      </w:r>
      <w:r>
        <w:rPr/>
        <w:t xml:space="preserve"> — </w:t>
      </w:r>
      <w:r>
        <w:rPr>
          <w:shd w:fill="B7DDE8" w:val="clear"/>
        </w:rPr>
        <w:t xml:space="preserve">Blessed be the LORD</w:t>
      </w:r>
      <w:r>
        <w:rPr>
          <w:b w:val="false"/>
          <w:i w:val="false"/>
          <w:color w:val="000000"/>
          <w:u w:val="none"/>
        </w:rPr>
        <w:t xml:space="preserve"> [8CQM]</w:t>
      </w:r>
      <w:r>
        <w:rPr/>
        <w:t xml:space="preserve">, for </w:t>
      </w:r>
      <w:r>
        <w:rPr>
          <w:shd w:fill="B7DDE8" w:val="clear"/>
        </w:rPr>
        <w:t xml:space="preserve">He has shown me His loving devotion in a city under siege</w:t>
      </w:r>
      <w:r>
        <w:rPr>
          <w:b w:val="false"/>
          <w:i w:val="false"/>
          <w:color w:val="000000"/>
          <w:u w:val="none"/>
        </w:rPr>
        <w:t xml:space="preserve"> [1GAW]</w:t>
      </w:r>
      <w:r>
        <w:rPr/>
        <w:t xml:space="preserve">.</w:t>
      </w:r>
    </w:p>
    <w:p>
      <w:pPr>
        <w:pStyle w:val="Yellow"/>
        <w:rPr/>
      </w:pPr>
      <w:r>
        <w:rPr/>
        <w:t xml:space="preserve">(Ps40:1 “I waited patiently for the LORD”) </w:t>
      </w:r>
      <w:r>
        <w:rPr>
          <w:b/>
        </w:rPr>
        <w:t>Psalm 40:3</w:t>
      </w:r>
      <w:r>
        <w:rPr/>
        <w:t xml:space="preserve"> — </w:t>
      </w:r>
      <w:r>
        <w:rPr>
          <w:shd w:val="clear" w:fill="B7DDE8"/>
        </w:rPr>
        <w:t>{He} put a new song in my mouth, a hymn of praise to our God</w:t>
      </w:r>
      <w:r>
        <w:rPr>
          <w:b w:val="false"/>
          <w:i w:val="false"/>
          <w:color w:val="000000"/>
          <w:u w:val="none"/>
        </w:rPr>
        <w:t xml:space="preserve"> [1CZK]</w:t>
      </w:r>
      <w:r>
        <w:rPr/>
        <w:t xml:space="preserve">. </w:t>
      </w:r>
      <w:r>
        <w:rPr>
          <w:shd w:val="clear" w:fill="B7DDE8"/>
        </w:rPr>
        <w:t>Many will see</w:t>
      </w:r>
      <w:r>
        <w:rPr>
          <w:b w:val="false"/>
          <w:i w:val="false"/>
          <w:color w:val="000000"/>
          <w:u w:val="none"/>
        </w:rPr>
        <w:t xml:space="preserve"> [1CZL]</w:t>
      </w:r>
      <w:r>
        <w:rPr/>
        <w:t xml:space="preserve"> and </w:t>
      </w:r>
      <w:r>
        <w:rPr>
          <w:shd w:val="clear" w:fill="B7DDE8"/>
        </w:rPr>
        <w:t>fear</w:t>
      </w:r>
      <w:r>
        <w:rPr>
          <w:b w:val="false"/>
          <w:i w:val="false"/>
          <w:color w:val="000000"/>
          <w:u w:val="none"/>
        </w:rPr>
        <w:t xml:space="preserve"> [1CZM]</w:t>
      </w:r>
      <w:r>
        <w:rPr>
          <w:shd w:val="clear" w:color="auto" w:fill="548235"/>
          <w:color w:val="FFFFFF"/>
        </w:rPr>
        <w:t xml:space="preserve"> and </w:t>
      </w:r>
      <w:r>
        <w:rPr>
          <w:shd w:val="clear" w:fill="548235" w:color="auto"/>
          <w:color w:val="FFFFFF"/>
        </w:rPr>
        <w:t>put their trust in the LORD</w:t>
      </w:r>
      <w:r>
        <w:rPr>
          <w:b w:val="false"/>
          <w:i w:val="false"/>
          <w:color w:val="FFFFFF"/>
          <w:u w:val="none"/>
          <w:shd w:val="clear" w:color="auto" w:fill="548235"/>
        </w:rPr>
        <w:t xml:space="preserve"> [1CZN]</w:t>
      </w:r>
      <w:r>
        <w:rPr>
          <w:shd w:val="clear" w:color="auto" w:fill="548235"/>
          <w:color w:val="FFFFFF"/>
        </w:rPr>
        <w:t>.</w:t>
      </w:r>
    </w:p>
    <w:p>
      <w:pPr>
        <w:pStyle w:val="Yellow"/>
        <w:rPr/>
        <w:pBdr>
          <w:left w:val="single" w:sz="28" w:space="5" w:color="C00000"/>
        </w:pBdr>
      </w:pPr>
      <w:r>
        <w:rPr>
          <w:b/>
          <w:u w:val="none"/>
        </w:rPr>
        <w:t>Psalm 43:5</w:t>
      </w:r>
      <w:r>
        <w:rPr>
          <w:u w:val="none"/>
        </w:rPr>
        <w:t xml:space="preserve"> — </w:t>
      </w:r>
      <w:r>
        <w:rPr>
          <w:u w:val="none"/>
          <w:shd w:val="clear" w:fill="B7DDE8"/>
        </w:rPr>
        <w:t>Put your hope in God</w:t>
      </w:r>
      <w:r>
        <w:rPr>
          <w:b w:val="false"/>
          <w:i w:val="false"/>
          <w:color w:val="000000"/>
          <w:u w:val="none"/>
        </w:rPr>
        <w:t xml:space="preserve"> [2BYQ]</w:t>
      </w:r>
      <w:r>
        <w:rPr>
          <w:u w:val="none"/>
        </w:rPr>
        <w:t xml:space="preserve">, for </w:t>
      </w:r>
      <w:r>
        <w:rPr>
          <w:u w:val="none"/>
          <w:shd w:val="clear" w:fill="B7DDE8"/>
        </w:rPr>
        <w:t>I will yet praise Him</w:t>
      </w:r>
      <w:r>
        <w:rPr>
          <w:b w:val="false"/>
          <w:i w:val="false"/>
          <w:color w:val="000000"/>
          <w:u w:val="none"/>
        </w:rPr>
        <w:t xml:space="preserve"> [2BYR]</w:t>
      </w:r>
      <w:r>
        <w:rPr>
          <w:u w:val="none"/>
        </w:rPr>
        <w:t xml:space="preserve">, </w:t>
      </w:r>
      <w:r>
        <w:rPr>
          <w:u w:val="none"/>
          <w:shd w:val="clear" w:fill="B7DDE8"/>
        </w:rPr>
        <w:t>my Savior</w:t>
      </w:r>
      <w:r>
        <w:rPr>
          <w:b w:val="false"/>
          <w:i w:val="false"/>
          <w:u w:val="none"/>
          <w:color w:val="000000"/>
        </w:rPr>
        <w:t xml:space="preserve"> [7AYO]</w:t>
      </w:r>
      <w:r>
        <w:rPr>
          <w:u w:val="none"/>
        </w:rPr>
        <w:t xml:space="preserve"> and </w:t>
      </w:r>
      <w:r>
        <w:rPr>
          <w:u w:val="none"/>
          <w:shd w:val="clear" w:fill="B7DDE8"/>
        </w:rPr>
        <w:t>my God</w:t>
      </w:r>
      <w:r>
        <w:rPr>
          <w:b w:val="false"/>
          <w:i w:val="false"/>
          <w:color w:val="000000"/>
          <w:u w:val="none"/>
        </w:rPr>
        <w:t xml:space="preserve"> [3BYU]</w:t>
      </w:r>
      <w:r>
        <w:rPr>
          <w:u w:val="none"/>
        </w:rPr>
        <w:t>.</w:t>
      </w:r>
    </w:p>
    <w:p>
      <w:pPr>
        <w:pStyle w:val="Yellow"/>
        <w:rPr/>
      </w:pPr>
      <w:r>
        <w:rPr>
          <w:b/>
        </w:rPr>
        <w:t>Psalm 65:2</w:t>
      </w:r>
      <w:r>
        <w:rPr/>
        <w:t xml:space="preserve"> — O </w:t>
      </w:r>
      <w:r>
        <w:rPr>
          <w:shd w:val="clear" w:fill="B7DDE8"/>
        </w:rPr>
        <w:t>You who listen to prayer</w:t>
      </w:r>
      <w:r>
        <w:rPr>
          <w:b w:val="false"/>
          <w:i w:val="false"/>
          <w:color w:val="000000"/>
          <w:u w:val="none"/>
        </w:rPr>
        <w:t xml:space="preserve"> [1CQQ]</w:t>
      </w:r>
      <w:r>
        <w:rPr/>
        <w:t xml:space="preserve">, </w:t>
      </w:r>
      <w:r>
        <w:rPr>
          <w:shd w:val="clear" w:fill="B7DDE8"/>
        </w:rPr>
        <w:t>all people will come to You</w:t>
      </w:r>
      <w:r>
        <w:rPr>
          <w:b w:val="false"/>
          <w:i w:val="false"/>
          <w:color w:val="000000"/>
          <w:u w:val="none"/>
        </w:rPr>
        <w:t xml:space="preserve"> [1CQR]</w:t>
      </w:r>
      <w:r>
        <w:rPr/>
        <w:t>.</w:t>
      </w:r>
    </w:p>
    <w:p>
      <w:pPr>
        <w:pStyle w:val="Yellow"/>
        <w:rPr/>
      </w:pPr>
      <w:r>
        <w:rPr>
          <w:b/>
        </w:rPr>
        <w:t xml:space="preserve">Psalm 69:30-31</w:t>
      </w:r>
      <w:r>
        <w:rPr/>
        <w:t xml:space="preserve"> — </w:t>
      </w:r>
      <w:r>
        <w:rPr>
          <w:shd w:fill="B7DDE8" w:val="clear"/>
        </w:rPr>
        <w:t xml:space="preserve">I will praise God’s name in song and exalt Him with thanksgiving</w:t>
      </w:r>
      <w:r>
        <w:rPr>
          <w:b w:val="false"/>
          <w:i w:val="false"/>
          <w:color w:val="000000"/>
          <w:u w:val="none"/>
        </w:rPr>
        <w:t xml:space="preserve"> [1GFR]</w:t>
      </w:r>
      <w:r>
        <w:rPr/>
        <w:t xml:space="preserve">. And </w:t>
      </w:r>
      <w:r>
        <w:rPr>
          <w:shd w:fill="B7DDE8" w:val="clear"/>
        </w:rPr>
        <w:t xml:space="preserve">this will please the LORD more than an ox, more than a bull with horns and hooves</w:t>
      </w:r>
      <w:r>
        <w:rPr>
          <w:b w:val="false"/>
          <w:i w:val="false"/>
          <w:color w:val="000000"/>
          <w:u w:val="none"/>
        </w:rPr>
        <w:t xml:space="preserve"> [1GFS]</w:t>
      </w:r>
      <w:r>
        <w:rPr/>
        <w:t xml:space="preserve">.</w:t>
      </w:r>
    </w:p>
    <w:p>
      <w:pPr>
        <w:pStyle w:val="Yellow"/>
        <w:rPr/>
        <w:pBdr>
          <w:left w:val="single" w:sz="28" w:space="5" w:color="C00000"/>
        </w:pBdr>
      </w:pPr>
      <w:r>
        <w:rPr>
          <w:b/>
        </w:rPr>
        <w:t>Psalm 71:23</w:t>
      </w:r>
      <w:r>
        <w:t xml:space="preserve"> — </w:t>
      </w:r>
      <w:r>
        <w:rPr>
          <w:shd w:fill="B7DDE8" w:val="clear"/>
        </w:rPr>
        <w:t>When I sing praise to You my lips will shout for joy</w:t>
      </w:r>
      <w:r>
        <w:rPr>
          <w:b w:val="false"/>
          <w:i w:val="false"/>
          <w:color w:val="000000"/>
          <w:u w:val="none"/>
        </w:rPr>
        <w:t xml:space="preserve"> [1BSW]</w:t>
      </w:r>
      <w:r>
        <w:t xml:space="preserve">, along with </w:t>
      </w:r>
      <w:r>
        <w:rPr>
          <w:shd w:fill="F4B183" w:val="clear" w:color="auto"/>
          <w:color w:val="000000"/>
        </w:rPr>
        <w:t>my soul, which You have redeemed</w:t>
      </w:r>
      <w:r>
        <w:rPr>
          <w:b w:val="false"/>
          <w:i w:val="false"/>
          <w:color w:val="000000"/>
          <w:u w:val="none"/>
          <w:shd w:val="clear" w:color="auto" w:fill="F4B183"/>
        </w:rPr>
        <w:t xml:space="preserve"> [1BSX]</w:t>
      </w:r>
      <w:r>
        <w:t>.</w:t>
      </w:r>
    </w:p>
    <w:p>
      <w:pPr>
        <w:pStyle w:val="Yellow"/>
        <w:rPr/>
      </w:pPr>
      <w:r>
        <w:rPr>
          <w:b/>
        </w:rPr>
        <w:t xml:space="preserve">Psalm 86:9</w:t>
      </w:r>
      <w:r>
        <w:rPr/>
        <w:t xml:space="preserve"> — </w:t>
      </w:r>
      <w:r>
        <w:rPr>
          <w:shd w:fill="B7DDE8" w:val="clear"/>
        </w:rPr>
        <w:t xml:space="preserve">All the nations You have made will come and bow before You, O Lord</w:t>
      </w:r>
      <w:r>
        <w:rPr>
          <w:b w:val="false"/>
          <w:i w:val="false"/>
          <w:color w:val="000000"/>
          <w:u w:val="none"/>
        </w:rPr>
        <w:t xml:space="preserve"> [2FYH]</w:t>
      </w:r>
      <w:r>
        <w:rPr/>
        <w:t xml:space="preserve">, and </w:t>
      </w:r>
      <w:r>
        <w:rPr>
          <w:shd w:fill="B7DDE8" w:val="clear"/>
        </w:rPr>
        <w:t xml:space="preserve">they will glorify Your name</w:t>
      </w:r>
      <w:r>
        <w:rPr>
          <w:b w:val="false"/>
          <w:i w:val="false"/>
          <w:color w:val="000000"/>
          <w:u w:val="none"/>
        </w:rPr>
        <w:t xml:space="preserve"> [1FYI]</w:t>
      </w:r>
      <w:r>
        <w:rPr/>
        <w:t xml:space="preserve">.</w:t>
      </w:r>
    </w:p>
    <w:p>
      <w:pPr>
        <w:pStyle w:val="Yellow"/>
        <w:rPr/>
        <w:pBdr>
          <w:left w:val="single" w:sz="28" w:space="5" w:color="C00000"/>
        </w:pBdr>
      </w:pPr>
      <w:r>
        <w:rPr>
          <w:shd w:val="clear" w:color="auto" w:fill="548235"/>
          <w:color w:val="FFFFFF"/>
        </w:rPr>
        <w:t xml:space="preserve">(Ps86:12 “I will praise You”) </w:t>
      </w:r>
      <w:r>
        <w:rPr>
          <w:b/>
          <w:shd w:val="clear" w:color="auto" w:fill="548235"/>
          <w:color w:val="FFFFFF"/>
        </w:rPr>
        <w:t>Psalm 86:13</w:t>
      </w:r>
      <w:r>
        <w:rPr>
          <w:shd w:val="clear" w:color="auto" w:fill="548235"/>
          <w:color w:val="FFFFFF"/>
        </w:rPr>
        <w:t xml:space="preserve"> — {For} </w:t>
      </w:r>
      <w:r>
        <w:rPr>
          <w:shd w:val="clear" w:fill="548235" w:color="auto"/>
          <w:color w:val="FFFFFF"/>
        </w:rPr>
        <w:t>great is Your loving devotion to me</w:t>
      </w:r>
      <w:r>
        <w:rPr>
          <w:b w:val="false"/>
          <w:i w:val="false"/>
          <w:color w:val="FFFFFF"/>
          <w:u w:val="none"/>
          <w:shd w:val="clear" w:color="auto" w:fill="548235"/>
        </w:rPr>
        <w:t xml:space="preserve"> [2EAZ]</w:t>
      </w:r>
      <w:r>
        <w:rPr>
          <w:shd w:val="clear" w:color="auto" w:fill="548235"/>
          <w:color w:val="FFFFFF"/>
        </w:rPr>
        <w:t xml:space="preserve">; </w:t>
      </w:r>
      <w:r>
        <w:rPr>
          <w:shd w:val="clear" w:fill="548235" w:color="auto"/>
          <w:color w:val="FFFFFF"/>
        </w:rPr>
        <w:t>You have delivered me from the depths of Sheol</w:t>
      </w:r>
      <w:r>
        <w:rPr>
          <w:b w:val="false"/>
          <w:i w:val="false"/>
          <w:color w:val="FFFFFF"/>
          <w:u w:val="none"/>
          <w:shd w:val="clear" w:color="auto" w:fill="548235"/>
        </w:rPr>
        <w:t xml:space="preserve"> [1EBA]</w:t>
      </w:r>
      <w:r>
        <w:rPr>
          <w:shd w:val="clear" w:color="auto" w:fill="548235"/>
          <w:color w:val="FFFFFF"/>
        </w:rPr>
        <w:t>.</w:t>
      </w:r>
    </w:p>
    <w:p>
      <w:pPr>
        <w:pStyle w:val="Yellow"/>
        <w:rPr/>
      </w:pPr>
      <w:r>
        <w:rPr>
          <w:b/>
          <w:shd w:val="clear" w:color="auto" w:fill="C00000"/>
          <w:color w:val="FFFFFF"/>
        </w:rPr>
        <w:t xml:space="preserve">Psalm 92:4</w:t>
      </w:r>
      <w:r>
        <w:rPr>
          <w:shd w:val="clear" w:color="auto" w:fill="C00000"/>
          <w:color w:val="FFFFFF"/>
        </w:rPr>
        <w:t xml:space="preserve"> — For </w:t>
      </w:r>
      <w:r>
        <w:rPr>
          <w:shd w:val="clear" w:color="auto" w:fill="C00000"/>
          <w:color w:val="FFFFFF"/>
        </w:rPr>
        <w:t xml:space="preserve">You, O LORD, have made me glad by Your deeds</w:t>
      </w:r>
      <w:r>
        <w:rPr>
          <w:b w:val="false"/>
          <w:i w:val="false"/>
          <w:u w:val="none"/>
          <w:shd w:val="clear" w:color="auto" w:fill="C00000"/>
          <w:color w:val="FFFFFF"/>
        </w:rPr>
        <w:t xml:space="preserve"> [1GEX]</w:t>
      </w:r>
      <w:r>
        <w:rPr>
          <w:shd w:val="clear" w:color="auto" w:fill="C00000"/>
          <w:color w:val="FFFFFF"/>
        </w:rPr>
        <w:t xml:space="preserve">; </w:t>
      </w:r>
      <w:r>
        <w:rPr>
          <w:shd w:val="clear" w:color="auto" w:fill="C00000"/>
          <w:color w:val="FFFFFF"/>
        </w:rPr>
        <w:t xml:space="preserve">I sing for joy at the works of Your hands</w:t>
      </w:r>
      <w:r>
        <w:rPr>
          <w:b w:val="false"/>
          <w:i w:val="false"/>
          <w:u w:val="none"/>
          <w:shd w:val="clear" w:color="auto" w:fill="C00000"/>
          <w:color w:val="FFFFFF"/>
        </w:rPr>
        <w:t xml:space="preserve"> [1GEY]</w:t>
      </w:r>
      <w:r>
        <w:rPr>
          <w:shd w:val="clear" w:color="auto" w:fill="C00000"/>
          <w:color w:val="FFFFFF"/>
        </w:rPr>
        <w:t xml:space="preserve">.</w:t>
      </w:r>
    </w:p>
    <w:p>
      <w:pPr>
        <w:pStyle w:val="Yellow"/>
        <w:rPr/>
      </w:pPr>
      <w:r>
        <w:rPr>
          <w:b/>
        </w:rPr>
        <w:t>Psalm 97:1</w:t>
      </w:r>
      <w:r>
        <w:rPr/>
        <w:t xml:space="preserve"> — </w:t>
      </w:r>
      <w:r>
        <w:rPr>
          <w:shd w:val="clear" w:color="auto" w:fill="D9C3E6"/>
        </w:rPr>
        <w:t>The LORD reigns</w:t>
      </w:r>
      <w:r>
        <w:rPr>
          <w:b w:val="false"/>
          <w:i w:val="false"/>
          <w:color w:val="000000"/>
          <w:u w:val="none"/>
        </w:rPr>
        <w:t xml:space="preserve"> [2EYM]</w:t>
      </w:r>
      <w:r>
        <w:rPr>
          <w:shd w:val="clear" w:color="auto" w:fill="D9C3E6"/>
        </w:rPr>
        <w:t xml:space="preserve">, </w:t>
      </w:r>
      <w:r>
        <w:rPr>
          <w:shd w:val="clear" w:fill="B7DDE8"/>
        </w:rPr>
        <w:t>let the earth rejoice; let the distant shores be glad</w:t>
      </w:r>
      <w:r>
        <w:rPr>
          <w:b w:val="false"/>
          <w:i w:val="false"/>
          <w:color w:val="000000"/>
          <w:u w:val="none"/>
        </w:rPr>
        <w:t xml:space="preserve"> [1EYN]</w:t>
      </w:r>
      <w:r>
        <w:rPr/>
        <w:t>.</w:t>
      </w:r>
    </w:p>
    <w:p>
      <w:pPr>
        <w:pStyle w:val="Yellow"/>
        <w:rPr/>
        <w:pBdr>
          <w:left w:val="single" w:sz="28" w:space="5" w:color="C00000"/>
        </w:pBdr>
      </w:pPr>
      <w:r>
        <w:rPr/>
        <w:t xml:space="preserve">(Ps124:2 “men attacked us”) </w:t>
      </w:r>
      <w:r>
        <w:rPr>
          <w:b/>
        </w:rPr>
        <w:t xml:space="preserve">Psalm 124:6</w:t>
      </w:r>
      <w:r>
        <w:rPr/>
        <w:t xml:space="preserve"> — </w:t>
      </w:r>
      <w:r>
        <w:rPr>
          <w:shd w:fill="F4B183" w:val="clear" w:color="auto"/>
          <w:color w:val="000000"/>
        </w:rPr>
        <w:t xml:space="preserve">Blessed be the LORD</w:t>
      </w:r>
      <w:r>
        <w:rPr>
          <w:b w:val="false"/>
          <w:i w:val="false"/>
          <w:color w:val="000000"/>
          <w:u w:val="none"/>
          <w:shd w:val="clear" w:color="auto" w:fill="F4B183"/>
        </w:rPr>
        <w:t xml:space="preserve"> [8CQM]</w:t>
      </w:r>
      <w:r>
        <w:rPr/>
        <w:t xml:space="preserve">, </w:t>
      </w:r>
      <w:r>
        <w:rPr>
          <w:shd w:fill="B7DDE8" w:val="clear"/>
        </w:rPr>
        <w:t xml:space="preserve">who has not given us as prey to {their} teeth</w:t>
      </w:r>
      <w:r>
        <w:rPr>
          <w:b w:val="false"/>
          <w:i w:val="false"/>
          <w:color w:val="000000"/>
          <w:u w:val="none"/>
        </w:rPr>
        <w:t xml:space="preserve"> [1GFC]</w:t>
      </w:r>
      <w:r>
        <w:rPr/>
        <w:t xml:space="preserve">.</w:t>
      </w:r>
    </w:p>
    <w:p>
      <w:pPr>
        <w:pStyle w:val="Yellow"/>
        <w:rPr/>
      </w:pPr>
      <w:r>
        <w:rPr>
          <w:b/>
          <w:color w:val="auto"/>
        </w:rPr>
        <w:t>Psalm 135:13</w:t>
      </w:r>
      <w:r>
        <w:rPr>
          <w:color w:val="auto"/>
        </w:rPr>
        <w:t xml:space="preserve"> — </w:t>
      </w:r>
      <w:r>
        <w:rPr>
          <w:color w:val="auto"/>
        </w:rPr>
        <w:t xml:space="preserve">Your name, O LORD, endures </w:t>
      </w:r>
      <w:r>
        <w:rPr>
          <w:color w:val="auto"/>
        </w:rPr>
        <w:t>forever</w:t>
      </w:r>
      <w:r>
        <w:rPr>
          <w:b w:val="false"/>
          <w:i w:val="false"/>
          <w:color w:val="auto"/>
          <w:u w:val="none"/>
        </w:rPr>
        <w:t xml:space="preserve"> [1AAS]</w:t>
      </w:r>
      <w:r>
        <w:rPr>
          <w:color w:val="auto"/>
        </w:rPr>
        <w:t xml:space="preserve">, </w:t>
      </w:r>
      <w:r>
        <w:rPr>
          <w:color w:val="auto"/>
        </w:rPr>
        <w:t>Your renown, O LORD, through all generations</w:t>
      </w:r>
      <w:r>
        <w:rPr>
          <w:b w:val="false"/>
          <w:i w:val="false"/>
          <w:color w:val="auto"/>
          <w:u w:val="none"/>
        </w:rPr>
        <w:t xml:space="preserve"> [2AAT]</w:t>
      </w:r>
      <w:r>
        <w:rPr>
          <w:color w:val="auto"/>
        </w:rPr>
        <w:t>.</w:t>
      </w:r>
    </w:p>
    <w:p>
      <w:pPr>
        <w:pStyle w:val="Yellow"/>
        <w:rPr/>
      </w:pPr>
      <w:r>
        <w:rPr>
          <w:b/>
          <w:u w:val="none"/>
        </w:rPr>
        <w:t xml:space="preserve">Psalm 144:1</w:t>
      </w:r>
      <w:r>
        <w:rPr>
          <w:u w:val="none"/>
        </w:rPr>
        <w:t xml:space="preserve"> — </w:t>
      </w:r>
      <w:r>
        <w:rPr>
          <w:u w:val="none"/>
          <w:shd w:fill="F4B183" w:val="clear" w:color="auto"/>
          <w:color w:val="000000"/>
        </w:rPr>
        <w:t xml:space="preserve">Blessed be the LORD</w:t>
      </w:r>
      <w:r>
        <w:rPr>
          <w:b w:val="false"/>
          <w:i w:val="false"/>
          <w:color w:val="000000"/>
          <w:u w:val="none"/>
          <w:shd w:val="clear" w:color="auto" w:fill="F4B183"/>
        </w:rPr>
        <w:t xml:space="preserve"> [8CQM]</w:t>
      </w:r>
      <w:r>
        <w:rPr>
          <w:u w:val="none"/>
        </w:rPr>
        <w:t xml:space="preserve">, </w:t>
      </w:r>
      <w:r>
        <w:rPr>
          <w:u w:val="none"/>
          <w:shd w:fill="B7DDE8" w:val="clear"/>
        </w:rPr>
        <w:t xml:space="preserve">my Rock</w:t>
      </w:r>
      <w:r>
        <w:rPr>
          <w:b w:val="false"/>
          <w:i w:val="false"/>
          <w:color w:val="000000"/>
          <w:u w:val="none"/>
        </w:rPr>
        <w:t xml:space="preserve"> [7GI]</w:t>
      </w:r>
      <w:r>
        <w:rPr>
          <w:u w:val="none"/>
        </w:rPr>
        <w:t xml:space="preserve">, </w:t>
      </w:r>
      <w:r>
        <w:rPr>
          <w:u w:val="none"/>
          <w:shd w:fill="B7DDE8" w:val="clear"/>
        </w:rPr>
        <w:t xml:space="preserve">who </w:t>
      </w:r>
      <w:r>
        <w:rPr>
          <w:u w:val="none"/>
          <w:shd w:fill="B7DDE8" w:val="clear"/>
        </w:rPr>
        <w:t xml:space="preserve">trains my hands for war, my fingers for battle</w:t>
      </w:r>
      <w:r>
        <w:rPr>
          <w:b w:val="false"/>
          <w:i w:val="false"/>
          <w:color w:val="000000"/>
          <w:u w:val="none"/>
        </w:rPr>
        <w:t xml:space="preserve"> [3GFB]</w:t>
      </w:r>
      <w:r>
        <w:rPr>
          <w:u w:val="none"/>
        </w:rPr>
        <w:t xml:space="preserve">.</w:t>
      </w:r>
    </w:p>
    <w:p>
      <w:pPr>
        <w:pStyle w:val="Yellow"/>
        <w:rPr/>
      </w:pPr>
      <w:r>
        <w:rPr/>
        <w:t xml:space="preserve">(Ps148:13 “the LORD”) </w:t>
      </w:r>
      <w:r>
        <w:rPr>
          <w:b/>
        </w:rPr>
        <w:t xml:space="preserve">Psalm 148:14</w:t>
      </w:r>
      <w:r>
        <w:rPr/>
        <w:t xml:space="preserve"> — </w:t>
      </w:r>
      <w:r>
        <w:rPr>
          <w:shd w:fill="B7DDE8" w:val="clear"/>
        </w:rPr>
        <w:t xml:space="preserve">{He} has raised up a horn for His people</w:t>
      </w:r>
      <w:r>
        <w:rPr>
          <w:b w:val="false"/>
          <w:i w:val="false"/>
          <w:color w:val="000000"/>
          <w:u w:val="none"/>
        </w:rPr>
        <w:t xml:space="preserve"> [1GFN]</w:t>
      </w:r>
      <w:r>
        <w:rPr/>
        <w:t xml:space="preserve">, </w:t>
      </w:r>
      <w:r>
        <w:rPr>
          <w:shd w:fill="B7DDE8" w:val="clear"/>
        </w:rPr>
        <w:t xml:space="preserve">the praise of all His saints</w:t>
      </w:r>
      <w:r>
        <w:rPr>
          <w:b w:val="false"/>
          <w:i w:val="false"/>
          <w:color w:val="000000"/>
          <w:u w:val="none"/>
        </w:rPr>
        <w:t xml:space="preserve"> [1GFO]</w:t>
      </w:r>
      <w:r>
        <w:rPr/>
        <w:t xml:space="preserve">, of </w:t>
      </w:r>
      <w:r>
        <w:rPr>
          <w:shd w:fill="B7DDE8" w:val="clear"/>
        </w:rPr>
        <w:t xml:space="preserve">Israel, a people near to Him</w:t>
      </w:r>
      <w:r>
        <w:rPr>
          <w:b w:val="false"/>
          <w:i w:val="false"/>
          <w:color w:val="000000"/>
          <w:u w:val="none"/>
        </w:rPr>
        <w:t xml:space="preserve"> [1GFP]</w:t>
      </w:r>
      <w:r>
        <w:rPr/>
        <w:t xml:space="preserve">. Hallelujah!</w:t>
      </w:r>
    </w:p>
    <w:p>
      <w:pPr>
        <w:pStyle w:val="Yellow"/>
        <w:rPr/>
      </w:pPr>
      <w:r>
        <w:rPr>
          <w:b/>
        </w:rPr>
        <w:t xml:space="preserve">Proverbs 28:4</w:t>
      </w:r>
      <w:r>
        <w:rPr/>
        <w:t xml:space="preserve"> — </w:t>
      </w:r>
      <w:r>
        <w:rPr>
          <w:shd w:fill="B7DDE8" w:val="clear"/>
        </w:rPr>
        <w:t xml:space="preserve">Those who forsake the law praise the wicked</w:t>
      </w:r>
      <w:r>
        <w:rPr>
          <w:b w:val="false"/>
          <w:i w:val="false"/>
          <w:color w:val="000000"/>
          <w:u w:val="none"/>
        </w:rPr>
        <w:t xml:space="preserve"> [1GFL]</w:t>
      </w:r>
      <w:r>
        <w:rPr/>
        <w:t xml:space="preserve">, but </w:t>
      </w:r>
      <w:r>
        <w:rPr>
          <w:shd w:fill="B7DDE8" w:val="clear"/>
        </w:rPr>
        <w:t xml:space="preserve">those who keep the law resist them</w:t>
      </w:r>
      <w:r>
        <w:rPr>
          <w:b w:val="false"/>
          <w:i w:val="false"/>
          <w:color w:val="000000"/>
          <w:u w:val="none"/>
        </w:rPr>
        <w:t xml:space="preserve"> [1GFM]</w:t>
      </w:r>
      <w:r>
        <w:rPr/>
        <w:t xml:space="preserve">.</w:t>
      </w:r>
    </w:p>
    <w:p>
      <w:pPr>
        <w:pStyle w:val="Yellow"/>
        <w:rPr/>
      </w:pPr>
      <w:r>
        <w:rPr/>
        <w:t xml:space="preserve">(Is11:10–16 when the Lord gathers and restores His remnant) </w:t>
      </w:r>
      <w:r>
        <w:rPr>
          <w:b/>
        </w:rPr>
        <w:t xml:space="preserve">Isaiah 12:1</w:t>
      </w:r>
      <w:r>
        <w:rPr/>
        <w:t xml:space="preserve"> — {In that day} you will say: “O LORD, </w:t>
      </w:r>
      <w:r>
        <w:rPr>
          <w:color w:val="000000"/>
        </w:rPr>
        <w:t xml:space="preserve">I will praise You</w:t>
      </w:r>
      <w:r>
        <w:rPr>
          <w:b w:val="false"/>
          <w:i w:val="false"/>
          <w:color w:val="000000"/>
          <w:u w:val="none"/>
        </w:rPr>
        <w:t xml:space="preserve"> [1JEO]</w:t>
      </w:r>
      <w:r>
        <w:rPr/>
        <w:t xml:space="preserve">. Although You were angry with me, </w:t>
      </w:r>
      <w:r>
        <w:rPr/>
        <w:t xml:space="preserve">Your anger has turned away</w:t>
      </w:r>
      <w:r>
        <w:rPr>
          <w:b w:val="false"/>
          <w:i w:val="false"/>
          <w:color w:val="000000"/>
          <w:u w:val="none"/>
        </w:rPr>
        <w:t xml:space="preserve"> [3EQA]</w:t>
      </w:r>
      <w:r>
        <w:rPr/>
        <w:t xml:space="preserve">, and </w:t>
      </w:r>
      <w:r>
        <w:rPr/>
        <w:t xml:space="preserve">You have comforted me</w:t>
      </w:r>
      <w:r>
        <w:rPr>
          <w:b w:val="false"/>
          <w:i w:val="false"/>
          <w:color w:val="000000"/>
          <w:u w:val="none"/>
        </w:rPr>
        <w:t xml:space="preserve"> [2FCG]</w:t>
      </w:r>
      <w:r>
        <w:rPr/>
        <w:t xml:space="preserve">.</w:t>
      </w:r>
    </w:p>
    <w:p>
      <w:pPr>
        <w:pStyle w:val="Yellow"/>
        <w:rPr/>
      </w:pPr>
      <w:r>
        <w:rPr>
          <w:b/>
        </w:rPr>
        <w:t xml:space="preserve">Isaiah 42:8</w:t>
      </w:r>
      <w:r>
        <w:rPr/>
        <w:t xml:space="preserve"> — </w:t>
      </w:r>
      <w:r>
        <w:rPr>
          <w:shd w:val="clear" w:color="auto" w:fill="D9C3E6"/>
        </w:rPr>
        <w:t xml:space="preserve">I am the LORD</w:t>
      </w:r>
      <w:r>
        <w:rPr>
          <w:b w:val="false"/>
          <w:i w:val="false"/>
          <w:color w:val="000000"/>
          <w:u w:val="none"/>
        </w:rPr>
        <w:t xml:space="preserve"> [5MA]</w:t>
      </w:r>
      <w:r>
        <w:rPr/>
        <w:t xml:space="preserve">; that is My name! </w:t>
      </w:r>
      <w:r>
        <w:rPr>
          <w:shd w:fill="B7DDE8" w:val="clear"/>
        </w:rPr>
        <w:t xml:space="preserve">I will not yield My glory to another or My praise to idols</w:t>
      </w:r>
      <w:r>
        <w:rPr>
          <w:b w:val="false"/>
          <w:i w:val="false"/>
          <w:color w:val="000000"/>
          <w:u w:val="none"/>
        </w:rPr>
        <w:t xml:space="preserve"> [2GCQ]</w:t>
      </w:r>
      <w:r>
        <w:rPr>
          <w:b w:val="false"/>
          <w:i w:val="false"/>
          <w:color w:val="000000"/>
          <w:u w:val="none"/>
        </w:rPr>
        <w:t xml:space="preserve"> [1HZU]</w:t>
      </w:r>
      <w:r>
        <w:rPr/>
        <w:t xml:space="preserve">.</w:t>
      </w:r>
    </w:p>
    <w:p>
      <w:pPr>
        <w:pStyle w:val="Yellow"/>
        <w:rPr/>
      </w:pPr>
      <w:r>
        <w:rPr>
          <w:b/>
        </w:rPr>
        <w:t>Isaiah 43:6-7</w:t>
      </w:r>
      <w:r>
        <w:rPr/>
        <w:t xml:space="preserve"> —</w:t>
      </w:r>
      <w:r>
        <w:rPr>
          <w:shd w:fill="548235" w:val="clear" w:color="auto"/>
          <w:color w:val="FFFFFF"/>
        </w:rPr>
        <w:t>Bring My sons from afar, and My daughters from the ends of the earth</w:t>
      </w:r>
      <w:r>
        <w:rPr>
          <w:b w:val="false"/>
          <w:i w:val="false"/>
          <w:color w:val="FFFFFF"/>
          <w:u w:val="none"/>
          <w:shd w:val="clear" w:color="auto" w:fill="548235"/>
        </w:rPr>
        <w:t xml:space="preserve"> [1JB]</w:t>
      </w:r>
      <w:r>
        <w:rPr/>
        <w:t>—</w:t>
      </w:r>
      <w:r>
        <w:rPr>
          <w:shd w:fill="B7DDE8" w:val="clear"/>
        </w:rPr>
        <w:t>everyone called by My name and created for My glory, whom I have indeed formed and made</w:t>
      </w:r>
      <w:r>
        <w:rPr>
          <w:b w:val="false"/>
          <w:i w:val="false"/>
          <w:color w:val="000000"/>
          <w:u w:val="none"/>
        </w:rPr>
        <w:t xml:space="preserve"> [1JC]</w:t>
      </w:r>
      <w:r>
        <w:rPr/>
        <w:t>.”</w:t>
      </w:r>
    </w:p>
    <w:p>
      <w:pPr>
        <w:pStyle w:val="Yellow"/>
        <w:rPr/>
      </w:pPr>
      <w:r>
        <w:rPr>
          <w:b/>
        </w:rPr>
        <w:t>Isaiah 45:23</w:t>
      </w:r>
      <w:r>
        <w:t xml:space="preserve"> — </w:t>
      </w:r>
      <w:r>
        <w:rPr>
          <w:shd w:val="clear" w:color="auto" w:fill="D9C3E6"/>
        </w:rPr>
        <w:t>By Myself I have sworn</w:t>
      </w:r>
      <w:r>
        <w:rPr>
          <w:b w:val="false"/>
          <w:i w:val="false"/>
          <w:color w:val="000000"/>
          <w:u w:val="none"/>
        </w:rPr>
        <w:t xml:space="preserve"> [6ADT]</w:t>
      </w:r>
      <w:r>
        <w:rPr>
          <w:shd w:val="clear" w:color="auto" w:fill="D9C3E6"/>
        </w:rPr>
        <w:t xml:space="preserve">; </w:t>
      </w:r>
      <w:r>
        <w:rPr>
          <w:shd w:fill="B7DDE8" w:val="clear"/>
        </w:rPr>
        <w:t>truth has gone out from My mouth</w:t>
      </w:r>
      <w:r>
        <w:rPr>
          <w:b w:val="false"/>
          <w:i w:val="false"/>
          <w:u w:val="none"/>
          <w:color w:val="000000"/>
        </w:rPr>
        <w:t xml:space="preserve"> [1MGI]</w:t>
      </w:r>
      <w:r>
        <w:t xml:space="preserve">, </w:t>
      </w:r>
      <w:r>
        <w:rPr>
          <w:shd w:fill="B7DDE8" w:val="clear"/>
        </w:rPr>
        <w:t>a word that will not be revoked</w:t>
      </w:r>
      <w:r>
        <w:rPr>
          <w:b w:val="false"/>
          <w:i w:val="false"/>
          <w:color w:val="000000"/>
          <w:u w:val="none"/>
        </w:rPr>
        <w:t xml:space="preserve"> [1AJF]</w:t>
      </w:r>
      <w:r>
        <w:t xml:space="preserve">: </w:t>
      </w:r>
      <w:r>
        <w:rPr>
          <w:shd w:fill="B7DDE8" w:val="clear"/>
        </w:rPr>
        <w:t>Every knee will bow before Me</w:t>
      </w:r>
      <w:r>
        <w:rPr>
          <w:b w:val="false"/>
          <w:i w:val="false"/>
          <w:color w:val="000000"/>
          <w:u w:val="none"/>
        </w:rPr>
        <w:t xml:space="preserve"> [2AJG]</w:t>
      </w:r>
      <w:r>
        <w:t xml:space="preserve">, </w:t>
      </w:r>
      <w:r>
        <w:rPr>
          <w:shd w:fill="B7DDE8" w:val="clear"/>
        </w:rPr>
        <w:t>every tongue will swear allegiance</w:t>
      </w:r>
      <w:r>
        <w:rPr>
          <w:b w:val="false"/>
          <w:i w:val="false"/>
          <w:color w:val="000000"/>
          <w:u w:val="none"/>
        </w:rPr>
        <w:t xml:space="preserve"> [1AJH]</w:t>
      </w:r>
      <w:r>
        <w:t>.</w:t>
      </w:r>
    </w:p>
    <w:p>
      <w:pPr>
        <w:pStyle w:val="Yellow"/>
        <w:rPr/>
      </w:pPr>
      <w:r>
        <w:rPr/>
        <w:t xml:space="preserve">(Is49:1 “The LORD”) </w:t>
      </w:r>
      <w:r>
        <w:rPr>
          <w:b/>
        </w:rPr>
        <w:t xml:space="preserve">Isaiah 49:3</w:t>
      </w:r>
      <w:r>
        <w:rPr/>
        <w:t xml:space="preserve"> — {He} said to Me, “</w:t>
      </w:r>
      <w:r>
        <w:rPr>
          <w:shd w:fill="B7DDE8" w:val="clear"/>
        </w:rPr>
        <w:t xml:space="preserve">You are My Servant, Israel</w:t>
      </w:r>
      <w:r>
        <w:rPr>
          <w:b w:val="false"/>
          <w:i w:val="false"/>
          <w:color w:val="000000"/>
          <w:u w:val="none"/>
        </w:rPr>
        <w:t xml:space="preserve"> [4BZJ]</w:t>
      </w:r>
      <w:r>
        <w:rPr/>
        <w:t xml:space="preserve">, </w:t>
      </w:r>
      <w:r>
        <w:rPr>
          <w:shd w:fill="B7DDE8" w:val="clear"/>
        </w:rPr>
        <w:t xml:space="preserve">in whom I will display My glory</w:t>
      </w:r>
      <w:r>
        <w:rPr>
          <w:b w:val="false"/>
          <w:i w:val="false"/>
          <w:color w:val="000000"/>
          <w:u w:val="none"/>
        </w:rPr>
        <w:t xml:space="preserve"> [1GDC]</w:t>
      </w:r>
      <w:r>
        <w:rPr/>
        <w:t xml:space="preserve">.”</w:t>
      </w:r>
    </w:p>
    <w:p>
      <w:pPr>
        <w:pStyle w:val="Yellow"/>
        <w:rPr/>
        <w:pBdr>
          <w:left w:val="single" w:sz="28" w:space="5" w:color="C00000"/>
        </w:pBdr>
      </w:pPr>
      <w:r>
        <w:rPr>
          <w:b/>
        </w:rPr>
        <w:t>Isaiah 52:8</w:t>
      </w:r>
      <w:r>
        <w:rPr/>
        <w:t xml:space="preserve"> — Listen! </w:t>
      </w:r>
      <w:r>
        <w:rPr>
          <w:shd w:val="clear" w:fill="548235" w:color="auto"/>
          <w:color w:val="FFFFFF"/>
        </w:rPr>
        <w:t>Your watchmen lift up their voices, together they shout for joy</w:t>
      </w:r>
      <w:r>
        <w:rPr>
          <w:b w:val="false"/>
          <w:i w:val="false"/>
          <w:color w:val="FFFFFF"/>
          <w:u w:val="none"/>
          <w:shd w:val="clear" w:color="auto" w:fill="548235"/>
        </w:rPr>
        <w:t xml:space="preserve"> [1EXY]</w:t>
      </w:r>
      <w:r>
        <w:rPr/>
        <w:t xml:space="preserve">. For </w:t>
      </w:r>
      <w:r>
        <w:rPr>
          <w:shd w:val="clear" w:fill="B7DDE8"/>
        </w:rPr>
        <w:t>every eye will see when the LORD returns to Zion</w:t>
      </w:r>
      <w:r>
        <w:rPr>
          <w:b w:val="false"/>
          <w:i w:val="false"/>
          <w:color w:val="000000"/>
          <w:u w:val="none"/>
        </w:rPr>
        <w:t xml:space="preserve"> [1EXZ]</w:t>
      </w:r>
      <w:r>
        <w:rPr/>
        <w:t>.</w:t>
      </w:r>
    </w:p>
    <w:p>
      <w:pPr>
        <w:pStyle w:val="Yellow"/>
        <w:rPr/>
      </w:pPr>
      <w:r>
        <w:rPr>
          <w:b/>
        </w:rPr>
        <w:t xml:space="preserve">Isaiah 55:12</w:t>
      </w:r>
      <w:r>
        <w:rPr/>
        <w:t xml:space="preserve"> — </w:t>
      </w:r>
      <w:r>
        <w:rPr>
          <w:shd w:fill="B7DDE8" w:val="clear"/>
        </w:rPr>
        <w:t xml:space="preserve">You will indeed go out with joy and be led forth in peace</w:t>
      </w:r>
      <w:r>
        <w:rPr>
          <w:b w:val="false"/>
          <w:i w:val="false"/>
          <w:color w:val="000000"/>
          <w:u w:val="none"/>
        </w:rPr>
        <w:t xml:space="preserve"> [1GEV]</w:t>
      </w:r>
      <w:r>
        <w:rPr/>
        <w:t xml:space="preserve">; </w:t>
      </w:r>
      <w:r>
        <w:rPr>
          <w:shd w:fill="B7DDE8" w:val="clear"/>
        </w:rPr>
        <w:t xml:space="preserve">the mountains and hills will burst into song before you</w:t>
      </w:r>
      <w:r>
        <w:rPr>
          <w:b w:val="false"/>
          <w:i w:val="false"/>
          <w:color w:val="000000"/>
          <w:u w:val="none"/>
        </w:rPr>
        <w:t xml:space="preserve"> [1GEW]</w:t>
      </w:r>
      <w:r>
        <w:rPr/>
        <w:t xml:space="preserve">, and </w:t>
      </w:r>
      <w:r>
        <w:rPr>
          <w:shd w:fill="B7DDE8" w:val="clear"/>
        </w:rPr>
        <w:t xml:space="preserve">all the trees of the field will clap their hands</w:t>
      </w:r>
      <w:r>
        <w:rPr>
          <w:b w:val="false"/>
          <w:i w:val="false"/>
          <w:color w:val="000000"/>
          <w:u w:val="none"/>
        </w:rPr>
        <w:t xml:space="preserve"> [1GEW]</w:t>
      </w:r>
      <w:r>
        <w:rPr/>
        <w:t xml:space="preserve">.</w:t>
      </w:r>
    </w:p>
    <w:p>
      <w:pPr>
        <w:pStyle w:val="Yellow"/>
        <w:rPr/>
      </w:pPr>
      <w:r>
        <w:rPr>
          <w:b/>
        </w:rPr>
        <w:t xml:space="preserve">Isaiah 60:1</w:t>
      </w:r>
      <w:r>
        <w:rPr/>
        <w:t xml:space="preserve"> — </w:t>
      </w:r>
      <w:r>
        <w:rPr>
          <w:shd w:fill="B7DDE8" w:val="clear"/>
        </w:rPr>
        <w:t xml:space="preserve">Arise, shine</w:t>
      </w:r>
      <w:r>
        <w:rPr>
          <w:b w:val="false"/>
          <w:i w:val="false"/>
          <w:color w:val="000000"/>
          <w:u w:val="none"/>
        </w:rPr>
        <w:t xml:space="preserve"> [1GDT]</w:t>
      </w:r>
      <w:r>
        <w:rPr/>
        <w:t xml:space="preserve">, for </w:t>
      </w:r>
      <w:r>
        <w:rPr>
          <w:shd w:fill="B7DDE8" w:val="clear"/>
        </w:rPr>
        <w:t xml:space="preserve">your light has come</w:t>
      </w:r>
      <w:r>
        <w:rPr>
          <w:b w:val="false"/>
          <w:i w:val="false"/>
          <w:color w:val="000000"/>
          <w:u w:val="none"/>
        </w:rPr>
        <w:t xml:space="preserve"> [1GDU]</w:t>
      </w:r>
      <w:r>
        <w:rPr/>
        <w:t xml:space="preserve">, and </w:t>
      </w:r>
      <w:r>
        <w:rPr>
          <w:shd w:fill="B7DDE8" w:val="clear"/>
        </w:rPr>
        <w:t xml:space="preserve">the glory of the LORD rises upon you</w:t>
      </w:r>
      <w:r>
        <w:rPr>
          <w:b w:val="false"/>
          <w:i w:val="false"/>
          <w:color w:val="000000"/>
          <w:u w:val="none"/>
        </w:rPr>
        <w:t xml:space="preserve"> [2GDS]</w:t>
      </w:r>
      <w:r>
        <w:rPr/>
        <w:t xml:space="preserve">.</w:t>
      </w:r>
    </w:p>
    <w:p>
      <w:pPr>
        <w:pStyle w:val="Yellow"/>
        <w:rPr/>
      </w:pPr>
      <w:r>
        <w:rPr>
          <w:b/>
        </w:rPr>
        <w:t xml:space="preserve">Isaiah 62:6–7</w:t>
      </w:r>
      <w:r>
        <w:rPr/>
        <w:t xml:space="preserve"> — </w:t>
      </w:r>
      <w:r>
        <w:rPr>
          <w:shd w:fill="B7DDE8" w:val="clear"/>
        </w:rPr>
        <w:t xml:space="preserve">You who call on the LORD shall take no rest for yourselves, nor give Him any rest until He establishes Jerusalem and makes her the praise of the earth</w:t>
      </w:r>
      <w:r>
        <w:rPr>
          <w:b w:val="false"/>
          <w:i w:val="false"/>
          <w:color w:val="000000"/>
          <w:u w:val="none"/>
        </w:rPr>
        <w:t xml:space="preserve"> [1GEN]</w:t>
      </w:r>
      <w:r>
        <w:rPr/>
        <w:t xml:space="preserve">.</w:t>
      </w:r>
    </w:p>
    <w:p>
      <w:pPr>
        <w:pStyle w:val="Yellow"/>
        <w:rPr/>
      </w:pPr>
      <w:r>
        <w:rPr/>
        <w:t xml:space="preserve">(Je12:14 Israel’s neighbors “who attack” God’s inheritance) </w:t>
      </w:r>
      <w:r>
        <w:rPr>
          <w:b/>
        </w:rPr>
        <w:t>Jeremiah 12:16-17</w:t>
      </w:r>
      <w:r>
        <w:rPr/>
        <w:t xml:space="preserve"> — </w:t>
      </w:r>
      <w:r>
        <w:rPr>
          <w:shd w:val="clear" w:fill="B7DDE8"/>
        </w:rPr>
        <w:t>If {they} will diligently learn the ways of My people and swear by My name, saying, ‘As surely as the LORD lives’—just as they once taught My people to swear by Baal</w:t>
      </w:r>
      <w:r>
        <w:rPr>
          <w:b w:val="false"/>
          <w:i w:val="false"/>
          <w:color w:val="000000"/>
          <w:u w:val="none"/>
        </w:rPr>
        <w:t xml:space="preserve"> [1FLZ]</w:t>
      </w:r>
      <w:r>
        <w:rPr/>
        <w:t xml:space="preserve">—then </w:t>
      </w:r>
      <w:r>
        <w:rPr>
          <w:shd w:val="clear" w:fill="B7DDE8"/>
        </w:rPr>
        <w:t>they will be established among My people</w:t>
      </w:r>
      <w:r>
        <w:rPr>
          <w:b w:val="false"/>
          <w:i w:val="false"/>
          <w:color w:val="000000"/>
          <w:u w:val="none"/>
        </w:rPr>
        <w:t xml:space="preserve"> [1FMA]</w:t>
      </w:r>
      <w:r>
        <w:rPr/>
        <w:t xml:space="preserve">. But </w:t>
      </w:r>
      <w:r>
        <w:rPr>
          <w:shd w:val="clear" w:fill="B7DDE8"/>
        </w:rPr>
        <w:t>if {they} will not obey</w:t>
      </w:r>
      <w:r>
        <w:rPr>
          <w:b w:val="false"/>
          <w:i w:val="false"/>
          <w:color w:val="000000"/>
          <w:u w:val="none"/>
        </w:rPr>
        <w:t xml:space="preserve"> [1FMB]</w:t>
      </w:r>
      <w:r>
        <w:rPr/>
        <w:t xml:space="preserve">, then </w:t>
      </w:r>
      <w:r>
        <w:rPr>
          <w:color w:val="000000"/>
        </w:rPr>
        <w:t>I will uproot that nation</w:t>
      </w:r>
      <w:r>
        <w:rPr>
          <w:b w:val="false"/>
          <w:i w:val="false"/>
          <w:color w:val="000000"/>
          <w:u w:val="none"/>
        </w:rPr>
        <w:t xml:space="preserve"> [1FMC]</w:t>
      </w:r>
      <w:r>
        <w:rPr/>
        <w:t xml:space="preserve">; </w:t>
      </w:r>
      <w:r>
        <w:rPr>
          <w:color w:val="000000"/>
        </w:rPr>
        <w:t>I will uproot it and destroy it</w:t>
      </w:r>
      <w:r>
        <w:rPr>
          <w:b w:val="false"/>
          <w:i w:val="false"/>
          <w:color w:val="000000"/>
          <w:u w:val="none"/>
        </w:rPr>
        <w:t xml:space="preserve"> [1FMC]</w:t>
      </w:r>
      <w:r>
        <w:rPr>
          <w:b w:val="false"/>
          <w:i w:val="false"/>
          <w:color w:val="000000"/>
          <w:u w:val="none"/>
        </w:rPr>
        <w:t xml:space="preserve"> [1FMD]</w:t>
      </w:r>
      <w:r>
        <w:rPr/>
        <w:t>,” declares the LORD.</w:t>
      </w:r>
    </w:p>
    <w:p>
      <w:pPr>
        <w:pStyle w:val="Yellow"/>
        <w:rPr/>
      </w:pPr>
      <w:r>
        <w:rPr/>
        <w:t xml:space="preserve">(Je13:10 the evil people would be like the useless loincloth) </w:t>
      </w:r>
      <w:r>
        <w:rPr>
          <w:b/>
        </w:rPr>
        <w:t xml:space="preserve">Jeremiah 13:11</w:t>
      </w:r>
      <w:r>
        <w:rPr/>
        <w:t xml:space="preserve"> — {For} </w:t>
      </w:r>
      <w:r>
        <w:rPr>
          <w:shd w:fill="B7DDE8" w:val="clear"/>
        </w:rPr>
        <w:t xml:space="preserve">just as a loincloth clings to a man’s waist, so I have made the whole house of Israel and the whole house of Judah cling to Me</w:t>
      </w:r>
      <w:r>
        <w:rPr>
          <w:b w:val="false"/>
          <w:i w:val="false"/>
          <w:color w:val="000000"/>
          <w:u w:val="none"/>
        </w:rPr>
        <w:t xml:space="preserve"> [1GBG]</w:t>
      </w:r>
      <w:r>
        <w:rPr/>
        <w:t xml:space="preserve">, declares the LORD, so that </w:t>
      </w:r>
      <w:r>
        <w:rPr>
          <w:shd w:fill="B7DDE8" w:val="clear"/>
        </w:rPr>
        <w:t xml:space="preserve">they might be My people for My renown and praise and glory</w:t>
      </w:r>
      <w:r>
        <w:rPr>
          <w:b w:val="false"/>
          <w:i w:val="false"/>
          <w:u w:val="none"/>
          <w:color w:val="000000"/>
        </w:rPr>
        <w:t xml:space="preserve"> [1GBH]</w:t>
      </w:r>
      <w:r>
        <w:rPr/>
        <w:t xml:space="preserve">. But </w:t>
      </w:r>
      <w:r>
        <w:rPr/>
        <w:t xml:space="preserve">they did not listen</w:t>
      </w:r>
      <w:r>
        <w:rPr>
          <w:b w:val="false"/>
          <w:i w:val="false"/>
          <w:color w:val="000000"/>
          <w:u w:val="none"/>
        </w:rPr>
        <w:t xml:space="preserve"> [3GBI]</w:t>
      </w:r>
      <w:r>
        <w:rPr/>
        <w:t xml:space="preserve">.</w:t>
      </w:r>
    </w:p>
    <w:p>
      <w:pPr>
        <w:pStyle w:val="Yellow"/>
        <w:rPr/>
        <w:pBdr>
          <w:left w:val="single" w:sz="28" w:space="5" w:color="C00000"/>
        </w:pBdr>
      </w:pPr>
      <w:r>
        <w:rPr>
          <w:b/>
        </w:rPr>
        <w:t>Daniel 4:37</w:t>
      </w:r>
      <w:r>
        <w:t xml:space="preserve"> — Now </w:t>
      </w:r>
      <w:r>
        <w:rPr>
          <w:shd w:fill="B7DDE8" w:val="clear"/>
        </w:rPr>
        <w:t>I, Nebuchadnezzar, praise and exalt and glorify the King of heaven</w:t>
      </w:r>
      <w:r>
        <w:rPr>
          <w:b w:val="false"/>
          <w:i w:val="false"/>
          <w:color w:val="000000"/>
          <w:u w:val="none"/>
        </w:rPr>
        <w:t xml:space="preserve"> [1GFQ]</w:t>
      </w:r>
      <w:r>
        <w:t xml:space="preserve">, for </w:t>
      </w:r>
      <w:r>
        <w:rPr>
          <w:shd w:fill="548235" w:val="clear" w:color="auto"/>
          <w:color w:val="FFFFFF"/>
        </w:rPr>
        <w:t>all His works are true</w:t>
      </w:r>
      <w:r>
        <w:rPr>
          <w:b w:val="false"/>
          <w:i w:val="false"/>
          <w:color w:val="FFFFFF"/>
          <w:u w:val="none"/>
          <w:shd w:val="clear" w:color="auto" w:fill="548235"/>
        </w:rPr>
        <w:t xml:space="preserve"> [2SV]</w:t>
      </w:r>
      <w:r>
        <w:rPr>
          <w:shd w:val="clear" w:color="auto" w:fill="548235"/>
          <w:color w:val="FFFFFF"/>
        </w:rPr>
        <w:t xml:space="preserve"> and </w:t>
      </w:r>
      <w:r>
        <w:rPr>
          <w:shd w:fill="548235" w:val="clear" w:color="auto"/>
          <w:color w:val="FFFFFF"/>
        </w:rPr>
        <w:t>all His ways are just</w:t>
      </w:r>
      <w:r>
        <w:rPr>
          <w:b w:val="false"/>
          <w:i w:val="false"/>
          <w:color w:val="FFFFFF"/>
          <w:u w:val="none"/>
          <w:shd w:val="clear" w:color="auto" w:fill="548235"/>
        </w:rPr>
        <w:t xml:space="preserve"> [3MFQ]</w:t>
      </w:r>
      <w:r>
        <w:t>.</w:t>
      </w:r>
    </w:p>
    <w:p>
      <w:pPr>
        <w:pStyle w:val="Yellow"/>
        <w:rPr/>
        <w:pBdr>
          <w:left w:val="single" w:sz="28" w:space="5" w:color="C00000"/>
        </w:pBdr>
      </w:pPr>
      <w:r>
        <w:rPr>
          <w:b/>
        </w:rPr>
        <w:t xml:space="preserve">Luke 1:49</w:t>
      </w:r>
      <w:r>
        <w:rPr/>
        <w:t xml:space="preserve"> — </w:t>
      </w:r>
      <w:r>
        <w:rPr>
          <w:shd w:fill="B7DDE8" w:val="clear"/>
        </w:rPr>
        <w:t xml:space="preserve">the Mighty One</w:t>
      </w:r>
      <w:r>
        <w:rPr>
          <w:b w:val="false"/>
          <w:i w:val="false"/>
          <w:color w:val="000000"/>
          <w:u w:val="none"/>
        </w:rPr>
        <w:t xml:space="preserve"> [1LSJ]</w:t>
      </w:r>
      <w:r>
        <w:rPr/>
        <w:t xml:space="preserve"> </w:t>
      </w:r>
      <w:r>
        <w:rPr>
          <w:shd w:fill="B7DDE8" w:val="clear"/>
        </w:rPr>
        <w:t xml:space="preserve">has done great things for me</w:t>
      </w:r>
      <w:r>
        <w:rPr>
          <w:b w:val="false"/>
          <w:i w:val="false"/>
          <w:u w:val="none"/>
          <w:color w:val="000000"/>
        </w:rPr>
        <w:t xml:space="preserve"> [2KMU]</w:t>
      </w:r>
      <w:r>
        <w:rPr/>
        <w:t xml:space="preserve">.</w:t>
      </w:r>
    </w:p>
    <w:p>
      <w:pPr>
        <w:pStyle w:val="Yellow"/>
        <w:rPr/>
      </w:pPr>
      <w:r>
        <w:rPr/>
        <w:t xml:space="preserve">(Lk19:39 “Your disciples”) </w:t>
      </w:r>
      <w:r>
        <w:rPr>
          <w:b/>
        </w:rPr>
        <w:t xml:space="preserve">Luke 19:40</w:t>
      </w:r>
      <w:r>
        <w:rPr/>
        <w:t xml:space="preserve"> — </w:t>
      </w:r>
      <w:r>
        <w:rPr>
          <w:shd w:fill="B7DDE8" w:val="clear"/>
        </w:rPr>
        <w:t xml:space="preserve">if {they} remain silent</w:t>
      </w:r>
      <w:r>
        <w:rPr>
          <w:b w:val="false"/>
          <w:i w:val="false"/>
          <w:color w:val="000000"/>
          <w:u w:val="none"/>
        </w:rPr>
        <w:t xml:space="preserve"> [1LSR]</w:t>
      </w:r>
      <w:r>
        <w:rPr/>
        <w:t xml:space="preserve">, </w:t>
      </w:r>
      <w:r>
        <w:rPr>
          <w:shd w:fill="B7DDE8" w:val="clear"/>
        </w:rPr>
        <w:t xml:space="preserve">the very stones will cry out</w:t>
      </w:r>
      <w:r>
        <w:rPr>
          <w:b w:val="false"/>
          <w:i w:val="false"/>
          <w:color w:val="000000"/>
          <w:u w:val="none"/>
        </w:rPr>
        <w:t xml:space="preserve"> [1LSS]</w:t>
      </w:r>
      <w:r>
        <w:rPr/>
        <w:t xml:space="preserve">.”</w:t>
      </w:r>
    </w:p>
    <w:p>
      <w:pPr>
        <w:pStyle w:val="Yellow"/>
        <w:rPr/>
      </w:pPr>
      <w:r>
        <w:rPr/>
        <w:t xml:space="preserve">(Jn5:18 God¹ / 17 Jesus²) </w:t>
      </w:r>
      <w:r>
        <w:rPr>
          <w:b/>
        </w:rPr>
        <w:t xml:space="preserve">John 5:22–23</w:t>
      </w:r>
      <w:r>
        <w:rPr/>
        <w:t xml:space="preserve"> — </w:t>
      </w:r>
      <w:r>
        <w:rPr>
          <w:shd w:fill="B7DDE8" w:val="clear"/>
        </w:rPr>
        <w:t xml:space="preserve">the {Father} judges no one</w:t>
      </w:r>
      <w:r>
        <w:rPr>
          <w:b w:val="false"/>
          <w:i w:val="false"/>
          <w:color w:val="000000"/>
          <w:u w:val="none"/>
        </w:rPr>
        <w:t xml:space="preserve"> [1GBO]</w:t>
      </w:r>
      <w:r>
        <w:rPr/>
        <w:t xml:space="preserve">, but </w:t>
      </w:r>
      <w:r>
        <w:rPr>
          <w:shd w:fill="B7DDE8" w:val="clear"/>
        </w:rPr>
        <w:t xml:space="preserve">has assigned all judgment to the {Son}</w:t>
      </w:r>
      <w:r>
        <w:rPr>
          <w:b w:val="false"/>
          <w:i w:val="false"/>
          <w:color w:val="000000"/>
          <w:u w:val="none"/>
        </w:rPr>
        <w:t xml:space="preserve"> [1GBP]</w:t>
      </w:r>
      <w:r>
        <w:rPr/>
        <w:t xml:space="preserve">, so that </w:t>
      </w:r>
      <w:r>
        <w:rPr>
          <w:shd w:fill="B7DDE8" w:val="clear"/>
        </w:rPr>
        <w:t xml:space="preserve">all may honor the Son just as they honor the Father</w:t>
      </w:r>
      <w:r>
        <w:rPr>
          <w:b w:val="false"/>
          <w:i w:val="false"/>
          <w:color w:val="000000"/>
          <w:u w:val="none"/>
        </w:rPr>
        <w:t xml:space="preserve"> [1GBQ]</w:t>
      </w:r>
      <w:r>
        <w:rPr/>
        <w:t xml:space="preserve">. </w:t>
      </w:r>
      <w:r>
        <w:rPr>
          <w:shd w:fill="B7DDE8" w:val="clear"/>
        </w:rPr>
        <w:t xml:space="preserve">Whoever does not honor the Son does not honor the Father who sent Him</w:t>
      </w:r>
      <w:r>
        <w:rPr>
          <w:b w:val="false"/>
          <w:i w:val="false"/>
          <w:color w:val="000000"/>
          <w:u w:val="none"/>
        </w:rPr>
        <w:t xml:space="preserve"> [1GBR]</w:t>
      </w:r>
      <w:r>
        <w:rPr/>
        <w:t xml:space="preserve">.</w:t>
      </w:r>
    </w:p>
    <w:p>
      <w:pPr>
        <w:pStyle w:val="Yellow"/>
        <w:rPr/>
      </w:pPr>
      <w:r>
        <w:rPr/>
        <w:t xml:space="preserve">(Jn9:1 “a man¹ blind from birth”²) </w:t>
      </w:r>
      <w:r>
        <w:rPr>
          <w:b/>
        </w:rPr>
        <w:t xml:space="preserve">John 9:3</w:t>
      </w:r>
      <w:r>
        <w:rPr/>
        <w:t xml:space="preserve"> — “</w:t>
      </w:r>
      <w:r>
        <w:rPr>
          <w:shd w:fill="B7DDE8" w:val="clear"/>
        </w:rPr>
        <w:t xml:space="preserve">Neither {this man} nor his parents sinned</w:t>
      </w:r>
      <w:r>
        <w:rPr>
          <w:b w:val="false"/>
          <w:i w:val="false"/>
          <w:color w:val="000000"/>
          <w:u w:val="none"/>
        </w:rPr>
        <w:t xml:space="preserve"> [1LPJ]</w:t>
      </w:r>
      <w:r>
        <w:rPr/>
        <w:t xml:space="preserve">, but </w:t>
      </w:r>
      <w:r>
        <w:rPr>
          <w:shd w:fill="B7DDE8" w:val="clear"/>
        </w:rPr>
        <w:t xml:space="preserve">{this happened} so that the works of God would be displayed in him</w:t>
      </w:r>
      <w:r>
        <w:rPr>
          <w:b w:val="false"/>
          <w:i w:val="false"/>
          <w:color w:val="000000"/>
          <w:u w:val="none"/>
        </w:rPr>
        <w:t xml:space="preserve"> [1LPK]</w:t>
      </w:r>
      <w:r>
        <w:rPr/>
        <w:t xml:space="preserve">.</w:t>
      </w:r>
    </w:p>
    <w:p>
      <w:pPr>
        <w:pStyle w:val="Yellow"/>
        <w:rPr/>
      </w:pPr>
      <w:r>
        <w:rPr/>
        <w:t xml:space="preserve">(Jn14:12ᶜ Whoever “believes in Me”) </w:t>
      </w:r>
      <w:r>
        <w:rPr>
          <w:b/>
        </w:rPr>
        <w:t>John 14:13</w:t>
      </w:r>
      <w:r>
        <w:rPr/>
        <w:t xml:space="preserve"> — </w:t>
      </w:r>
      <w:r>
        <w:rPr>
          <w:shd w:val="clear" w:fill="B7DDE8"/>
        </w:rPr>
        <w:t>I will do whatever you ask in My name</w:t>
      </w:r>
      <w:r>
        <w:rPr>
          <w:b w:val="false"/>
          <w:i w:val="false"/>
          <w:u w:val="none"/>
          <w:color w:val="000000"/>
        </w:rPr>
        <w:t xml:space="preserve"> [2CTE]</w:t>
      </w:r>
      <w:r>
        <w:rPr/>
        <w:t xml:space="preserve">, </w:t>
      </w:r>
      <w:r>
        <w:rPr>
          <w:shd w:val="clear" w:fill="B7DDE8"/>
        </w:rPr>
        <w:t>so that the Father may be glorified in the Son</w:t>
      </w:r>
      <w:r>
        <w:rPr>
          <w:b w:val="false"/>
          <w:i w:val="false"/>
          <w:color w:val="000000"/>
          <w:u w:val="none"/>
        </w:rPr>
        <w:t xml:space="preserve"> [1CTF]</w:t>
      </w:r>
      <w:r>
        <w:rPr/>
        <w:t>.</w:t>
      </w:r>
    </w:p>
    <w:p>
      <w:pPr>
        <w:pStyle w:val="Yellow"/>
        <w:rPr/>
      </w:pPr>
      <w:r>
        <w:rPr>
          <w:b/>
        </w:rPr>
        <w:t xml:space="preserve">John 15:8</w:t>
      </w:r>
      <w:r>
        <w:rPr/>
        <w:t xml:space="preserve"> — </w:t>
      </w:r>
      <w:r>
        <w:rPr>
          <w:shd w:fill="B7DDE8" w:val="clear"/>
        </w:rPr>
        <w:t xml:space="preserve">This is to My Father’s glory, that you bear much fruit, proving yourselves to be My disciples</w:t>
      </w:r>
      <w:r>
        <w:rPr>
          <w:b w:val="false"/>
          <w:i w:val="false"/>
          <w:color w:val="000000"/>
          <w:u w:val="none"/>
        </w:rPr>
        <w:t xml:space="preserve"> [1GDE]</w:t>
      </w:r>
      <w:r>
        <w:rPr>
          <w:b w:val="false"/>
          <w:i w:val="false"/>
          <w:color w:val="000000"/>
          <w:u w:val="none"/>
        </w:rPr>
        <w:t xml:space="preserve"> [1GDF]</w:t>
      </w:r>
      <w:r>
        <w:rPr/>
        <w:t xml:space="preserve">.</w:t>
      </w:r>
    </w:p>
    <w:p>
      <w:pPr>
        <w:pStyle w:val="Yellow"/>
        <w:rPr/>
      </w:pPr>
      <w:r>
        <w:rPr>
          <w:b/>
          <w:shd w:val="clear" w:color="auto" w:fill="548235"/>
          <w:color w:val="FFFFFF"/>
        </w:rPr>
        <w:t>John 15:23</w:t>
      </w:r>
      <w:r>
        <w:rPr>
          <w:shd w:val="clear" w:color="auto" w:fill="548235"/>
          <w:color w:val="FFFFFF"/>
        </w:rPr>
        <w:t xml:space="preserve"> — </w:t>
      </w:r>
      <w:r>
        <w:rPr>
          <w:shd w:fill="548235" w:val="clear" w:color="auto"/>
          <w:color w:val="FFFFFF"/>
        </w:rPr>
        <w:t>Whoever hates Me hates My Father as well</w:t>
      </w:r>
      <w:r>
        <w:rPr>
          <w:b w:val="false"/>
          <w:i w:val="false"/>
          <w:color w:val="FFFFFF"/>
          <w:u w:val="none"/>
          <w:shd w:val="clear" w:color="auto" w:fill="548235"/>
        </w:rPr>
        <w:t xml:space="preserve"> [1LZT]</w:t>
      </w:r>
      <w:r>
        <w:rPr>
          <w:shd w:val="clear" w:color="auto" w:fill="548235"/>
          <w:color w:val="FFFFFF"/>
        </w:rPr>
        <w:t>.</w:t>
      </w:r>
    </w:p>
    <w:p>
      <w:pPr>
        <w:pStyle w:val="Yellow"/>
        <w:rPr/>
      </w:pPr>
      <w:r>
        <w:rPr/>
        <w:t xml:space="preserve">(Ro2:23ᶜ Because you are “breaking the law”) </w:t>
      </w:r>
      <w:r>
        <w:rPr>
          <w:b/>
        </w:rPr>
        <w:t xml:space="preserve">Romans 2:24</w:t>
      </w:r>
      <w:r>
        <w:rPr/>
        <w:t xml:space="preserve"> — “</w:t>
      </w:r>
      <w:r>
        <w:rPr>
          <w:shd w:fill="B7DDE8" w:val="clear"/>
        </w:rPr>
        <w:t xml:space="preserve">God’s name is blasphemed among the Gentiles because of you</w:t>
      </w:r>
      <w:r>
        <w:rPr>
          <w:b w:val="false"/>
          <w:i w:val="false"/>
          <w:color w:val="000000"/>
          <w:u w:val="none"/>
        </w:rPr>
        <w:t xml:space="preserve"> [1LDQ]</w:t>
      </w:r>
      <w:r>
        <w:rPr/>
        <w:t xml:space="preserve">.”</w:t>
      </w:r>
    </w:p>
    <w:p>
      <w:pPr>
        <w:pStyle w:val="Yellow"/>
        <w:rPr/>
      </w:pPr>
      <w:r>
        <w:rPr>
          <w:b/>
          <w:shd w:val="clear" w:color="auto" w:fill="548235"/>
          <w:color w:val="FFFFFF"/>
        </w:rPr>
        <w:t xml:space="preserve">Romans 9:5</w:t>
      </w:r>
      <w:r>
        <w:rPr>
          <w:shd w:val="clear" w:color="auto" w:fill="548235"/>
          <w:color w:val="FFFFFF"/>
        </w:rPr>
        <w:t xml:space="preserve"> — </w:t>
      </w:r>
      <w:r>
        <w:rPr>
          <w:shd w:fill="548235" w:val="clear" w:color="auto"/>
          <w:color w:val="FFFFFF"/>
        </w:rPr>
        <w:t xml:space="preserve">Christ, who is God over all, forever worthy of praise</w:t>
      </w:r>
      <w:r>
        <w:rPr>
          <w:b w:val="false"/>
          <w:i w:val="false"/>
          <w:color w:val="FFFFFF"/>
          <w:u w:val="none"/>
          <w:shd w:val="clear" w:color="auto" w:fill="548235"/>
        </w:rPr>
        <w:t xml:space="preserve"> [1GAT]</w:t>
      </w:r>
      <w:r>
        <w:rPr>
          <w:b w:val="false"/>
          <w:i w:val="false"/>
          <w:color w:val="FFFFFF"/>
          <w:u w:val="none"/>
          <w:shd w:val="clear" w:color="auto" w:fill="548235"/>
        </w:rPr>
        <w:t xml:space="preserve"> [1GAU]</w:t>
      </w:r>
      <w:r>
        <w:rPr>
          <w:shd w:val="clear" w:color="auto" w:fill="548235"/>
          <w:color w:val="FFFFFF"/>
        </w:rPr>
        <w:t xml:space="preserve">!</w:t>
      </w:r>
    </w:p>
    <w:p>
      <w:pPr>
        <w:pStyle w:val="Yellow"/>
        <w:rPr/>
      </w:pPr>
      <w:r>
        <w:rPr>
          <w:b/>
        </w:rPr>
        <w:t xml:space="preserve">2 Corinthians 6:4-10</w:t>
      </w:r>
      <w:r>
        <w:rPr/>
        <w:t xml:space="preserve"> — Rather, </w:t>
      </w:r>
      <w:r>
        <w:rPr>
          <w:shd w:fill="B7DDE8" w:val="clear"/>
        </w:rPr>
        <w:t xml:space="preserve">as servants of God we commend ourselves in every way: in great endurance; in troubles, hardships, and calamities; in beatings, imprisonments, and riots; in labor, sleepless nights, and hunger; in purity, knowledge, patience, and kindness; in the Holy Spirit and in sincere love; in truthful speech and in the power of God; with the weapons of righteousness in the right hand and in the left; through glory and dishonor, slander and praise</w:t>
      </w:r>
      <w:r>
        <w:rPr>
          <w:b w:val="false"/>
          <w:i w:val="false"/>
          <w:u w:val="none"/>
          <w:color w:val="000000"/>
        </w:rPr>
        <w:t xml:space="preserve"> [1JAA]</w:t>
      </w:r>
      <w:r>
        <w:rPr/>
        <w:t xml:space="preserve">; </w:t>
      </w:r>
      <w:r>
        <w:rPr>
          <w:shd w:fill="B7DDE8" w:val="clear"/>
        </w:rPr>
        <w:t xml:space="preserve">viewed as imposters, yet genuine</w:t>
      </w:r>
      <w:r>
        <w:rPr>
          <w:b w:val="false"/>
          <w:i w:val="false"/>
          <w:color w:val="000000"/>
          <w:u w:val="none"/>
        </w:rPr>
        <w:t xml:space="preserve"> [1JAB]</w:t>
      </w:r>
      <w:r>
        <w:rPr/>
        <w:t xml:space="preserve">; </w:t>
      </w:r>
      <w:r>
        <w:rPr>
          <w:shd w:fill="B7DDE8" w:val="clear"/>
        </w:rPr>
        <w:t xml:space="preserve">as unknown, yet well-known</w:t>
      </w:r>
      <w:r>
        <w:rPr>
          <w:b w:val="false"/>
          <w:i w:val="false"/>
          <w:color w:val="000000"/>
          <w:u w:val="none"/>
        </w:rPr>
        <w:t xml:space="preserve"> [1JAC]</w:t>
      </w:r>
      <w:r>
        <w:rPr/>
        <w:t xml:space="preserve">; </w:t>
      </w:r>
      <w:r>
        <w:rPr>
          <w:shd w:fill="B7DDE8" w:val="clear"/>
        </w:rPr>
        <w:t xml:space="preserve">dying, and yet we live on</w:t>
      </w:r>
      <w:r>
        <w:rPr>
          <w:b w:val="false"/>
          <w:i w:val="false"/>
          <w:color w:val="000000"/>
          <w:u w:val="none"/>
        </w:rPr>
        <w:t xml:space="preserve"> [1JAD]</w:t>
      </w:r>
      <w:r>
        <w:rPr/>
        <w:t xml:space="preserve">; </w:t>
      </w:r>
      <w:r>
        <w:rPr>
          <w:shd w:fill="B7DDE8" w:val="clear"/>
        </w:rPr>
        <w:t xml:space="preserve">punished, yet not killed</w:t>
      </w:r>
      <w:r>
        <w:rPr>
          <w:b w:val="false"/>
          <w:i w:val="false"/>
          <w:u w:val="none"/>
          <w:color w:val="000000"/>
        </w:rPr>
        <w:t xml:space="preserve"> [1JAE]</w:t>
      </w:r>
      <w:r>
        <w:rPr/>
        <w:t xml:space="preserve">; </w:t>
      </w:r>
      <w:r>
        <w:rPr>
          <w:shd w:fill="B7DDE8" w:val="clear"/>
        </w:rPr>
        <w:t xml:space="preserve">sorrowful, yet always rejoicing</w:t>
      </w:r>
      <w:r>
        <w:rPr>
          <w:b w:val="false"/>
          <w:i w:val="false"/>
          <w:color w:val="000000"/>
          <w:u w:val="none"/>
        </w:rPr>
        <w:t xml:space="preserve"> [1JAF]</w:t>
      </w:r>
      <w:r>
        <w:rPr/>
        <w:t xml:space="preserve">; </w:t>
      </w:r>
      <w:r>
        <w:rPr>
          <w:shd w:fill="B7DDE8" w:val="clear"/>
        </w:rPr>
        <w:t xml:space="preserve">poor, yet making many rich</w:t>
      </w:r>
      <w:r>
        <w:rPr>
          <w:b w:val="false"/>
          <w:i w:val="false"/>
          <w:color w:val="000000"/>
          <w:u w:val="none"/>
        </w:rPr>
        <w:t xml:space="preserve"> [1JAG]</w:t>
      </w:r>
      <w:r>
        <w:rPr>
          <w:color w:val="auto"/>
        </w:rPr>
        <w:t xml:space="preserve">; </w:t>
      </w:r>
      <w:r>
        <w:rPr>
          <w:color w:val="auto"/>
        </w:rPr>
        <w:t xml:space="preserve">having nothing, and yet possessing everything</w:t>
      </w:r>
      <w:r>
        <w:rPr>
          <w:b w:val="false"/>
          <w:i w:val="false"/>
          <w:color w:val="auto"/>
          <w:u w:val="none"/>
        </w:rPr>
        <w:t xml:space="preserve"> [1JAH]</w:t>
      </w:r>
      <w:r>
        <w:rPr>
          <w:color w:val="auto"/>
        </w:rPr>
        <w:t xml:space="preserve">.</w:t>
      </w:r>
    </w:p>
    <w:p>
      <w:pPr>
        <w:pStyle w:val="Yellow"/>
        <w:rPr/>
      </w:pPr>
      <w:r>
        <w:rPr>
          <w:b/>
          <w:color w:val="auto"/>
        </w:rPr>
        <w:t xml:space="preserve">2 Corinthians 10:18</w:t>
      </w:r>
      <w:r>
        <w:rPr>
          <w:color w:val="auto"/>
        </w:rPr>
        <w:t xml:space="preserve"> — For </w:t>
      </w:r>
      <w:r>
        <w:rPr>
          <w:color w:val="auto"/>
        </w:rPr>
        <w:t xml:space="preserve">it is not the one who commends himself who is approved, but the one whom the Lord commends</w:t>
      </w:r>
      <w:r>
        <w:rPr>
          <w:b w:val="false"/>
          <w:i w:val="false"/>
          <w:color w:val="auto"/>
          <w:u w:val="none"/>
        </w:rPr>
        <w:t xml:space="preserve"> [1LQY]</w:t>
      </w:r>
      <w:r>
        <w:rPr>
          <w:color w:val="auto"/>
        </w:rPr>
        <w:t xml:space="preserve">.</w:t>
      </w:r>
    </w:p>
    <w:p>
      <w:pPr>
        <w:pStyle w:val="Yellow"/>
        <w:rPr/>
      </w:pPr>
      <w:r>
        <w:rPr>
          <w:b/>
          <w:u w:val="none"/>
        </w:rPr>
        <w:t>Ephesians 1:3</w:t>
      </w:r>
      <w:r>
        <w:rPr>
          <w:u w:val="none"/>
        </w:rPr>
        <w:t xml:space="preserve"> — </w:t>
      </w:r>
      <w:r>
        <w:rPr>
          <w:u w:val="none"/>
          <w:shd w:val="clear" w:fill="B7DDE8"/>
        </w:rPr>
        <w:t>Blessed be the God and Father of our Lord Jesus Christ</w:t>
      </w:r>
      <w:r>
        <w:rPr>
          <w:b w:val="false"/>
          <w:i w:val="false"/>
          <w:color w:val="000000"/>
          <w:u w:val="none"/>
        </w:rPr>
        <w:t xml:space="preserve"> [3AWJ]</w:t>
      </w:r>
      <w:r>
        <w:rPr>
          <w:u w:val="none"/>
          <w:color w:val="auto"/>
        </w:rPr>
        <w:t xml:space="preserve">, </w:t>
      </w:r>
      <w:r>
        <w:rPr>
          <w:u w:val="none"/>
          <w:color w:val="auto"/>
        </w:rPr>
        <w:t>who has blessed us in Christ with every spiritual blessing in the heavenly realms</w:t>
      </w:r>
      <w:r>
        <w:rPr>
          <w:b w:val="false"/>
          <w:i w:val="false"/>
          <w:color w:val="FFFFFF"/>
          <w:u w:val="none"/>
          <w:shd w:val="clear" w:color="auto" w:fill="548235"/>
        </w:rPr>
        <w:t xml:space="preserve"> [1EKG]</w:t>
      </w:r>
      <w:r>
        <w:rPr>
          <w:u w:val="none"/>
          <w:shd w:val="clear" w:color="auto" w:fill="548235"/>
          <w:color w:val="FFFFFF"/>
        </w:rPr>
        <w:t>.</w:t>
      </w:r>
    </w:p>
    <w:p>
      <w:pPr>
        <w:pStyle w:val="Yellow"/>
        <w:rPr/>
      </w:pPr>
      <w:r>
        <w:rPr>
          <w:b/>
        </w:rPr>
        <w:t>Jude 1:24-25</w:t>
      </w:r>
      <w:r>
        <w:t xml:space="preserve"> — Now to </w:t>
      </w:r>
      <w:r>
        <w:rPr>
          <w:shd w:fill="B7DDE8" w:val="clear"/>
        </w:rPr>
        <w:t>Him who is able to keep you from stumbling</w:t>
      </w:r>
      <w:r>
        <w:rPr>
          <w:b w:val="false"/>
          <w:i w:val="false"/>
          <w:color w:val="000000"/>
          <w:u w:val="none"/>
        </w:rPr>
        <w:t xml:space="preserve"> [1BOQ]</w:t>
      </w:r>
      <w:r>
        <w:t xml:space="preserve"> and </w:t>
      </w:r>
      <w:r>
        <w:rPr>
          <w:shd w:fill="B7DDE8" w:val="clear"/>
        </w:rPr>
        <w:t>to present you unblemished in His glorious presence, with great joy</w:t>
      </w:r>
      <w:r>
        <w:rPr>
          <w:b w:val="false"/>
          <w:i w:val="false"/>
          <w:color w:val="000000"/>
          <w:u w:val="none"/>
        </w:rPr>
        <w:t xml:space="preserve"> [1BOR]</w:t>
      </w:r>
      <w:r>
        <w:t xml:space="preserve">— to </w:t>
      </w:r>
      <w:r>
        <w:rPr>
          <w:shd w:fill="B7DDE8" w:val="clear"/>
        </w:rPr>
        <w:t>the only God</w:t>
      </w:r>
      <w:r>
        <w:rPr>
          <w:b w:val="false"/>
          <w:i w:val="false"/>
          <w:u w:val="none"/>
          <w:color w:val="000000"/>
        </w:rPr>
        <w:t xml:space="preserve"> [19FQ]</w:t>
      </w:r>
      <w:r>
        <w:rPr>
          <w:shd w:fill="B7DDE8" w:val="clear"/>
        </w:rPr>
        <w:t xml:space="preserve"> our Savior</w:t>
      </w:r>
      <w:r>
        <w:rPr>
          <w:b w:val="false"/>
          <w:i w:val="false"/>
          <w:u w:val="none"/>
          <w:color w:val="000000"/>
        </w:rPr>
        <w:t xml:space="preserve"> [7AYO]</w:t>
      </w:r>
      <w:r>
        <w:t xml:space="preserve"> </w:t>
      </w:r>
      <w:r>
        <w:rPr>
          <w:shd w:fill="B7DDE8" w:val="clear"/>
        </w:rPr>
        <w:t>be glory, majesty, dominion, and authority through Jesus Christ our Lord before all time, and now, and for all eternity</w:t>
      </w:r>
      <w:r>
        <w:rPr>
          <w:b w:val="false"/>
          <w:i w:val="false"/>
          <w:color w:val="000000"/>
          <w:u w:val="none"/>
        </w:rPr>
        <w:t xml:space="preserve"> [1BOT]</w:t>
      </w:r>
      <w:r>
        <w:t>.</w:t>
      </w:r>
    </w:p>
    <w:p>
      <w:pPr>
        <w:pStyle w:val="Yellow"/>
        <w:rPr/>
      </w:pPr>
      <w:r>
        <w:rPr>
          <w:b/>
          <w:u w:val="none"/>
        </w:rPr>
        <w:t>Revelation 4:11</w:t>
      </w:r>
      <w:r>
        <w:rPr>
          <w:u w:val="none"/>
        </w:rPr>
        <w:t xml:space="preserve"> — “</w:t>
      </w:r>
      <w:r>
        <w:rPr>
          <w:u w:val="none"/>
          <w:shd w:fill="B7DDE8" w:val="clear"/>
        </w:rPr>
        <w:t>Worthy are You, our Lord and God, to receive glory and honor and power</w:t>
      </w:r>
      <w:r>
        <w:rPr>
          <w:b w:val="false"/>
          <w:i w:val="false"/>
          <w:color w:val="000000"/>
          <w:u w:val="none"/>
        </w:rPr>
        <w:t xml:space="preserve"> [1IV]</w:t>
      </w:r>
      <w:r>
        <w:rPr>
          <w:u w:val="none"/>
        </w:rPr>
        <w:t xml:space="preserve">, for </w:t>
      </w:r>
      <w:r>
        <w:rPr>
          <w:u w:val="none"/>
          <w:shd w:fill="B7DDE8" w:val="clear"/>
        </w:rPr>
        <w:t>You created all things</w:t>
      </w:r>
      <w:r>
        <w:rPr>
          <w:b w:val="false"/>
          <w:i w:val="false"/>
          <w:color w:val="000000"/>
          <w:u w:val="none"/>
        </w:rPr>
        <w:t xml:space="preserve"> [8FV]</w:t>
      </w:r>
      <w:r>
        <w:rPr>
          <w:u w:val="none"/>
        </w:rPr>
        <w:t xml:space="preserve">; </w:t>
      </w:r>
      <w:r>
        <w:rPr>
          <w:u w:val="none"/>
          <w:shd w:fill="B7DDE8" w:val="clear"/>
        </w:rPr>
        <w:t>by Your will they exist and came to be</w:t>
      </w:r>
      <w:r>
        <w:rPr>
          <w:b w:val="false"/>
          <w:i w:val="false"/>
          <w:color w:val="000000"/>
          <w:u w:val="none"/>
        </w:rPr>
        <w:t xml:space="preserve"> [1IW]</w:t>
      </w:r>
      <w:r>
        <w:rPr>
          <w:u w:val="none"/>
        </w:rPr>
        <w:t>.”</w:t>
      </w:r>
    </w:p>
    <w:p>
      <w:r>
        <w:rPr>
          <w:b/>
          <w:sz w:val="32"/>
        </w:rPr>
        <w:t>Thanksgiving  (7)</w:t>
      </w:r>
    </w:p>
    <w:p>
      <w:pPr>
        <w:pStyle w:val="Yellow"/>
        <w:rPr/>
      </w:pPr>
      <w:r>
        <w:rPr>
          <w:b/>
        </w:rPr>
        <w:t>Psalm 50:23</w:t>
      </w:r>
      <w:r>
        <w:t xml:space="preserve"> — </w:t>
      </w:r>
      <w:r>
        <w:rPr>
          <w:shd w:fill="B7DDE8" w:val="clear"/>
        </w:rPr>
        <w:t>He who sacrifices a thank offering honors Me</w:t>
      </w:r>
      <w:r>
        <w:rPr>
          <w:b w:val="false"/>
          <w:i w:val="false"/>
          <w:color w:val="000000"/>
          <w:u w:val="none"/>
        </w:rPr>
        <w:t xml:space="preserve"> [1BRR]</w:t>
      </w:r>
      <w:r>
        <w:t xml:space="preserve">, and </w:t>
      </w:r>
      <w:r>
        <w:rPr>
          <w:color w:val="000000"/>
        </w:rPr>
        <w:t>to him who rightly orders his way, I will show the salvation of God</w:t>
      </w:r>
      <w:r>
        <w:rPr>
          <w:b w:val="false"/>
          <w:i w:val="false"/>
          <w:color w:val="000000"/>
          <w:u w:val="none"/>
        </w:rPr>
        <w:t xml:space="preserve"> [1BRS]</w:t>
      </w:r>
      <w:r>
        <w:t>.”</w:t>
      </w:r>
    </w:p>
    <w:p>
      <w:pPr>
        <w:pStyle w:val="Yellow"/>
        <w:rPr/>
      </w:pPr>
      <w:r>
        <w:rPr>
          <w:b/>
          <w:u w:val="none"/>
        </w:rPr>
        <w:t>Psalm 118:21</w:t>
      </w:r>
      <w:r>
        <w:rPr>
          <w:u w:val="none"/>
        </w:rPr>
        <w:t xml:space="preserve"> — </w:t>
      </w:r>
      <w:r>
        <w:rPr>
          <w:u w:val="none"/>
          <w:shd w:val="clear" w:fill="B7DDE8"/>
        </w:rPr>
        <w:t>I will give You thanks</w:t>
      </w:r>
      <w:r>
        <w:rPr>
          <w:b w:val="false"/>
          <w:i w:val="false"/>
          <w:color w:val="000000"/>
          <w:u w:val="none"/>
        </w:rPr>
        <w:t xml:space="preserve"> [1CNS]</w:t>
      </w:r>
      <w:r>
        <w:rPr>
          <w:u w:val="none"/>
        </w:rPr>
        <w:t xml:space="preserve">, for </w:t>
      </w:r>
      <w:r>
        <w:rPr>
          <w:u w:val="none"/>
          <w:shd w:val="clear" w:fill="B7DDE8"/>
        </w:rPr>
        <w:t>You have answered me</w:t>
      </w:r>
      <w:r>
        <w:rPr>
          <w:b w:val="false"/>
          <w:i w:val="false"/>
          <w:color w:val="000000"/>
          <w:u w:val="none"/>
        </w:rPr>
        <w:t xml:space="preserve"> [8CNQ]</w:t>
      </w:r>
      <w:r>
        <w:rPr>
          <w:u w:val="none"/>
          <w:shd w:fill="F4CCCC" w:val="clear"/>
        </w:rPr>
        <w:t xml:space="preserve">, and </w:t>
      </w:r>
      <w:r>
        <w:rPr>
          <w:u w:val="none"/>
          <w:shd w:val="clear" w:fill="F4B183" w:color="auto"/>
          <w:color w:val="000000"/>
        </w:rPr>
        <w:t>You have become my salvation</w:t>
      </w:r>
      <w:r>
        <w:rPr>
          <w:b w:val="false"/>
          <w:i w:val="false"/>
          <w:color w:val="000000"/>
          <w:u w:val="none"/>
          <w:shd w:val="clear" w:color="auto" w:fill="F4B183"/>
        </w:rPr>
        <w:t xml:space="preserve"> [3BUP]</w:t>
      </w:r>
      <w:r>
        <w:rPr>
          <w:u w:val="none"/>
        </w:rPr>
        <w:t>.</w:t>
      </w:r>
    </w:p>
    <w:p>
      <w:pPr>
        <w:pStyle w:val="Yellow"/>
        <w:rPr/>
      </w:pPr>
      <w:r>
        <w:rPr>
          <w:b/>
        </w:rPr>
        <w:t xml:space="preserve">Psalm 138:4–5</w:t>
      </w:r>
      <w:r>
        <w:rPr/>
        <w:t xml:space="preserve"> — </w:t>
      </w:r>
      <w:r>
        <w:rPr>
          <w:shd w:fill="B7DDE8" w:val="clear"/>
        </w:rPr>
        <w:t xml:space="preserve">All the kings of the earth will give You thanks, O LORD, when they hear the words of Your mouth</w:t>
      </w:r>
      <w:r>
        <w:rPr>
          <w:b w:val="false"/>
          <w:i w:val="false"/>
          <w:color w:val="000000"/>
          <w:u w:val="none"/>
        </w:rPr>
        <w:t xml:space="preserve"> [1GCE]</w:t>
      </w:r>
      <w:r>
        <w:rPr/>
        <w:t xml:space="preserve">. </w:t>
      </w:r>
      <w:r>
        <w:rPr>
          <w:shd w:fill="B7DDE8" w:val="clear"/>
        </w:rPr>
        <w:t xml:space="preserve">They will sing of the ways of the LORD</w:t>
      </w:r>
      <w:r>
        <w:rPr>
          <w:b w:val="false"/>
          <w:i w:val="false"/>
          <w:u w:val="none"/>
          <w:color w:val="000000"/>
        </w:rPr>
        <w:t xml:space="preserve"> [1GCF]</w:t>
      </w:r>
      <w:r>
        <w:rPr/>
        <w:t xml:space="preserve">, for </w:t>
      </w:r>
      <w:r>
        <w:rPr>
          <w:shd w:fill="B7DDE8" w:val="clear"/>
        </w:rPr>
        <w:t xml:space="preserve">the glory of the LORD is great</w:t>
      </w:r>
      <w:r>
        <w:rPr>
          <w:b w:val="false"/>
          <w:i w:val="false"/>
          <w:color w:val="000000"/>
          <w:u w:val="none"/>
        </w:rPr>
        <w:t xml:space="preserve"> [1GCG]</w:t>
      </w:r>
      <w:r>
        <w:rPr/>
        <w:t xml:space="preserve">.</w:t>
      </w:r>
    </w:p>
    <w:p>
      <w:pPr>
        <w:pStyle w:val="Yellow"/>
        <w:rPr/>
      </w:pPr>
      <w:r>
        <w:rPr>
          <w:b/>
          <w:highlight w:val="cyan"/>
          <w:u w:val="none"/>
        </w:rPr>
        <w:t xml:space="preserve">Jeremiah 33:11</w:t>
      </w:r>
      <w:r>
        <w:rPr>
          <w:highlight w:val="cyan"/>
          <w:u w:val="none"/>
        </w:rPr>
        <w:t xml:space="preserve"> —  ‘</w:t>
      </w:r>
      <w:r>
        <w:rPr>
          <w:highlight w:val="cyan"/>
          <w:u w:val="none"/>
          <w:shd w:fill="B7DDE8" w:val="clear"/>
        </w:rPr>
        <w:t xml:space="preserve">Give thanks to the LORD of Hosts</w:t>
      </w:r>
      <w:r>
        <w:rPr>
          <w:b w:val="false"/>
          <w:i w:val="false"/>
          <w:color w:val="000000"/>
          <w:u w:val="none"/>
        </w:rPr>
        <w:t xml:space="preserve"> [1GAV]</w:t>
      </w:r>
      <w:r>
        <w:rPr>
          <w:highlight w:val="cyan"/>
          <w:u w:val="none"/>
        </w:rPr>
        <w:t xml:space="preserve">, for </w:t>
      </w:r>
      <w:r>
        <w:rPr>
          <w:u w:val="none"/>
          <w:color w:val="000000"/>
        </w:rPr>
        <w:t xml:space="preserve">the LORD is good</w:t>
      </w:r>
      <w:r>
        <w:rPr>
          <w:b w:val="false"/>
          <w:i w:val="false"/>
          <w:color w:val="000000"/>
          <w:u w:val="none"/>
        </w:rPr>
        <w:t xml:space="preserve"> [7FD]</w:t>
      </w:r>
      <w:r>
        <w:rPr>
          <w:highlight w:val="cyan"/>
          <w:u w:val="none"/>
        </w:rPr>
        <w:t xml:space="preserve">; </w:t>
      </w:r>
      <w:r>
        <w:rPr>
          <w:u w:val="none"/>
          <w:color w:val="000000"/>
        </w:rPr>
        <w:t xml:space="preserve">His loving devotion endures forever</w:t>
      </w:r>
      <w:r>
        <w:rPr>
          <w:b w:val="false"/>
          <w:i w:val="false"/>
          <w:color w:val="000000"/>
          <w:u w:val="none"/>
        </w:rPr>
        <w:t xml:space="preserve"> [6HI]</w:t>
      </w:r>
      <w:r>
        <w:rPr>
          <w:highlight w:val="cyan"/>
          <w:u w:val="none"/>
        </w:rPr>
        <w:t xml:space="preserve">.’</w:t>
      </w:r>
    </w:p>
    <w:p>
      <w:pPr>
        <w:pStyle w:val="Yellow"/>
        <w:rPr/>
      </w:pPr>
      <w:r>
        <w:rPr>
          <w:b/>
          <w:shd w:val="clear" w:color="auto" w:fill="548235"/>
          <w:color w:val="FFFFFF"/>
        </w:rPr>
        <w:t>1 Corinthians 15:56</w:t>
      </w:r>
      <w:r>
        <w:rPr>
          <w:shd w:val="clear" w:color="auto" w:fill="548235"/>
          <w:color w:val="FFFFFF"/>
        </w:rPr>
        <w:t xml:space="preserve"> — </w:t>
      </w:r>
      <w:r>
        <w:rPr>
          <w:shd w:val="clear" w:fill="548235" w:color="auto"/>
          <w:color w:val="FFFFFF"/>
        </w:rPr>
        <w:t>The sting of death is sin</w:t>
      </w:r>
      <w:r>
        <w:rPr>
          <w:b w:val="false"/>
          <w:i w:val="false"/>
          <w:color w:val="FFFFFF"/>
          <w:u w:val="none"/>
          <w:shd w:val="clear" w:color="auto" w:fill="548235"/>
        </w:rPr>
        <w:t xml:space="preserve"> [1DTM]</w:t>
      </w:r>
      <w:r>
        <w:rPr>
          <w:shd w:val="clear" w:color="auto" w:fill="548235"/>
          <w:color w:val="FFFFFF"/>
        </w:rPr>
        <w:t xml:space="preserve">, and </w:t>
      </w:r>
      <w:r>
        <w:rPr>
          <w:shd w:val="clear" w:fill="548235" w:color="auto"/>
          <w:color w:val="FFFFFF"/>
        </w:rPr>
        <w:t>the power of sin is the law</w:t>
      </w:r>
      <w:r>
        <w:rPr>
          <w:b w:val="false"/>
          <w:i w:val="false"/>
          <w:color w:val="FFFFFF"/>
          <w:u w:val="none"/>
          <w:shd w:val="clear" w:color="auto" w:fill="548235"/>
        </w:rPr>
        <w:t xml:space="preserve"> [1DTN]</w:t>
      </w:r>
      <w:r>
        <w:rPr>
          <w:shd w:val="clear" w:color="auto" w:fill="548235"/>
          <w:color w:val="FFFFFF"/>
        </w:rPr>
        <w:t xml:space="preserve">. But thanks be to </w:t>
      </w:r>
      <w:r>
        <w:rPr>
          <w:shd w:val="clear" w:fill="548235" w:color="auto"/>
          <w:color w:val="FFFFFF"/>
        </w:rPr>
        <w:t>God, who gives us the victory through our Lord Jesus Christ</w:t>
      </w:r>
      <w:r>
        <w:rPr>
          <w:b w:val="false"/>
          <w:i w:val="false"/>
          <w:color w:val="FFFFFF"/>
          <w:u w:val="none"/>
          <w:shd w:val="clear" w:color="auto" w:fill="548235"/>
        </w:rPr>
        <w:t xml:space="preserve"> [1DTO]</w:t>
      </w:r>
      <w:r>
        <w:rPr>
          <w:shd w:val="clear" w:color="auto" w:fill="548235"/>
          <w:color w:val="FFFFFF"/>
        </w:rPr>
        <w:t>!</w:t>
      </w:r>
    </w:p>
    <w:p>
      <w:pPr>
        <w:pStyle w:val="Yellow"/>
        <w:rPr/>
      </w:pPr>
      <w:r>
        <w:rPr/>
        <w:t xml:space="preserve">(2Co1:8–9 “burden far beyond our ability to endure”² / “God”¹) </w:t>
      </w:r>
      <w:r>
        <w:rPr>
          <w:b/>
        </w:rPr>
        <w:t>2 Corinthians 1:10–11</w:t>
      </w:r>
      <w:r>
        <w:rPr/>
        <w:t xml:space="preserve"> — </w:t>
      </w:r>
      <w:r>
        <w:rPr>
          <w:shd w:val="clear" w:fill="B7DDE8"/>
        </w:rPr>
        <w:t>{He} has delivered us from {such a deadly peril}</w:t>
      </w:r>
      <w:r>
        <w:rPr>
          <w:b w:val="false"/>
          <w:i w:val="false"/>
          <w:color w:val="000000"/>
          <w:u w:val="none"/>
        </w:rPr>
        <w:t xml:space="preserve"> [1DQH]</w:t>
      </w:r>
      <w:r>
        <w:rPr/>
        <w:t xml:space="preserve">, and </w:t>
      </w:r>
      <w:r>
        <w:rPr>
          <w:shd w:val="clear" w:fill="B7DDE8"/>
        </w:rPr>
        <w:t>He will deliver us</w:t>
      </w:r>
      <w:r>
        <w:rPr>
          <w:b w:val="false"/>
          <w:i w:val="false"/>
          <w:color w:val="000000"/>
          <w:u w:val="none"/>
        </w:rPr>
        <w:t xml:space="preserve"> [1DQI]</w:t>
      </w:r>
      <w:r>
        <w:rPr/>
        <w:t xml:space="preserve">. </w:t>
      </w:r>
      <w:r>
        <w:rPr>
          <w:shd w:val="clear" w:fill="B7DDE8"/>
        </w:rPr>
        <w:t>In Him we have placed our hope that He will yet again deliver us</w:t>
      </w:r>
      <w:r>
        <w:rPr>
          <w:b w:val="false"/>
          <w:i w:val="false"/>
          <w:color w:val="000000"/>
          <w:u w:val="none"/>
        </w:rPr>
        <w:t xml:space="preserve"> [1DQJ]</w:t>
      </w:r>
      <w:r>
        <w:rPr/>
        <w:t xml:space="preserve">, </w:t>
      </w:r>
      <w:r>
        <w:rPr>
          <w:shd w:val="clear" w:fill="B7DDE8"/>
        </w:rPr>
        <w:t>as you help us by your prayers</w:t>
      </w:r>
      <w:r>
        <w:rPr>
          <w:b w:val="false"/>
          <w:i w:val="false"/>
          <w:color w:val="000000"/>
          <w:u w:val="none"/>
        </w:rPr>
        <w:t xml:space="preserve"> [1DQK]</w:t>
      </w:r>
      <w:r>
        <w:rPr>
          <w:shd w:val="clear" w:color="auto" w:fill="548235"/>
          <w:color w:val="FFFFFF"/>
        </w:rPr>
        <w:t xml:space="preserve">. Then </w:t>
      </w:r>
      <w:r>
        <w:rPr>
          <w:shd w:val="clear" w:fill="548235" w:color="auto"/>
          <w:color w:val="FFFFFF"/>
        </w:rPr>
        <w:t>many will give thanks on our behalf for the favor shown us in answer to their prayers</w:t>
      </w:r>
      <w:r>
        <w:rPr>
          <w:b w:val="false"/>
          <w:i w:val="false"/>
          <w:color w:val="FFFFFF"/>
          <w:u w:val="none"/>
          <w:shd w:val="clear" w:color="auto" w:fill="548235"/>
        </w:rPr>
        <w:t xml:space="preserve"> [1DQL]</w:t>
      </w:r>
      <w:r>
        <w:rPr>
          <w:shd w:val="clear" w:color="auto" w:fill="548235"/>
          <w:color w:val="FFFFFF"/>
        </w:rPr>
        <w:t>.</w:t>
      </w:r>
    </w:p>
    <w:p>
      <w:pPr>
        <w:pStyle w:val="Green"/>
        <w:rPr/>
      </w:pPr>
      <w:r>
        <w:rPr>
          <w:b/>
        </w:rPr>
        <w:t>Philippians 4:6–7</w:t>
      </w:r>
      <w:r>
        <w:rPr/>
        <w:t xml:space="preserve"> — </w:t>
      </w:r>
      <w:r>
        <w:rPr>
          <w:shd w:val="clear" w:fill="B7DDE8"/>
        </w:rPr>
        <w:t>Be anxious for nothing</w:t>
      </w:r>
      <w:r>
        <w:rPr>
          <w:b w:val="false"/>
          <w:i w:val="false"/>
          <w:color w:val="000000"/>
          <w:u w:val="none"/>
        </w:rPr>
        <w:t xml:space="preserve"> [1CNX]</w:t>
      </w:r>
      <w:r>
        <w:rPr/>
        <w:t xml:space="preserve">, but </w:t>
      </w:r>
      <w:r>
        <w:rPr>
          <w:shd w:val="clear" w:fill="B7DDE8"/>
        </w:rPr>
        <w:t>in everything, by prayer and petition, with thanksgiving, present your requests to God</w:t>
      </w:r>
      <w:r>
        <w:rPr>
          <w:b w:val="false"/>
          <w:i w:val="false"/>
          <w:color w:val="000000"/>
          <w:u w:val="none"/>
        </w:rPr>
        <w:t xml:space="preserve"> [1CNY]</w:t>
      </w:r>
      <w:r>
        <w:rPr/>
        <w:t xml:space="preserve">. And </w:t>
      </w:r>
      <w:r>
        <w:rPr>
          <w:shd w:val="clear" w:fill="B7DDE8"/>
        </w:rPr>
        <w:t>the peace of God, which surpasses all understanding</w:t>
      </w:r>
      <w:r>
        <w:rPr>
          <w:b w:val="false"/>
          <w:i w:val="false"/>
          <w:color w:val="000000"/>
          <w:u w:val="none"/>
        </w:rPr>
        <w:t xml:space="preserve"> [1CNZ]</w:t>
      </w:r>
      <w:r>
        <w:rPr/>
        <w:t xml:space="preserve">, </w:t>
      </w:r>
      <w:r>
        <w:rPr>
          <w:shd w:val="clear" w:fill="B7DDE8"/>
        </w:rPr>
        <w:t>will guard your hearts and your minds in Christ Jesus</w:t>
      </w:r>
      <w:r>
        <w:rPr>
          <w:b w:val="false"/>
          <w:i w:val="false"/>
          <w:color w:val="000000"/>
          <w:u w:val="none"/>
        </w:rPr>
        <w:t xml:space="preserve"> [1COA]</w:t>
      </w:r>
      <w:r>
        <w:rPr/>
        <w:t>.</w:t>
      </w:r>
    </w:p>
    <w:p>
      <w:r>
        <w:rPr>
          <w:b/>
          <w:sz w:val="32"/>
        </w:rPr>
        <w:t>Spiritual Warfare  (38)</w:t>
      </w:r>
    </w:p>
    <w:p>
      <w:pPr>
        <w:pStyle w:val="Yellow"/>
        <w:rPr/>
      </w:pPr>
      <w:r>
        <w:rPr>
          <w:b/>
          <w:highlight w:val="cyan"/>
        </w:rPr>
        <w:t>Matthew 10:1</w:t>
      </w:r>
      <w:r>
        <w:rPr>
          <w:highlight w:val="cyan"/>
        </w:rPr>
        <w:t xml:space="preserve"> — And </w:t>
      </w:r>
      <w:r>
        <w:rPr>
          <w:highlight w:val="cyan"/>
          <w:shd w:val="clear" w:fill="B7DDE8"/>
        </w:rPr>
        <w:t>calling His twelve disciples to Him</w:t>
      </w:r>
      <w:r>
        <w:rPr>
          <w:b w:val="false"/>
          <w:i w:val="false"/>
          <w:color w:val="000000"/>
          <w:u w:val="none"/>
        </w:rPr>
        <w:t xml:space="preserve"> [2ERG]</w:t>
      </w:r>
      <w:r>
        <w:rPr>
          <w:highlight w:val="cyan"/>
        </w:rPr>
        <w:t xml:space="preserve">, </w:t>
      </w:r>
      <w:r>
        <w:rPr>
          <w:highlight w:val="cyan"/>
          <w:shd w:val="clear" w:fill="B7DDE8"/>
        </w:rPr>
        <w:t>Jesus gave them authority over unclean spirits, so that they could drive them out</w:t>
      </w:r>
      <w:r>
        <w:rPr>
          <w:b w:val="false"/>
          <w:i w:val="false"/>
          <w:color w:val="000000"/>
          <w:u w:val="none"/>
        </w:rPr>
        <w:t xml:space="preserve"> [2ERH]</w:t>
      </w:r>
      <w:r>
        <w:rPr>
          <w:highlight w:val="cyan"/>
        </w:rPr>
        <w:t xml:space="preserve"> and </w:t>
      </w:r>
      <w:r>
        <w:rPr>
          <w:highlight w:val="cyan"/>
          <w:shd w:val="clear" w:fill="B7DDE8"/>
        </w:rPr>
        <w:t>heal every disease and sickness</w:t>
      </w:r>
      <w:r>
        <w:rPr>
          <w:b w:val="false"/>
          <w:i w:val="false"/>
          <w:color w:val="000000"/>
          <w:u w:val="none"/>
        </w:rPr>
        <w:t xml:space="preserve"> [2ERI]</w:t>
      </w:r>
      <w:r>
        <w:rPr>
          <w:highlight w:val="cyan"/>
        </w:rPr>
        <w:t>.</w:t>
      </w:r>
    </w:p>
    <w:p>
      <w:pPr>
        <w:pStyle w:val="Yellow"/>
        <w:rPr/>
        <w:pBdr>
          <w:left w:val="single" w:sz="28" w:space="5" w:color="C00000"/>
        </w:pBdr>
      </w:pPr>
      <w:r>
        <w:rPr>
          <w:u w:val="none"/>
        </w:rPr>
        <w:t xml:space="preserve">(Mt8:17ᶜ Fulfilled: “He took up our infirmities and carried our diseases”) </w:t>
      </w:r>
      <w:r>
        <w:rPr>
          <w:b/>
          <w:u w:val="none"/>
        </w:rPr>
        <w:t>Mark 1:34</w:t>
      </w:r>
      <w:r>
        <w:rPr>
          <w:u w:val="none"/>
        </w:rPr>
        <w:t xml:space="preserve"> — </w:t>
      </w:r>
      <w:r>
        <w:rPr>
          <w:u w:val="none"/>
          <w:shd w:val="clear" w:fill="B7DDE8"/>
        </w:rPr>
        <w:t>He healed many who were ill with various diseases</w:t>
      </w:r>
      <w:r>
        <w:rPr>
          <w:b w:val="false"/>
          <w:i w:val="false"/>
          <w:u w:val="none"/>
          <w:color w:val="000000"/>
        </w:rPr>
        <w:t xml:space="preserve"> [8DQS]</w:t>
      </w:r>
      <w:r>
        <w:rPr>
          <w:u w:val="none"/>
        </w:rPr>
        <w:t xml:space="preserve"> and </w:t>
      </w:r>
      <w:r>
        <w:rPr>
          <w:u w:val="none"/>
          <w:shd w:val="clear" w:fill="B7DDE8"/>
        </w:rPr>
        <w:t>drove out many demons</w:t>
      </w:r>
      <w:r>
        <w:rPr>
          <w:b w:val="false"/>
          <w:i w:val="false"/>
          <w:color w:val="000000"/>
          <w:u w:val="none"/>
        </w:rPr>
        <w:t xml:space="preserve"> [1ERJ]</w:t>
      </w:r>
      <w:r>
        <w:rPr>
          <w:u w:val="none"/>
        </w:rPr>
        <w:t>.</w:t>
      </w:r>
    </w:p>
    <w:p>
      <w:pPr>
        <w:pStyle w:val="Yellow"/>
        <w:rPr/>
      </w:pPr>
      <w:r>
        <w:rPr>
          <w:shd w:val="clear" w:color="auto" w:fill="C00000"/>
          <w:color w:val="FFFFFF"/>
        </w:rPr>
        <w:t xml:space="preserve">(Mt13:19 “the message of the kingdom”¹) </w:t>
      </w:r>
      <w:r>
        <w:rPr>
          <w:b/>
          <w:shd w:val="clear" w:color="auto" w:fill="C00000"/>
          <w:color w:val="FFFFFF"/>
        </w:rPr>
        <w:t>Mark 4:15</w:t>
      </w:r>
      <w:r>
        <w:rPr>
          <w:shd w:val="clear" w:color="auto" w:fill="C00000"/>
          <w:color w:val="FFFFFF"/>
        </w:rPr>
        <w:t xml:space="preserve"> — </w:t>
      </w:r>
      <w:r>
        <w:rPr>
          <w:shd w:val="clear" w:color="auto" w:fill="C00000"/>
          <w:color w:val="FFFFFF"/>
        </w:rPr>
        <w:t>Some are like the seeds along the path, where {the word} is sown</w:t>
      </w:r>
      <w:r>
        <w:rPr>
          <w:b w:val="false"/>
          <w:i w:val="false"/>
          <w:u w:val="none"/>
          <w:shd w:val="clear" w:color="auto" w:fill="C00000"/>
          <w:color w:val="FFFFFF"/>
        </w:rPr>
        <w:t xml:space="preserve"> [1LZE]</w:t>
      </w:r>
      <w:r>
        <w:rPr>
          <w:shd w:val="clear" w:color="auto" w:fill="C00000"/>
          <w:color w:val="FFFFFF"/>
        </w:rPr>
        <w:t xml:space="preserve">. </w:t>
      </w:r>
      <w:r>
        <w:rPr>
          <w:shd w:val="clear" w:color="auto" w:fill="C00000"/>
          <w:color w:val="FFFFFF"/>
        </w:rPr>
        <w:t>As soon as they hear it, Satan comes</w:t>
      </w:r>
      <w:r>
        <w:rPr>
          <w:b w:val="false"/>
          <w:i w:val="false"/>
          <w:u w:val="none"/>
          <w:shd w:val="clear" w:color="auto" w:fill="C00000"/>
          <w:color w:val="FFFFFF"/>
        </w:rPr>
        <w:t xml:space="preserve"> [1LZF]</w:t>
      </w:r>
      <w:r>
        <w:rPr>
          <w:shd w:val="clear" w:color="auto" w:fill="C00000"/>
          <w:color w:val="FFFFFF"/>
        </w:rPr>
        <w:t xml:space="preserve"> and </w:t>
      </w:r>
      <w:r>
        <w:rPr>
          <w:shd w:val="clear" w:color="auto" w:fill="C00000"/>
          <w:color w:val="FFFFFF"/>
        </w:rPr>
        <w:t>takes away the word that was sown in them</w:t>
      </w:r>
      <w:r>
        <w:rPr>
          <w:b w:val="false"/>
          <w:i w:val="false"/>
          <w:u w:val="none"/>
          <w:shd w:val="clear" w:color="auto" w:fill="C00000"/>
          <w:color w:val="FFFFFF"/>
        </w:rPr>
        <w:t xml:space="preserve"> [3CZQ]</w:t>
      </w:r>
      <w:r>
        <w:rPr>
          <w:shd w:val="clear" w:color="auto" w:fill="C00000"/>
          <w:color w:val="FFFFFF"/>
        </w:rPr>
        <w:t>.</w:t>
      </w:r>
    </w:p>
    <w:p>
      <w:pPr>
        <w:pStyle w:val="Yellow"/>
        <w:rPr/>
      </w:pPr>
      <w:r>
        <w:rPr>
          <w:shd w:val="clear" w:color="auto" w:fill="548235"/>
          <w:color w:val="FFFFFF"/>
        </w:rPr>
        <w:t xml:space="preserve">(Lk4:33ᶜ Man was “possessed by the spirit of an unclean demon”¹) </w:t>
      </w:r>
      <w:r>
        <w:rPr>
          <w:b/>
          <w:shd w:val="clear" w:color="auto" w:fill="548235"/>
          <w:color w:val="FFFFFF"/>
        </w:rPr>
        <w:t xml:space="preserve">Luke 4:35</w:t>
      </w:r>
      <w:r>
        <w:rPr>
          <w:shd w:val="clear" w:color="auto" w:fill="548235"/>
          <w:color w:val="FFFFFF"/>
        </w:rPr>
        <w:t xml:space="preserve"> — </w:t>
      </w:r>
      <w:r>
        <w:rPr>
          <w:shd w:fill="548235" w:val="clear" w:color="auto"/>
          <w:color w:val="FFFFFF"/>
        </w:rPr>
        <w:t xml:space="preserve">Jesus rebuked the demon</w:t>
      </w:r>
      <w:r>
        <w:rPr>
          <w:b w:val="false"/>
          <w:i w:val="false"/>
          <w:color w:val="FFFFFF"/>
          <w:u w:val="none"/>
          <w:shd w:val="clear" w:color="auto" w:fill="548235"/>
        </w:rPr>
        <w:t xml:space="preserve"> [1HZI]</w:t>
      </w:r>
      <w:r>
        <w:rPr>
          <w:shd w:val="clear" w:color="auto" w:fill="548235"/>
          <w:color w:val="FFFFFF"/>
        </w:rPr>
        <w:t xml:space="preserve">. “</w:t>
      </w:r>
      <w:r>
        <w:rPr>
          <w:shd w:fill="548235" w:val="clear" w:color="auto"/>
          <w:color w:val="FFFFFF"/>
        </w:rPr>
        <w:t xml:space="preserve">Be silent!</w:t>
      </w:r>
      <w:r>
        <w:rPr>
          <w:b w:val="false"/>
          <w:i w:val="false"/>
          <w:color w:val="FFFFFF"/>
          <w:u w:val="none"/>
          <w:shd w:val="clear" w:color="auto" w:fill="548235"/>
        </w:rPr>
        <w:t xml:space="preserve"> [1HZJ]</w:t>
      </w:r>
      <w:r>
        <w:rPr>
          <w:shd w:val="clear" w:color="auto" w:fill="548235"/>
          <w:color w:val="FFFFFF"/>
        </w:rPr>
        <w:t xml:space="preserve">” He said. “</w:t>
      </w:r>
      <w:r>
        <w:rPr>
          <w:shd w:fill="548235" w:val="clear" w:color="auto"/>
          <w:color w:val="FFFFFF"/>
        </w:rPr>
        <w:t xml:space="preserve">Come out of {him}!</w:t>
      </w:r>
      <w:r>
        <w:rPr>
          <w:b w:val="false"/>
          <w:i w:val="false"/>
          <w:color w:val="FFFFFF"/>
          <w:u w:val="none"/>
          <w:shd w:val="clear" w:color="auto" w:fill="548235"/>
        </w:rPr>
        <w:t xml:space="preserve"> [1HZK]</w:t>
      </w:r>
      <w:r>
        <w:rPr>
          <w:shd w:val="clear" w:color="auto" w:fill="548235"/>
          <w:color w:val="FFFFFF"/>
        </w:rPr>
        <w:t xml:space="preserve">” At this, </w:t>
      </w:r>
      <w:r>
        <w:rPr>
          <w:shd w:fill="548235" w:val="clear" w:color="auto"/>
          <w:color w:val="FFFFFF"/>
        </w:rPr>
        <w:t xml:space="preserve">the demon threw the man down before them all and came out without harming him</w:t>
      </w:r>
      <w:r>
        <w:rPr>
          <w:b w:val="false"/>
          <w:i w:val="false"/>
          <w:color w:val="FFFFFF"/>
          <w:u w:val="none"/>
          <w:shd w:val="clear" w:color="auto" w:fill="548235"/>
        </w:rPr>
        <w:t xml:space="preserve"> [1HZL]</w:t>
      </w:r>
      <w:r>
        <w:rPr>
          <w:b w:val="false"/>
          <w:i w:val="false"/>
          <w:color w:val="FFFFFF"/>
          <w:u w:val="none"/>
          <w:shd w:val="clear" w:color="auto" w:fill="548235"/>
        </w:rPr>
        <w:t xml:space="preserve"> [1HZM]</w:t>
      </w:r>
      <w:r>
        <w:rPr>
          <w:shd w:val="clear" w:color="auto" w:fill="548235"/>
          <w:color w:val="FFFFFF"/>
        </w:rPr>
        <w:t xml:space="preserve">.</w:t>
      </w:r>
    </w:p>
    <w:p>
      <w:pPr>
        <w:pStyle w:val="Yellow"/>
        <w:rPr/>
      </w:pPr>
      <w:r>
        <w:rPr/>
        <w:t xml:space="preserve">(Lk4:35 “Jesus”) </w:t>
      </w:r>
      <w:r>
        <w:rPr>
          <w:b/>
        </w:rPr>
        <w:t xml:space="preserve">Luke 4:36</w:t>
      </w:r>
      <w:r>
        <w:rPr/>
        <w:t xml:space="preserve"> — </w:t>
      </w:r>
      <w:r>
        <w:rPr>
          <w:shd w:fill="B7DDE8" w:val="clear"/>
        </w:rPr>
        <w:t xml:space="preserve">With authority and power {He} commands the unclean spirits</w:t>
      </w:r>
      <w:r>
        <w:rPr>
          <w:b w:val="false"/>
          <w:i w:val="false"/>
          <w:color w:val="000000"/>
          <w:u w:val="none"/>
        </w:rPr>
        <w:t xml:space="preserve"> [1IDY]</w:t>
      </w:r>
      <w:r>
        <w:rPr/>
        <w:t xml:space="preserve">, and </w:t>
      </w:r>
      <w:r>
        <w:rPr>
          <w:shd w:fill="B7DDE8" w:val="clear"/>
        </w:rPr>
        <w:t xml:space="preserve">they come out</w:t>
      </w:r>
      <w:r>
        <w:rPr>
          <w:b w:val="false"/>
          <w:i w:val="false"/>
          <w:color w:val="000000"/>
          <w:u w:val="none"/>
        </w:rPr>
        <w:t xml:space="preserve"> [1IDZ]</w:t>
      </w:r>
      <w:r>
        <w:rPr/>
        <w:t xml:space="preserve">!”</w:t>
      </w:r>
    </w:p>
    <w:p>
      <w:pPr>
        <w:pStyle w:val="Yellow"/>
        <w:rPr/>
        <w:pBdr>
          <w:left w:val="single" w:sz="28" w:space="5" w:color="C00000"/>
        </w:pBdr>
      </w:pPr>
      <w:r>
        <w:rPr>
          <w:b/>
        </w:rPr>
        <w:t xml:space="preserve">Luke 10:17</w:t>
      </w:r>
      <w:r>
        <w:rPr/>
        <w:t xml:space="preserve"> — </w:t>
      </w:r>
      <w:r>
        <w:rPr>
          <w:shd w:fill="B7DDE8" w:val="clear"/>
        </w:rPr>
        <w:t xml:space="preserve">The seventy-two returned with joy</w:t>
      </w:r>
      <w:r>
        <w:rPr>
          <w:b w:val="false"/>
          <w:i w:val="false"/>
          <w:color w:val="000000"/>
          <w:u w:val="none"/>
        </w:rPr>
        <w:t xml:space="preserve"> [1IGC]</w:t>
      </w:r>
      <w:r>
        <w:rPr/>
        <w:t xml:space="preserve"> and said, “Lord, </w:t>
      </w:r>
      <w:r>
        <w:rPr>
          <w:shd w:fill="F4B183" w:val="clear" w:color="auto"/>
          <w:color w:val="000000"/>
        </w:rPr>
        <w:t xml:space="preserve">even the demons submit to us in Your name</w:t>
      </w:r>
      <w:r>
        <w:rPr>
          <w:b w:val="false"/>
          <w:i w:val="false"/>
          <w:color w:val="000000"/>
          <w:u w:val="none"/>
          <w:shd w:val="clear" w:color="auto" w:fill="F4B183"/>
        </w:rPr>
        <w:t xml:space="preserve"> [1IGD]</w:t>
      </w:r>
      <w:r>
        <w:rPr/>
        <w:t xml:space="preserve">.”</w:t>
      </w:r>
    </w:p>
    <w:p>
      <w:pPr>
        <w:pStyle w:val="Yellow"/>
        <w:rPr/>
      </w:pPr>
      <w:r>
        <w:rPr>
          <w:shd w:val="clear" w:color="auto" w:fill="548235"/>
          <w:color w:val="FFFFFF"/>
        </w:rPr>
        <w:t xml:space="preserve">(Lk10:1ᶜ Those “seventy-two others” Jesus “sent”¹ / 18 “Satan”²) </w:t>
      </w:r>
      <w:r>
        <w:rPr>
          <w:b/>
          <w:shd w:val="clear" w:color="auto" w:fill="548235"/>
          <w:color w:val="FFFFFF"/>
        </w:rPr>
        <w:t xml:space="preserve">Luke 10:19</w:t>
      </w:r>
      <w:r>
        <w:rPr>
          <w:shd w:val="clear" w:color="auto" w:fill="548235"/>
          <w:color w:val="FFFFFF"/>
        </w:rPr>
        <w:t xml:space="preserve"> — Behold, </w:t>
      </w:r>
      <w:r>
        <w:rPr>
          <w:shd w:fill="548235" w:val="clear" w:color="auto"/>
          <w:color w:val="FFFFFF"/>
        </w:rPr>
        <w:t xml:space="preserve">I have given {you} authority to tread on snakes and scorpions, and over all the power of {the enemy}</w:t>
      </w:r>
      <w:r>
        <w:rPr>
          <w:b w:val="false"/>
          <w:i w:val="false"/>
          <w:color w:val="FFFFFF"/>
          <w:u w:val="none"/>
          <w:shd w:val="clear" w:color="auto" w:fill="548235"/>
        </w:rPr>
        <w:t xml:space="preserve"> [1KVX]</w:t>
      </w:r>
      <w:r>
        <w:rPr>
          <w:shd w:val="clear" w:color="auto" w:fill="548235"/>
          <w:color w:val="FFFFFF"/>
        </w:rPr>
        <w:t xml:space="preserve">. </w:t>
      </w:r>
      <w:r>
        <w:rPr>
          <w:shd w:fill="548235" w:val="clear" w:color="auto"/>
          <w:color w:val="FFFFFF"/>
        </w:rPr>
        <w:t xml:space="preserve">Nothing will harm you</w:t>
      </w:r>
      <w:r>
        <w:rPr>
          <w:b w:val="false"/>
          <w:i w:val="false"/>
          <w:color w:val="FFFFFF"/>
          <w:u w:val="none"/>
          <w:shd w:val="clear" w:color="auto" w:fill="548235"/>
        </w:rPr>
        <w:t xml:space="preserve"> [1KVY]</w:t>
      </w:r>
      <w:r>
        <w:rPr>
          <w:shd w:val="clear" w:color="auto" w:fill="548235"/>
          <w:color w:val="FFFFFF"/>
        </w:rPr>
        <w:t xml:space="preserve">.</w:t>
      </w:r>
    </w:p>
    <w:p>
      <w:pPr>
        <w:pStyle w:val="Yellow"/>
        <w:rPr/>
      </w:pPr>
      <w:r>
        <w:rPr>
          <w:b/>
        </w:rPr>
        <w:t xml:space="preserve">Luke 11:20</w:t>
      </w:r>
      <w:r>
        <w:rPr/>
        <w:t xml:space="preserve"> — </w:t>
      </w:r>
      <w:r>
        <w:rPr>
          <w:shd w:fill="B7DDE8" w:val="clear"/>
        </w:rPr>
        <w:t xml:space="preserve">if I drive out demons by the finger of God</w:t>
      </w:r>
      <w:r>
        <w:rPr>
          <w:b w:val="false"/>
          <w:i w:val="false"/>
          <w:u w:val="none"/>
          <w:color w:val="000000"/>
        </w:rPr>
        <w:t xml:space="preserve"> [1IEO]</w:t>
      </w:r>
      <w:r>
        <w:rPr/>
        <w:t xml:space="preserve">, </w:t>
      </w:r>
      <w:r>
        <w:rPr>
          <w:shd w:fill="B7DDE8" w:val="clear"/>
        </w:rPr>
        <w:t xml:space="preserve">then the kingdom of God has come upon you</w:t>
      </w:r>
      <w:r>
        <w:rPr>
          <w:b w:val="false"/>
          <w:i w:val="false"/>
          <w:color w:val="000000"/>
          <w:u w:val="none"/>
        </w:rPr>
        <w:t xml:space="preserve"> [1IEP]</w:t>
      </w:r>
      <w:r>
        <w:rPr/>
        <w:t xml:space="preserve">.</w:t>
      </w:r>
    </w:p>
    <w:p>
      <w:pPr>
        <w:pStyle w:val="Yellow"/>
        <w:rPr/>
      </w:pPr>
      <w:r>
        <w:rPr/>
        <w:t xml:space="preserve">(Mt12:45ᶜ Applies to “this wicked generation”) </w:t>
      </w:r>
      <w:r>
        <w:rPr>
          <w:b/>
        </w:rPr>
        <w:t xml:space="preserve">Luke 11:24–26</w:t>
      </w:r>
      <w:r>
        <w:rPr/>
        <w:t xml:space="preserve"> — </w:t>
      </w:r>
      <w:r>
        <w:rPr>
          <w:shd w:fill="B7DDE8" w:val="clear"/>
        </w:rPr>
        <w:t xml:space="preserve">When an unclean spirit comes out of a man</w:t>
      </w:r>
      <w:r>
        <w:rPr>
          <w:b w:val="false"/>
          <w:i w:val="false"/>
          <w:color w:val="000000"/>
          <w:u w:val="none"/>
        </w:rPr>
        <w:t xml:space="preserve"> [1IGE]</w:t>
      </w:r>
      <w:r>
        <w:rPr/>
        <w:t xml:space="preserve">, </w:t>
      </w:r>
      <w:r>
        <w:rPr>
          <w:shd w:fill="B7DDE8" w:val="clear"/>
        </w:rPr>
        <w:t xml:space="preserve">it passes through arid places seeking rest and does not find it</w:t>
      </w:r>
      <w:r>
        <w:rPr>
          <w:b w:val="false"/>
          <w:i w:val="false"/>
          <w:color w:val="000000"/>
          <w:u w:val="none"/>
        </w:rPr>
        <w:t xml:space="preserve"> [1IGF]</w:t>
      </w:r>
      <w:r>
        <w:rPr/>
        <w:t xml:space="preserve">. Then it says, ‘</w:t>
      </w:r>
      <w:r>
        <w:rPr>
          <w:shd w:fill="B7DDE8" w:val="clear"/>
        </w:rPr>
        <w:t xml:space="preserve">I will return to the house I left</w:t>
      </w:r>
      <w:r>
        <w:rPr>
          <w:b w:val="false"/>
          <w:i w:val="false"/>
          <w:color w:val="000000"/>
          <w:u w:val="none"/>
        </w:rPr>
        <w:t xml:space="preserve"> [1IGG]</w:t>
      </w:r>
      <w:r>
        <w:rPr/>
        <w:t xml:space="preserve">.’ On its return, </w:t>
      </w:r>
      <w:r>
        <w:rPr>
          <w:shd w:fill="B7DDE8" w:val="clear"/>
        </w:rPr>
        <w:t xml:space="preserve">it finds the house swept clean and put in order</w:t>
      </w:r>
      <w:r>
        <w:rPr>
          <w:b w:val="false"/>
          <w:i w:val="false"/>
          <w:color w:val="000000"/>
          <w:u w:val="none"/>
        </w:rPr>
        <w:t xml:space="preserve"> [1IGH]</w:t>
      </w:r>
      <w:r>
        <w:rPr/>
        <w:t xml:space="preserve">. Then </w:t>
      </w:r>
      <w:r>
        <w:rPr>
          <w:shd w:fill="B7DDE8" w:val="clear"/>
        </w:rPr>
        <w:t xml:space="preserve">it goes and brings seven other spirits more wicked than itself</w:t>
      </w:r>
      <w:r>
        <w:rPr>
          <w:b w:val="false"/>
          <w:i w:val="false"/>
          <w:color w:val="000000"/>
          <w:u w:val="none"/>
        </w:rPr>
        <w:t xml:space="preserve"> [1IGI]</w:t>
      </w:r>
      <w:r>
        <w:rPr/>
        <w:t xml:space="preserve">, and </w:t>
      </w:r>
      <w:r>
        <w:rPr>
          <w:shd w:fill="B7DDE8" w:val="clear"/>
        </w:rPr>
        <w:t xml:space="preserve">they go in and dwell there</w:t>
      </w:r>
      <w:r>
        <w:rPr>
          <w:b w:val="false"/>
          <w:i w:val="false"/>
          <w:color w:val="000000"/>
          <w:u w:val="none"/>
        </w:rPr>
        <w:t xml:space="preserve"> [1IGJ]</w:t>
      </w:r>
      <w:r>
        <w:rPr/>
        <w:t xml:space="preserve">. And </w:t>
      </w:r>
      <w:r>
        <w:rPr>
          <w:shd w:fill="B7DDE8" w:val="clear"/>
        </w:rPr>
        <w:t xml:space="preserve">the final plight of that man is worse than the first</w:t>
      </w:r>
      <w:r>
        <w:rPr>
          <w:b w:val="false"/>
          <w:i w:val="false"/>
          <w:color w:val="000000"/>
          <w:u w:val="none"/>
        </w:rPr>
        <w:t xml:space="preserve"> [1IGK]</w:t>
      </w:r>
      <w:r>
        <w:rPr/>
        <w:t xml:space="preserve">.”</w:t>
      </w:r>
    </w:p>
    <w:p>
      <w:pPr>
        <w:pStyle w:val="Yellow"/>
        <w:rPr/>
      </w:pPr>
      <w:r>
        <w:rPr>
          <w:b/>
        </w:rPr>
        <w:t>Luke 22:31–32</w:t>
      </w:r>
      <w:r>
        <w:rPr/>
        <w:t xml:space="preserve"> — </w:t>
      </w:r>
      <w:r>
        <w:rPr>
          <w:shd w:val="clear" w:fill="B7DDE8"/>
        </w:rPr>
        <w:t>Satan has asked to sift all of you like wheat</w:t>
      </w:r>
      <w:r>
        <w:rPr>
          <w:b w:val="false"/>
          <w:i w:val="false"/>
          <w:color w:val="000000"/>
          <w:u w:val="none"/>
        </w:rPr>
        <w:t xml:space="preserve"> [1COT]</w:t>
      </w:r>
      <w:r>
        <w:rPr/>
        <w:t xml:space="preserve">. But </w:t>
      </w:r>
      <w:r>
        <w:rPr>
          <w:shd w:val="clear" w:fill="B7DDE8"/>
        </w:rPr>
        <w:t>I have prayed for you, Simon</w:t>
      </w:r>
      <w:r>
        <w:rPr>
          <w:b w:val="false"/>
          <w:i w:val="false"/>
          <w:color w:val="000000"/>
          <w:u w:val="none"/>
        </w:rPr>
        <w:t xml:space="preserve"> [1COU]</w:t>
      </w:r>
      <w:r>
        <w:rPr>
          <w:shd w:val="clear" w:color="auto" w:fill="548235"/>
          <w:color w:val="FFFFFF"/>
        </w:rPr>
        <w:t xml:space="preserve">, </w:t>
      </w:r>
      <w:r>
        <w:rPr>
          <w:shd w:val="clear" w:fill="548235" w:color="auto"/>
          <w:color w:val="FFFFFF"/>
        </w:rPr>
        <w:t>that your faith will not fail</w:t>
      </w:r>
      <w:r>
        <w:rPr>
          <w:b w:val="false"/>
          <w:i w:val="false"/>
          <w:color w:val="FFFFFF"/>
          <w:u w:val="none"/>
          <w:shd w:val="clear" w:color="auto" w:fill="548235"/>
        </w:rPr>
        <w:t xml:space="preserve"> [1COV]</w:t>
      </w:r>
      <w:r>
        <w:rPr>
          <w:shd w:val="clear" w:color="auto" w:fill="548235"/>
          <w:color w:val="FFFFFF"/>
        </w:rPr>
        <w:t>.</w:t>
      </w:r>
    </w:p>
    <w:p>
      <w:pPr>
        <w:pStyle w:val="Yellow"/>
        <w:rPr/>
      </w:pPr>
      <w:r>
        <w:rPr>
          <w:b/>
        </w:rPr>
        <w:t xml:space="preserve">John 8:44</w:t>
      </w:r>
      <w:r>
        <w:rPr/>
        <w:t xml:space="preserve"> — </w:t>
      </w:r>
      <w:r>
        <w:rPr>
          <w:shd w:fill="B7DDE8" w:val="clear"/>
        </w:rPr>
        <w:t xml:space="preserve">You belong to your father, the devil</w:t>
      </w:r>
      <w:r>
        <w:rPr>
          <w:b w:val="false"/>
          <w:i w:val="false"/>
          <w:color w:val="000000"/>
          <w:u w:val="none"/>
        </w:rPr>
        <w:t xml:space="preserve"> [1ICO]</w:t>
      </w:r>
      <w:r>
        <w:rPr/>
        <w:t xml:space="preserve">, and </w:t>
      </w:r>
      <w:r>
        <w:rPr>
          <w:shd w:fill="B7DDE8" w:val="clear"/>
        </w:rPr>
        <w:t xml:space="preserve">you want to carry out his desires</w:t>
      </w:r>
      <w:r>
        <w:rPr>
          <w:b w:val="false"/>
          <w:i w:val="false"/>
          <w:color w:val="000000"/>
          <w:u w:val="none"/>
        </w:rPr>
        <w:t xml:space="preserve"> [1ICP]</w:t>
      </w:r>
      <w:r>
        <w:rPr/>
        <w:t xml:space="preserve">. </w:t>
      </w:r>
      <w:r>
        <w:rPr>
          <w:shd w:fill="B7DDE8" w:val="clear"/>
        </w:rPr>
        <w:t xml:space="preserve">He was a murderer from the beginning</w:t>
      </w:r>
      <w:r>
        <w:rPr>
          <w:b w:val="false"/>
          <w:i w:val="false"/>
          <w:color w:val="000000"/>
          <w:u w:val="none"/>
        </w:rPr>
        <w:t xml:space="preserve"> [1ICQ]</w:t>
      </w:r>
      <w:r>
        <w:rPr/>
        <w:t xml:space="preserve">, </w:t>
      </w:r>
      <w:r>
        <w:rPr>
          <w:shd w:fill="B7DDE8" w:val="clear"/>
        </w:rPr>
        <w:t xml:space="preserve">refusing to uphold the truth</w:t>
      </w:r>
      <w:r>
        <w:rPr>
          <w:b w:val="false"/>
          <w:i w:val="false"/>
          <w:color w:val="000000"/>
          <w:u w:val="none"/>
        </w:rPr>
        <w:t xml:space="preserve"> [1ICR]</w:t>
      </w:r>
      <w:r>
        <w:rPr/>
        <w:t xml:space="preserve">, because </w:t>
      </w:r>
      <w:r>
        <w:rPr>
          <w:shd w:fill="B7DDE8" w:val="clear"/>
        </w:rPr>
        <w:t xml:space="preserve">there is no truth in him</w:t>
      </w:r>
      <w:r>
        <w:rPr>
          <w:b w:val="false"/>
          <w:i w:val="false"/>
          <w:color w:val="000000"/>
          <w:u w:val="none"/>
        </w:rPr>
        <w:t xml:space="preserve"> [2WL]</w:t>
      </w:r>
      <w:r>
        <w:rPr/>
        <w:t xml:space="preserve">. </w:t>
      </w:r>
      <w:r>
        <w:rPr>
          <w:shd w:fill="B7DDE8" w:val="clear"/>
        </w:rPr>
        <w:t xml:space="preserve">When he lies, he speaks his native language</w:t>
      </w:r>
      <w:r>
        <w:rPr>
          <w:b w:val="false"/>
          <w:i w:val="false"/>
          <w:color w:val="000000"/>
          <w:u w:val="none"/>
        </w:rPr>
        <w:t xml:space="preserve"> [1ICS]</w:t>
      </w:r>
      <w:r>
        <w:rPr/>
        <w:t xml:space="preserve">, because </w:t>
      </w:r>
      <w:r>
        <w:rPr>
          <w:shd w:fill="B7DDE8" w:val="clear"/>
        </w:rPr>
        <w:t xml:space="preserve">he is a liar and the father of lies</w:t>
      </w:r>
      <w:r>
        <w:rPr>
          <w:b w:val="false"/>
          <w:i w:val="false"/>
          <w:color w:val="000000"/>
          <w:u w:val="none"/>
        </w:rPr>
        <w:t xml:space="preserve"> [1ICT]</w:t>
      </w:r>
      <w:r>
        <w:rPr/>
        <w:t xml:space="preserve">.</w:t>
      </w:r>
    </w:p>
    <w:p>
      <w:pPr>
        <w:pStyle w:val="Yellow"/>
        <w:rPr/>
      </w:pPr>
      <w:r>
        <w:rPr>
          <w:u w:val="none"/>
        </w:rPr>
        <w:t xml:space="preserve">(Jn18:1 Jesus’ “disciples”) </w:t>
      </w:r>
      <w:r>
        <w:rPr>
          <w:b/>
          <w:u w:val="none"/>
        </w:rPr>
        <w:t>John 17:15</w:t>
      </w:r>
      <w:r>
        <w:rPr>
          <w:u w:val="none"/>
        </w:rPr>
        <w:t xml:space="preserve"> — </w:t>
      </w:r>
      <w:r>
        <w:rPr>
          <w:u w:val="none"/>
          <w:shd w:fill="B7DDE8" w:val="clear"/>
        </w:rPr>
        <w:t>I am not asking that You take {them} out of the world</w:t>
      </w:r>
      <w:r>
        <w:rPr>
          <w:b w:val="false"/>
          <w:i w:val="false"/>
          <w:color w:val="000000"/>
          <w:u w:val="none"/>
        </w:rPr>
        <w:t xml:space="preserve"> [1LWH]</w:t>
      </w:r>
      <w:r>
        <w:rPr>
          <w:u w:val="none"/>
        </w:rPr>
        <w:t xml:space="preserve">, but that </w:t>
      </w:r>
      <w:r>
        <w:rPr>
          <w:u w:val="none"/>
          <w:color w:val="auto"/>
        </w:rPr>
        <w:t>You keep them from the evil one</w:t>
      </w:r>
      <w:r>
        <w:rPr>
          <w:b w:val="false"/>
          <w:i w:val="false"/>
          <w:color w:val="auto"/>
          <w:u w:val="none"/>
        </w:rPr>
        <w:t xml:space="preserve"> [2HD]</w:t>
      </w:r>
      <w:r>
        <w:rPr>
          <w:u w:val="none"/>
        </w:rPr>
        <w:t>.</w:t>
      </w:r>
    </w:p>
    <w:p>
      <w:pPr>
        <w:pStyle w:val="Yellow"/>
        <w:rPr/>
      </w:pPr>
      <w:r>
        <w:rPr/>
        <w:t xml:space="preserve">(Ac16:16 “a slave girl”) </w:t>
      </w:r>
      <w:r>
        <w:rPr>
          <w:b/>
        </w:rPr>
        <w:t>Acts 16:18</w:t>
      </w:r>
      <w:r>
        <w:rPr/>
        <w:t xml:space="preserve"> — “</w:t>
      </w:r>
      <w:r>
        <w:rPr>
          <w:shd w:fill="B7DDE8" w:val="clear"/>
        </w:rPr>
        <w:t xml:space="preserve">In the name of Jesus Christ I </w:t>
      </w:r>
      <w:r>
        <w:rPr>
          <w:shd w:fill="B7DDE8" w:val="clear"/>
        </w:rPr>
        <w:t>command</w:t>
      </w:r>
      <w:r>
        <w:rPr>
          <w:shd w:fill="B7DDE8" w:val="clear"/>
        </w:rPr>
        <w:t xml:space="preserve"> you to come out of {her}</w:t>
      </w:r>
      <w:r>
        <w:rPr>
          <w:b w:val="false"/>
          <w:i w:val="false"/>
          <w:color w:val="000000"/>
          <w:u w:val="none"/>
        </w:rPr>
        <w:t xml:space="preserve"> [1WG]</w:t>
      </w:r>
      <w:r>
        <w:rPr/>
        <w:t xml:space="preserve">!” And </w:t>
      </w:r>
      <w:r>
        <w:rPr>
          <w:shd w:fill="B7DDE8" w:val="clear"/>
        </w:rPr>
        <w:t>the spirit left her at that very moment</w:t>
      </w:r>
      <w:r>
        <w:rPr>
          <w:b w:val="false"/>
          <w:i w:val="false"/>
          <w:color w:val="000000"/>
          <w:u w:val="none"/>
        </w:rPr>
        <w:t xml:space="preserve"> [1WH]</w:t>
      </w:r>
      <w:r>
        <w:rPr/>
        <w:t>.</w:t>
      </w:r>
    </w:p>
    <w:p>
      <w:pPr>
        <w:pStyle w:val="Yellow"/>
        <w:rPr/>
      </w:pPr>
      <w:r>
        <w:rPr>
          <w:b/>
          <w:shd w:val="clear" w:color="auto" w:fill="548235"/>
          <w:color w:val="FFFFFF"/>
        </w:rPr>
        <w:t>Romans 16:20</w:t>
      </w:r>
      <w:r>
        <w:rPr>
          <w:shd w:val="clear" w:color="auto" w:fill="548235"/>
          <w:color w:val="FFFFFF"/>
        </w:rPr>
        <w:t xml:space="preserve"> — </w:t>
      </w:r>
      <w:r>
        <w:rPr>
          <w:shd w:val="clear" w:fill="548235" w:color="auto"/>
          <w:color w:val="FFFFFF"/>
        </w:rPr>
        <w:t>The God of peace will soon crush Satan under your feet</w:t>
      </w:r>
      <w:r>
        <w:rPr>
          <w:b w:val="false"/>
          <w:i w:val="false"/>
          <w:color w:val="FFFFFF"/>
          <w:u w:val="none"/>
          <w:shd w:val="clear" w:color="auto" w:fill="548235"/>
        </w:rPr>
        <w:t xml:space="preserve"> [1EWM]</w:t>
      </w:r>
      <w:r>
        <w:rPr>
          <w:shd w:val="clear" w:color="auto" w:fill="548235"/>
          <w:color w:val="FFFFFF"/>
        </w:rPr>
        <w:t>.</w:t>
      </w:r>
    </w:p>
    <w:p>
      <w:pPr>
        <w:pStyle w:val="Yellow"/>
        <w:rPr/>
      </w:pPr>
      <w:r>
        <w:rPr>
          <w:b/>
        </w:rPr>
        <w:t>2 Corinthians 10:4-6</w:t>
      </w:r>
      <w:r>
        <w:rPr/>
        <w:t xml:space="preserve"> — </w:t>
      </w:r>
      <w:r>
        <w:rPr>
          <w:shd w:val="clear" w:fill="B7DDE8"/>
        </w:rPr>
        <w:t>The weapons of our warfare are not the weapons of the world</w:t>
      </w:r>
      <w:r>
        <w:rPr>
          <w:b w:val="false"/>
          <w:i w:val="false"/>
          <w:color w:val="000000"/>
          <w:u w:val="none"/>
        </w:rPr>
        <w:t xml:space="preserve"> [1FDA]</w:t>
      </w:r>
      <w:r>
        <w:rPr/>
        <w:t xml:space="preserve">. Instead, </w:t>
      </w:r>
      <w:r>
        <w:rPr>
          <w:shd w:val="clear" w:fill="B7DDE8"/>
        </w:rPr>
        <w:t>they have divine power to demolish strongholds</w:t>
      </w:r>
      <w:r>
        <w:rPr>
          <w:b w:val="false"/>
          <w:i w:val="false"/>
          <w:color w:val="000000"/>
          <w:u w:val="none"/>
        </w:rPr>
        <w:t xml:space="preserve"> [1FDB]</w:t>
      </w:r>
      <w:r>
        <w:rPr/>
        <w:t xml:space="preserve">. </w:t>
      </w:r>
      <w:r>
        <w:rPr>
          <w:shd w:val="clear" w:fill="B7DDE8"/>
        </w:rPr>
        <w:t>We tear down arguments and every presumption set up against the knowledge of God</w:t>
      </w:r>
      <w:r>
        <w:rPr>
          <w:b w:val="false"/>
          <w:i w:val="false"/>
          <w:color w:val="000000"/>
          <w:u w:val="none"/>
        </w:rPr>
        <w:t xml:space="preserve"> [1FDC]</w:t>
      </w:r>
      <w:r>
        <w:rPr/>
        <w:t xml:space="preserve">; and </w:t>
      </w:r>
      <w:r>
        <w:rPr>
          <w:shd w:val="clear" w:fill="B7DDE8"/>
        </w:rPr>
        <w:t>we take captive every thought to make it obedient to Christ</w:t>
      </w:r>
      <w:r>
        <w:rPr>
          <w:b w:val="false"/>
          <w:i w:val="false"/>
          <w:color w:val="000000"/>
          <w:u w:val="none"/>
        </w:rPr>
        <w:t xml:space="preserve"> [1FDD]</w:t>
      </w:r>
      <w:r>
        <w:rPr/>
        <w:t xml:space="preserve">. And </w:t>
      </w:r>
      <w:r>
        <w:rPr>
          <w:shd w:val="clear" w:fill="B7DDE8"/>
        </w:rPr>
        <w:t>we will be ready to punish every act of disobedience, as soon as your obedience is complete</w:t>
      </w:r>
      <w:r>
        <w:rPr>
          <w:b w:val="false"/>
          <w:i w:val="false"/>
          <w:color w:val="000000"/>
          <w:u w:val="none"/>
        </w:rPr>
        <w:t xml:space="preserve"> [1FDE]</w:t>
      </w:r>
      <w:r>
        <w:rPr/>
        <w:t>.</w:t>
      </w:r>
    </w:p>
    <w:p>
      <w:pPr>
        <w:pStyle w:val="Yellow"/>
        <w:rPr/>
      </w:pPr>
      <w:r>
        <w:rPr>
          <w:b/>
        </w:rPr>
        <w:t xml:space="preserve">Ephesians 2:1-2</w:t>
      </w:r>
      <w:r>
        <w:rPr/>
        <w:t xml:space="preserve"> —  And </w:t>
      </w:r>
      <w:r>
        <w:rPr>
          <w:shd w:fill="B7DDE8" w:val="clear"/>
        </w:rPr>
        <w:t xml:space="preserve">you were dead in your trespasses and sins</w:t>
      </w:r>
      <w:r>
        <w:rPr>
          <w:b w:val="false"/>
          <w:i w:val="false"/>
          <w:color w:val="000000"/>
          <w:u w:val="none"/>
        </w:rPr>
        <w:t xml:space="preserve"> [1ITT]</w:t>
      </w:r>
      <w:r>
        <w:rPr/>
        <w:t xml:space="preserve">, in which </w:t>
      </w:r>
      <w:r>
        <w:rPr>
          <w:shd w:fill="B7DDE8" w:val="clear"/>
        </w:rPr>
        <w:t xml:space="preserve">you used to walk when you conformed to the ways of this world and of the ruler of the power of the air</w:t>
      </w:r>
      <w:r>
        <w:rPr>
          <w:b w:val="false"/>
          <w:i w:val="false"/>
          <w:color w:val="000000"/>
          <w:u w:val="none"/>
        </w:rPr>
        <w:t xml:space="preserve"> [1ITU]</w:t>
      </w:r>
      <w:r>
        <w:rPr/>
        <w:t xml:space="preserve">, </w:t>
      </w:r>
      <w:r>
        <w:rPr>
          <w:shd w:fill="B7DDE8" w:val="clear"/>
        </w:rPr>
        <w:t xml:space="preserve">the spirit who is now at work in the sons of disobedience</w:t>
      </w:r>
      <w:r>
        <w:rPr>
          <w:b w:val="false"/>
          <w:i w:val="false"/>
          <w:color w:val="000000"/>
          <w:u w:val="none"/>
        </w:rPr>
        <w:t xml:space="preserve"> [1ITV]</w:t>
      </w:r>
      <w:r>
        <w:rPr/>
        <w:t xml:space="preserve">.</w:t>
      </w:r>
    </w:p>
    <w:p>
      <w:pPr>
        <w:pStyle w:val="Yellow"/>
        <w:rPr/>
      </w:pPr>
      <w:r>
        <w:rPr>
          <w:b/>
          <w:shd w:val="clear" w:color="auto" w:fill="548235"/>
          <w:color w:val="FFFFFF"/>
        </w:rPr>
        <w:t xml:space="preserve">Ephesians 6:11</w:t>
      </w:r>
      <w:r>
        <w:rPr>
          <w:shd w:val="clear" w:color="auto" w:fill="548235"/>
          <w:color w:val="FFFFFF"/>
        </w:rPr>
        <w:t xml:space="preserve"> — </w:t>
      </w:r>
      <w:r>
        <w:rPr>
          <w:shd w:fill="548235" w:val="clear" w:color="auto"/>
          <w:color w:val="FFFFFF"/>
        </w:rPr>
        <w:t xml:space="preserve">Put on the full armor of God</w:t>
      </w:r>
      <w:r>
        <w:rPr>
          <w:b w:val="false"/>
          <w:i w:val="false"/>
          <w:color w:val="FFFFFF"/>
          <w:u w:val="none"/>
          <w:shd w:val="clear" w:color="auto" w:fill="548235"/>
        </w:rPr>
        <w:t xml:space="preserve"> [2UY]</w:t>
      </w:r>
      <w:r>
        <w:rPr>
          <w:shd w:val="clear" w:color="auto" w:fill="548235"/>
          <w:color w:val="FFFFFF"/>
        </w:rPr>
        <w:t xml:space="preserve">, </w:t>
      </w:r>
      <w:r>
        <w:rPr>
          <w:shd w:fill="548235" w:val="clear" w:color="auto"/>
          <w:color w:val="FFFFFF"/>
        </w:rPr>
        <w:t xml:space="preserve">so that you can make your stand against the devil’s schemes</w:t>
      </w:r>
      <w:r>
        <w:rPr>
          <w:b w:val="false"/>
          <w:i w:val="false"/>
          <w:color w:val="FFFFFF"/>
          <w:u w:val="none"/>
          <w:shd w:val="clear" w:color="auto" w:fill="548235"/>
        </w:rPr>
        <w:t xml:space="preserve"> [1LQN]</w:t>
      </w:r>
      <w:r>
        <w:rPr>
          <w:shd w:val="clear" w:color="auto" w:fill="548235"/>
          <w:color w:val="FFFFFF"/>
        </w:rPr>
        <w:t xml:space="preserve">.</w:t>
      </w:r>
    </w:p>
    <w:p>
      <w:pPr>
        <w:pStyle w:val="Yellow"/>
        <w:rPr/>
      </w:pPr>
      <w:r>
        <w:rPr>
          <w:b/>
        </w:rPr>
        <w:t xml:space="preserve">Ephesians 6:12</w:t>
      </w:r>
      <w:r>
        <w:rPr/>
        <w:t xml:space="preserve"> — For </w:t>
      </w:r>
      <w:r>
        <w:rPr>
          <w:shd w:fill="B7DDE8" w:val="clear"/>
        </w:rPr>
        <w:t xml:space="preserve">our struggle is not against flesh and blood</w:t>
      </w:r>
      <w:r>
        <w:rPr>
          <w:b w:val="false"/>
          <w:i w:val="false"/>
          <w:color w:val="000000"/>
          <w:u w:val="none"/>
        </w:rPr>
        <w:t xml:space="preserve"> [1IDP]</w:t>
      </w:r>
      <w:r>
        <w:rPr/>
        <w:t xml:space="preserve">, but </w:t>
      </w:r>
      <w:r>
        <w:rPr>
          <w:shd w:fill="B7DDE8" w:val="clear"/>
        </w:rPr>
        <w:t xml:space="preserve">against the rulers, against the authorities, against the powers of this world’s darkness, and against the spiritual forces of evil in the heavenly realms</w:t>
      </w:r>
      <w:r>
        <w:rPr>
          <w:b w:val="false"/>
          <w:i w:val="false"/>
          <w:color w:val="000000"/>
          <w:u w:val="none"/>
        </w:rPr>
        <w:t xml:space="preserve"> [1IDQ]</w:t>
      </w:r>
      <w:r>
        <w:rPr/>
        <w:t xml:space="preserve">.</w:t>
      </w:r>
    </w:p>
    <w:p>
      <w:pPr>
        <w:pStyle w:val="Yellow"/>
        <w:rPr/>
      </w:pPr>
      <w:r>
        <w:rPr/>
        <w:t xml:space="preserve">&lt;46&gt;(Ep6:12 We wrestle “spiritual forces of evil”) </w:t>
      </w:r>
      <w:r>
        <w:rPr>
          <w:b/>
        </w:rPr>
        <w:t>Ephesians 6:13</w:t>
      </w:r>
      <w:r>
        <w:rPr/>
        <w:t xml:space="preserve"> — </w:t>
      </w:r>
      <w:r>
        <w:rPr>
          <w:shd w:fill="B7DDE8" w:val="clear"/>
        </w:rPr>
        <w:t>{Therefore} take up the full armor of God</w:t>
      </w:r>
      <w:r>
        <w:rPr>
          <w:b w:val="false"/>
          <w:i w:val="false"/>
          <w:color w:val="000000"/>
          <w:u w:val="none"/>
        </w:rPr>
        <w:t xml:space="preserve"> [2UY]</w:t>
      </w:r>
      <w:r>
        <w:rPr/>
        <w:t xml:space="preserve">, </w:t>
      </w:r>
      <w:r>
        <w:rPr>
          <w:shd w:fill="B7DDE8" w:val="clear"/>
        </w:rPr>
        <w:t xml:space="preserve">so that when the day of </w:t>
      </w:r>
      <w:r>
        <w:rPr>
          <w:shd w:fill="B7DDE8" w:val="clear"/>
        </w:rPr>
        <w:t>evil</w:t>
      </w:r>
      <w:r>
        <w:rPr>
          <w:shd w:fill="B7DDE8" w:val="clear"/>
        </w:rPr>
        <w:t xml:space="preserve"> comes, you will be able to stand your ground, and having done everything, to stand</w:t>
      </w:r>
      <w:r>
        <w:rPr>
          <w:b w:val="false"/>
          <w:i w:val="false"/>
          <w:color w:val="000000"/>
          <w:u w:val="none"/>
        </w:rPr>
        <w:t xml:space="preserve"> [1UZ]</w:t>
      </w:r>
      <w:r>
        <w:rPr/>
        <w:t>.</w:t>
      </w:r>
    </w:p>
    <w:p>
      <w:pPr>
        <w:pStyle w:val="Yellow"/>
        <w:rPr/>
      </w:pPr>
      <w:r>
        <w:rPr/>
        <w:t>&lt;46&gt;</w:t>
      </w:r>
      <w:r>
        <w:rPr>
          <w:b/>
        </w:rPr>
        <w:t>Ephesians 6:14-18</w:t>
      </w:r>
      <w:r>
        <w:rPr/>
        <w:t xml:space="preserve"> —  </w:t>
      </w:r>
      <w:r>
        <w:rPr>
          <w:shd w:fill="B7DDE8" w:val="clear"/>
        </w:rPr>
        <w:t>Stand firm then, with the belt of truth buckled around your waist, with the breastplate of righteousness arrayed, and with your feet fitted with the readiness of the gospel of peace</w:t>
      </w:r>
      <w:r>
        <w:rPr>
          <w:b w:val="false"/>
          <w:i w:val="false"/>
          <w:color w:val="000000"/>
          <w:u w:val="none"/>
        </w:rPr>
        <w:t xml:space="preserve"> [1VA]</w:t>
      </w:r>
      <w:r>
        <w:rPr/>
        <w:t xml:space="preserve">. In addition to all this, </w:t>
      </w:r>
      <w:r>
        <w:rPr>
          <w:shd w:fill="B7DDE8" w:val="clear"/>
        </w:rPr>
        <w:t xml:space="preserve">take up the </w:t>
      </w:r>
      <w:r>
        <w:rPr>
          <w:shd w:fill="B7DDE8" w:val="clear"/>
        </w:rPr>
        <w:t>shield</w:t>
      </w:r>
      <w:r>
        <w:rPr>
          <w:shd w:fill="B7DDE8" w:val="clear"/>
        </w:rPr>
        <w:t xml:space="preserve"> of faith</w:t>
      </w:r>
      <w:r>
        <w:rPr>
          <w:b w:val="false"/>
          <w:i w:val="false"/>
          <w:color w:val="000000"/>
          <w:u w:val="none"/>
        </w:rPr>
        <w:t xml:space="preserve"> [1VB]</w:t>
      </w:r>
      <w:r>
        <w:rPr/>
        <w:t xml:space="preserve">, </w:t>
      </w:r>
      <w:r>
        <w:rPr>
          <w:shd w:fill="B7DDE8" w:val="clear"/>
        </w:rPr>
        <w:t xml:space="preserve">with which you can extinguish all the flaming arrows of the </w:t>
      </w:r>
      <w:r>
        <w:rPr>
          <w:shd w:fill="B7DDE8" w:val="clear"/>
        </w:rPr>
        <w:t>evil</w:t>
      </w:r>
      <w:r>
        <w:rPr>
          <w:shd w:fill="B7DDE8" w:val="clear"/>
        </w:rPr>
        <w:t xml:space="preserve"> one</w:t>
      </w:r>
      <w:r>
        <w:rPr>
          <w:b w:val="false"/>
          <w:i w:val="false"/>
          <w:color w:val="000000"/>
          <w:u w:val="none"/>
        </w:rPr>
        <w:t xml:space="preserve"> [1VC]</w:t>
      </w:r>
      <w:r>
        <w:rPr/>
        <w:t xml:space="preserve">. And </w:t>
      </w:r>
      <w:r>
        <w:rPr>
          <w:shd w:fill="B7DDE8" w:val="clear"/>
        </w:rPr>
        <w:t>take the helmet of salvation and the sword of the Spirit</w:t>
      </w:r>
      <w:r>
        <w:rPr>
          <w:b w:val="false"/>
          <w:i w:val="false"/>
          <w:color w:val="000000"/>
          <w:u w:val="none"/>
        </w:rPr>
        <w:t xml:space="preserve"> [1VD]</w:t>
      </w:r>
      <w:r>
        <w:rPr/>
        <w:t xml:space="preserve">, </w:t>
      </w:r>
      <w:r>
        <w:rPr>
          <w:shd w:fill="B7DDE8" w:val="clear"/>
        </w:rPr>
        <w:t>which is the word of God</w:t>
      </w:r>
      <w:r>
        <w:rPr>
          <w:b w:val="false"/>
          <w:i w:val="false"/>
          <w:color w:val="000000"/>
          <w:u w:val="none"/>
        </w:rPr>
        <w:t xml:space="preserve"> [1VE]</w:t>
      </w:r>
      <w:r>
        <w:rPr/>
        <w:t xml:space="preserve">. </w:t>
      </w:r>
      <w:r>
        <w:rPr>
          <w:shd w:fill="B7DDE8" w:val="clear"/>
        </w:rPr>
        <w:t>Pray in the Spirit at all times, with every kind of prayer and petition</w:t>
      </w:r>
      <w:r>
        <w:rPr>
          <w:b w:val="false"/>
          <w:i w:val="false"/>
          <w:color w:val="000000"/>
          <w:u w:val="none"/>
        </w:rPr>
        <w:t xml:space="preserve"> [1VF]</w:t>
      </w:r>
      <w:r>
        <w:rPr/>
        <w:t xml:space="preserve">. To this end, </w:t>
      </w:r>
      <w:r>
        <w:rPr>
          <w:shd w:fill="B7DDE8" w:val="clear"/>
        </w:rPr>
        <w:t>stay alert with all perseverance in your prayers for all the saints</w:t>
      </w:r>
      <w:r>
        <w:rPr>
          <w:b w:val="false"/>
          <w:i w:val="false"/>
          <w:color w:val="000000"/>
          <w:u w:val="none"/>
        </w:rPr>
        <w:t xml:space="preserve"> [1VG]</w:t>
      </w:r>
      <w:r>
        <w:rPr/>
        <w:t>.</w:t>
      </w:r>
    </w:p>
    <w:p>
      <w:pPr>
        <w:pStyle w:val="Yellow"/>
        <w:rPr/>
      </w:pPr>
      <w:r>
        <w:rPr/>
        <w:t xml:space="preserve">&lt;47&gt;</w:t>
      </w:r>
      <w:r>
        <w:rPr>
          <w:b/>
        </w:rPr>
        <w:t xml:space="preserve">2 Thessalonians 2:9-10</w:t>
      </w:r>
      <w:r>
        <w:rPr/>
        <w:t xml:space="preserve"> —  </w:t>
      </w:r>
      <w:r>
        <w:rPr>
          <w:shd w:fill="B7DDE8" w:val="clear"/>
        </w:rPr>
        <w:t xml:space="preserve">The coming of the lawless one will be accompanied by the working of Satan, with every kind of power, sign, and false wonder</w:t>
      </w:r>
      <w:r>
        <w:rPr>
          <w:b w:val="false"/>
          <w:i w:val="false"/>
          <w:color w:val="000000"/>
          <w:u w:val="none"/>
        </w:rPr>
        <w:t xml:space="preserve"> [1ICJ]</w:t>
      </w:r>
      <w:r>
        <w:rPr/>
        <w:t xml:space="preserve">, and </w:t>
      </w:r>
      <w:r>
        <w:rPr>
          <w:shd w:fill="B7DDE8" w:val="clear"/>
        </w:rPr>
        <w:t xml:space="preserve">with every wicked deception directed against those who are perishing</w:t>
      </w:r>
      <w:r>
        <w:rPr>
          <w:b w:val="false"/>
          <w:i w:val="false"/>
          <w:color w:val="000000"/>
          <w:u w:val="none"/>
        </w:rPr>
        <w:t xml:space="preserve"> [1ICK]</w:t>
      </w:r>
      <w:r>
        <w:rPr/>
        <w:t xml:space="preserve">, </w:t>
      </w:r>
      <w:r>
        <w:rPr>
          <w:shd w:fill="B7DDE8" w:val="clear"/>
        </w:rPr>
        <w:t xml:space="preserve">because they refused the love of the truth that would have saved them</w:t>
      </w:r>
      <w:r>
        <w:rPr>
          <w:b w:val="false"/>
          <w:i w:val="false"/>
          <w:u w:val="none"/>
          <w:color w:val="000000"/>
        </w:rPr>
        <w:t xml:space="preserve"> [1ICL]</w:t>
      </w:r>
      <w:r>
        <w:rPr/>
        <w:t xml:space="preserve">.</w:t>
      </w:r>
    </w:p>
    <w:p>
      <w:pPr>
        <w:pStyle w:val="Yellow"/>
        <w:rPr/>
      </w:pPr>
      <w:r>
        <w:rPr/>
        <w:t xml:space="preserve">&lt;47&gt;</w:t>
      </w:r>
      <w:r>
        <w:rPr>
          <w:b/>
        </w:rPr>
        <w:t xml:space="preserve">2 Thessalonians 2:11-12</w:t>
      </w:r>
      <w:r>
        <w:rPr/>
        <w:t xml:space="preserve"> —  For this reason </w:t>
      </w:r>
      <w:r>
        <w:rPr>
          <w:shd w:fill="B7DDE8" w:val="clear"/>
        </w:rPr>
        <w:t xml:space="preserve">God will send them a powerful delusion so that they believe the lie</w:t>
      </w:r>
      <w:r>
        <w:rPr>
          <w:b w:val="false"/>
          <w:i w:val="false"/>
          <w:color w:val="000000"/>
          <w:u w:val="none"/>
        </w:rPr>
        <w:t xml:space="preserve"> [1ICM]</w:t>
      </w:r>
      <w:r>
        <w:rPr/>
        <w:t xml:space="preserve">, in order that </w:t>
      </w:r>
      <w:r>
        <w:rPr>
          <w:shd w:fill="B7DDE8" w:val="clear"/>
        </w:rPr>
        <w:t xml:space="preserve">judgment may come upon all who have disbelieved the truth and delighted in wickedness</w:t>
      </w:r>
      <w:r>
        <w:rPr>
          <w:b w:val="false"/>
          <w:i w:val="false"/>
          <w:color w:val="000000"/>
          <w:u w:val="none"/>
        </w:rPr>
        <w:t xml:space="preserve"> [1ICN]</w:t>
      </w:r>
      <w:r>
        <w:rPr/>
        <w:t xml:space="preserve">.</w:t>
      </w:r>
    </w:p>
    <w:p>
      <w:pPr>
        <w:pStyle w:val="Yellow"/>
        <w:rPr/>
        <w:pBdr>
          <w:left w:val="single" w:sz="28" w:space="5" w:color="C00000"/>
        </w:pBdr>
      </w:pPr>
      <w:r>
        <w:rPr>
          <w:b/>
          <w:u w:val="none"/>
          <w:shd w:fill="F4CCCC" w:val="clear"/>
        </w:rPr>
        <w:t>2 Thessalonians 3:3</w:t>
      </w:r>
      <w:r>
        <w:rPr>
          <w:u w:val="none"/>
        </w:rPr>
        <w:t xml:space="preserve"> — But </w:t>
      </w:r>
      <w:r>
        <w:rPr>
          <w:u w:val="none"/>
          <w:shd w:fill="B7DDE8" w:val="clear"/>
        </w:rPr>
        <w:t>the Lord is faithful</w:t>
      </w:r>
      <w:r>
        <w:rPr>
          <w:b w:val="false"/>
          <w:i w:val="false"/>
          <w:u w:val="none"/>
          <w:color w:val="000000"/>
        </w:rPr>
        <w:t xml:space="preserve"> [11GW]</w:t>
      </w:r>
      <w:r>
        <w:rPr>
          <w:u w:val="none"/>
        </w:rPr>
        <w:t xml:space="preserve">, and </w:t>
      </w:r>
      <w:r>
        <w:rPr>
          <w:u w:val="none"/>
          <w:shd w:fill="B7DDE8" w:val="clear"/>
        </w:rPr>
        <w:t>He will strengthen you</w:t>
      </w:r>
      <w:r>
        <w:rPr>
          <w:b w:val="false"/>
          <w:i w:val="false"/>
          <w:u w:val="none"/>
          <w:color w:val="000000"/>
        </w:rPr>
        <w:t xml:space="preserve"> [3HC]</w:t>
      </w:r>
      <w:r>
        <w:rPr>
          <w:u w:val="none"/>
        </w:rPr>
        <w:t xml:space="preserve"> and </w:t>
      </w:r>
      <w:r>
        <w:rPr>
          <w:u w:val="none"/>
          <w:shd w:fill="B7DDE8" w:val="clear"/>
        </w:rPr>
        <w:t>guard you from the evil one</w:t>
      </w:r>
      <w:r>
        <w:rPr>
          <w:b w:val="false"/>
          <w:i w:val="false"/>
          <w:color w:val="000000"/>
          <w:u w:val="none"/>
        </w:rPr>
        <w:t xml:space="preserve"> [2HD]</w:t>
      </w:r>
      <w:r>
        <w:rPr>
          <w:u w:val="none"/>
          <w:shd w:fill="F4CCCC" w:val="clear"/>
        </w:rPr>
        <w:t>.</w:t>
      </w:r>
    </w:p>
    <w:p>
      <w:pPr>
        <w:pStyle w:val="Yellow"/>
        <w:rPr/>
      </w:pPr>
      <w:r>
        <w:rPr/>
        <w:t xml:space="preserve">&lt;48&gt;</w:t>
      </w:r>
      <w:r>
        <w:rPr>
          <w:b/>
        </w:rPr>
        <w:t xml:space="preserve">1 Timothy 4:1-2</w:t>
      </w:r>
      <w:r>
        <w:rPr/>
        <w:t xml:space="preserve"> — Now </w:t>
      </w:r>
      <w:r>
        <w:rPr>
          <w:shd w:fill="B7DDE8" w:val="clear"/>
        </w:rPr>
        <w:t xml:space="preserve">the Spirit expressly states that in later times some will abandon the faith to follow deceitful spirits and the teachings of demons</w:t>
      </w:r>
      <w:r>
        <w:rPr>
          <w:b w:val="false"/>
          <w:i w:val="false"/>
          <w:color w:val="000000"/>
          <w:u w:val="none"/>
        </w:rPr>
        <w:t xml:space="preserve"> [1ICY]</w:t>
      </w:r>
      <w:r>
        <w:rPr/>
        <w:t xml:space="preserve">, </w:t>
      </w:r>
      <w:r>
        <w:rPr>
          <w:shd w:fill="B7DDE8" w:val="clear"/>
        </w:rPr>
        <w:t xml:space="preserve">influenced by the hypocrisy of liars</w:t>
      </w:r>
      <w:r>
        <w:rPr>
          <w:b w:val="false"/>
          <w:i w:val="false"/>
          <w:u w:val="none"/>
          <w:color w:val="000000"/>
        </w:rPr>
        <w:t xml:space="preserve"> [1ICZ]</w:t>
      </w:r>
      <w:r>
        <w:rPr/>
        <w:t xml:space="preserve">, </w:t>
      </w:r>
      <w:r>
        <w:rPr>
          <w:shd w:fill="B7DDE8" w:val="clear"/>
        </w:rPr>
        <w:t xml:space="preserve">whose consciences are seared with a hot iron</w:t>
      </w:r>
      <w:r>
        <w:rPr>
          <w:b w:val="false"/>
          <w:i w:val="false"/>
          <w:color w:val="000000"/>
          <w:u w:val="none"/>
        </w:rPr>
        <w:t xml:space="preserve"> [1IDA]</w:t>
      </w:r>
      <w:r>
        <w:rPr/>
        <w:t xml:space="preserve">.</w:t>
      </w:r>
    </w:p>
    <w:p>
      <w:pPr>
        <w:pStyle w:val="Yellow"/>
        <w:rPr/>
      </w:pPr>
      <w:r>
        <w:rPr/>
        <w:t xml:space="preserve">&lt;48&gt;</w:t>
      </w:r>
      <w:r>
        <w:rPr>
          <w:b/>
        </w:rPr>
        <w:t xml:space="preserve">1 Timothy 4:3</w:t>
      </w:r>
      <w:r>
        <w:rPr/>
        <w:t xml:space="preserve"> —</w:t>
      </w:r>
      <w:r>
        <w:rPr>
          <w:shd w:fill="B7DDE8" w:val="clear"/>
        </w:rPr>
        <w:t xml:space="preserve">They will prohibit marriage</w:t>
      </w:r>
      <w:r>
        <w:rPr>
          <w:b w:val="false"/>
          <w:i w:val="false"/>
          <w:color w:val="000000"/>
          <w:u w:val="none"/>
        </w:rPr>
        <w:t xml:space="preserve"> [1IDB]</w:t>
      </w:r>
      <w:r>
        <w:rPr/>
        <w:t xml:space="preserve"> and </w:t>
      </w:r>
      <w:r>
        <w:rPr>
          <w:shd w:fill="B7DDE8" w:val="clear"/>
        </w:rPr>
        <w:t xml:space="preserve">require abstinence from certain foods</w:t>
      </w:r>
      <w:r>
        <w:rPr>
          <w:b w:val="false"/>
          <w:i w:val="false"/>
          <w:color w:val="000000"/>
          <w:u w:val="none"/>
        </w:rPr>
        <w:t xml:space="preserve"> [1IDC]</w:t>
      </w:r>
      <w:r>
        <w:rPr/>
        <w:t xml:space="preserve"> that </w:t>
      </w:r>
      <w:r>
        <w:rPr>
          <w:shd w:fill="B7DDE8" w:val="clear"/>
        </w:rPr>
        <w:t xml:space="preserve">God has created to be received with thanksgiving by those who believe and know the truth</w:t>
      </w:r>
      <w:r>
        <w:rPr>
          <w:b w:val="false"/>
          <w:i w:val="false"/>
          <w:color w:val="000000"/>
          <w:u w:val="none"/>
        </w:rPr>
        <w:t xml:space="preserve"> [1IDD]</w:t>
      </w:r>
      <w:r>
        <w:rPr/>
        <w:t xml:space="preserve">.</w:t>
      </w:r>
    </w:p>
    <w:p>
      <w:pPr>
        <w:pStyle w:val="Yellow"/>
        <w:rPr/>
      </w:pPr>
      <w:r>
        <w:rPr/>
        <w:t xml:space="preserve">(He2:13 God-given “children”) </w:t>
      </w:r>
      <w:r>
        <w:rPr>
          <w:b/>
        </w:rPr>
        <w:t xml:space="preserve">Hebrews 2:14–15</w:t>
      </w:r>
      <w:r>
        <w:rPr/>
        <w:t xml:space="preserve"> — Now since </w:t>
      </w:r>
      <w:r>
        <w:rPr>
          <w:shd w:fill="B7DDE8" w:val="clear"/>
        </w:rPr>
        <w:t xml:space="preserve">the {children} have flesh and blood</w:t>
      </w:r>
      <w:r>
        <w:rPr>
          <w:b w:val="false"/>
          <w:i w:val="false"/>
          <w:color w:val="000000"/>
          <w:u w:val="none"/>
        </w:rPr>
        <w:t xml:space="preserve"> [1IYQ]</w:t>
      </w:r>
      <w:r>
        <w:rPr/>
        <w:t xml:space="preserve">, </w:t>
      </w:r>
      <w:r>
        <w:rPr>
          <w:shd w:fill="B7DDE8" w:val="clear"/>
        </w:rPr>
        <w:t xml:space="preserve">He too shared in their humanity</w:t>
      </w:r>
      <w:r>
        <w:rPr>
          <w:b w:val="false"/>
          <w:i w:val="false"/>
          <w:color w:val="000000"/>
          <w:u w:val="none"/>
        </w:rPr>
        <w:t xml:space="preserve"> [1IYR]</w:t>
      </w:r>
      <w:r>
        <w:rPr/>
        <w:t xml:space="preserve">, so that </w:t>
      </w:r>
      <w:r>
        <w:rPr>
          <w:shd w:fill="B7DDE8" w:val="clear"/>
        </w:rPr>
        <w:t xml:space="preserve">by His death He might destroy him who holds the power of death, that is, the devil</w:t>
      </w:r>
      <w:r>
        <w:rPr>
          <w:b w:val="false"/>
          <w:i w:val="false"/>
          <w:color w:val="000000"/>
          <w:u w:val="none"/>
        </w:rPr>
        <w:t xml:space="preserve"> [1IYS]</w:t>
      </w:r>
      <w:r>
        <w:rPr/>
        <w:t xml:space="preserve">, and </w:t>
      </w:r>
      <w:r>
        <w:rPr>
          <w:shd w:fill="B7DDE8" w:val="clear"/>
        </w:rPr>
        <w:t xml:space="preserve">free those who all their lives were held in slavery by their fear of death</w:t>
      </w:r>
      <w:r>
        <w:rPr>
          <w:b w:val="false"/>
          <w:i w:val="false"/>
          <w:color w:val="000000"/>
          <w:u w:val="none"/>
        </w:rPr>
        <w:t xml:space="preserve"> [1IYT]</w:t>
      </w:r>
      <w:r>
        <w:rPr/>
        <w:t xml:space="preserve">.</w:t>
      </w:r>
    </w:p>
    <w:p>
      <w:pPr>
        <w:pStyle w:val="Yellow"/>
        <w:rPr/>
      </w:pPr>
      <w:r>
        <w:rPr>
          <w:b/>
        </w:rPr>
        <w:t xml:space="preserve">James 4:7</w:t>
      </w:r>
      <w:r>
        <w:rPr/>
        <w:t xml:space="preserve"> — </w:t>
      </w:r>
      <w:r>
        <w:rPr>
          <w:shd w:fill="B7DDE8" w:val="clear"/>
        </w:rPr>
        <w:t xml:space="preserve">Resist the devil</w:t>
      </w:r>
      <w:r>
        <w:rPr>
          <w:b w:val="false"/>
          <w:i w:val="false"/>
          <w:color w:val="000000"/>
          <w:u w:val="none"/>
        </w:rPr>
        <w:t xml:space="preserve"> [1LPM]</w:t>
      </w:r>
      <w:r>
        <w:rPr/>
        <w:t xml:space="preserve">, and </w:t>
      </w:r>
      <w:r>
        <w:rPr>
          <w:shd w:fill="B7DDE8" w:val="clear"/>
        </w:rPr>
        <w:t xml:space="preserve">he will flee from you</w:t>
      </w:r>
      <w:r>
        <w:rPr>
          <w:b w:val="false"/>
          <w:i w:val="false"/>
          <w:color w:val="000000"/>
          <w:u w:val="none"/>
        </w:rPr>
        <w:t xml:space="preserve"> [1LPN]</w:t>
      </w:r>
      <w:r>
        <w:rPr/>
        <w:t xml:space="preserve">.</w:t>
      </w:r>
    </w:p>
    <w:p>
      <w:pPr>
        <w:pStyle w:val="Yellow"/>
        <w:rPr/>
      </w:pPr>
      <w:r>
        <w:rPr>
          <w:b/>
        </w:rPr>
        <w:t xml:space="preserve">1 Peter 5:8</w:t>
      </w:r>
      <w:r>
        <w:rPr/>
        <w:t xml:space="preserve"> — </w:t>
      </w:r>
      <w:r>
        <w:rPr>
          <w:shd w:fill="548235" w:val="clear" w:color="auto"/>
          <w:color w:val="FFFFFF"/>
        </w:rPr>
        <w:t xml:space="preserve">Be sober-minded and alert</w:t>
      </w:r>
      <w:r>
        <w:rPr>
          <w:b w:val="false"/>
          <w:i w:val="false"/>
          <w:color w:val="FFFFFF"/>
          <w:u w:val="none"/>
          <w:shd w:val="clear" w:color="auto" w:fill="548235"/>
        </w:rPr>
        <w:t xml:space="preserve"> [1LNR]</w:t>
      </w:r>
      <w:r>
        <w:rPr>
          <w:shd w:val="clear" w:color="auto" w:fill="548235"/>
          <w:color w:val="FFFFFF"/>
        </w:rPr>
        <w:t xml:space="preserve">. </w:t>
      </w:r>
      <w:r>
        <w:rPr>
          <w:shd w:fill="B7DDE8" w:val="clear"/>
        </w:rPr>
        <w:t xml:space="preserve">Your adversary the devil prowls around like a roaring lion</w:t>
      </w:r>
      <w:r>
        <w:rPr>
          <w:b w:val="false"/>
          <w:i w:val="false"/>
          <w:color w:val="000000"/>
          <w:u w:val="none"/>
        </w:rPr>
        <w:t xml:space="preserve"> [1LNS]</w:t>
      </w:r>
      <w:r>
        <w:rPr/>
        <w:t xml:space="preserve">, </w:t>
      </w:r>
      <w:r>
        <w:rPr>
          <w:shd w:fill="B7DDE8" w:val="clear"/>
        </w:rPr>
        <w:t xml:space="preserve">seeking someone to devour</w:t>
      </w:r>
      <w:r>
        <w:rPr>
          <w:b w:val="false"/>
          <w:i w:val="false"/>
          <w:color w:val="000000"/>
          <w:u w:val="none"/>
        </w:rPr>
        <w:t xml:space="preserve"> [1LNT]</w:t>
      </w:r>
      <w:r>
        <w:rPr/>
        <w:t xml:space="preserve">.</w:t>
      </w:r>
    </w:p>
    <w:p>
      <w:pPr>
        <w:pStyle w:val="Yellow"/>
        <w:rPr/>
      </w:pPr>
      <w:r>
        <w:rPr>
          <w:b/>
        </w:rPr>
        <w:t>1 John 3:8</w:t>
      </w:r>
      <w:r>
        <w:t xml:space="preserve"> — </w:t>
      </w:r>
      <w:r>
        <w:rPr>
          <w:shd w:fill="B7DDE8" w:val="clear"/>
        </w:rPr>
        <w:t>The one who practices sin is of the devil</w:t>
      </w:r>
      <w:r>
        <w:rPr>
          <w:b w:val="false"/>
          <w:i w:val="false"/>
          <w:color w:val="000000"/>
          <w:u w:val="none"/>
        </w:rPr>
        <w:t xml:space="preserve"> [1AON]</w:t>
      </w:r>
      <w:r>
        <w:rPr>
          <w:shd w:fill="B7DDE8" w:val="clear"/>
        </w:rPr>
        <w:t xml:space="preserve">, because </w:t>
      </w:r>
      <w:r>
        <w:rPr>
          <w:shd w:fill="B7DDE8" w:val="clear"/>
        </w:rPr>
        <w:t>the devil has been sinning from the very start</w:t>
      </w:r>
      <w:r>
        <w:rPr>
          <w:b w:val="false"/>
          <w:i w:val="false"/>
          <w:color w:val="000000"/>
          <w:u w:val="none"/>
        </w:rPr>
        <w:t xml:space="preserve"> [1AOO]</w:t>
      </w:r>
      <w:r>
        <w:t xml:space="preserve">. </w:t>
      </w:r>
      <w:r>
        <w:t xml:space="preserve">This is why </w:t>
      </w:r>
      <w:r>
        <w:rPr>
          <w:shd w:fill="B7DDE8" w:val="clear"/>
        </w:rPr>
        <w:t>the Son of God</w:t>
      </w:r>
      <w:r>
        <w:rPr>
          <w:b w:val="false"/>
          <w:i w:val="false"/>
          <w:color w:val="000000"/>
          <w:u w:val="none"/>
        </w:rPr>
        <w:t xml:space="preserve"> [7AMS]</w:t>
      </w:r>
      <w:r>
        <w:rPr>
          <w:shd w:fill="B7DDE8" w:val="clear"/>
        </w:rPr>
        <w:t xml:space="preserve"> was revealed</w:t>
      </w:r>
      <w:r>
        <w:rPr>
          <w:b w:val="false"/>
          <w:i w:val="false"/>
          <w:color w:val="000000"/>
          <w:u w:val="none"/>
        </w:rPr>
        <w:t xml:space="preserve"> [1AOQ]</w:t>
      </w:r>
      <w:r>
        <w:rPr>
          <w:shd w:fill="548235" w:val="clear" w:color="auto"/>
          <w:color w:val="FFFFFF"/>
        </w:rPr>
        <w:t xml:space="preserve">, to </w:t>
      </w:r>
      <w:r>
        <w:rPr>
          <w:shd w:fill="548235" w:val="clear" w:color="auto"/>
          <w:color w:val="FFFFFF"/>
        </w:rPr>
        <w:t>destroy the works of the devil</w:t>
      </w:r>
      <w:r>
        <w:rPr>
          <w:b w:val="false"/>
          <w:i w:val="false"/>
          <w:color w:val="FFFFFF"/>
          <w:u w:val="none"/>
          <w:shd w:val="clear" w:color="auto" w:fill="548235"/>
        </w:rPr>
        <w:t xml:space="preserve"> [1AOR]</w:t>
      </w:r>
      <w:r>
        <w:rPr>
          <w:shd w:val="clear" w:color="auto" w:fill="548235"/>
          <w:color w:val="FFFFFF"/>
        </w:rPr>
        <w:t>.</w:t>
      </w:r>
    </w:p>
    <w:p>
      <w:pPr>
        <w:pStyle w:val="Yellow"/>
        <w:rPr/>
      </w:pPr>
      <w:r>
        <w:rPr>
          <w:b/>
          <w:u w:val="none"/>
        </w:rPr>
        <w:t>1 John 5:18</w:t>
      </w:r>
      <w:r>
        <w:rPr>
          <w:u w:val="none"/>
        </w:rPr>
        <w:t xml:space="preserve"> — We know that </w:t>
      </w:r>
      <w:r>
        <w:rPr>
          <w:u w:val="none"/>
          <w:shd w:val="clear" w:color="auto" w:fill="D9C3E6"/>
        </w:rPr>
        <w:t>anyone born of God does not keep on sinning</w:t>
      </w:r>
      <w:r>
        <w:rPr>
          <w:b w:val="false"/>
          <w:i w:val="false"/>
          <w:color w:val="000000"/>
          <w:u w:val="none"/>
        </w:rPr>
        <w:t xml:space="preserve"> [2EAR]</w:t>
      </w:r>
      <w:r>
        <w:rPr>
          <w:u w:val="none"/>
        </w:rPr>
        <w:t xml:space="preserve">; </w:t>
      </w:r>
      <w:r>
        <w:rPr>
          <w:u w:val="none"/>
          <w:shd w:val="clear" w:fill="B7DDE8"/>
        </w:rPr>
        <w:t>the One who was born of God protects him</w:t>
      </w:r>
      <w:r>
        <w:rPr>
          <w:b w:val="false"/>
          <w:i w:val="false"/>
          <w:color w:val="000000"/>
          <w:u w:val="none"/>
        </w:rPr>
        <w:t xml:space="preserve"> [1EAS]</w:t>
      </w:r>
      <w:r>
        <w:rPr>
          <w:u w:val="none"/>
        </w:rPr>
        <w:t xml:space="preserve">, and </w:t>
      </w:r>
      <w:r>
        <w:rPr>
          <w:u w:val="none"/>
          <w:shd w:val="clear" w:fill="B7DDE8"/>
        </w:rPr>
        <w:t>the evil one cannot touch him</w:t>
      </w:r>
      <w:r>
        <w:rPr>
          <w:b w:val="false"/>
          <w:i w:val="false"/>
          <w:color w:val="000000"/>
          <w:u w:val="none"/>
        </w:rPr>
        <w:t xml:space="preserve"> [1EAT]</w:t>
      </w:r>
      <w:r>
        <w:rPr>
          <w:u w:val="none"/>
        </w:rPr>
        <w:t>.</w:t>
      </w:r>
    </w:p>
    <w:p>
      <w:pPr>
        <w:pStyle w:val="Yellow"/>
        <w:rPr/>
        <w:pBdr>
          <w:left w:val="single" w:sz="28" w:space="5" w:color="C00000"/>
        </w:pBdr>
      </w:pPr>
      <w:r>
        <w:rPr>
          <w:b/>
        </w:rPr>
        <w:t>1 John 5:19</w:t>
      </w:r>
      <w:r>
        <w:rPr/>
        <w:t xml:space="preserve"> — </w:t>
      </w:r>
      <w:r>
        <w:rPr>
          <w:shd w:fill="B7DDE8" w:val="clear"/>
        </w:rPr>
        <w:t>We know that we are of God</w:t>
      </w:r>
      <w:r>
        <w:rPr>
          <w:b w:val="false"/>
          <w:i w:val="false"/>
          <w:u w:val="none"/>
          <w:color w:val="000000"/>
        </w:rPr>
        <w:t xml:space="preserve"> [3QN]</w:t>
      </w:r>
      <w:r>
        <w:rPr/>
        <w:t xml:space="preserve">, and that </w:t>
      </w:r>
      <w:r>
        <w:rPr>
          <w:shd w:fill="B7DDE8" w:val="clear"/>
        </w:rPr>
        <w:t>the whole world is under the power of the evil one</w:t>
      </w:r>
      <w:r>
        <w:rPr>
          <w:b w:val="false"/>
          <w:i w:val="false"/>
          <w:color w:val="000000"/>
          <w:u w:val="none"/>
        </w:rPr>
        <w:t xml:space="preserve"> [1LWG]</w:t>
      </w:r>
      <w:r>
        <w:rPr/>
        <w:t>.</w:t>
      </w:r>
    </w:p>
    <w:p>
      <w:pPr>
        <w:pStyle w:val="Yellow"/>
        <w:rPr/>
      </w:pPr>
      <w:r>
        <w:rPr>
          <w:b/>
        </w:rPr>
        <w:t xml:space="preserve">Revelation 2:10</w:t>
      </w:r>
      <w:r>
        <w:rPr/>
        <w:t xml:space="preserve"> — </w:t>
      </w:r>
      <w:r>
        <w:rPr>
          <w:shd w:fill="B7DDE8" w:val="clear"/>
        </w:rPr>
        <w:t xml:space="preserve">Do not fear what you are about to suffer</w:t>
      </w:r>
      <w:r>
        <w:rPr>
          <w:b w:val="false"/>
          <w:i w:val="false"/>
          <w:color w:val="000000"/>
          <w:u w:val="none"/>
        </w:rPr>
        <w:t xml:space="preserve"> [1IXV]</w:t>
      </w:r>
      <w:r>
        <w:rPr/>
        <w:t xml:space="preserve">. Look, </w:t>
      </w:r>
      <w:r>
        <w:rPr>
          <w:shd w:fill="B7DDE8" w:val="clear"/>
        </w:rPr>
        <w:t xml:space="preserve">the devil is about to throw some of you into prison to test you</w:t>
      </w:r>
      <w:r>
        <w:rPr>
          <w:b w:val="false"/>
          <w:i w:val="false"/>
          <w:color w:val="000000"/>
          <w:u w:val="none"/>
        </w:rPr>
        <w:t xml:space="preserve"> [1IXW]</w:t>
      </w:r>
      <w:r>
        <w:rPr/>
        <w:t xml:space="preserve">, and </w:t>
      </w:r>
      <w:r>
        <w:rPr>
          <w:shd w:fill="B7DDE8" w:val="clear"/>
        </w:rPr>
        <w:t xml:space="preserve">you will suffer tribulation for ten days</w:t>
      </w:r>
      <w:r>
        <w:rPr>
          <w:b w:val="false"/>
          <w:i w:val="false"/>
          <w:color w:val="000000"/>
          <w:u w:val="none"/>
        </w:rPr>
        <w:t xml:space="preserve"> [1IXX]</w:t>
      </w:r>
      <w:r>
        <w:rPr/>
        <w:t xml:space="preserve">. </w:t>
      </w:r>
      <w:r>
        <w:rPr>
          <w:shd w:fill="B7DDE8" w:val="clear"/>
        </w:rPr>
        <w:t xml:space="preserve">Be faithful even unto death</w:t>
      </w:r>
      <w:r>
        <w:rPr>
          <w:b w:val="false"/>
          <w:i w:val="false"/>
          <w:color w:val="000000"/>
          <w:u w:val="none"/>
        </w:rPr>
        <w:t xml:space="preserve"> [1IXY]</w:t>
      </w:r>
      <w:r>
        <w:rPr>
          <w:color w:val="auto"/>
        </w:rPr>
        <w:t xml:space="preserve">, and </w:t>
      </w:r>
      <w:r>
        <w:rPr>
          <w:color w:val="auto"/>
        </w:rPr>
        <w:t xml:space="preserve">I will give you the crown of life</w:t>
      </w:r>
      <w:r>
        <w:rPr>
          <w:b w:val="false"/>
          <w:i w:val="false"/>
          <w:color w:val="auto"/>
          <w:u w:val="none"/>
        </w:rPr>
        <w:t xml:space="preserve"> [2ACP]</w:t>
      </w:r>
      <w:r>
        <w:rPr>
          <w:color w:val="auto"/>
        </w:rPr>
        <w:t xml:space="preserve">.</w:t>
      </w:r>
    </w:p>
    <w:p>
      <w:pPr>
        <w:pStyle w:val="Yellow"/>
        <w:rPr/>
      </w:pPr>
      <w:r>
        <w:rPr>
          <w:b/>
        </w:rPr>
        <w:t xml:space="preserve">Revelation 2:13</w:t>
      </w:r>
      <w:r>
        <w:rPr/>
        <w:t xml:space="preserve"> — </w:t>
      </w:r>
      <w:r>
        <w:rPr>
          <w:shd w:fill="B7DDE8" w:val="clear"/>
        </w:rPr>
        <w:t xml:space="preserve">I know where you live</w:t>
      </w:r>
      <w:r>
        <w:rPr>
          <w:b w:val="false"/>
          <w:i w:val="false"/>
          <w:color w:val="000000"/>
          <w:u w:val="none"/>
        </w:rPr>
        <w:t xml:space="preserve"> [1KTS]</w:t>
      </w:r>
      <w:r>
        <w:rPr/>
        <w:t xml:space="preserve">, </w:t>
      </w:r>
      <w:r>
        <w:rPr>
          <w:shd w:fill="B7DDE8" w:val="clear"/>
        </w:rPr>
        <w:t xml:space="preserve">where the throne of Satan sits</w:t>
      </w:r>
      <w:r>
        <w:rPr>
          <w:b w:val="false"/>
          <w:i w:val="false"/>
          <w:color w:val="000000"/>
          <w:u w:val="none"/>
        </w:rPr>
        <w:t xml:space="preserve"> [1KTT]</w:t>
      </w:r>
      <w:r>
        <w:rPr/>
        <w:t xml:space="preserve">.</w:t>
      </w:r>
    </w:p>
    <w:p>
      <w:pPr>
        <w:pStyle w:val="Yellow"/>
        <w:rPr/>
      </w:pPr>
      <w:r>
        <w:rPr/>
        <w:t xml:space="preserve">(Re2:20 “Jezebel”) </w:t>
      </w:r>
      <w:r>
        <w:rPr>
          <w:b/>
        </w:rPr>
        <w:t>Revelation 2:24</w:t>
      </w:r>
      <w:r>
        <w:rPr/>
        <w:t xml:space="preserve"> — But I say to the rest of you in Thyatira, </w:t>
      </w:r>
      <w:r>
        <w:rPr>
          <w:shd w:val="clear" w:fill="B7DDE8"/>
        </w:rPr>
        <w:t>who do not hold to {her} teaching and have not learned the so-called deep things of Satan</w:t>
      </w:r>
      <w:r>
        <w:rPr>
          <w:b w:val="false"/>
          <w:i w:val="false"/>
          <w:color w:val="000000"/>
          <w:u w:val="none"/>
        </w:rPr>
        <w:t xml:space="preserve"> [1FAK]</w:t>
      </w:r>
      <w:r>
        <w:rPr/>
        <w:t xml:space="preserve">: </w:t>
      </w:r>
      <w:r>
        <w:rPr>
          <w:shd w:val="clear" w:fill="B7DDE8"/>
        </w:rPr>
        <w:t>I will place no further burden upon you</w:t>
      </w:r>
      <w:r>
        <w:rPr>
          <w:b w:val="false"/>
          <w:i w:val="false"/>
          <w:color w:val="000000"/>
          <w:u w:val="none"/>
        </w:rPr>
        <w:t xml:space="preserve"> [1FAL]</w:t>
      </w:r>
      <w:r>
        <w:rPr/>
        <w:t>.</w:t>
      </w:r>
    </w:p>
    <w:p>
      <w:pPr>
        <w:pStyle w:val="Yellow"/>
        <w:rPr/>
      </w:pPr>
      <w:r>
        <w:rPr>
          <w:b/>
          <w:u w:val="none"/>
        </w:rPr>
        <w:t xml:space="preserve">Revelation 3:9</w:t>
      </w:r>
      <w:r>
        <w:rPr>
          <w:u w:val="none"/>
        </w:rPr>
        <w:t xml:space="preserve"> — Look at </w:t>
      </w:r>
      <w:r>
        <w:rPr>
          <w:u w:val="none"/>
          <w:shd w:fill="B7DDE8" w:val="clear"/>
        </w:rPr>
        <w:t xml:space="preserve">those who belong to the synagogue of Satan, who claim to be Jews but are liars instead</w:t>
      </w:r>
      <w:r>
        <w:rPr>
          <w:b w:val="false"/>
          <w:i w:val="false"/>
          <w:color w:val="000000"/>
          <w:u w:val="none"/>
        </w:rPr>
        <w:t xml:space="preserve"> [1FYP]</w:t>
      </w:r>
      <w:r>
        <w:rPr>
          <w:u w:val="none"/>
        </w:rPr>
        <w:t xml:space="preserve">. </w:t>
      </w:r>
      <w:r>
        <w:rPr>
          <w:u w:val="none"/>
        </w:rPr>
        <w:t xml:space="preserve">I will make them come and bow down at your feet</w:t>
      </w:r>
      <w:r>
        <w:rPr>
          <w:b w:val="false"/>
          <w:i w:val="false"/>
          <w:color w:val="000000"/>
          <w:u w:val="none"/>
        </w:rPr>
        <w:t xml:space="preserve"> [2FYN]</w:t>
      </w:r>
      <w:r>
        <w:rPr>
          <w:u w:val="none"/>
        </w:rPr>
        <w:t xml:space="preserve">, and </w:t>
      </w:r>
      <w:r>
        <w:rPr>
          <w:u w:val="none"/>
          <w:color w:val="000000"/>
        </w:rPr>
        <w:t xml:space="preserve">they will know that </w:t>
      </w:r>
      <w:r>
        <w:rPr>
          <w:u w:val="none"/>
          <w:color w:val="000000"/>
        </w:rPr>
        <w:t xml:space="preserve">I love you</w:t>
      </w:r>
      <w:r>
        <w:rPr>
          <w:b w:val="false"/>
          <w:i w:val="false"/>
          <w:color w:val="000000"/>
          <w:u w:val="none"/>
        </w:rPr>
        <w:t xml:space="preserve"> [11ALI]</w:t>
      </w:r>
      <w:r>
        <w:rPr>
          <w:u w:val="none"/>
        </w:rPr>
        <w:t xml:space="preserve">.</w:t>
      </w:r>
    </w:p>
    <w:p>
      <w:pPr>
        <w:pStyle w:val="Yellow"/>
        <w:rPr/>
      </w:pPr>
      <w:r>
        <w:t xml:space="preserve">(Re12:10 “our brothers”¹ / 9 “Satan”²) </w:t>
      </w:r>
      <w:r>
        <w:rPr>
          <w:b/>
        </w:rPr>
        <w:t>Revelation 12:11</w:t>
      </w:r>
      <w:r>
        <w:t xml:space="preserve"> — </w:t>
      </w:r>
      <w:r>
        <w:rPr>
          <w:shd w:fill="B7DDE8" w:val="clear"/>
        </w:rPr>
        <w:t>{They} have conquered {him} by the blood of the Lamb and by the word of their testimony</w:t>
      </w:r>
      <w:r>
        <w:rPr>
          <w:b w:val="false"/>
          <w:i w:val="false"/>
          <w:color w:val="000000"/>
          <w:u w:val="none"/>
        </w:rPr>
        <w:t xml:space="preserve"> [1AZY]</w:t>
      </w:r>
      <w:r>
        <w:rPr>
          <w:shd w:val="clear" w:color="auto" w:fill="548235"/>
          <w:color w:val="FFFFFF"/>
        </w:rPr>
        <w:t xml:space="preserve">. And </w:t>
      </w:r>
      <w:r>
        <w:rPr>
          <w:shd w:fill="548235" w:val="clear" w:color="auto"/>
          <w:color w:val="FFFFFF"/>
        </w:rPr>
        <w:t>they did not love their lives so as to shy away from death</w:t>
      </w:r>
      <w:r>
        <w:rPr>
          <w:b w:val="false"/>
          <w:i w:val="false"/>
          <w:color w:val="FFFFFF"/>
          <w:u w:val="none"/>
          <w:shd w:val="clear" w:color="auto" w:fill="548235"/>
        </w:rPr>
        <w:t xml:space="preserve"> [1AZZ]</w:t>
      </w:r>
      <w:r>
        <w:rPr>
          <w:shd w:val="clear" w:color="auto" w:fill="548235"/>
          <w:color w:val="FFFFFF"/>
        </w:rPr>
        <w:t>.</w:t>
      </w:r>
    </w:p>
    <w:p>
      <w:pPr>
        <w:pStyle w:val="Yellow"/>
        <w:rPr/>
      </w:pPr>
      <w:r>
        <w:rPr>
          <w:highlight w:val="cyan"/>
          <w:u w:val="none"/>
        </w:rPr>
        <w:t xml:space="preserve">(Re20:8 “the nations”) </w:t>
      </w:r>
      <w:r>
        <w:rPr>
          <w:b/>
          <w:highlight w:val="cyan"/>
          <w:u w:val="none"/>
        </w:rPr>
        <w:t xml:space="preserve">Revelation 20:10</w:t>
      </w:r>
      <w:r>
        <w:rPr>
          <w:highlight w:val="cyan"/>
          <w:u w:val="none"/>
        </w:rPr>
        <w:t xml:space="preserve"> — And </w:t>
      </w:r>
      <w:r>
        <w:rPr>
          <w:highlight w:val="cyan"/>
          <w:u w:val="none"/>
          <w:shd w:fill="B7DDE8" w:val="clear"/>
        </w:rPr>
        <w:t xml:space="preserve">the devil who had deceived {them}</w:t>
      </w:r>
      <w:r>
        <w:rPr>
          <w:b w:val="false"/>
          <w:i w:val="false"/>
          <w:color w:val="000000"/>
          <w:u w:val="none"/>
        </w:rPr>
        <w:t xml:space="preserve"> [2KPU]</w:t>
      </w:r>
      <w:r>
        <w:rPr>
          <w:highlight w:val="cyan"/>
          <w:u w:val="none"/>
        </w:rPr>
        <w:t xml:space="preserve"> </w:t>
      </w:r>
      <w:r>
        <w:rPr>
          <w:u w:val="none"/>
          <w:shd w:fill="B7DDE8" w:val="clear"/>
        </w:rPr>
        <w:t xml:space="preserve">was thrown into the lake of fire and sulfur</w:t>
      </w:r>
      <w:r>
        <w:rPr>
          <w:b w:val="false"/>
          <w:i w:val="false"/>
          <w:color w:val="000000"/>
          <w:u w:val="none"/>
        </w:rPr>
        <w:t xml:space="preserve"> [2KPV]</w:t>
      </w:r>
      <w:r>
        <w:rPr>
          <w:highlight w:val="cyan"/>
          <w:u w:val="none"/>
        </w:rPr>
        <w:t xml:space="preserve">, into which </w:t>
      </w:r>
      <w:r>
        <w:rPr>
          <w:highlight w:val="cyan"/>
          <w:u w:val="none"/>
          <w:shd w:fill="B7DDE8" w:val="clear"/>
        </w:rPr>
        <w:t xml:space="preserve">the beast and the false prophet had already been thrown</w:t>
      </w:r>
      <w:r>
        <w:rPr>
          <w:b w:val="false"/>
          <w:i w:val="false"/>
          <w:color w:val="000000"/>
          <w:u w:val="none"/>
        </w:rPr>
        <w:t xml:space="preserve"> [2KPW]</w:t>
      </w:r>
      <w:r>
        <w:rPr>
          <w:highlight w:val="cyan"/>
          <w:u w:val="none"/>
        </w:rPr>
        <w:t xml:space="preserve">. </w:t>
      </w:r>
      <w:r>
        <w:rPr>
          <w:highlight w:val="cyan"/>
          <w:u w:val="none"/>
          <w:shd w:fill="B7DDE8" w:val="clear"/>
        </w:rPr>
        <w:t xml:space="preserve">There they will be tormented day and night forever and ever</w:t>
      </w:r>
      <w:r>
        <w:rPr>
          <w:b w:val="false"/>
          <w:i w:val="false"/>
          <w:color w:val="000000"/>
          <w:u w:val="none"/>
        </w:rPr>
        <w:t xml:space="preserve"> [2KPX]</w:t>
      </w:r>
      <w:r>
        <w:rPr>
          <w:highlight w:val="cyan"/>
          <w:u w:val="none"/>
        </w:rPr>
        <w:t xml:space="preserve">.</w:t>
      </w:r>
    </w:p>
    <w:p>
      <w:pPr>
        <w:pStyle w:val="Yellow"/>
        <w:rPr/>
      </w:pPr>
      <w:r>
        <w:rPr>
          <w:highlight w:val="cyan"/>
          <w:u w:val="none"/>
          <w:shd w:val="clear" w:color="auto" w:fill="C00000"/>
          <w:color w:val="FFFFFF"/>
        </w:rPr>
        <w:t xml:space="preserve">(Re20:8 “the nations”¹ / Re17:11 “the beast...is an eighth king”²) </w:t>
      </w:r>
      <w:r>
        <w:rPr>
          <w:b/>
          <w:highlight w:val="cyan"/>
          <w:u w:val="none"/>
          <w:shd w:val="clear" w:color="auto" w:fill="C00000"/>
          <w:color w:val="FFFFFF"/>
        </w:rPr>
        <w:t xml:space="preserve">Revelation 20:10</w:t>
      </w:r>
      <w:r>
        <w:rPr>
          <w:highlight w:val="cyan"/>
          <w:u w:val="none"/>
          <w:shd w:val="clear" w:color="auto" w:fill="C00000"/>
          <w:color w:val="FFFFFF"/>
        </w:rPr>
        <w:t xml:space="preserve"> — And </w:t>
      </w:r>
      <w:r>
        <w:rPr>
          <w:highlight w:val="cyan"/>
          <w:u w:val="none"/>
          <w:shd w:val="clear" w:color="auto" w:fill="C00000"/>
          <w:color w:val="FFFFFF"/>
        </w:rPr>
        <w:t xml:space="preserve">the devil who had deceived {them}</w:t>
      </w:r>
      <w:r>
        <w:rPr>
          <w:b w:val="false"/>
          <w:i w:val="false"/>
          <w:u w:val="none"/>
          <w:shd w:val="clear" w:color="auto" w:fill="C00000"/>
          <w:color w:val="FFFFFF"/>
        </w:rPr>
        <w:t xml:space="preserve"> [2KPU]</w:t>
      </w:r>
      <w:r>
        <w:rPr>
          <w:highlight w:val="cyan"/>
          <w:u w:val="none"/>
          <w:shd w:val="clear" w:color="auto" w:fill="C00000"/>
          <w:color w:val="FFFFFF"/>
        </w:rPr>
        <w:t xml:space="preserve"> </w:t>
      </w:r>
      <w:r>
        <w:rPr>
          <w:u w:val="none"/>
          <w:shd w:val="clear" w:color="auto" w:fill="C00000"/>
          <w:color w:val="FFFFFF"/>
        </w:rPr>
        <w:t xml:space="preserve">was thrown into the lake of fire and sulfur</w:t>
      </w:r>
      <w:r>
        <w:rPr>
          <w:b w:val="false"/>
          <w:i w:val="false"/>
          <w:u w:val="none"/>
          <w:shd w:val="clear" w:color="auto" w:fill="C00000"/>
          <w:color w:val="FFFFFF"/>
        </w:rPr>
        <w:t xml:space="preserve"> [2KPV]</w:t>
      </w:r>
      <w:r>
        <w:rPr>
          <w:highlight w:val="cyan"/>
          <w:u w:val="none"/>
          <w:shd w:val="clear" w:color="auto" w:fill="C00000"/>
          <w:color w:val="FFFFFF"/>
        </w:rPr>
        <w:t xml:space="preserve">, into which </w:t>
      </w:r>
      <w:r>
        <w:rPr>
          <w:highlight w:val="cyan"/>
          <w:u w:val="none"/>
          <w:shd w:val="clear" w:color="auto" w:fill="C00000"/>
          <w:color w:val="FFFFFF"/>
        </w:rPr>
        <w:t xml:space="preserve">the {beast} and the false prophet had already been thrown</w:t>
      </w:r>
      <w:r>
        <w:rPr>
          <w:b w:val="false"/>
          <w:i w:val="false"/>
          <w:u w:val="none"/>
          <w:shd w:val="clear" w:color="auto" w:fill="C00000"/>
          <w:color w:val="FFFFFF"/>
        </w:rPr>
        <w:t xml:space="preserve"> [2KPW]</w:t>
      </w:r>
      <w:r>
        <w:rPr>
          <w:highlight w:val="cyan"/>
          <w:u w:val="none"/>
          <w:shd w:val="clear" w:color="auto" w:fill="C00000"/>
          <w:color w:val="FFFFFF"/>
        </w:rPr>
        <w:t xml:space="preserve">. </w:t>
      </w:r>
      <w:r>
        <w:rPr>
          <w:highlight w:val="cyan"/>
          <w:u w:val="none"/>
          <w:shd w:val="clear" w:color="auto" w:fill="C00000"/>
          <w:color w:val="FFFFFF"/>
        </w:rPr>
        <w:t xml:space="preserve">There they will be tormented day and night forever and ever</w:t>
      </w:r>
      <w:r>
        <w:rPr>
          <w:b w:val="false"/>
          <w:i w:val="false"/>
          <w:u w:val="none"/>
          <w:shd w:val="clear" w:color="auto" w:fill="C00000"/>
          <w:color w:val="FFFFFF"/>
        </w:rPr>
        <w:t xml:space="preserve"> [2KPX]</w:t>
      </w:r>
      <w:r>
        <w:rPr>
          <w:highlight w:val="cyan"/>
          <w:u w:val="none"/>
          <w:shd w:val="clear" w:color="auto" w:fill="C00000"/>
          <w:color w:val="FFFFFF"/>
        </w:rPr>
        <w:t xml:space="preserve">.</w:t>
      </w:r>
    </w:p>
    <w:p>
      <w:r>
        <w:rPr>
          <w:b/>
          <w:sz w:val="32"/>
        </w:rPr>
        <w:t>Heaven  (28)</w:t>
      </w:r>
    </w:p>
    <w:p>
      <w:pPr>
        <w:pStyle w:val="Yellow"/>
        <w:rPr/>
      </w:pPr>
      <w:r>
        <w:rPr>
          <w:b/>
          <w:color w:val="auto"/>
        </w:rPr>
        <w:t xml:space="preserve">1 Kings 8:27</w:t>
      </w:r>
      <w:r>
        <w:rPr>
          <w:color w:val="auto"/>
        </w:rPr>
        <w:t xml:space="preserve"> — </w:t>
      </w:r>
      <w:r>
        <w:rPr>
          <w:color w:val="auto"/>
        </w:rPr>
        <w:t xml:space="preserve">The heavens, even the highest heavens, cannot contain You, much less this temple I have built</w:t>
      </w:r>
      <w:r>
        <w:rPr>
          <w:b w:val="false"/>
          <w:i w:val="false"/>
          <w:color w:val="auto"/>
          <w:u w:val="none"/>
        </w:rPr>
        <w:t xml:space="preserve"> [1LCC]</w:t>
      </w:r>
      <w:r>
        <w:rPr>
          <w:color w:val="auto"/>
        </w:rPr>
        <w:t xml:space="preserve">.</w:t>
      </w:r>
    </w:p>
    <w:p>
      <w:pPr>
        <w:pStyle w:val="Yellow"/>
        <w:rPr/>
      </w:pPr>
      <w:r>
        <w:rPr>
          <w:b/>
        </w:rPr>
        <w:t xml:space="preserve">Nehemiah 9:6</w:t>
      </w:r>
      <w:r>
        <w:rPr/>
        <w:t xml:space="preserve"> — </w:t>
      </w:r>
      <w:r>
        <w:rPr>
          <w:shd w:fill="B7DDE8" w:val="clear"/>
        </w:rPr>
        <w:t xml:space="preserve">You give life to all things</w:t>
      </w:r>
      <w:r>
        <w:rPr>
          <w:b w:val="false"/>
          <w:i w:val="false"/>
          <w:color w:val="000000"/>
          <w:u w:val="none"/>
        </w:rPr>
        <w:t xml:space="preserve"> [2LBT]</w:t>
      </w:r>
      <w:r>
        <w:rPr/>
        <w:t xml:space="preserve">, and </w:t>
      </w:r>
      <w:r>
        <w:rPr>
          <w:shd w:fill="B7DDE8" w:val="clear"/>
        </w:rPr>
        <w:t xml:space="preserve">the host of heaven worships You</w:t>
      </w:r>
      <w:r>
        <w:rPr>
          <w:b w:val="false"/>
          <w:i w:val="false"/>
          <w:color w:val="000000"/>
          <w:u w:val="none"/>
        </w:rPr>
        <w:t xml:space="preserve"> [1LBU]</w:t>
      </w:r>
      <w:r>
        <w:rPr/>
        <w:t xml:space="preserve">.</w:t>
      </w:r>
    </w:p>
    <w:p>
      <w:pPr>
        <w:pStyle w:val="Yellow"/>
        <w:rPr/>
      </w:pPr>
      <w:r>
        <w:rPr>
          <w:b/>
        </w:rPr>
        <w:t>Psalm 33:13–15</w:t>
      </w:r>
      <w:r>
        <w:rPr/>
        <w:t xml:space="preserve"> — </w:t>
      </w:r>
      <w:r>
        <w:rPr>
          <w:shd w:fill="B7DDE8" w:val="clear"/>
        </w:rPr>
        <w:t>The LORD looks down from heaven; He sees all the sons of men</w:t>
      </w:r>
      <w:r>
        <w:rPr>
          <w:b w:val="false"/>
          <w:i w:val="false"/>
          <w:color w:val="000000"/>
          <w:u w:val="none"/>
        </w:rPr>
        <w:t xml:space="preserve"> [1JX]</w:t>
      </w:r>
      <w:r>
        <w:rPr/>
        <w:t xml:space="preserve">. </w:t>
      </w:r>
      <w:r>
        <w:rPr>
          <w:shd w:fill="B7DDE8" w:val="clear"/>
        </w:rPr>
        <w:t>From His dwelling place He gazes on all who inhabit the earth</w:t>
      </w:r>
      <w:r>
        <w:rPr>
          <w:b w:val="false"/>
          <w:i w:val="false"/>
          <w:color w:val="000000"/>
          <w:u w:val="none"/>
        </w:rPr>
        <w:t xml:space="preserve"> [1JX]</w:t>
      </w:r>
      <w:r>
        <w:rPr/>
        <w:t xml:space="preserve">. </w:t>
      </w:r>
      <w:r>
        <w:rPr>
          <w:shd w:fill="B7DDE8" w:val="clear"/>
        </w:rPr>
        <w:t>He shapes the hearts of each</w:t>
      </w:r>
      <w:r>
        <w:rPr>
          <w:b w:val="false"/>
          <w:i w:val="false"/>
          <w:color w:val="000000"/>
          <w:u w:val="none"/>
        </w:rPr>
        <w:t xml:space="preserve"> [1JY]</w:t>
      </w:r>
      <w:r>
        <w:rPr/>
        <w:t xml:space="preserve">; </w:t>
      </w:r>
      <w:r>
        <w:rPr>
          <w:shd w:fill="B7DDE8" w:val="clear"/>
        </w:rPr>
        <w:t>He considers all their works</w:t>
      </w:r>
      <w:r>
        <w:rPr>
          <w:b w:val="false"/>
          <w:i w:val="false"/>
          <w:color w:val="000000"/>
          <w:u w:val="none"/>
        </w:rPr>
        <w:t xml:space="preserve"> [1LN]</w:t>
      </w:r>
      <w:r>
        <w:rPr/>
        <w:t>.</w:t>
      </w:r>
    </w:p>
    <w:p>
      <w:pPr>
        <w:pStyle w:val="Yellow"/>
        <w:rPr/>
      </w:pPr>
      <w:r>
        <w:rPr>
          <w:b/>
        </w:rPr>
        <w:t>Psalm 102:25–27</w:t>
      </w:r>
      <w:r>
        <w:rPr/>
        <w:t xml:space="preserve"> — In the beginning </w:t>
      </w:r>
      <w:r>
        <w:rPr>
          <w:shd w:val="clear" w:color="auto" w:fill="D9C3E6"/>
        </w:rPr>
        <w:t>You laid the foundations of the earth, and the heavens are the work of Your hands</w:t>
      </w:r>
      <w:r>
        <w:rPr>
          <w:b w:val="false"/>
          <w:i w:val="false"/>
          <w:color w:val="000000"/>
          <w:u w:val="none"/>
        </w:rPr>
        <w:t xml:space="preserve"> [8FV]</w:t>
      </w:r>
      <w:r>
        <w:rPr>
          <w:shd w:val="clear" w:color="auto" w:fill="D9C3E6"/>
        </w:rPr>
        <w:t xml:space="preserve">. </w:t>
      </w:r>
      <w:r>
        <w:rPr>
          <w:shd w:val="clear" w:fill="B7DDE8"/>
        </w:rPr>
        <w:t>They will perish</w:t>
      </w:r>
      <w:r>
        <w:rPr>
          <w:b w:val="false"/>
          <w:i w:val="false"/>
          <w:color w:val="000000"/>
          <w:u w:val="none"/>
        </w:rPr>
        <w:t xml:space="preserve"> [3KE]</w:t>
      </w:r>
      <w:r>
        <w:rPr/>
        <w:t xml:space="preserve">, </w:t>
      </w:r>
      <w:r>
        <w:rPr>
          <w:shd w:val="clear" w:fill="B7DDE8"/>
        </w:rPr>
        <w:t>but You remain</w:t>
      </w:r>
      <w:r>
        <w:rPr>
          <w:b w:val="false"/>
          <w:i w:val="false"/>
          <w:u w:val="none"/>
          <w:color w:val="000000"/>
        </w:rPr>
        <w:t xml:space="preserve"> [1NA]</w:t>
      </w:r>
      <w:r>
        <w:rPr/>
        <w:t xml:space="preserve">; </w:t>
      </w:r>
      <w:r>
        <w:rPr>
          <w:shd w:val="clear" w:fill="B7DDE8"/>
        </w:rPr>
        <w:t>they will all wear out like a garment</w:t>
      </w:r>
      <w:r>
        <w:rPr>
          <w:b w:val="false"/>
          <w:i w:val="false"/>
          <w:color w:val="000000"/>
          <w:u w:val="none"/>
        </w:rPr>
        <w:t xml:space="preserve"> [3KE]</w:t>
      </w:r>
      <w:r>
        <w:rPr/>
        <w:t xml:space="preserve">. </w:t>
      </w:r>
      <w:r>
        <w:rPr>
          <w:shd w:val="clear" w:fill="B7DDE8"/>
        </w:rPr>
        <w:t>Like clothing You will change them, and they will be passed on</w:t>
      </w:r>
      <w:r>
        <w:rPr>
          <w:b w:val="false"/>
          <w:i w:val="false"/>
          <w:color w:val="000000"/>
          <w:u w:val="none"/>
        </w:rPr>
        <w:t xml:space="preserve"> [3KE]</w:t>
      </w:r>
      <w:r>
        <w:rPr/>
        <w:t xml:space="preserve">. </w:t>
      </w:r>
      <w:r>
        <w:rPr>
          <w:shd w:val="clear" w:fill="B7DDE8"/>
        </w:rPr>
        <w:t>But You remain the same</w:t>
      </w:r>
      <w:r>
        <w:rPr>
          <w:b w:val="false"/>
          <w:i w:val="false"/>
          <w:u w:val="none"/>
          <w:color w:val="000000"/>
        </w:rPr>
        <w:t xml:space="preserve"> [1NA]</w:t>
      </w:r>
      <w:r>
        <w:rPr/>
        <w:t xml:space="preserve">, and </w:t>
      </w:r>
      <w:r>
        <w:rPr>
          <w:shd w:val="clear" w:fill="B7DDE8"/>
        </w:rPr>
        <w:t>Your years will never end</w:t>
      </w:r>
      <w:r>
        <w:rPr>
          <w:b w:val="false"/>
          <w:i w:val="false"/>
          <w:u w:val="none"/>
          <w:color w:val="000000"/>
        </w:rPr>
        <w:t xml:space="preserve"> [3NC]</w:t>
      </w:r>
      <w:r>
        <w:rPr/>
        <w:t>.</w:t>
      </w:r>
    </w:p>
    <w:p>
      <w:pPr>
        <w:pStyle w:val="Yellow"/>
        <w:rPr/>
      </w:pPr>
      <w:r>
        <w:rPr>
          <w:b/>
        </w:rPr>
        <w:t xml:space="preserve">Psalm 115:3</w:t>
      </w:r>
      <w:r>
        <w:rPr/>
        <w:t xml:space="preserve"> — </w:t>
      </w:r>
      <w:r>
        <w:rPr>
          <w:shd w:fill="B7DDE8" w:val="clear"/>
        </w:rPr>
        <w:t xml:space="preserve">Our God is in heaven</w:t>
      </w:r>
      <w:r>
        <w:rPr>
          <w:b w:val="false"/>
          <w:i w:val="false"/>
          <w:color w:val="000000"/>
          <w:u w:val="none"/>
        </w:rPr>
        <w:t xml:space="preserve"> [1LBX]</w:t>
      </w:r>
      <w:r>
        <w:rPr/>
        <w:t xml:space="preserve">; </w:t>
      </w:r>
      <w:r>
        <w:rPr>
          <w:shd w:val="clear" w:color="auto" w:fill="D9C3E6"/>
        </w:rPr>
        <w:t xml:space="preserve">He does as He pleases</w:t>
      </w:r>
      <w:r>
        <w:rPr>
          <w:b w:val="false"/>
          <w:i w:val="false"/>
          <w:color w:val="000000"/>
          <w:u w:val="none"/>
        </w:rPr>
        <w:t xml:space="preserve"> [2LBY]</w:t>
      </w:r>
      <w:r>
        <w:rPr>
          <w:shd w:val="clear" w:color="auto" w:fill="D9C3E6"/>
        </w:rPr>
        <w:t xml:space="preserve">.</w:t>
      </w:r>
    </w:p>
    <w:p>
      <w:pPr>
        <w:pStyle w:val="Yellow"/>
        <w:rPr/>
      </w:pPr>
      <w:r>
        <w:rPr>
          <w:b/>
          <w:u w:val="none"/>
        </w:rPr>
        <w:t xml:space="preserve">Isaiah 51:6</w:t>
      </w:r>
      <w:r>
        <w:rPr>
          <w:u w:val="none"/>
        </w:rPr>
        <w:t xml:space="preserve"> — </w:t>
      </w:r>
      <w:r>
        <w:rPr>
          <w:u w:val="none"/>
          <w:shd w:fill="B7DDE8" w:val="clear"/>
        </w:rPr>
        <w:t xml:space="preserve">Lift up your eyes to the heavens, and look at the earth below</w:t>
      </w:r>
      <w:r>
        <w:rPr>
          <w:b w:val="false"/>
          <w:i w:val="false"/>
          <w:color w:val="000000"/>
          <w:u w:val="none"/>
        </w:rPr>
        <w:t xml:space="preserve"> [1KWG]</w:t>
      </w:r>
      <w:r>
        <w:rPr>
          <w:u w:val="none"/>
        </w:rPr>
        <w:t xml:space="preserve">; for </w:t>
      </w:r>
      <w:r>
        <w:rPr>
          <w:u w:val="none"/>
          <w:shd w:fill="B7DDE8" w:val="clear"/>
        </w:rPr>
        <w:t xml:space="preserve">the heavens will vanish like smoke</w:t>
      </w:r>
      <w:r>
        <w:rPr>
          <w:b w:val="false"/>
          <w:i w:val="false"/>
          <w:u w:val="none"/>
          <w:color w:val="000000"/>
        </w:rPr>
        <w:t xml:space="preserve"> [1KWH]</w:t>
      </w:r>
      <w:r>
        <w:rPr>
          <w:u w:val="none"/>
        </w:rPr>
        <w:t xml:space="preserve">, </w:t>
      </w:r>
      <w:r>
        <w:rPr>
          <w:u w:val="none"/>
          <w:shd w:fill="B7DDE8" w:val="clear"/>
        </w:rPr>
        <w:t xml:space="preserve">the earth will </w:t>
      </w:r>
      <w:r>
        <w:rPr>
          <w:u w:val="none"/>
          <w:shd w:fill="B7DDE8" w:val="clear"/>
        </w:rPr>
        <w:t xml:space="preserve">wear out like a garment</w:t>
      </w:r>
      <w:r>
        <w:rPr>
          <w:b w:val="false"/>
          <w:i w:val="false"/>
          <w:u w:val="none"/>
          <w:color w:val="000000"/>
        </w:rPr>
        <w:t xml:space="preserve"> [3KE]</w:t>
      </w:r>
      <w:r>
        <w:rPr>
          <w:u w:val="none"/>
        </w:rPr>
        <w:t xml:space="preserve">, and </w:t>
      </w:r>
      <w:r>
        <w:rPr>
          <w:u w:val="none"/>
          <w:shd w:fill="B7DDE8" w:val="clear"/>
        </w:rPr>
        <w:t xml:space="preserve">its people will die like gnats</w:t>
      </w:r>
      <w:r>
        <w:rPr>
          <w:b w:val="false"/>
          <w:i w:val="false"/>
          <w:u w:val="none"/>
          <w:color w:val="000000"/>
        </w:rPr>
        <w:t xml:space="preserve"> [1KWI]</w:t>
      </w:r>
      <w:r>
        <w:rPr>
          <w:u w:val="none"/>
        </w:rPr>
        <w:t xml:space="preserve">. But </w:t>
      </w:r>
      <w:r>
        <w:rPr>
          <w:u w:val="none"/>
          <w:shd w:fill="B7DDE8" w:val="clear"/>
        </w:rPr>
        <w:t xml:space="preserve">My salvation will last forever</w:t>
      </w:r>
      <w:r>
        <w:rPr>
          <w:b w:val="false"/>
          <w:i w:val="false"/>
          <w:color w:val="000000"/>
          <w:u w:val="none"/>
        </w:rPr>
        <w:t xml:space="preserve"> [1KWJ]</w:t>
      </w:r>
      <w:r>
        <w:rPr>
          <w:u w:val="none"/>
          <w:color w:val="auto"/>
        </w:rPr>
        <w:t xml:space="preserve">, and </w:t>
      </w:r>
      <w:r>
        <w:rPr>
          <w:u w:val="none"/>
          <w:color w:val="auto"/>
        </w:rPr>
        <w:t xml:space="preserve">My righteousness will never fail</w:t>
      </w:r>
      <w:r>
        <w:rPr>
          <w:b w:val="false"/>
          <w:i w:val="false"/>
          <w:color w:val="auto"/>
          <w:u w:val="none"/>
        </w:rPr>
        <w:t xml:space="preserve"> [1KWK]</w:t>
      </w:r>
      <w:r>
        <w:rPr>
          <w:u w:val="none"/>
          <w:color w:val="auto"/>
        </w:rPr>
        <w:t xml:space="preserve">.</w:t>
      </w:r>
    </w:p>
    <w:p>
      <w:pPr>
        <w:pStyle w:val="Yellow"/>
        <w:rPr/>
      </w:pPr>
      <w:r>
        <w:rPr>
          <w:b/>
          <w:u w:val="none"/>
        </w:rPr>
        <w:t>Isaiah 60:20</w:t>
      </w:r>
      <w:r>
        <w:rPr>
          <w:u w:val="none"/>
        </w:rPr>
        <w:t xml:space="preserve"> — </w:t>
      </w:r>
      <w:r>
        <w:rPr>
          <w:u w:val="none"/>
          <w:shd w:val="clear" w:color="auto" w:fill="D9C3E6"/>
        </w:rPr>
        <w:t>Your sun will no longer set, and your moon will not wane</w:t>
      </w:r>
      <w:r>
        <w:rPr>
          <w:b w:val="false"/>
          <w:i w:val="false"/>
          <w:color w:val="000000"/>
          <w:u w:val="none"/>
        </w:rPr>
        <w:t xml:space="preserve"> [2LJ]</w:t>
      </w:r>
      <w:r>
        <w:rPr>
          <w:u w:val="none"/>
        </w:rPr>
        <w:t xml:space="preserve">; for </w:t>
      </w:r>
      <w:r>
        <w:rPr>
          <w:u w:val="none"/>
          <w:shd w:fill="B7DDE8" w:val="clear"/>
        </w:rPr>
        <w:t>the LORD will be your everlasting light</w:t>
      </w:r>
      <w:r>
        <w:rPr>
          <w:b w:val="false"/>
          <w:i w:val="false"/>
          <w:color w:val="000000"/>
          <w:u w:val="none"/>
        </w:rPr>
        <w:t xml:space="preserve"> [2JG]</w:t>
      </w:r>
      <w:r>
        <w:rPr>
          <w:u w:val="none"/>
        </w:rPr>
        <w:t xml:space="preserve">, and </w:t>
      </w:r>
      <w:r>
        <w:rPr>
          <w:u w:val="none"/>
          <w:shd w:fill="F4B183" w:val="clear" w:color="auto"/>
          <w:color w:val="000000"/>
        </w:rPr>
        <w:t>the days of your sorrow will cease</w:t>
      </w:r>
      <w:r>
        <w:rPr>
          <w:b w:val="false"/>
          <w:i w:val="false"/>
          <w:color w:val="000000"/>
          <w:u w:val="none"/>
          <w:shd w:val="clear" w:color="auto" w:fill="F4B183"/>
        </w:rPr>
        <w:t xml:space="preserve"> [1JH]</w:t>
      </w:r>
      <w:r>
        <w:rPr>
          <w:u w:val="none"/>
        </w:rPr>
        <w:t>.</w:t>
      </w:r>
    </w:p>
    <w:p>
      <w:pPr>
        <w:pStyle w:val="Yellow"/>
        <w:rPr/>
      </w:pPr>
      <w:r>
        <w:rPr>
          <w:b/>
          <w:u w:val="none"/>
        </w:rPr>
        <w:t xml:space="preserve">Isaiah 65:17</w:t>
      </w:r>
      <w:r>
        <w:rPr>
          <w:u w:val="none"/>
        </w:rPr>
        <w:t xml:space="preserve"> — </w:t>
      </w:r>
      <w:r>
        <w:rPr>
          <w:u w:val="none"/>
          <w:shd w:fill="548235" w:val="clear" w:color="auto"/>
          <w:color w:val="FFFFFF"/>
        </w:rPr>
        <w:t xml:space="preserve">I will create </w:t>
      </w:r>
      <w:r>
        <w:rPr>
          <w:u w:val="none"/>
          <w:shd w:fill="548235" w:val="clear" w:color="auto"/>
          <w:color w:val="FFFFFF"/>
        </w:rPr>
        <w:t xml:space="preserve">new heavens and a new earth</w:t>
      </w:r>
      <w:r>
        <w:rPr>
          <w:b w:val="false"/>
          <w:i w:val="false"/>
          <w:color w:val="FFFFFF"/>
          <w:u w:val="none"/>
          <w:shd w:val="clear" w:color="auto" w:fill="548235"/>
        </w:rPr>
        <w:t xml:space="preserve"> [1KRY]</w:t>
      </w:r>
      <w:r>
        <w:rPr>
          <w:u w:val="none"/>
          <w:shd w:val="clear" w:color="auto" w:fill="548235"/>
          <w:color w:val="FFFFFF"/>
        </w:rPr>
        <w:t xml:space="preserve">. </w:t>
      </w:r>
      <w:r>
        <w:rPr>
          <w:u w:val="none"/>
          <w:shd w:fill="B7DDE8" w:val="clear"/>
        </w:rPr>
        <w:t xml:space="preserve">The former things will not be remembered</w:t>
      </w:r>
      <w:r>
        <w:rPr>
          <w:b w:val="false"/>
          <w:i w:val="false"/>
          <w:color w:val="000000"/>
          <w:u w:val="none"/>
        </w:rPr>
        <w:t xml:space="preserve"> [1KRZ]</w:t>
      </w:r>
      <w:r>
        <w:rPr>
          <w:u w:val="none"/>
        </w:rPr>
        <w:t xml:space="preserve">, </w:t>
      </w:r>
      <w:r>
        <w:rPr>
          <w:u w:val="none"/>
          <w:shd w:fill="B7DDE8" w:val="clear"/>
        </w:rPr>
        <w:t xml:space="preserve">nor will they come to mind</w:t>
      </w:r>
      <w:r>
        <w:rPr>
          <w:b w:val="false"/>
          <w:i w:val="false"/>
          <w:color w:val="000000"/>
          <w:u w:val="none"/>
        </w:rPr>
        <w:t xml:space="preserve"> [1KRZ]</w:t>
      </w:r>
      <w:r>
        <w:rPr>
          <w:u w:val="none"/>
        </w:rPr>
        <w:t xml:space="preserve">.</w:t>
      </w:r>
    </w:p>
    <w:p>
      <w:pPr>
        <w:pStyle w:val="Yellow"/>
        <w:rPr/>
      </w:pPr>
      <w:r>
        <w:rPr/>
        <w:t xml:space="preserve">(Mt18:6 “these little ones who believe in Me”¹) </w:t>
      </w:r>
      <w:r>
        <w:rPr>
          <w:b/>
        </w:rPr>
        <w:t xml:space="preserve">Matthew 18:10</w:t>
      </w:r>
      <w:r>
        <w:rPr/>
        <w:t xml:space="preserve"> — I tell you that </w:t>
      </w:r>
      <w:r>
        <w:rPr>
          <w:shd w:fill="B7DDE8" w:val="clear"/>
        </w:rPr>
        <w:t xml:space="preserve">{their} angels in heaven always see the face of My Father in heaven</w:t>
      </w:r>
      <w:r>
        <w:rPr>
          <w:b w:val="false"/>
          <w:i w:val="false"/>
          <w:color w:val="000000"/>
          <w:u w:val="none"/>
        </w:rPr>
        <w:t xml:space="preserve"> [1LCF]</w:t>
      </w:r>
      <w:r>
        <w:rPr/>
        <w:t xml:space="preserve">.</w:t>
      </w:r>
    </w:p>
    <w:p>
      <w:pPr>
        <w:pStyle w:val="Yellow"/>
        <w:rPr/>
      </w:pPr>
      <w:r>
        <w:rPr>
          <w:b/>
          <w:shd w:val="clear" w:color="auto" w:fill="548235"/>
          <w:color w:val="FFFFFF"/>
        </w:rPr>
        <w:t xml:space="preserve">Matthew 23:9</w:t>
      </w:r>
      <w:r>
        <w:rPr>
          <w:shd w:val="clear" w:color="auto" w:fill="548235"/>
          <w:color w:val="FFFFFF"/>
        </w:rPr>
        <w:t xml:space="preserve"> — </w:t>
      </w:r>
      <w:r>
        <w:rPr>
          <w:shd w:fill="548235" w:val="clear" w:color="auto"/>
          <w:color w:val="FFFFFF"/>
        </w:rPr>
        <w:t xml:space="preserve">you have one Father, who is in heaven</w:t>
      </w:r>
      <w:r>
        <w:rPr>
          <w:b w:val="false"/>
          <w:i w:val="false"/>
          <w:color w:val="FFFFFF"/>
          <w:u w:val="none"/>
          <w:shd w:val="clear" w:color="auto" w:fill="548235"/>
        </w:rPr>
        <w:t xml:space="preserve"> [1LBZ]</w:t>
      </w:r>
      <w:r>
        <w:rPr>
          <w:shd w:val="clear" w:color="auto" w:fill="548235"/>
          <w:color w:val="FFFFFF"/>
        </w:rPr>
        <w:t xml:space="preserve">.</w:t>
      </w:r>
    </w:p>
    <w:p>
      <w:pPr>
        <w:pStyle w:val="Yellow"/>
        <w:rPr/>
      </w:pPr>
      <w:r>
        <w:rPr/>
        <w:t xml:space="preserve">(Lk22:15 Jesus’ “suffering”) </w:t>
      </w:r>
      <w:r>
        <w:rPr>
          <w:b/>
        </w:rPr>
        <w:t xml:space="preserve">Luke 22:42-43</w:t>
      </w:r>
      <w:r>
        <w:rPr/>
        <w:t xml:space="preserve"> — “Father, </w:t>
      </w:r>
      <w:r>
        <w:rPr>
          <w:shd w:fill="B7DDE8" w:val="clear"/>
        </w:rPr>
        <w:t xml:space="preserve">if You are willing, take {this cup} from Me</w:t>
      </w:r>
      <w:r>
        <w:rPr>
          <w:b w:val="false"/>
          <w:i w:val="false"/>
          <w:color w:val="000000"/>
          <w:u w:val="none"/>
        </w:rPr>
        <w:t xml:space="preserve"> [1LCG]</w:t>
      </w:r>
      <w:r>
        <w:rPr/>
        <w:t xml:space="preserve">. Yet </w:t>
      </w:r>
      <w:r>
        <w:rPr>
          <w:shd w:fill="B7DDE8" w:val="clear"/>
        </w:rPr>
        <w:t xml:space="preserve">not My will, but Yours be done</w:t>
      </w:r>
      <w:r>
        <w:rPr>
          <w:b w:val="false"/>
          <w:i w:val="false"/>
          <w:color w:val="000000"/>
          <w:u w:val="none"/>
        </w:rPr>
        <w:t xml:space="preserve"> [1LCH]</w:t>
      </w:r>
      <w:r>
        <w:rPr/>
        <w:t xml:space="preserve">.” Then </w:t>
      </w:r>
      <w:r>
        <w:rPr>
          <w:shd w:fill="B7DDE8" w:val="clear"/>
        </w:rPr>
        <w:t xml:space="preserve">an angel from heaven appeared to Him</w:t>
      </w:r>
      <w:r>
        <w:rPr>
          <w:b w:val="false"/>
          <w:i w:val="false"/>
          <w:color w:val="000000"/>
          <w:u w:val="none"/>
        </w:rPr>
        <w:t xml:space="preserve"> [1LCI]</w:t>
      </w:r>
      <w:r>
        <w:rPr/>
        <w:t xml:space="preserve"> and </w:t>
      </w:r>
      <w:r>
        <w:rPr>
          <w:shd w:fill="B7DDE8" w:val="clear"/>
        </w:rPr>
        <w:t xml:space="preserve">strengthened Him</w:t>
      </w:r>
      <w:r>
        <w:rPr>
          <w:b w:val="false"/>
          <w:i w:val="false"/>
          <w:color w:val="000000"/>
          <w:u w:val="none"/>
        </w:rPr>
        <w:t xml:space="preserve"> [1LCJ]</w:t>
      </w:r>
      <w:r>
        <w:rPr/>
        <w:t xml:space="preserve">.</w:t>
      </w:r>
    </w:p>
    <w:p>
      <w:pPr>
        <w:pStyle w:val="Yellow"/>
        <w:rPr/>
      </w:pPr>
      <w:r>
        <w:t xml:space="preserve">(Jn1:50 Jesus) </w:t>
      </w:r>
      <w:r>
        <w:rPr>
          <w:b/>
        </w:rPr>
        <w:t>John 1:51</w:t>
      </w:r>
      <w:r>
        <w:t xml:space="preserve"> — “Truly, truly, I tell you, </w:t>
      </w:r>
      <w:r>
        <w:rPr>
          <w:shd w:fill="B7DDE8" w:val="clear"/>
        </w:rPr>
        <w:t>you will all see heaven open</w:t>
      </w:r>
      <w:r>
        <w:rPr>
          <w:b w:val="false"/>
          <w:i w:val="false"/>
          <w:color w:val="000000"/>
          <w:u w:val="none"/>
        </w:rPr>
        <w:t xml:space="preserve"> [1AMY]</w:t>
      </w:r>
      <w:r>
        <w:t xml:space="preserve"> and </w:t>
      </w:r>
      <w:r>
        <w:rPr>
          <w:shd w:fill="B7DDE8" w:val="clear"/>
        </w:rPr>
        <w:t>the angels of God ascending and descending on {the Son of Man}</w:t>
      </w:r>
      <w:r>
        <w:rPr>
          <w:b w:val="false"/>
          <w:i w:val="false"/>
          <w:color w:val="000000"/>
          <w:u w:val="none"/>
        </w:rPr>
        <w:t xml:space="preserve"> [1AMZ]</w:t>
      </w:r>
      <w:r>
        <w:t>.”</w:t>
      </w:r>
    </w:p>
    <w:p>
      <w:pPr>
        <w:pStyle w:val="Yellow"/>
        <w:rPr/>
      </w:pPr>
      <w:r>
        <w:rPr>
          <w:b/>
        </w:rPr>
        <w:t xml:space="preserve">John 14:2</w:t>
      </w:r>
      <w:r>
        <w:rPr/>
        <w:t xml:space="preserve"> — </w:t>
      </w:r>
      <w:r>
        <w:rPr>
          <w:shd w:fill="B7DDE8" w:val="clear"/>
        </w:rPr>
        <w:t xml:space="preserve">In My Father’s house are many rooms</w:t>
      </w:r>
      <w:r>
        <w:rPr>
          <w:b w:val="false"/>
          <w:i w:val="false"/>
          <w:color w:val="000000"/>
          <w:u w:val="none"/>
        </w:rPr>
        <w:t xml:space="preserve"> [1LTN]</w:t>
      </w:r>
      <w:r>
        <w:rPr/>
        <w:t xml:space="preserve">. </w:t>
      </w:r>
      <w:r>
        <w:rPr>
          <w:shd w:fill="B7DDE8" w:val="clear"/>
        </w:rPr>
        <w:t xml:space="preserve">If it were not so, would I have told you that I am going there to prepare a place for you</w:t>
      </w:r>
      <w:r>
        <w:rPr>
          <w:b w:val="false"/>
          <w:i w:val="false"/>
          <w:color w:val="000000"/>
          <w:u w:val="none"/>
        </w:rPr>
        <w:t xml:space="preserve"> [1LTO]</w:t>
      </w:r>
      <w:r>
        <w:rPr/>
        <w:t xml:space="preserve">?</w:t>
      </w:r>
    </w:p>
    <w:p>
      <w:pPr>
        <w:pStyle w:val="Yellow"/>
        <w:rPr/>
      </w:pPr>
      <w:r>
        <w:rPr>
          <w:shd w:val="clear" w:color="auto" w:fill="548235"/>
          <w:color w:val="FFFFFF"/>
        </w:rPr>
        <w:t xml:space="preserve">(Lk24:51 While “blessing them,” Jesus “was carried up into heaven”) </w:t>
      </w:r>
      <w:r>
        <w:rPr>
          <w:b/>
          <w:shd w:val="clear" w:color="auto" w:fill="548235"/>
          <w:color w:val="FFFFFF"/>
        </w:rPr>
        <w:t xml:space="preserve">Acts 1:11</w:t>
      </w:r>
      <w:r>
        <w:rPr>
          <w:shd w:val="clear" w:color="auto" w:fill="548235"/>
          <w:color w:val="FFFFFF"/>
        </w:rPr>
        <w:t xml:space="preserve"> — </w:t>
      </w:r>
      <w:r>
        <w:rPr>
          <w:shd w:fill="548235" w:val="clear" w:color="auto"/>
          <w:color w:val="FFFFFF"/>
        </w:rPr>
        <w:t xml:space="preserve">This same Jesus, who has been taken from you into heaven</w:t>
      </w:r>
      <w:r>
        <w:rPr>
          <w:b w:val="false"/>
          <w:i w:val="false"/>
          <w:color w:val="FFFFFF"/>
          <w:u w:val="none"/>
          <w:shd w:val="clear" w:color="auto" w:fill="548235"/>
        </w:rPr>
        <w:t xml:space="preserve"> [1LBR]</w:t>
      </w:r>
      <w:r>
        <w:rPr>
          <w:shd w:val="clear" w:color="auto" w:fill="548235"/>
          <w:color w:val="FFFFFF"/>
        </w:rPr>
        <w:t xml:space="preserve">, </w:t>
      </w:r>
      <w:r>
        <w:rPr>
          <w:shd w:fill="548235" w:val="clear" w:color="auto"/>
          <w:color w:val="FFFFFF"/>
        </w:rPr>
        <w:t xml:space="preserve">will come back in the {same way} you have seen Him go into heaven</w:t>
      </w:r>
      <w:r>
        <w:rPr>
          <w:b w:val="false"/>
          <w:i w:val="false"/>
          <w:color w:val="FFFFFF"/>
          <w:u w:val="none"/>
          <w:shd w:val="clear" w:color="auto" w:fill="548235"/>
        </w:rPr>
        <w:t xml:space="preserve"> [1LBS]</w:t>
      </w:r>
      <w:r>
        <w:rPr>
          <w:shd w:val="clear" w:color="auto" w:fill="548235"/>
          <w:color w:val="FFFFFF"/>
        </w:rPr>
        <w:t xml:space="preserve">.”</w:t>
      </w:r>
    </w:p>
    <w:p>
      <w:pPr>
        <w:pStyle w:val="Yellow"/>
        <w:rPr/>
      </w:pPr>
      <w:r>
        <w:rPr/>
        <w:t xml:space="preserve">(Ac3:20 Jesus) </w:t>
      </w:r>
      <w:r>
        <w:rPr>
          <w:b/>
        </w:rPr>
        <w:t>Acts 3:21</w:t>
      </w:r>
      <w:r>
        <w:rPr/>
        <w:t xml:space="preserve"> — </w:t>
      </w:r>
      <w:r>
        <w:rPr>
          <w:shd w:val="clear" w:fill="B7DDE8"/>
        </w:rPr>
        <w:t>Heaven must take {Him} in until the time comes for the restoration of all things</w:t>
      </w:r>
      <w:r>
        <w:rPr>
          <w:b w:val="false"/>
          <w:i w:val="false"/>
          <w:color w:val="000000"/>
          <w:u w:val="none"/>
        </w:rPr>
        <w:t xml:space="preserve"> [1FCW]</w:t>
      </w:r>
      <w:r>
        <w:rPr/>
        <w:t xml:space="preserve">, which </w:t>
      </w:r>
      <w:r>
        <w:rPr>
          <w:shd w:val="clear" w:fill="B7DDE8"/>
        </w:rPr>
        <w:t>God announced long ago through His holy prophets</w:t>
      </w:r>
      <w:r>
        <w:rPr>
          <w:b w:val="false"/>
          <w:i w:val="false"/>
          <w:color w:val="000000"/>
          <w:u w:val="none"/>
        </w:rPr>
        <w:t xml:space="preserve"> [1FCX]</w:t>
      </w:r>
      <w:r>
        <w:rPr/>
        <w:t>.</w:t>
      </w:r>
    </w:p>
    <w:p>
      <w:pPr>
        <w:pStyle w:val="Yellow"/>
        <w:rPr/>
        <w:pBdr>
          <w:left w:val="single" w:sz="28" w:space="5" w:color="C00000"/>
        </w:pBdr>
      </w:pPr>
      <w:r>
        <w:rPr>
          <w:b/>
        </w:rPr>
        <w:t xml:space="preserve">Acts 7:48–50</w:t>
      </w:r>
      <w:r>
        <w:rPr/>
        <w:t xml:space="preserve"> — </w:t>
      </w:r>
      <w:r>
        <w:rPr>
          <w:shd w:val="clear" w:color="auto" w:fill="D9C3E6"/>
        </w:rPr>
        <w:t xml:space="preserve">the Most High does not dwell in houses made by human hands</w:t>
      </w:r>
      <w:r>
        <w:rPr>
          <w:b w:val="false"/>
          <w:i w:val="false"/>
          <w:u w:val="none"/>
          <w:color w:val="000000"/>
        </w:rPr>
        <w:t xml:space="preserve"> [2JZ]</w:t>
      </w:r>
      <w:r>
        <w:rPr/>
        <w:t xml:space="preserve">. As the prophet says: ‘</w:t>
      </w:r>
      <w:r>
        <w:rPr>
          <w:shd w:fill="B7DDE8" w:val="clear"/>
        </w:rPr>
        <w:t xml:space="preserve">Heaven is My throne and the earth is My footstool</w:t>
      </w:r>
      <w:r>
        <w:rPr>
          <w:b w:val="false"/>
          <w:i w:val="false"/>
          <w:color w:val="000000"/>
          <w:u w:val="none"/>
        </w:rPr>
        <w:t xml:space="preserve"> [1KUP]</w:t>
      </w:r>
      <w:r>
        <w:rPr/>
        <w:t xml:space="preserve">. </w:t>
      </w:r>
      <w:r>
        <w:rPr>
          <w:shd w:val="clear" w:color="auto" w:fill="D9C3E6"/>
        </w:rPr>
        <w:t xml:space="preserve">What kind of house will you build for Me, says the Lord, or where will My place of repose be</w:t>
      </w:r>
      <w:r>
        <w:rPr>
          <w:b w:val="false"/>
          <w:i w:val="false"/>
          <w:u w:val="none"/>
          <w:color w:val="000000"/>
        </w:rPr>
        <w:t xml:space="preserve"> [2JZ]</w:t>
      </w:r>
      <w:r>
        <w:rPr>
          <w:shd w:val="clear" w:color="auto" w:fill="D9C3E6"/>
        </w:rPr>
        <w:t xml:space="preserve">? </w:t>
      </w:r>
      <w:r>
        <w:rPr>
          <w:shd w:val="clear" w:color="auto" w:fill="D9C3E6"/>
        </w:rPr>
        <w:t xml:space="preserve">Has not My hand made {all these things}</w:t>
      </w:r>
      <w:r>
        <w:rPr>
          <w:b w:val="false"/>
          <w:i w:val="false"/>
          <w:color w:val="000000"/>
          <w:u w:val="none"/>
        </w:rPr>
        <w:t xml:space="preserve"> [8FV]</w:t>
      </w:r>
      <w:r>
        <w:rPr>
          <w:shd w:val="clear" w:color="auto" w:fill="D9C3E6"/>
        </w:rPr>
        <w:t xml:space="preserve">?’</w:t>
      </w:r>
    </w:p>
    <w:p>
      <w:pPr>
        <w:pStyle w:val="Yellow"/>
        <w:rPr/>
      </w:pPr>
      <w:r>
        <w:t xml:space="preserve">(Ep4:7 “Christ”) </w:t>
      </w:r>
      <w:r>
        <w:rPr>
          <w:b/>
        </w:rPr>
        <w:t>Ephesians 4:10</w:t>
      </w:r>
      <w:r>
        <w:t xml:space="preserve"> — </w:t>
      </w:r>
      <w:r>
        <w:rPr>
          <w:shd w:fill="B7DDE8" w:val="clear"/>
        </w:rPr>
        <w:t xml:space="preserve">{He} who descended is the very One who </w:t>
      </w:r>
      <w:r>
        <w:rPr>
          <w:shd w:fill="B7DDE8" w:val="clear"/>
        </w:rPr>
        <w:t>ascended above all the heavens</w:t>
      </w:r>
      <w:r>
        <w:rPr>
          <w:b w:val="false"/>
          <w:i w:val="false"/>
          <w:color w:val="000000"/>
          <w:u w:val="none"/>
        </w:rPr>
        <w:t xml:space="preserve"> [1ATZ]</w:t>
      </w:r>
      <w:r>
        <w:rPr>
          <w:shd w:fill="B7DDE8" w:val="clear"/>
        </w:rPr>
        <w:t>, in order to fill all things</w:t>
      </w:r>
      <w:r>
        <w:rPr>
          <w:b w:val="false"/>
          <w:i w:val="false"/>
          <w:color w:val="000000"/>
          <w:u w:val="none"/>
        </w:rPr>
        <w:t xml:space="preserve"> [1AUA]</w:t>
      </w:r>
      <w:r>
        <w:t>.</w:t>
      </w:r>
    </w:p>
    <w:p>
      <w:pPr>
        <w:pStyle w:val="Yellow"/>
        <w:rPr/>
      </w:pPr>
      <w:r>
        <w:rPr>
          <w:b/>
        </w:rPr>
        <w:t>Hebrews 4:14–16</w:t>
      </w:r>
      <w:r>
        <w:t xml:space="preserve"> — </w:t>
      </w:r>
      <w:r>
        <w:rPr>
          <w:shd w:fill="B7DDE8" w:val="clear"/>
        </w:rPr>
        <w:t xml:space="preserve">Therefore, </w:t>
      </w:r>
      <w:r>
        <w:rPr>
          <w:shd w:fill="B7DDE8" w:val="clear"/>
        </w:rPr>
        <w:t xml:space="preserve">since we have a great high priest </w:t>
      </w:r>
      <w:r>
        <w:rPr>
          <w:shd w:fill="B7DDE8" w:val="clear"/>
        </w:rPr>
        <w:t>who has passed through the heavens</w:t>
      </w:r>
      <w:r>
        <w:rPr>
          <w:b w:val="false"/>
          <w:i w:val="false"/>
          <w:color w:val="000000"/>
          <w:u w:val="none"/>
        </w:rPr>
        <w:t xml:space="preserve"> [1AOY]</w:t>
      </w:r>
      <w:r>
        <w:t xml:space="preserve">, </w:t>
      </w:r>
      <w:r>
        <w:rPr>
          <w:shd w:fill="B7DDE8" w:val="clear"/>
        </w:rPr>
        <w:t>Jesus the Son of God</w:t>
      </w:r>
      <w:r>
        <w:rPr>
          <w:b w:val="false"/>
          <w:i w:val="false"/>
          <w:color w:val="000000"/>
          <w:u w:val="none"/>
        </w:rPr>
        <w:t xml:space="preserve"> [7AMS]</w:t>
      </w:r>
      <w:r>
        <w:rPr>
          <w:shd w:fill="B7DDE8" w:val="clear"/>
        </w:rPr>
        <w:t>, let us hold firmly to what we profess</w:t>
      </w:r>
      <w:r>
        <w:rPr>
          <w:b w:val="false"/>
          <w:i w:val="false"/>
          <w:color w:val="000000"/>
          <w:u w:val="none"/>
        </w:rPr>
        <w:t xml:space="preserve"> [1AOZ]</w:t>
      </w:r>
      <w:r>
        <w:t xml:space="preserve">. For </w:t>
      </w:r>
      <w:r>
        <w:rPr>
          <w:shd w:fill="B7DDE8" w:val="clear"/>
        </w:rPr>
        <w:t>we do not have a high priest who is unable to sympathize with our weaknesses</w:t>
      </w:r>
      <w:r>
        <w:rPr>
          <w:b w:val="false"/>
          <w:i w:val="false"/>
          <w:color w:val="000000"/>
          <w:u w:val="none"/>
        </w:rPr>
        <w:t xml:space="preserve"> [1APA]</w:t>
      </w:r>
      <w:r>
        <w:t xml:space="preserve">, but </w:t>
      </w:r>
      <w:r>
        <w:rPr>
          <w:shd w:fill="B7DDE8" w:val="clear"/>
        </w:rPr>
        <w:t>we have one who was tempted in every way that we are</w:t>
      </w:r>
      <w:r>
        <w:rPr>
          <w:b w:val="false"/>
          <w:i w:val="false"/>
          <w:color w:val="000000"/>
          <w:u w:val="none"/>
        </w:rPr>
        <w:t xml:space="preserve"> [1APB]</w:t>
      </w:r>
      <w:r>
        <w:t xml:space="preserve">, </w:t>
      </w:r>
      <w:r>
        <w:rPr>
          <w:shd w:fill="B7DDE8" w:val="clear"/>
        </w:rPr>
        <w:t>yet was without sin</w:t>
      </w:r>
      <w:r>
        <w:rPr>
          <w:b w:val="false"/>
          <w:i w:val="false"/>
          <w:color w:val="000000"/>
          <w:u w:val="none"/>
        </w:rPr>
        <w:t xml:space="preserve"> [2APC]</w:t>
      </w:r>
      <w:r>
        <w:t xml:space="preserve">. </w:t>
      </w:r>
      <w:r>
        <w:rPr>
          <w:shd w:fill="B7DDE8" w:val="clear"/>
        </w:rPr>
        <w:t>Let us then approach the throne of grace with confidence</w:t>
      </w:r>
      <w:r>
        <w:rPr>
          <w:b w:val="false"/>
          <w:i w:val="false"/>
          <w:color w:val="000000"/>
          <w:u w:val="none"/>
        </w:rPr>
        <w:t xml:space="preserve"> [1APD]</w:t>
      </w:r>
      <w:r>
        <w:rPr/>
        <w:t xml:space="preserve">, </w:t>
      </w:r>
      <w:r>
        <w:rPr>
          <w:shd w:fill="B7DDE8" w:val="clear"/>
        </w:rPr>
        <w:t>so that we may receive mercy</w:t>
      </w:r>
      <w:r>
        <w:rPr>
          <w:b w:val="false"/>
          <w:i w:val="false"/>
          <w:color w:val="000000"/>
          <w:u w:val="none"/>
        </w:rPr>
        <w:t xml:space="preserve"> [1APE]</w:t>
      </w:r>
      <w:r>
        <w:rPr/>
        <w:t xml:space="preserve"> and </w:t>
      </w:r>
      <w:r>
        <w:rPr>
          <w:shd w:fill="B7DDE8" w:val="clear"/>
        </w:rPr>
        <w:t>find grace to help us in our time of need</w:t>
      </w:r>
      <w:r>
        <w:rPr>
          <w:b w:val="false"/>
          <w:i w:val="false"/>
          <w:color w:val="000000"/>
          <w:u w:val="none"/>
        </w:rPr>
        <w:t xml:space="preserve"> [1APF]</w:t>
      </w:r>
      <w:r>
        <w:t>.</w:t>
      </w:r>
    </w:p>
    <w:p>
      <w:pPr>
        <w:pStyle w:val="Yellow"/>
        <w:rPr/>
      </w:pPr>
      <w:r>
        <w:rPr>
          <w:b/>
          <w:shd w:val="clear" w:color="auto" w:fill="548235"/>
          <w:color w:val="FFFFFF"/>
        </w:rPr>
        <w:t xml:space="preserve">Hebrews 13:14</w:t>
      </w:r>
      <w:r>
        <w:rPr>
          <w:shd w:val="clear" w:color="auto" w:fill="548235"/>
          <w:color w:val="FFFFFF"/>
        </w:rPr>
        <w:t xml:space="preserve"> — For </w:t>
      </w:r>
      <w:r>
        <w:rPr>
          <w:shd w:fill="548235" w:val="clear" w:color="auto"/>
          <w:color w:val="FFFFFF"/>
        </w:rPr>
        <w:t xml:space="preserve">here we do not have a permanent city</w:t>
      </w:r>
      <w:r>
        <w:rPr>
          <w:b w:val="false"/>
          <w:i w:val="false"/>
          <w:color w:val="FFFFFF"/>
          <w:u w:val="none"/>
          <w:shd w:val="clear" w:color="auto" w:fill="548235"/>
        </w:rPr>
        <w:t xml:space="preserve"> [1LRE]</w:t>
      </w:r>
      <w:r>
        <w:rPr>
          <w:shd w:val="clear" w:color="auto" w:fill="548235"/>
          <w:color w:val="FFFFFF"/>
        </w:rPr>
        <w:t xml:space="preserve">, but </w:t>
      </w:r>
      <w:r>
        <w:rPr>
          <w:shd w:fill="548235" w:val="clear" w:color="auto"/>
          <w:color w:val="FFFFFF"/>
        </w:rPr>
        <w:t xml:space="preserve">we are looking for the city that is to come</w:t>
      </w:r>
      <w:r>
        <w:rPr>
          <w:b w:val="false"/>
          <w:i w:val="false"/>
          <w:color w:val="FFFFFF"/>
          <w:u w:val="none"/>
          <w:shd w:val="clear" w:color="auto" w:fill="548235"/>
        </w:rPr>
        <w:t xml:space="preserve"> [1LRF]</w:t>
      </w:r>
      <w:r>
        <w:rPr>
          <w:shd w:val="clear" w:color="auto" w:fill="548235"/>
          <w:color w:val="FFFFFF"/>
        </w:rPr>
        <w:t xml:space="preserve">.</w:t>
      </w:r>
    </w:p>
    <w:p>
      <w:pPr>
        <w:pStyle w:val="Yellow"/>
        <w:rPr/>
      </w:pPr>
      <w:r>
        <w:rPr>
          <w:b/>
          <w:u w:val="none"/>
        </w:rPr>
        <w:t xml:space="preserve">2 Peter 3:10</w:t>
      </w:r>
      <w:r>
        <w:rPr>
          <w:u w:val="none"/>
        </w:rPr>
        <w:t xml:space="preserve"> — But </w:t>
      </w:r>
      <w:r>
        <w:rPr>
          <w:u w:val="none"/>
          <w:color w:val="000000"/>
        </w:rPr>
        <w:t xml:space="preserve">the Day of the Lord </w:t>
      </w:r>
      <w:r>
        <w:rPr>
          <w:u w:val="none"/>
          <w:color w:val="000000"/>
        </w:rPr>
        <w:t xml:space="preserve">will come like a thief</w:t>
      </w:r>
      <w:r>
        <w:rPr>
          <w:b w:val="false"/>
          <w:i w:val="false"/>
          <w:color w:val="000000"/>
          <w:u w:val="none"/>
        </w:rPr>
        <w:t xml:space="preserve"> [2KQV]</w:t>
      </w:r>
      <w:r>
        <w:rPr>
          <w:u w:val="none"/>
        </w:rPr>
        <w:t xml:space="preserve">. </w:t>
      </w:r>
      <w:r>
        <w:rPr>
          <w:u w:val="none"/>
          <w:shd w:fill="B7DDE8" w:val="clear"/>
        </w:rPr>
        <w:t xml:space="preserve">The heavens will disappear with a roar</w:t>
      </w:r>
      <w:r>
        <w:rPr>
          <w:b w:val="false"/>
          <w:i w:val="false"/>
          <w:color w:val="000000"/>
          <w:u w:val="none"/>
        </w:rPr>
        <w:t xml:space="preserve"> [1KQW]</w:t>
      </w:r>
      <w:r>
        <w:rPr>
          <w:u w:val="none"/>
        </w:rPr>
        <w:t xml:space="preserve">, </w:t>
      </w:r>
      <w:r>
        <w:rPr>
          <w:u w:val="none"/>
          <w:shd w:fill="B7DDE8" w:val="clear"/>
        </w:rPr>
        <w:t xml:space="preserve">the elements will be destroyed by fire</w:t>
      </w:r>
      <w:r>
        <w:rPr>
          <w:b w:val="false"/>
          <w:i w:val="false"/>
          <w:color w:val="000000"/>
          <w:u w:val="none"/>
        </w:rPr>
        <w:t xml:space="preserve"> [1KQX]</w:t>
      </w:r>
      <w:r>
        <w:rPr>
          <w:u w:val="none"/>
        </w:rPr>
        <w:t xml:space="preserve">, and </w:t>
      </w:r>
      <w:r>
        <w:rPr>
          <w:u w:val="none"/>
          <w:shd w:fill="B7DDE8" w:val="clear"/>
        </w:rPr>
        <w:t xml:space="preserve">the earth and its works will be laid bare</w:t>
      </w:r>
      <w:r>
        <w:rPr>
          <w:b w:val="false"/>
          <w:i w:val="false"/>
          <w:color w:val="000000"/>
          <w:u w:val="none"/>
        </w:rPr>
        <w:t xml:space="preserve"> [1KQY]</w:t>
      </w:r>
      <w:r>
        <w:rPr>
          <w:u w:val="none"/>
        </w:rPr>
        <w:t xml:space="preserve">.</w:t>
      </w:r>
    </w:p>
    <w:p>
      <w:pPr>
        <w:pStyle w:val="Yellow"/>
        <w:rPr/>
      </w:pPr>
      <w:r>
        <w:rPr>
          <w:b/>
          <w:u w:val="none"/>
        </w:rPr>
        <w:t>2 Peter 3:13</w:t>
      </w:r>
      <w:r>
        <w:rPr>
          <w:u w:val="none"/>
        </w:rPr>
        <w:t xml:space="preserve"> — But </w:t>
      </w:r>
      <w:r>
        <w:rPr>
          <w:u w:val="none"/>
          <w:shd w:fill="B7DDE8" w:val="clear"/>
        </w:rPr>
        <w:t>in keeping with God’s promise, we are looking forward to a new heaven and a new earth</w:t>
      </w:r>
      <w:r>
        <w:rPr>
          <w:b w:val="false"/>
          <w:i w:val="false"/>
          <w:color w:val="000000"/>
          <w:u w:val="none"/>
        </w:rPr>
        <w:t xml:space="preserve"> [1AID]</w:t>
      </w:r>
      <w:r>
        <w:rPr>
          <w:u w:val="none"/>
          <w:shd w:val="clear" w:color="auto" w:fill="548235"/>
          <w:color w:val="FFFFFF"/>
        </w:rPr>
        <w:t xml:space="preserve">, </w:t>
      </w:r>
      <w:r>
        <w:rPr>
          <w:u w:val="none"/>
          <w:shd w:fill="548235" w:val="clear" w:color="auto"/>
          <w:color w:val="FFFFFF"/>
        </w:rPr>
        <w:t>where righteousness dwells</w:t>
      </w:r>
      <w:r>
        <w:rPr>
          <w:b w:val="false"/>
          <w:i w:val="false"/>
          <w:color w:val="FFFFFF"/>
          <w:u w:val="none"/>
          <w:shd w:val="clear" w:color="auto" w:fill="548235"/>
        </w:rPr>
        <w:t xml:space="preserve"> [1AIE]</w:t>
      </w:r>
      <w:r>
        <w:rPr>
          <w:u w:val="none"/>
          <w:shd w:val="clear" w:color="auto" w:fill="548235"/>
          <w:color w:val="FFFFFF"/>
        </w:rPr>
        <w:t>.</w:t>
      </w:r>
    </w:p>
    <w:p>
      <w:pPr>
        <w:pStyle w:val="Yellow"/>
        <w:rPr/>
      </w:pPr>
      <w:r>
        <w:rPr>
          <w:b/>
        </w:rPr>
        <w:t>Revelation 3:12</w:t>
      </w:r>
      <w:r>
        <w:rPr/>
        <w:t xml:space="preserve"> — </w:t>
      </w:r>
      <w:r>
        <w:rPr>
          <w:shd w:val="clear" w:fill="B7DDE8"/>
        </w:rPr>
        <w:t>The one who overcomes I will make a pillar in the temple of My God</w:t>
      </w:r>
      <w:r>
        <w:rPr>
          <w:b w:val="false"/>
          <w:i w:val="false"/>
          <w:color w:val="000000"/>
          <w:u w:val="none"/>
        </w:rPr>
        <w:t xml:space="preserve"> [1FDR]</w:t>
      </w:r>
      <w:r>
        <w:rPr/>
        <w:t xml:space="preserve">, and </w:t>
      </w:r>
      <w:r>
        <w:rPr>
          <w:shd w:val="clear" w:fill="B7DDE8"/>
        </w:rPr>
        <w:t>he will never again leave it</w:t>
      </w:r>
      <w:r>
        <w:rPr>
          <w:b w:val="false"/>
          <w:i w:val="false"/>
          <w:color w:val="000000"/>
          <w:u w:val="none"/>
        </w:rPr>
        <w:t xml:space="preserve"> [1FDS]</w:t>
      </w:r>
      <w:r>
        <w:rPr>
          <w:shd w:val="clear" w:color="auto" w:fill="548235"/>
          <w:color w:val="FFFFFF"/>
        </w:rPr>
        <w:t xml:space="preserve">. </w:t>
      </w:r>
      <w:r>
        <w:rPr>
          <w:shd w:val="clear" w:fill="548235" w:color="auto"/>
          <w:color w:val="FFFFFF"/>
        </w:rPr>
        <w:t>Upon him I will write the name of My God, and the name of the city of My God (the new Jerusalem that comes down out of heaven from My God), and My new name</w:t>
      </w:r>
      <w:r>
        <w:rPr>
          <w:b w:val="false"/>
          <w:i w:val="false"/>
          <w:color w:val="FFFFFF"/>
          <w:u w:val="none"/>
          <w:shd w:val="clear" w:color="auto" w:fill="548235"/>
        </w:rPr>
        <w:t xml:space="preserve"> [1FDT]</w:t>
      </w:r>
      <w:r>
        <w:rPr>
          <w:shd w:val="clear" w:color="auto" w:fill="548235"/>
          <w:color w:val="FFFFFF"/>
        </w:rPr>
        <w:t>.</w:t>
      </w:r>
    </w:p>
    <w:p>
      <w:pPr>
        <w:pStyle w:val="Yellow"/>
        <w:rPr/>
      </w:pPr>
      <w:r>
        <w:rPr>
          <w:b/>
          <w:u w:val="none"/>
        </w:rPr>
        <w:t>Revelation 21:1</w:t>
      </w:r>
      <w:r>
        <w:rPr>
          <w:u w:val="none"/>
        </w:rPr>
        <w:t xml:space="preserve"> — Then </w:t>
      </w:r>
      <w:r>
        <w:rPr>
          <w:u w:val="none"/>
          <w:shd w:fill="B7DDE8" w:val="clear"/>
        </w:rPr>
        <w:t xml:space="preserve">I saw </w:t>
      </w:r>
      <w:r>
        <w:rPr>
          <w:u w:val="none"/>
          <w:shd w:fill="B7DDE8" w:val="clear"/>
        </w:rPr>
        <w:t>a new heaven and a new earth</w:t>
      </w:r>
      <w:r>
        <w:rPr>
          <w:b w:val="false"/>
          <w:i w:val="false"/>
          <w:u w:val="none"/>
          <w:color w:val="000000"/>
        </w:rPr>
        <w:t xml:space="preserve"> [1KSA]</w:t>
      </w:r>
      <w:r>
        <w:rPr>
          <w:u w:val="none"/>
        </w:rPr>
        <w:t xml:space="preserve">, for </w:t>
      </w:r>
      <w:r>
        <w:rPr>
          <w:u w:val="none"/>
          <w:shd w:fill="B7DDE8" w:val="clear"/>
        </w:rPr>
        <w:t>the first heaven and earth had passed away</w:t>
      </w:r>
      <w:r>
        <w:rPr>
          <w:b w:val="false"/>
          <w:i w:val="false"/>
          <w:color w:val="000000"/>
          <w:u w:val="none"/>
        </w:rPr>
        <w:t xml:space="preserve"> [1MFV]</w:t>
      </w:r>
      <w:r>
        <w:rPr>
          <w:u w:val="none"/>
        </w:rPr>
        <w:t xml:space="preserve">, and </w:t>
      </w:r>
      <w:r>
        <w:rPr>
          <w:u w:val="none"/>
          <w:shd w:fill="B7DDE8" w:val="clear"/>
        </w:rPr>
        <w:t>the sea was no more</w:t>
      </w:r>
      <w:r>
        <w:rPr>
          <w:b w:val="false"/>
          <w:i w:val="false"/>
          <w:u w:val="none"/>
          <w:color w:val="000000"/>
        </w:rPr>
        <w:t xml:space="preserve"> [1KSB]</w:t>
      </w:r>
      <w:r>
        <w:rPr>
          <w:u w:val="none"/>
        </w:rPr>
        <w:t>.</w:t>
      </w:r>
    </w:p>
    <w:p>
      <w:pPr>
        <w:pStyle w:val="Yellow"/>
        <w:rPr/>
      </w:pPr>
      <w:r>
        <w:t>&lt;104&gt;</w:t>
      </w:r>
      <w:r>
        <w:rPr>
          <w:b/>
        </w:rPr>
        <w:t>Revelation 21:10-11</w:t>
      </w:r>
      <w:r>
        <w:t xml:space="preserve"> — And </w:t>
      </w:r>
      <w:r>
        <w:rPr>
          <w:shd w:fill="B7DDE8" w:val="clear"/>
        </w:rPr>
        <w:t>he carried me away in the Spirit to a mountain great and high</w:t>
      </w:r>
      <w:r>
        <w:rPr>
          <w:b w:val="false"/>
          <w:i w:val="false"/>
          <w:color w:val="000000"/>
          <w:u w:val="none"/>
        </w:rPr>
        <w:t xml:space="preserve"> [1APQ]</w:t>
      </w:r>
      <w:r>
        <w:t xml:space="preserve">, and </w:t>
      </w:r>
      <w:r>
        <w:rPr>
          <w:shd w:fill="B7DDE8" w:val="clear"/>
        </w:rPr>
        <w:t>showed me the holy city of Jerusalem coming down out of heaven from God</w:t>
      </w:r>
      <w:r>
        <w:rPr>
          <w:b w:val="false"/>
          <w:i w:val="false"/>
          <w:color w:val="000000"/>
          <w:u w:val="none"/>
        </w:rPr>
        <w:t xml:space="preserve"> [1APR]</w:t>
      </w:r>
      <w:r>
        <w:t xml:space="preserve">, </w:t>
      </w:r>
      <w:r>
        <w:rPr>
          <w:shd w:fill="B7DDE8" w:val="clear"/>
        </w:rPr>
        <w:t>shining with the glory of God</w:t>
      </w:r>
      <w:r>
        <w:rPr>
          <w:b w:val="false"/>
          <w:i w:val="false"/>
          <w:color w:val="000000"/>
          <w:u w:val="none"/>
        </w:rPr>
        <w:t xml:space="preserve"> [1APS]</w:t>
      </w:r>
      <w:r>
        <w:t>.</w:t>
      </w:r>
    </w:p>
    <w:p>
      <w:pPr>
        <w:pStyle w:val="Yellow"/>
        <w:rPr/>
      </w:pPr>
      <w:r>
        <w:t xml:space="preserve">&lt;104&gt;(12,000 stadia ≈ 1,380 miles / 144 cubits ≈ 216 feet) </w:t>
      </w:r>
      <w:r>
        <w:rPr>
          <w:b/>
        </w:rPr>
        <w:t>Revelation 21:16–17</w:t>
      </w:r>
      <w:r>
        <w:t xml:space="preserve"> — And </w:t>
      </w:r>
      <w:r>
        <w:rPr>
          <w:shd w:fill="B7DDE8" w:val="clear"/>
        </w:rPr>
        <w:t>he measured the city with the rod</w:t>
      </w:r>
      <w:r>
        <w:rPr>
          <w:b w:val="false"/>
          <w:i w:val="false"/>
          <w:color w:val="000000"/>
          <w:u w:val="none"/>
        </w:rPr>
        <w:t xml:space="preserve"> [1APT]</w:t>
      </w:r>
      <w:r>
        <w:t xml:space="preserve">, and </w:t>
      </w:r>
      <w:r>
        <w:rPr>
          <w:shd w:fill="B7DDE8" w:val="clear"/>
        </w:rPr>
        <w:t>all its dimensions were equal—12,000 stadia in length and width and height</w:t>
      </w:r>
      <w:r>
        <w:rPr>
          <w:b w:val="false"/>
          <w:i w:val="false"/>
          <w:color w:val="000000"/>
          <w:u w:val="none"/>
        </w:rPr>
        <w:t xml:space="preserve"> [1APU]</w:t>
      </w:r>
      <w:r>
        <w:t xml:space="preserve">. And </w:t>
      </w:r>
      <w:r>
        <w:rPr>
          <w:shd w:fill="B7DDE8" w:val="clear"/>
        </w:rPr>
        <w:t>he measured its wall to be 144 cubits, by the human measure the angel was using</w:t>
      </w:r>
      <w:r>
        <w:rPr>
          <w:b w:val="false"/>
          <w:i w:val="false"/>
          <w:color w:val="000000"/>
          <w:u w:val="none"/>
        </w:rPr>
        <w:t xml:space="preserve"> [1APV]</w:t>
      </w:r>
      <w:r>
        <w:t>.</w:t>
      </w:r>
    </w:p>
    <w:p>
      <w:pPr>
        <w:pStyle w:val="Yellow"/>
        <w:rPr/>
      </w:pPr>
      <w:r>
        <w:t xml:space="preserve">&lt;104&gt;(Re21:10 “the holy city of Jerusalem”) </w:t>
      </w:r>
      <w:r>
        <w:rPr>
          <w:b/>
        </w:rPr>
        <w:t>Revelation 21:22-25</w:t>
      </w:r>
      <w:r>
        <w:t xml:space="preserve"> — But </w:t>
      </w:r>
      <w:r>
        <w:rPr>
          <w:shd w:fill="B7DDE8" w:val="clear"/>
        </w:rPr>
        <w:t>I saw no temple in the city</w:t>
      </w:r>
      <w:r>
        <w:rPr>
          <w:b w:val="false"/>
          <w:i w:val="false"/>
          <w:color w:val="000000"/>
          <w:u w:val="none"/>
        </w:rPr>
        <w:t xml:space="preserve"> [1APW]</w:t>
      </w:r>
      <w:r>
        <w:rPr>
          <w:shd w:fill="B7DDE8" w:val="clear"/>
        </w:rPr>
        <w:t xml:space="preserve">, because </w:t>
      </w:r>
      <w:r>
        <w:rPr>
          <w:shd w:fill="B7DDE8" w:val="clear"/>
        </w:rPr>
        <w:t>the Lord God Almighty and the Lamb are its temple</w:t>
      </w:r>
      <w:r>
        <w:rPr>
          <w:b w:val="false"/>
          <w:i w:val="false"/>
          <w:color w:val="000000"/>
          <w:u w:val="none"/>
        </w:rPr>
        <w:t xml:space="preserve"> [1APX]</w:t>
      </w:r>
      <w:r>
        <w:t xml:space="preserve">. And </w:t>
      </w:r>
      <w:r>
        <w:rPr>
          <w:shd w:fill="B7DDE8" w:val="clear"/>
        </w:rPr>
        <w:t>the city has no need of sun or moon to shine on it</w:t>
      </w:r>
      <w:r>
        <w:rPr>
          <w:b w:val="false"/>
          <w:i w:val="false"/>
          <w:color w:val="000000"/>
          <w:u w:val="none"/>
        </w:rPr>
        <w:t xml:space="preserve"> [1APZ]</w:t>
      </w:r>
      <w:r>
        <w:rPr>
          <w:shd w:fill="B7DDE8" w:val="clear"/>
        </w:rPr>
        <w:t xml:space="preserve">, because </w:t>
      </w:r>
      <w:r>
        <w:rPr>
          <w:shd w:fill="B7DDE8" w:val="clear"/>
        </w:rPr>
        <w:t>the glory of God illuminates the city</w:t>
      </w:r>
      <w:r>
        <w:rPr>
          <w:b w:val="false"/>
          <w:i w:val="false"/>
          <w:color w:val="000000"/>
          <w:u w:val="none"/>
        </w:rPr>
        <w:t xml:space="preserve"> [1AQA]</w:t>
      </w:r>
      <w:r>
        <w:rPr/>
        <w:t xml:space="preserve">, and </w:t>
      </w:r>
      <w:r>
        <w:rPr>
          <w:shd w:fill="B7DDE8" w:val="clear"/>
        </w:rPr>
        <w:t>the Lamb is its lamp</w:t>
      </w:r>
      <w:r>
        <w:rPr>
          <w:b w:val="false"/>
          <w:i w:val="false"/>
          <w:color w:val="000000"/>
          <w:u w:val="none"/>
        </w:rPr>
        <w:t xml:space="preserve"> [1AQB]</w:t>
      </w:r>
      <w:r>
        <w:t xml:space="preserve">. </w:t>
      </w:r>
      <w:r>
        <w:rPr>
          <w:shd w:fill="B7DDE8" w:val="clear"/>
        </w:rPr>
        <w:t>By its light the nations will walk</w:t>
      </w:r>
      <w:r>
        <w:rPr>
          <w:b w:val="false"/>
          <w:i w:val="false"/>
          <w:color w:val="000000"/>
          <w:u w:val="none"/>
        </w:rPr>
        <w:t xml:space="preserve"> [1AQD]</w:t>
      </w:r>
      <w:r>
        <w:t xml:space="preserve">, and </w:t>
      </w:r>
      <w:r>
        <w:rPr>
          <w:shd w:fill="B7DDE8" w:val="clear"/>
        </w:rPr>
        <w:t>into it the kings of the earth will bring their glory</w:t>
      </w:r>
      <w:r>
        <w:rPr>
          <w:b w:val="false"/>
          <w:i w:val="false"/>
          <w:color w:val="000000"/>
          <w:u w:val="none"/>
        </w:rPr>
        <w:t xml:space="preserve"> [1AQE]</w:t>
      </w:r>
      <w:r>
        <w:t xml:space="preserve">. </w:t>
      </w:r>
      <w:r>
        <w:rPr>
          <w:shd w:fill="B7DDE8" w:val="clear"/>
        </w:rPr>
        <w:t>Its gates will never be shut at the end of the day</w:t>
      </w:r>
      <w:r>
        <w:rPr>
          <w:b w:val="false"/>
          <w:i w:val="false"/>
          <w:color w:val="000000"/>
          <w:u w:val="none"/>
        </w:rPr>
        <w:t xml:space="preserve"> [1AQF]</w:t>
      </w:r>
      <w:r>
        <w:t xml:space="preserve">, because </w:t>
      </w:r>
      <w:r>
        <w:rPr>
          <w:shd w:fill="B7DDE8" w:val="clear"/>
        </w:rPr>
        <w:t>there will be no night there</w:t>
      </w:r>
      <w:r>
        <w:rPr>
          <w:b w:val="false"/>
          <w:i w:val="false"/>
          <w:color w:val="000000"/>
          <w:u w:val="none"/>
        </w:rPr>
        <w:t xml:space="preserve"> [2AQG]</w:t>
      </w:r>
      <w:r>
        <w:t>.</w:t>
      </w:r>
    </w:p>
    <w:p>
      <w:pPr>
        <w:pStyle w:val="Yellow"/>
        <w:rPr/>
      </w:pPr>
      <w:r>
        <w:t>&lt;104&gt;</w:t>
      </w:r>
      <w:r>
        <w:rPr>
          <w:b/>
        </w:rPr>
        <w:t>Revelation 21:26-27</w:t>
      </w:r>
      <w:r>
        <w:t xml:space="preserve"> — And </w:t>
      </w:r>
      <w:r>
        <w:rPr>
          <w:shd w:fill="B7DDE8" w:val="clear"/>
        </w:rPr>
        <w:t>into the city will be brought the glory and honor of the nations</w:t>
      </w:r>
      <w:r>
        <w:rPr>
          <w:b w:val="false"/>
          <w:i w:val="false"/>
          <w:color w:val="000000"/>
          <w:u w:val="none"/>
        </w:rPr>
        <w:t xml:space="preserve"> [1AQI]</w:t>
      </w:r>
      <w:r>
        <w:t xml:space="preserve">. But </w:t>
      </w:r>
      <w:r>
        <w:rPr>
          <w:shd w:fill="B7DDE8" w:val="clear"/>
        </w:rPr>
        <w:t>nothing unclean will ever enter it, nor anyone who practices an abomination or a lie</w:t>
      </w:r>
      <w:r>
        <w:rPr>
          <w:b w:val="false"/>
          <w:i w:val="false"/>
          <w:color w:val="000000"/>
          <w:u w:val="none"/>
        </w:rPr>
        <w:t xml:space="preserve"> [1AQJ]</w:t>
      </w:r>
      <w:r>
        <w:rPr/>
        <w:t xml:space="preserve">, but </w:t>
      </w:r>
      <w:r>
        <w:rPr>
          <w:shd w:fill="B7DDE8" w:val="clear"/>
        </w:rPr>
        <w:t>only those whose names are written in the Lamb’s Book of Life</w:t>
      </w:r>
      <w:r>
        <w:rPr>
          <w:b w:val="false"/>
          <w:i w:val="false"/>
          <w:color w:val="000000"/>
          <w:u w:val="none"/>
        </w:rPr>
        <w:t xml:space="preserve"> [1AQK]</w:t>
      </w:r>
      <w:r>
        <w:t>.</w:t>
      </w:r>
    </w:p>
    <w:p>
      <w:pPr>
        <w:pStyle w:val="Yellow"/>
        <w:rPr/>
      </w:pPr>
      <w:r>
        <w:rPr>
          <w:u w:val="none"/>
        </w:rPr>
        <w:t>&lt;104&gt;</w:t>
      </w:r>
      <w:r>
        <w:rPr>
          <w:b/>
          <w:u w:val="none"/>
        </w:rPr>
        <w:t>Revelation 22:1-5</w:t>
      </w:r>
      <w:r>
        <w:rPr>
          <w:u w:val="none"/>
        </w:rPr>
        <w:t xml:space="preserve"> — Then </w:t>
      </w:r>
      <w:r>
        <w:rPr>
          <w:u w:val="none"/>
          <w:shd w:fill="B7DDE8" w:val="clear"/>
        </w:rPr>
        <w:t xml:space="preserve">the angel showed me </w:t>
      </w:r>
      <w:r>
        <w:rPr>
          <w:u w:val="none"/>
          <w:shd w:fill="B7DDE8" w:val="clear"/>
        </w:rPr>
        <w:t>a river of the water of life</w:t>
      </w:r>
      <w:r>
        <w:rPr>
          <w:b w:val="false"/>
          <w:i w:val="false"/>
          <w:color w:val="000000"/>
          <w:u w:val="none"/>
        </w:rPr>
        <w:t xml:space="preserve"> [1AQM]</w:t>
      </w:r>
      <w:r>
        <w:rPr>
          <w:u w:val="none"/>
        </w:rPr>
        <w:t xml:space="preserve">, </w:t>
      </w:r>
      <w:r>
        <w:rPr>
          <w:u w:val="none"/>
          <w:shd w:fill="B7DDE8" w:val="clear"/>
        </w:rPr>
        <w:t>as clear as crystal</w:t>
      </w:r>
      <w:r>
        <w:rPr>
          <w:b w:val="false"/>
          <w:i w:val="false"/>
          <w:color w:val="000000"/>
          <w:u w:val="none"/>
        </w:rPr>
        <w:t xml:space="preserve"> [1AQN]</w:t>
      </w:r>
      <w:r>
        <w:rPr>
          <w:u w:val="none"/>
        </w:rPr>
        <w:t xml:space="preserve">, </w:t>
      </w:r>
      <w:r>
        <w:rPr>
          <w:u w:val="none"/>
          <w:shd w:fill="B7DDE8" w:val="clear"/>
        </w:rPr>
        <w:t>flowing from the throne of God and of the Lamb down the middle of the main street of the city</w:t>
      </w:r>
      <w:r>
        <w:rPr>
          <w:b w:val="false"/>
          <w:i w:val="false"/>
          <w:color w:val="000000"/>
          <w:u w:val="none"/>
        </w:rPr>
        <w:t xml:space="preserve"> [1AQO]</w:t>
      </w:r>
      <w:r>
        <w:rPr>
          <w:u w:val="none"/>
        </w:rPr>
        <w:t xml:space="preserve">. </w:t>
      </w:r>
      <w:r>
        <w:rPr>
          <w:u w:val="none"/>
          <w:shd w:fill="B7DDE8" w:val="clear"/>
        </w:rPr>
        <w:t>On either side of the river stood a tree of life</w:t>
      </w:r>
      <w:r>
        <w:rPr>
          <w:b w:val="false"/>
          <w:i w:val="false"/>
          <w:color w:val="000000"/>
          <w:u w:val="none"/>
        </w:rPr>
        <w:t xml:space="preserve"> [1AQP]</w:t>
      </w:r>
      <w:r>
        <w:rPr>
          <w:u w:val="none"/>
        </w:rPr>
        <w:t xml:space="preserve">, </w:t>
      </w:r>
      <w:r>
        <w:rPr>
          <w:u w:val="none"/>
          <w:shd w:fill="B7DDE8" w:val="clear"/>
        </w:rPr>
        <w:t>bearing twelve kinds of fruit and yielding a fresh crop for each month</w:t>
      </w:r>
      <w:r>
        <w:rPr>
          <w:b w:val="false"/>
          <w:i w:val="false"/>
          <w:color w:val="000000"/>
          <w:u w:val="none"/>
        </w:rPr>
        <w:t xml:space="preserve"> [1AQQ]</w:t>
      </w:r>
      <w:r>
        <w:rPr>
          <w:u w:val="none"/>
        </w:rPr>
        <w:t xml:space="preserve">. And </w:t>
      </w:r>
      <w:r>
        <w:rPr>
          <w:u w:val="none"/>
          <w:shd w:fill="B7DDE8" w:val="clear"/>
        </w:rPr>
        <w:t>the leaves of the tree are for the healing of the nations</w:t>
      </w:r>
      <w:r>
        <w:rPr>
          <w:b w:val="false"/>
          <w:i w:val="false"/>
          <w:color w:val="000000"/>
          <w:u w:val="none"/>
        </w:rPr>
        <w:t xml:space="preserve"> [1AQR]</w:t>
      </w:r>
      <w:r>
        <w:rPr>
          <w:u w:val="none"/>
        </w:rPr>
        <w:t xml:space="preserve">. </w:t>
      </w:r>
      <w:r>
        <w:rPr>
          <w:u w:val="none"/>
          <w:shd w:fill="B7DDE8" w:val="clear"/>
        </w:rPr>
        <w:t>No longer will there be any curse</w:t>
      </w:r>
      <w:r>
        <w:rPr>
          <w:b w:val="false"/>
          <w:i w:val="false"/>
          <w:color w:val="000000"/>
          <w:u w:val="none"/>
        </w:rPr>
        <w:t xml:space="preserve"> [1AQS]</w:t>
      </w:r>
      <w:r>
        <w:rPr>
          <w:u w:val="none"/>
        </w:rPr>
        <w:t xml:space="preserve">. </w:t>
      </w:r>
      <w:r>
        <w:rPr>
          <w:u w:val="none"/>
          <w:shd w:fill="B7DDE8" w:val="clear"/>
        </w:rPr>
        <w:t>The throne of God and of the Lamb will be within the city</w:t>
      </w:r>
      <w:r>
        <w:rPr>
          <w:b w:val="false"/>
          <w:i w:val="false"/>
          <w:color w:val="000000"/>
          <w:u w:val="none"/>
        </w:rPr>
        <w:t xml:space="preserve"> [1AQT]</w:t>
      </w:r>
      <w:r>
        <w:rPr>
          <w:u w:val="none"/>
        </w:rPr>
        <w:t xml:space="preserve">, and </w:t>
      </w:r>
      <w:r>
        <w:rPr>
          <w:u w:val="none"/>
          <w:shd w:fill="B7DDE8" w:val="clear"/>
        </w:rPr>
        <w:t>His servants will worship Him</w:t>
      </w:r>
      <w:r>
        <w:rPr>
          <w:b w:val="false"/>
          <w:i w:val="false"/>
          <w:color w:val="000000"/>
          <w:u w:val="none"/>
        </w:rPr>
        <w:t xml:space="preserve"> [1AQU]</w:t>
      </w:r>
      <w:r>
        <w:rPr>
          <w:u w:val="none"/>
        </w:rPr>
        <w:t xml:space="preserve">. </w:t>
      </w:r>
      <w:r>
        <w:rPr>
          <w:u w:val="none"/>
          <w:shd w:fill="B7DDE8" w:val="clear"/>
        </w:rPr>
        <w:t>They will see His face</w:t>
      </w:r>
      <w:r>
        <w:rPr>
          <w:b w:val="false"/>
          <w:i w:val="false"/>
          <w:color w:val="000000"/>
          <w:u w:val="none"/>
        </w:rPr>
        <w:t xml:space="preserve"> [1AQV]</w:t>
      </w:r>
      <w:r>
        <w:rPr>
          <w:u w:val="none"/>
        </w:rPr>
        <w:t xml:space="preserve">, and </w:t>
      </w:r>
      <w:r>
        <w:rPr>
          <w:u w:val="none"/>
          <w:shd w:fill="B7DDE8" w:val="clear"/>
        </w:rPr>
        <w:t>His name will be on their foreheads</w:t>
      </w:r>
      <w:r>
        <w:rPr>
          <w:b w:val="false"/>
          <w:i w:val="false"/>
          <w:color w:val="000000"/>
          <w:u w:val="none"/>
        </w:rPr>
        <w:t xml:space="preserve"> [1AQW]</w:t>
      </w:r>
      <w:r>
        <w:rPr>
          <w:u w:val="none"/>
        </w:rPr>
        <w:t xml:space="preserve">. </w:t>
      </w:r>
      <w:r>
        <w:rPr>
          <w:u w:val="none"/>
          <w:shd w:fill="B7DDE8" w:val="clear"/>
        </w:rPr>
        <w:t>There will be no more night in the city</w:t>
      </w:r>
      <w:r>
        <w:rPr>
          <w:b w:val="false"/>
          <w:i w:val="false"/>
          <w:color w:val="000000"/>
          <w:u w:val="none"/>
        </w:rPr>
        <w:t xml:space="preserve"> [2AQG]</w:t>
      </w:r>
      <w:r>
        <w:rPr>
          <w:u w:val="none"/>
        </w:rPr>
        <w:t xml:space="preserve">, and </w:t>
      </w:r>
      <w:r>
        <w:rPr>
          <w:u w:val="none"/>
          <w:shd w:fill="B7DDE8" w:val="clear"/>
        </w:rPr>
        <w:t>they will have no need for the light of a lamp or of the sun</w:t>
      </w:r>
      <w:r>
        <w:rPr>
          <w:b w:val="false"/>
          <w:i w:val="false"/>
          <w:color w:val="000000"/>
          <w:u w:val="none"/>
        </w:rPr>
        <w:t xml:space="preserve"> [1AQX]</w:t>
      </w:r>
      <w:r>
        <w:rPr>
          <w:u w:val="none"/>
        </w:rPr>
        <w:t xml:space="preserve">. For </w:t>
      </w:r>
      <w:r>
        <w:rPr>
          <w:u w:val="none"/>
          <w:shd w:fill="B7DDE8" w:val="clear"/>
        </w:rPr>
        <w:t>the Lord God will shine on them</w:t>
      </w:r>
      <w:r>
        <w:rPr>
          <w:b w:val="false"/>
          <w:i w:val="false"/>
          <w:color w:val="000000"/>
          <w:u w:val="none"/>
        </w:rPr>
        <w:t xml:space="preserve"> [1AQY]</w:t>
      </w:r>
      <w:r>
        <w:rPr>
          <w:u w:val="none"/>
        </w:rPr>
        <w:t xml:space="preserve">, and </w:t>
      </w:r>
      <w:r>
        <w:rPr>
          <w:u w:val="none"/>
          <w:shd w:fill="B7DDE8" w:val="clear"/>
        </w:rPr>
        <w:t>they will reign forever and ever</w:t>
      </w:r>
      <w:r>
        <w:rPr>
          <w:b w:val="false"/>
          <w:i w:val="false"/>
          <w:color w:val="000000"/>
          <w:u w:val="none"/>
        </w:rPr>
        <w:t xml:space="preserve"> [1AQZ]</w:t>
      </w:r>
      <w:r>
        <w:rPr>
          <w:u w:val="none"/>
        </w:rPr>
        <w:t>.</w:t>
      </w:r>
    </w:p>
    <w:p>
      <w:r>
        <w:rPr>
          <w:b/>
          <w:sz w:val="32"/>
        </w:rPr>
        <w:t>Stewardship  (22)</w:t>
      </w:r>
    </w:p>
    <w:p>
      <w:pPr>
        <w:pStyle w:val="Yellow"/>
        <w:rPr/>
      </w:pPr>
      <w:r>
        <w:rPr>
          <w:b/>
        </w:rPr>
        <w:t xml:space="preserve">Proverbs 11:15</w:t>
      </w:r>
      <w:r>
        <w:rPr/>
        <w:t xml:space="preserve"> — </w:t>
      </w:r>
      <w:r>
        <w:rPr>
          <w:shd w:fill="B7DDE8" w:val="clear"/>
        </w:rPr>
        <w:t xml:space="preserve">He who puts up security for a stranger will surely suffer</w:t>
      </w:r>
      <w:r>
        <w:rPr>
          <w:b w:val="false"/>
          <w:i w:val="false"/>
          <w:color w:val="000000"/>
          <w:u w:val="none"/>
        </w:rPr>
        <w:t xml:space="preserve"> [1GZC]</w:t>
      </w:r>
      <w:r>
        <w:rPr/>
        <w:t xml:space="preserve">, but </w:t>
      </w:r>
      <w:r>
        <w:rPr>
          <w:shd w:fill="B7DDE8" w:val="clear"/>
        </w:rPr>
        <w:t xml:space="preserve">the one who hates indebtedness is secure</w:t>
      </w:r>
      <w:r>
        <w:rPr>
          <w:b w:val="false"/>
          <w:i w:val="false"/>
          <w:color w:val="000000"/>
          <w:u w:val="none"/>
        </w:rPr>
        <w:t xml:space="preserve"> [1GZD]</w:t>
      </w:r>
      <w:r>
        <w:rPr/>
        <w:t xml:space="preserve">.</w:t>
      </w:r>
    </w:p>
    <w:p>
      <w:pPr>
        <w:pStyle w:val="Yellow"/>
        <w:rPr/>
      </w:pPr>
      <w:r>
        <w:rPr>
          <w:b/>
        </w:rPr>
        <w:t xml:space="preserve">Proverbs 19:18</w:t>
      </w:r>
      <w:r>
        <w:rPr/>
        <w:t xml:space="preserve"> — </w:t>
      </w:r>
      <w:r>
        <w:rPr>
          <w:shd w:fill="B7DDE8" w:val="clear"/>
        </w:rPr>
        <w:t xml:space="preserve">Discipline your son</w:t>
      </w:r>
      <w:r>
        <w:rPr>
          <w:b w:val="false"/>
          <w:i w:val="false"/>
          <w:color w:val="000000"/>
          <w:u w:val="none"/>
        </w:rPr>
        <w:t xml:space="preserve"> [2IKF]</w:t>
      </w:r>
      <w:r>
        <w:rPr/>
        <w:t xml:space="preserve">, </w:t>
      </w:r>
      <w:r>
        <w:rPr>
          <w:shd w:fill="B7DDE8" w:val="clear"/>
        </w:rPr>
        <w:t xml:space="preserve">for in that there is hope</w:t>
      </w:r>
      <w:r>
        <w:rPr>
          <w:b w:val="false"/>
          <w:i w:val="false"/>
          <w:color w:val="000000"/>
          <w:u w:val="none"/>
        </w:rPr>
        <w:t xml:space="preserve"> [1IKQ]</w:t>
      </w:r>
      <w:r>
        <w:rPr/>
        <w:t xml:space="preserve">; </w:t>
      </w:r>
      <w:r>
        <w:rPr>
          <w:shd w:fill="B7DDE8" w:val="clear"/>
        </w:rPr>
        <w:t xml:space="preserve">do not be party to his death</w:t>
      </w:r>
      <w:r>
        <w:rPr>
          <w:b w:val="false"/>
          <w:i w:val="false"/>
          <w:color w:val="000000"/>
          <w:u w:val="none"/>
        </w:rPr>
        <w:t xml:space="preserve"> [1IKR]</w:t>
      </w:r>
      <w:r>
        <w:rPr/>
        <w:t xml:space="preserve">.</w:t>
      </w:r>
    </w:p>
    <w:p>
      <w:pPr>
        <w:pStyle w:val="Yellow"/>
        <w:rPr/>
      </w:pPr>
      <w:r>
        <w:rPr>
          <w:b/>
        </w:rPr>
        <w:t xml:space="preserve">Proverbs 22:7</w:t>
      </w:r>
      <w:r>
        <w:rPr/>
        <w:t xml:space="preserve"> — </w:t>
      </w:r>
      <w:r>
        <w:rPr>
          <w:shd w:fill="B7DDE8" w:val="clear"/>
        </w:rPr>
        <w:t xml:space="preserve">The rich rule over the poor</w:t>
      </w:r>
      <w:r>
        <w:rPr>
          <w:b w:val="false"/>
          <w:i w:val="false"/>
          <w:u w:val="none"/>
          <w:color w:val="000000"/>
        </w:rPr>
        <w:t xml:space="preserve"> [1HEJ]</w:t>
      </w:r>
      <w:r>
        <w:rPr/>
        <w:t xml:space="preserve">, and </w:t>
      </w:r>
      <w:r>
        <w:rPr>
          <w:shd w:fill="B7DDE8" w:val="clear"/>
        </w:rPr>
        <w:t xml:space="preserve">the borrower is slave to the lender</w:t>
      </w:r>
      <w:r>
        <w:rPr>
          <w:b w:val="false"/>
          <w:i w:val="false"/>
          <w:color w:val="000000"/>
          <w:u w:val="none"/>
        </w:rPr>
        <w:t xml:space="preserve"> [1HEK]</w:t>
      </w:r>
      <w:r>
        <w:rPr/>
        <w:t xml:space="preserve">.</w:t>
      </w:r>
    </w:p>
    <w:p>
      <w:pPr>
        <w:pStyle w:val="Yellow"/>
        <w:rPr/>
      </w:pPr>
      <w:r>
        <w:rPr>
          <w:b/>
        </w:rPr>
        <w:t xml:space="preserve">Proverbs 22:26–27</w:t>
      </w:r>
      <w:r>
        <w:rPr/>
        <w:t xml:space="preserve"> — </w:t>
      </w:r>
      <w:r>
        <w:rPr>
          <w:shd w:fill="B7DDE8" w:val="clear"/>
        </w:rPr>
        <w:t xml:space="preserve">Do not be one who gives pledges, who puts up security for debts</w:t>
      </w:r>
      <w:r>
        <w:rPr>
          <w:b w:val="false"/>
          <w:i w:val="false"/>
          <w:color w:val="000000"/>
          <w:u w:val="none"/>
        </w:rPr>
        <w:t xml:space="preserve"> [1HCD]</w:t>
      </w:r>
      <w:r>
        <w:rPr/>
        <w:t xml:space="preserve">. </w:t>
      </w:r>
      <w:r>
        <w:rPr>
          <w:shd w:fill="B7DDE8" w:val="clear"/>
        </w:rPr>
        <w:t xml:space="preserve">If you have nothing with which to pay, why should your bed be taken from under you</w:t>
      </w:r>
      <w:r>
        <w:rPr>
          <w:b w:val="false"/>
          <w:i w:val="false"/>
          <w:color w:val="000000"/>
          <w:u w:val="none"/>
        </w:rPr>
        <w:t xml:space="preserve"> [1HCE]</w:t>
      </w:r>
      <w:r>
        <w:rPr/>
        <w:t xml:space="preserve">?</w:t>
      </w:r>
    </w:p>
    <w:p>
      <w:pPr>
        <w:pStyle w:val="Yellow"/>
        <w:rPr/>
      </w:pPr>
      <w:r>
        <w:rPr>
          <w:b/>
        </w:rPr>
        <w:t>Proverbs 23:6–8</w:t>
      </w:r>
      <w:r>
        <w:rPr/>
        <w:t xml:space="preserve"> — </w:t>
      </w:r>
      <w:r>
        <w:rPr>
          <w:shd w:val="clear" w:fill="B7DDE8"/>
        </w:rPr>
        <w:t>Do not eat the bread of a stingy man</w:t>
      </w:r>
      <w:r>
        <w:rPr>
          <w:b w:val="false"/>
          <w:i w:val="false"/>
          <w:color w:val="000000"/>
          <w:u w:val="none"/>
        </w:rPr>
        <w:t xml:space="preserve"> [1EBQ]</w:t>
      </w:r>
      <w:r>
        <w:rPr/>
        <w:t xml:space="preserve">, and </w:t>
      </w:r>
      <w:r>
        <w:rPr>
          <w:shd w:val="clear" w:fill="B7DDE8"/>
        </w:rPr>
        <w:t>do not crave his delicacies</w:t>
      </w:r>
      <w:r>
        <w:rPr>
          <w:b w:val="false"/>
          <w:i w:val="false"/>
          <w:color w:val="000000"/>
          <w:u w:val="none"/>
        </w:rPr>
        <w:t xml:space="preserve"> [1EBR]</w:t>
      </w:r>
      <w:r>
        <w:rPr/>
        <w:t xml:space="preserve">; for </w:t>
      </w:r>
      <w:r>
        <w:rPr>
          <w:shd w:val="clear" w:fill="B7DDE8"/>
        </w:rPr>
        <w:t>he is keeping track, inwardly counting the cost</w:t>
      </w:r>
      <w:r>
        <w:rPr>
          <w:b w:val="false"/>
          <w:i w:val="false"/>
          <w:color w:val="000000"/>
          <w:u w:val="none"/>
        </w:rPr>
        <w:t xml:space="preserve"> [1EBS]</w:t>
      </w:r>
      <w:r>
        <w:rPr/>
        <w:t xml:space="preserve">. </w:t>
      </w:r>
      <w:r>
        <w:rPr>
          <w:shd w:val="clear" w:fill="B7DDE8"/>
        </w:rPr>
        <w:t>“Eat and drink,” he says to you, but his heart is not with you</w:t>
      </w:r>
      <w:r>
        <w:rPr>
          <w:b w:val="false"/>
          <w:i w:val="false"/>
          <w:color w:val="000000"/>
          <w:u w:val="none"/>
        </w:rPr>
        <w:t xml:space="preserve"> [1EBT]</w:t>
      </w:r>
      <w:r>
        <w:rPr/>
        <w:t xml:space="preserve">. </w:t>
      </w:r>
      <w:r>
        <w:rPr>
          <w:shd w:val="clear" w:fill="B7DDE8"/>
        </w:rPr>
        <w:t>You will vomit up what little you have eaten</w:t>
      </w:r>
      <w:r>
        <w:rPr>
          <w:b w:val="false"/>
          <w:i w:val="false"/>
          <w:color w:val="000000"/>
          <w:u w:val="none"/>
        </w:rPr>
        <w:t xml:space="preserve"> [1EBU]</w:t>
      </w:r>
      <w:r>
        <w:rPr/>
        <w:t xml:space="preserve"> and </w:t>
      </w:r>
      <w:r>
        <w:rPr>
          <w:shd w:val="clear" w:fill="B7DDE8"/>
        </w:rPr>
        <w:t>waste your pleasant words</w:t>
      </w:r>
      <w:r>
        <w:rPr>
          <w:b w:val="false"/>
          <w:i w:val="false"/>
          <w:color w:val="000000"/>
          <w:u w:val="none"/>
        </w:rPr>
        <w:t xml:space="preserve"> [1EBV]</w:t>
      </w:r>
      <w:r>
        <w:rPr/>
        <w:t>.</w:t>
      </w:r>
    </w:p>
    <w:p>
      <w:pPr>
        <w:pStyle w:val="Yellow"/>
        <w:rPr/>
      </w:pPr>
      <w:r>
        <w:rPr>
          <w:b/>
        </w:rPr>
        <w:t xml:space="preserve">Proverbs 23:13-14</w:t>
      </w:r>
      <w:r>
        <w:rPr/>
        <w:t xml:space="preserve"> — </w:t>
      </w:r>
      <w:r>
        <w:rPr>
          <w:shd w:fill="B7DDE8" w:val="clear"/>
        </w:rPr>
        <w:t xml:space="preserve">Do not withhold discipline from a child</w:t>
      </w:r>
      <w:r>
        <w:rPr>
          <w:b w:val="false"/>
          <w:i w:val="false"/>
          <w:u w:val="none"/>
          <w:color w:val="000000"/>
        </w:rPr>
        <w:t xml:space="preserve"> [1IKN]</w:t>
      </w:r>
      <w:r>
        <w:rPr/>
        <w:t xml:space="preserve">; </w:t>
      </w:r>
      <w:r>
        <w:rPr>
          <w:shd w:fill="B7DDE8" w:val="clear"/>
        </w:rPr>
        <w:t xml:space="preserve">although you strike him with a rod, he will not die</w:t>
      </w:r>
      <w:r>
        <w:rPr>
          <w:b w:val="false"/>
          <w:i w:val="false"/>
          <w:color w:val="000000"/>
          <w:u w:val="none"/>
        </w:rPr>
        <w:t xml:space="preserve"> [1IKO]</w:t>
      </w:r>
      <w:r>
        <w:rPr/>
        <w:t xml:space="preserve">. </w:t>
      </w:r>
      <w:r>
        <w:rPr>
          <w:shd w:fill="B7DDE8" w:val="clear"/>
        </w:rPr>
        <w:t xml:space="preserve">Strike him with a rod, and you will deliver his soul from Sheol</w:t>
      </w:r>
      <w:r>
        <w:rPr>
          <w:b w:val="false"/>
          <w:i w:val="false"/>
          <w:color w:val="000000"/>
          <w:u w:val="none"/>
        </w:rPr>
        <w:t xml:space="preserve"> [1IKP]</w:t>
      </w:r>
      <w:r>
        <w:rPr/>
        <w:t xml:space="preserve">.</w:t>
      </w:r>
    </w:p>
    <w:p>
      <w:pPr>
        <w:pStyle w:val="Yellow"/>
        <w:rPr/>
      </w:pPr>
      <w:r>
        <w:rPr>
          <w:b/>
        </w:rPr>
        <w:t xml:space="preserve">Proverbs 29:17</w:t>
      </w:r>
      <w:r>
        <w:rPr/>
        <w:t xml:space="preserve"> — </w:t>
      </w:r>
      <w:r>
        <w:rPr>
          <w:shd w:val="clear" w:color="auto" w:fill="D9C3E6"/>
        </w:rPr>
        <w:t xml:space="preserve">Discipline your son</w:t>
      </w:r>
      <w:r>
        <w:rPr>
          <w:b w:val="false"/>
          <w:i w:val="false"/>
          <w:color w:val="000000"/>
          <w:u w:val="none"/>
        </w:rPr>
        <w:t xml:space="preserve"> [2IKF]</w:t>
      </w:r>
      <w:r>
        <w:rPr/>
        <w:t xml:space="preserve">, and </w:t>
      </w:r>
      <w:r>
        <w:rPr/>
        <w:t xml:space="preserve">he will give you rest</w:t>
      </w:r>
      <w:r>
        <w:rPr>
          <w:b w:val="false"/>
          <w:i w:val="false"/>
          <w:color w:val="000000"/>
          <w:u w:val="none"/>
        </w:rPr>
        <w:t xml:space="preserve"> [1IKG]</w:t>
      </w:r>
      <w:r>
        <w:rPr/>
        <w:t xml:space="preserve">; </w:t>
      </w:r>
      <w:r>
        <w:rPr>
          <w:shd w:fill="B7DDE8" w:val="clear"/>
        </w:rPr>
        <w:t xml:space="preserve">he will bring delight to your soul</w:t>
      </w:r>
      <w:r>
        <w:rPr>
          <w:b w:val="false"/>
          <w:i w:val="false"/>
          <w:color w:val="000000"/>
          <w:u w:val="none"/>
        </w:rPr>
        <w:t xml:space="preserve"> [1IKH]</w:t>
      </w:r>
      <w:r>
        <w:rPr/>
        <w:t xml:space="preserve">.</w:t>
      </w:r>
    </w:p>
    <w:p>
      <w:pPr>
        <w:pStyle w:val="Yellow"/>
        <w:rPr/>
      </w:pPr>
      <w:r>
        <w:rPr>
          <w:b/>
        </w:rPr>
        <w:t xml:space="preserve">Haggai 2:8</w:t>
      </w:r>
      <w:r>
        <w:rPr/>
        <w:t xml:space="preserve"> — </w:t>
      </w:r>
      <w:r>
        <w:rPr>
          <w:shd w:fill="B7DDE8" w:val="clear"/>
        </w:rPr>
        <w:t xml:space="preserve">The silver is Mine, and the gold is Mine</w:t>
      </w:r>
      <w:r>
        <w:rPr>
          <w:b w:val="false"/>
          <w:i w:val="false"/>
          <w:color w:val="000000"/>
          <w:u w:val="none"/>
        </w:rPr>
        <w:t xml:space="preserve"> [1HCN]</w:t>
      </w:r>
      <w:r>
        <w:rPr/>
        <w:t xml:space="preserve">, declares the LORD of Hosts.</w:t>
      </w:r>
    </w:p>
    <w:p>
      <w:pPr>
        <w:pStyle w:val="Yellow"/>
        <w:rPr/>
        <w:pBdr>
          <w:left w:val="single" w:sz="28" w:space="5" w:color="C00000"/>
        </w:pBdr>
      </w:pPr>
      <w:r>
        <w:rPr>
          <w:b/>
          <w:shd w:val="clear" w:color="auto" w:fill="548235"/>
          <w:color w:val="FFFFFF"/>
        </w:rPr>
        <w:t xml:space="preserve">Matthew 6:20</w:t>
      </w:r>
      <w:r>
        <w:rPr>
          <w:shd w:val="clear" w:color="auto" w:fill="548235"/>
          <w:color w:val="FFFFFF"/>
        </w:rPr>
        <w:t xml:space="preserve"> — </w:t>
      </w:r>
      <w:r>
        <w:rPr>
          <w:shd w:fill="548235" w:val="clear" w:color="auto"/>
          <w:color w:val="FFFFFF"/>
        </w:rPr>
        <w:t xml:space="preserve">store up for yourselves treasures in heaven</w:t>
      </w:r>
      <w:r>
        <w:rPr>
          <w:b w:val="false"/>
          <w:i w:val="false"/>
          <w:color w:val="FFFFFF"/>
          <w:u w:val="none"/>
          <w:shd w:val="clear" w:color="auto" w:fill="548235"/>
        </w:rPr>
        <w:t xml:space="preserve"> [1JTX]</w:t>
      </w:r>
      <w:r>
        <w:rPr>
          <w:shd w:val="clear" w:color="auto" w:fill="548235"/>
          <w:color w:val="FFFFFF"/>
        </w:rPr>
        <w:t xml:space="preserve">, </w:t>
      </w:r>
      <w:r>
        <w:rPr>
          <w:shd w:fill="548235" w:val="clear" w:color="auto"/>
          <w:color w:val="FFFFFF"/>
        </w:rPr>
        <w:t xml:space="preserve">where moth and rust do not destroy, and where thieves do not break in and steal</w:t>
      </w:r>
      <w:r>
        <w:rPr>
          <w:b w:val="false"/>
          <w:i w:val="false"/>
          <w:u w:val="none"/>
          <w:color w:val="FFFFFF"/>
          <w:shd w:val="clear" w:color="auto" w:fill="548235"/>
        </w:rPr>
        <w:t xml:space="preserve"> [2GXJ]</w:t>
      </w:r>
      <w:r>
        <w:rPr>
          <w:shd w:val="clear" w:color="auto" w:fill="548235"/>
          <w:color w:val="FFFFFF"/>
        </w:rPr>
        <w:t xml:space="preserve">.</w:t>
      </w:r>
    </w:p>
    <w:p>
      <w:pPr>
        <w:pStyle w:val="Yellow"/>
        <w:rPr/>
      </w:pPr>
      <w:r>
        <w:rPr>
          <w:u w:val="none"/>
        </w:rPr>
        <w:t xml:space="preserve">(Mt13:11 “The knowledge of the mysteries of the kingdom of heaven”) </w:t>
      </w:r>
      <w:r>
        <w:rPr>
          <w:b/>
          <w:u w:val="none"/>
        </w:rPr>
        <w:t>Matthew 13:12</w:t>
      </w:r>
      <w:r>
        <w:rPr>
          <w:u w:val="none"/>
        </w:rPr>
        <w:t xml:space="preserve"> — </w:t>
      </w:r>
      <w:r>
        <w:rPr>
          <w:u w:val="none"/>
          <w:shd w:val="clear" w:fill="B7DDE8"/>
        </w:rPr>
        <w:t>Whoever {has} will be given more, and he will have an abundance</w:t>
      </w:r>
      <w:r>
        <w:rPr>
          <w:b w:val="false"/>
          <w:i w:val="false"/>
          <w:color w:val="000000"/>
          <w:u w:val="none"/>
        </w:rPr>
        <w:t xml:space="preserve"> [2ELT]</w:t>
      </w:r>
      <w:r>
        <w:rPr>
          <w:u w:val="none"/>
        </w:rPr>
        <w:t xml:space="preserve">. </w:t>
      </w:r>
      <w:r>
        <w:rPr>
          <w:u w:val="none"/>
          <w:shd w:val="clear" w:color="auto" w:fill="D9C3E6"/>
        </w:rPr>
        <w:t>Whoever does not have, even what he has will be taken away from him</w:t>
      </w:r>
      <w:r>
        <w:rPr>
          <w:b w:val="false"/>
          <w:i w:val="false"/>
          <w:color w:val="000000"/>
          <w:u w:val="none"/>
        </w:rPr>
        <w:t xml:space="preserve"> [4ELU]</w:t>
      </w:r>
      <w:r>
        <w:rPr>
          <w:u w:val="none"/>
          <w:shd w:val="clear" w:color="auto" w:fill="D9C3E6"/>
        </w:rPr>
        <w:t>.</w:t>
      </w:r>
    </w:p>
    <w:p>
      <w:pPr>
        <w:pStyle w:val="Yellow"/>
        <w:rPr/>
      </w:pPr>
      <w:r>
        <w:rPr>
          <w:b/>
        </w:rPr>
        <w:t>Matthew 13:44</w:t>
      </w:r>
      <w:r>
        <w:rPr/>
        <w:t xml:space="preserve"> — </w:t>
      </w:r>
      <w:r>
        <w:rPr>
          <w:shd w:val="clear" w:fill="B7DDE8"/>
        </w:rPr>
        <w:t>The kingdom of heaven is like treasure hidden in a field</w:t>
      </w:r>
      <w:r>
        <w:rPr>
          <w:b w:val="false"/>
          <w:i w:val="false"/>
          <w:color w:val="000000"/>
          <w:u w:val="none"/>
        </w:rPr>
        <w:t xml:space="preserve"> [1EVL]</w:t>
      </w:r>
      <w:r>
        <w:rPr/>
        <w:t xml:space="preserve">. When </w:t>
      </w:r>
      <w:r>
        <w:rPr>
          <w:shd w:val="clear" w:fill="B7DDE8"/>
        </w:rPr>
        <w:t>a man found it</w:t>
      </w:r>
      <w:r>
        <w:rPr>
          <w:b w:val="false"/>
          <w:i w:val="false"/>
          <w:color w:val="000000"/>
          <w:u w:val="none"/>
        </w:rPr>
        <w:t xml:space="preserve"> [1EVM]</w:t>
      </w:r>
      <w:r>
        <w:rPr/>
        <w:t xml:space="preserve">, </w:t>
      </w:r>
      <w:r>
        <w:rPr>
          <w:shd w:val="clear" w:fill="B7DDE8"/>
        </w:rPr>
        <w:t>he hid it again</w:t>
      </w:r>
      <w:r>
        <w:rPr>
          <w:b w:val="false"/>
          <w:i w:val="false"/>
          <w:color w:val="000000"/>
          <w:u w:val="none"/>
        </w:rPr>
        <w:t xml:space="preserve"> [1EVN]</w:t>
      </w:r>
      <w:r>
        <w:rPr/>
        <w:t xml:space="preserve">, and </w:t>
      </w:r>
      <w:r>
        <w:rPr>
          <w:shd w:val="clear" w:fill="B7DDE8"/>
        </w:rPr>
        <w:t>in his joy he went</w:t>
      </w:r>
      <w:r>
        <w:rPr>
          <w:b w:val="false"/>
          <w:i w:val="false"/>
          <w:color w:val="000000"/>
          <w:u w:val="none"/>
        </w:rPr>
        <w:t xml:space="preserve"> [1EVO]</w:t>
      </w:r>
      <w:r>
        <w:rPr/>
        <w:t xml:space="preserve"> and </w:t>
      </w:r>
      <w:r>
        <w:rPr>
          <w:shd w:val="clear" w:fill="B7DDE8"/>
        </w:rPr>
        <w:t>sold all he had</w:t>
      </w:r>
      <w:r>
        <w:rPr>
          <w:b w:val="false"/>
          <w:i w:val="false"/>
          <w:color w:val="000000"/>
          <w:u w:val="none"/>
        </w:rPr>
        <w:t xml:space="preserve"> [2CJO]</w:t>
      </w:r>
      <w:r>
        <w:rPr/>
        <w:t xml:space="preserve"> and </w:t>
      </w:r>
      <w:r>
        <w:rPr>
          <w:shd w:val="clear" w:fill="B7DDE8"/>
        </w:rPr>
        <w:t>bought that field</w:t>
      </w:r>
      <w:r>
        <w:rPr>
          <w:b w:val="false"/>
          <w:i w:val="false"/>
          <w:color w:val="000000"/>
          <w:u w:val="none"/>
        </w:rPr>
        <w:t xml:space="preserve"> [1EVP]</w:t>
      </w:r>
      <w:r>
        <w:rPr/>
        <w:t>.</w:t>
      </w:r>
    </w:p>
    <w:p>
      <w:pPr>
        <w:pStyle w:val="Yellow"/>
        <w:rPr/>
      </w:pPr>
      <w:r>
        <w:rPr>
          <w:b/>
          <w:shd w:val="clear" w:color="auto" w:fill="548235"/>
          <w:color w:val="FFFFFF"/>
        </w:rPr>
        <w:t>Matthew 13:45–46</w:t>
      </w:r>
      <w:r>
        <w:rPr>
          <w:shd w:val="clear" w:color="auto" w:fill="548235"/>
          <w:color w:val="FFFFFF"/>
        </w:rPr>
        <w:t xml:space="preserve"> — </w:t>
      </w:r>
      <w:r>
        <w:rPr>
          <w:shd w:fill="548235" w:val="clear" w:color="auto"/>
          <w:color w:val="FFFFFF"/>
        </w:rPr>
        <w:t>the kingdom of heaven is like a merchant in search of fine pearls</w:t>
      </w:r>
      <w:r>
        <w:rPr>
          <w:b w:val="false"/>
          <w:i w:val="false"/>
          <w:color w:val="FFFFFF"/>
          <w:u w:val="none"/>
          <w:shd w:val="clear" w:color="auto" w:fill="548235"/>
        </w:rPr>
        <w:t xml:space="preserve"> [1ASA]</w:t>
      </w:r>
      <w:r>
        <w:rPr>
          <w:shd w:val="clear" w:color="auto" w:fill="548235"/>
          <w:color w:val="FFFFFF"/>
        </w:rPr>
        <w:t xml:space="preserve">. </w:t>
      </w:r>
      <w:r>
        <w:rPr>
          <w:shd w:fill="548235" w:val="clear" w:color="auto"/>
          <w:color w:val="FFFFFF"/>
        </w:rPr>
        <w:t>When he found one very precious pearl</w:t>
      </w:r>
      <w:r>
        <w:rPr>
          <w:b w:val="false"/>
          <w:i w:val="false"/>
          <w:color w:val="FFFFFF"/>
          <w:u w:val="none"/>
          <w:shd w:val="clear" w:color="auto" w:fill="548235"/>
        </w:rPr>
        <w:t xml:space="preserve"> [1ASB]</w:t>
      </w:r>
      <w:r>
        <w:rPr>
          <w:shd w:val="clear" w:color="auto" w:fill="548235"/>
          <w:color w:val="FFFFFF"/>
        </w:rPr>
        <w:t xml:space="preserve">, </w:t>
      </w:r>
      <w:r>
        <w:rPr>
          <w:shd w:fill="548235" w:val="clear" w:color="auto"/>
          <w:color w:val="FFFFFF"/>
        </w:rPr>
        <w:t>he went away</w:t>
      </w:r>
      <w:r>
        <w:rPr>
          <w:b w:val="false"/>
          <w:i w:val="false"/>
          <w:color w:val="FFFFFF"/>
          <w:u w:val="none"/>
          <w:shd w:val="clear" w:color="auto" w:fill="548235"/>
        </w:rPr>
        <w:t xml:space="preserve"> [1CJN]</w:t>
      </w:r>
      <w:r>
        <w:rPr>
          <w:shd w:val="clear" w:color="auto" w:fill="548235"/>
          <w:color w:val="FFFFFF"/>
        </w:rPr>
        <w:t xml:space="preserve"> and </w:t>
      </w:r>
      <w:r>
        <w:rPr>
          <w:shd w:fill="548235" w:val="clear" w:color="auto"/>
          <w:color w:val="FFFFFF"/>
        </w:rPr>
        <w:t>sold all he had</w:t>
      </w:r>
      <w:r>
        <w:rPr>
          <w:b w:val="false"/>
          <w:i w:val="false"/>
          <w:color w:val="FFFFFF"/>
          <w:u w:val="none"/>
          <w:shd w:val="clear" w:color="auto" w:fill="548235"/>
        </w:rPr>
        <w:t xml:space="preserve"> [2CJO]</w:t>
      </w:r>
      <w:r>
        <w:rPr>
          <w:shd w:val="clear" w:color="auto" w:fill="548235"/>
          <w:color w:val="FFFFFF"/>
        </w:rPr>
        <w:t xml:space="preserve"> and </w:t>
      </w:r>
      <w:r>
        <w:rPr>
          <w:shd w:fill="548235" w:val="clear" w:color="auto"/>
          <w:color w:val="FFFFFF"/>
        </w:rPr>
        <w:t>bought it</w:t>
      </w:r>
      <w:r>
        <w:rPr>
          <w:b w:val="false"/>
          <w:i w:val="false"/>
          <w:color w:val="FFFFFF"/>
          <w:u w:val="none"/>
          <w:shd w:val="clear" w:color="auto" w:fill="548235"/>
        </w:rPr>
        <w:t xml:space="preserve"> [1ASD]</w:t>
      </w:r>
      <w:r>
        <w:rPr>
          <w:shd w:val="clear" w:color="auto" w:fill="548235"/>
          <w:color w:val="FFFFFF"/>
        </w:rPr>
        <w:t>.</w:t>
      </w:r>
    </w:p>
    <w:p>
      <w:pPr>
        <w:pStyle w:val="Yellow"/>
        <w:rPr/>
        <w:shd w:val="clear" w:color="auto" w:fill="E4DFEC"/>
        <w:pBdr>
          <w:left w:val="single" w:sz="28" w:space="5" w:color="7030A0"/>
        </w:pBdr>
      </w:pPr>
      <w:r>
        <w:rPr>
          <w:b/>
        </w:rPr>
        <w:t>Matthew 25:29</w:t>
      </w:r>
      <w:r>
        <w:rPr/>
        <w:t xml:space="preserve"> — </w:t>
      </w:r>
      <w:r>
        <w:rPr>
          <w:shd w:val="clear" w:fill="B7DDE8"/>
        </w:rPr>
        <w:t>everyone who has will be given more, and he will have an abundance</w:t>
      </w:r>
      <w:r>
        <w:rPr>
          <w:b w:val="false"/>
          <w:i w:val="false"/>
          <w:color w:val="000000"/>
          <w:u w:val="none"/>
        </w:rPr>
        <w:t xml:space="preserve"> [2ELT]</w:t>
      </w:r>
      <w:r>
        <w:rPr/>
        <w:t xml:space="preserve">. But </w:t>
      </w:r>
      <w:r>
        <w:rPr>
          <w:shd w:val="clear" w:fill="B7DDE8"/>
        </w:rPr>
        <w:t>the one who does not have, even what he has will be taken away from him</w:t>
      </w:r>
      <w:r>
        <w:rPr>
          <w:b w:val="false"/>
          <w:i w:val="false"/>
          <w:color w:val="000000"/>
          <w:u w:val="none"/>
        </w:rPr>
        <w:t xml:space="preserve"> [4ELU]</w:t>
      </w:r>
      <w:r>
        <w:rPr/>
        <w:t>.</w:t>
      </w:r>
    </w:p>
    <w:p>
      <w:pPr>
        <w:pStyle w:val="Yellow"/>
        <w:rPr/>
      </w:pPr>
      <w:r>
        <w:rPr>
          <w:b/>
          <w:u w:val="none"/>
        </w:rPr>
        <w:t>Mark 4:24-25</w:t>
      </w:r>
      <w:r>
        <w:rPr>
          <w:u w:val="none"/>
        </w:rPr>
        <w:t xml:space="preserve"> — </w:t>
      </w:r>
      <w:r>
        <w:rPr>
          <w:u w:val="none"/>
          <w:shd w:fill="B7DDE8" w:val="clear"/>
        </w:rPr>
        <w:t>Pay attention to what you hear</w:t>
      </w:r>
      <w:r>
        <w:rPr>
          <w:b w:val="false"/>
          <w:i w:val="false"/>
          <w:color w:val="000000"/>
          <w:u w:val="none"/>
        </w:rPr>
        <w:t xml:space="preserve"> [1LZQ]</w:t>
      </w:r>
      <w:r>
        <w:rPr>
          <w:u w:val="none"/>
        </w:rPr>
        <w:t xml:space="preserve">. </w:t>
      </w:r>
      <w:r>
        <w:rPr>
          <w:u w:val="none"/>
          <w:shd w:fill="B7DDE8" w:val="clear"/>
        </w:rPr>
        <w:t>With the measure you use, it will be measured to you</w:t>
      </w:r>
      <w:r>
        <w:rPr>
          <w:b w:val="false"/>
          <w:i w:val="false"/>
          <w:u w:val="none"/>
          <w:color w:val="000000"/>
        </w:rPr>
        <w:t xml:space="preserve"> [3IPF]</w:t>
      </w:r>
      <w:r>
        <w:rPr>
          <w:u w:val="none"/>
        </w:rPr>
        <w:t xml:space="preserve">, and </w:t>
      </w:r>
      <w:r>
        <w:rPr>
          <w:u w:val="none"/>
          <w:shd w:fill="B7DDE8" w:val="clear"/>
        </w:rPr>
        <w:t>even more will be added to you</w:t>
      </w:r>
      <w:r>
        <w:rPr>
          <w:b w:val="false"/>
          <w:i w:val="false"/>
          <w:color w:val="000000"/>
          <w:u w:val="none"/>
        </w:rPr>
        <w:t xml:space="preserve"> [1LZR]</w:t>
      </w:r>
      <w:r>
        <w:rPr>
          <w:u w:val="none"/>
        </w:rPr>
        <w:t xml:space="preserve">. For </w:t>
      </w:r>
      <w:r>
        <w:rPr>
          <w:u w:val="none"/>
          <w:shd w:fill="B7DDE8" w:val="clear"/>
        </w:rPr>
        <w:t>whoever has will be given more</w:t>
      </w:r>
      <w:r>
        <w:rPr>
          <w:b w:val="false"/>
          <w:i w:val="false"/>
          <w:color w:val="000000"/>
          <w:u w:val="none"/>
        </w:rPr>
        <w:t xml:space="preserve"> [3LZO]</w:t>
      </w:r>
      <w:r>
        <w:rPr>
          <w:u w:val="none"/>
        </w:rPr>
        <w:t xml:space="preserve">. But </w:t>
      </w:r>
      <w:r>
        <w:rPr>
          <w:u w:val="none"/>
        </w:rPr>
        <w:t>whoever does not have, even what he has will be taken away from him</w:t>
      </w:r>
      <w:r>
        <w:rPr>
          <w:b w:val="false"/>
          <w:i w:val="false"/>
          <w:color w:val="000000"/>
          <w:u w:val="none"/>
        </w:rPr>
        <w:t xml:space="preserve"> [4ELU]</w:t>
      </w:r>
      <w:r>
        <w:rPr>
          <w:u w:val="none"/>
        </w:rPr>
        <w:t>.”</w:t>
      </w:r>
    </w:p>
    <w:p>
      <w:pPr>
        <w:pStyle w:val="Yellow"/>
        <w:rPr/>
      </w:pPr>
      <w:r>
        <w:rPr>
          <w:u w:val="none"/>
          <w:shd w:val="clear" w:color="auto" w:fill="C00000"/>
          <w:color w:val="FFFFFF"/>
        </w:rPr>
        <w:t xml:space="preserve">(Lk8:17 “there is nothing hidden that will not be disclosed”) </w:t>
      </w:r>
      <w:r>
        <w:rPr>
          <w:b/>
          <w:u w:val="none"/>
          <w:shd w:val="clear" w:color="auto" w:fill="C00000"/>
          <w:color w:val="FFFFFF"/>
        </w:rPr>
        <w:t>Luke 8:18</w:t>
      </w:r>
      <w:r>
        <w:rPr>
          <w:u w:val="none"/>
          <w:shd w:val="clear" w:color="auto" w:fill="C00000"/>
          <w:color w:val="FFFFFF"/>
        </w:rPr>
        <w:t xml:space="preserve"> — </w:t>
      </w:r>
      <w:r>
        <w:rPr>
          <w:u w:val="none"/>
          <w:shd w:val="clear" w:color="auto" w:fill="C00000"/>
          <w:color w:val="FFFFFF"/>
        </w:rPr>
        <w:t>Pay attention, {therefore}, to how you listen</w:t>
      </w:r>
      <w:r>
        <w:rPr>
          <w:b w:val="false"/>
          <w:i w:val="false"/>
          <w:u w:val="none"/>
          <w:shd w:val="clear" w:color="auto" w:fill="C00000"/>
          <w:color w:val="FFFFFF"/>
        </w:rPr>
        <w:t xml:space="preserve"> [1LZN]</w:t>
      </w:r>
      <w:r>
        <w:rPr>
          <w:u w:val="none"/>
          <w:shd w:val="clear" w:color="auto" w:fill="C00000"/>
          <w:color w:val="FFFFFF"/>
        </w:rPr>
        <w:t xml:space="preserve">. </w:t>
      </w:r>
      <w:r>
        <w:rPr>
          <w:u w:val="none"/>
          <w:shd w:val="clear" w:color="auto" w:fill="C00000"/>
          <w:color w:val="FFFFFF"/>
        </w:rPr>
        <w:t>Whoever has will be given more</w:t>
      </w:r>
      <w:r>
        <w:rPr>
          <w:b w:val="false"/>
          <w:i w:val="false"/>
          <w:u w:val="none"/>
          <w:shd w:val="clear" w:color="auto" w:fill="C00000"/>
          <w:color w:val="FFFFFF"/>
        </w:rPr>
        <w:t xml:space="preserve"> [3LZO]</w:t>
      </w:r>
      <w:r>
        <w:rPr>
          <w:u w:val="none"/>
          <w:shd w:val="clear" w:color="auto" w:fill="C00000"/>
          <w:color w:val="FFFFFF"/>
        </w:rPr>
        <w:t xml:space="preserve">, but </w:t>
      </w:r>
      <w:r>
        <w:rPr>
          <w:u w:val="none"/>
          <w:shd w:val="clear" w:color="auto" w:fill="C00000"/>
          <w:color w:val="FFFFFF"/>
        </w:rPr>
        <w:t>whoever does not have, even what he thinks he has will be taken away from him</w:t>
      </w:r>
      <w:r>
        <w:rPr>
          <w:b w:val="false"/>
          <w:i w:val="false"/>
          <w:u w:val="none"/>
          <w:shd w:val="clear" w:color="auto" w:fill="C00000"/>
          <w:color w:val="FFFFFF"/>
        </w:rPr>
        <w:t xml:space="preserve"> [1LZP]</w:t>
      </w:r>
      <w:r>
        <w:rPr>
          <w:u w:val="none"/>
          <w:shd w:val="clear" w:color="auto" w:fill="C00000"/>
          <w:color w:val="FFFFFF"/>
        </w:rPr>
        <w:t>.”</w:t>
      </w:r>
    </w:p>
    <w:p>
      <w:pPr>
        <w:pStyle w:val="Yellow"/>
        <w:rPr/>
      </w:pPr>
      <w:r>
        <w:rPr/>
        <w:t xml:space="preserve">(Lk12:20 God: “your life will be required of you”) </w:t>
      </w:r>
      <w:r>
        <w:rPr>
          <w:b/>
        </w:rPr>
        <w:t xml:space="preserve">Luke 12:21</w:t>
      </w:r>
      <w:r>
        <w:rPr/>
        <w:t xml:space="preserve"> — </w:t>
      </w:r>
      <w:r>
        <w:rPr>
          <w:shd w:fill="B7DDE8" w:val="clear"/>
        </w:rPr>
        <w:t xml:space="preserve">{This} is how it will be for anyone who stores up treasure for himself but is not rich toward God</w:t>
      </w:r>
      <w:r>
        <w:rPr>
          <w:b w:val="false"/>
          <w:i w:val="false"/>
          <w:color w:val="000000"/>
          <w:u w:val="none"/>
        </w:rPr>
        <w:t xml:space="preserve"> [1HBV]</w:t>
      </w:r>
      <w:r>
        <w:rPr/>
        <w:t xml:space="preserve">.”</w:t>
      </w:r>
    </w:p>
    <w:p>
      <w:pPr>
        <w:pStyle w:val="Yellow"/>
        <w:rPr/>
      </w:pPr>
      <w:r>
        <w:rPr>
          <w:b/>
        </w:rPr>
        <w:t xml:space="preserve">Luke 12:33</w:t>
      </w:r>
      <w:r>
        <w:rPr/>
        <w:t xml:space="preserve"> — </w:t>
      </w:r>
      <w:r>
        <w:rPr>
          <w:shd w:fill="B7DDE8" w:val="clear"/>
        </w:rPr>
        <w:t xml:space="preserve">Sell your possessions and give to the poor</w:t>
      </w:r>
      <w:r>
        <w:rPr>
          <w:b w:val="false"/>
          <w:i w:val="false"/>
          <w:color w:val="000000"/>
          <w:u w:val="none"/>
        </w:rPr>
        <w:t xml:space="preserve"> [1GXG]</w:t>
      </w:r>
      <w:r>
        <w:rPr/>
        <w:t xml:space="preserve">. </w:t>
      </w:r>
      <w:r>
        <w:rPr>
          <w:shd w:fill="B7DDE8" w:val="clear"/>
        </w:rPr>
        <w:t xml:space="preserve">Provide yourselves with purses that will not wear out</w:t>
      </w:r>
      <w:r>
        <w:rPr>
          <w:b w:val="false"/>
          <w:i w:val="false"/>
          <w:color w:val="000000"/>
          <w:u w:val="none"/>
        </w:rPr>
        <w:t xml:space="preserve"> [1GXH]</w:t>
      </w:r>
      <w:r>
        <w:rPr/>
        <w:t xml:space="preserve">, </w:t>
      </w:r>
      <w:r>
        <w:rPr>
          <w:shd w:fill="B7DDE8" w:val="clear"/>
        </w:rPr>
        <w:t xml:space="preserve">an inexhaustible treasure in heaven</w:t>
      </w:r>
      <w:r>
        <w:rPr>
          <w:b w:val="false"/>
          <w:i w:val="false"/>
          <w:u w:val="none"/>
          <w:color w:val="000000"/>
        </w:rPr>
        <w:t xml:space="preserve"> [1GXI]</w:t>
      </w:r>
      <w:r>
        <w:rPr/>
        <w:t xml:space="preserve">, </w:t>
      </w:r>
      <w:r>
        <w:rPr>
          <w:shd w:fill="B7DDE8" w:val="clear"/>
        </w:rPr>
        <w:t xml:space="preserve">where no thief approaches and no moth destroys</w:t>
      </w:r>
      <w:r>
        <w:rPr>
          <w:b w:val="false"/>
          <w:i w:val="false"/>
          <w:color w:val="000000"/>
          <w:u w:val="none"/>
        </w:rPr>
        <w:t xml:space="preserve"> [2GXJ]</w:t>
      </w:r>
      <w:r>
        <w:rPr/>
        <w:t xml:space="preserve">.</w:t>
      </w:r>
    </w:p>
    <w:p>
      <w:pPr>
        <w:pStyle w:val="Yellow"/>
        <w:rPr/>
      </w:pPr>
      <w:r>
        <w:rPr>
          <w:b/>
        </w:rPr>
        <w:t>Luke 16:9</w:t>
      </w:r>
      <w:r>
        <w:rPr/>
        <w:t xml:space="preserve"> — I tell you, </w:t>
      </w:r>
      <w:r>
        <w:rPr>
          <w:shd w:val="clear" w:fill="B7DDE8"/>
        </w:rPr>
        <w:t>use worldly wealth to make friends for yourselves</w:t>
      </w:r>
      <w:r>
        <w:rPr>
          <w:b w:val="false"/>
          <w:i w:val="false"/>
          <w:color w:val="000000"/>
          <w:u w:val="none"/>
        </w:rPr>
        <w:t xml:space="preserve"> [1EMO]</w:t>
      </w:r>
      <w:r>
        <w:rPr/>
        <w:t xml:space="preserve"> so that </w:t>
      </w:r>
      <w:r>
        <w:rPr>
          <w:shd w:val="clear" w:fill="B7DDE8"/>
        </w:rPr>
        <w:t>when it is gone, they will welcome you into eternal dwellings</w:t>
      </w:r>
      <w:r>
        <w:rPr>
          <w:b w:val="false"/>
          <w:i w:val="false"/>
          <w:color w:val="000000"/>
          <w:u w:val="none"/>
        </w:rPr>
        <w:t xml:space="preserve"> [1EMP]</w:t>
      </w:r>
      <w:r>
        <w:rPr/>
        <w:t>.</w:t>
      </w:r>
    </w:p>
    <w:p>
      <w:pPr>
        <w:pStyle w:val="Yellow"/>
        <w:rPr/>
        <w:shd w:val="clear" w:color="auto" w:fill="E4DFEC"/>
        <w:pBdr>
          <w:left w:val="single" w:sz="28" w:space="5" w:color="7030A0"/>
        </w:pBdr>
      </w:pPr>
      <w:r>
        <w:rPr>
          <w:b/>
        </w:rPr>
        <w:t>Luke 19:26</w:t>
      </w:r>
      <w:r>
        <w:rPr/>
        <w:t xml:space="preserve"> — I tell you that </w:t>
      </w:r>
      <w:r>
        <w:rPr>
          <w:shd w:fill="B7DDE8" w:val="clear"/>
        </w:rPr>
        <w:t>everyone who has will be given more</w:t>
      </w:r>
      <w:r>
        <w:rPr>
          <w:b w:val="false"/>
          <w:i w:val="false"/>
          <w:color w:val="000000"/>
          <w:u w:val="none"/>
        </w:rPr>
        <w:t xml:space="preserve"> [3LZO]</w:t>
      </w:r>
      <w:r>
        <w:rPr/>
        <w:t xml:space="preserve">; but </w:t>
      </w:r>
      <w:r>
        <w:rPr>
          <w:shd w:fill="B7DDE8" w:val="clear"/>
        </w:rPr>
        <w:t>the one who does not have, even what he has will be taken away from him</w:t>
      </w:r>
      <w:r>
        <w:rPr>
          <w:b w:val="false"/>
          <w:i w:val="false"/>
          <w:color w:val="000000"/>
          <w:u w:val="none"/>
        </w:rPr>
        <w:t xml:space="preserve"> [4ELU]</w:t>
      </w:r>
      <w:r>
        <w:rPr/>
        <w:t>.</w:t>
      </w:r>
    </w:p>
    <w:p>
      <w:pPr>
        <w:pStyle w:val="Yellow"/>
        <w:rPr/>
      </w:pPr>
      <w:r>
        <w:rPr/>
        <w:t xml:space="preserve">(1Co3:10 “each one must be careful how he builds”) </w:t>
      </w:r>
      <w:r>
        <w:rPr>
          <w:b/>
        </w:rPr>
        <w:t xml:space="preserve">1 Corinthians 3:11-15</w:t>
      </w:r>
      <w:r>
        <w:rPr/>
        <w:t xml:space="preserve"> — {For} </w:t>
      </w:r>
      <w:r>
        <w:rPr>
          <w:color w:val="auto"/>
        </w:rPr>
        <w:t xml:space="preserve">no one can lay a foundation other than the one already laid, which is Jesus Christ</w:t>
      </w:r>
      <w:r>
        <w:rPr>
          <w:b w:val="false"/>
          <w:i w:val="false"/>
          <w:color w:val="auto"/>
          <w:u w:val="none"/>
        </w:rPr>
        <w:t xml:space="preserve"> [1JWQ]</w:t>
      </w:r>
      <w:r>
        <w:rPr>
          <w:color w:val="auto"/>
        </w:rPr>
        <w:t xml:space="preserve">. </w:t>
      </w:r>
      <w:r>
        <w:rPr>
          <w:shd w:fill="B7DDE8" w:val="clear"/>
        </w:rPr>
        <w:t xml:space="preserve">If anyone builds on this foundation using gold, silver, precious stones, wood, hay, or straw</w:t>
      </w:r>
      <w:r>
        <w:rPr>
          <w:b w:val="false"/>
          <w:i w:val="false"/>
          <w:color w:val="000000"/>
          <w:u w:val="none"/>
        </w:rPr>
        <w:t xml:space="preserve"> [1JWR]</w:t>
      </w:r>
      <w:r>
        <w:rPr/>
        <w:t xml:space="preserve">, </w:t>
      </w:r>
      <w:r>
        <w:rPr>
          <w:shd w:fill="B7DDE8" w:val="clear"/>
        </w:rPr>
        <w:t xml:space="preserve">his workmanship will be evident</w:t>
      </w:r>
      <w:r>
        <w:rPr>
          <w:b w:val="false"/>
          <w:i w:val="false"/>
          <w:color w:val="000000"/>
          <w:u w:val="none"/>
        </w:rPr>
        <w:t xml:space="preserve"> [1JWS]</w:t>
      </w:r>
      <w:r>
        <w:rPr/>
        <w:t xml:space="preserve">, because </w:t>
      </w:r>
      <w:r>
        <w:rPr>
          <w:shd w:fill="B7DDE8" w:val="clear"/>
        </w:rPr>
        <w:t xml:space="preserve">the Day will bring it to light</w:t>
      </w:r>
      <w:r>
        <w:rPr>
          <w:b w:val="false"/>
          <w:i w:val="false"/>
          <w:color w:val="000000"/>
          <w:u w:val="none"/>
        </w:rPr>
        <w:t xml:space="preserve"> [1JWT]</w:t>
      </w:r>
      <w:r>
        <w:rPr/>
        <w:t xml:space="preserve">. </w:t>
      </w:r>
      <w:r>
        <w:rPr>
          <w:shd w:fill="B7DDE8" w:val="clear"/>
        </w:rPr>
        <w:t xml:space="preserve">It will be revealed with fire</w:t>
      </w:r>
      <w:r>
        <w:rPr>
          <w:b w:val="false"/>
          <w:i w:val="false"/>
          <w:color w:val="000000"/>
          <w:u w:val="none"/>
        </w:rPr>
        <w:t xml:space="preserve"> [1JWU]</w:t>
      </w:r>
      <w:r>
        <w:rPr/>
        <w:t xml:space="preserve">, and </w:t>
      </w:r>
      <w:r>
        <w:rPr>
          <w:shd w:fill="B7DDE8" w:val="clear"/>
        </w:rPr>
        <w:t xml:space="preserve">the fire will prove the quality of each man’s work</w:t>
      </w:r>
      <w:r>
        <w:rPr>
          <w:b w:val="false"/>
          <w:i w:val="false"/>
          <w:color w:val="000000"/>
          <w:u w:val="none"/>
        </w:rPr>
        <w:t xml:space="preserve"> [1JWV]</w:t>
      </w:r>
      <w:r>
        <w:rPr/>
        <w:t xml:space="preserve">. </w:t>
      </w:r>
      <w:r>
        <w:rPr>
          <w:shd w:fill="B7DDE8" w:val="clear"/>
        </w:rPr>
        <w:t xml:space="preserve">If what he has built survives, he will receive a reward</w:t>
      </w:r>
      <w:r>
        <w:rPr>
          <w:b w:val="false"/>
          <w:i w:val="false"/>
          <w:color w:val="000000"/>
          <w:u w:val="none"/>
        </w:rPr>
        <w:t xml:space="preserve"> [1JWW]</w:t>
      </w:r>
      <w:r>
        <w:rPr/>
        <w:t xml:space="preserve">. </w:t>
      </w:r>
      <w:r>
        <w:rPr>
          <w:shd w:fill="B7DDE8" w:val="clear"/>
        </w:rPr>
        <w:t xml:space="preserve">If it is burned up, he will suffer loss</w:t>
      </w:r>
      <w:r>
        <w:rPr>
          <w:b w:val="false"/>
          <w:i w:val="false"/>
          <w:color w:val="000000"/>
          <w:u w:val="none"/>
        </w:rPr>
        <w:t xml:space="preserve"> [1JWX]</w:t>
      </w:r>
      <w:r>
        <w:rPr/>
        <w:t xml:space="preserve">. </w:t>
      </w:r>
      <w:r>
        <w:rPr>
          <w:shd w:fill="B7DDE8" w:val="clear"/>
        </w:rPr>
        <w:t xml:space="preserve">He himself will be saved, but only as if through the flames</w:t>
      </w:r>
      <w:r>
        <w:rPr>
          <w:b w:val="false"/>
          <w:i w:val="false"/>
          <w:color w:val="000000"/>
          <w:u w:val="none"/>
        </w:rPr>
        <w:t xml:space="preserve"> [1JWY]</w:t>
      </w:r>
      <w:r>
        <w:rPr/>
        <w:t xml:space="preserve">.</w:t>
      </w:r>
    </w:p>
    <w:p>
      <w:pPr>
        <w:pStyle w:val="Red"/>
        <w:spacing w:before="0" w:after="100" w:line="252" w:lineRule="auto"/>
        <w:rPr/>
      </w:pPr>
      <w:r>
        <w:rPr>
          <w:b/>
        </w:rPr>
        <w:t>1 Corinthians 10:26</w:t>
      </w:r>
      <w:r>
        <w:rPr/>
        <w:t xml:space="preserve"> — “</w:t>
      </w:r>
      <w:r>
        <w:rPr>
          <w:shd w:val="clear" w:fill="B7DDE8"/>
        </w:rPr>
        <w:t>The earth is the Lord’s, and the fullness thereof</w:t>
      </w:r>
      <w:r>
        <w:rPr>
          <w:b w:val="false"/>
          <w:i w:val="false"/>
          <w:color w:val="000000"/>
          <w:u w:val="none"/>
        </w:rPr>
        <w:t xml:space="preserve"> [3MV]</w:t>
      </w:r>
      <w:r>
        <w:rPr/>
        <w:t>.”</w:t>
      </w:r>
      <w:r>
        <w:rPr>
          <w:b w:val="0"/>
          <w:i w:val="0"/>
          <w:u w:val="single"/>
        </w:rPr>
      </w:r>
    </w:p>
    <w:p>
      <w:pPr>
        <w:pStyle w:val="Yellow"/>
        <w:rPr/>
        <w:pBdr>
          <w:left w:val="single" w:sz="28" w:space="5" w:color="C00000"/>
        </w:pBdr>
      </w:pPr>
      <w:r>
        <w:rPr/>
        <w:t xml:space="preserve">(1Ti6:17 “rich in the present age”) </w:t>
      </w:r>
      <w:r>
        <w:rPr>
          <w:b/>
        </w:rPr>
        <w:t xml:space="preserve">1 Timothy 6:18–19</w:t>
      </w:r>
      <w:r>
        <w:rPr/>
        <w:t xml:space="preserve"> — Instruct {them} to </w:t>
      </w:r>
      <w:r>
        <w:rPr>
          <w:shd w:fill="B7DDE8" w:val="clear"/>
        </w:rPr>
        <w:t xml:space="preserve">do good, to be rich in good works, and to be generous and ready to share</w:t>
      </w:r>
      <w:r>
        <w:rPr>
          <w:b w:val="false"/>
          <w:i w:val="false"/>
          <w:color w:val="000000"/>
          <w:u w:val="none"/>
        </w:rPr>
        <w:t xml:space="preserve"> [1GZN]</w:t>
      </w:r>
      <w:r>
        <w:rPr/>
        <w:t xml:space="preserve">, </w:t>
      </w:r>
      <w:r>
        <w:rPr>
          <w:shd w:fill="B7DDE8" w:val="clear"/>
        </w:rPr>
        <w:t xml:space="preserve">treasuring up for themselves a firm foundation for the future</w:t>
      </w:r>
      <w:r>
        <w:rPr>
          <w:b w:val="false"/>
          <w:i w:val="false"/>
          <w:color w:val="000000"/>
          <w:u w:val="none"/>
        </w:rPr>
        <w:t xml:space="preserve"> [1GZO]</w:t>
      </w:r>
      <w:r>
        <w:rPr/>
        <w:t xml:space="preserve">, </w:t>
      </w:r>
      <w:r>
        <w:rPr>
          <w:shd w:fill="B7DDE8" w:val="clear"/>
        </w:rPr>
        <w:t xml:space="preserve">so that they may take hold of that which is truly life</w:t>
      </w:r>
      <w:r>
        <w:rPr>
          <w:b w:val="false"/>
          <w:i w:val="false"/>
          <w:color w:val="000000"/>
          <w:u w:val="none"/>
        </w:rPr>
        <w:t xml:space="preserve"> [1GZP]</w:t>
      </w:r>
      <w:r>
        <w:rPr/>
        <w:t xml:space="preserve">.</w:t>
      </w:r>
    </w:p>
    <w:p>
      <w:r>
        <w:rPr>
          <w:b/>
          <w:sz w:val="32"/>
        </w:rPr>
        <w:t>Teachers  (35)</w:t>
      </w:r>
    </w:p>
    <w:p>
      <w:pPr>
        <w:pStyle w:val="Yellow"/>
        <w:rPr/>
      </w:pPr>
      <w:r>
        <w:rPr/>
        <w:t xml:space="preserve">(De18:18 prophet like Moses /Ac3:20–22 Jesus) </w:t>
      </w:r>
      <w:r>
        <w:rPr>
          <w:b/>
        </w:rPr>
        <w:t>Deuteronomy 18:19</w:t>
      </w:r>
      <w:r>
        <w:rPr/>
        <w:t xml:space="preserve"> — And </w:t>
      </w:r>
      <w:r>
        <w:rPr>
          <w:shd w:val="clear" w:fill="B7DDE8"/>
        </w:rPr>
        <w:t>I will hold accountable anyone who does not listen to My words that {the prophet} speaks in My name</w:t>
      </w:r>
      <w:r>
        <w:rPr>
          <w:b w:val="false"/>
          <w:i w:val="false"/>
          <w:color w:val="000000"/>
          <w:u w:val="none"/>
        </w:rPr>
        <w:t xml:space="preserve"> [1TI]</w:t>
      </w:r>
      <w:r>
        <w:rPr/>
        <w:t>.</w:t>
      </w:r>
    </w:p>
    <w:p>
      <w:pPr>
        <w:pStyle w:val="Yellow"/>
        <w:rPr/>
      </w:pPr>
      <w:r>
        <w:rPr>
          <w:b/>
        </w:rPr>
        <w:t>Deuteronomy 32:46–47</w:t>
      </w:r>
      <w:r>
        <w:rPr/>
        <w:t xml:space="preserve"> — “</w:t>
      </w:r>
      <w:r>
        <w:rPr>
          <w:shd w:fill="B7DDE8" w:val="clear"/>
        </w:rPr>
        <w:t xml:space="preserve">Take to heart all the words I have solemnly declared to you this day, so that you may </w:t>
      </w:r>
      <w:r>
        <w:rPr>
          <w:shd w:fill="B7DDE8" w:val="clear"/>
        </w:rPr>
        <w:t>command</w:t>
      </w:r>
      <w:r>
        <w:rPr>
          <w:shd w:fill="B7DDE8" w:val="clear"/>
        </w:rPr>
        <w:t xml:space="preserve"> your children to carefully follow all the words of this law</w:t>
      </w:r>
      <w:r>
        <w:rPr>
          <w:b w:val="false"/>
          <w:i w:val="false"/>
          <w:color w:val="000000"/>
          <w:u w:val="none"/>
        </w:rPr>
        <w:t xml:space="preserve"> [1VV]</w:t>
      </w:r>
      <w:r>
        <w:rPr/>
        <w:t xml:space="preserve">. For </w:t>
      </w:r>
      <w:r>
        <w:rPr>
          <w:shd w:fill="B7DDE8" w:val="clear"/>
        </w:rPr>
        <w:t>they are not idle words to you, because they are your life</w:t>
      </w:r>
      <w:r>
        <w:rPr>
          <w:b w:val="false"/>
          <w:i w:val="false"/>
          <w:color w:val="000000"/>
          <w:u w:val="none"/>
        </w:rPr>
        <w:t xml:space="preserve"> [1VW]</w:t>
      </w:r>
      <w:r>
        <w:rPr/>
        <w:t xml:space="preserve">, and </w:t>
      </w:r>
      <w:r>
        <w:rPr>
          <w:shd w:fill="B7DDE8" w:val="clear"/>
        </w:rPr>
        <w:t xml:space="preserve">by them you will </w:t>
      </w:r>
      <w:r>
        <w:rPr>
          <w:shd w:fill="B7DDE8" w:val="clear"/>
        </w:rPr>
        <w:t xml:space="preserve">live long in the land that you are crossing the Jordan to </w:t>
      </w:r>
      <w:r>
        <w:rPr>
          <w:shd w:fill="B7DDE8" w:val="clear"/>
        </w:rPr>
        <w:t>possess</w:t>
      </w:r>
      <w:r>
        <w:rPr>
          <w:b w:val="false"/>
          <w:i w:val="false"/>
          <w:color w:val="000000"/>
          <w:u w:val="none"/>
        </w:rPr>
        <w:t xml:space="preserve"> [1VX]</w:t>
      </w:r>
      <w:r>
        <w:rPr/>
        <w:t>.”</w:t>
      </w:r>
    </w:p>
    <w:p>
      <w:pPr>
        <w:pStyle w:val="Yellow"/>
        <w:rPr/>
      </w:pPr>
      <w:r>
        <w:rPr>
          <w:b/>
          <w:shd w:val="clear" w:color="auto" w:fill="548235"/>
          <w:color w:val="FFFFFF"/>
        </w:rPr>
        <w:t>Psalm 19:8</w:t>
      </w:r>
      <w:r>
        <w:rPr>
          <w:shd w:val="clear" w:color="auto" w:fill="548235"/>
          <w:color w:val="FFFFFF"/>
        </w:rPr>
        <w:t xml:space="preserve"> — </w:t>
      </w:r>
      <w:r>
        <w:rPr>
          <w:shd w:val="clear" w:fill="548235" w:color="auto"/>
          <w:color w:val="FFFFFF"/>
        </w:rPr>
        <w:t>The precepts of the LORD are right, bringing joy to the heart</w:t>
      </w:r>
      <w:r>
        <w:rPr>
          <w:b w:val="false"/>
          <w:i w:val="false"/>
          <w:color w:val="FFFFFF"/>
          <w:u w:val="none"/>
          <w:shd w:val="clear" w:color="auto" w:fill="548235"/>
        </w:rPr>
        <w:t xml:space="preserve"> [1FAB]</w:t>
      </w:r>
      <w:r>
        <w:rPr>
          <w:shd w:val="clear" w:color="auto" w:fill="548235"/>
          <w:color w:val="FFFFFF"/>
        </w:rPr>
        <w:t xml:space="preserve">; </w:t>
      </w:r>
      <w:r>
        <w:rPr>
          <w:shd w:val="clear" w:fill="548235" w:color="auto"/>
          <w:color w:val="FFFFFF"/>
        </w:rPr>
        <w:t>the commandments of the LORD are radiant, giving light to the eyes</w:t>
      </w:r>
      <w:r>
        <w:rPr>
          <w:b w:val="false"/>
          <w:i w:val="false"/>
          <w:color w:val="FFFFFF"/>
          <w:u w:val="none"/>
          <w:shd w:val="clear" w:color="auto" w:fill="548235"/>
        </w:rPr>
        <w:t xml:space="preserve"> [1FAC]</w:t>
      </w:r>
      <w:r>
        <w:rPr>
          <w:shd w:val="clear" w:color="auto" w:fill="548235"/>
          <w:color w:val="FFFFFF"/>
        </w:rPr>
        <w:t>.</w:t>
      </w:r>
    </w:p>
    <w:p>
      <w:pPr>
        <w:pStyle w:val="Yellow"/>
        <w:rPr/>
      </w:pPr>
      <w:r>
        <w:rPr/>
        <w:t xml:space="preserve">(Ps19:7–9 the LORD’s laws and commands) </w:t>
      </w:r>
      <w:r>
        <w:rPr>
          <w:b/>
        </w:rPr>
        <w:t>Psalm 19:11</w:t>
      </w:r>
      <w:r>
        <w:rPr/>
        <w:t xml:space="preserve"> — </w:t>
      </w:r>
      <w:r>
        <w:rPr>
          <w:shd w:val="clear" w:fill="B7DDE8"/>
        </w:rPr>
        <w:t>By {them} indeed Your servant is warned</w:t>
      </w:r>
      <w:r>
        <w:rPr>
          <w:b w:val="false"/>
          <w:i w:val="false"/>
          <w:color w:val="000000"/>
          <w:u w:val="none"/>
        </w:rPr>
        <w:t xml:space="preserve"> [1FKJ]</w:t>
      </w:r>
      <w:r>
        <w:rPr/>
        <w:t xml:space="preserve">; </w:t>
      </w:r>
      <w:r>
        <w:rPr>
          <w:shd w:val="clear" w:fill="B7DDE8"/>
        </w:rPr>
        <w:t>in keeping them is great reward</w:t>
      </w:r>
      <w:r>
        <w:rPr>
          <w:b w:val="false"/>
          <w:i w:val="false"/>
          <w:color w:val="000000"/>
          <w:u w:val="none"/>
        </w:rPr>
        <w:t xml:space="preserve"> [1FKK]</w:t>
      </w:r>
      <w:r>
        <w:rPr/>
        <w:t>.</w:t>
      </w:r>
    </w:p>
    <w:p>
      <w:pPr>
        <w:pStyle w:val="Yellow"/>
        <w:rPr/>
      </w:pPr>
      <w:r>
        <w:rPr/>
        <w:t xml:space="preserve">(Ps147:12 “the LORD”) </w:t>
      </w:r>
      <w:r>
        <w:rPr>
          <w:b/>
        </w:rPr>
        <w:t>Psalm 147:15</w:t>
      </w:r>
      <w:r>
        <w:rPr/>
        <w:t xml:space="preserve"> — </w:t>
      </w:r>
      <w:r>
        <w:rPr>
          <w:shd w:fill="B7DDE8" w:val="clear"/>
        </w:rPr>
        <w:t xml:space="preserve">{He} sends forth His </w:t>
      </w:r>
      <w:r>
        <w:rPr>
          <w:shd w:fill="B7DDE8" w:val="clear"/>
        </w:rPr>
        <w:t>command</w:t>
      </w:r>
      <w:r>
        <w:rPr>
          <w:shd w:fill="B7DDE8" w:val="clear"/>
        </w:rPr>
        <w:t xml:space="preserve"> to the earth</w:t>
      </w:r>
      <w:r>
        <w:rPr>
          <w:b w:val="false"/>
          <w:i w:val="false"/>
          <w:color w:val="000000"/>
          <w:u w:val="none"/>
        </w:rPr>
        <w:t xml:space="preserve"> [1XF]</w:t>
      </w:r>
      <w:r>
        <w:rPr/>
        <w:t xml:space="preserve">; </w:t>
      </w:r>
      <w:r>
        <w:rPr>
          <w:shd w:fill="B7DDE8" w:val="clear"/>
        </w:rPr>
        <w:t>His word runs swiftly</w:t>
      </w:r>
      <w:r>
        <w:rPr>
          <w:b w:val="false"/>
          <w:i w:val="false"/>
          <w:color w:val="000000"/>
          <w:u w:val="none"/>
        </w:rPr>
        <w:t xml:space="preserve"> [1XG]</w:t>
      </w:r>
      <w:r>
        <w:rPr/>
        <w:t>.</w:t>
      </w:r>
    </w:p>
    <w:p>
      <w:pPr>
        <w:pStyle w:val="Yellow"/>
        <w:rPr/>
      </w:pPr>
      <w:r>
        <w:rPr>
          <w:shd w:val="clear" w:color="auto" w:fill="548235"/>
          <w:color w:val="FFFFFF"/>
        </w:rPr>
        <w:t xml:space="preserve">(Je3:14 if faithless Israel returns to the LORD) </w:t>
      </w:r>
      <w:r>
        <w:rPr>
          <w:b/>
          <w:shd w:val="clear" w:color="auto" w:fill="548235"/>
          <w:color w:val="FFFFFF"/>
        </w:rPr>
        <w:t>Jeremiah 3:15</w:t>
      </w:r>
      <w:r>
        <w:rPr>
          <w:shd w:val="clear" w:color="auto" w:fill="548235"/>
          <w:color w:val="FFFFFF"/>
        </w:rPr>
        <w:t xml:space="preserve"> — {Then} </w:t>
      </w:r>
      <w:r>
        <w:rPr>
          <w:shd w:fill="548235" w:val="clear" w:color="auto"/>
          <w:color w:val="FFFFFF"/>
        </w:rPr>
        <w:t>I will give you shepherds after My own heart</w:t>
      </w:r>
      <w:r>
        <w:rPr>
          <w:b w:val="false"/>
          <w:i w:val="false"/>
          <w:color w:val="FFFFFF"/>
          <w:u w:val="none"/>
          <w:shd w:val="clear" w:color="auto" w:fill="548235"/>
        </w:rPr>
        <w:t xml:space="preserve"> [1YF]</w:t>
      </w:r>
      <w:r>
        <w:rPr>
          <w:shd w:val="clear" w:color="auto" w:fill="548235"/>
          <w:color w:val="FFFFFF"/>
        </w:rPr>
        <w:t xml:space="preserve">, </w:t>
      </w:r>
      <w:r>
        <w:rPr>
          <w:shd w:fill="548235" w:val="clear" w:color="auto"/>
          <w:color w:val="FFFFFF"/>
        </w:rPr>
        <w:t xml:space="preserve">who will feed you with knowledge and </w:t>
      </w:r>
      <w:r>
        <w:rPr>
          <w:shd w:fill="548235" w:val="clear" w:color="auto"/>
          <w:color w:val="FFFFFF"/>
        </w:rPr>
        <w:t>understanding</w:t>
      </w:r>
      <w:r>
        <w:rPr>
          <w:b w:val="false"/>
          <w:i w:val="false"/>
          <w:color w:val="FFFFFF"/>
          <w:u w:val="none"/>
          <w:shd w:val="clear" w:color="auto" w:fill="548235"/>
        </w:rPr>
        <w:t xml:space="preserve"> [1YG]</w:t>
      </w:r>
      <w:r>
        <w:rPr>
          <w:shd w:val="clear" w:color="auto" w:fill="548235"/>
          <w:color w:val="FFFFFF"/>
        </w:rPr>
        <w:t>.”</w:t>
      </w:r>
    </w:p>
    <w:p>
      <w:pPr>
        <w:pStyle w:val="Yellow"/>
        <w:rPr/>
      </w:pPr>
      <w:r>
        <w:rPr/>
        <w:t xml:space="preserve">(Je20:8 “the LORD”) </w:t>
      </w:r>
      <w:r>
        <w:rPr>
          <w:b/>
        </w:rPr>
        <w:t xml:space="preserve">Jeremiah 20:9</w:t>
      </w:r>
      <w:r>
        <w:rPr/>
        <w:t xml:space="preserve"> — </w:t>
      </w:r>
      <w:r>
        <w:rPr>
          <w:shd w:fill="B7DDE8" w:val="clear"/>
        </w:rPr>
        <w:t xml:space="preserve">If I say, “I will not mention {Him} or speak any more in His name,”</w:t>
      </w:r>
      <w:r>
        <w:rPr>
          <w:b w:val="false"/>
          <w:i w:val="false"/>
          <w:color w:val="000000"/>
          <w:u w:val="none"/>
        </w:rPr>
        <w:t xml:space="preserve"> [1LFS]</w:t>
      </w:r>
      <w:r>
        <w:rPr/>
        <w:t xml:space="preserve"> </w:t>
      </w:r>
      <w:r>
        <w:rPr>
          <w:shd w:fill="B7DDE8" w:val="clear"/>
        </w:rPr>
        <w:t xml:space="preserve">His message becomes a fire burning in my heart, shut up in my bones</w:t>
      </w:r>
      <w:r>
        <w:rPr>
          <w:b w:val="false"/>
          <w:i w:val="false"/>
          <w:color w:val="000000"/>
          <w:u w:val="none"/>
        </w:rPr>
        <w:t xml:space="preserve"> [1LFT]</w:t>
      </w:r>
      <w:r>
        <w:rPr/>
        <w:t xml:space="preserve">, and </w:t>
      </w:r>
      <w:r>
        <w:rPr>
          <w:shd w:fill="B7DDE8" w:val="clear"/>
        </w:rPr>
        <w:t xml:space="preserve">I become weary of holding it in</w:t>
      </w:r>
      <w:r>
        <w:rPr>
          <w:b w:val="false"/>
          <w:i w:val="false"/>
          <w:color w:val="000000"/>
          <w:u w:val="none"/>
        </w:rPr>
        <w:t xml:space="preserve"> [1LFU]</w:t>
      </w:r>
      <w:r>
        <w:rPr/>
        <w:t xml:space="preserve">, and </w:t>
      </w:r>
      <w:r>
        <w:rPr>
          <w:shd w:fill="B7DDE8" w:val="clear"/>
        </w:rPr>
        <w:t xml:space="preserve">I cannot prevail</w:t>
      </w:r>
      <w:r>
        <w:rPr>
          <w:b w:val="false"/>
          <w:i w:val="false"/>
          <w:color w:val="000000"/>
          <w:u w:val="none"/>
        </w:rPr>
        <w:t xml:space="preserve"> [1LFV]</w:t>
      </w:r>
      <w:r>
        <w:rPr/>
        <w:t xml:space="preserve">.</w:t>
      </w:r>
    </w:p>
    <w:p>
      <w:pPr>
        <w:pStyle w:val="Yellow"/>
        <w:rPr/>
      </w:pPr>
      <w:r>
        <w:rPr>
          <w:b/>
        </w:rPr>
        <w:t>Jeremiah 26:4–6</w:t>
      </w:r>
      <w:r>
        <w:rPr/>
        <w:t xml:space="preserve"> — </w:t>
      </w:r>
      <w:r>
        <w:rPr>
          <w:shd w:val="clear" w:fill="B7DDE8"/>
        </w:rPr>
        <w:t>You are to tell them that this is what the LORD says</w:t>
      </w:r>
      <w:r>
        <w:rPr>
          <w:b w:val="false"/>
          <w:i w:val="false"/>
          <w:color w:val="000000"/>
          <w:u w:val="none"/>
        </w:rPr>
        <w:t xml:space="preserve"> [1NP]</w:t>
      </w:r>
      <w:r>
        <w:rPr/>
        <w:t>: ‘</w:t>
      </w:r>
      <w:r>
        <w:rPr>
          <w:shd w:val="clear" w:fill="B7DDE8"/>
        </w:rPr>
        <w:t>If you do not listen to Me and walk in My law, which I have set before you</w:t>
      </w:r>
      <w:r>
        <w:rPr>
          <w:b w:val="false"/>
          <w:i w:val="false"/>
          <w:color w:val="000000"/>
          <w:u w:val="none"/>
        </w:rPr>
        <w:t xml:space="preserve"> [1NQ]</w:t>
      </w:r>
      <w:r>
        <w:rPr/>
        <w:t xml:space="preserve">, and </w:t>
      </w:r>
      <w:r>
        <w:rPr>
          <w:shd w:val="clear" w:fill="B7DDE8"/>
        </w:rPr>
        <w:t>if you do not listen to the words of My servants the prophets, whom I have sent you again and again even though you did not listen</w:t>
      </w:r>
      <w:r>
        <w:rPr>
          <w:b w:val="false"/>
          <w:i w:val="false"/>
          <w:color w:val="000000"/>
          <w:u w:val="none"/>
        </w:rPr>
        <w:t xml:space="preserve"> [1NR]</w:t>
      </w:r>
      <w:r>
        <w:rPr/>
        <w:t xml:space="preserve">, </w:t>
      </w:r>
      <w:r>
        <w:rPr>
          <w:shd w:val="clear" w:fill="B7DDE8"/>
        </w:rPr>
        <w:t>then I will make this house like Shiloh</w:t>
      </w:r>
      <w:r>
        <w:rPr>
          <w:b w:val="false"/>
          <w:i w:val="false"/>
          <w:color w:val="000000"/>
          <w:u w:val="none"/>
        </w:rPr>
        <w:t xml:space="preserve"> [1NS]</w:t>
      </w:r>
      <w:r>
        <w:rPr/>
        <w:t xml:space="preserve">, and </w:t>
      </w:r>
      <w:r>
        <w:rPr>
          <w:shd w:val="clear" w:fill="B7DDE8"/>
        </w:rPr>
        <w:t>I will make this city an object of cursing among all the nations of the earth</w:t>
      </w:r>
      <w:r>
        <w:rPr>
          <w:b w:val="false"/>
          <w:i w:val="false"/>
          <w:color w:val="000000"/>
          <w:u w:val="none"/>
        </w:rPr>
        <w:t xml:space="preserve"> [1NT]</w:t>
      </w:r>
      <w:r>
        <w:rPr/>
        <w:t>.’</w:t>
      </w:r>
    </w:p>
    <w:p>
      <w:pPr>
        <w:pStyle w:val="Yellow"/>
        <w:rPr/>
      </w:pPr>
      <w:r>
        <w:rPr/>
        <w:t xml:space="preserve">(Eze3:17ᶜ “I have made you a watchman”) </w:t>
      </w:r>
      <w:r>
        <w:rPr>
          <w:b/>
        </w:rPr>
        <w:t xml:space="preserve">Ezekiel 3:18-19</w:t>
      </w:r>
      <w:r>
        <w:rPr/>
        <w:t xml:space="preserve"> — </w:t>
      </w:r>
      <w:r>
        <w:rPr>
          <w:shd w:fill="B7DDE8" w:val="clear"/>
        </w:rPr>
        <w:t xml:space="preserve">If I say to the wicked man, ‘You will surely die,’ but you do not warn him or speak out to warn him from his wicked way to save his life</w:t>
      </w:r>
      <w:r>
        <w:rPr>
          <w:b w:val="false"/>
          <w:i w:val="false"/>
          <w:color w:val="000000"/>
          <w:u w:val="none"/>
        </w:rPr>
        <w:t xml:space="preserve"> [1ISO]</w:t>
      </w:r>
      <w:r>
        <w:rPr/>
        <w:t xml:space="preserve">, </w:t>
      </w:r>
      <w:r>
        <w:rPr>
          <w:shd w:fill="B7DDE8" w:val="clear"/>
        </w:rPr>
        <w:t xml:space="preserve">that wicked man will die in his iniquity</w:t>
      </w:r>
      <w:r>
        <w:rPr>
          <w:b w:val="false"/>
          <w:i w:val="false"/>
          <w:color w:val="000000"/>
          <w:u w:val="none"/>
        </w:rPr>
        <w:t xml:space="preserve"> [2ISP]</w:t>
      </w:r>
      <w:r>
        <w:rPr/>
        <w:t xml:space="preserve">, and </w:t>
      </w:r>
      <w:r>
        <w:rPr>
          <w:shd w:fill="B7DDE8" w:val="clear"/>
        </w:rPr>
        <w:t xml:space="preserve">I will hold you responsible for his blood</w:t>
      </w:r>
      <w:r>
        <w:rPr>
          <w:b w:val="false"/>
          <w:i w:val="false"/>
          <w:color w:val="000000"/>
          <w:u w:val="none"/>
        </w:rPr>
        <w:t xml:space="preserve"> [2ISQ]</w:t>
      </w:r>
      <w:r>
        <w:rPr/>
        <w:t xml:space="preserve">. But </w:t>
      </w:r>
      <w:r>
        <w:rPr>
          <w:shd w:fill="B7DDE8" w:val="clear"/>
        </w:rPr>
        <w:t xml:space="preserve">if you warn a wicked man and he does not turn from his wickedness and his wicked way</w:t>
      </w:r>
      <w:r>
        <w:rPr>
          <w:b w:val="false"/>
          <w:i w:val="false"/>
          <w:u w:val="none"/>
          <w:color w:val="000000"/>
        </w:rPr>
        <w:t xml:space="preserve"> [2ISR]</w:t>
      </w:r>
      <w:r>
        <w:rPr/>
        <w:t xml:space="preserve">, </w:t>
      </w:r>
      <w:r>
        <w:rPr>
          <w:shd w:fill="B7DDE8" w:val="clear"/>
        </w:rPr>
        <w:t xml:space="preserve">he will die in his iniquity</w:t>
      </w:r>
      <w:r>
        <w:rPr>
          <w:b w:val="false"/>
          <w:i w:val="false"/>
          <w:color w:val="000000"/>
          <w:u w:val="none"/>
        </w:rPr>
        <w:t xml:space="preserve"> [2ISP]</w:t>
      </w:r>
      <w:r>
        <w:rPr/>
        <w:t xml:space="preserve">, but </w:t>
      </w:r>
      <w:r>
        <w:rPr>
          <w:shd w:fill="B7DDE8" w:val="clear"/>
        </w:rPr>
        <w:t xml:space="preserve">you will have saved yourself</w:t>
      </w:r>
      <w:r>
        <w:rPr>
          <w:b w:val="false"/>
          <w:i w:val="false"/>
          <w:color w:val="000000"/>
          <w:u w:val="none"/>
        </w:rPr>
        <w:t xml:space="preserve"> [3ISS]</w:t>
      </w:r>
      <w:r>
        <w:rPr/>
        <w:t xml:space="preserve">.</w:t>
      </w:r>
    </w:p>
    <w:p>
      <w:pPr>
        <w:pStyle w:val="Yellow"/>
        <w:rPr/>
      </w:pPr>
      <w:r>
        <w:rPr>
          <w:u w:val="none"/>
        </w:rPr>
        <w:t xml:space="preserve">(Eze3:17ᶜ “I have made you a watchman” / If don’t warn wicked he “will die”¹) </w:t>
      </w:r>
      <w:r>
        <w:rPr>
          <w:b/>
          <w:u w:val="none"/>
        </w:rPr>
        <w:t xml:space="preserve">Ezekiel 3:20-21</w:t>
      </w:r>
      <w:r>
        <w:rPr>
          <w:u w:val="none"/>
        </w:rPr>
        <w:t xml:space="preserve"> — {Now} </w:t>
      </w:r>
      <w:r>
        <w:rPr>
          <w:u w:val="none"/>
          <w:shd w:fill="B7DDE8" w:val="clear"/>
        </w:rPr>
        <w:t xml:space="preserve">if a righteous man turns from his righteousness and commits iniquity</w:t>
      </w:r>
      <w:r>
        <w:rPr>
          <w:b w:val="false"/>
          <w:i w:val="false"/>
          <w:u w:val="none"/>
          <w:color w:val="000000"/>
        </w:rPr>
        <w:t xml:space="preserve"> [4IST]</w:t>
      </w:r>
      <w:r>
        <w:rPr>
          <w:u w:val="none"/>
        </w:rPr>
        <w:t xml:space="preserve">, and </w:t>
      </w:r>
      <w:r>
        <w:rPr>
          <w:u w:val="none"/>
          <w:shd w:fill="B7DDE8" w:val="clear"/>
        </w:rPr>
        <w:t xml:space="preserve">I put a stumbling block before him</w:t>
      </w:r>
      <w:r>
        <w:rPr>
          <w:b w:val="false"/>
          <w:i w:val="false"/>
          <w:color w:val="000000"/>
          <w:u w:val="none"/>
        </w:rPr>
        <w:t xml:space="preserve"> [1ISU]</w:t>
      </w:r>
      <w:r>
        <w:rPr>
          <w:u w:val="none"/>
        </w:rPr>
        <w:t xml:space="preserve">, </w:t>
      </w:r>
      <w:r>
        <w:rPr>
          <w:u w:val="none"/>
          <w:shd w:fill="B7DDE8" w:val="clear"/>
        </w:rPr>
        <w:t xml:space="preserve">he will die</w:t>
      </w:r>
      <w:r>
        <w:rPr>
          <w:b w:val="false"/>
          <w:i w:val="false"/>
          <w:u w:val="none"/>
          <w:color w:val="000000"/>
        </w:rPr>
        <w:t xml:space="preserve"> [3ISV]</w:t>
      </w:r>
      <w:r>
        <w:rPr>
          <w:u w:val="none"/>
        </w:rPr>
        <w:t xml:space="preserve">. </w:t>
      </w:r>
      <w:r>
        <w:rPr>
          <w:u w:val="none"/>
          <w:shd w:fill="B7DDE8" w:val="clear"/>
        </w:rPr>
        <w:t xml:space="preserve">If you did not warn him, he will die in his sin</w:t>
      </w:r>
      <w:r>
        <w:rPr>
          <w:b w:val="false"/>
          <w:i w:val="false"/>
          <w:color w:val="000000"/>
          <w:u w:val="none"/>
        </w:rPr>
        <w:t xml:space="preserve"> [1ISW]</w:t>
      </w:r>
      <w:r>
        <w:rPr>
          <w:u w:val="none"/>
        </w:rPr>
        <w:t xml:space="preserve">, and </w:t>
      </w:r>
      <w:r>
        <w:rPr>
          <w:u w:val="none"/>
          <w:shd w:fill="B7DDE8" w:val="clear"/>
        </w:rPr>
        <w:t xml:space="preserve">the righteous acts he did will not be remembered</w:t>
      </w:r>
      <w:r>
        <w:rPr>
          <w:b w:val="false"/>
          <w:i w:val="false"/>
          <w:u w:val="none"/>
          <w:color w:val="000000"/>
        </w:rPr>
        <w:t xml:space="preserve"> [3ISX]</w:t>
      </w:r>
      <w:r>
        <w:rPr>
          <w:u w:val="none"/>
        </w:rPr>
        <w:t xml:space="preserve">. And </w:t>
      </w:r>
      <w:r>
        <w:rPr>
          <w:u w:val="none"/>
          <w:shd w:fill="B7DDE8" w:val="clear"/>
        </w:rPr>
        <w:t xml:space="preserve">I will hold you responsible for his blood</w:t>
      </w:r>
      <w:r>
        <w:rPr>
          <w:b w:val="false"/>
          <w:i w:val="false"/>
          <w:color w:val="000000"/>
          <w:u w:val="none"/>
        </w:rPr>
        <w:t xml:space="preserve"> [2ISQ]</w:t>
      </w:r>
      <w:r>
        <w:rPr>
          <w:u w:val="none"/>
        </w:rPr>
        <w:t xml:space="preserve">.But </w:t>
      </w:r>
      <w:r>
        <w:rPr>
          <w:u w:val="none"/>
          <w:shd w:fill="B7DDE8" w:val="clear"/>
        </w:rPr>
        <w:t xml:space="preserve">if you warn the righteous man not to sin, and he does not sin</w:t>
      </w:r>
      <w:r>
        <w:rPr>
          <w:b w:val="false"/>
          <w:i w:val="false"/>
          <w:color w:val="000000"/>
          <w:u w:val="none"/>
        </w:rPr>
        <w:t xml:space="preserve"> [1ISY]</w:t>
      </w:r>
      <w:r>
        <w:rPr>
          <w:u w:val="none"/>
        </w:rPr>
        <w:t xml:space="preserve">, </w:t>
      </w:r>
      <w:r>
        <w:rPr>
          <w:u w:val="none"/>
          <w:shd w:fill="B7DDE8" w:val="clear"/>
        </w:rPr>
        <w:t xml:space="preserve">he will indeed live because he heeded your warning</w:t>
      </w:r>
      <w:r>
        <w:rPr>
          <w:b w:val="false"/>
          <w:i w:val="false"/>
          <w:color w:val="000000"/>
          <w:u w:val="none"/>
        </w:rPr>
        <w:t xml:space="preserve"> [1ISZ]</w:t>
      </w:r>
      <w:r>
        <w:rPr>
          <w:u w:val="none"/>
        </w:rPr>
        <w:t xml:space="preserve">, and </w:t>
      </w:r>
      <w:r>
        <w:rPr>
          <w:u w:val="none"/>
          <w:shd w:fill="B7DDE8" w:val="clear"/>
        </w:rPr>
        <w:t xml:space="preserve">you will have saved yourself</w:t>
      </w:r>
      <w:r>
        <w:rPr>
          <w:b w:val="false"/>
          <w:i w:val="false"/>
          <w:color w:val="000000"/>
          <w:u w:val="none"/>
        </w:rPr>
        <w:t xml:space="preserve"> [3ISS]</w:t>
      </w:r>
      <w:r>
        <w:rPr>
          <w:u w:val="none"/>
        </w:rPr>
        <w:t xml:space="preserve">.”</w:t>
      </w:r>
    </w:p>
    <w:p>
      <w:pPr>
        <w:pStyle w:val="Yellow"/>
        <w:rPr/>
        <w:pBdr>
          <w:left w:val="single" w:sz="28" w:space="5" w:color="C00000"/>
        </w:pBdr>
      </w:pPr>
      <w:r>
        <w:rPr>
          <w:b/>
        </w:rPr>
        <w:t xml:space="preserve">Malachi 2:9</w:t>
      </w:r>
      <w:r>
        <w:rPr/>
        <w:t xml:space="preserve"> — So </w:t>
      </w:r>
      <w:r>
        <w:rPr>
          <w:shd w:fill="B7DDE8" w:val="clear"/>
        </w:rPr>
        <w:t xml:space="preserve">I in turn have made you despised and humiliated before all the people</w:t>
      </w:r>
      <w:r>
        <w:rPr>
          <w:b w:val="false"/>
          <w:i w:val="false"/>
          <w:color w:val="000000"/>
          <w:u w:val="none"/>
        </w:rPr>
        <w:t xml:space="preserve"> [1GYR]</w:t>
      </w:r>
      <w:r>
        <w:rPr/>
        <w:t xml:space="preserve">, because </w:t>
      </w:r>
      <w:r>
        <w:rPr>
          <w:shd w:fill="B7DDE8" w:val="clear"/>
        </w:rPr>
        <w:t xml:space="preserve">you have not kept My ways</w:t>
      </w:r>
      <w:r>
        <w:rPr>
          <w:b w:val="false"/>
          <w:i w:val="false"/>
          <w:u w:val="none"/>
          <w:color w:val="000000"/>
        </w:rPr>
        <w:t xml:space="preserve"> [1GYS]</w:t>
      </w:r>
      <w:r>
        <w:rPr>
          <w:shd w:val="clear" w:color="auto" w:fill="548235"/>
          <w:color w:val="FFFFFF"/>
        </w:rPr>
        <w:t xml:space="preserve">, but </w:t>
      </w:r>
      <w:r>
        <w:rPr>
          <w:shd w:fill="548235" w:val="clear" w:color="auto"/>
          <w:color w:val="FFFFFF"/>
        </w:rPr>
        <w:t xml:space="preserve">have shown partiality in matters of the law</w:t>
      </w:r>
      <w:r>
        <w:rPr>
          <w:b w:val="false"/>
          <w:i w:val="false"/>
          <w:color w:val="FFFFFF"/>
          <w:u w:val="none"/>
          <w:shd w:val="clear" w:color="auto" w:fill="548235"/>
        </w:rPr>
        <w:t xml:space="preserve"> [1GYT]</w:t>
      </w:r>
      <w:r>
        <w:rPr>
          <w:shd w:val="clear" w:color="auto" w:fill="548235"/>
          <w:color w:val="FFFFFF"/>
        </w:rPr>
        <w:t xml:space="preserve">.</w:t>
      </w:r>
    </w:p>
    <w:p>
      <w:pPr>
        <w:pStyle w:val="Yellow"/>
        <w:rPr/>
      </w:pPr>
      <w:r>
        <w:rPr>
          <w:b/>
          <w:shd w:val="clear" w:color="auto" w:fill="F4B183"/>
          <w:color w:val="000000"/>
        </w:rPr>
        <w:t>Matthew 10:10</w:t>
      </w:r>
      <w:r>
        <w:rPr>
          <w:shd w:val="clear" w:color="auto" w:fill="F4B183"/>
          <w:color w:val="000000"/>
        </w:rPr>
        <w:t xml:space="preserve"> — for </w:t>
      </w:r>
      <w:r>
        <w:rPr>
          <w:shd w:fill="F4B183" w:val="clear" w:color="auto"/>
          <w:color w:val="000000"/>
        </w:rPr>
        <w:t>the worker is worthy of his provisions</w:t>
      </w:r>
      <w:r>
        <w:rPr>
          <w:b w:val="false"/>
          <w:i w:val="false"/>
          <w:color w:val="000000"/>
          <w:u w:val="none"/>
          <w:shd w:val="clear" w:color="auto" w:fill="F4B183"/>
        </w:rPr>
        <w:t xml:space="preserve"> [1LYM]</w:t>
      </w:r>
      <w:r>
        <w:rPr>
          <w:shd w:val="clear" w:color="auto" w:fill="F4B183"/>
          <w:color w:val="000000"/>
        </w:rPr>
        <w:t>.</w:t>
      </w:r>
    </w:p>
    <w:p>
      <w:pPr>
        <w:pStyle w:val="Yellow"/>
        <w:rPr/>
      </w:pPr>
      <w:r>
        <w:rPr/>
        <w:t xml:space="preserve">(Mt10:32 “My Father in heaven”¹) </w:t>
      </w:r>
      <w:r>
        <w:rPr>
          <w:b/>
        </w:rPr>
        <w:t>Matthew 10:40</w:t>
      </w:r>
      <w:r>
        <w:rPr/>
        <w:t xml:space="preserve"> — </w:t>
      </w:r>
      <w:r>
        <w:rPr>
          <w:shd w:fill="B7DDE8" w:val="clear"/>
        </w:rPr>
        <w:t>He who receives you receives Me</w:t>
      </w:r>
      <w:r>
        <w:rPr>
          <w:b w:val="false"/>
          <w:i w:val="false"/>
          <w:color w:val="000000"/>
          <w:u w:val="none"/>
        </w:rPr>
        <w:t xml:space="preserve"> [2MAM]</w:t>
      </w:r>
      <w:r>
        <w:rPr/>
        <w:t xml:space="preserve">, and </w:t>
      </w:r>
      <w:r>
        <w:rPr>
          <w:shd w:fill="B7DDE8" w:val="clear"/>
        </w:rPr>
        <w:t>he who receives Me receives {the One who sent Me}</w:t>
      </w:r>
      <w:r>
        <w:rPr>
          <w:b w:val="false"/>
          <w:i w:val="false"/>
          <w:color w:val="000000"/>
          <w:u w:val="none"/>
        </w:rPr>
        <w:t xml:space="preserve"> [4GOO]</w:t>
      </w:r>
      <w:r>
        <w:rPr/>
        <w:t>.</w:t>
      </w:r>
    </w:p>
    <w:p>
      <w:pPr>
        <w:pStyle w:val="Yellow"/>
        <w:rPr/>
      </w:pPr>
      <w:r>
        <w:rPr/>
        <w:t xml:space="preserve">(Lk10:1ᶜ Those “seventy-two others” Jesus “sent”) </w:t>
      </w:r>
      <w:r>
        <w:rPr>
          <w:b/>
        </w:rPr>
        <w:t>Luke 10:16</w:t>
      </w:r>
      <w:r>
        <w:rPr/>
        <w:t xml:space="preserve"> — </w:t>
      </w:r>
      <w:r>
        <w:rPr>
          <w:shd w:fill="B7DDE8" w:val="clear"/>
        </w:rPr>
        <w:t>Whoever listens to you listens to Me</w:t>
      </w:r>
      <w:r>
        <w:rPr>
          <w:b w:val="false"/>
          <w:i w:val="false"/>
          <w:color w:val="000000"/>
          <w:u w:val="none"/>
        </w:rPr>
        <w:t xml:space="preserve"> [1LZZ]</w:t>
      </w:r>
      <w:r>
        <w:rPr/>
        <w:t xml:space="preserve">; </w:t>
      </w:r>
      <w:r>
        <w:rPr>
          <w:shd w:fill="B7DDE8" w:val="clear"/>
        </w:rPr>
        <w:t>whoever rejects you rejects Me</w:t>
      </w:r>
      <w:r>
        <w:rPr>
          <w:b w:val="false"/>
          <w:i w:val="false"/>
          <w:color w:val="000000"/>
          <w:u w:val="none"/>
        </w:rPr>
        <w:t xml:space="preserve"> [1MAA]</w:t>
      </w:r>
      <w:r>
        <w:rPr/>
        <w:t xml:space="preserve">; and </w:t>
      </w:r>
      <w:r>
        <w:rPr>
          <w:shd w:fill="B7DDE8" w:val="clear"/>
        </w:rPr>
        <w:t>whoever rejects Me rejects the One who sent Me</w:t>
      </w:r>
      <w:r>
        <w:rPr>
          <w:b w:val="false"/>
          <w:i w:val="false"/>
          <w:color w:val="000000"/>
          <w:u w:val="none"/>
        </w:rPr>
        <w:t xml:space="preserve"> [1MAB]</w:t>
      </w:r>
      <w:r>
        <w:rPr/>
        <w:t>.</w:t>
      </w:r>
    </w:p>
    <w:p>
      <w:pPr>
        <w:pStyle w:val="Yellow"/>
        <w:rPr/>
      </w:pPr>
      <w:r>
        <w:rPr>
          <w:b/>
        </w:rPr>
        <w:t xml:space="preserve">Luke 16:31</w:t>
      </w:r>
      <w:r>
        <w:rPr/>
        <w:t xml:space="preserve"> — ‘</w:t>
      </w:r>
      <w:r>
        <w:rPr>
          <w:shd w:fill="B7DDE8" w:val="clear"/>
        </w:rPr>
        <w:t xml:space="preserve">If they do not listen to Moses and the Prophets</w:t>
      </w:r>
      <w:r>
        <w:rPr>
          <w:b w:val="false"/>
          <w:i w:val="false"/>
          <w:color w:val="000000"/>
          <w:u w:val="none"/>
        </w:rPr>
        <w:t xml:space="preserve"> [1JXS]</w:t>
      </w:r>
      <w:r>
        <w:rPr/>
        <w:t xml:space="preserve">, </w:t>
      </w:r>
      <w:r>
        <w:rPr>
          <w:shd w:fill="B7DDE8" w:val="clear"/>
        </w:rPr>
        <w:t xml:space="preserve">they will not be persuaded even if someone rises from the dead</w:t>
      </w:r>
      <w:r>
        <w:rPr>
          <w:b w:val="false"/>
          <w:i w:val="false"/>
          <w:color w:val="000000"/>
          <w:u w:val="none"/>
        </w:rPr>
        <w:t xml:space="preserve"> [1JXT]</w:t>
      </w:r>
      <w:r>
        <w:rPr/>
        <w:t xml:space="preserve">.’”</w:t>
      </w:r>
    </w:p>
    <w:p>
      <w:pPr>
        <w:pStyle w:val="Yellow"/>
        <w:rPr/>
        <w:pBdr>
          <w:left w:val="single" w:sz="28" w:space="5" w:color="C00000"/>
        </w:pBdr>
      </w:pPr>
      <w:r>
        <w:rPr>
          <w:u w:val="none"/>
        </w:rPr>
        <w:t xml:space="preserve">(Jn6:51 Jesus said, “I am the living bread”) </w:t>
      </w:r>
      <w:r>
        <w:rPr>
          <w:b/>
          <w:u w:val="none"/>
        </w:rPr>
        <w:t>John 6:63</w:t>
      </w:r>
      <w:r>
        <w:rPr>
          <w:u w:val="none"/>
        </w:rPr>
        <w:t xml:space="preserve"> — </w:t>
      </w:r>
      <w:r>
        <w:rPr>
          <w:u w:val="none"/>
          <w:shd w:val="clear" w:color="auto" w:fill="D9C3E6"/>
        </w:rPr>
        <w:t>The Spirit gives life</w:t>
      </w:r>
      <w:r>
        <w:rPr>
          <w:b w:val="false"/>
          <w:i w:val="false"/>
          <w:color w:val="000000"/>
          <w:u w:val="none"/>
        </w:rPr>
        <w:t xml:space="preserve"> [2ADD]</w:t>
      </w:r>
      <w:r>
        <w:rPr>
          <w:u w:val="none"/>
          <w:shd w:val="clear" w:color="auto" w:fill="D9C3E6"/>
        </w:rPr>
        <w:t xml:space="preserve">; </w:t>
      </w:r>
      <w:r>
        <w:rPr>
          <w:u w:val="none"/>
          <w:shd w:fill="B7DDE8" w:val="clear"/>
        </w:rPr>
        <w:t>the flesh profits nothing</w:t>
      </w:r>
      <w:r>
        <w:rPr>
          <w:b w:val="false"/>
          <w:i w:val="false"/>
          <w:color w:val="000000"/>
          <w:u w:val="none"/>
        </w:rPr>
        <w:t xml:space="preserve"> [1BHO]</w:t>
      </w:r>
      <w:r>
        <w:rPr>
          <w:u w:val="none"/>
        </w:rPr>
        <w:t xml:space="preserve">. </w:t>
      </w:r>
      <w:r>
        <w:rPr>
          <w:u w:val="none"/>
          <w:shd w:fill="B7DDE8" w:val="clear"/>
        </w:rPr>
        <w:t>The words I have spoken to you are spirit</w:t>
      </w:r>
      <w:r>
        <w:rPr>
          <w:b w:val="false"/>
          <w:i w:val="false"/>
          <w:color w:val="000000"/>
          <w:u w:val="none"/>
        </w:rPr>
        <w:t xml:space="preserve"> [1BHP]</w:t>
      </w:r>
      <w:r>
        <w:rPr>
          <w:u w:val="none"/>
        </w:rPr>
        <w:t xml:space="preserve"> and </w:t>
      </w:r>
      <w:r>
        <w:rPr>
          <w:u w:val="none"/>
          <w:shd w:fill="B7DDE8" w:val="clear"/>
        </w:rPr>
        <w:t>they are life</w:t>
      </w:r>
      <w:r>
        <w:rPr>
          <w:b w:val="false"/>
          <w:i w:val="false"/>
          <w:color w:val="000000"/>
          <w:u w:val="none"/>
        </w:rPr>
        <w:t xml:space="preserve"> [1BHQ]</w:t>
      </w:r>
      <w:r>
        <w:rPr>
          <w:u w:val="none"/>
        </w:rPr>
        <w:t>.</w:t>
      </w:r>
    </w:p>
    <w:p>
      <w:pPr>
        <w:pStyle w:val="Yellow"/>
        <w:rPr/>
      </w:pPr>
      <w:r>
        <w:rPr>
          <w:shd w:val="clear" w:color="auto" w:fill="C00000"/>
          <w:color w:val="FFFFFF"/>
        </w:rPr>
        <w:t xml:space="preserve">(Jn12:49 The Father) </w:t>
      </w:r>
      <w:r>
        <w:rPr>
          <w:b/>
          <w:shd w:val="clear" w:color="auto" w:fill="C00000"/>
          <w:color w:val="FFFFFF"/>
        </w:rPr>
        <w:t>John 13:20</w:t>
      </w:r>
      <w:r>
        <w:rPr>
          <w:shd w:val="clear" w:color="auto" w:fill="C00000"/>
          <w:color w:val="FFFFFF"/>
        </w:rPr>
        <w:t xml:space="preserve"> — Truly, truly, I tell you, </w:t>
      </w:r>
      <w:r>
        <w:rPr>
          <w:shd w:val="clear" w:color="auto" w:fill="C00000"/>
          <w:color w:val="FFFFFF"/>
        </w:rPr>
        <w:t>whoever receives the one I send receives Me</w:t>
      </w:r>
      <w:r>
        <w:rPr>
          <w:b w:val="false"/>
          <w:i w:val="false"/>
          <w:u w:val="none"/>
          <w:shd w:val="clear" w:color="auto" w:fill="C00000"/>
          <w:color w:val="FFFFFF"/>
        </w:rPr>
        <w:t xml:space="preserve"> [2MAM]</w:t>
      </w:r>
      <w:r>
        <w:rPr>
          <w:shd w:val="clear" w:color="auto" w:fill="C00000"/>
          <w:color w:val="FFFFFF"/>
        </w:rPr>
        <w:t xml:space="preserve">, and </w:t>
      </w:r>
      <w:r>
        <w:rPr>
          <w:shd w:val="clear" w:color="auto" w:fill="C00000"/>
          <w:color w:val="FFFFFF"/>
        </w:rPr>
        <w:t>whoever receives Me receives {the One who sent Me}</w:t>
      </w:r>
      <w:r>
        <w:rPr>
          <w:b w:val="false"/>
          <w:i w:val="false"/>
          <w:u w:val="none"/>
          <w:shd w:val="clear" w:color="auto" w:fill="C00000"/>
          <w:color w:val="FFFFFF"/>
        </w:rPr>
        <w:t xml:space="preserve"> [4GOO]</w:t>
      </w:r>
      <w:r>
        <w:rPr>
          <w:shd w:val="clear" w:color="auto" w:fill="C00000"/>
          <w:color w:val="FFFFFF"/>
        </w:rPr>
        <w:t>.</w:t>
      </w:r>
    </w:p>
    <w:p>
      <w:pPr>
        <w:pStyle w:val="Yellow"/>
        <w:rPr/>
      </w:pPr>
      <w:r>
        <w:rPr/>
        <w:t xml:space="preserve">(Ac3:20 Jesus) </w:t>
      </w:r>
      <w:r>
        <w:rPr>
          <w:b/>
        </w:rPr>
        <w:t xml:space="preserve">Acts 3:23</w:t>
      </w:r>
      <w:r>
        <w:rPr/>
        <w:t xml:space="preserve"> — </w:t>
      </w:r>
      <w:r>
        <w:rPr>
          <w:shd w:fill="B7DDE8" w:val="clear"/>
        </w:rPr>
        <w:t xml:space="preserve">Everyone who does not listen to {Him} will be completely cut off from among his people</w:t>
      </w:r>
      <w:r>
        <w:rPr>
          <w:b w:val="false"/>
          <w:i w:val="false"/>
          <w:color w:val="000000"/>
          <w:u w:val="none"/>
        </w:rPr>
        <w:t xml:space="preserve"> [1JMF]</w:t>
      </w:r>
      <w:r>
        <w:rPr/>
        <w:t xml:space="preserve">.’</w:t>
      </w:r>
    </w:p>
    <w:p>
      <w:pPr>
        <w:pStyle w:val="Yellow"/>
        <w:rPr/>
        <w:pBdr>
          <w:left w:val="single" w:sz="28" w:space="5" w:color="C00000"/>
        </w:pBdr>
      </w:pPr>
      <w:r>
        <w:rPr/>
        <w:t xml:space="preserve">(Ac13:11ᶜ “Elymas the sorcerer”: “mist and darkness came over him”¹) </w:t>
      </w:r>
      <w:r>
        <w:rPr>
          <w:b/>
        </w:rPr>
        <w:t>Acts 13:12</w:t>
      </w:r>
      <w:r>
        <w:rPr/>
        <w:t xml:space="preserve"> — </w:t>
      </w:r>
      <w:r>
        <w:rPr>
          <w:shd w:val="clear" w:fill="F4B183" w:color="auto"/>
          <w:color w:val="000000"/>
        </w:rPr>
        <w:t>When the proconsul saw {what had happened}, he believed</w:t>
      </w:r>
      <w:r>
        <w:rPr>
          <w:b w:val="false"/>
          <w:i w:val="false"/>
          <w:color w:val="000000"/>
          <w:u w:val="none"/>
          <w:shd w:val="clear" w:color="auto" w:fill="F4B183"/>
        </w:rPr>
        <w:t xml:space="preserve"> [1DDC]</w:t>
      </w:r>
      <w:r>
        <w:rPr>
          <w:shd w:val="clear" w:color="auto" w:fill="548235"/>
          <w:color w:val="FFFFFF"/>
        </w:rPr>
        <w:t xml:space="preserve">, </w:t>
      </w:r>
      <w:r>
        <w:rPr>
          <w:shd w:val="clear" w:fill="548235" w:color="auto"/>
          <w:color w:val="FFFFFF"/>
        </w:rPr>
        <w:t>for he was astonished at the teaching about the Lord</w:t>
      </w:r>
      <w:r>
        <w:rPr>
          <w:b w:val="false"/>
          <w:i w:val="false"/>
          <w:color w:val="FFFFFF"/>
          <w:u w:val="none"/>
          <w:shd w:val="clear" w:color="auto" w:fill="548235"/>
        </w:rPr>
        <w:t xml:space="preserve"> [1DDD]</w:t>
      </w:r>
      <w:r>
        <w:rPr>
          <w:shd w:val="clear" w:color="auto" w:fill="548235"/>
          <w:color w:val="FFFFFF"/>
        </w:rPr>
        <w:t>.</w:t>
      </w:r>
    </w:p>
    <w:p>
      <w:pPr>
        <w:pStyle w:val="Yellow"/>
        <w:rPr/>
      </w:pPr>
      <w:r>
        <w:rPr>
          <w:b/>
        </w:rPr>
        <w:t>Acts 17:11-12</w:t>
      </w:r>
      <w:r>
        <w:rPr/>
        <w:t xml:space="preserve"> — Now </w:t>
      </w:r>
      <w:r>
        <w:rPr>
          <w:shd w:fill="B7DDE8" w:val="clear"/>
        </w:rPr>
        <w:t>the Bereans were more noble-minded than the Thessalonians</w:t>
      </w:r>
      <w:r>
        <w:rPr>
          <w:b w:val="false"/>
          <w:i w:val="false"/>
          <w:color w:val="000000"/>
          <w:u w:val="none"/>
        </w:rPr>
        <w:t xml:space="preserve"> [1ZB]</w:t>
      </w:r>
      <w:r>
        <w:rPr/>
        <w:t xml:space="preserve">, for </w:t>
      </w:r>
      <w:r>
        <w:rPr>
          <w:shd w:fill="B7DDE8" w:val="clear"/>
        </w:rPr>
        <w:t>they received the message with great eagerness</w:t>
      </w:r>
      <w:r>
        <w:rPr>
          <w:b w:val="false"/>
          <w:i w:val="false"/>
          <w:color w:val="000000"/>
          <w:u w:val="none"/>
        </w:rPr>
        <w:t xml:space="preserve"> [1ZC]</w:t>
      </w:r>
      <w:r>
        <w:rPr/>
        <w:t xml:space="preserve"> and </w:t>
      </w:r>
      <w:r>
        <w:rPr>
          <w:shd w:fill="B7DDE8" w:val="clear"/>
        </w:rPr>
        <w:t>examined the Scriptures every day to see if these teachings were true</w:t>
      </w:r>
      <w:r>
        <w:rPr>
          <w:b w:val="false"/>
          <w:i w:val="false"/>
          <w:color w:val="000000"/>
          <w:u w:val="none"/>
        </w:rPr>
        <w:t xml:space="preserve"> [1ZD]</w:t>
      </w:r>
      <w:r>
        <w:rPr/>
        <w:t xml:space="preserve">. </w:t>
      </w:r>
      <w:r>
        <w:rPr>
          <w:shd w:fill="B7DDE8" w:val="clear"/>
        </w:rPr>
        <w:t>As a result, many of them believed</w:t>
      </w:r>
      <w:r>
        <w:rPr>
          <w:b w:val="false"/>
          <w:i w:val="false"/>
          <w:color w:val="000000"/>
          <w:u w:val="none"/>
        </w:rPr>
        <w:t xml:space="preserve"> [1ZE]</w:t>
      </w:r>
    </w:p>
    <w:p>
      <w:pPr>
        <w:pStyle w:val="Yellow"/>
        <w:rPr/>
      </w:pPr>
      <w:r>
        <w:rPr>
          <w:b/>
        </w:rPr>
        <w:t>1 Corinthians 3:6-7</w:t>
      </w:r>
      <w:r>
        <w:t xml:space="preserve"> — </w:t>
      </w:r>
      <w:r>
        <w:rPr>
          <w:shd w:fill="B7DDE8" w:val="clear"/>
        </w:rPr>
        <w:t>I planted the seed</w:t>
      </w:r>
      <w:r>
        <w:rPr>
          <w:b w:val="false"/>
          <w:i w:val="false"/>
          <w:color w:val="000000"/>
          <w:u w:val="none"/>
        </w:rPr>
        <w:t xml:space="preserve"> [1OB]</w:t>
      </w:r>
      <w:r>
        <w:t xml:space="preserve"> and </w:t>
      </w:r>
      <w:r>
        <w:rPr>
          <w:shd w:fill="B7DDE8" w:val="clear"/>
        </w:rPr>
        <w:t>Apollos watered it</w:t>
      </w:r>
      <w:r>
        <w:rPr>
          <w:b w:val="false"/>
          <w:i w:val="false"/>
          <w:color w:val="000000"/>
          <w:u w:val="none"/>
        </w:rPr>
        <w:t xml:space="preserve"> [1OC]</w:t>
      </w:r>
      <w:r>
        <w:t xml:space="preserve">, but </w:t>
      </w:r>
      <w:r>
        <w:rPr>
          <w:shd w:fill="B7DDE8" w:val="clear"/>
        </w:rPr>
        <w:t>God made it grow</w:t>
      </w:r>
      <w:r>
        <w:rPr>
          <w:b w:val="false"/>
          <w:i w:val="false"/>
          <w:color w:val="000000"/>
          <w:u w:val="none"/>
        </w:rPr>
        <w:t xml:space="preserve"> [1OD]</w:t>
      </w:r>
      <w:r>
        <w:t xml:space="preserve">. So </w:t>
      </w:r>
      <w:r>
        <w:rPr>
          <w:shd w:fill="B7DDE8" w:val="clear"/>
        </w:rPr>
        <w:t>neither he who plants nor he who waters is anything</w:t>
      </w:r>
      <w:r>
        <w:rPr>
          <w:b w:val="false"/>
          <w:i w:val="false"/>
          <w:color w:val="000000"/>
          <w:u w:val="none"/>
        </w:rPr>
        <w:t xml:space="preserve"> [1OE]</w:t>
      </w:r>
      <w:r>
        <w:t xml:space="preserve">, but </w:t>
      </w:r>
      <w:r>
        <w:rPr>
          <w:shd w:fill="B7DDE8" w:val="clear"/>
        </w:rPr>
        <w:t>only God, who makes things grow</w:t>
      </w:r>
      <w:r>
        <w:rPr>
          <w:b w:val="false"/>
          <w:i w:val="false"/>
          <w:color w:val="000000"/>
          <w:u w:val="none"/>
        </w:rPr>
        <w:t xml:space="preserve"> [1MFY]</w:t>
      </w:r>
      <w:r>
        <w:t>.</w:t>
      </w:r>
    </w:p>
    <w:p>
      <w:pPr>
        <w:pStyle w:val="Yellow"/>
        <w:rPr/>
      </w:pPr>
      <w:r>
        <w:rPr/>
        <w:t xml:space="preserve">(1Co9:13 “those who work in the temple eat of its food”) </w:t>
      </w:r>
      <w:r>
        <w:rPr>
          <w:b/>
        </w:rPr>
        <w:t xml:space="preserve">1 Corinthians 9:14</w:t>
      </w:r>
      <w:r>
        <w:rPr/>
        <w:t xml:space="preserve"> — {In the same way}, </w:t>
      </w:r>
      <w:r>
        <w:rPr>
          <w:shd w:fill="B7DDE8" w:val="clear"/>
        </w:rPr>
        <w:t xml:space="preserve">the Lord has prescribed that those who preach the gospel should receive their living from the gospel</w:t>
      </w:r>
      <w:r>
        <w:rPr>
          <w:b w:val="false"/>
          <w:i w:val="false"/>
          <w:color w:val="000000"/>
          <w:u w:val="none"/>
        </w:rPr>
        <w:t xml:space="preserve"> [1GKZ]</w:t>
      </w:r>
      <w:r>
        <w:rPr/>
        <w:t xml:space="preserve">.</w:t>
      </w:r>
    </w:p>
    <w:p>
      <w:pPr>
        <w:pStyle w:val="Yellow"/>
        <w:rPr/>
      </w:pPr>
      <w:r>
        <w:rPr>
          <w:b/>
        </w:rPr>
        <w:t xml:space="preserve">2 Corinthians 2:15-16</w:t>
      </w:r>
      <w:r>
        <w:rPr/>
        <w:t xml:space="preserve"> — For </w:t>
      </w:r>
      <w:r>
        <w:rPr>
          <w:shd w:fill="B7DDE8" w:val="clear"/>
        </w:rPr>
        <w:t xml:space="preserve">we are to God the sweet aroma of Christ among those who are being saved and those who are perishing</w:t>
      </w:r>
      <w:r>
        <w:rPr>
          <w:b w:val="false"/>
          <w:i w:val="false"/>
          <w:color w:val="000000"/>
          <w:u w:val="none"/>
        </w:rPr>
        <w:t xml:space="preserve"> [1IXD]</w:t>
      </w:r>
      <w:r>
        <w:rPr/>
        <w:t xml:space="preserve">. </w:t>
      </w:r>
      <w:r>
        <w:rPr>
          <w:shd w:fill="B7DDE8" w:val="clear"/>
        </w:rPr>
        <w:t xml:space="preserve">To the one, we are an odor of death and demise</w:t>
      </w:r>
      <w:r>
        <w:rPr>
          <w:b w:val="false"/>
          <w:i w:val="false"/>
          <w:color w:val="000000"/>
          <w:u w:val="none"/>
        </w:rPr>
        <w:t xml:space="preserve"> [1IXE]</w:t>
      </w:r>
      <w:r>
        <w:rPr/>
        <w:t xml:space="preserve">; </w:t>
      </w:r>
      <w:r>
        <w:rPr>
          <w:shd w:fill="B7DDE8" w:val="clear"/>
        </w:rPr>
        <w:t xml:space="preserve">to the other, a fragrance that brings life</w:t>
      </w:r>
      <w:r>
        <w:rPr>
          <w:b w:val="false"/>
          <w:i w:val="false"/>
          <w:color w:val="000000"/>
          <w:u w:val="none"/>
        </w:rPr>
        <w:t xml:space="preserve"> [1IXF]</w:t>
      </w:r>
      <w:r>
        <w:rPr/>
        <w:t xml:space="preserve">.</w:t>
      </w:r>
    </w:p>
    <w:p>
      <w:pPr>
        <w:pStyle w:val="Yellow"/>
        <w:rPr/>
      </w:pPr>
      <w:r>
        <w:rPr/>
        <w:t xml:space="preserve">&lt;45&gt;(Ep4:7 “Christ”) </w:t>
      </w:r>
      <w:r>
        <w:rPr>
          <w:b/>
        </w:rPr>
        <w:t xml:space="preserve">Ephesians 4:11–13</w:t>
      </w:r>
      <w:r>
        <w:rPr/>
        <w:t xml:space="preserve"> — And </w:t>
      </w:r>
      <w:r>
        <w:rPr>
          <w:shd w:fill="B7DDE8" w:val="clear"/>
        </w:rPr>
        <w:t xml:space="preserve">it was {He} who gave some to be apostles, some to be prophets, some to be evangelists, and some to be pastors and teachers</w:t>
      </w:r>
      <w:r>
        <w:rPr>
          <w:b w:val="false"/>
          <w:i w:val="false"/>
          <w:color w:val="000000"/>
          <w:u w:val="none"/>
        </w:rPr>
        <w:t xml:space="preserve"> [1GJH]</w:t>
      </w:r>
      <w:r>
        <w:rPr/>
        <w:t xml:space="preserve">, </w:t>
      </w:r>
      <w:r>
        <w:rPr>
          <w:shd w:fill="B7DDE8" w:val="clear"/>
        </w:rPr>
        <w:t xml:space="preserve">to equip the saints for works of ministry</w:t>
      </w:r>
      <w:r>
        <w:rPr>
          <w:b w:val="false"/>
          <w:i w:val="false"/>
          <w:color w:val="000000"/>
          <w:u w:val="none"/>
        </w:rPr>
        <w:t xml:space="preserve"> [1GJI]</w:t>
      </w:r>
      <w:r>
        <w:rPr/>
        <w:t xml:space="preserve"> and </w:t>
      </w:r>
      <w:r>
        <w:rPr>
          <w:shd w:fill="B7DDE8" w:val="clear"/>
        </w:rPr>
        <w:t xml:space="preserve">to build up the body of Christ</w:t>
      </w:r>
      <w:r>
        <w:rPr>
          <w:b w:val="false"/>
          <w:i w:val="false"/>
          <w:color w:val="000000"/>
          <w:u w:val="none"/>
        </w:rPr>
        <w:t xml:space="preserve"> [1GJJ]</w:t>
      </w:r>
      <w:r>
        <w:rPr/>
        <w:t xml:space="preserve">, </w:t>
      </w:r>
      <w:r>
        <w:rPr>
          <w:shd w:fill="B7DDE8" w:val="clear"/>
        </w:rPr>
        <w:t xml:space="preserve">until we all reach unity in the faith and in the knowledge of the Son of God</w:t>
      </w:r>
      <w:r>
        <w:rPr>
          <w:b w:val="false"/>
          <w:i w:val="false"/>
          <w:color w:val="000000"/>
          <w:u w:val="none"/>
        </w:rPr>
        <w:t xml:space="preserve"> [1GJK]</w:t>
      </w:r>
      <w:r>
        <w:rPr/>
        <w:t xml:space="preserve">, </w:t>
      </w:r>
      <w:r>
        <w:rPr>
          <w:shd w:fill="B7DDE8" w:val="clear"/>
        </w:rPr>
        <w:t xml:space="preserve">as we mature to the full measure of the stature of Christ</w:t>
      </w:r>
      <w:r>
        <w:rPr>
          <w:b w:val="false"/>
          <w:i w:val="false"/>
          <w:color w:val="000000"/>
          <w:u w:val="none"/>
        </w:rPr>
        <w:t xml:space="preserve"> [1GJL]</w:t>
      </w:r>
      <w:r>
        <w:rPr/>
        <w:t xml:space="preserve">.</w:t>
      </w:r>
    </w:p>
    <w:p>
      <w:pPr>
        <w:pStyle w:val="Yellow"/>
        <w:rPr/>
      </w:pPr>
      <w:r>
        <w:rPr/>
        <w:t xml:space="preserve">&lt;45&gt;</w:t>
      </w:r>
      <w:r>
        <w:rPr>
          <w:b/>
        </w:rPr>
        <w:t xml:space="preserve">Ephesians 4:14</w:t>
      </w:r>
      <w:r>
        <w:rPr/>
        <w:t xml:space="preserve"> — Then </w:t>
      </w:r>
      <w:r>
        <w:rPr>
          <w:shd w:fill="B7DDE8" w:val="clear"/>
        </w:rPr>
        <w:t xml:space="preserve">we will no longer be infants</w:t>
      </w:r>
      <w:r>
        <w:rPr>
          <w:b w:val="false"/>
          <w:i w:val="false"/>
          <w:color w:val="000000"/>
          <w:u w:val="none"/>
        </w:rPr>
        <w:t xml:space="preserve"> [1GJM]</w:t>
      </w:r>
      <w:r>
        <w:rPr/>
        <w:t xml:space="preserve">, </w:t>
      </w:r>
      <w:r>
        <w:rPr>
          <w:shd w:fill="B7DDE8" w:val="clear"/>
        </w:rPr>
        <w:t xml:space="preserve">tossed about by the waves and carried around by every wind of teaching and by the clever cunning of men in their deceitful scheming</w:t>
      </w:r>
      <w:r>
        <w:rPr>
          <w:b w:val="false"/>
          <w:i w:val="false"/>
          <w:color w:val="000000"/>
          <w:u w:val="none"/>
        </w:rPr>
        <w:t xml:space="preserve"> [1GJN]</w:t>
      </w:r>
      <w:r>
        <w:rPr/>
        <w:t xml:space="preserve">.</w:t>
      </w:r>
    </w:p>
    <w:p>
      <w:pPr>
        <w:pStyle w:val="Yellow"/>
        <w:rPr/>
      </w:pPr>
      <w:r>
        <w:rPr/>
        <w:t xml:space="preserve">&lt;45&gt;</w:t>
      </w:r>
      <w:r>
        <w:rPr>
          <w:b/>
        </w:rPr>
        <w:t xml:space="preserve">Ephesians 4:15</w:t>
      </w:r>
      <w:r>
        <w:rPr/>
        <w:t xml:space="preserve"> — Instead, </w:t>
      </w:r>
      <w:r>
        <w:rPr>
          <w:shd w:fill="B7DDE8" w:val="clear"/>
        </w:rPr>
        <w:t xml:space="preserve">speaking the truth in love</w:t>
      </w:r>
      <w:r>
        <w:rPr>
          <w:b w:val="false"/>
          <w:i w:val="false"/>
          <w:color w:val="000000"/>
          <w:u w:val="none"/>
        </w:rPr>
        <w:t xml:space="preserve"> [1GJO]</w:t>
      </w:r>
      <w:r>
        <w:rPr/>
        <w:t xml:space="preserve">, </w:t>
      </w:r>
      <w:r>
        <w:rPr>
          <w:shd w:fill="B7DDE8" w:val="clear"/>
        </w:rPr>
        <w:t xml:space="preserve">we will in all things grow up into Christ Himself</w:t>
      </w:r>
      <w:r>
        <w:rPr>
          <w:b w:val="false"/>
          <w:i w:val="false"/>
          <w:color w:val="000000"/>
          <w:u w:val="none"/>
        </w:rPr>
        <w:t xml:space="preserve"> [1GJP]</w:t>
      </w:r>
      <w:r>
        <w:rPr/>
        <w:t xml:space="preserve">, </w:t>
      </w:r>
      <w:r>
        <w:rPr>
          <w:shd w:fill="B7DDE8" w:val="clear"/>
        </w:rPr>
        <w:t xml:space="preserve">who is the head</w:t>
      </w:r>
      <w:r>
        <w:rPr>
          <w:b w:val="false"/>
          <w:i w:val="false"/>
          <w:color w:val="000000"/>
          <w:u w:val="none"/>
        </w:rPr>
        <w:t xml:space="preserve"> [1GJQ]</w:t>
      </w:r>
      <w:r>
        <w:rPr/>
        <w:t xml:space="preserve">.</w:t>
      </w:r>
    </w:p>
    <w:p>
      <w:pPr>
        <w:pStyle w:val="Yellow"/>
        <w:rPr/>
      </w:pPr>
      <w:r>
        <w:rPr>
          <w:b/>
          <w:u w:val="none"/>
        </w:rPr>
        <w:t>1 Timothy 1:15</w:t>
      </w:r>
      <w:r>
        <w:rPr>
          <w:u w:val="none"/>
        </w:rPr>
        <w:t xml:space="preserve"> — </w:t>
      </w:r>
      <w:r>
        <w:rPr>
          <w:u w:val="none"/>
          <w:shd w:fill="B7DDE8" w:val="clear"/>
        </w:rPr>
        <w:t>This is a trustworthy saying, worthy of full acceptance</w:t>
      </w:r>
      <w:r>
        <w:rPr>
          <w:b w:val="false"/>
          <w:i w:val="false"/>
          <w:color w:val="000000"/>
          <w:u w:val="none"/>
        </w:rPr>
        <w:t xml:space="preserve"> [1BPM]</w:t>
      </w:r>
      <w:r>
        <w:rPr>
          <w:u w:val="none"/>
        </w:rPr>
        <w:t xml:space="preserve">: </w:t>
      </w:r>
      <w:r>
        <w:rPr>
          <w:u w:val="none"/>
          <w:shd w:fill="B7DDE8" w:val="clear"/>
        </w:rPr>
        <w:t>Christ Jesus came into the world to save sinners</w:t>
      </w:r>
      <w:r>
        <w:rPr>
          <w:b w:val="false"/>
          <w:i w:val="false"/>
          <w:color w:val="000000"/>
          <w:u w:val="none"/>
        </w:rPr>
        <w:t xml:space="preserve"> [1BPN]</w:t>
      </w:r>
      <w:r>
        <w:rPr>
          <w:u w:val="none"/>
        </w:rPr>
        <w:t xml:space="preserve">, </w:t>
      </w:r>
      <w:r>
        <w:rPr>
          <w:u w:val="none"/>
          <w:shd w:fill="B7DDE8" w:val="clear"/>
        </w:rPr>
        <w:t>of whom I am the worst</w:t>
      </w:r>
      <w:r>
        <w:rPr>
          <w:b w:val="false"/>
          <w:i w:val="false"/>
          <w:color w:val="000000"/>
          <w:u w:val="none"/>
        </w:rPr>
        <w:t xml:space="preserve"> [2BPO]</w:t>
      </w:r>
      <w:r>
        <w:rPr>
          <w:u w:val="none"/>
        </w:rPr>
        <w:t>.</w:t>
      </w:r>
    </w:p>
    <w:p>
      <w:pPr>
        <w:pStyle w:val="Yellow"/>
        <w:rPr/>
      </w:pPr>
      <w:r>
        <w:rPr>
          <w:b/>
          <w:color w:val="auto"/>
        </w:rPr>
        <w:t>2 Timothy 3:16-17</w:t>
      </w:r>
      <w:r>
        <w:rPr>
          <w:color w:val="auto"/>
        </w:rPr>
        <w:t xml:space="preserve"> — </w:t>
      </w:r>
      <w:r>
        <w:rPr>
          <w:color w:val="auto"/>
        </w:rPr>
        <w:t>All Scripture is God-breathed</w:t>
      </w:r>
      <w:r>
        <w:rPr>
          <w:b w:val="false"/>
          <w:i w:val="false"/>
          <w:color w:val="auto"/>
          <w:u w:val="none"/>
        </w:rPr>
        <w:t xml:space="preserve"> [1VH]</w:t>
      </w:r>
      <w:r>
        <w:rPr>
          <w:color w:val="auto"/>
        </w:rPr>
        <w:t xml:space="preserve"> and </w:t>
      </w:r>
      <w:r>
        <w:rPr>
          <w:color w:val="auto"/>
        </w:rPr>
        <w:t xml:space="preserve">is useful for instruction, for conviction, for </w:t>
      </w:r>
      <w:r>
        <w:rPr>
          <w:color w:val="auto"/>
        </w:rPr>
        <w:t>correction</w:t>
      </w:r>
      <w:r>
        <w:rPr>
          <w:color w:val="auto"/>
        </w:rPr>
        <w:t>, and for training in righteousness</w:t>
      </w:r>
      <w:r>
        <w:rPr>
          <w:b w:val="false"/>
          <w:i w:val="false"/>
          <w:color w:val="auto"/>
          <w:u w:val="none"/>
        </w:rPr>
        <w:t xml:space="preserve"> [1VI]</w:t>
      </w:r>
      <w:r>
        <w:rPr>
          <w:color w:val="auto"/>
        </w:rPr>
        <w:t xml:space="preserve">, </w:t>
      </w:r>
      <w:r>
        <w:rPr>
          <w:color w:val="auto"/>
        </w:rPr>
        <w:t>so that the man of God may be complete, fully equipped for every good work</w:t>
      </w:r>
      <w:r>
        <w:rPr>
          <w:b w:val="false"/>
          <w:i w:val="false"/>
          <w:color w:val="auto"/>
          <w:u w:val="none"/>
        </w:rPr>
        <w:t xml:space="preserve"> [1VJ]</w:t>
      </w:r>
      <w:r>
        <w:rPr>
          <w:color w:val="auto"/>
        </w:rPr>
        <w:t>.</w:t>
      </w:r>
    </w:p>
    <w:p>
      <w:pPr>
        <w:pStyle w:val="Yellow"/>
        <w:rPr/>
      </w:pPr>
      <w:r>
        <w:rPr>
          <w:b/>
        </w:rPr>
        <w:t>Hebrews 4:12</w:t>
      </w:r>
      <w:r>
        <w:rPr/>
        <w:t xml:space="preserve"> — For </w:t>
      </w:r>
      <w:r>
        <w:rPr>
          <w:shd w:fill="B7DDE8" w:val="clear"/>
        </w:rPr>
        <w:t>the word of God is living and active</w:t>
      </w:r>
      <w:r>
        <w:rPr>
          <w:b w:val="false"/>
          <w:i w:val="false"/>
          <w:color w:val="000000"/>
          <w:u w:val="none"/>
        </w:rPr>
        <w:t xml:space="preserve"> [1AAP]</w:t>
      </w:r>
      <w:r>
        <w:rPr/>
        <w:t xml:space="preserve">. </w:t>
      </w:r>
      <w:r>
        <w:rPr>
          <w:shd w:fill="B7DDE8" w:val="clear"/>
        </w:rPr>
        <w:t>Sharper than any double-edged sword, it pierces even to dividing soul and spirit, joints and marrow</w:t>
      </w:r>
      <w:r>
        <w:rPr>
          <w:b w:val="false"/>
          <w:i w:val="false"/>
          <w:color w:val="000000"/>
          <w:u w:val="none"/>
        </w:rPr>
        <w:t xml:space="preserve"> [1AAQ]</w:t>
      </w:r>
      <w:r>
        <w:rPr/>
        <w:t xml:space="preserve">. </w:t>
      </w:r>
      <w:r>
        <w:rPr>
          <w:shd w:fill="B7DDE8" w:val="clear"/>
        </w:rPr>
        <w:t>It judges the thoughts and intentions of the heart</w:t>
      </w:r>
      <w:r>
        <w:rPr>
          <w:b w:val="false"/>
          <w:i w:val="false"/>
          <w:color w:val="000000"/>
          <w:u w:val="none"/>
        </w:rPr>
        <w:t xml:space="preserve"> [1AAR]</w:t>
      </w:r>
      <w:r>
        <w:rPr/>
        <w:t>.</w:t>
      </w:r>
    </w:p>
    <w:p>
      <w:pPr>
        <w:pStyle w:val="Yellow"/>
        <w:rPr/>
      </w:pPr>
      <w:r>
        <w:rPr>
          <w:b/>
        </w:rPr>
        <w:t>Hebrews 5:12–14</w:t>
      </w:r>
      <w:r>
        <w:rPr/>
        <w:t xml:space="preserve"> — Although </w:t>
      </w:r>
      <w:r>
        <w:rPr>
          <w:shd w:val="clear" w:fill="B7DDE8"/>
        </w:rPr>
        <w:t>by this time you ought to be teachers</w:t>
      </w:r>
      <w:r>
        <w:rPr>
          <w:b w:val="false"/>
          <w:i w:val="false"/>
          <w:color w:val="000000"/>
          <w:u w:val="none"/>
        </w:rPr>
        <w:t xml:space="preserve"> [1EED]</w:t>
      </w:r>
      <w:r>
        <w:rPr/>
        <w:t xml:space="preserve">, </w:t>
      </w:r>
      <w:r>
        <w:rPr>
          <w:shd w:val="clear" w:fill="B7DDE8"/>
        </w:rPr>
        <w:t>you need someone to reteach you the basic principles of God’s word</w:t>
      </w:r>
      <w:r>
        <w:rPr>
          <w:b w:val="false"/>
          <w:i w:val="false"/>
          <w:color w:val="000000"/>
          <w:u w:val="none"/>
        </w:rPr>
        <w:t xml:space="preserve"> [1EEE]</w:t>
      </w:r>
      <w:r>
        <w:rPr/>
        <w:t xml:space="preserve">. </w:t>
      </w:r>
      <w:r>
        <w:rPr>
          <w:shd w:val="clear" w:fill="B7DDE8"/>
        </w:rPr>
        <w:t>You need milk, not solid food</w:t>
      </w:r>
      <w:r>
        <w:rPr>
          <w:b w:val="false"/>
          <w:i w:val="false"/>
          <w:color w:val="000000"/>
          <w:u w:val="none"/>
        </w:rPr>
        <w:t xml:space="preserve"> [1EEF]</w:t>
      </w:r>
      <w:r>
        <w:rPr/>
        <w:t xml:space="preserve">! For </w:t>
      </w:r>
      <w:r>
        <w:rPr>
          <w:shd w:val="clear" w:fill="B7DDE8"/>
        </w:rPr>
        <w:t>everyone who lives on milk is still an infant, inexperienced in the message of righteousness</w:t>
      </w:r>
      <w:r>
        <w:rPr>
          <w:b w:val="false"/>
          <w:i w:val="false"/>
          <w:color w:val="000000"/>
          <w:u w:val="none"/>
        </w:rPr>
        <w:t xml:space="preserve"> [1EEG]</w:t>
      </w:r>
      <w:r>
        <w:rPr/>
        <w:t xml:space="preserve">. But </w:t>
      </w:r>
      <w:r>
        <w:rPr>
          <w:shd w:val="clear" w:fill="B7DDE8"/>
        </w:rPr>
        <w:t>solid food is for the mature, who by constant use have trained their senses to distinguish good from evil</w:t>
      </w:r>
      <w:r>
        <w:rPr>
          <w:b w:val="false"/>
          <w:i w:val="false"/>
          <w:color w:val="000000"/>
          <w:u w:val="none"/>
        </w:rPr>
        <w:t xml:space="preserve"> [1EEH]</w:t>
      </w:r>
      <w:r>
        <w:rPr/>
        <w:t>.</w:t>
      </w:r>
    </w:p>
    <w:p>
      <w:pPr>
        <w:pStyle w:val="Yellow"/>
        <w:rPr/>
      </w:pPr>
      <w:r>
        <w:rPr>
          <w:b/>
          <w:shd w:val="clear" w:color="auto" w:fill="548235"/>
          <w:color w:val="FFFFFF"/>
        </w:rPr>
        <w:t xml:space="preserve">James 3:1</w:t>
      </w:r>
      <w:r>
        <w:rPr>
          <w:shd w:val="clear" w:color="auto" w:fill="548235"/>
          <w:color w:val="FFFFFF"/>
        </w:rPr>
        <w:t xml:space="preserve"> — </w:t>
      </w:r>
      <w:r>
        <w:rPr>
          <w:shd w:fill="548235" w:val="clear" w:color="auto"/>
          <w:color w:val="FFFFFF"/>
        </w:rPr>
        <w:t xml:space="preserve">Not many of you should become teachers, my brothers</w:t>
      </w:r>
      <w:r>
        <w:rPr>
          <w:b w:val="false"/>
          <w:i w:val="false"/>
          <w:color w:val="FFFFFF"/>
          <w:u w:val="none"/>
          <w:shd w:val="clear" w:color="auto" w:fill="548235"/>
        </w:rPr>
        <w:t xml:space="preserve"> [1IMH]</w:t>
      </w:r>
      <w:r>
        <w:rPr>
          <w:shd w:val="clear" w:color="auto" w:fill="548235"/>
          <w:color w:val="FFFFFF"/>
        </w:rPr>
        <w:t xml:space="preserve">, because you know that </w:t>
      </w:r>
      <w:r>
        <w:rPr>
          <w:shd w:fill="548235" w:val="clear" w:color="auto"/>
          <w:color w:val="FFFFFF"/>
        </w:rPr>
        <w:t xml:space="preserve">we who teach will be judged more strictly</w:t>
      </w:r>
      <w:r>
        <w:rPr>
          <w:b w:val="false"/>
          <w:i w:val="false"/>
          <w:color w:val="FFFFFF"/>
          <w:u w:val="none"/>
          <w:shd w:val="clear" w:color="auto" w:fill="548235"/>
        </w:rPr>
        <w:t xml:space="preserve"> [1IMI]</w:t>
      </w:r>
      <w:r>
        <w:rPr>
          <w:shd w:val="clear" w:color="auto" w:fill="548235"/>
          <w:color w:val="FFFFFF"/>
        </w:rPr>
        <w:t xml:space="preserve">.</w:t>
      </w:r>
    </w:p>
    <w:p>
      <w:pPr>
        <w:pStyle w:val="Yellow"/>
        <w:rPr/>
      </w:pPr>
      <w:r>
        <w:t xml:space="preserve">(1Pe1:23 “word of God”) </w:t>
      </w:r>
      <w:r>
        <w:rPr>
          <w:b/>
        </w:rPr>
        <w:t>1 Peter 2:2</w:t>
      </w:r>
      <w:r>
        <w:t xml:space="preserve"> — </w:t>
      </w:r>
      <w:r>
        <w:rPr>
          <w:shd w:fill="B7DDE8" w:val="clear"/>
        </w:rPr>
        <w:t>Like newborn babies, crave {pure spiritual milk}</w:t>
      </w:r>
      <w:r>
        <w:rPr>
          <w:b w:val="false"/>
          <w:i w:val="false"/>
          <w:color w:val="000000"/>
          <w:u w:val="none"/>
        </w:rPr>
        <w:t xml:space="preserve"> [1BQA]</w:t>
      </w:r>
      <w:r>
        <w:t xml:space="preserve">, </w:t>
      </w:r>
      <w:r>
        <w:rPr>
          <w:shd w:fill="B7DDE8" w:val="clear"/>
        </w:rPr>
        <w:t>so that by it you may grow up in your salvation</w:t>
      </w:r>
      <w:r>
        <w:rPr>
          <w:b w:val="false"/>
          <w:i w:val="false"/>
          <w:color w:val="000000"/>
          <w:u w:val="none"/>
        </w:rPr>
        <w:t xml:space="preserve"> [1BQB]</w:t>
      </w:r>
    </w:p>
    <w:p>
      <w:pPr>
        <w:pStyle w:val="Yellow"/>
        <w:rPr/>
      </w:pPr>
      <w:r>
        <w:rPr>
          <w:b/>
        </w:rPr>
        <w:t>2 Peter 1:20–21</w:t>
      </w:r>
      <w:r>
        <w:rPr/>
        <w:t xml:space="preserve"> — Above all, you must </w:t>
      </w:r>
      <w:r>
        <w:rPr/>
        <w:t>understand</w:t>
      </w:r>
      <w:r>
        <w:rPr/>
        <w:t xml:space="preserve"> that </w:t>
      </w:r>
      <w:r>
        <w:rPr>
          <w:shd w:fill="B7DDE8" w:val="clear"/>
        </w:rPr>
        <w:t>no prophecy of Scripture comes from one’s own interpretation</w:t>
      </w:r>
      <w:r>
        <w:rPr>
          <w:b w:val="false"/>
          <w:i w:val="false"/>
          <w:color w:val="000000"/>
          <w:u w:val="none"/>
        </w:rPr>
        <w:t xml:space="preserve"> [1YK]</w:t>
      </w:r>
      <w:r>
        <w:rPr/>
        <w:t xml:space="preserve">. For </w:t>
      </w:r>
      <w:r>
        <w:rPr>
          <w:shd w:fill="B7DDE8" w:val="clear"/>
        </w:rPr>
        <w:t>no such prophecy was ever brought forth by the will of man</w:t>
      </w:r>
      <w:r>
        <w:rPr>
          <w:b w:val="false"/>
          <w:i w:val="false"/>
          <w:color w:val="000000"/>
          <w:u w:val="none"/>
        </w:rPr>
        <w:t xml:space="preserve"> [1YL]</w:t>
      </w:r>
      <w:r>
        <w:rPr/>
        <w:t xml:space="preserve">, but </w:t>
      </w:r>
      <w:r>
        <w:rPr>
          <w:shd w:fill="B7DDE8" w:val="clear"/>
        </w:rPr>
        <w:t xml:space="preserve">men spoke from God as they were carried along by the Holy </w:t>
      </w:r>
      <w:r>
        <w:rPr>
          <w:shd w:fill="B7DDE8" w:val="clear"/>
        </w:rPr>
        <w:t>Spirit</w:t>
      </w:r>
      <w:r>
        <w:rPr>
          <w:b w:val="false"/>
          <w:i w:val="false"/>
          <w:color w:val="000000"/>
          <w:u w:val="none"/>
        </w:rPr>
        <w:t xml:space="preserve"> [1YM]</w:t>
      </w:r>
      <w:r>
        <w:rPr/>
        <w:t>.</w:t>
      </w:r>
    </w:p>
    <w:p>
      <w:pPr>
        <w:pStyle w:val="Yellow"/>
        <w:rPr/>
      </w:pPr>
      <w:r>
        <w:rPr>
          <w:b/>
        </w:rPr>
        <w:t>1 John 4:6</w:t>
      </w:r>
      <w:r>
        <w:rPr/>
        <w:t xml:space="preserve"> — </w:t>
      </w:r>
      <w:r>
        <w:rPr/>
        <w:t>We are from God</w:t>
      </w:r>
      <w:r>
        <w:rPr>
          <w:b w:val="false"/>
          <w:i w:val="false"/>
          <w:color w:val="000000"/>
          <w:u w:val="none"/>
        </w:rPr>
        <w:t xml:space="preserve"> [3QN]</w:t>
      </w:r>
      <w:r>
        <w:rPr/>
        <w:t xml:space="preserve">. </w:t>
      </w:r>
      <w:r>
        <w:rPr>
          <w:shd w:val="clear" w:fill="B7DDE8"/>
        </w:rPr>
        <w:t>Whoever knows God listens to us</w:t>
      </w:r>
      <w:r>
        <w:rPr>
          <w:b w:val="false"/>
          <w:i w:val="false"/>
          <w:u w:val="none"/>
          <w:color w:val="000000"/>
        </w:rPr>
        <w:t xml:space="preserve"> [1QO]</w:t>
      </w:r>
      <w:r>
        <w:rPr/>
        <w:t xml:space="preserve">; </w:t>
      </w:r>
      <w:r>
        <w:rPr>
          <w:shd w:val="clear" w:fill="B7DDE8"/>
        </w:rPr>
        <w:t>whoever is not from God does not listen to us</w:t>
      </w:r>
      <w:r>
        <w:rPr>
          <w:b w:val="false"/>
          <w:i w:val="false"/>
          <w:u w:val="none"/>
          <w:color w:val="000000"/>
        </w:rPr>
        <w:t xml:space="preserve"> [1QP]</w:t>
      </w:r>
      <w:r>
        <w:rPr/>
        <w:t xml:space="preserve">. </w:t>
      </w:r>
      <w:r>
        <w:rPr>
          <w:shd w:val="clear" w:fill="B7DDE8"/>
        </w:rPr>
        <w:t>That is how we know the Spirit of truth and the spirit of deception</w:t>
      </w:r>
      <w:r>
        <w:rPr>
          <w:b w:val="false"/>
          <w:i w:val="false"/>
          <w:color w:val="000000"/>
          <w:u w:val="none"/>
        </w:rPr>
        <w:t xml:space="preserve"> [1QQ]</w:t>
      </w:r>
      <w:r>
        <w:rPr/>
        <w:t>.</w:t>
      </w:r>
    </w:p>
    <w:p>
      <w:pPr>
        <w:pStyle w:val="Yellow"/>
        <w:rPr/>
      </w:pPr>
      <w:r>
        <w:rPr/>
        <w:t xml:space="preserve">(2Jn1:9 “teaching of Christ”¹ / 3Jn1:8 supporting teachers makes us “fellow workers”² / 2Ti2:24–25 “be kind to everyone”; “gently reprove those who oppose him”²) </w:t>
      </w:r>
      <w:r>
        <w:rPr>
          <w:b/>
        </w:rPr>
        <w:t>2 John 1:10–11</w:t>
      </w:r>
      <w:r>
        <w:rPr/>
        <w:t xml:space="preserve"> — </w:t>
      </w:r>
      <w:r>
        <w:rPr>
          <w:shd w:fill="B7DDE8" w:val="clear"/>
        </w:rPr>
        <w:t>If anyone comes to you but does not bring {this teaching}, {do not receive him into your home or even greet him}</w:t>
      </w:r>
      <w:r>
        <w:rPr>
          <w:b w:val="false"/>
          <w:i w:val="false"/>
          <w:color w:val="000000"/>
          <w:u w:val="none"/>
        </w:rPr>
        <w:t xml:space="preserve"> [1MAN]</w:t>
      </w:r>
      <w:r>
        <w:rPr/>
        <w:t xml:space="preserve">. </w:t>
      </w:r>
      <w:r>
        <w:rPr>
          <w:shd w:fill="B7DDE8" w:val="clear"/>
        </w:rPr>
        <w:t>Whoever greets such a person shares in his evil deeds</w:t>
      </w:r>
      <w:r>
        <w:rPr>
          <w:b w:val="false"/>
          <w:i w:val="false"/>
          <w:color w:val="000000"/>
          <w:u w:val="none"/>
        </w:rPr>
        <w:t xml:space="preserve"> [1MAO]</w:t>
      </w:r>
      <w:r>
        <w:rPr/>
        <w:t>.</w:t>
      </w:r>
    </w:p>
    <w:p>
      <w:r>
        <w:rPr>
          <w:b/>
          <w:sz w:val="32"/>
        </w:rPr>
        <w:t>The Heart  (50)</w:t>
      </w:r>
    </w:p>
    <w:p>
      <w:pPr>
        <w:pStyle w:val="Yellow"/>
        <w:rPr/>
      </w:pPr>
      <w:r>
        <w:rPr>
          <w:b/>
        </w:rPr>
        <w:t>Deuteronomy 8:2</w:t>
      </w:r>
      <w:r>
        <w:rPr/>
        <w:t xml:space="preserve"> — Remember that these forty years </w:t>
      </w:r>
      <w:r>
        <w:rPr>
          <w:shd w:val="clear" w:fill="B7DDE8"/>
        </w:rPr>
        <w:t>the LORD your God led you all the way in the wilderness</w:t>
      </w:r>
      <w:r>
        <w:rPr>
          <w:b w:val="false"/>
          <w:i w:val="false"/>
          <w:u w:val="none"/>
          <w:color w:val="000000"/>
        </w:rPr>
        <w:t xml:space="preserve"> [1DKU]</w:t>
      </w:r>
      <w:r>
        <w:rPr/>
        <w:t xml:space="preserve">, </w:t>
      </w:r>
      <w:r>
        <w:rPr>
          <w:shd w:val="clear" w:fill="B7DDE8"/>
        </w:rPr>
        <w:t>so that He might humble you</w:t>
      </w:r>
      <w:r>
        <w:rPr>
          <w:b w:val="false"/>
          <w:i w:val="false"/>
          <w:color w:val="000000"/>
          <w:u w:val="none"/>
        </w:rPr>
        <w:t xml:space="preserve"> [2DKV]</w:t>
      </w:r>
      <w:r>
        <w:rPr/>
        <w:t xml:space="preserve"> and </w:t>
      </w:r>
      <w:r>
        <w:rPr>
          <w:shd w:val="clear" w:fill="B7DDE8"/>
        </w:rPr>
        <w:t>test you</w:t>
      </w:r>
      <w:r>
        <w:rPr>
          <w:b w:val="false"/>
          <w:i w:val="false"/>
          <w:color w:val="000000"/>
          <w:u w:val="none"/>
        </w:rPr>
        <w:t xml:space="preserve"> [1DKW]</w:t>
      </w:r>
      <w:r>
        <w:rPr/>
        <w:t xml:space="preserve"> </w:t>
      </w:r>
      <w:r>
        <w:rPr>
          <w:shd w:val="clear" w:fill="B7DDE8"/>
        </w:rPr>
        <w:t>in order to know what was in your heart, whether or not you would keep His commandments</w:t>
      </w:r>
      <w:r>
        <w:rPr>
          <w:b w:val="false"/>
          <w:i w:val="false"/>
          <w:color w:val="000000"/>
          <w:u w:val="none"/>
        </w:rPr>
        <w:t xml:space="preserve"> [1DKX]</w:t>
      </w:r>
      <w:r>
        <w:rPr/>
        <w:t>.</w:t>
      </w:r>
    </w:p>
    <w:p>
      <w:pPr>
        <w:pStyle w:val="Yellow"/>
        <w:rPr/>
      </w:pPr>
      <w:r>
        <w:rPr/>
        <w:t xml:space="preserve">(De30:1–2 return and obey the LORD) </w:t>
      </w:r>
      <w:r>
        <w:rPr>
          <w:b/>
        </w:rPr>
        <w:t>Deuteronomy 30:6</w:t>
      </w:r>
      <w:r>
        <w:rPr/>
        <w:t xml:space="preserve"> — </w:t>
      </w:r>
      <w:r>
        <w:rPr>
          <w:shd w:val="clear" w:fill="B7DDE8"/>
        </w:rPr>
        <w:t>The LORD your God will circumcise your hearts and the hearts of your descendants</w:t>
      </w:r>
      <w:r>
        <w:rPr>
          <w:b w:val="false"/>
          <w:i w:val="false"/>
          <w:color w:val="000000"/>
          <w:u w:val="none"/>
        </w:rPr>
        <w:t xml:space="preserve"> [1ELQ]</w:t>
      </w:r>
      <w:r>
        <w:rPr/>
        <w:t xml:space="preserve">, and </w:t>
      </w:r>
      <w:r>
        <w:rPr>
          <w:shd w:val="clear" w:fill="B7DDE8"/>
        </w:rPr>
        <w:t>you will love Him with all your heart and with all your soul</w:t>
      </w:r>
      <w:r>
        <w:rPr>
          <w:b w:val="false"/>
          <w:i w:val="false"/>
          <w:color w:val="000000"/>
          <w:u w:val="none"/>
        </w:rPr>
        <w:t xml:space="preserve"> [1ELR]</w:t>
      </w:r>
      <w:r>
        <w:rPr/>
        <w:t xml:space="preserve">, </w:t>
      </w:r>
      <w:r>
        <w:rPr>
          <w:shd w:val="clear" w:fill="B7DDE8"/>
        </w:rPr>
        <w:t>so that you may live</w:t>
      </w:r>
      <w:r>
        <w:rPr>
          <w:b w:val="false"/>
          <w:i w:val="false"/>
          <w:color w:val="000000"/>
          <w:u w:val="none"/>
        </w:rPr>
        <w:t xml:space="preserve"> [2ELS]</w:t>
      </w:r>
      <w:r>
        <w:rPr/>
        <w:t>.</w:t>
      </w:r>
    </w:p>
    <w:p>
      <w:pPr>
        <w:pStyle w:val="Yellow"/>
        <w:rPr/>
      </w:pPr>
      <w:r>
        <w:rPr>
          <w:b/>
          <w:shd w:val="clear" w:color="auto" w:fill="548235"/>
          <w:color w:val="FFFFFF"/>
        </w:rPr>
        <w:t xml:space="preserve">1 Samuel 10:9</w:t>
      </w:r>
      <w:r>
        <w:rPr>
          <w:shd w:val="clear" w:color="auto" w:fill="548235"/>
          <w:color w:val="FFFFFF"/>
        </w:rPr>
        <w:t xml:space="preserve"> — </w:t>
      </w:r>
      <w:r>
        <w:rPr>
          <w:shd w:fill="548235" w:val="clear" w:color="auto"/>
          <w:color w:val="FFFFFF"/>
        </w:rPr>
        <w:t xml:space="preserve">God changed Saul’s heart</w:t>
      </w:r>
      <w:r>
        <w:rPr>
          <w:b w:val="false"/>
          <w:i w:val="false"/>
          <w:color w:val="FFFFFF"/>
          <w:u w:val="none"/>
          <w:shd w:val="clear" w:color="auto" w:fill="548235"/>
        </w:rPr>
        <w:t xml:space="preserve"> [1KWX]</w:t>
      </w:r>
    </w:p>
    <w:p>
      <w:pPr>
        <w:pStyle w:val="Yellow"/>
        <w:rPr/>
      </w:pPr>
      <w:r>
        <w:rPr>
          <w:b/>
          <w:u w:val="none"/>
          <w:shd w:fill="F4CCCC" w:val="clear"/>
        </w:rPr>
        <w:t xml:space="preserve">1 Kings 8:39</w:t>
      </w:r>
      <w:r>
        <w:rPr>
          <w:u w:val="none"/>
          <w:shd w:fill="F4CCCC" w:val="clear"/>
        </w:rPr>
        <w:t xml:space="preserve"> — </w:t>
      </w:r>
      <w:r>
        <w:rPr>
          <w:u w:val="none"/>
          <w:shd w:fill="B7DDE8" w:val="clear"/>
        </w:rPr>
        <w:t xml:space="preserve">You alone know the hearts of all men</w:t>
      </w:r>
      <w:r>
        <w:rPr>
          <w:b w:val="false"/>
          <w:i w:val="false"/>
          <w:color w:val="000000"/>
          <w:u w:val="none"/>
        </w:rPr>
        <w:t xml:space="preserve"> [2LEP]</w:t>
      </w:r>
    </w:p>
    <w:p>
      <w:pPr>
        <w:pStyle w:val="Yellow"/>
        <w:rPr/>
      </w:pPr>
      <w:r>
        <w:rPr>
          <w:b/>
        </w:rPr>
        <w:t>1 Chronicles 29:17</w:t>
      </w:r>
      <w:r>
        <w:rPr/>
        <w:t xml:space="preserve"> — I know, my God, that </w:t>
      </w:r>
      <w:r>
        <w:rPr>
          <w:shd w:val="clear" w:fill="B7DDE8"/>
        </w:rPr>
        <w:t>You test the heart and delight in uprightness</w:t>
      </w:r>
      <w:r>
        <w:rPr>
          <w:b w:val="false"/>
          <w:i w:val="false"/>
          <w:color w:val="000000"/>
          <w:u w:val="none"/>
        </w:rPr>
        <w:t xml:space="preserve"> [1FBS]</w:t>
      </w:r>
      <w:r>
        <w:rPr>
          <w:b w:val="false"/>
          <w:i w:val="false"/>
          <w:color w:val="000000"/>
          <w:u w:val="none"/>
        </w:rPr>
        <w:t xml:space="preserve"> [1FBT]</w:t>
      </w:r>
      <w:r>
        <w:rPr/>
        <w:t>.</w:t>
      </w:r>
    </w:p>
    <w:p>
      <w:pPr>
        <w:pStyle w:val="Yellow"/>
        <w:rPr/>
      </w:pPr>
      <w:r>
        <w:rPr>
          <w:b/>
          <w:u w:val="none"/>
          <w:shd w:val="clear" w:color="auto" w:fill="C00000"/>
          <w:color w:val="FFFFFF"/>
        </w:rPr>
        <w:t xml:space="preserve">2 Chronicles 6:30</w:t>
      </w:r>
      <w:r>
        <w:rPr>
          <w:u w:val="none"/>
          <w:shd w:val="clear" w:color="auto" w:fill="C00000"/>
          <w:color w:val="FFFFFF"/>
        </w:rPr>
        <w:t xml:space="preserve"> — </w:t>
      </w:r>
      <w:r>
        <w:rPr>
          <w:u w:val="none"/>
          <w:shd w:val="clear" w:color="auto" w:fill="C00000"/>
          <w:color w:val="FFFFFF"/>
        </w:rPr>
        <w:t xml:space="preserve">You alone know the hearts of men</w:t>
      </w:r>
      <w:r>
        <w:rPr>
          <w:b w:val="false"/>
          <w:i w:val="false"/>
          <w:u w:val="none"/>
          <w:shd w:val="clear" w:color="auto" w:fill="C00000"/>
          <w:color w:val="FFFFFF"/>
        </w:rPr>
        <w:t xml:space="preserve"> [2LEP]</w:t>
      </w:r>
    </w:p>
    <w:p>
      <w:pPr>
        <w:pStyle w:val="Yellow"/>
        <w:rPr/>
        <w:pBdr>
          <w:left w:val="single" w:sz="28" w:space="5" w:color="C00000"/>
        </w:pBdr>
      </w:pPr>
      <w:r>
        <w:rPr/>
        <w:t xml:space="preserve">(Ps37:30 “the righteous man”) </w:t>
      </w:r>
      <w:r>
        <w:rPr>
          <w:b/>
        </w:rPr>
        <w:t xml:space="preserve">Psalm 37:31</w:t>
      </w:r>
      <w:r>
        <w:rPr/>
        <w:t xml:space="preserve"> — </w:t>
      </w:r>
      <w:r>
        <w:rPr>
          <w:shd w:fill="B7DDE8" w:val="clear"/>
        </w:rPr>
        <w:t xml:space="preserve">The law of {his} God is in his heart</w:t>
      </w:r>
      <w:r>
        <w:rPr>
          <w:b w:val="false"/>
          <w:i w:val="false"/>
          <w:color w:val="000000"/>
          <w:u w:val="none"/>
        </w:rPr>
        <w:t xml:space="preserve"> [1LEQ]</w:t>
      </w:r>
      <w:r>
        <w:rPr/>
        <w:t xml:space="preserve">; </w:t>
      </w:r>
      <w:r>
        <w:rPr>
          <w:shd w:fill="F4B183" w:val="clear" w:color="auto"/>
          <w:color w:val="000000"/>
        </w:rPr>
        <w:t xml:space="preserve">his steps do not falter</w:t>
      </w:r>
      <w:r>
        <w:rPr>
          <w:b w:val="false"/>
          <w:i w:val="false"/>
          <w:color w:val="000000"/>
          <w:u w:val="none"/>
          <w:shd w:val="clear" w:color="auto" w:fill="F4B183"/>
        </w:rPr>
        <w:t xml:space="preserve"> [1LER]</w:t>
      </w:r>
      <w:r>
        <w:rPr/>
        <w:t xml:space="preserve">.</w:t>
      </w:r>
    </w:p>
    <w:p>
      <w:pPr>
        <w:pStyle w:val="Yellow"/>
        <w:rPr/>
        <w:pBdr>
          <w:left w:val="single" w:sz="28" w:space="5" w:color="C00000"/>
        </w:pBdr>
      </w:pPr>
      <w:r>
        <w:rPr>
          <w:b/>
          <w:shd w:val="clear" w:color="auto" w:fill="548235"/>
          <w:color w:val="FFFFFF"/>
        </w:rPr>
        <w:t>Psalm 119:32</w:t>
      </w:r>
      <w:r>
        <w:rPr>
          <w:shd w:val="clear" w:color="auto" w:fill="548235"/>
          <w:color w:val="FFFFFF"/>
        </w:rPr>
        <w:t xml:space="preserve"> — </w:t>
      </w:r>
      <w:r>
        <w:rPr>
          <w:shd w:fill="548235" w:val="clear" w:color="auto"/>
          <w:color w:val="FFFFFF"/>
        </w:rPr>
        <w:t xml:space="preserve">I run in the path of Your </w:t>
      </w:r>
      <w:r>
        <w:rPr>
          <w:shd w:fill="548235" w:val="clear" w:color="auto"/>
          <w:color w:val="FFFFFF"/>
        </w:rPr>
        <w:t>commandments</w:t>
      </w:r>
      <w:r>
        <w:rPr>
          <w:b w:val="false"/>
          <w:i w:val="false"/>
          <w:color w:val="FFFFFF"/>
          <w:u w:val="none"/>
          <w:shd w:val="clear" w:color="auto" w:fill="548235"/>
        </w:rPr>
        <w:t xml:space="preserve"> [1XC]</w:t>
      </w:r>
      <w:r>
        <w:rPr>
          <w:shd w:val="clear" w:color="auto" w:fill="548235"/>
          <w:color w:val="FFFFFF"/>
        </w:rPr>
        <w:t xml:space="preserve">, for </w:t>
      </w:r>
      <w:r>
        <w:rPr>
          <w:shd w:fill="548235" w:val="clear" w:color="auto"/>
          <w:color w:val="FFFFFF"/>
        </w:rPr>
        <w:t>You will enlarge my heart</w:t>
      </w:r>
      <w:r>
        <w:rPr>
          <w:b w:val="false"/>
          <w:i w:val="false"/>
          <w:color w:val="FFFFFF"/>
          <w:u w:val="none"/>
          <w:shd w:val="clear" w:color="auto" w:fill="548235"/>
        </w:rPr>
        <w:t xml:space="preserve"> [1XD]</w:t>
      </w:r>
      <w:r>
        <w:rPr>
          <w:shd w:val="clear" w:color="auto" w:fill="548235"/>
          <w:color w:val="FFFFFF"/>
        </w:rPr>
        <w:t>.</w:t>
      </w:r>
    </w:p>
    <w:p>
      <w:pPr>
        <w:pStyle w:val="Yellow"/>
        <w:rPr/>
      </w:pPr>
      <w:r>
        <w:rPr>
          <w:b/>
        </w:rPr>
        <w:t>Proverbs 4:23</w:t>
      </w:r>
      <w:r>
        <w:rPr/>
        <w:t xml:space="preserve"> — </w:t>
      </w:r>
      <w:r>
        <w:rPr>
          <w:shd w:val="clear" w:fill="B7DDE8"/>
        </w:rPr>
        <w:t>Guard your heart with all diligence</w:t>
      </w:r>
      <w:r>
        <w:rPr>
          <w:b w:val="false"/>
          <w:i w:val="false"/>
          <w:color w:val="000000"/>
          <w:u w:val="none"/>
        </w:rPr>
        <w:t xml:space="preserve"> [1DWE]</w:t>
      </w:r>
      <w:r>
        <w:rPr/>
        <w:t xml:space="preserve">, for </w:t>
      </w:r>
      <w:r>
        <w:rPr>
          <w:shd w:val="clear" w:fill="B7DDE8"/>
        </w:rPr>
        <w:t>from it flow springs of life</w:t>
      </w:r>
      <w:r>
        <w:rPr>
          <w:b w:val="false"/>
          <w:i w:val="false"/>
          <w:color w:val="000000"/>
          <w:u w:val="none"/>
        </w:rPr>
        <w:t xml:space="preserve"> [1DWF]</w:t>
      </w:r>
      <w:r>
        <w:rPr/>
        <w:t>.</w:t>
      </w:r>
    </w:p>
    <w:p>
      <w:pPr>
        <w:pStyle w:val="Yellow"/>
        <w:rPr/>
        <w:pBdr>
          <w:left w:val="single" w:sz="28" w:space="5" w:color="C00000"/>
        </w:pBdr>
      </w:pPr>
      <w:r>
        <w:rPr>
          <w:b/>
        </w:rPr>
        <w:t>Proverbs 12:20</w:t>
      </w:r>
      <w:r>
        <w:rPr/>
        <w:t xml:space="preserve"> — </w:t>
      </w:r>
      <w:r>
        <w:rPr>
          <w:shd w:val="clear" w:fill="B7DDE8"/>
        </w:rPr>
        <w:t>Deceit is in the hearts of those who devise evil</w:t>
      </w:r>
      <w:r>
        <w:rPr>
          <w:b w:val="false"/>
          <w:i w:val="false"/>
          <w:u w:val="none"/>
          <w:color w:val="000000"/>
        </w:rPr>
        <w:t xml:space="preserve"> [1EYT]</w:t>
      </w:r>
      <w:r>
        <w:rPr/>
        <w:t xml:space="preserve">, but </w:t>
      </w:r>
      <w:r>
        <w:rPr>
          <w:shd w:val="clear" w:fill="B7DDE8"/>
        </w:rPr>
        <w:t>the counselors of peace have joy</w:t>
      </w:r>
      <w:r>
        <w:rPr>
          <w:b w:val="false"/>
          <w:i w:val="false"/>
          <w:color w:val="000000"/>
          <w:u w:val="none"/>
        </w:rPr>
        <w:t xml:space="preserve"> [1EYU]</w:t>
      </w:r>
      <w:r>
        <w:rPr/>
        <w:t>.</w:t>
      </w:r>
    </w:p>
    <w:p>
      <w:pPr>
        <w:pStyle w:val="Yellow"/>
        <w:rPr/>
      </w:pPr>
      <w:r>
        <w:rPr>
          <w:b/>
        </w:rPr>
        <w:t xml:space="preserve">Proverbs 12:25</w:t>
      </w:r>
      <w:r>
        <w:rPr/>
        <w:t xml:space="preserve"> — </w:t>
      </w:r>
      <w:r>
        <w:rPr>
          <w:shd w:fill="B7DDE8" w:val="clear"/>
        </w:rPr>
        <w:t xml:space="preserve">Anxiety weighs down the heart of a man</w:t>
      </w:r>
      <w:r>
        <w:rPr>
          <w:b w:val="false"/>
          <w:i w:val="false"/>
          <w:color w:val="000000"/>
          <w:u w:val="none"/>
        </w:rPr>
        <w:t xml:space="preserve"> [1HLZ]</w:t>
      </w:r>
      <w:r>
        <w:rPr>
          <w:shd w:val="clear" w:color="auto" w:fill="548235"/>
          <w:color w:val="FFFFFF"/>
        </w:rPr>
        <w:t xml:space="preserve">, but </w:t>
      </w:r>
      <w:r>
        <w:rPr>
          <w:shd w:fill="548235" w:val="clear" w:color="auto"/>
          <w:color w:val="FFFFFF"/>
        </w:rPr>
        <w:t xml:space="preserve">a good word cheers it up</w:t>
      </w:r>
      <w:r>
        <w:rPr>
          <w:b w:val="false"/>
          <w:i w:val="false"/>
          <w:color w:val="FFFFFF"/>
          <w:u w:val="none"/>
          <w:shd w:val="clear" w:color="auto" w:fill="548235"/>
        </w:rPr>
        <w:t xml:space="preserve"> [1HMA]</w:t>
      </w:r>
      <w:r>
        <w:rPr>
          <w:shd w:val="clear" w:color="auto" w:fill="548235"/>
          <w:color w:val="FFFFFF"/>
        </w:rPr>
        <w:t xml:space="preserve">.</w:t>
      </w:r>
    </w:p>
    <w:p>
      <w:pPr>
        <w:pStyle w:val="Yellow"/>
        <w:rPr/>
      </w:pPr>
      <w:r>
        <w:rPr>
          <w:b/>
        </w:rPr>
        <w:t xml:space="preserve">Proverbs 14:30</w:t>
      </w:r>
      <w:r>
        <w:rPr/>
        <w:t xml:space="preserve"> — </w:t>
      </w:r>
      <w:r>
        <w:rPr>
          <w:shd w:fill="B7DDE8" w:val="clear"/>
        </w:rPr>
        <w:t xml:space="preserve">A tranquil heart is life to the body</w:t>
      </w:r>
      <w:r>
        <w:rPr>
          <w:b w:val="false"/>
          <w:i w:val="false"/>
          <w:color w:val="000000"/>
          <w:u w:val="none"/>
        </w:rPr>
        <w:t xml:space="preserve"> [1GZU]</w:t>
      </w:r>
      <w:r>
        <w:rPr/>
        <w:t xml:space="preserve">, but </w:t>
      </w:r>
      <w:r>
        <w:rPr>
          <w:shd w:fill="B7DDE8" w:val="clear"/>
        </w:rPr>
        <w:t xml:space="preserve">envy rots the bones</w:t>
      </w:r>
      <w:r>
        <w:rPr>
          <w:b w:val="false"/>
          <w:i w:val="false"/>
          <w:color w:val="000000"/>
          <w:u w:val="none"/>
        </w:rPr>
        <w:t xml:space="preserve"> [1GZV]</w:t>
      </w:r>
      <w:r>
        <w:rPr/>
        <w:t xml:space="preserve">.</w:t>
      </w:r>
    </w:p>
    <w:p>
      <w:pPr>
        <w:pStyle w:val="Yellow"/>
        <w:rPr/>
      </w:pPr>
      <w:r>
        <w:rPr>
          <w:b/>
          <w:shd w:val="clear" w:color="auto" w:fill="548235"/>
          <w:color w:val="FFFFFF"/>
        </w:rPr>
        <w:t xml:space="preserve">Proverbs 15:13</w:t>
      </w:r>
      <w:r>
        <w:rPr>
          <w:shd w:val="clear" w:color="auto" w:fill="548235"/>
          <w:color w:val="FFFFFF"/>
        </w:rPr>
        <w:t xml:space="preserve"> — </w:t>
      </w:r>
      <w:r>
        <w:rPr>
          <w:shd w:fill="548235" w:val="clear" w:color="auto"/>
          <w:color w:val="FFFFFF"/>
        </w:rPr>
        <w:t xml:space="preserve">A joyful heart makes a cheerful countenance</w:t>
      </w:r>
      <w:r>
        <w:rPr>
          <w:b w:val="false"/>
          <w:i w:val="false"/>
          <w:color w:val="FFFFFF"/>
          <w:u w:val="none"/>
          <w:shd w:val="clear" w:color="auto" w:fill="548235"/>
        </w:rPr>
        <w:t xml:space="preserve"> [1HMW]</w:t>
      </w:r>
      <w:r>
        <w:rPr>
          <w:shd w:val="clear" w:color="auto" w:fill="548235"/>
          <w:color w:val="FFFFFF"/>
        </w:rPr>
        <w:t xml:space="preserve">, but </w:t>
      </w:r>
      <w:r>
        <w:rPr>
          <w:shd w:fill="548235" w:val="clear" w:color="auto"/>
          <w:color w:val="FFFFFF"/>
        </w:rPr>
        <w:t xml:space="preserve">sorrow of the heart crushes the spirit</w:t>
      </w:r>
      <w:r>
        <w:rPr>
          <w:b w:val="false"/>
          <w:i w:val="false"/>
          <w:color w:val="FFFFFF"/>
          <w:u w:val="none"/>
          <w:shd w:val="clear" w:color="auto" w:fill="548235"/>
        </w:rPr>
        <w:t xml:space="preserve"> [1HMX]</w:t>
      </w:r>
      <w:r>
        <w:rPr>
          <w:shd w:val="clear" w:color="auto" w:fill="548235"/>
          <w:color w:val="FFFFFF"/>
        </w:rPr>
        <w:t xml:space="preserve">.</w:t>
      </w:r>
    </w:p>
    <w:p>
      <w:pPr>
        <w:pStyle w:val="Yellow"/>
        <w:rPr/>
      </w:pPr>
      <w:r>
        <w:rPr>
          <w:b/>
        </w:rPr>
        <w:t xml:space="preserve">Proverbs 18:12</w:t>
      </w:r>
      <w:r>
        <w:rPr/>
        <w:t xml:space="preserve"> — </w:t>
      </w:r>
      <w:r>
        <w:rPr>
          <w:shd w:fill="B7DDE8" w:val="clear"/>
        </w:rPr>
        <w:t xml:space="preserve">Before his downfall a man’s heart is proud</w:t>
      </w:r>
      <w:r>
        <w:rPr>
          <w:b w:val="false"/>
          <w:i w:val="false"/>
          <w:color w:val="000000"/>
          <w:u w:val="none"/>
        </w:rPr>
        <w:t xml:space="preserve"> [1HDN]</w:t>
      </w:r>
      <w:r>
        <w:rPr/>
        <w:t xml:space="preserve">, but </w:t>
      </w:r>
      <w:r>
        <w:rPr>
          <w:color w:val="000000"/>
        </w:rPr>
        <w:t xml:space="preserve">humility comes before honor</w:t>
      </w:r>
      <w:r>
        <w:rPr>
          <w:b w:val="false"/>
          <w:i w:val="false"/>
          <w:color w:val="000000"/>
          <w:u w:val="none"/>
        </w:rPr>
        <w:t xml:space="preserve"> [2HDM]</w:t>
      </w:r>
      <w:r>
        <w:rPr/>
        <w:t xml:space="preserve">.</w:t>
      </w:r>
    </w:p>
    <w:p>
      <w:pPr>
        <w:pStyle w:val="Yellow"/>
        <w:rPr/>
      </w:pPr>
      <w:r>
        <w:rPr>
          <w:b/>
        </w:rPr>
        <w:t>Isaiah 51:7–8</w:t>
      </w:r>
      <w:r>
        <w:rPr/>
        <w:t xml:space="preserve"> — </w:t>
      </w:r>
      <w:r>
        <w:rPr>
          <w:shd w:val="clear" w:fill="B7DDE8"/>
        </w:rPr>
        <w:t>Listen to Me, you who know what is right, you people with My law in your hearts</w:t>
      </w:r>
      <w:r>
        <w:rPr>
          <w:b w:val="false"/>
          <w:i w:val="false"/>
          <w:color w:val="000000"/>
          <w:u w:val="none"/>
        </w:rPr>
        <w:t xml:space="preserve"> [1CHE]</w:t>
      </w:r>
      <w:r>
        <w:rPr/>
        <w:t xml:space="preserve">: </w:t>
      </w:r>
      <w:r>
        <w:rPr>
          <w:shd w:val="clear" w:fill="B7DDE8"/>
        </w:rPr>
        <w:t>Do not fear the scorn of men</w:t>
      </w:r>
      <w:r>
        <w:rPr>
          <w:b w:val="false"/>
          <w:i w:val="false"/>
          <w:color w:val="000000"/>
          <w:u w:val="none"/>
        </w:rPr>
        <w:t xml:space="preserve"> [1CHF]</w:t>
      </w:r>
      <w:r>
        <w:rPr/>
        <w:t xml:space="preserve">; </w:t>
      </w:r>
      <w:r>
        <w:rPr>
          <w:shd w:val="clear" w:fill="B7DDE8"/>
        </w:rPr>
        <w:t>do not be broken by their insults</w:t>
      </w:r>
      <w:r>
        <w:rPr>
          <w:b w:val="false"/>
          <w:i w:val="false"/>
          <w:color w:val="000000"/>
          <w:u w:val="none"/>
        </w:rPr>
        <w:t xml:space="preserve"> [1CHG]</w:t>
      </w:r>
      <w:r>
        <w:rPr/>
        <w:t xml:space="preserve">. For </w:t>
      </w:r>
      <w:r>
        <w:rPr>
          <w:shd w:val="clear" w:fill="B7DDE8"/>
        </w:rPr>
        <w:t>the moth will devour them like a garment</w:t>
      </w:r>
      <w:r>
        <w:rPr>
          <w:b w:val="false"/>
          <w:i w:val="false"/>
          <w:u w:val="none"/>
          <w:color w:val="000000"/>
        </w:rPr>
        <w:t xml:space="preserve"> [1CHH]</w:t>
      </w:r>
      <w:r>
        <w:rPr/>
        <w:t xml:space="preserve">, and </w:t>
      </w:r>
      <w:r>
        <w:rPr>
          <w:shd w:val="clear" w:fill="B7DDE8"/>
        </w:rPr>
        <w:t>the worm will eat them like wool</w:t>
      </w:r>
      <w:r>
        <w:rPr>
          <w:b w:val="false"/>
          <w:i w:val="false"/>
          <w:u w:val="none"/>
          <w:color w:val="000000"/>
        </w:rPr>
        <w:t xml:space="preserve"> [1CHI]</w:t>
      </w:r>
      <w:r>
        <w:rPr/>
        <w:t xml:space="preserve">. But </w:t>
      </w:r>
      <w:r>
        <w:rPr>
          <w:shd w:val="clear" w:fill="B7DDE8"/>
        </w:rPr>
        <w:t>My righteousness will last forever</w:t>
      </w:r>
      <w:r>
        <w:rPr>
          <w:b w:val="false"/>
          <w:i w:val="false"/>
          <w:color w:val="000000"/>
          <w:u w:val="none"/>
        </w:rPr>
        <w:t xml:space="preserve"> [1CHJ]</w:t>
      </w:r>
      <w:r>
        <w:rPr/>
        <w:t xml:space="preserve">, </w:t>
      </w:r>
      <w:r>
        <w:rPr>
          <w:shd w:val="clear" w:fill="B7DDE8"/>
        </w:rPr>
        <w:t>My salvation through all generations</w:t>
      </w:r>
      <w:r>
        <w:rPr>
          <w:b w:val="false"/>
          <w:i w:val="false"/>
          <w:color w:val="000000"/>
          <w:u w:val="none"/>
        </w:rPr>
        <w:t xml:space="preserve"> [1CHK]</w:t>
      </w:r>
      <w:r>
        <w:rPr/>
        <w:t>.”</w:t>
      </w:r>
    </w:p>
    <w:p>
      <w:pPr>
        <w:pStyle w:val="Yellow"/>
        <w:rPr/>
      </w:pPr>
      <w:r>
        <w:rPr>
          <w:b/>
        </w:rPr>
        <w:t xml:space="preserve">Jeremiah 4:4</w:t>
      </w:r>
      <w:r>
        <w:rPr/>
        <w:t xml:space="preserve"> — </w:t>
      </w:r>
      <w:r>
        <w:rPr>
          <w:shd w:fill="B7DDE8" w:val="clear"/>
        </w:rPr>
        <w:t xml:space="preserve">Circumcise yourselves to the LORD, and remove the foreskins of your hearts, O men of Judah and people of Jerusalem</w:t>
      </w:r>
      <w:r>
        <w:rPr>
          <w:b w:val="false"/>
          <w:i w:val="false"/>
          <w:color w:val="000000"/>
          <w:u w:val="none"/>
        </w:rPr>
        <w:t xml:space="preserve"> [1KJG]</w:t>
      </w:r>
      <w:r>
        <w:rPr/>
        <w:t xml:space="preserve">. Otherwise, </w:t>
      </w:r>
      <w:r>
        <w:rPr>
          <w:shd w:fill="B7DDE8" w:val="clear"/>
        </w:rPr>
        <w:t xml:space="preserve">My wrath will break out like fire and burn with no one to extinguish it, because of your evil deeds</w:t>
      </w:r>
      <w:r>
        <w:rPr>
          <w:b w:val="false"/>
          <w:i w:val="false"/>
          <w:color w:val="000000"/>
          <w:u w:val="none"/>
        </w:rPr>
        <w:t xml:space="preserve"> [1KJH]</w:t>
      </w:r>
      <w:r>
        <w:rPr/>
        <w:t xml:space="preserve">.”</w:t>
      </w:r>
    </w:p>
    <w:p>
      <w:pPr>
        <w:pStyle w:val="Yellow"/>
        <w:rPr/>
      </w:pPr>
      <w:r>
        <w:rPr>
          <w:b/>
        </w:rPr>
        <w:t>Jeremiah 17:9</w:t>
      </w:r>
      <w:r>
        <w:rPr/>
        <w:t xml:space="preserve"> — </w:t>
      </w:r>
      <w:r>
        <w:rPr>
          <w:shd w:val="clear" w:fill="B7DDE8"/>
        </w:rPr>
        <w:t>The heart is deceitful above all things</w:t>
      </w:r>
      <w:r>
        <w:rPr>
          <w:b w:val="false"/>
          <w:i w:val="false"/>
          <w:color w:val="000000"/>
          <w:u w:val="none"/>
        </w:rPr>
        <w:t xml:space="preserve"> [1EOI]</w:t>
      </w:r>
      <w:r>
        <w:rPr/>
        <w:t xml:space="preserve"> and </w:t>
      </w:r>
      <w:r>
        <w:rPr>
          <w:shd w:val="clear" w:fill="B7DDE8"/>
        </w:rPr>
        <w:t>beyond cure</w:t>
      </w:r>
      <w:r>
        <w:rPr>
          <w:b w:val="false"/>
          <w:i w:val="false"/>
          <w:color w:val="000000"/>
          <w:u w:val="none"/>
        </w:rPr>
        <w:t xml:space="preserve"> [1EOJ]</w:t>
      </w:r>
      <w:r>
        <w:rPr/>
        <w:t xml:space="preserve">. </w:t>
      </w:r>
      <w:r>
        <w:rPr>
          <w:shd w:val="clear" w:fill="B7DDE8"/>
        </w:rPr>
        <w:t>Who can understand it</w:t>
      </w:r>
      <w:r>
        <w:rPr>
          <w:b w:val="false"/>
          <w:i w:val="false"/>
          <w:color w:val="000000"/>
          <w:u w:val="none"/>
        </w:rPr>
        <w:t xml:space="preserve"> [1EOK]</w:t>
      </w:r>
      <w:r>
        <w:rPr/>
        <w:t>?</w:t>
      </w:r>
    </w:p>
    <w:p>
      <w:pPr>
        <w:pStyle w:val="Yellow"/>
        <w:rPr/>
        <w:pBdr>
          <w:left w:val="single" w:sz="28" w:space="5" w:color="C00000"/>
        </w:pBdr>
      </w:pPr>
      <w:r>
        <w:rPr>
          <w:b/>
        </w:rPr>
        <w:t>Jeremiah 17:10</w:t>
      </w:r>
      <w:r>
        <w:rPr/>
        <w:t xml:space="preserve"> — </w:t>
      </w:r>
      <w:r>
        <w:rPr>
          <w:shd w:val="clear" w:fill="B7DDE8"/>
        </w:rPr>
        <w:t>I, the LORD, search the heart</w:t>
      </w:r>
      <w:r>
        <w:rPr>
          <w:b w:val="false"/>
          <w:i w:val="false"/>
          <w:color w:val="000000"/>
          <w:u w:val="none"/>
        </w:rPr>
        <w:t xml:space="preserve"> [1FJU]</w:t>
      </w:r>
      <w:r>
        <w:rPr/>
        <w:t xml:space="preserve">; </w:t>
      </w:r>
      <w:r>
        <w:rPr>
          <w:shd w:val="clear" w:fill="B7DDE8"/>
        </w:rPr>
        <w:t>I test the mind</w:t>
      </w:r>
      <w:r>
        <w:rPr>
          <w:b w:val="false"/>
          <w:i w:val="false"/>
          <w:color w:val="000000"/>
          <w:u w:val="none"/>
        </w:rPr>
        <w:t xml:space="preserve"> [1FJV]</w:t>
      </w:r>
      <w:r>
        <w:rPr/>
        <w:t xml:space="preserve"> </w:t>
      </w:r>
      <w:r>
        <w:rPr>
          <w:shd w:val="clear" w:fill="F4B183" w:color="auto"/>
          <w:color w:val="000000"/>
        </w:rPr>
        <w:t>to reward a man according to his way, by what his deeds deserve</w:t>
      </w:r>
      <w:r>
        <w:rPr>
          <w:b w:val="false"/>
          <w:i w:val="false"/>
          <w:color w:val="000000"/>
          <w:u w:val="none"/>
          <w:shd w:val="clear" w:color="auto" w:fill="F4B183"/>
        </w:rPr>
        <w:t xml:space="preserve"> [12HT]</w:t>
      </w:r>
      <w:r>
        <w:rPr/>
        <w:t>.</w:t>
      </w:r>
    </w:p>
    <w:p>
      <w:pPr>
        <w:pStyle w:val="Yellow"/>
        <w:rPr/>
      </w:pPr>
      <w:r>
        <w:rPr>
          <w:u w:val="none"/>
        </w:rPr>
        <w:t xml:space="preserve">&lt;11&gt;(Eze11:18ᶜ when the exiles “remove all its detestable things”¹) </w:t>
      </w:r>
      <w:r>
        <w:rPr>
          <w:b/>
          <w:u w:val="none"/>
        </w:rPr>
        <w:t>Ezekiel 11:19–20</w:t>
      </w:r>
      <w:r>
        <w:rPr>
          <w:u w:val="none"/>
        </w:rPr>
        <w:t xml:space="preserve"> — </w:t>
      </w:r>
      <w:r>
        <w:rPr>
          <w:u w:val="none"/>
          <w:shd w:fill="B7DDE8" w:val="clear"/>
        </w:rPr>
        <w:t>I will give {them} singleness of heart</w:t>
      </w:r>
      <w:r>
        <w:rPr>
          <w:b w:val="false"/>
          <w:i w:val="false"/>
          <w:color w:val="000000"/>
          <w:u w:val="none"/>
        </w:rPr>
        <w:t xml:space="preserve"> [1BGW]</w:t>
      </w:r>
      <w:r>
        <w:rPr>
          <w:u w:val="none"/>
          <w:shd w:fill="B7DDE8" w:val="clear"/>
        </w:rPr>
        <w:t xml:space="preserve"> and put a new spirit within them</w:t>
      </w:r>
      <w:r>
        <w:rPr>
          <w:b w:val="false"/>
          <w:i w:val="false"/>
          <w:color w:val="000000"/>
          <w:u w:val="none"/>
        </w:rPr>
        <w:t xml:space="preserve"> [2BGB]</w:t>
      </w:r>
      <w:r>
        <w:rPr>
          <w:u w:val="none"/>
          <w:shd w:fill="B7DDE8" w:val="clear"/>
        </w:rPr>
        <w:t>; I will remove their heart of stone</w:t>
      </w:r>
      <w:r>
        <w:rPr>
          <w:b w:val="false"/>
          <w:i w:val="false"/>
          <w:color w:val="000000"/>
          <w:u w:val="none"/>
        </w:rPr>
        <w:t xml:space="preserve"> [2BGC]</w:t>
      </w:r>
      <w:r>
        <w:rPr>
          <w:u w:val="none"/>
          <w:shd w:fill="B7DDE8" w:val="clear"/>
        </w:rPr>
        <w:t xml:space="preserve"> and give them a heart of flesh</w:t>
      </w:r>
      <w:r>
        <w:rPr>
          <w:b w:val="false"/>
          <w:i w:val="false"/>
          <w:color w:val="000000"/>
          <w:u w:val="none"/>
        </w:rPr>
        <w:t xml:space="preserve"> [2BGD]</w:t>
      </w:r>
      <w:r>
        <w:rPr>
          <w:u w:val="none"/>
          <w:shd w:fill="B7DDE8" w:val="clear"/>
        </w:rPr>
        <w:t>, so that they may follow My statutes, keep My ordinances, and practice them</w:t>
      </w:r>
      <w:r>
        <w:rPr>
          <w:b w:val="false"/>
          <w:i w:val="false"/>
          <w:color w:val="000000"/>
          <w:u w:val="none"/>
        </w:rPr>
        <w:t xml:space="preserve"> [2BGX]</w:t>
      </w:r>
      <w:r>
        <w:rPr>
          <w:u w:val="none"/>
        </w:rPr>
        <w:t xml:space="preserve">. </w:t>
      </w:r>
      <w:r>
        <w:rPr>
          <w:u w:val="none"/>
          <w:shd w:fill="B7DDE8" w:val="clear"/>
        </w:rPr>
        <w:t>Then they will be My people, and I will be their God</w:t>
      </w:r>
      <w:r>
        <w:rPr>
          <w:b w:val="false"/>
          <w:i w:val="false"/>
          <w:color w:val="000000"/>
          <w:u w:val="none"/>
        </w:rPr>
        <w:t xml:space="preserve"> [9ACE]</w:t>
      </w:r>
      <w:r>
        <w:rPr>
          <w:u w:val="none"/>
        </w:rPr>
        <w:t>.</w:t>
      </w:r>
    </w:p>
    <w:p>
      <w:pPr>
        <w:pStyle w:val="Yellow"/>
        <w:rPr/>
      </w:pPr>
      <w:r>
        <w:t>&lt;11&gt;</w:t>
      </w:r>
      <w:r>
        <w:rPr>
          <w:b/>
        </w:rPr>
        <w:t>Ezekiel 11:21</w:t>
      </w:r>
      <w:r>
        <w:t xml:space="preserve"> — But </w:t>
      </w:r>
      <w:r>
        <w:rPr>
          <w:shd w:fill="B7DDE8" w:val="clear"/>
        </w:rPr>
        <w:t>as for those whose hearts pursue detestable things and abominations, I will bring their conduct down upon their own heads</w:t>
      </w:r>
      <w:r>
        <w:rPr>
          <w:b w:val="false"/>
          <w:i w:val="false"/>
          <w:color w:val="000000"/>
          <w:u w:val="none"/>
        </w:rPr>
        <w:t xml:space="preserve"> [1BGZ]</w:t>
      </w:r>
      <w:r>
        <w:t>, declares the Lord GOD.”</w:t>
      </w:r>
    </w:p>
    <w:p>
      <w:pPr>
        <w:pStyle w:val="Yellow"/>
        <w:rPr/>
      </w:pPr>
      <w:r>
        <w:rPr>
          <w:b/>
          <w:highlight w:val="cyan"/>
        </w:rPr>
        <w:t xml:space="preserve">Matthew 6:21</w:t>
      </w:r>
      <w:r>
        <w:rPr>
          <w:highlight w:val="cyan"/>
        </w:rPr>
        <w:t xml:space="preserve"> — </w:t>
      </w:r>
      <w:r>
        <w:rPr>
          <w:highlight w:val="cyan"/>
          <w:shd w:fill="B7DDE8" w:val="clear"/>
        </w:rPr>
        <w:t xml:space="preserve">where your treasure is, there your heart will be also</w:t>
      </w:r>
      <w:r>
        <w:rPr>
          <w:b w:val="false"/>
          <w:i w:val="false"/>
          <w:color w:val="000000"/>
          <w:u w:val="none"/>
        </w:rPr>
        <w:t xml:space="preserve"> [2LFA]</w:t>
      </w:r>
      <w:r>
        <w:rPr>
          <w:highlight w:val="cyan"/>
        </w:rPr>
        <w:t xml:space="preserve">.</w:t>
      </w:r>
    </w:p>
    <w:p>
      <w:pPr>
        <w:pStyle w:val="Yellow"/>
        <w:rPr/>
      </w:pPr>
      <w:r>
        <w:rPr>
          <w:b/>
          <w:shd w:val="clear" w:color="auto" w:fill="C00000"/>
          <w:color w:val="FFFFFF"/>
        </w:rPr>
        <w:t>Matthew 6:22-23</w:t>
      </w:r>
      <w:r>
        <w:rPr>
          <w:shd w:val="clear" w:color="auto" w:fill="C00000"/>
          <w:color w:val="FFFFFF"/>
        </w:rPr>
        <w:t xml:space="preserve"> — </w:t>
      </w:r>
      <w:r>
        <w:rPr>
          <w:shd w:val="clear" w:color="auto" w:fill="C00000"/>
          <w:color w:val="FFFFFF"/>
        </w:rPr>
        <w:t>The eye is the lamp of the body</w:t>
      </w:r>
      <w:r>
        <w:rPr>
          <w:b w:val="false"/>
          <w:i w:val="false"/>
          <w:u w:val="none"/>
          <w:shd w:val="clear" w:color="auto" w:fill="C00000"/>
          <w:color w:val="FFFFFF"/>
        </w:rPr>
        <w:t xml:space="preserve"> [2MDZ]</w:t>
      </w:r>
      <w:r>
        <w:rPr>
          <w:shd w:val="clear" w:color="auto" w:fill="C00000"/>
          <w:color w:val="FFFFFF"/>
        </w:rPr>
        <w:t xml:space="preserve">. </w:t>
      </w:r>
      <w:r>
        <w:rPr>
          <w:shd w:val="clear" w:color="auto" w:fill="C00000"/>
          <w:color w:val="FFFFFF"/>
        </w:rPr>
        <w:t>If your eyes are good, your whole body will be full of light</w:t>
      </w:r>
      <w:r>
        <w:rPr>
          <w:b w:val="false"/>
          <w:i w:val="false"/>
          <w:u w:val="none"/>
          <w:shd w:val="clear" w:color="auto" w:fill="C00000"/>
          <w:color w:val="FFFFFF"/>
        </w:rPr>
        <w:t xml:space="preserve"> [2MEA]</w:t>
      </w:r>
      <w:r>
        <w:rPr>
          <w:shd w:val="clear" w:color="auto" w:fill="C00000"/>
          <w:color w:val="FFFFFF"/>
        </w:rPr>
        <w:t xml:space="preserve">. But </w:t>
      </w:r>
      <w:r>
        <w:rPr>
          <w:shd w:val="clear" w:color="auto" w:fill="C00000"/>
          <w:color w:val="FFFFFF"/>
        </w:rPr>
        <w:t>if your eyes are bad, your whole body will be full of darkness</w:t>
      </w:r>
      <w:r>
        <w:rPr>
          <w:b w:val="false"/>
          <w:i w:val="false"/>
          <w:u w:val="none"/>
          <w:shd w:val="clear" w:color="auto" w:fill="C00000"/>
          <w:color w:val="FFFFFF"/>
        </w:rPr>
        <w:t xml:space="preserve"> [2MEB]</w:t>
      </w:r>
      <w:r>
        <w:rPr>
          <w:shd w:val="clear" w:color="auto" w:fill="C00000"/>
          <w:color w:val="FFFFFF"/>
        </w:rPr>
        <w:t xml:space="preserve">. </w:t>
      </w:r>
      <w:r>
        <w:rPr>
          <w:shd w:val="clear" w:color="auto" w:fill="C00000"/>
          <w:color w:val="FFFFFF"/>
        </w:rPr>
        <w:t>If then the light within you is darkness, how great is that darkness</w:t>
      </w:r>
      <w:r>
        <w:rPr>
          <w:b w:val="false"/>
          <w:i w:val="false"/>
          <w:u w:val="none"/>
          <w:shd w:val="clear" w:color="auto" w:fill="C00000"/>
          <w:color w:val="FFFFFF"/>
        </w:rPr>
        <w:t xml:space="preserve"> [1MEC]</w:t>
      </w:r>
      <w:r>
        <w:rPr>
          <w:shd w:val="clear" w:color="auto" w:fill="C00000"/>
          <w:color w:val="FFFFFF"/>
        </w:rPr>
        <w:t>!</w:t>
      </w:r>
    </w:p>
    <w:p>
      <w:pPr>
        <w:pStyle w:val="Yellow"/>
        <w:rPr/>
      </w:pPr>
      <w:r>
        <w:rPr>
          <w:b/>
          <w:highlight w:val="cyan"/>
          <w:shd w:val="clear" w:color="auto" w:fill="C00000"/>
          <w:color w:val="FFFFFF"/>
        </w:rPr>
        <w:t>Matthew 12:34-35</w:t>
      </w:r>
      <w:r>
        <w:rPr>
          <w:highlight w:val="cyan"/>
          <w:shd w:val="clear" w:color="auto" w:fill="C00000"/>
          <w:color w:val="FFFFFF"/>
        </w:rPr>
        <w:t xml:space="preserve"> — </w:t>
      </w:r>
      <w:r>
        <w:rPr>
          <w:highlight w:val="cyan"/>
          <w:shd w:val="clear" w:color="auto" w:fill="C00000"/>
          <w:color w:val="FFFFFF"/>
        </w:rPr>
        <w:t>out of the overflow of the heart the mouth speaks</w:t>
      </w:r>
      <w:r>
        <w:rPr>
          <w:b w:val="false"/>
          <w:i w:val="false"/>
          <w:u w:val="none"/>
          <w:shd w:val="clear" w:color="auto" w:fill="C00000"/>
          <w:color w:val="FFFFFF"/>
        </w:rPr>
        <w:t xml:space="preserve"> [3GTG]</w:t>
      </w:r>
      <w:r>
        <w:rPr>
          <w:highlight w:val="cyan"/>
          <w:shd w:val="clear" w:color="auto" w:fill="C00000"/>
          <w:color w:val="FFFFFF"/>
        </w:rPr>
        <w:t xml:space="preserve">. </w:t>
      </w:r>
      <w:r>
        <w:rPr>
          <w:highlight w:val="cyan"/>
          <w:shd w:val="clear" w:color="auto" w:fill="C00000"/>
          <w:color w:val="FFFFFF"/>
        </w:rPr>
        <w:t>The good man brings good things out of his good store of treasure</w:t>
      </w:r>
      <w:r>
        <w:rPr>
          <w:b w:val="false"/>
          <w:i w:val="false"/>
          <w:u w:val="none"/>
          <w:shd w:val="clear" w:color="auto" w:fill="C00000"/>
          <w:color w:val="FFFFFF"/>
        </w:rPr>
        <w:t xml:space="preserve"> [2MBE]</w:t>
      </w:r>
      <w:r>
        <w:rPr>
          <w:highlight w:val="cyan"/>
          <w:shd w:val="clear" w:color="auto" w:fill="C00000"/>
          <w:color w:val="FFFFFF"/>
        </w:rPr>
        <w:t xml:space="preserve">, and </w:t>
      </w:r>
      <w:r>
        <w:rPr>
          <w:highlight w:val="cyan"/>
          <w:shd w:val="clear" w:color="auto" w:fill="C00000"/>
          <w:color w:val="FFFFFF"/>
        </w:rPr>
        <w:t>the evil man brings evil things out of his evil store of treasure</w:t>
      </w:r>
      <w:r>
        <w:rPr>
          <w:b w:val="false"/>
          <w:i w:val="false"/>
          <w:u w:val="none"/>
          <w:shd w:val="clear" w:color="auto" w:fill="C00000"/>
          <w:color w:val="FFFFFF"/>
        </w:rPr>
        <w:t xml:space="preserve"> [2MBF]</w:t>
      </w:r>
      <w:r>
        <w:rPr>
          <w:highlight w:val="cyan"/>
          <w:shd w:val="clear" w:color="auto" w:fill="C00000"/>
          <w:color w:val="FFFFFF"/>
        </w:rPr>
        <w:t>.</w:t>
      </w:r>
    </w:p>
    <w:p>
      <w:pPr>
        <w:pStyle w:val="Yellow"/>
        <w:rPr/>
        <w:pBdr>
          <w:left w:val="single" w:sz="28" w:space="5" w:color="C00000"/>
        </w:pBdr>
      </w:pPr>
      <w:r>
        <w:rPr/>
        <w:t xml:space="preserve">(Mt15:1 “Pharisees and scribes”) </w:t>
      </w:r>
      <w:r>
        <w:rPr>
          <w:b/>
        </w:rPr>
        <w:t>Matthew 15:8-9</w:t>
      </w:r>
      <w:r>
        <w:rPr/>
        <w:t xml:space="preserve"> — ‘</w:t>
      </w:r>
      <w:r>
        <w:rPr>
          <w:shd w:val="clear" w:color="auto" w:fill="D9C3E6"/>
        </w:rPr>
        <w:t>{These people} honor Me with their lips, but their hearts are far from Me</w:t>
      </w:r>
      <w:r>
        <w:rPr>
          <w:b w:val="false"/>
          <w:i w:val="false"/>
          <w:color w:val="000000"/>
          <w:u w:val="none"/>
        </w:rPr>
        <w:t xml:space="preserve"> [2ZF]</w:t>
      </w:r>
      <w:r>
        <w:rPr>
          <w:shd w:val="clear" w:color="auto" w:fill="D9C3E6"/>
        </w:rPr>
        <w:t xml:space="preserve">. </w:t>
      </w:r>
      <w:r>
        <w:rPr>
          <w:shd w:fill="B7DDE8" w:val="clear"/>
        </w:rPr>
        <w:t>They worship Me in vain</w:t>
      </w:r>
      <w:r>
        <w:rPr>
          <w:b w:val="false"/>
          <w:i w:val="false"/>
          <w:color w:val="000000"/>
          <w:u w:val="none"/>
        </w:rPr>
        <w:t xml:space="preserve"> [1ZG]</w:t>
      </w:r>
      <w:r>
        <w:rPr/>
        <w:t xml:space="preserve">; </w:t>
      </w:r>
      <w:r>
        <w:rPr>
          <w:shd w:fill="F4B183" w:val="clear" w:color="auto"/>
          <w:color w:val="000000"/>
        </w:rPr>
        <w:t>they teach as doctrine the precepts of men</w:t>
      </w:r>
      <w:r>
        <w:rPr>
          <w:b w:val="false"/>
          <w:i w:val="false"/>
          <w:color w:val="000000"/>
          <w:u w:val="none"/>
          <w:shd w:val="clear" w:color="auto" w:fill="F4B183"/>
        </w:rPr>
        <w:t xml:space="preserve"> [1ZH]</w:t>
      </w:r>
      <w:r>
        <w:rPr/>
        <w:t>.’”</w:t>
      </w:r>
    </w:p>
    <w:p>
      <w:pPr>
        <w:pStyle w:val="Yellow"/>
        <w:rPr/>
      </w:pPr>
      <w:r>
        <w:rPr/>
        <w:t xml:space="preserve">&lt;25&gt;</w:t>
      </w:r>
      <w:r>
        <w:rPr>
          <w:b/>
        </w:rPr>
        <w:t xml:space="preserve">Matthew 15:11</w:t>
      </w:r>
      <w:r>
        <w:rPr/>
        <w:t xml:space="preserve"> — </w:t>
      </w:r>
      <w:r>
        <w:rPr>
          <w:shd w:fill="B7DDE8" w:val="clear"/>
        </w:rPr>
        <w:t xml:space="preserve">A man is not defiled by what enters his mouth, but by what comes out of it</w:t>
      </w:r>
      <w:r>
        <w:rPr>
          <w:b w:val="false"/>
          <w:i w:val="false"/>
          <w:color w:val="000000"/>
          <w:u w:val="none"/>
        </w:rPr>
        <w:t xml:space="preserve"> [1GTF]</w:t>
      </w:r>
      <w:r>
        <w:rPr/>
        <w:t xml:space="preserve">.”</w:t>
      </w:r>
    </w:p>
    <w:p>
      <w:pPr>
        <w:pStyle w:val="Yellow"/>
        <w:rPr/>
      </w:pPr>
      <w:r>
        <w:rPr/>
        <w:t xml:space="preserve">&lt;25&gt;</w:t>
      </w:r>
      <w:r>
        <w:rPr>
          <w:b/>
        </w:rPr>
        <w:t xml:space="preserve">Matthew 15:18</w:t>
      </w:r>
      <w:r>
        <w:rPr/>
        <w:t xml:space="preserve"> — </w:t>
      </w:r>
      <w:r>
        <w:rPr>
          <w:shd w:fill="B7DDE8" w:val="clear"/>
        </w:rPr>
        <w:t xml:space="preserve">the things that come out of the mouth come from the heart</w:t>
      </w:r>
      <w:r>
        <w:rPr>
          <w:b w:val="false"/>
          <w:i w:val="false"/>
          <w:color w:val="000000"/>
          <w:u w:val="none"/>
        </w:rPr>
        <w:t xml:space="preserve"> [3GTG]</w:t>
      </w:r>
      <w:r>
        <w:rPr/>
        <w:t xml:space="preserve">, and </w:t>
      </w:r>
      <w:r>
        <w:rPr>
          <w:shd w:fill="B7DDE8" w:val="clear"/>
        </w:rPr>
        <w:t xml:space="preserve">these things defile a man</w:t>
      </w:r>
      <w:r>
        <w:rPr>
          <w:b w:val="false"/>
          <w:i w:val="false"/>
          <w:color w:val="000000"/>
          <w:u w:val="none"/>
        </w:rPr>
        <w:t xml:space="preserve"> [3GTC]</w:t>
      </w:r>
      <w:r>
        <w:rPr/>
        <w:t xml:space="preserve">.</w:t>
      </w:r>
    </w:p>
    <w:p>
      <w:pPr>
        <w:pStyle w:val="Yellow"/>
        <w:rPr/>
      </w:pPr>
      <w:r>
        <w:rPr/>
        <w:t xml:space="preserve">&lt;25&gt;</w:t>
      </w:r>
      <w:r>
        <w:rPr>
          <w:b/>
        </w:rPr>
        <w:t xml:space="preserve">Matthew 15:19–20</w:t>
      </w:r>
      <w:r>
        <w:rPr/>
        <w:t xml:space="preserve"> — </w:t>
      </w:r>
      <w:r>
        <w:rPr>
          <w:shd w:fill="B7DDE8" w:val="clear"/>
        </w:rPr>
        <w:t xml:space="preserve">out of the heart come evil thoughts, murder, adultery, sexual immorality, theft, false testimony, and slander</w:t>
      </w:r>
      <w:r>
        <w:rPr>
          <w:b w:val="false"/>
          <w:i w:val="false"/>
          <w:u w:val="none"/>
          <w:color w:val="000000"/>
        </w:rPr>
        <w:t xml:space="preserve"> [1GTH]</w:t>
      </w:r>
      <w:r>
        <w:rPr/>
        <w:t xml:space="preserve">. </w:t>
      </w:r>
      <w:r>
        <w:rPr>
          <w:shd w:fill="B7DDE8" w:val="clear"/>
        </w:rPr>
        <w:t xml:space="preserve">These are what defile a man</w:t>
      </w:r>
      <w:r>
        <w:rPr>
          <w:b w:val="false"/>
          <w:i w:val="false"/>
          <w:color w:val="000000"/>
          <w:u w:val="none"/>
        </w:rPr>
        <w:t xml:space="preserve"> [3GTC]</w:t>
      </w:r>
      <w:r>
        <w:rPr/>
        <w:t xml:space="preserve">, but </w:t>
      </w:r>
      <w:r>
        <w:rPr>
          <w:shd w:fill="B7DDE8" w:val="clear"/>
        </w:rPr>
        <w:t xml:space="preserve">eating with unwashed hands does not defile him</w:t>
      </w:r>
      <w:r>
        <w:rPr>
          <w:b w:val="false"/>
          <w:i w:val="false"/>
          <w:color w:val="000000"/>
          <w:u w:val="none"/>
        </w:rPr>
        <w:t xml:space="preserve"> [1GTI]</w:t>
      </w:r>
      <w:r>
        <w:rPr/>
        <w:t xml:space="preserve">.”</w:t>
      </w:r>
    </w:p>
    <w:p>
      <w:pPr>
        <w:pStyle w:val="Yellow"/>
        <w:rPr/>
      </w:pPr>
      <w:r>
        <w:rPr>
          <w:b/>
          <w:u w:val="none"/>
        </w:rPr>
        <w:t xml:space="preserve">Mark 7:18–19</w:t>
      </w:r>
      <w:r>
        <w:rPr>
          <w:u w:val="none"/>
        </w:rPr>
        <w:t xml:space="preserve"> — </w:t>
      </w:r>
      <w:r>
        <w:rPr>
          <w:u w:val="none"/>
          <w:shd w:fill="B7DDE8" w:val="clear"/>
        </w:rPr>
        <w:t xml:space="preserve">Nothing that enters a man from the outside can defile him</w:t>
      </w:r>
      <w:r>
        <w:rPr>
          <w:b w:val="false"/>
          <w:i w:val="false"/>
          <w:color w:val="000000"/>
          <w:u w:val="none"/>
        </w:rPr>
        <w:t xml:space="preserve"> [1LFE]</w:t>
      </w:r>
      <w:r>
        <w:rPr>
          <w:u w:val="none"/>
        </w:rPr>
        <w:t xml:space="preserve">, because </w:t>
      </w:r>
      <w:r>
        <w:rPr>
          <w:u w:val="none"/>
          <w:shd w:fill="B7DDE8" w:val="clear"/>
        </w:rPr>
        <w:t xml:space="preserve">it does not enter his heart</w:t>
      </w:r>
      <w:r>
        <w:rPr>
          <w:b w:val="false"/>
          <w:i w:val="false"/>
          <w:color w:val="000000"/>
          <w:u w:val="none"/>
        </w:rPr>
        <w:t xml:space="preserve"> [1LFF]</w:t>
      </w:r>
      <w:r>
        <w:rPr>
          <w:u w:val="none"/>
        </w:rPr>
        <w:t xml:space="preserve">, but </w:t>
      </w:r>
      <w:r>
        <w:rPr>
          <w:u w:val="none"/>
          <w:shd w:fill="B7DDE8" w:val="clear"/>
        </w:rPr>
        <w:t xml:space="preserve">it goes into the stomach and then is eliminated</w:t>
      </w:r>
      <w:r>
        <w:rPr>
          <w:b w:val="false"/>
          <w:i w:val="false"/>
          <w:color w:val="000000"/>
          <w:u w:val="none"/>
        </w:rPr>
        <w:t xml:space="preserve"> [1LFG]</w:t>
      </w:r>
      <w:r>
        <w:rPr>
          <w:u w:val="none"/>
        </w:rPr>
        <w:t xml:space="preserve">.” (Thus </w:t>
      </w:r>
      <w:r>
        <w:rPr>
          <w:u w:val="none"/>
          <w:shd w:fill="B7DDE8" w:val="clear"/>
        </w:rPr>
        <w:t xml:space="preserve">all foods are clean</w:t>
      </w:r>
      <w:r>
        <w:rPr>
          <w:b w:val="false"/>
          <w:i w:val="false"/>
          <w:color w:val="000000"/>
          <w:u w:val="none"/>
        </w:rPr>
        <w:t xml:space="preserve"> [3EES]</w:t>
      </w:r>
      <w:r>
        <w:rPr>
          <w:u w:val="none"/>
        </w:rPr>
        <w:t xml:space="preserve">.)</w:t>
      </w:r>
    </w:p>
    <w:p>
      <w:pPr>
        <w:pStyle w:val="Yellow"/>
        <w:rPr/>
      </w:pPr>
      <w:r>
        <w:rPr>
          <w:b/>
        </w:rPr>
        <w:t xml:space="preserve">Mark 7:20-23</w:t>
      </w:r>
      <w:r>
        <w:rPr/>
        <w:t xml:space="preserve"> — </w:t>
      </w:r>
      <w:r>
        <w:rPr>
          <w:shd w:val="clear" w:color="auto" w:fill="D9C3E6"/>
        </w:rPr>
        <w:t xml:space="preserve">What comes out of a man, that is what defiles him</w:t>
      </w:r>
      <w:r>
        <w:rPr>
          <w:b w:val="false"/>
          <w:i w:val="false"/>
          <w:color w:val="000000"/>
          <w:u w:val="none"/>
        </w:rPr>
        <w:t xml:space="preserve"> [3GTC]</w:t>
      </w:r>
      <w:r>
        <w:rPr/>
        <w:t xml:space="preserve">. For </w:t>
      </w:r>
      <w:r>
        <w:rPr>
          <w:shd w:fill="B7DDE8" w:val="clear"/>
        </w:rPr>
        <w:t xml:space="preserve">from within the hearts of men come evil thoughts, sexual immorality, theft, murder, adultery, greed, wickedness, deceit, debauchery, envy, slander, arrogance, and foolishness</w:t>
      </w:r>
      <w:r>
        <w:rPr>
          <w:b w:val="false"/>
          <w:i w:val="false"/>
          <w:color w:val="000000"/>
          <w:u w:val="none"/>
        </w:rPr>
        <w:t xml:space="preserve"> [1GTD]</w:t>
      </w:r>
      <w:r>
        <w:rPr/>
        <w:t xml:space="preserve">. </w:t>
      </w:r>
      <w:r>
        <w:rPr>
          <w:shd w:fill="B7DDE8" w:val="clear"/>
        </w:rPr>
        <w:t xml:space="preserve">All these evils come from within</w:t>
      </w:r>
      <w:r>
        <w:rPr>
          <w:b w:val="false"/>
          <w:i w:val="false"/>
          <w:color w:val="000000"/>
          <w:u w:val="none"/>
        </w:rPr>
        <w:t xml:space="preserve"> [1GTE]</w:t>
      </w:r>
      <w:r>
        <w:rPr/>
        <w:t xml:space="preserve">, and </w:t>
      </w:r>
      <w:r>
        <w:rPr>
          <w:shd w:fill="B7DDE8" w:val="clear"/>
        </w:rPr>
        <w:t xml:space="preserve">these are what defile a man</w:t>
      </w:r>
      <w:r>
        <w:rPr>
          <w:b w:val="false"/>
          <w:i w:val="false"/>
          <w:color w:val="000000"/>
          <w:u w:val="none"/>
        </w:rPr>
        <w:t xml:space="preserve"> [3GTC]</w:t>
      </w:r>
      <w:r>
        <w:rPr/>
        <w:t xml:space="preserve">.”</w:t>
      </w:r>
    </w:p>
    <w:p>
      <w:pPr>
        <w:pStyle w:val="Yellow"/>
        <w:rPr/>
      </w:pPr>
      <w:r>
        <w:rPr>
          <w:color w:val="auto"/>
        </w:rPr>
        <w:t xml:space="preserve">(Lk1:47 “God”) </w:t>
      </w:r>
      <w:r>
        <w:rPr>
          <w:b/>
          <w:color w:val="auto"/>
        </w:rPr>
        <w:t xml:space="preserve">Luke 1:51</w:t>
      </w:r>
      <w:r>
        <w:rPr>
          <w:color w:val="auto"/>
        </w:rPr>
        <w:t xml:space="preserve"> — </w:t>
      </w:r>
      <w:r>
        <w:rPr>
          <w:color w:val="auto"/>
        </w:rPr>
        <w:t xml:space="preserve">{He} has scattered those who are proud in the thoughts of their hearts</w:t>
      </w:r>
      <w:r>
        <w:rPr>
          <w:b w:val="false"/>
          <w:i w:val="false"/>
          <w:color w:val="auto"/>
          <w:u w:val="none"/>
        </w:rPr>
        <w:t xml:space="preserve"> [1LES]</w:t>
      </w:r>
      <w:r>
        <w:rPr>
          <w:color w:val="auto"/>
        </w:rPr>
        <w:t xml:space="preserve">.</w:t>
      </w:r>
    </w:p>
    <w:p>
      <w:pPr>
        <w:pStyle w:val="Yellow"/>
        <w:rPr/>
      </w:pPr>
      <w:r>
        <w:rPr>
          <w:b/>
          <w:highlight w:val="cyan"/>
        </w:rPr>
        <w:t>Luke 6:45</w:t>
      </w:r>
      <w:r>
        <w:rPr>
          <w:highlight w:val="cyan"/>
        </w:rPr>
        <w:t xml:space="preserve"> — </w:t>
      </w:r>
      <w:r>
        <w:rPr>
          <w:highlight w:val="cyan"/>
          <w:shd w:fill="B7DDE8" w:val="clear"/>
        </w:rPr>
        <w:t>The good man brings good things out of the good treasure of his heart</w:t>
      </w:r>
      <w:r>
        <w:rPr>
          <w:b w:val="false"/>
          <w:i w:val="false"/>
          <w:color w:val="000000"/>
          <w:u w:val="none"/>
        </w:rPr>
        <w:t xml:space="preserve"> [2MBE]</w:t>
      </w:r>
      <w:r>
        <w:rPr>
          <w:highlight w:val="cyan"/>
        </w:rPr>
        <w:t xml:space="preserve">, and </w:t>
      </w:r>
      <w:r>
        <w:rPr>
          <w:highlight w:val="cyan"/>
          <w:shd w:fill="B7DDE8" w:val="clear"/>
        </w:rPr>
        <w:t>the evil man brings evil things out of the evil treasure of his heart</w:t>
      </w:r>
      <w:r>
        <w:rPr>
          <w:b w:val="false"/>
          <w:i w:val="false"/>
          <w:color w:val="000000"/>
          <w:u w:val="none"/>
        </w:rPr>
        <w:t xml:space="preserve"> [2MBF]</w:t>
      </w:r>
      <w:r>
        <w:rPr>
          <w:highlight w:val="cyan"/>
        </w:rPr>
        <w:t xml:space="preserve">. For </w:t>
      </w:r>
      <w:r>
        <w:rPr>
          <w:highlight w:val="cyan"/>
          <w:shd w:val="clear" w:color="auto" w:fill="D9C3E6"/>
        </w:rPr>
        <w:t>out of the overflow of the heart the mouth speaks</w:t>
      </w:r>
      <w:r>
        <w:rPr>
          <w:b w:val="false"/>
          <w:i w:val="false"/>
          <w:color w:val="000000"/>
          <w:u w:val="none"/>
        </w:rPr>
        <w:t xml:space="preserve"> [3GTG]</w:t>
      </w:r>
      <w:r>
        <w:rPr>
          <w:highlight w:val="cyan"/>
          <w:shd w:val="clear" w:color="auto" w:fill="D9C3E6"/>
        </w:rPr>
        <w:t>.</w:t>
      </w:r>
    </w:p>
    <w:p>
      <w:pPr>
        <w:pStyle w:val="Yellow"/>
        <w:rPr/>
      </w:pPr>
      <w:r>
        <w:rPr>
          <w:b/>
        </w:rPr>
        <w:t>Luke 11:33-36</w:t>
      </w:r>
      <w:r>
        <w:rPr/>
        <w:t xml:space="preserve"> — </w:t>
      </w:r>
      <w:r>
        <w:rPr>
          <w:shd w:fill="B7DDE8" w:val="clear"/>
        </w:rPr>
        <w:t>Your eye is the lamp of your body</w:t>
      </w:r>
      <w:r>
        <w:rPr>
          <w:b w:val="false"/>
          <w:i w:val="false"/>
          <w:color w:val="000000"/>
          <w:u w:val="none"/>
        </w:rPr>
        <w:t xml:space="preserve"> [2MDZ]</w:t>
      </w:r>
      <w:r>
        <w:rPr/>
        <w:t xml:space="preserve">. </w:t>
      </w:r>
      <w:r>
        <w:rPr>
          <w:shd w:fill="B7DDE8" w:val="clear"/>
        </w:rPr>
        <w:t>When your eyes are good,f your whole body also is full of light</w:t>
      </w:r>
      <w:r>
        <w:rPr>
          <w:b w:val="false"/>
          <w:i w:val="false"/>
          <w:color w:val="000000"/>
          <w:u w:val="none"/>
        </w:rPr>
        <w:t xml:space="preserve"> [2MEA]</w:t>
      </w:r>
      <w:r>
        <w:rPr/>
        <w:t xml:space="preserve">. But </w:t>
      </w:r>
      <w:r>
        <w:rPr>
          <w:shd w:fill="B7DDE8" w:val="clear"/>
        </w:rPr>
        <w:t>when they are bad,g your body is full of darkness</w:t>
      </w:r>
      <w:r>
        <w:rPr>
          <w:b w:val="false"/>
          <w:i w:val="false"/>
          <w:color w:val="000000"/>
          <w:u w:val="none"/>
        </w:rPr>
        <w:t xml:space="preserve"> [2MEB]</w:t>
      </w:r>
      <w:r>
        <w:rPr/>
        <w:t xml:space="preserve">. </w:t>
      </w:r>
      <w:r>
        <w:rPr>
          <w:shd w:fill="B7DDE8" w:val="clear"/>
        </w:rPr>
        <w:t>Be careful, then, that the light within you is not darkness</w:t>
      </w:r>
      <w:r>
        <w:rPr>
          <w:b w:val="false"/>
          <w:i w:val="false"/>
          <w:color w:val="000000"/>
          <w:u w:val="none"/>
        </w:rPr>
        <w:t xml:space="preserve"> [1MED]</w:t>
      </w:r>
      <w:r>
        <w:rPr/>
        <w:t xml:space="preserve">. So </w:t>
      </w:r>
      <w:r>
        <w:rPr>
          <w:shd w:fill="B7DDE8" w:val="clear"/>
        </w:rPr>
        <w:t>if your whole body is full of light, with no part of it in darkness, you will be radiant, as though a lamp were shining on you</w:t>
      </w:r>
      <w:r>
        <w:rPr>
          <w:b w:val="false"/>
          <w:i w:val="false"/>
          <w:color w:val="000000"/>
          <w:u w:val="none"/>
        </w:rPr>
        <w:t xml:space="preserve"> [1MEE]</w:t>
      </w:r>
      <w:r>
        <w:rPr/>
        <w:t>.”</w:t>
      </w:r>
    </w:p>
    <w:p>
      <w:pPr>
        <w:pStyle w:val="Yellow"/>
        <w:rPr/>
      </w:pPr>
      <w:r>
        <w:rPr>
          <w:b/>
        </w:rPr>
        <w:t>Luke 12:2-3</w:t>
      </w:r>
      <w:r>
        <w:rPr/>
        <w:t xml:space="preserve"> — </w:t>
      </w:r>
      <w:r>
        <w:rPr>
          <w:shd w:fill="B7DDE8" w:val="clear"/>
        </w:rPr>
        <w:t>There is nothing concealed that will not be disclosed</w:t>
      </w:r>
      <w:r>
        <w:rPr>
          <w:b w:val="false"/>
          <w:i w:val="false"/>
          <w:color w:val="000000"/>
          <w:u w:val="none"/>
        </w:rPr>
        <w:t xml:space="preserve"> [1LUH]</w:t>
      </w:r>
      <w:r>
        <w:rPr/>
        <w:t xml:space="preserve">, and </w:t>
      </w:r>
      <w:r>
        <w:rPr>
          <w:shd w:fill="B7DDE8" w:val="clear"/>
        </w:rPr>
        <w:t>nothing hidden that will not be made known</w:t>
      </w:r>
      <w:r>
        <w:rPr>
          <w:b w:val="false"/>
          <w:i w:val="false"/>
          <w:color w:val="000000"/>
          <w:u w:val="none"/>
        </w:rPr>
        <w:t xml:space="preserve"> [1LUH]</w:t>
      </w:r>
      <w:r>
        <w:rPr/>
        <w:t xml:space="preserve">. </w:t>
      </w:r>
      <w:r>
        <w:rPr>
          <w:shd w:fill="B7DDE8" w:val="clear"/>
        </w:rPr>
        <w:t>What you have spoken in the dark will be heard in the daylight</w:t>
      </w:r>
      <w:r>
        <w:rPr>
          <w:b w:val="false"/>
          <w:i w:val="false"/>
          <w:color w:val="000000"/>
          <w:u w:val="none"/>
        </w:rPr>
        <w:t xml:space="preserve"> [1LUI]</w:t>
      </w:r>
      <w:r>
        <w:rPr/>
        <w:t xml:space="preserve">, and </w:t>
      </w:r>
      <w:r>
        <w:rPr>
          <w:shd w:fill="B7DDE8" w:val="clear"/>
        </w:rPr>
        <w:t>what you have whispered in the inner rooms will be proclaimed from the housetops</w:t>
      </w:r>
      <w:r>
        <w:rPr>
          <w:b w:val="false"/>
          <w:i w:val="false"/>
          <w:color w:val="000000"/>
          <w:u w:val="none"/>
        </w:rPr>
        <w:t xml:space="preserve"> [1LUI]</w:t>
      </w:r>
      <w:r>
        <w:rPr/>
        <w:t>.</w:t>
      </w:r>
    </w:p>
    <w:p>
      <w:pPr>
        <w:pStyle w:val="Yellow"/>
        <w:rPr/>
      </w:pPr>
      <w:r>
        <w:rPr>
          <w:b/>
          <w:highlight w:val="cyan"/>
          <w:shd w:val="clear" w:color="auto" w:fill="C00000"/>
          <w:color w:val="FFFFFF"/>
        </w:rPr>
        <w:t xml:space="preserve">Luke 12:34</w:t>
      </w:r>
      <w:r>
        <w:rPr>
          <w:highlight w:val="cyan"/>
          <w:shd w:val="clear" w:color="auto" w:fill="C00000"/>
          <w:color w:val="FFFFFF"/>
        </w:rPr>
        <w:t xml:space="preserve"> — </w:t>
      </w:r>
      <w:r>
        <w:rPr>
          <w:highlight w:val="cyan"/>
          <w:shd w:val="clear" w:color="auto" w:fill="C00000"/>
          <w:color w:val="FFFFFF"/>
        </w:rPr>
        <w:t xml:space="preserve">where your treasure is, there your heart will be also</w:t>
      </w:r>
      <w:r>
        <w:rPr>
          <w:b w:val="false"/>
          <w:i w:val="false"/>
          <w:u w:val="none"/>
          <w:shd w:val="clear" w:color="auto" w:fill="C00000"/>
          <w:color w:val="FFFFFF"/>
        </w:rPr>
        <w:t xml:space="preserve"> [2LFA]</w:t>
      </w:r>
      <w:r>
        <w:rPr>
          <w:highlight w:val="cyan"/>
          <w:shd w:val="clear" w:color="auto" w:fill="C00000"/>
          <w:color w:val="FFFFFF"/>
        </w:rPr>
        <w:t xml:space="preserve">.</w:t>
      </w:r>
    </w:p>
    <w:p>
      <w:pPr>
        <w:pStyle w:val="Yellow"/>
        <w:rPr/>
      </w:pPr>
      <w:r>
        <w:rPr>
          <w:shd w:val="clear" w:color="auto" w:fill="548235"/>
          <w:color w:val="FFFFFF"/>
        </w:rPr>
        <w:t xml:space="preserve">(Jn1:1,4 “the Word” was “the light of men”) </w:t>
      </w:r>
      <w:r>
        <w:rPr>
          <w:b/>
          <w:shd w:val="clear" w:color="auto" w:fill="548235"/>
          <w:color w:val="FFFFFF"/>
        </w:rPr>
        <w:t>John 3:20</w:t>
      </w:r>
      <w:r>
        <w:rPr>
          <w:shd w:val="clear" w:color="auto" w:fill="548235"/>
          <w:color w:val="FFFFFF"/>
        </w:rPr>
        <w:t xml:space="preserve"> — </w:t>
      </w:r>
      <w:r>
        <w:rPr>
          <w:shd w:fill="548235" w:val="clear" w:color="auto"/>
          <w:color w:val="FFFFFF"/>
        </w:rPr>
        <w:t>Everyone who does evil hates {the Light}</w:t>
      </w:r>
      <w:r>
        <w:rPr>
          <w:b w:val="false"/>
          <w:i w:val="false"/>
          <w:color w:val="FFFFFF"/>
          <w:u w:val="none"/>
          <w:shd w:val="clear" w:color="auto" w:fill="548235"/>
        </w:rPr>
        <w:t xml:space="preserve"> [1MFE]</w:t>
      </w:r>
      <w:r>
        <w:rPr>
          <w:shd w:val="clear" w:color="auto" w:fill="548235"/>
          <w:color w:val="FFFFFF"/>
        </w:rPr>
        <w:t xml:space="preserve">, and </w:t>
      </w:r>
      <w:r>
        <w:rPr>
          <w:shd w:fill="548235" w:val="clear" w:color="auto"/>
          <w:color w:val="FFFFFF"/>
        </w:rPr>
        <w:t>does not come into the Light for fear that his deeds will be exposed</w:t>
      </w:r>
      <w:r>
        <w:rPr>
          <w:b w:val="false"/>
          <w:i w:val="false"/>
          <w:color w:val="FFFFFF"/>
          <w:u w:val="none"/>
          <w:shd w:val="clear" w:color="auto" w:fill="548235"/>
        </w:rPr>
        <w:t xml:space="preserve"> [1MFF]</w:t>
      </w:r>
      <w:r>
        <w:rPr>
          <w:shd w:val="clear" w:color="auto" w:fill="548235"/>
          <w:color w:val="FFFFFF"/>
        </w:rPr>
        <w:t>.</w:t>
      </w:r>
    </w:p>
    <w:p>
      <w:pPr>
        <w:pStyle w:val="Yellow"/>
        <w:rPr/>
      </w:pPr>
      <w:r>
        <w:rPr>
          <w:shd w:val="clear" w:color="auto" w:fill="548235"/>
          <w:color w:val="FFFFFF"/>
        </w:rPr>
        <w:t xml:space="preserve">(Jn12:38 God¹ / 37 Those who “still did not believe in” Jesus²) </w:t>
      </w:r>
      <w:r>
        <w:rPr>
          <w:b/>
          <w:shd w:val="clear" w:color="auto" w:fill="548235"/>
          <w:color w:val="FFFFFF"/>
        </w:rPr>
        <w:t>John 12:40</w:t>
      </w:r>
      <w:r>
        <w:rPr>
          <w:shd w:val="clear" w:color="auto" w:fill="548235"/>
          <w:color w:val="FFFFFF"/>
        </w:rPr>
        <w:t xml:space="preserve"> — “</w:t>
      </w:r>
      <w:r>
        <w:rPr>
          <w:shd w:val="clear" w:fill="548235" w:color="auto"/>
          <w:color w:val="FFFFFF"/>
        </w:rPr>
        <w:t>{He} has blinded {their} eyes</w:t>
      </w:r>
      <w:r>
        <w:rPr>
          <w:b w:val="false"/>
          <w:i w:val="false"/>
          <w:color w:val="FFFFFF"/>
          <w:u w:val="none"/>
          <w:shd w:val="clear" w:color="auto" w:fill="548235"/>
        </w:rPr>
        <w:t xml:space="preserve"> [1EOL]</w:t>
      </w:r>
      <w:r>
        <w:rPr>
          <w:shd w:val="clear" w:color="auto" w:fill="548235"/>
          <w:color w:val="FFFFFF"/>
        </w:rPr>
        <w:t xml:space="preserve"> and </w:t>
      </w:r>
      <w:r>
        <w:rPr>
          <w:shd w:val="clear" w:fill="548235" w:color="auto"/>
          <w:color w:val="FFFFFF"/>
        </w:rPr>
        <w:t>hardened their hearts</w:t>
      </w:r>
      <w:r>
        <w:rPr>
          <w:b w:val="false"/>
          <w:i w:val="false"/>
          <w:color w:val="FFFFFF"/>
          <w:u w:val="none"/>
          <w:shd w:val="clear" w:color="auto" w:fill="548235"/>
        </w:rPr>
        <w:t xml:space="preserve"> [1EOM]</w:t>
      </w:r>
      <w:r>
        <w:rPr>
          <w:shd w:val="clear" w:color="auto" w:fill="548235"/>
          <w:color w:val="FFFFFF"/>
        </w:rPr>
        <w:t xml:space="preserve">, </w:t>
      </w:r>
      <w:r>
        <w:rPr>
          <w:shd w:val="clear" w:fill="548235" w:color="auto"/>
          <w:color w:val="FFFFFF"/>
        </w:rPr>
        <w:t>so that they cannot see with their eyes, and understand with their hearts, and turn, and I would heal them</w:t>
      </w:r>
      <w:r>
        <w:rPr>
          <w:b w:val="false"/>
          <w:i w:val="false"/>
          <w:color w:val="FFFFFF"/>
          <w:u w:val="none"/>
          <w:shd w:val="clear" w:color="auto" w:fill="548235"/>
        </w:rPr>
        <w:t xml:space="preserve"> [1EON]</w:t>
      </w:r>
      <w:r>
        <w:rPr>
          <w:shd w:val="clear" w:color="auto" w:fill="548235"/>
          <w:color w:val="FFFFFF"/>
        </w:rPr>
        <w:t>.”</w:t>
      </w:r>
    </w:p>
    <w:p>
      <w:pPr>
        <w:pStyle w:val="Yellow"/>
        <w:rPr/>
      </w:pPr>
      <w:r>
        <w:rPr>
          <w:b/>
          <w:u w:val="none"/>
        </w:rPr>
        <w:t xml:space="preserve">Acts 1:24</w:t>
      </w:r>
      <w:r>
        <w:rPr>
          <w:u w:val="none"/>
        </w:rPr>
        <w:t xml:space="preserve"> — </w:t>
      </w:r>
      <w:r>
        <w:rPr>
          <w:u w:val="none"/>
          <w:shd w:fill="B7DDE8" w:val="clear"/>
        </w:rPr>
        <w:t xml:space="preserve">Lord, You know everyone’s heart</w:t>
      </w:r>
      <w:r>
        <w:rPr>
          <w:b w:val="false"/>
          <w:i w:val="false"/>
          <w:color w:val="000000"/>
          <w:u w:val="none"/>
        </w:rPr>
        <w:t xml:space="preserve"> [1LEW]</w:t>
      </w:r>
      <w:r>
        <w:rPr>
          <w:u w:val="none"/>
        </w:rPr>
        <w:t xml:space="preserve">.</w:t>
      </w:r>
    </w:p>
    <w:p>
      <w:pPr>
        <w:pStyle w:val="Yellow"/>
        <w:rPr/>
      </w:pPr>
      <w:r>
        <w:rPr>
          <w:b/>
        </w:rPr>
        <w:t xml:space="preserve">Acts 13:22</w:t>
      </w:r>
      <w:r>
        <w:rPr/>
        <w:t xml:space="preserve"> ‘</w:t>
      </w:r>
      <w:r>
        <w:rPr>
          <w:shd w:fill="B7DDE8" w:val="clear"/>
        </w:rPr>
        <w:t xml:space="preserve">I have found David son of Jesse a man after My own heart</w:t>
      </w:r>
      <w:r>
        <w:rPr>
          <w:b w:val="false"/>
          <w:i w:val="false"/>
          <w:color w:val="000000"/>
          <w:u w:val="none"/>
        </w:rPr>
        <w:t xml:space="preserve"> [1KXC]</w:t>
      </w:r>
      <w:r>
        <w:rPr/>
        <w:t xml:space="preserve">; </w:t>
      </w:r>
      <w:r>
        <w:rPr>
          <w:shd w:fill="548235" w:val="clear" w:color="auto"/>
          <w:color w:val="FFFFFF"/>
        </w:rPr>
        <w:t xml:space="preserve">he will carry out My will in its entirety</w:t>
      </w:r>
      <w:r>
        <w:rPr>
          <w:b w:val="false"/>
          <w:i w:val="false"/>
          <w:color w:val="FFFFFF"/>
          <w:u w:val="none"/>
          <w:shd w:val="clear" w:color="auto" w:fill="548235"/>
        </w:rPr>
        <w:t xml:space="preserve"> [1KXD]</w:t>
      </w:r>
      <w:r>
        <w:rPr/>
        <w:t xml:space="preserve">.’</w:t>
      </w:r>
    </w:p>
    <w:p>
      <w:pPr>
        <w:pStyle w:val="Yellow"/>
        <w:rPr/>
      </w:pPr>
      <w:r>
        <w:rPr>
          <w:b/>
        </w:rPr>
        <w:t xml:space="preserve">Acts 16:14</w:t>
      </w:r>
      <w:r>
        <w:rPr/>
        <w:t xml:space="preserve"> — </w:t>
      </w:r>
      <w:r>
        <w:rPr>
          <w:shd w:fill="B7DDE8" w:val="clear"/>
        </w:rPr>
        <w:t xml:space="preserve">Among those listening was a woman named Lydia</w:t>
      </w:r>
      <w:r>
        <w:rPr>
          <w:b w:val="false"/>
          <w:i w:val="false"/>
          <w:color w:val="000000"/>
          <w:u w:val="none"/>
        </w:rPr>
        <w:t xml:space="preserve"> [1LEE]</w:t>
      </w:r>
      <w:r>
        <w:rPr/>
        <w:t xml:space="preserve">, </w:t>
      </w:r>
      <w:r>
        <w:rPr>
          <w:shd w:fill="B7DDE8" w:val="clear"/>
        </w:rPr>
        <w:t xml:space="preserve">a dealer in purple cloth from the city of Thyatira</w:t>
      </w:r>
      <w:r>
        <w:rPr>
          <w:b w:val="false"/>
          <w:i w:val="false"/>
          <w:color w:val="000000"/>
          <w:u w:val="none"/>
        </w:rPr>
        <w:t xml:space="preserve"> [1LEF]</w:t>
      </w:r>
      <w:r>
        <w:rPr/>
        <w:t xml:space="preserve">, </w:t>
      </w:r>
      <w:r>
        <w:rPr>
          <w:shd w:fill="B7DDE8" w:val="clear"/>
        </w:rPr>
        <w:t xml:space="preserve">who was a worshiper of God</w:t>
      </w:r>
      <w:r>
        <w:rPr>
          <w:b w:val="false"/>
          <w:i w:val="false"/>
          <w:color w:val="000000"/>
          <w:u w:val="none"/>
        </w:rPr>
        <w:t xml:space="preserve"> [1LEG]</w:t>
      </w:r>
      <w:r>
        <w:rPr/>
        <w:t xml:space="preserve">. </w:t>
      </w:r>
      <w:r>
        <w:rPr>
          <w:shd w:fill="B7DDE8" w:val="clear"/>
        </w:rPr>
        <w:t xml:space="preserve">The Lord opened her heart to respond to Paul’s message</w:t>
      </w:r>
      <w:r>
        <w:rPr>
          <w:b w:val="false"/>
          <w:i w:val="false"/>
          <w:color w:val="000000"/>
          <w:u w:val="none"/>
        </w:rPr>
        <w:t xml:space="preserve"> [1LEH]</w:t>
      </w:r>
      <w:r>
        <w:rPr/>
        <w:t xml:space="preserve">.</w:t>
      </w:r>
    </w:p>
    <w:p>
      <w:pPr>
        <w:pStyle w:val="Yellow"/>
        <w:rPr/>
      </w:pPr>
      <w:r>
        <w:rPr/>
        <w:t xml:space="preserve">(Ac28:17,25ᶜ The Jews’ “fathers”¹) </w:t>
      </w:r>
      <w:r>
        <w:rPr>
          <w:b/>
        </w:rPr>
        <w:t>Acts 28:27</w:t>
      </w:r>
      <w:r>
        <w:rPr/>
        <w:t xml:space="preserve"> — </w:t>
      </w:r>
      <w:r>
        <w:rPr>
          <w:shd w:val="clear" w:fill="B7DDE8"/>
        </w:rPr>
        <w:t>{this people’s} heart has grown callous</w:t>
      </w:r>
      <w:r>
        <w:rPr>
          <w:b w:val="false"/>
          <w:i w:val="false"/>
          <w:color w:val="000000"/>
          <w:u w:val="none"/>
        </w:rPr>
        <w:t xml:space="preserve"> [1EOO]</w:t>
      </w:r>
      <w:r>
        <w:rPr/>
        <w:t xml:space="preserve">; </w:t>
      </w:r>
      <w:r>
        <w:rPr>
          <w:shd w:val="clear" w:fill="B7DDE8"/>
        </w:rPr>
        <w:t>they hardly hear with their ears</w:t>
      </w:r>
      <w:r>
        <w:rPr>
          <w:b w:val="false"/>
          <w:i w:val="false"/>
          <w:color w:val="000000"/>
          <w:u w:val="none"/>
        </w:rPr>
        <w:t xml:space="preserve"> [1EOP]</w:t>
      </w:r>
      <w:r>
        <w:rPr/>
        <w:t xml:space="preserve">, and </w:t>
      </w:r>
      <w:r>
        <w:rPr>
          <w:shd w:val="clear" w:fill="B7DDE8"/>
        </w:rPr>
        <w:t>they have closed their eyes</w:t>
      </w:r>
      <w:r>
        <w:rPr>
          <w:b w:val="false"/>
          <w:i w:val="false"/>
          <w:color w:val="000000"/>
          <w:u w:val="none"/>
        </w:rPr>
        <w:t xml:space="preserve"> [1EOQ]</w:t>
      </w:r>
      <w:r>
        <w:rPr/>
        <w:t xml:space="preserve">. </w:t>
      </w:r>
      <w:r>
        <w:rPr>
          <w:shd w:val="clear" w:fill="B7DDE8"/>
        </w:rPr>
        <w:t>Otherwise they might see with their eyes, hear with their ears, understand with their hearts, and turn, and I would heal them</w:t>
      </w:r>
      <w:r>
        <w:rPr>
          <w:b w:val="false"/>
          <w:i w:val="false"/>
          <w:color w:val="000000"/>
          <w:u w:val="none"/>
        </w:rPr>
        <w:t xml:space="preserve"> [1EOR]</w:t>
      </w:r>
      <w:r>
        <w:rPr/>
        <w:t>.</w:t>
      </w:r>
    </w:p>
    <w:p>
      <w:pPr>
        <w:pStyle w:val="Yellow"/>
        <w:rPr/>
      </w:pPr>
      <w:r>
        <w:rPr/>
        <w:t xml:space="preserve">(Ro1:18–23ᶜ Those who “exchanged the glory of the immortal God for images”¹ ²) </w:t>
      </w:r>
      <w:r>
        <w:rPr>
          <w:b/>
        </w:rPr>
        <w:t xml:space="preserve">Romans 1:24</w:t>
      </w:r>
      <w:r>
        <w:rPr/>
        <w:t xml:space="preserve"> — {Therefore} </w:t>
      </w:r>
      <w:r>
        <w:rPr>
          <w:shd w:fill="B7DDE8" w:val="clear"/>
        </w:rPr>
        <w:t xml:space="preserve">God gave {them} over in the desires of their hearts to impurity</w:t>
      </w:r>
      <w:r>
        <w:rPr>
          <w:b w:val="false"/>
          <w:i w:val="false"/>
          <w:color w:val="000000"/>
          <w:u w:val="none"/>
        </w:rPr>
        <w:t xml:space="preserve"> [1LFB]</w:t>
      </w:r>
    </w:p>
    <w:p>
      <w:pPr>
        <w:pStyle w:val="Yellow"/>
        <w:rPr/>
      </w:pPr>
      <w:r>
        <w:rPr>
          <w:b/>
        </w:rPr>
        <w:t xml:space="preserve">Romans 2:29</w:t>
      </w:r>
      <w:r>
        <w:rPr/>
        <w:t xml:space="preserve"> — </w:t>
      </w:r>
      <w:r>
        <w:rPr>
          <w:shd w:fill="B7DDE8" w:val="clear"/>
        </w:rPr>
        <w:t xml:space="preserve">a man is a Jew because he is one inwardly</w:t>
      </w:r>
      <w:r>
        <w:rPr>
          <w:b w:val="false"/>
          <w:i w:val="false"/>
          <w:color w:val="000000"/>
          <w:u w:val="none"/>
        </w:rPr>
        <w:t xml:space="preserve"> [1GFV]</w:t>
      </w:r>
      <w:r>
        <w:rPr/>
        <w:t xml:space="preserve">, and </w:t>
      </w:r>
      <w:r>
        <w:rPr>
          <w:shd w:fill="B7DDE8" w:val="clear"/>
        </w:rPr>
        <w:t xml:space="preserve">circumcision is a matter of the heart, by the Spirit, not by the written code</w:t>
      </w:r>
      <w:r>
        <w:rPr>
          <w:b w:val="false"/>
          <w:i w:val="false"/>
          <w:color w:val="000000"/>
          <w:u w:val="none"/>
        </w:rPr>
        <w:t xml:space="preserve"> [1GFW]</w:t>
      </w:r>
      <w:r>
        <w:rPr/>
        <w:t xml:space="preserve">. </w:t>
      </w:r>
      <w:r>
        <w:rPr>
          <w:shd w:fill="B7DDE8" w:val="clear"/>
        </w:rPr>
        <w:t xml:space="preserve">Such a man’s praise does not come from men, but from God</w:t>
      </w:r>
      <w:r>
        <w:rPr>
          <w:b w:val="false"/>
          <w:i w:val="false"/>
          <w:u w:val="none"/>
          <w:color w:val="000000"/>
        </w:rPr>
        <w:t xml:space="preserve"> [1GFX]</w:t>
      </w:r>
      <w:r>
        <w:rPr/>
        <w:t xml:space="preserve">.</w:t>
      </w:r>
    </w:p>
    <w:p>
      <w:pPr>
        <w:pStyle w:val="Yellow"/>
        <w:rPr/>
      </w:pPr>
      <w:r>
        <w:rPr>
          <w:b/>
        </w:rPr>
        <w:t>Romans 5:5</w:t>
      </w:r>
      <w:r>
        <w:t xml:space="preserve"> — And </w:t>
      </w:r>
      <w:r>
        <w:rPr>
          <w:shd w:fill="B7DDE8" w:val="clear"/>
        </w:rPr>
        <w:t>{hope} does not disappoint us</w:t>
      </w:r>
      <w:r>
        <w:rPr>
          <w:b w:val="false"/>
          <w:i w:val="false"/>
          <w:color w:val="000000"/>
          <w:u w:val="none"/>
        </w:rPr>
        <w:t xml:space="preserve"> [1BMA]</w:t>
      </w:r>
      <w:r>
        <w:t xml:space="preserve">, because </w:t>
      </w:r>
      <w:r>
        <w:rPr>
          <w:shd w:fill="B7DDE8" w:val="clear"/>
        </w:rPr>
        <w:t>God has poured out His love into our hearts</w:t>
      </w:r>
      <w:r>
        <w:rPr>
          <w:b w:val="false"/>
          <w:i w:val="false"/>
          <w:color w:val="000000"/>
          <w:u w:val="none"/>
        </w:rPr>
        <w:t xml:space="preserve"> [1BMB]</w:t>
      </w:r>
      <w:r>
        <w:t xml:space="preserve"> </w:t>
      </w:r>
      <w:r>
        <w:rPr>
          <w:shd w:fill="B7DDE8" w:val="clear"/>
        </w:rPr>
        <w:t>through the Holy Spirit</w:t>
      </w:r>
      <w:r>
        <w:rPr>
          <w:b w:val="false"/>
          <w:i w:val="false"/>
          <w:color w:val="000000"/>
          <w:u w:val="none"/>
        </w:rPr>
        <w:t xml:space="preserve"> [1BMC]</w:t>
      </w:r>
      <w:r>
        <w:rPr>
          <w:shd w:fill="B7DDE8" w:val="clear"/>
        </w:rPr>
        <w:t>, whom He has given us</w:t>
      </w:r>
      <w:r>
        <w:rPr>
          <w:b w:val="false"/>
          <w:i w:val="false"/>
          <w:color w:val="000000"/>
          <w:u w:val="none"/>
        </w:rPr>
        <w:t xml:space="preserve"> [1BMD]</w:t>
      </w:r>
      <w:r>
        <w:t>.</w:t>
      </w:r>
    </w:p>
    <w:p>
      <w:pPr>
        <w:pStyle w:val="Yellow"/>
        <w:rPr/>
      </w:pPr>
      <w:r>
        <w:rPr>
          <w:b/>
          <w:color w:val="auto"/>
        </w:rPr>
        <w:t xml:space="preserve">1 Corinthians 4:5</w:t>
      </w:r>
      <w:r>
        <w:rPr>
          <w:color w:val="auto"/>
        </w:rPr>
        <w:t xml:space="preserve"> — </w:t>
      </w:r>
      <w:r>
        <w:rPr>
          <w:color w:val="auto"/>
        </w:rPr>
        <w:t xml:space="preserve">wait until the Lord comes</w:t>
      </w:r>
      <w:r>
        <w:rPr>
          <w:b w:val="false"/>
          <w:i w:val="false"/>
          <w:color w:val="auto"/>
          <w:u w:val="none"/>
        </w:rPr>
        <w:t xml:space="preserve"> [1GDM]</w:t>
      </w:r>
      <w:r>
        <w:rPr>
          <w:color w:val="auto"/>
        </w:rPr>
        <w:t xml:space="preserve">. </w:t>
      </w:r>
      <w:r>
        <w:rPr>
          <w:color w:val="auto"/>
        </w:rPr>
        <w:t xml:space="preserve">He will bring to light what is hidden in darkness</w:t>
      </w:r>
      <w:r>
        <w:rPr>
          <w:b w:val="false"/>
          <w:i w:val="false"/>
          <w:color w:val="auto"/>
          <w:u w:val="none"/>
        </w:rPr>
        <w:t xml:space="preserve"> [1GDN]</w:t>
      </w:r>
      <w:r>
        <w:rPr>
          <w:color w:val="auto"/>
        </w:rPr>
        <w:t xml:space="preserve"> and </w:t>
      </w:r>
      <w:r>
        <w:rPr>
          <w:color w:val="auto"/>
        </w:rPr>
        <w:t xml:space="preserve">will expose the motives of men’s hearts</w:t>
      </w:r>
      <w:r>
        <w:rPr>
          <w:b w:val="false"/>
          <w:i w:val="false"/>
          <w:color w:val="auto"/>
          <w:u w:val="none"/>
        </w:rPr>
        <w:t xml:space="preserve"> [1GDO]</w:t>
      </w:r>
      <w:r>
        <w:rPr>
          <w:color w:val="auto"/>
        </w:rPr>
        <w:t xml:space="preserve">. At that time </w:t>
      </w:r>
      <w:r>
        <w:rPr>
          <w:color w:val="auto"/>
        </w:rPr>
        <w:t xml:space="preserve">each will receive his praise from God</w:t>
      </w:r>
      <w:r>
        <w:rPr>
          <w:b w:val="false"/>
          <w:i w:val="false"/>
          <w:color w:val="auto"/>
          <w:u w:val="none"/>
        </w:rPr>
        <w:t xml:space="preserve"> [1GDP]</w:t>
      </w:r>
      <w:r>
        <w:rPr>
          <w:color w:val="auto"/>
        </w:rPr>
        <w:t xml:space="preserve">.</w:t>
      </w:r>
    </w:p>
    <w:p>
      <w:pPr>
        <w:pStyle w:val="Yellow"/>
        <w:rPr/>
        <w:pBdr>
          <w:left w:val="single" w:sz="28" w:space="5" w:color="C00000"/>
        </w:pBdr>
      </w:pPr>
      <w:r>
        <w:rPr>
          <w:b/>
          <w:shd w:val="clear" w:color="auto" w:fill="548235"/>
          <w:color w:val="FFFFFF"/>
        </w:rPr>
        <w:t xml:space="preserve">2 Corinthians 8:16</w:t>
      </w:r>
      <w:r>
        <w:rPr>
          <w:shd w:val="clear" w:color="auto" w:fill="548235"/>
          <w:color w:val="FFFFFF"/>
        </w:rPr>
        <w:t xml:space="preserve"> — But </w:t>
      </w:r>
      <w:r>
        <w:rPr>
          <w:shd w:fill="548235" w:val="clear" w:color="auto"/>
          <w:color w:val="FFFFFF"/>
        </w:rPr>
        <w:t xml:space="preserve">thanks be to God</w:t>
      </w:r>
      <w:r>
        <w:rPr>
          <w:b w:val="false"/>
          <w:i w:val="false"/>
          <w:color w:val="FFFFFF"/>
          <w:u w:val="none"/>
          <w:shd w:val="clear" w:color="auto" w:fill="548235"/>
        </w:rPr>
        <w:t xml:space="preserve"> [2GAX]</w:t>
      </w:r>
      <w:r>
        <w:rPr>
          <w:shd w:val="clear" w:color="auto" w:fill="548235"/>
          <w:color w:val="FFFFFF"/>
        </w:rPr>
        <w:t xml:space="preserve">, </w:t>
      </w:r>
      <w:r>
        <w:rPr>
          <w:shd w:fill="548235" w:val="clear" w:color="auto"/>
          <w:color w:val="FFFFFF"/>
        </w:rPr>
        <w:t xml:space="preserve">who put into the heart of Titus the same devotion I have for you</w:t>
      </w:r>
      <w:r>
        <w:rPr>
          <w:b w:val="false"/>
          <w:i w:val="false"/>
          <w:color w:val="FFFFFF"/>
          <w:u w:val="none"/>
          <w:shd w:val="clear" w:color="auto" w:fill="548235"/>
        </w:rPr>
        <w:t xml:space="preserve"> [1GFY]</w:t>
      </w:r>
      <w:r>
        <w:rPr>
          <w:shd w:val="clear" w:color="auto" w:fill="548235"/>
          <w:color w:val="FFFFFF"/>
        </w:rPr>
        <w:t xml:space="preserve">.</w:t>
      </w:r>
    </w:p>
    <w:p>
      <w:pPr>
        <w:pStyle w:val="Yellow"/>
        <w:rPr/>
      </w:pPr>
      <w:r>
        <w:rPr>
          <w:b/>
        </w:rPr>
        <w:t xml:space="preserve">2 Corinthians 9:7</w:t>
      </w:r>
      <w:r>
        <w:rPr/>
        <w:t xml:space="preserve"> — </w:t>
      </w:r>
      <w:r>
        <w:rPr>
          <w:shd w:fill="B7DDE8" w:val="clear"/>
        </w:rPr>
        <w:t xml:space="preserve">Each one should give what he has decided in his heart to give</w:t>
      </w:r>
      <w:r>
        <w:rPr>
          <w:b w:val="false"/>
          <w:i w:val="false"/>
          <w:color w:val="000000"/>
          <w:u w:val="none"/>
        </w:rPr>
        <w:t xml:space="preserve"> [1LET]</w:t>
      </w:r>
      <w:r>
        <w:rPr/>
        <w:t xml:space="preserve">, </w:t>
      </w:r>
      <w:r>
        <w:rPr>
          <w:shd w:fill="B7DDE8" w:val="clear"/>
        </w:rPr>
        <w:t xml:space="preserve">not out of regret or compulsion</w:t>
      </w:r>
      <w:r>
        <w:rPr>
          <w:b w:val="false"/>
          <w:i w:val="false"/>
          <w:color w:val="000000"/>
          <w:u w:val="none"/>
        </w:rPr>
        <w:t xml:space="preserve"> [1LEU]</w:t>
      </w:r>
      <w:r>
        <w:rPr/>
        <w:t xml:space="preserve">. For </w:t>
      </w:r>
      <w:r>
        <w:rPr>
          <w:shd w:fill="B7DDE8" w:val="clear"/>
        </w:rPr>
        <w:t xml:space="preserve">God loves a cheerful giver</w:t>
      </w:r>
      <w:r>
        <w:rPr>
          <w:b w:val="false"/>
          <w:i w:val="false"/>
          <w:color w:val="000000"/>
          <w:u w:val="none"/>
        </w:rPr>
        <w:t xml:space="preserve"> [1LEV]</w:t>
      </w:r>
      <w:r>
        <w:rPr/>
        <w:t xml:space="preserve">.</w:t>
      </w:r>
    </w:p>
    <w:p>
      <w:pPr>
        <w:pStyle w:val="Yellow"/>
        <w:rPr/>
      </w:pPr>
      <w:r>
        <w:rPr>
          <w:color w:val="auto"/>
        </w:rPr>
        <w:t xml:space="preserve">(Cl2:10 “Christ”) </w:t>
      </w:r>
      <w:r>
        <w:rPr>
          <w:b/>
          <w:color w:val="auto"/>
        </w:rPr>
        <w:t xml:space="preserve">Colossians 2:11</w:t>
      </w:r>
      <w:r>
        <w:rPr>
          <w:color w:val="auto"/>
        </w:rPr>
        <w:t xml:space="preserve"> — </w:t>
      </w:r>
      <w:r>
        <w:rPr>
          <w:color w:val="auto"/>
        </w:rPr>
        <w:t xml:space="preserve">In {Him} you were also circumcised, in the putting off of your sinful nature</w:t>
      </w:r>
      <w:r>
        <w:rPr>
          <w:b w:val="false"/>
          <w:i w:val="false"/>
          <w:color w:val="auto"/>
          <w:u w:val="none"/>
        </w:rPr>
        <w:t xml:space="preserve"> [1IAP]</w:t>
      </w:r>
      <w:r>
        <w:rPr>
          <w:color w:val="auto"/>
        </w:rPr>
        <w:t xml:space="preserve">, </w:t>
      </w:r>
      <w:r>
        <w:rPr>
          <w:color w:val="auto"/>
        </w:rPr>
        <w:t xml:space="preserve">with the circumcision performed by Christ and not by human hands</w:t>
      </w:r>
      <w:r>
        <w:rPr>
          <w:b w:val="false"/>
          <w:i w:val="false"/>
          <w:color w:val="auto"/>
          <w:u w:val="none"/>
        </w:rPr>
        <w:t xml:space="preserve"> [1IAQ]</w:t>
      </w:r>
      <w:r>
        <w:rPr>
          <w:color w:val="auto"/>
        </w:rPr>
        <w:t xml:space="preserve">.</w:t>
      </w:r>
    </w:p>
    <w:p>
      <w:pPr>
        <w:pStyle w:val="Yellow"/>
        <w:rPr/>
      </w:pPr>
      <w:r>
        <w:rPr>
          <w:b/>
        </w:rPr>
        <w:t xml:space="preserve">1 Timothy 5:24-25</w:t>
      </w:r>
      <w:r>
        <w:rPr/>
        <w:t xml:space="preserve"> — </w:t>
      </w:r>
      <w:r>
        <w:rPr>
          <w:shd w:fill="B7DDE8" w:val="clear"/>
        </w:rPr>
        <w:t xml:space="preserve">The sins of some men are obvious, going ahead of them to judgment</w:t>
      </w:r>
      <w:r>
        <w:rPr>
          <w:b w:val="false"/>
          <w:i w:val="false"/>
          <w:color w:val="000000"/>
          <w:u w:val="none"/>
        </w:rPr>
        <w:t xml:space="preserve"> [1HVV]</w:t>
      </w:r>
      <w:r>
        <w:rPr/>
        <w:t xml:space="preserve">; but </w:t>
      </w:r>
      <w:r>
        <w:rPr>
          <w:shd w:fill="B7DDE8" w:val="clear"/>
        </w:rPr>
        <w:t xml:space="preserve">the sins of others do not surface until later</w:t>
      </w:r>
      <w:r>
        <w:rPr>
          <w:b w:val="false"/>
          <w:i w:val="false"/>
          <w:color w:val="000000"/>
          <w:u w:val="none"/>
        </w:rPr>
        <w:t xml:space="preserve"> [1HVW]</w:t>
      </w:r>
      <w:r>
        <w:rPr/>
        <w:t xml:space="preserve">. In the same way, </w:t>
      </w:r>
      <w:r>
        <w:rPr>
          <w:shd w:fill="B7DDE8" w:val="clear"/>
        </w:rPr>
        <w:t xml:space="preserve">good deeds are obvious</w:t>
      </w:r>
      <w:r>
        <w:rPr>
          <w:b w:val="false"/>
          <w:i w:val="false"/>
          <w:color w:val="000000"/>
          <w:u w:val="none"/>
        </w:rPr>
        <w:t xml:space="preserve"> [1HVX]</w:t>
      </w:r>
      <w:r>
        <w:rPr/>
        <w:t xml:space="preserve">, and </w:t>
      </w:r>
      <w:r>
        <w:rPr>
          <w:shd w:fill="B7DDE8" w:val="clear"/>
        </w:rPr>
        <w:t xml:space="preserve">even the ones that are inconspicuous cannot remain hidden</w:t>
      </w:r>
      <w:r>
        <w:rPr>
          <w:b w:val="false"/>
          <w:i w:val="false"/>
          <w:color w:val="000000"/>
          <w:u w:val="none"/>
        </w:rPr>
        <w:t xml:space="preserve"> [1HVY]</w:t>
      </w:r>
      <w:r>
        <w:rPr/>
        <w:t xml:space="preserve">.</w:t>
      </w:r>
    </w:p>
    <w:p>
      <w:pPr>
        <w:pStyle w:val="Yellow"/>
        <w:rPr/>
      </w:pPr>
      <w:r>
        <w:rPr>
          <w:b/>
        </w:rPr>
        <w:t>Titus 1:15-16</w:t>
      </w:r>
      <w:r>
        <w:rPr/>
        <w:t xml:space="preserve"> — </w:t>
      </w:r>
      <w:r>
        <w:rPr>
          <w:shd w:fill="B7DDE8" w:val="clear"/>
        </w:rPr>
        <w:t>To the pure, all things are pure</w:t>
      </w:r>
      <w:r>
        <w:rPr>
          <w:b w:val="false"/>
          <w:i w:val="false"/>
          <w:color w:val="000000"/>
          <w:u w:val="none"/>
        </w:rPr>
        <w:t xml:space="preserve"> [1MBV]</w:t>
      </w:r>
      <w:r>
        <w:rPr/>
        <w:t xml:space="preserve">; but </w:t>
      </w:r>
      <w:r>
        <w:rPr>
          <w:shd w:fill="B7DDE8" w:val="clear"/>
        </w:rPr>
        <w:t>to the defiled and unbelieving, nothing is pure</w:t>
      </w:r>
      <w:r>
        <w:rPr>
          <w:b w:val="false"/>
          <w:i w:val="false"/>
          <w:color w:val="000000"/>
          <w:u w:val="none"/>
        </w:rPr>
        <w:t xml:space="preserve"> [1MBW]</w:t>
      </w:r>
      <w:r>
        <w:rPr/>
        <w:t xml:space="preserve">. Indeed, </w:t>
      </w:r>
      <w:r>
        <w:rPr>
          <w:shd w:fill="B7DDE8" w:val="clear"/>
        </w:rPr>
        <w:t>both their minds and their consciences are defiled</w:t>
      </w:r>
      <w:r>
        <w:rPr>
          <w:b w:val="false"/>
          <w:i w:val="false"/>
          <w:color w:val="000000"/>
          <w:u w:val="none"/>
        </w:rPr>
        <w:t xml:space="preserve"> [1MBX]</w:t>
      </w:r>
      <w:r>
        <w:rPr/>
        <w:t xml:space="preserve">. </w:t>
      </w:r>
      <w:r>
        <w:rPr>
          <w:shd w:fill="B7DDE8" w:val="clear"/>
        </w:rPr>
        <w:t>They profess to know God</w:t>
      </w:r>
      <w:r>
        <w:rPr>
          <w:b w:val="false"/>
          <w:i w:val="false"/>
          <w:color w:val="000000"/>
          <w:u w:val="none"/>
        </w:rPr>
        <w:t xml:space="preserve"> [1MBY]</w:t>
      </w:r>
      <w:r>
        <w:rPr/>
        <w:t xml:space="preserve">, but </w:t>
      </w:r>
      <w:r>
        <w:rPr>
          <w:shd w:fill="B7DDE8" w:val="clear"/>
        </w:rPr>
        <w:t>by their actions they deny Him</w:t>
      </w:r>
      <w:r>
        <w:rPr>
          <w:b w:val="false"/>
          <w:i w:val="false"/>
          <w:color w:val="000000"/>
          <w:u w:val="none"/>
        </w:rPr>
        <w:t xml:space="preserve"> [1MBZ]</w:t>
      </w:r>
      <w:r>
        <w:rPr/>
        <w:t xml:space="preserve">. </w:t>
      </w:r>
      <w:r>
        <w:rPr>
          <w:shd w:fill="B7DDE8" w:val="clear"/>
        </w:rPr>
        <w:t>They are detestable, disobedient, and unfit for any good deed</w:t>
      </w:r>
      <w:r>
        <w:rPr>
          <w:b w:val="false"/>
          <w:i w:val="false"/>
          <w:u w:val="none"/>
          <w:color w:val="000000"/>
        </w:rPr>
        <w:t xml:space="preserve"> [1MCA]</w:t>
      </w:r>
      <w:r>
        <w:rPr/>
        <w:t>.</w:t>
      </w:r>
    </w:p>
    <w:p>
      <w:pPr>
        <w:pStyle w:val="Yellow"/>
        <w:rPr/>
      </w:pPr>
      <w:r>
        <w:rPr>
          <w:b/>
        </w:rPr>
        <w:t>Hebrews 12:15</w:t>
      </w:r>
      <w:r>
        <w:rPr/>
        <w:t xml:space="preserve"> — </w:t>
      </w:r>
      <w:r>
        <w:rPr>
          <w:shd w:fill="B7DDE8" w:val="clear"/>
        </w:rPr>
        <w:t>See to it that no one falls short of the grace of God</w:t>
      </w:r>
      <w:r>
        <w:rPr>
          <w:b w:val="false"/>
          <w:i w:val="false"/>
          <w:color w:val="000000"/>
          <w:u w:val="none"/>
        </w:rPr>
        <w:t xml:space="preserve"> [1FWE]</w:t>
      </w:r>
      <w:r>
        <w:rPr/>
        <w:t xml:space="preserve">, and that </w:t>
      </w:r>
      <w:r>
        <w:rPr>
          <w:shd w:fill="B7DDE8" w:val="clear"/>
        </w:rPr>
        <w:t>no root of bitterness springs up to cause trouble and defile many</w:t>
      </w:r>
      <w:r>
        <w:rPr>
          <w:b w:val="false"/>
          <w:i w:val="false"/>
          <w:color w:val="000000"/>
          <w:u w:val="none"/>
        </w:rPr>
        <w:t xml:space="preserve"> [1FWF]</w:t>
      </w:r>
      <w:r>
        <w:rPr/>
        <w:t>.</w:t>
      </w:r>
    </w:p>
    <w:p>
      <w:r>
        <w:rPr>
          <w:b/>
          <w:sz w:val="32"/>
        </w:rPr>
        <w:t>Cleansing  (27)</w:t>
      </w:r>
    </w:p>
    <w:p>
      <w:pPr>
        <w:pStyle w:val="Yellow"/>
        <w:rPr/>
      </w:pPr>
      <w:r>
        <w:rPr>
          <w:b/>
        </w:rPr>
        <w:t>Psalm 119:9</w:t>
      </w:r>
      <w:r>
        <w:rPr/>
        <w:t xml:space="preserve"> — </w:t>
      </w:r>
      <w:r>
        <w:rPr>
          <w:shd w:val="clear" w:fill="B7DDE8"/>
        </w:rPr>
        <w:t>How can a young man keep his way pure? By guarding it according to Your word</w:t>
      </w:r>
      <w:r>
        <w:rPr>
          <w:b w:val="false"/>
          <w:i w:val="false"/>
          <w:color w:val="000000"/>
          <w:u w:val="none"/>
        </w:rPr>
        <w:t xml:space="preserve"> [1TL]</w:t>
      </w:r>
      <w:r>
        <w:rPr/>
        <w:t>.</w:t>
      </w:r>
    </w:p>
    <w:p>
      <w:pPr>
        <w:pStyle w:val="Yellow"/>
        <w:rPr/>
      </w:pPr>
      <w:r>
        <w:rPr>
          <w:b/>
        </w:rPr>
        <w:t xml:space="preserve">Proverbs 20:9</w:t>
      </w:r>
      <w:r>
        <w:rPr/>
        <w:t xml:space="preserve"> — </w:t>
      </w:r>
      <w:r>
        <w:rPr>
          <w:shd w:fill="B7DDE8" w:val="clear"/>
        </w:rPr>
        <w:t xml:space="preserve">Who can say, “I have kept my heart pure; I am cleansed from my sin”</w:t>
      </w:r>
      <w:r>
        <w:rPr>
          <w:b w:val="false"/>
          <w:i w:val="false"/>
          <w:color w:val="000000"/>
          <w:u w:val="none"/>
        </w:rPr>
        <w:t xml:space="preserve"> [1HUM]</w:t>
      </w:r>
      <w:r>
        <w:rPr/>
        <w:t xml:space="preserve">?</w:t>
      </w:r>
    </w:p>
    <w:p>
      <w:pPr>
        <w:pStyle w:val="Green"/>
        <w:rPr/>
      </w:pPr>
      <w:r>
        <w:rPr/>
        <w:t xml:space="preserve">(Is1:16–17 if Judah obeys “Stop doing evil!” and “Learn to do right”) </w:t>
      </w:r>
      <w:r>
        <w:rPr>
          <w:b/>
        </w:rPr>
        <w:t xml:space="preserve">Isaiah 1:18</w:t>
      </w:r>
      <w:r>
        <w:rPr/>
        <w:t xml:space="preserve"> — “</w:t>
      </w:r>
      <w:r>
        <w:rPr>
          <w:shd w:fill="B7DDE8" w:val="clear"/>
        </w:rPr>
        <w:t xml:space="preserve">Come now, let us reason together</w:t>
      </w:r>
      <w:r>
        <w:rPr>
          <w:b w:val="false"/>
          <w:i w:val="false"/>
          <w:color w:val="000000"/>
          <w:u w:val="none"/>
        </w:rPr>
        <w:t xml:space="preserve"> [1HXN]</w:t>
      </w:r>
      <w:r>
        <w:rPr/>
        <w:t xml:space="preserve">,” says the LORD. “</w:t>
      </w:r>
      <w:r>
        <w:rPr>
          <w:shd w:fill="B7DDE8" w:val="clear"/>
        </w:rPr>
        <w:t xml:space="preserve">Though your sins are like scarlet, they will be as white as snow</w:t>
      </w:r>
      <w:r>
        <w:rPr>
          <w:b w:val="false"/>
          <w:i w:val="false"/>
          <w:color w:val="000000"/>
          <w:u w:val="none"/>
        </w:rPr>
        <w:t xml:space="preserve"> [1HXO]</w:t>
      </w:r>
      <w:r>
        <w:rPr/>
        <w:t xml:space="preserve">; </w:t>
      </w:r>
      <w:r>
        <w:rPr>
          <w:shd w:fill="B7DDE8" w:val="clear"/>
        </w:rPr>
        <w:t xml:space="preserve">though they are as red as crimson, they will become like wool</w:t>
      </w:r>
      <w:r>
        <w:rPr>
          <w:b w:val="false"/>
          <w:i w:val="false"/>
          <w:color w:val="000000"/>
          <w:u w:val="none"/>
        </w:rPr>
        <w:t xml:space="preserve"> [1HXP]</w:t>
      </w:r>
      <w:r>
        <w:rPr/>
        <w:t xml:space="preserve">.</w:t>
      </w:r>
    </w:p>
    <w:p>
      <w:pPr>
        <w:pStyle w:val="Yellow"/>
        <w:rPr/>
      </w:pPr>
      <w:r>
        <w:rPr>
          <w:b/>
        </w:rPr>
        <w:t xml:space="preserve">Isaiah 4:3–4</w:t>
      </w:r>
      <w:r>
        <w:rPr/>
        <w:t xml:space="preserve"> — </w:t>
      </w:r>
      <w:r>
        <w:rPr>
          <w:shd w:fill="B7DDE8" w:val="clear"/>
        </w:rPr>
        <w:t xml:space="preserve">Whoever remains in Zion and whoever is left in Jerusalem will be called holy—all in Jerusalem who are recorded among the living</w:t>
      </w:r>
      <w:r>
        <w:rPr>
          <w:b w:val="false"/>
          <w:i w:val="false"/>
          <w:color w:val="000000"/>
          <w:u w:val="none"/>
        </w:rPr>
        <w:t xml:space="preserve"> [1IPM]</w:t>
      </w:r>
      <w:r>
        <w:rPr/>
        <w:t xml:space="preserve">—</w:t>
      </w:r>
      <w:r>
        <w:rPr>
          <w:shd w:fill="B7DDE8" w:val="clear"/>
        </w:rPr>
        <w:t xml:space="preserve">when the Lord has washed away the filth of the daughters of Zion and cleansed the bloodstains from the heart of Jerusalem by a spirit of judgment and a spirit of fire</w:t>
      </w:r>
      <w:r>
        <w:rPr>
          <w:b w:val="false"/>
          <w:i w:val="false"/>
          <w:color w:val="000000"/>
          <w:u w:val="none"/>
        </w:rPr>
        <w:t xml:space="preserve"> [1IPN]</w:t>
      </w:r>
      <w:r>
        <w:rPr/>
        <w:t xml:space="preserve">.</w:t>
      </w:r>
    </w:p>
    <w:p>
      <w:pPr>
        <w:pStyle w:val="Yellow"/>
        <w:rPr/>
      </w:pPr>
      <w:r>
        <w:rPr>
          <w:b/>
        </w:rPr>
        <w:t>Isaiah 52:11–12</w:t>
      </w:r>
      <w:r>
        <w:rPr/>
        <w:t xml:space="preserve"> — </w:t>
      </w:r>
      <w:r>
        <w:rPr/>
        <w:t>Depart, depart, go out from there</w:t>
      </w:r>
      <w:r>
        <w:rPr>
          <w:b w:val="false"/>
          <w:i w:val="false"/>
          <w:u w:val="none"/>
          <w:color w:val="000000"/>
        </w:rPr>
        <w:t xml:space="preserve"> [2HL]</w:t>
      </w:r>
      <w:r>
        <w:rPr/>
        <w:t xml:space="preserve">! </w:t>
      </w:r>
      <w:r>
        <w:rPr/>
        <w:t>Touch no unclean thing</w:t>
      </w:r>
      <w:r>
        <w:rPr>
          <w:b w:val="false"/>
          <w:i w:val="false"/>
          <w:color w:val="000000"/>
          <w:u w:val="none"/>
        </w:rPr>
        <w:t xml:space="preserve"> [2DZT]</w:t>
      </w:r>
      <w:r>
        <w:rPr/>
        <w:t xml:space="preserve">; </w:t>
      </w:r>
      <w:r>
        <w:rPr>
          <w:shd w:val="clear" w:fill="B7DDE8"/>
        </w:rPr>
        <w:t>come out from it</w:t>
      </w:r>
      <w:r>
        <w:rPr>
          <w:b w:val="false"/>
          <w:i w:val="false"/>
          <w:u w:val="none"/>
          <w:color w:val="000000"/>
        </w:rPr>
        <w:t xml:space="preserve"> [2HL]</w:t>
      </w:r>
      <w:r>
        <w:rPr/>
        <w:t xml:space="preserve">, </w:t>
      </w:r>
      <w:r>
        <w:rPr>
          <w:shd w:val="clear" w:fill="B7DDE8"/>
        </w:rPr>
        <w:t>purify yourselves, you who carry the vessels of the LORD</w:t>
      </w:r>
      <w:r>
        <w:rPr>
          <w:b w:val="false"/>
          <w:i w:val="false"/>
          <w:color w:val="000000"/>
          <w:u w:val="none"/>
        </w:rPr>
        <w:t xml:space="preserve"> [1DZY]</w:t>
      </w:r>
      <w:r>
        <w:rPr/>
        <w:t xml:space="preserve">. For </w:t>
      </w:r>
      <w:r>
        <w:rPr>
          <w:shd w:val="clear" w:fill="B7DDE8"/>
        </w:rPr>
        <w:t>you will not leave in a hurry nor flee in haste</w:t>
      </w:r>
      <w:r>
        <w:rPr>
          <w:b w:val="false"/>
          <w:i w:val="false"/>
          <w:color w:val="000000"/>
          <w:u w:val="none"/>
        </w:rPr>
        <w:t xml:space="preserve"> [1DZZ]</w:t>
      </w:r>
      <w:r>
        <w:rPr/>
        <w:t xml:space="preserve">, for </w:t>
      </w:r>
      <w:r>
        <w:rPr>
          <w:shd w:val="clear" w:fill="B7DDE8"/>
        </w:rPr>
        <w:t>the LORD goes before you</w:t>
      </w:r>
      <w:r>
        <w:rPr>
          <w:b w:val="false"/>
          <w:i w:val="false"/>
          <w:u w:val="none"/>
          <w:color w:val="000000"/>
        </w:rPr>
        <w:t xml:space="preserve"> [3DKB]</w:t>
      </w:r>
      <w:r>
        <w:rPr/>
        <w:t xml:space="preserve">, and </w:t>
      </w:r>
      <w:r>
        <w:rPr>
          <w:shd w:val="clear" w:fill="B7DDE8"/>
        </w:rPr>
        <w:t>the God of Israel is your rear guard</w:t>
      </w:r>
      <w:r>
        <w:rPr>
          <w:b w:val="false"/>
          <w:i w:val="false"/>
          <w:color w:val="000000"/>
          <w:u w:val="none"/>
        </w:rPr>
        <w:t xml:space="preserve"> [1EAA]</w:t>
      </w:r>
      <w:r>
        <w:rPr/>
        <w:t>.</w:t>
      </w:r>
    </w:p>
    <w:p>
      <w:pPr>
        <w:pStyle w:val="Yellow"/>
        <w:rPr/>
      </w:pPr>
      <w:r>
        <w:rPr>
          <w:b/>
        </w:rPr>
        <w:t>Jeremiah 4:14</w:t>
      </w:r>
      <w:r>
        <w:t xml:space="preserve"> — </w:t>
      </w:r>
      <w:r>
        <w:rPr>
          <w:shd w:fill="B7DDE8" w:val="clear"/>
        </w:rPr>
        <w:t>Wash the evil from your heart, O Jerusalem</w:t>
      </w:r>
      <w:r>
        <w:rPr>
          <w:b w:val="false"/>
          <w:i w:val="false"/>
          <w:color w:val="000000"/>
          <w:u w:val="none"/>
        </w:rPr>
        <w:t xml:space="preserve"> [1BSR]</w:t>
      </w:r>
      <w:r>
        <w:rPr>
          <w:shd w:val="clear" w:color="auto" w:fill="548235"/>
          <w:color w:val="FFFFFF"/>
        </w:rPr>
        <w:t xml:space="preserve">, </w:t>
      </w:r>
      <w:r>
        <w:rPr>
          <w:shd w:fill="548235" w:val="clear" w:color="auto"/>
          <w:color w:val="FFFFFF"/>
        </w:rPr>
        <w:t>so that you may be saved</w:t>
      </w:r>
      <w:r>
        <w:rPr>
          <w:b w:val="false"/>
          <w:i w:val="false"/>
          <w:color w:val="FFFFFF"/>
          <w:u w:val="none"/>
          <w:shd w:val="clear" w:color="auto" w:fill="548235"/>
        </w:rPr>
        <w:t xml:space="preserve"> [1BSS]</w:t>
      </w:r>
      <w:r>
        <w:rPr>
          <w:shd w:val="clear" w:color="auto" w:fill="548235"/>
          <w:color w:val="FFFFFF"/>
        </w:rPr>
        <w:t>.</w:t>
      </w:r>
    </w:p>
    <w:p>
      <w:pPr>
        <w:pStyle w:val="Yellow"/>
        <w:rPr/>
      </w:pPr>
      <w:r>
        <w:rPr/>
        <w:t xml:space="preserve">(Je33:7ᶜ when God will “restore Israel”¹) </w:t>
      </w:r>
      <w:r>
        <w:rPr>
          <w:b/>
        </w:rPr>
        <w:t xml:space="preserve">Jeremiah 33:8</w:t>
      </w:r>
      <w:r>
        <w:rPr/>
        <w:t xml:space="preserve"> — </w:t>
      </w:r>
      <w:r>
        <w:rPr>
          <w:shd w:fill="B7DDE8" w:val="clear"/>
        </w:rPr>
        <w:t xml:space="preserve">I will cleanse {them} from all the iniquity they have committed against Me</w:t>
      </w:r>
      <w:r>
        <w:rPr>
          <w:b w:val="false"/>
          <w:i w:val="false"/>
          <w:color w:val="000000"/>
          <w:u w:val="none"/>
        </w:rPr>
        <w:t xml:space="preserve"> [1HUN]</w:t>
      </w:r>
      <w:r>
        <w:rPr/>
        <w:t xml:space="preserve">, and </w:t>
      </w:r>
      <w:r>
        <w:rPr>
          <w:shd w:fill="548235" w:val="clear" w:color="auto"/>
          <w:color w:val="FFFFFF"/>
        </w:rPr>
        <w:t xml:space="preserve">will forgive all their sins of rebellion against Me</w:t>
      </w:r>
      <w:r>
        <w:rPr>
          <w:b w:val="false"/>
          <w:i w:val="false"/>
          <w:color w:val="FFFFFF"/>
          <w:u w:val="none"/>
          <w:shd w:val="clear" w:color="auto" w:fill="548235"/>
        </w:rPr>
        <w:t xml:space="preserve"> [1HUO]</w:t>
      </w:r>
      <w:r>
        <w:rPr/>
        <w:t xml:space="preserve">.</w:t>
      </w:r>
    </w:p>
    <w:p>
      <w:pPr>
        <w:pStyle w:val="Yellow"/>
        <w:rPr/>
        <w:pBdr>
          <w:left w:val="single" w:sz="28" w:space="5" w:color="C00000"/>
        </w:pBdr>
      </w:pPr>
      <w:r>
        <w:rPr>
          <w:u w:val="none"/>
        </w:rPr>
        <w:t xml:space="preserve">(Eze37:21 “the Israelites”) </w:t>
      </w:r>
      <w:r>
        <w:rPr>
          <w:b/>
          <w:u w:val="none"/>
        </w:rPr>
        <w:t>Ezekiel 37:23</w:t>
      </w:r>
      <w:r>
        <w:rPr>
          <w:u w:val="none"/>
        </w:rPr>
        <w:t xml:space="preserve"> — </w:t>
      </w:r>
      <w:r>
        <w:rPr>
          <w:u w:val="none"/>
          <w:shd w:fill="B7DDE8" w:val="clear"/>
        </w:rPr>
        <w:t>{They} will no longer defile themselves with their idols or detestable images, or with any of their transgressions</w:t>
      </w:r>
      <w:r>
        <w:rPr>
          <w:b w:val="false"/>
          <w:i w:val="false"/>
          <w:color w:val="000000"/>
          <w:u w:val="none"/>
        </w:rPr>
        <w:t xml:space="preserve"> [1ALK]</w:t>
      </w:r>
      <w:r>
        <w:rPr>
          <w:u w:val="none"/>
        </w:rPr>
        <w:t xml:space="preserve">. </w:t>
      </w:r>
      <w:r>
        <w:rPr>
          <w:u w:val="none"/>
          <w:shd w:fill="B7DDE8" w:val="clear"/>
        </w:rPr>
        <w:t>I will save them from all their apostasies by which they sinned</w:t>
      </w:r>
      <w:r>
        <w:rPr>
          <w:b w:val="false"/>
          <w:i w:val="false"/>
          <w:color w:val="000000"/>
          <w:u w:val="none"/>
        </w:rPr>
        <w:t xml:space="preserve"> [1ALL]</w:t>
      </w:r>
      <w:r>
        <w:rPr>
          <w:u w:val="none"/>
        </w:rPr>
        <w:t xml:space="preserve">, and </w:t>
      </w:r>
      <w:r>
        <w:rPr>
          <w:u w:val="none"/>
          <w:shd w:fill="B7DDE8" w:val="clear"/>
        </w:rPr>
        <w:t>I will cleanse them</w:t>
      </w:r>
      <w:r>
        <w:rPr>
          <w:b w:val="false"/>
          <w:i w:val="false"/>
          <w:color w:val="000000"/>
          <w:u w:val="none"/>
        </w:rPr>
        <w:t xml:space="preserve"> [1ALM]</w:t>
      </w:r>
      <w:r>
        <w:rPr>
          <w:u w:val="none"/>
        </w:rPr>
        <w:t>.</w:t>
      </w:r>
      <w:r>
        <w:rPr>
          <w:u w:val="none"/>
          <w:shd w:fill="F4CCCC" w:val="clear"/>
        </w:rPr>
        <w:t xml:space="preserve"> </w:t>
      </w:r>
      <w:r>
        <w:rPr>
          <w:u w:val="none"/>
          <w:color w:val="000000"/>
          <w:shd w:val="clear" w:color="auto" w:fill="D9C3E6"/>
        </w:rPr>
        <w:t>Then they will be My people, and I will be their God</w:t>
      </w:r>
      <w:r>
        <w:rPr>
          <w:b w:val="false"/>
          <w:i w:val="false"/>
          <w:color w:val="000000"/>
          <w:u w:val="none"/>
          <w:shd w:val="clear" w:color="auto" w:fill="F4B183"/>
        </w:rPr>
        <w:t xml:space="preserve"> [9ACE]</w:t>
      </w:r>
      <w:r>
        <w:rPr>
          <w:u w:val="none"/>
          <w:shd w:val="clear" w:color="auto" w:fill="D9C3E6"/>
        </w:rPr>
        <w:t>.</w:t>
      </w:r>
    </w:p>
    <w:p>
      <w:pPr>
        <w:pStyle w:val="Yellow"/>
        <w:rPr/>
      </w:pPr>
      <w:r>
        <w:rPr/>
        <w:t xml:space="preserve">(Zep3:8ᶜ After God pours out “My indignation”¹) </w:t>
      </w:r>
      <w:r>
        <w:rPr>
          <w:b/>
        </w:rPr>
        <w:t xml:space="preserve">Zephaniah 3:9</w:t>
      </w:r>
      <w:r>
        <w:rPr/>
        <w:t xml:space="preserve"> — {For then} </w:t>
      </w:r>
      <w:r>
        <w:rPr>
          <w:shd w:fill="B7DDE8" w:val="clear"/>
        </w:rPr>
        <w:t xml:space="preserve">I will restore pure lips to the peoples</w:t>
      </w:r>
      <w:r>
        <w:rPr>
          <w:b w:val="false"/>
          <w:i w:val="false"/>
          <w:color w:val="000000"/>
          <w:u w:val="none"/>
        </w:rPr>
        <w:t xml:space="preserve"> [1KMH]</w:t>
      </w:r>
      <w:r>
        <w:rPr/>
        <w:t xml:space="preserve">, that </w:t>
      </w:r>
      <w:r>
        <w:rPr>
          <w:shd w:fill="B7DDE8" w:val="clear"/>
        </w:rPr>
        <w:t xml:space="preserve">all may call upon the name of the LORD</w:t>
      </w:r>
      <w:r>
        <w:rPr>
          <w:b w:val="false"/>
          <w:i w:val="false"/>
          <w:color w:val="000000"/>
          <w:u w:val="none"/>
        </w:rPr>
        <w:t xml:space="preserve"> [1KMI]</w:t>
      </w:r>
      <w:r>
        <w:rPr/>
        <w:t xml:space="preserve"> and </w:t>
      </w:r>
      <w:r>
        <w:rPr>
          <w:shd w:fill="B7DDE8" w:val="clear"/>
        </w:rPr>
        <w:t xml:space="preserve">serve Him shoulder to shoulder</w:t>
      </w:r>
      <w:r>
        <w:rPr>
          <w:b w:val="false"/>
          <w:i w:val="false"/>
          <w:color w:val="000000"/>
          <w:u w:val="none"/>
        </w:rPr>
        <w:t xml:space="preserve"> [1KMJ]</w:t>
      </w:r>
      <w:r>
        <w:rPr/>
        <w:t xml:space="preserve">.</w:t>
      </w:r>
    </w:p>
    <w:p>
      <w:pPr>
        <w:pStyle w:val="Yellow"/>
        <w:rPr/>
      </w:pPr>
      <w:r>
        <w:rPr>
          <w:shd w:val="clear" w:color="auto" w:fill="548235"/>
          <w:color w:val="FFFFFF"/>
        </w:rPr>
        <w:t xml:space="preserve">(Zec12:10ᶜ The day they “look on Me, the One they have pierced” and “mourn”¹) </w:t>
      </w:r>
      <w:r>
        <w:rPr>
          <w:b/>
          <w:shd w:val="clear" w:color="auto" w:fill="548235"/>
          <w:color w:val="FFFFFF"/>
        </w:rPr>
        <w:t xml:space="preserve">Zechariah 13:1</w:t>
      </w:r>
      <w:r>
        <w:rPr>
          <w:shd w:val="clear" w:color="auto" w:fill="548235"/>
          <w:color w:val="FFFFFF"/>
        </w:rPr>
        <w:t xml:space="preserve"> — {On that day} </w:t>
      </w:r>
      <w:r>
        <w:rPr>
          <w:shd w:fill="548235" w:val="clear" w:color="auto"/>
          <w:color w:val="FFFFFF"/>
        </w:rPr>
        <w:t xml:space="preserve">a fountain will be opened to the house of David and the people of Jerusalem</w:t>
      </w:r>
      <w:r>
        <w:rPr>
          <w:b w:val="false"/>
          <w:i w:val="false"/>
          <w:color w:val="FFFFFF"/>
          <w:u w:val="none"/>
          <w:shd w:val="clear" w:color="auto" w:fill="548235"/>
        </w:rPr>
        <w:t xml:space="preserve"> [1HUP]</w:t>
      </w:r>
      <w:r>
        <w:rPr>
          <w:shd w:val="clear" w:color="auto" w:fill="548235"/>
          <w:color w:val="FFFFFF"/>
        </w:rPr>
        <w:t xml:space="preserve">, </w:t>
      </w:r>
      <w:r>
        <w:rPr>
          <w:shd w:fill="548235" w:val="clear" w:color="auto"/>
          <w:color w:val="FFFFFF"/>
        </w:rPr>
        <w:t xml:space="preserve">to cleanse them from sin and impurity</w:t>
      </w:r>
      <w:r>
        <w:rPr>
          <w:b w:val="false"/>
          <w:i w:val="false"/>
          <w:color w:val="FFFFFF"/>
          <w:u w:val="none"/>
          <w:shd w:val="clear" w:color="auto" w:fill="548235"/>
        </w:rPr>
        <w:t xml:space="preserve"> [1HUQ]</w:t>
      </w:r>
      <w:r>
        <w:rPr>
          <w:shd w:val="clear" w:color="auto" w:fill="548235"/>
          <w:color w:val="FFFFFF"/>
        </w:rPr>
        <w:t xml:space="preserve">.</w:t>
      </w:r>
    </w:p>
    <w:p>
      <w:pPr>
        <w:pStyle w:val="Yellow"/>
        <w:rPr/>
      </w:pPr>
      <w:r>
        <w:rPr>
          <w:b/>
        </w:rPr>
        <w:t xml:space="preserve">Matthew 23:26</w:t>
      </w:r>
      <w:r>
        <w:rPr/>
        <w:t xml:space="preserve"> — </w:t>
      </w:r>
      <w:r>
        <w:rPr>
          <w:shd w:fill="B7DDE8" w:val="clear"/>
        </w:rPr>
        <w:t xml:space="preserve">First clean the inside of the cup and dish</w:t>
      </w:r>
      <w:r>
        <w:rPr>
          <w:b w:val="false"/>
          <w:i w:val="false"/>
          <w:color w:val="000000"/>
          <w:u w:val="none"/>
        </w:rPr>
        <w:t xml:space="preserve"> [1KZW]</w:t>
      </w:r>
      <w:r>
        <w:rPr/>
        <w:t xml:space="preserve">, </w:t>
      </w:r>
      <w:r>
        <w:rPr>
          <w:shd w:fill="B7DDE8" w:val="clear"/>
        </w:rPr>
        <w:t xml:space="preserve">so that the outside may become clean as well</w:t>
      </w:r>
      <w:r>
        <w:rPr>
          <w:b w:val="false"/>
          <w:i w:val="false"/>
          <w:color w:val="000000"/>
          <w:u w:val="none"/>
        </w:rPr>
        <w:t xml:space="preserve"> [1KZX]</w:t>
      </w:r>
      <w:r>
        <w:rPr/>
        <w:t xml:space="preserve">.</w:t>
      </w:r>
    </w:p>
    <w:p>
      <w:pPr>
        <w:pStyle w:val="Yellow"/>
        <w:rPr/>
      </w:pPr>
      <w:r>
        <w:rPr/>
        <w:t xml:space="preserve">&lt;30&gt;(Jn13:5 Jesus “began to wash the disciples’ feet”) </w:t>
      </w:r>
      <w:r>
        <w:rPr>
          <w:b/>
        </w:rPr>
        <w:t>John 13:8</w:t>
      </w:r>
      <w:r>
        <w:rPr/>
        <w:t xml:space="preserve"> — “</w:t>
      </w:r>
      <w:r>
        <w:rPr>
          <w:shd w:fill="B7DDE8" w:val="clear"/>
        </w:rPr>
        <w:t>Unless I wash you, you have no part with Me</w:t>
      </w:r>
      <w:r>
        <w:rPr>
          <w:b w:val="false"/>
          <w:i w:val="false"/>
          <w:color w:val="000000"/>
          <w:u w:val="none"/>
        </w:rPr>
        <w:t xml:space="preserve"> [1MAH]</w:t>
      </w:r>
      <w:r>
        <w:rPr/>
        <w:t>.”</w:t>
      </w:r>
    </w:p>
    <w:p>
      <w:pPr>
        <w:pStyle w:val="Yellow"/>
        <w:rPr/>
      </w:pPr>
      <w:r>
        <w:rPr/>
        <w:t>&lt;30&gt;</w:t>
      </w:r>
      <w:r>
        <w:rPr>
          <w:b/>
        </w:rPr>
        <w:t>John 13:10</w:t>
      </w:r>
      <w:r>
        <w:rPr/>
        <w:t xml:space="preserve"> — “</w:t>
      </w:r>
      <w:r>
        <w:rPr>
          <w:shd w:fill="B7DDE8" w:val="clear"/>
        </w:rPr>
        <w:t>Whoever has already bathed needs only to wash his feet</w:t>
      </w:r>
      <w:r>
        <w:rPr>
          <w:b w:val="false"/>
          <w:i w:val="false"/>
          <w:color w:val="000000"/>
          <w:u w:val="none"/>
        </w:rPr>
        <w:t xml:space="preserve"> [1MAI]</w:t>
      </w:r>
      <w:r>
        <w:rPr/>
        <w:t xml:space="preserve">, and </w:t>
      </w:r>
      <w:r>
        <w:rPr>
          <w:shd w:fill="B7DDE8" w:val="clear"/>
        </w:rPr>
        <w:t>he will be completely clean</w:t>
      </w:r>
      <w:r>
        <w:rPr>
          <w:b w:val="false"/>
          <w:i w:val="false"/>
          <w:color w:val="000000"/>
          <w:u w:val="none"/>
        </w:rPr>
        <w:t xml:space="preserve"> [1MAJ]</w:t>
      </w:r>
      <w:r>
        <w:rPr/>
        <w:t xml:space="preserve">. And </w:t>
      </w:r>
      <w:r>
        <w:rPr>
          <w:shd w:fill="B7DDE8" w:val="clear"/>
        </w:rPr>
        <w:t>you are clean</w:t>
      </w:r>
      <w:r>
        <w:rPr>
          <w:b w:val="false"/>
          <w:i w:val="false"/>
          <w:color w:val="000000"/>
          <w:u w:val="none"/>
        </w:rPr>
        <w:t xml:space="preserve"> [1MAK]</w:t>
      </w:r>
    </w:p>
    <w:p>
      <w:pPr>
        <w:pStyle w:val="Yellow"/>
        <w:rPr/>
      </w:pPr>
      <w:r>
        <w:rPr>
          <w:b/>
        </w:rPr>
        <w:t xml:space="preserve">John 15:3</w:t>
      </w:r>
      <w:r>
        <w:rPr/>
        <w:t xml:space="preserve"> — </w:t>
      </w:r>
      <w:r>
        <w:rPr>
          <w:shd w:fill="B7DDE8" w:val="clear"/>
        </w:rPr>
        <w:t xml:space="preserve">You are already clean because of the word I have spoken to you</w:t>
      </w:r>
      <w:r>
        <w:rPr>
          <w:b w:val="false"/>
          <w:i w:val="false"/>
          <w:color w:val="000000"/>
          <w:u w:val="none"/>
        </w:rPr>
        <w:t xml:space="preserve"> [1LDI]</w:t>
      </w:r>
      <w:r>
        <w:rPr/>
        <w:t xml:space="preserve">.</w:t>
      </w:r>
    </w:p>
    <w:p>
      <w:pPr>
        <w:pStyle w:val="Yellow"/>
        <w:rPr/>
      </w:pPr>
      <w:r>
        <w:rPr>
          <w:b/>
          <w:highlight w:val="cyan"/>
          <w:color w:val="auto"/>
        </w:rPr>
        <w:t xml:space="preserve">Acts 10:15</w:t>
      </w:r>
      <w:r>
        <w:rPr>
          <w:highlight w:val="cyan"/>
          <w:color w:val="auto"/>
        </w:rPr>
        <w:t xml:space="preserve"> — “</w:t>
      </w:r>
      <w:r>
        <w:rPr>
          <w:highlight w:val="cyan"/>
          <w:color w:val="auto"/>
        </w:rPr>
        <w:t xml:space="preserve">Do not call anything impure</w:t>
      </w:r>
      <w:r>
        <w:rPr>
          <w:b w:val="false"/>
          <w:i w:val="false"/>
          <w:color w:val="auto"/>
          <w:u w:val="none"/>
        </w:rPr>
        <w:t xml:space="preserve"> [2LSV]</w:t>
      </w:r>
      <w:r>
        <w:rPr>
          <w:highlight w:val="cyan"/>
          <w:color w:val="auto"/>
        </w:rPr>
        <w:t xml:space="preserve"> </w:t>
      </w:r>
      <w:r>
        <w:rPr>
          <w:highlight w:val="cyan"/>
          <w:color w:val="auto"/>
        </w:rPr>
        <w:t xml:space="preserve">that God has made clean</w:t>
      </w:r>
      <w:r>
        <w:rPr>
          <w:b w:val="false"/>
          <w:i w:val="false"/>
          <w:color w:val="auto"/>
          <w:u w:val="none"/>
        </w:rPr>
        <w:t xml:space="preserve"> [2LSW]</w:t>
      </w:r>
      <w:r>
        <w:rPr>
          <w:highlight w:val="cyan"/>
          <w:color w:val="auto"/>
        </w:rPr>
        <w:t xml:space="preserve">.”</w:t>
      </w:r>
    </w:p>
    <w:p>
      <w:pPr>
        <w:pStyle w:val="Yellow"/>
        <w:rPr/>
      </w:pPr>
      <w:r>
        <w:rPr>
          <w:b/>
        </w:rPr>
        <w:t xml:space="preserve">Acts 10:28</w:t>
      </w:r>
      <w:r>
        <w:rPr/>
        <w:t xml:space="preserve"> — </w:t>
      </w:r>
      <w:r>
        <w:rPr>
          <w:shd w:fill="B7DDE8" w:val="clear"/>
        </w:rPr>
        <w:t xml:space="preserve">God has shown me that I should not call any man impure or unclean</w:t>
      </w:r>
      <w:r>
        <w:rPr>
          <w:b w:val="false"/>
          <w:i w:val="false"/>
          <w:color w:val="000000"/>
          <w:u w:val="none"/>
        </w:rPr>
        <w:t xml:space="preserve"> [1IEA]</w:t>
      </w:r>
      <w:r>
        <w:rPr/>
        <w:t xml:space="preserve">.</w:t>
      </w:r>
    </w:p>
    <w:p>
      <w:pPr>
        <w:pStyle w:val="Yellow"/>
        <w:rPr/>
      </w:pPr>
      <w:r>
        <w:rPr>
          <w:b/>
          <w:highlight w:val="cyan"/>
          <w:shd w:val="clear" w:color="auto" w:fill="C00000"/>
          <w:color w:val="FFFFFF"/>
        </w:rPr>
        <w:t xml:space="preserve">Acts 11:9</w:t>
      </w:r>
      <w:r>
        <w:rPr>
          <w:highlight w:val="cyan"/>
          <w:shd w:val="clear" w:color="auto" w:fill="C00000"/>
          <w:color w:val="FFFFFF"/>
        </w:rPr>
        <w:t xml:space="preserve"> — ‘</w:t>
      </w:r>
      <w:r>
        <w:rPr>
          <w:highlight w:val="cyan"/>
          <w:shd w:val="clear" w:color="auto" w:fill="C00000"/>
          <w:color w:val="FFFFFF"/>
        </w:rPr>
        <w:t xml:space="preserve">Do not call anything impure</w:t>
      </w:r>
      <w:r>
        <w:rPr>
          <w:b w:val="false"/>
          <w:i w:val="false"/>
          <w:u w:val="none"/>
          <w:shd w:val="clear" w:color="auto" w:fill="C00000"/>
          <w:color w:val="FFFFFF"/>
        </w:rPr>
        <w:t xml:space="preserve"> [2LSV]</w:t>
      </w:r>
      <w:r>
        <w:rPr>
          <w:highlight w:val="cyan"/>
          <w:shd w:val="clear" w:color="auto" w:fill="C00000"/>
          <w:color w:val="FFFFFF"/>
        </w:rPr>
        <w:t xml:space="preserve"> </w:t>
      </w:r>
      <w:r>
        <w:rPr>
          <w:highlight w:val="cyan"/>
          <w:shd w:val="clear" w:color="auto" w:fill="C00000"/>
          <w:color w:val="FFFFFF"/>
        </w:rPr>
        <w:t xml:space="preserve">that God has made clean</w:t>
      </w:r>
      <w:r>
        <w:rPr>
          <w:b w:val="false"/>
          <w:i w:val="false"/>
          <w:u w:val="none"/>
          <w:shd w:val="clear" w:color="auto" w:fill="C00000"/>
          <w:color w:val="FFFFFF"/>
        </w:rPr>
        <w:t xml:space="preserve"> [2LSW]</w:t>
      </w:r>
      <w:r>
        <w:rPr>
          <w:highlight w:val="cyan"/>
          <w:shd w:val="clear" w:color="auto" w:fill="C00000"/>
          <w:color w:val="FFFFFF"/>
        </w:rPr>
        <w:t xml:space="preserve">.’</w:t>
      </w:r>
    </w:p>
    <w:p>
      <w:pPr>
        <w:pStyle w:val="Yellow"/>
        <w:rPr/>
      </w:pPr>
      <w:r>
        <w:rPr>
          <w:shd w:val="clear" w:color="auto" w:fill="548235"/>
          <w:color w:val="FFFFFF"/>
        </w:rPr>
        <w:t xml:space="preserve">(Ac22:8 Jesus) </w:t>
      </w:r>
      <w:r>
        <w:rPr>
          <w:b/>
          <w:shd w:val="clear" w:color="auto" w:fill="548235"/>
          <w:color w:val="FFFFFF"/>
        </w:rPr>
        <w:t xml:space="preserve">Acts 22:16</w:t>
      </w:r>
      <w:r>
        <w:rPr>
          <w:shd w:val="clear" w:color="auto" w:fill="548235"/>
          <w:color w:val="FFFFFF"/>
        </w:rPr>
        <w:t xml:space="preserve"> — </w:t>
      </w:r>
      <w:r>
        <w:rPr>
          <w:shd w:fill="548235" w:val="clear" w:color="auto"/>
          <w:color w:val="FFFFFF"/>
        </w:rPr>
        <w:t xml:space="preserve">Get up, be baptized, and wash your sins away, calling on {His} name</w:t>
      </w:r>
      <w:r>
        <w:rPr>
          <w:b w:val="false"/>
          <w:i w:val="false"/>
          <w:color w:val="FFFFFF"/>
          <w:u w:val="none"/>
          <w:shd w:val="clear" w:color="auto" w:fill="548235"/>
        </w:rPr>
        <w:t xml:space="preserve"> [1HWN]</w:t>
      </w:r>
      <w:r>
        <w:rPr>
          <w:shd w:val="clear" w:color="auto" w:fill="548235"/>
          <w:color w:val="FFFFFF"/>
        </w:rPr>
        <w:t xml:space="preserve">.’</w:t>
      </w:r>
    </w:p>
    <w:p>
      <w:pPr>
        <w:pStyle w:val="Yellow"/>
        <w:rPr/>
      </w:pPr>
      <w:r>
        <w:rPr>
          <w:b/>
        </w:rPr>
        <w:t xml:space="preserve">Romans 14:14</w:t>
      </w:r>
      <w:r>
        <w:rPr/>
        <w:t xml:space="preserve"> — </w:t>
      </w:r>
      <w:r>
        <w:rPr>
          <w:shd w:fill="B7DDE8" w:val="clear"/>
        </w:rPr>
        <w:t xml:space="preserve">I am convinced and fully persuaded in the Lord Jesus</w:t>
      </w:r>
      <w:r>
        <w:rPr>
          <w:b w:val="false"/>
          <w:i w:val="false"/>
          <w:color w:val="000000"/>
          <w:u w:val="none"/>
        </w:rPr>
        <w:t xml:space="preserve"> [1IEB]</w:t>
      </w:r>
      <w:r>
        <w:rPr>
          <w:color w:val="auto"/>
        </w:rPr>
        <w:t xml:space="preserve"> that </w:t>
      </w:r>
      <w:r>
        <w:rPr>
          <w:color w:val="auto"/>
        </w:rPr>
        <w:t xml:space="preserve">nothing is unclean in itself</w:t>
      </w:r>
      <w:r>
        <w:rPr>
          <w:b w:val="false"/>
          <w:i w:val="false"/>
          <w:color w:val="auto"/>
          <w:u w:val="none"/>
        </w:rPr>
        <w:t xml:space="preserve"> [1IEC]</w:t>
      </w:r>
      <w:r>
        <w:rPr>
          <w:color w:val="auto"/>
        </w:rPr>
        <w:t xml:space="preserve">. But </w:t>
      </w:r>
      <w:r>
        <w:rPr>
          <w:color w:val="auto"/>
        </w:rPr>
        <w:t xml:space="preserve">if anyone regards something as unclean, then for him it is unclean</w:t>
      </w:r>
      <w:r>
        <w:rPr>
          <w:b w:val="false"/>
          <w:i w:val="false"/>
          <w:color w:val="FFFFFF"/>
          <w:u w:val="none"/>
          <w:shd w:val="clear" w:color="auto" w:fill="548235"/>
        </w:rPr>
        <w:t xml:space="preserve"> [1IED]</w:t>
      </w:r>
      <w:r>
        <w:rPr>
          <w:shd w:val="clear" w:color="auto" w:fill="548235"/>
          <w:color w:val="FFFFFF"/>
        </w:rPr>
        <w:t xml:space="preserve">.</w:t>
      </w:r>
    </w:p>
    <w:p>
      <w:pPr>
        <w:pStyle w:val="Yellow"/>
        <w:rPr/>
      </w:pPr>
      <w:r>
        <w:rPr/>
        <w:t xml:space="preserve">(1Co7:12–13 Believers must not divorce unbelieving spouses “willing to live with” them) </w:t>
      </w:r>
      <w:r>
        <w:rPr>
          <w:b/>
        </w:rPr>
        <w:t xml:space="preserve">1 Corinthians 7:14</w:t>
      </w:r>
      <w:r>
        <w:rPr/>
        <w:t xml:space="preserve"> — {For} </w:t>
      </w:r>
      <w:r>
        <w:rPr>
          <w:shd w:fill="B7DDE8" w:val="clear"/>
        </w:rPr>
        <w:t xml:space="preserve">the unbelieving husband is sanctified through his believing wife</w:t>
      </w:r>
      <w:r>
        <w:rPr>
          <w:b w:val="false"/>
          <w:i w:val="false"/>
          <w:color w:val="000000"/>
          <w:u w:val="none"/>
        </w:rPr>
        <w:t xml:space="preserve"> [1GOA]</w:t>
      </w:r>
      <w:r>
        <w:rPr/>
        <w:t xml:space="preserve">, and </w:t>
      </w:r>
      <w:r>
        <w:rPr>
          <w:shd w:fill="B7DDE8" w:val="clear"/>
        </w:rPr>
        <w:t xml:space="preserve">the unbelieving wife is sanctified through her believing husband</w:t>
      </w:r>
      <w:r>
        <w:rPr>
          <w:b w:val="false"/>
          <w:i w:val="false"/>
          <w:color w:val="000000"/>
          <w:u w:val="none"/>
        </w:rPr>
        <w:t xml:space="preserve"> [1GOA]</w:t>
      </w:r>
      <w:r>
        <w:rPr/>
        <w:t xml:space="preserve">. </w:t>
      </w:r>
      <w:r>
        <w:rPr>
          <w:shd w:fill="B7DDE8" w:val="clear"/>
        </w:rPr>
        <w:t xml:space="preserve">Otherwise your children would be unclean</w:t>
      </w:r>
      <w:r>
        <w:rPr>
          <w:b w:val="false"/>
          <w:i w:val="false"/>
          <w:color w:val="000000"/>
          <w:u w:val="none"/>
        </w:rPr>
        <w:t xml:space="preserve"> [1GOB]</w:t>
      </w:r>
      <w:r>
        <w:rPr/>
        <w:t xml:space="preserve">, but </w:t>
      </w:r>
      <w:r>
        <w:rPr>
          <w:shd w:fill="B7DDE8" w:val="clear"/>
        </w:rPr>
        <w:t xml:space="preserve">now they are holy</w:t>
      </w:r>
      <w:r>
        <w:rPr>
          <w:b w:val="false"/>
          <w:i w:val="false"/>
          <w:color w:val="000000"/>
          <w:u w:val="none"/>
        </w:rPr>
        <w:t xml:space="preserve"> [1GOC]</w:t>
      </w:r>
      <w:r>
        <w:rPr/>
        <w:t xml:space="preserve">. But </w:t>
      </w:r>
      <w:r>
        <w:rPr>
          <w:shd w:fill="B7DDE8" w:val="clear"/>
        </w:rPr>
        <w:t xml:space="preserve">if the unbeliever leaves, let him go</w:t>
      </w:r>
      <w:r>
        <w:rPr>
          <w:b w:val="false"/>
          <w:i w:val="false"/>
          <w:color w:val="000000"/>
          <w:u w:val="none"/>
        </w:rPr>
        <w:t xml:space="preserve"> [1GOD]</w:t>
      </w:r>
      <w:r>
        <w:rPr/>
        <w:t xml:space="preserve">. </w:t>
      </w:r>
      <w:r>
        <w:rPr>
          <w:shd w:fill="B7DDE8" w:val="clear"/>
        </w:rPr>
        <w:t xml:space="preserve">The believing brother or sister is not bound in such cases</w:t>
      </w:r>
      <w:r>
        <w:rPr>
          <w:b w:val="false"/>
          <w:i w:val="false"/>
          <w:color w:val="000000"/>
          <w:u w:val="none"/>
        </w:rPr>
        <w:t xml:space="preserve"> [1GOE]</w:t>
      </w:r>
      <w:r>
        <w:rPr/>
        <w:t xml:space="preserve">. </w:t>
      </w:r>
      <w:r>
        <w:rPr>
          <w:shd w:fill="B7DDE8" w:val="clear"/>
        </w:rPr>
        <w:t xml:space="preserve">God has called you to live in peace</w:t>
      </w:r>
      <w:r>
        <w:rPr>
          <w:b w:val="false"/>
          <w:i w:val="false"/>
          <w:color w:val="000000"/>
          <w:u w:val="none"/>
        </w:rPr>
        <w:t xml:space="preserve"> [1GOF]</w:t>
      </w:r>
      <w:r>
        <w:rPr/>
        <w:t xml:space="preserve">.</w:t>
      </w:r>
    </w:p>
    <w:p>
      <w:pPr>
        <w:pStyle w:val="Yellow"/>
        <w:rPr/>
      </w:pPr>
      <w:r>
        <w:rPr>
          <w:b/>
          <w:color w:val="auto"/>
        </w:rPr>
        <w:t>2 Timothy 2:21</w:t>
      </w:r>
      <w:r>
        <w:rPr>
          <w:color w:val="auto"/>
        </w:rPr>
        <w:t xml:space="preserve"> — So </w:t>
      </w:r>
      <w:r>
        <w:rPr>
          <w:color w:val="auto"/>
        </w:rPr>
        <w:t>if anyone cleanses himself of what is unfit, he will be a vessel for honor: sanctified, useful to the Master, and prepared for every good work</w:t>
      </w:r>
      <w:r>
        <w:rPr>
          <w:b w:val="false"/>
          <w:i w:val="false"/>
          <w:color w:val="auto"/>
          <w:u w:val="none"/>
        </w:rPr>
        <w:t xml:space="preserve"> [1BIY]</w:t>
      </w:r>
      <w:r>
        <w:rPr>
          <w:color w:val="auto"/>
        </w:rPr>
        <w:t>.</w:t>
      </w:r>
    </w:p>
    <w:p>
      <w:pPr>
        <w:pStyle w:val="Yellow"/>
        <w:rPr/>
      </w:pPr>
      <w:r>
        <w:t xml:space="preserve">(Tt2:13 “Jesus Christ”) </w:t>
      </w:r>
      <w:r>
        <w:rPr>
          <w:b/>
        </w:rPr>
        <w:t>Titus 2:14</w:t>
      </w:r>
      <w:r>
        <w:t xml:space="preserve"> — </w:t>
      </w:r>
      <w:r>
        <w:rPr>
          <w:shd w:fill="B7DDE8" w:val="clear"/>
        </w:rPr>
        <w:t>{He} gave Himself for us</w:t>
      </w:r>
      <w:r>
        <w:rPr>
          <w:b w:val="false"/>
          <w:i w:val="false"/>
          <w:color w:val="000000"/>
          <w:u w:val="none"/>
        </w:rPr>
        <w:t xml:space="preserve"> [2AVC]</w:t>
      </w:r>
      <w:r>
        <w:t xml:space="preserve"> </w:t>
      </w:r>
      <w:r>
        <w:rPr>
          <w:shd w:fill="B7DDE8" w:val="clear"/>
        </w:rPr>
        <w:t>to redeem us from all lawlessness</w:t>
      </w:r>
      <w:r>
        <w:rPr>
          <w:b w:val="false"/>
          <w:i w:val="false"/>
          <w:color w:val="000000"/>
          <w:u w:val="none"/>
        </w:rPr>
        <w:t xml:space="preserve"> [1AVD]</w:t>
      </w:r>
      <w:r>
        <w:t xml:space="preserve"> and </w:t>
      </w:r>
      <w:r>
        <w:rPr>
          <w:shd w:fill="B7DDE8" w:val="clear"/>
        </w:rPr>
        <w:t>to purify for Himself a people for His own possession</w:t>
      </w:r>
      <w:r>
        <w:rPr>
          <w:b w:val="false"/>
          <w:i w:val="false"/>
          <w:color w:val="000000"/>
          <w:u w:val="none"/>
        </w:rPr>
        <w:t xml:space="preserve"> [1AVE]</w:t>
      </w:r>
      <w:r>
        <w:rPr>
          <w:shd w:val="clear" w:color="auto" w:fill="548235"/>
          <w:color w:val="FFFFFF"/>
        </w:rPr>
        <w:t xml:space="preserve">, </w:t>
      </w:r>
      <w:r>
        <w:rPr>
          <w:shd w:fill="548235" w:val="clear" w:color="auto"/>
          <w:color w:val="FFFFFF"/>
        </w:rPr>
        <w:t>zealous for good deeds</w:t>
      </w:r>
      <w:r>
        <w:rPr>
          <w:b w:val="false"/>
          <w:i w:val="false"/>
          <w:color w:val="FFFFFF"/>
          <w:u w:val="none"/>
          <w:shd w:val="clear" w:color="auto" w:fill="548235"/>
        </w:rPr>
        <w:t xml:space="preserve"> [1AVF]</w:t>
      </w:r>
      <w:r>
        <w:rPr>
          <w:shd w:val="clear" w:color="auto" w:fill="548235"/>
          <w:color w:val="FFFFFF"/>
        </w:rPr>
        <w:t>.</w:t>
      </w:r>
    </w:p>
    <w:p>
      <w:pPr>
        <w:pStyle w:val="Yellow"/>
        <w:rPr/>
      </w:pPr>
      <w:r>
        <w:rPr>
          <w:u w:val="none"/>
          <w:shd w:val="clear" w:color="auto" w:fill="548235"/>
          <w:color w:val="FFFFFF"/>
        </w:rPr>
        <w:t xml:space="preserve">(He2:9 “Jesus”) </w:t>
      </w:r>
      <w:r>
        <w:rPr>
          <w:b/>
          <w:u w:val="none"/>
          <w:shd w:val="clear" w:color="auto" w:fill="548235"/>
          <w:color w:val="FFFFFF"/>
        </w:rPr>
        <w:t>Hebrews 1:3</w:t>
      </w:r>
      <w:r>
        <w:rPr>
          <w:u w:val="none"/>
          <w:shd w:val="clear" w:color="auto" w:fill="548235"/>
          <w:color w:val="FFFFFF"/>
        </w:rPr>
        <w:t xml:space="preserve"> — After </w:t>
      </w:r>
      <w:r>
        <w:rPr>
          <w:u w:val="none"/>
          <w:shd w:fill="548235" w:val="clear" w:color="auto"/>
          <w:color w:val="FFFFFF"/>
        </w:rPr>
        <w:t>He had provided purification for sins</w:t>
      </w:r>
      <w:r>
        <w:rPr>
          <w:b w:val="false"/>
          <w:i w:val="false"/>
          <w:color w:val="FFFFFF"/>
          <w:u w:val="none"/>
          <w:shd w:val="clear" w:color="auto" w:fill="548235"/>
        </w:rPr>
        <w:t xml:space="preserve"> [1BDA]</w:t>
      </w:r>
      <w:r>
        <w:rPr>
          <w:u w:val="none"/>
          <w:shd w:val="clear" w:color="auto" w:fill="548235"/>
          <w:color w:val="FFFFFF"/>
        </w:rPr>
        <w:t xml:space="preserve">, </w:t>
      </w:r>
      <w:r>
        <w:rPr>
          <w:u w:val="none"/>
          <w:shd w:fill="548235" w:val="clear" w:color="auto"/>
          <w:color w:val="FFFFFF"/>
        </w:rPr>
        <w:t>He sat down at the right hand of the Majesty on high</w:t>
      </w:r>
      <w:r>
        <w:rPr>
          <w:b w:val="false"/>
          <w:i w:val="false"/>
          <w:color w:val="FFFFFF"/>
          <w:u w:val="none"/>
          <w:shd w:val="clear" w:color="auto" w:fill="548235"/>
        </w:rPr>
        <w:t xml:space="preserve"> [4BCY]</w:t>
      </w:r>
      <w:r>
        <w:rPr>
          <w:u w:val="none"/>
          <w:shd w:val="clear" w:color="auto" w:fill="548235"/>
          <w:color w:val="FFFFFF"/>
        </w:rPr>
        <w:t>.</w:t>
      </w:r>
    </w:p>
    <w:p>
      <w:pPr>
        <w:pStyle w:val="Yellow"/>
        <w:rPr/>
      </w:pPr>
      <w:r>
        <w:rPr>
          <w:b/>
          <w:u w:val="none"/>
        </w:rPr>
        <w:t>Hebrews 9:13–14</w:t>
      </w:r>
      <w:r>
        <w:rPr>
          <w:u w:val="none"/>
        </w:rPr>
        <w:t xml:space="preserve"> — For </w:t>
      </w:r>
      <w:r>
        <w:rPr>
          <w:u w:val="none"/>
          <w:shd w:fill="B7DDE8" w:val="clear"/>
        </w:rPr>
        <w:t>if the blood of goats and bulls and the ashes of a heifer sprinkled on those who are ceremonially unclean sanctify them so that their bodies are clean</w:t>
      </w:r>
      <w:r>
        <w:rPr>
          <w:b w:val="false"/>
          <w:i w:val="false"/>
          <w:color w:val="000000"/>
          <w:u w:val="none"/>
        </w:rPr>
        <w:t xml:space="preserve"> [1BBM]</w:t>
      </w:r>
      <w:r>
        <w:rPr>
          <w:u w:val="none"/>
          <w:shd w:fill="B7DDE8" w:val="clear"/>
        </w:rPr>
        <w:t>, how much more will the blood of Christ, who through the eternal Spirit offered Himself unblemished to God</w:t>
      </w:r>
      <w:r>
        <w:rPr>
          <w:b w:val="false"/>
          <w:i w:val="false"/>
          <w:color w:val="000000"/>
          <w:u w:val="none"/>
        </w:rPr>
        <w:t xml:space="preserve"> [1BBN]</w:t>
      </w:r>
      <w:r>
        <w:rPr>
          <w:u w:val="none"/>
          <w:shd w:fill="B7DDE8" w:val="clear"/>
        </w:rPr>
        <w:t>, purify our consciences from works of death</w:t>
      </w:r>
      <w:r>
        <w:rPr>
          <w:b w:val="false"/>
          <w:i w:val="false"/>
          <w:color w:val="000000"/>
          <w:u w:val="none"/>
        </w:rPr>
        <w:t xml:space="preserve"> [1BBO]</w:t>
      </w:r>
      <w:r>
        <w:rPr>
          <w:u w:val="none"/>
          <w:shd w:fill="B7DDE8" w:val="clear"/>
        </w:rPr>
        <w:t>, so that we may serve the living God</w:t>
      </w:r>
      <w:r>
        <w:rPr>
          <w:b w:val="false"/>
          <w:i w:val="false"/>
          <w:color w:val="000000"/>
          <w:u w:val="none"/>
        </w:rPr>
        <w:t xml:space="preserve"> [1BBP]</w:t>
      </w:r>
      <w:r>
        <w:rPr>
          <w:u w:val="none"/>
        </w:rPr>
        <w:t>!</w:t>
      </w:r>
    </w:p>
    <w:p>
      <w:pPr>
        <w:pStyle w:val="Yellow"/>
        <w:rPr/>
        <w:pBdr>
          <w:left w:val="single" w:sz="28" w:space="5" w:color="C00000"/>
        </w:pBdr>
      </w:pPr>
      <w:r>
        <w:rPr>
          <w:b/>
        </w:rPr>
        <w:t>James 1:21</w:t>
      </w:r>
      <w:r>
        <w:t xml:space="preserve"> — Therefore, </w:t>
      </w:r>
      <w:r>
        <w:rPr>
          <w:shd w:fill="B7DDE8" w:val="clear"/>
        </w:rPr>
        <w:t>get rid of all moral filth and every expression of evil</w:t>
      </w:r>
      <w:r>
        <w:rPr>
          <w:b w:val="false"/>
          <w:i w:val="false"/>
          <w:color w:val="000000"/>
          <w:u w:val="none"/>
        </w:rPr>
        <w:t xml:space="preserve"> [1BST]</w:t>
      </w:r>
      <w:r>
        <w:t xml:space="preserve">, and </w:t>
      </w:r>
      <w:r>
        <w:rPr>
          <w:shd w:fill="B7DDE8" w:val="clear"/>
        </w:rPr>
        <w:t>humbly accept the word planted in you</w:t>
      </w:r>
      <w:r>
        <w:rPr>
          <w:b w:val="false"/>
          <w:i w:val="false"/>
          <w:u w:val="none"/>
          <w:color w:val="000000"/>
        </w:rPr>
        <w:t xml:space="preserve"> [1BSU]</w:t>
      </w:r>
      <w:r>
        <w:t xml:space="preserve">, </w:t>
      </w:r>
      <w:r>
        <w:rPr>
          <w:shd w:fill="B7DDE8" w:val="clear"/>
        </w:rPr>
        <w:t>which can save your souls</w:t>
      </w:r>
      <w:r>
        <w:rPr>
          <w:b w:val="false"/>
          <w:i w:val="false"/>
          <w:color w:val="000000"/>
          <w:u w:val="none"/>
        </w:rPr>
        <w:t xml:space="preserve"> [1BSV]</w:t>
      </w:r>
      <w:r>
        <w:t>.</w:t>
      </w:r>
    </w:p>
    <w:p>
      <w:pPr>
        <w:pStyle w:val="Yellow"/>
        <w:rPr/>
      </w:pPr>
      <w:r>
        <w:rPr>
          <w:b/>
        </w:rPr>
        <w:t>James 4:8-10</w:t>
      </w:r>
      <w:r>
        <w:rPr/>
        <w:t xml:space="preserve"> — </w:t>
      </w:r>
      <w:r>
        <w:rPr>
          <w:shd w:val="clear" w:fill="B7DDE8"/>
        </w:rPr>
        <w:t>Cleanse your hands, you sinners, and purify your hearts, you double-minded</w:t>
      </w:r>
      <w:r>
        <w:rPr>
          <w:b w:val="false"/>
          <w:i w:val="false"/>
          <w:color w:val="000000"/>
          <w:u w:val="none"/>
        </w:rPr>
        <w:t xml:space="preserve"> [1EXT]</w:t>
      </w:r>
      <w:r>
        <w:rPr/>
        <w:t xml:space="preserve">. </w:t>
      </w:r>
      <w:r>
        <w:rPr>
          <w:color w:val="000000"/>
        </w:rPr>
        <w:t>Grieve, mourn, and weep</w:t>
      </w:r>
      <w:r>
        <w:rPr>
          <w:b w:val="false"/>
          <w:i w:val="false"/>
          <w:color w:val="000000"/>
          <w:u w:val="none"/>
        </w:rPr>
        <w:t xml:space="preserve"> [1EXU]</w:t>
      </w:r>
      <w:r>
        <w:rPr/>
        <w:t xml:space="preserve">. </w:t>
      </w:r>
      <w:r>
        <w:rPr>
          <w:color w:val="000000"/>
        </w:rPr>
        <w:t>Turn your laughter to mourning, and your joy to gloom</w:t>
      </w:r>
      <w:r>
        <w:rPr>
          <w:b w:val="false"/>
          <w:i w:val="false"/>
          <w:color w:val="000000"/>
          <w:u w:val="none"/>
        </w:rPr>
        <w:t xml:space="preserve"> [1EXV]</w:t>
      </w:r>
      <w:r>
        <w:rPr/>
        <w:t xml:space="preserve">. </w:t>
      </w:r>
      <w:r>
        <w:rPr>
          <w:color w:val="000000"/>
        </w:rPr>
        <w:t>Humble yourselves before the Lord, and He will exalt you</w:t>
      </w:r>
      <w:r>
        <w:rPr>
          <w:b w:val="false"/>
          <w:i w:val="false"/>
          <w:color w:val="000000"/>
          <w:u w:val="none"/>
        </w:rPr>
        <w:t xml:space="preserve"> [3CGO]</w:t>
      </w:r>
      <w:r>
        <w:rPr/>
        <w:t>.</w:t>
      </w:r>
    </w:p>
    <w:p>
      <w:pPr>
        <w:pStyle w:val="Yellow"/>
        <w:rPr/>
        <w:pBdr>
          <w:left w:val="single" w:sz="28" w:space="5" w:color="C00000"/>
        </w:pBdr>
      </w:pPr>
      <w:r>
        <w:rPr>
          <w:u w:val="none"/>
        </w:rPr>
        <w:t xml:space="preserve">(1Jn1:5 “God”) </w:t>
      </w:r>
      <w:r>
        <w:rPr>
          <w:b/>
          <w:u w:val="none"/>
        </w:rPr>
        <w:t>1 John 1:9</w:t>
      </w:r>
      <w:r>
        <w:rPr>
          <w:u w:val="none"/>
        </w:rPr>
        <w:t xml:space="preserve"> — </w:t>
      </w:r>
      <w:r>
        <w:rPr>
          <w:u w:val="none"/>
          <w:shd w:val="clear" w:fill="548235" w:color="auto"/>
          <w:color w:val="FFFFFF"/>
        </w:rPr>
        <w:t>If we confess our sins</w:t>
      </w:r>
      <w:r>
        <w:rPr>
          <w:b w:val="false"/>
          <w:i w:val="false"/>
          <w:color w:val="FFFFFF"/>
          <w:u w:val="none"/>
          <w:shd w:val="clear" w:color="auto" w:fill="548235"/>
        </w:rPr>
        <w:t xml:space="preserve"> [1CDE]</w:t>
      </w:r>
      <w:r>
        <w:rPr>
          <w:u w:val="none"/>
          <w:shd w:val="clear" w:color="auto" w:fill="548235"/>
          <w:color w:val="FFFFFF"/>
        </w:rPr>
        <w:t xml:space="preserve">, </w:t>
      </w:r>
      <w:r>
        <w:rPr>
          <w:u w:val="none"/>
          <w:shd w:val="clear" w:fill="B7DDE8"/>
        </w:rPr>
        <w:t>{He} is faithful</w:t>
      </w:r>
      <w:r>
        <w:rPr>
          <w:b w:val="false"/>
          <w:i w:val="false"/>
          <w:u w:val="none"/>
          <w:color w:val="000000"/>
        </w:rPr>
        <w:t xml:space="preserve"> [11GW]</w:t>
      </w:r>
      <w:r>
        <w:rPr>
          <w:u w:val="none"/>
        </w:rPr>
        <w:t xml:space="preserve"> and </w:t>
      </w:r>
      <w:r>
        <w:rPr>
          <w:u w:val="none"/>
          <w:shd w:val="clear" w:fill="B7DDE8"/>
        </w:rPr>
        <w:t>just</w:t>
      </w:r>
      <w:r>
        <w:rPr>
          <w:b w:val="false"/>
          <w:i w:val="false"/>
          <w:color w:val="000000"/>
          <w:u w:val="none"/>
        </w:rPr>
        <w:t xml:space="preserve"> [16FJ]</w:t>
      </w:r>
      <w:r>
        <w:rPr>
          <w:u w:val="none"/>
        </w:rPr>
        <w:t xml:space="preserve"> </w:t>
      </w:r>
      <w:r>
        <w:rPr>
          <w:u w:val="none"/>
          <w:shd w:val="clear" w:fill="B7DDE8"/>
        </w:rPr>
        <w:t>to forgive us our sins</w:t>
      </w:r>
      <w:r>
        <w:rPr>
          <w:b w:val="false"/>
          <w:i w:val="false"/>
          <w:color w:val="000000"/>
          <w:u w:val="none"/>
        </w:rPr>
        <w:t xml:space="preserve"> [1CDF]</w:t>
      </w:r>
      <w:r>
        <w:rPr>
          <w:u w:val="none"/>
        </w:rPr>
        <w:t xml:space="preserve"> and </w:t>
      </w:r>
      <w:r>
        <w:rPr>
          <w:u w:val="none"/>
          <w:shd w:val="clear" w:fill="B7DDE8"/>
        </w:rPr>
        <w:t>to cleanse us from all unrighteousness</w:t>
      </w:r>
      <w:r>
        <w:rPr>
          <w:b w:val="false"/>
          <w:i w:val="false"/>
          <w:color w:val="000000"/>
          <w:u w:val="none"/>
        </w:rPr>
        <w:t xml:space="preserve"> [1CDG]</w:t>
      </w:r>
      <w:r>
        <w:rPr>
          <w:u w:val="none"/>
        </w:rPr>
        <w:t>.</w:t>
      </w:r>
    </w:p>
    <w:p>
      <w:r>
        <w:rPr>
          <w:b/>
          <w:sz w:val="32"/>
        </w:rPr>
        <w:t>Strength  (35)</w:t>
      </w:r>
    </w:p>
    <w:p>
      <w:pPr>
        <w:pStyle w:val="Yellow"/>
        <w:rPr/>
      </w:pPr>
      <w:r>
        <w:rPr>
          <w:b/>
        </w:rPr>
        <w:t>Deuteronomy 32:36</w:t>
      </w:r>
      <w:r>
        <w:rPr/>
        <w:t xml:space="preserve"> — For </w:t>
      </w:r>
      <w:r>
        <w:rPr>
          <w:shd w:fill="B7DDE8" w:val="clear"/>
        </w:rPr>
        <w:t>the LORD will vindicate His people</w:t>
      </w:r>
      <w:r>
        <w:rPr>
          <w:b w:val="false"/>
          <w:i w:val="false"/>
          <w:color w:val="000000"/>
          <w:u w:val="none"/>
        </w:rPr>
        <w:t xml:space="preserve"> [2FVI]</w:t>
      </w:r>
      <w:r>
        <w:rPr/>
        <w:t xml:space="preserve"> and </w:t>
      </w:r>
      <w:r>
        <w:rPr>
          <w:shd w:fill="B7DDE8" w:val="clear"/>
        </w:rPr>
        <w:t>have compassion on His servants</w:t>
      </w:r>
      <w:r>
        <w:rPr>
          <w:b w:val="false"/>
          <w:i w:val="false"/>
          <w:u w:val="none"/>
          <w:color w:val="000000"/>
        </w:rPr>
        <w:t xml:space="preserve"> [2FVJ]</w:t>
      </w:r>
      <w:r>
        <w:rPr/>
        <w:t xml:space="preserve"> </w:t>
      </w:r>
      <w:r>
        <w:rPr>
          <w:shd w:fill="B7DDE8" w:val="clear"/>
        </w:rPr>
        <w:t>when He sees that their strength is gone and no one remains, slave or free</w:t>
      </w:r>
      <w:r>
        <w:rPr>
          <w:b w:val="false"/>
          <w:i w:val="false"/>
          <w:color w:val="000000"/>
          <w:u w:val="none"/>
        </w:rPr>
        <w:t xml:space="preserve"> [1FVK]</w:t>
      </w:r>
      <w:r>
        <w:rPr/>
        <w:t>.</w:t>
      </w:r>
    </w:p>
    <w:p>
      <w:pPr>
        <w:pStyle w:val="Yellow"/>
        <w:rPr/>
      </w:pPr>
      <w:r>
        <w:rPr/>
        <w:t xml:space="preserve">(1Sa17:45–47 Philistines / Israelites) </w:t>
      </w:r>
      <w:r>
        <w:rPr>
          <w:b/>
        </w:rPr>
        <w:t xml:space="preserve">1 Samuel 17:47</w:t>
      </w:r>
      <w:r>
        <w:rPr/>
        <w:t xml:space="preserve"> — </w:t>
      </w:r>
      <w:r>
        <w:rPr>
          <w:shd w:fill="B7DDE8" w:val="clear"/>
        </w:rPr>
        <w:t xml:space="preserve">it is not by sword or spear that the LORD saves</w:t>
      </w:r>
      <w:r>
        <w:rPr>
          <w:b w:val="false"/>
          <w:i w:val="false"/>
          <w:u w:val="none"/>
          <w:color w:val="000000"/>
        </w:rPr>
        <w:t xml:space="preserve"> [1KGC]</w:t>
      </w:r>
      <w:r>
        <w:rPr/>
        <w:t xml:space="preserve">; for </w:t>
      </w:r>
      <w:r>
        <w:rPr>
          <w:shd w:fill="B7DDE8" w:val="clear"/>
        </w:rPr>
        <w:t xml:space="preserve">the battle is the LORD’s</w:t>
      </w:r>
      <w:r>
        <w:rPr>
          <w:b w:val="false"/>
          <w:i w:val="false"/>
          <w:color w:val="000000"/>
          <w:u w:val="none"/>
        </w:rPr>
        <w:t xml:space="preserve"> [1KGD]</w:t>
      </w:r>
      <w:r>
        <w:rPr/>
        <w:t xml:space="preserve">, and </w:t>
      </w:r>
      <w:r>
        <w:rPr>
          <w:shd w:fill="B7DDE8" w:val="clear"/>
        </w:rPr>
        <w:t xml:space="preserve">He will give {all of you} into {our} hands</w:t>
      </w:r>
      <w:r>
        <w:rPr>
          <w:b w:val="false"/>
          <w:i w:val="false"/>
          <w:color w:val="000000"/>
          <w:u w:val="none"/>
        </w:rPr>
        <w:t xml:space="preserve"> [1KGE]</w:t>
      </w:r>
      <w:r>
        <w:rPr/>
        <w:t xml:space="preserve">.”</w:t>
      </w:r>
    </w:p>
    <w:p>
      <w:pPr>
        <w:pStyle w:val="Yellow"/>
        <w:rPr/>
      </w:pPr>
      <w:r>
        <w:rPr/>
        <w:t xml:space="preserve">(1Sa30:1–6 David faced loss and stoning) </w:t>
      </w:r>
      <w:r>
        <w:rPr>
          <w:b/>
        </w:rPr>
        <w:t xml:space="preserve">1 Samuel 30:6</w:t>
      </w:r>
      <w:r>
        <w:rPr/>
        <w:t xml:space="preserve"> — {But} </w:t>
      </w:r>
      <w:r>
        <w:rPr>
          <w:shd w:fill="B7DDE8" w:val="clear"/>
        </w:rPr>
        <w:t xml:space="preserve">David found strength in the LORD his God</w:t>
      </w:r>
      <w:r>
        <w:rPr>
          <w:b w:val="false"/>
          <w:i w:val="false"/>
          <w:color w:val="000000"/>
          <w:u w:val="none"/>
        </w:rPr>
        <w:t xml:space="preserve"> [1KXA]</w:t>
      </w:r>
      <w:r>
        <w:rPr/>
        <w:t xml:space="preserve">.</w:t>
      </w:r>
    </w:p>
    <w:p>
      <w:pPr>
        <w:pStyle w:val="Yellow"/>
        <w:rPr/>
      </w:pPr>
      <w:r>
        <w:rPr>
          <w:b/>
          <w:highlight w:val="cyan"/>
        </w:rPr>
        <w:t xml:space="preserve">2 Samuel 22:30</w:t>
      </w:r>
      <w:r>
        <w:rPr>
          <w:highlight w:val="cyan"/>
        </w:rPr>
        <w:t xml:space="preserve"> — For </w:t>
      </w:r>
      <w:r>
        <w:rPr>
          <w:highlight w:val="cyan"/>
          <w:shd w:fill="B7DDE8" w:val="clear"/>
        </w:rPr>
        <w:t xml:space="preserve">in You I can charge an army</w:t>
      </w:r>
      <w:r>
        <w:rPr>
          <w:b w:val="false"/>
          <w:i w:val="false"/>
          <w:color w:val="000000"/>
          <w:u w:val="none"/>
        </w:rPr>
        <w:t xml:space="preserve"> [2KEY]</w:t>
      </w:r>
      <w:r>
        <w:rPr>
          <w:highlight w:val="cyan"/>
        </w:rPr>
        <w:t xml:space="preserve">; </w:t>
      </w:r>
      <w:r>
        <w:rPr>
          <w:highlight w:val="cyan"/>
          <w:shd w:fill="B7DDE8" w:val="clear"/>
        </w:rPr>
        <w:t xml:space="preserve">with my God I can scale a wall</w:t>
      </w:r>
      <w:r>
        <w:rPr>
          <w:b w:val="false"/>
          <w:i w:val="false"/>
          <w:color w:val="000000"/>
          <w:u w:val="none"/>
        </w:rPr>
        <w:t xml:space="preserve"> [2KEZ]</w:t>
      </w:r>
      <w:r>
        <w:rPr>
          <w:highlight w:val="cyan"/>
        </w:rPr>
        <w:t xml:space="preserve">.</w:t>
      </w:r>
    </w:p>
    <w:p>
      <w:pPr>
        <w:pStyle w:val="Yellow"/>
        <w:rPr/>
      </w:pPr>
      <w:r>
        <w:rPr>
          <w:highlight w:val="cyan"/>
          <w:u w:val="none"/>
        </w:rPr>
        <w:t xml:space="preserve">(2Sa22:33 “God”) </w:t>
      </w:r>
      <w:r>
        <w:rPr>
          <w:b/>
          <w:highlight w:val="cyan"/>
          <w:u w:val="none"/>
        </w:rPr>
        <w:t xml:space="preserve">2 Samuel 22:34</w:t>
      </w:r>
      <w:r>
        <w:rPr>
          <w:highlight w:val="cyan"/>
          <w:u w:val="none"/>
        </w:rPr>
        <w:t xml:space="preserve"> — </w:t>
      </w:r>
      <w:r>
        <w:rPr>
          <w:u w:val="none"/>
          <w:shd w:fill="B7DDE8" w:val="clear"/>
        </w:rPr>
        <w:t xml:space="preserve">{He} makes my feet like those of a deer</w:t>
      </w:r>
      <w:r>
        <w:rPr>
          <w:b w:val="false"/>
          <w:i w:val="false"/>
          <w:color w:val="000000"/>
          <w:u w:val="none"/>
        </w:rPr>
        <w:t xml:space="preserve"> [3LNJ]</w:t>
      </w:r>
      <w:r>
        <w:rPr>
          <w:highlight w:val="cyan"/>
          <w:u w:val="none"/>
        </w:rPr>
        <w:t xml:space="preserve"> and </w:t>
      </w:r>
      <w:r>
        <w:rPr>
          <w:highlight w:val="cyan"/>
          <w:u w:val="none"/>
          <w:shd w:fill="B7DDE8" w:val="clear"/>
        </w:rPr>
        <w:t xml:space="preserve">stations me upon the heights</w:t>
      </w:r>
      <w:r>
        <w:rPr>
          <w:b w:val="false"/>
          <w:i w:val="false"/>
          <w:color w:val="000000"/>
          <w:u w:val="none"/>
        </w:rPr>
        <w:t xml:space="preserve"> [2LNL]</w:t>
      </w:r>
      <w:r>
        <w:rPr>
          <w:highlight w:val="cyan"/>
          <w:u w:val="none"/>
        </w:rPr>
        <w:t xml:space="preserve">.</w:t>
      </w:r>
    </w:p>
    <w:p>
      <w:pPr>
        <w:pStyle w:val="Yellow"/>
        <w:rPr/>
      </w:pPr>
      <w:r>
        <w:rPr>
          <w:highlight w:val="cyan"/>
          <w:u w:val="none"/>
        </w:rPr>
        <w:t xml:space="preserve">(2Sa22:33 “God”) </w:t>
      </w:r>
      <w:r>
        <w:rPr>
          <w:b/>
          <w:highlight w:val="cyan"/>
          <w:u w:val="none"/>
        </w:rPr>
        <w:t xml:space="preserve">2 Samuel 22:35</w:t>
      </w:r>
      <w:r>
        <w:rPr>
          <w:highlight w:val="cyan"/>
          <w:u w:val="none"/>
        </w:rPr>
        <w:t xml:space="preserve"> — </w:t>
      </w:r>
      <w:r>
        <w:rPr>
          <w:u w:val="none"/>
        </w:rPr>
        <w:t xml:space="preserve">{He} trains my hands for battle</w:t>
      </w:r>
      <w:r>
        <w:rPr>
          <w:b w:val="false"/>
          <w:i w:val="false"/>
          <w:color w:val="000000"/>
          <w:u w:val="none"/>
        </w:rPr>
        <w:t xml:space="preserve"> [3GFB]</w:t>
      </w:r>
      <w:r>
        <w:rPr>
          <w:highlight w:val="cyan"/>
          <w:u w:val="none"/>
        </w:rPr>
        <w:t xml:space="preserve">; </w:t>
      </w:r>
      <w:r>
        <w:rPr>
          <w:highlight w:val="cyan"/>
          <w:u w:val="none"/>
          <w:shd w:fill="B7DDE8" w:val="clear"/>
        </w:rPr>
        <w:t xml:space="preserve">my arms can bend a bow of bronze</w:t>
      </w:r>
      <w:r>
        <w:rPr>
          <w:b w:val="false"/>
          <w:i w:val="false"/>
          <w:color w:val="000000"/>
          <w:u w:val="none"/>
        </w:rPr>
        <w:t xml:space="preserve"> [2KGF]</w:t>
      </w:r>
      <w:r>
        <w:rPr>
          <w:highlight w:val="cyan"/>
          <w:u w:val="none"/>
        </w:rPr>
        <w:t xml:space="preserve">.</w:t>
      </w:r>
    </w:p>
    <w:p>
      <w:pPr>
        <w:pStyle w:val="Yellow"/>
        <w:rPr/>
      </w:pPr>
      <w:r>
        <w:rPr>
          <w:b/>
        </w:rPr>
        <w:t xml:space="preserve">2 Samuel 22:40</w:t>
      </w:r>
      <w:r>
        <w:rPr/>
        <w:t xml:space="preserve"> — </w:t>
      </w:r>
      <w:r>
        <w:rPr>
          <w:shd w:fill="B7DDE8" w:val="clear"/>
        </w:rPr>
        <w:t xml:space="preserve">You have armed me with strength for battle</w:t>
      </w:r>
      <w:r>
        <w:rPr>
          <w:b w:val="false"/>
          <w:i w:val="false"/>
          <w:color w:val="000000"/>
          <w:u w:val="none"/>
        </w:rPr>
        <w:t xml:space="preserve"> [1JXZ]</w:t>
      </w:r>
      <w:r>
        <w:rPr/>
        <w:t xml:space="preserve">; </w:t>
      </w:r>
      <w:r>
        <w:rPr>
          <w:color w:val="000000"/>
        </w:rPr>
        <w:t xml:space="preserve">You have subdued my foes beneath me</w:t>
      </w:r>
      <w:r>
        <w:rPr>
          <w:b w:val="false"/>
          <w:i w:val="false"/>
          <w:color w:val="000000"/>
          <w:u w:val="none"/>
        </w:rPr>
        <w:t xml:space="preserve"> [1JYA]</w:t>
      </w:r>
      <w:r>
        <w:rPr/>
        <w:t xml:space="preserve">.</w:t>
      </w:r>
    </w:p>
    <w:p>
      <w:pPr>
        <w:pStyle w:val="Yellow"/>
        <w:rPr/>
      </w:pPr>
      <w:r>
        <w:rPr>
          <w:b/>
        </w:rPr>
        <w:t xml:space="preserve">1 Chronicles 29:12</w:t>
      </w:r>
      <w:r>
        <w:rPr/>
        <w:t xml:space="preserve"> — </w:t>
      </w:r>
      <w:r>
        <w:rPr>
          <w:shd w:fill="B7DDE8" w:val="clear"/>
        </w:rPr>
        <w:t xml:space="preserve">Both riches and honor come from You</w:t>
      </w:r>
      <w:r>
        <w:rPr>
          <w:b w:val="false"/>
          <w:i w:val="false"/>
          <w:color w:val="000000"/>
          <w:u w:val="none"/>
        </w:rPr>
        <w:t xml:space="preserve"> [1FZR]</w:t>
      </w:r>
      <w:r>
        <w:rPr/>
        <w:t xml:space="preserve">, and </w:t>
      </w:r>
      <w:r>
        <w:rPr>
          <w:shd w:fill="B7DDE8" w:val="clear"/>
        </w:rPr>
        <w:t xml:space="preserve">You are the ruler over all</w:t>
      </w:r>
      <w:r>
        <w:rPr>
          <w:b w:val="false"/>
          <w:i w:val="false"/>
          <w:color w:val="000000"/>
          <w:u w:val="none"/>
        </w:rPr>
        <w:t xml:space="preserve"> [1FZS]</w:t>
      </w:r>
      <w:r>
        <w:rPr/>
        <w:t xml:space="preserve">. </w:t>
      </w:r>
      <w:r>
        <w:rPr>
          <w:shd w:fill="B7DDE8" w:val="clear"/>
        </w:rPr>
        <w:t xml:space="preserve">In Your hands are power and might to exalt and give strength to all</w:t>
      </w:r>
      <w:r>
        <w:rPr>
          <w:b w:val="false"/>
          <w:i w:val="false"/>
          <w:color w:val="000000"/>
          <w:u w:val="none"/>
        </w:rPr>
        <w:t xml:space="preserve"> [1FZT]</w:t>
      </w:r>
      <w:r>
        <w:rPr/>
        <w:t xml:space="preserve">.</w:t>
      </w:r>
    </w:p>
    <w:p>
      <w:pPr>
        <w:pStyle w:val="Yellow"/>
        <w:rPr/>
      </w:pPr>
      <w:r>
        <w:rPr/>
        <w:t xml:space="preserve">(Ezr6:21 returned Israelites and those who sought the LORD) </w:t>
      </w:r>
      <w:r>
        <w:rPr>
          <w:b/>
        </w:rPr>
        <w:t xml:space="preserve">Ezra 6:22</w:t>
      </w:r>
      <w:r>
        <w:rPr/>
        <w:t xml:space="preserve"> — For seven days </w:t>
      </w:r>
      <w:r>
        <w:rPr>
          <w:shd w:fill="B7DDE8" w:val="clear"/>
        </w:rPr>
        <w:t xml:space="preserve">{they} kept the Feast of Unleavened Bread with joy</w:t>
      </w:r>
      <w:r>
        <w:rPr>
          <w:b w:val="false"/>
          <w:i w:val="false"/>
          <w:color w:val="000000"/>
          <w:u w:val="none"/>
        </w:rPr>
        <w:t xml:space="preserve"> [1KFM]</w:t>
      </w:r>
      <w:r>
        <w:rPr/>
        <w:t xml:space="preserve">, because </w:t>
      </w:r>
      <w:r>
        <w:rPr>
          <w:shd w:fill="B7DDE8" w:val="clear"/>
        </w:rPr>
        <w:t xml:space="preserve">the LORD had made them joyful</w:t>
      </w:r>
      <w:r>
        <w:rPr>
          <w:b w:val="false"/>
          <w:i w:val="false"/>
          <w:color w:val="000000"/>
          <w:u w:val="none"/>
        </w:rPr>
        <w:t xml:space="preserve"> [1KFN]</w:t>
      </w:r>
      <w:r>
        <w:rPr/>
        <w:t xml:space="preserve"> and </w:t>
      </w:r>
      <w:r>
        <w:rPr>
          <w:shd w:fill="B7DDE8" w:val="clear"/>
        </w:rPr>
        <w:t xml:space="preserve">turned the heart of the king of Assyria toward them</w:t>
      </w:r>
      <w:r>
        <w:rPr>
          <w:b w:val="false"/>
          <w:i w:val="false"/>
          <w:color w:val="000000"/>
          <w:u w:val="none"/>
        </w:rPr>
        <w:t xml:space="preserve"> [1KFO]</w:t>
      </w:r>
      <w:r>
        <w:rPr/>
        <w:t xml:space="preserve"> </w:t>
      </w:r>
      <w:r>
        <w:rPr>
          <w:shd w:fill="B7DDE8" w:val="clear"/>
        </w:rPr>
        <w:t xml:space="preserve">to strengthen their hands in the work on the house of the God of Israel</w:t>
      </w:r>
      <w:r>
        <w:rPr>
          <w:b w:val="false"/>
          <w:i w:val="false"/>
          <w:color w:val="000000"/>
          <w:u w:val="none"/>
        </w:rPr>
        <w:t xml:space="preserve"> [1KFP]</w:t>
      </w:r>
      <w:r>
        <w:rPr/>
        <w:t xml:space="preserve">.</w:t>
      </w:r>
    </w:p>
    <w:p>
      <w:pPr>
        <w:pStyle w:val="Yellow"/>
        <w:rPr/>
      </w:pPr>
      <w:r>
        <w:rPr>
          <w:b/>
        </w:rPr>
        <w:t>Nehemiah 8:10</w:t>
      </w:r>
      <w:r>
        <w:rPr/>
        <w:t xml:space="preserve"> — </w:t>
      </w:r>
      <w:r>
        <w:rPr>
          <w:shd w:val="clear" w:fill="B7DDE8"/>
        </w:rPr>
        <w:t>Do not grieve</w:t>
      </w:r>
      <w:r>
        <w:rPr>
          <w:b w:val="false"/>
          <w:i w:val="false"/>
          <w:u w:val="none"/>
          <w:color w:val="000000"/>
        </w:rPr>
        <w:t xml:space="preserve"> [1EZF]</w:t>
      </w:r>
      <w:r>
        <w:rPr/>
        <w:t xml:space="preserve">, for </w:t>
      </w:r>
      <w:r>
        <w:rPr>
          <w:shd w:val="clear" w:fill="B7DDE8"/>
        </w:rPr>
        <w:t>the joy of the LORD is your strength</w:t>
      </w:r>
      <w:r>
        <w:rPr>
          <w:b w:val="false"/>
          <w:i w:val="false"/>
          <w:color w:val="000000"/>
          <w:u w:val="none"/>
        </w:rPr>
        <w:t xml:space="preserve"> [1EZG]</w:t>
      </w:r>
      <w:r>
        <w:rPr/>
        <w:t>.”</w:t>
      </w:r>
    </w:p>
    <w:p>
      <w:pPr>
        <w:pStyle w:val="Yellow"/>
        <w:rPr/>
      </w:pPr>
      <w:r>
        <w:rPr>
          <w:b/>
          <w:highlight w:val="cyan"/>
          <w:shd w:val="clear" w:color="auto" w:fill="C00000"/>
          <w:color w:val="FFFFFF"/>
        </w:rPr>
        <w:t xml:space="preserve">Psalm 18:29</w:t>
      </w:r>
      <w:r>
        <w:rPr>
          <w:highlight w:val="cyan"/>
          <w:shd w:val="clear" w:color="auto" w:fill="C00000"/>
          <w:color w:val="FFFFFF"/>
        </w:rPr>
        <w:t xml:space="preserve"> — For </w:t>
      </w:r>
      <w:r>
        <w:rPr>
          <w:highlight w:val="cyan"/>
          <w:shd w:val="clear" w:color="auto" w:fill="C00000"/>
          <w:color w:val="FFFFFF"/>
        </w:rPr>
        <w:t xml:space="preserve">in You I can charge an army</w:t>
      </w:r>
      <w:r>
        <w:rPr>
          <w:b w:val="false"/>
          <w:i w:val="false"/>
          <w:u w:val="none"/>
          <w:shd w:val="clear" w:color="auto" w:fill="C00000"/>
          <w:color w:val="FFFFFF"/>
        </w:rPr>
        <w:t xml:space="preserve"> [2KEY]</w:t>
      </w:r>
      <w:r>
        <w:rPr>
          <w:highlight w:val="cyan"/>
          <w:shd w:val="clear" w:color="auto" w:fill="C00000"/>
          <w:color w:val="FFFFFF"/>
        </w:rPr>
        <w:t xml:space="preserve">, and </w:t>
      </w:r>
      <w:r>
        <w:rPr>
          <w:highlight w:val="cyan"/>
          <w:shd w:val="clear" w:color="auto" w:fill="C00000"/>
          <w:color w:val="FFFFFF"/>
        </w:rPr>
        <w:t xml:space="preserve">with my God I can scale a wall</w:t>
      </w:r>
      <w:r>
        <w:rPr>
          <w:b w:val="false"/>
          <w:i w:val="false"/>
          <w:u w:val="none"/>
          <w:shd w:val="clear" w:color="auto" w:fill="C00000"/>
          <w:color w:val="FFFFFF"/>
        </w:rPr>
        <w:t xml:space="preserve"> [2KEZ]</w:t>
      </w:r>
      <w:r>
        <w:rPr>
          <w:highlight w:val="cyan"/>
          <w:shd w:val="clear" w:color="auto" w:fill="C00000"/>
          <w:color w:val="FFFFFF"/>
        </w:rPr>
        <w:t xml:space="preserve">.</w:t>
      </w:r>
    </w:p>
    <w:p>
      <w:pPr>
        <w:pStyle w:val="Yellow"/>
        <w:rPr/>
      </w:pPr>
      <w:r>
        <w:rPr>
          <w:b/>
        </w:rPr>
        <w:t xml:space="preserve">Psalm 18:32</w:t>
      </w:r>
      <w:r>
        <w:rPr/>
        <w:t xml:space="preserve"> — </w:t>
      </w:r>
      <w:r>
        <w:rPr>
          <w:shd w:fill="B7DDE8" w:val="clear"/>
        </w:rPr>
        <w:t xml:space="preserve">It is God who arms me with strength</w:t>
      </w:r>
      <w:r>
        <w:rPr>
          <w:b w:val="false"/>
          <w:i w:val="false"/>
          <w:color w:val="000000"/>
          <w:u w:val="none"/>
        </w:rPr>
        <w:t xml:space="preserve"> [1LNZ]</w:t>
      </w:r>
      <w:r>
        <w:rPr/>
        <w:t xml:space="preserve"> and </w:t>
      </w:r>
      <w:r>
        <w:rPr>
          <w:color w:val="000000"/>
        </w:rPr>
        <w:t xml:space="preserve">makes my way clear</w:t>
      </w:r>
      <w:r>
        <w:rPr>
          <w:b w:val="false"/>
          <w:i w:val="false"/>
          <w:color w:val="000000"/>
          <w:u w:val="none"/>
        </w:rPr>
        <w:t xml:space="preserve"> [2EAE]</w:t>
      </w:r>
      <w:r>
        <w:rPr/>
        <w:t xml:space="preserve">.</w:t>
      </w:r>
    </w:p>
    <w:p>
      <w:pPr>
        <w:pStyle w:val="Yellow"/>
        <w:rPr/>
      </w:pPr>
      <w:r>
        <w:rPr>
          <w:highlight w:val="cyan"/>
          <w:u w:val="none"/>
          <w:shd w:val="clear" w:color="auto" w:fill="C00000"/>
          <w:color w:val="FFFFFF"/>
        </w:rPr>
        <w:t xml:space="preserve">(Ps18:32 God) </w:t>
      </w:r>
      <w:r>
        <w:rPr>
          <w:b/>
          <w:highlight w:val="cyan"/>
          <w:u w:val="none"/>
          <w:shd w:val="clear" w:color="auto" w:fill="C00000"/>
          <w:color w:val="FFFFFF"/>
        </w:rPr>
        <w:t xml:space="preserve">Psalm 18:33</w:t>
      </w:r>
      <w:r>
        <w:rPr>
          <w:highlight w:val="cyan"/>
          <w:u w:val="none"/>
          <w:shd w:val="clear" w:color="auto" w:fill="C00000"/>
          <w:color w:val="FFFFFF"/>
        </w:rPr>
        <w:t xml:space="preserve"> — </w:t>
      </w:r>
      <w:r>
        <w:rPr>
          <w:u w:val="none"/>
          <w:shd w:val="clear" w:color="auto" w:fill="C00000"/>
          <w:color w:val="FFFFFF"/>
        </w:rPr>
        <w:t xml:space="preserve">{He} makes my feet like those of a deer</w:t>
      </w:r>
      <w:r>
        <w:rPr>
          <w:b w:val="false"/>
          <w:i w:val="false"/>
          <w:u w:val="none"/>
          <w:shd w:val="clear" w:color="auto" w:fill="C00000"/>
          <w:color w:val="FFFFFF"/>
        </w:rPr>
        <w:t xml:space="preserve"> [3LNJ]</w:t>
      </w:r>
      <w:r>
        <w:rPr>
          <w:highlight w:val="cyan"/>
          <w:u w:val="none"/>
          <w:shd w:val="clear" w:color="auto" w:fill="C00000"/>
          <w:color w:val="FFFFFF"/>
        </w:rPr>
        <w:t xml:space="preserve"> and </w:t>
      </w:r>
      <w:r>
        <w:rPr>
          <w:highlight w:val="cyan"/>
          <w:u w:val="none"/>
          <w:shd w:val="clear" w:color="auto" w:fill="C00000"/>
          <w:color w:val="FFFFFF"/>
        </w:rPr>
        <w:t xml:space="preserve">stations me upon the heights</w:t>
      </w:r>
      <w:r>
        <w:rPr>
          <w:b w:val="false"/>
          <w:i w:val="false"/>
          <w:u w:val="none"/>
          <w:shd w:val="clear" w:color="auto" w:fill="C00000"/>
          <w:color w:val="FFFFFF"/>
        </w:rPr>
        <w:t xml:space="preserve"> [2LNL]</w:t>
      </w:r>
      <w:r>
        <w:rPr>
          <w:highlight w:val="cyan"/>
          <w:u w:val="none"/>
          <w:shd w:val="clear" w:color="auto" w:fill="C00000"/>
          <w:color w:val="FFFFFF"/>
        </w:rPr>
        <w:t xml:space="preserve">.</w:t>
      </w:r>
    </w:p>
    <w:p>
      <w:pPr>
        <w:pStyle w:val="Yellow"/>
        <w:rPr/>
      </w:pPr>
      <w:r>
        <w:rPr>
          <w:highlight w:val="cyan"/>
          <w:u w:val="none"/>
          <w:shd w:val="clear" w:color="auto" w:fill="C00000"/>
          <w:color w:val="FFFFFF"/>
        </w:rPr>
        <w:t xml:space="preserve">(Ps18:32 God) </w:t>
      </w:r>
      <w:r>
        <w:rPr>
          <w:b/>
          <w:highlight w:val="cyan"/>
          <w:u w:val="none"/>
          <w:shd w:val="clear" w:color="auto" w:fill="C00000"/>
          <w:color w:val="FFFFFF"/>
        </w:rPr>
        <w:t xml:space="preserve">Psalm 18:34</w:t>
      </w:r>
      <w:r>
        <w:rPr>
          <w:highlight w:val="cyan"/>
          <w:u w:val="none"/>
          <w:shd w:val="clear" w:color="auto" w:fill="C00000"/>
          <w:color w:val="FFFFFF"/>
        </w:rPr>
        <w:t xml:space="preserve"> — </w:t>
      </w:r>
      <w:r>
        <w:rPr>
          <w:u w:val="none"/>
          <w:shd w:val="clear" w:color="auto" w:fill="C00000"/>
          <w:color w:val="FFFFFF"/>
        </w:rPr>
        <w:t xml:space="preserve">{He} trains my hands for battle</w:t>
      </w:r>
      <w:r>
        <w:rPr>
          <w:b w:val="false"/>
          <w:i w:val="false"/>
          <w:u w:val="none"/>
          <w:shd w:val="clear" w:color="auto" w:fill="C00000"/>
          <w:color w:val="FFFFFF"/>
        </w:rPr>
        <w:t xml:space="preserve"> [3GFB]</w:t>
      </w:r>
      <w:r>
        <w:rPr>
          <w:highlight w:val="cyan"/>
          <w:u w:val="none"/>
          <w:shd w:val="clear" w:color="auto" w:fill="C00000"/>
          <w:color w:val="FFFFFF"/>
        </w:rPr>
        <w:t xml:space="preserve">; </w:t>
      </w:r>
      <w:r>
        <w:rPr>
          <w:highlight w:val="cyan"/>
          <w:u w:val="none"/>
          <w:shd w:val="clear" w:color="auto" w:fill="C00000"/>
          <w:color w:val="FFFFFF"/>
        </w:rPr>
        <w:t xml:space="preserve">my arms can bend a bow of bronze</w:t>
      </w:r>
      <w:r>
        <w:rPr>
          <w:b w:val="false"/>
          <w:i w:val="false"/>
          <w:u w:val="none"/>
          <w:shd w:val="clear" w:color="auto" w:fill="C00000"/>
          <w:color w:val="FFFFFF"/>
        </w:rPr>
        <w:t xml:space="preserve"> [2KGF]</w:t>
      </w:r>
      <w:r>
        <w:rPr>
          <w:highlight w:val="cyan"/>
          <w:u w:val="none"/>
          <w:shd w:val="clear" w:color="auto" w:fill="C00000"/>
          <w:color w:val="FFFFFF"/>
        </w:rPr>
        <w:t xml:space="preserve">.</w:t>
      </w:r>
    </w:p>
    <w:p>
      <w:pPr>
        <w:pStyle w:val="Yellow"/>
        <w:rPr/>
      </w:pPr>
      <w:r>
        <w:rPr>
          <w:b/>
        </w:rPr>
        <w:t>Psalm 33:16–17</w:t>
      </w:r>
      <w:r>
        <w:rPr/>
        <w:t xml:space="preserve"> — </w:t>
      </w:r>
      <w:r>
        <w:rPr>
          <w:shd w:val="clear" w:fill="B7DDE8"/>
        </w:rPr>
        <w:t>No king is saved by his vast army</w:t>
      </w:r>
      <w:r>
        <w:rPr>
          <w:b w:val="false"/>
          <w:i w:val="false"/>
          <w:color w:val="000000"/>
          <w:u w:val="none"/>
        </w:rPr>
        <w:t xml:space="preserve"> [1BUQ]</w:t>
      </w:r>
      <w:r>
        <w:rPr/>
        <w:t xml:space="preserve">; </w:t>
      </w:r>
      <w:r>
        <w:rPr>
          <w:shd w:val="clear" w:fill="B7DDE8"/>
        </w:rPr>
        <w:t>no warrior is delivered by his great strength</w:t>
      </w:r>
      <w:r>
        <w:rPr>
          <w:b w:val="false"/>
          <w:i w:val="false"/>
          <w:color w:val="000000"/>
          <w:u w:val="none"/>
        </w:rPr>
        <w:t xml:space="preserve"> [1BUR]</w:t>
      </w:r>
      <w:r>
        <w:rPr/>
        <w:t xml:space="preserve">. </w:t>
      </w:r>
      <w:r>
        <w:rPr>
          <w:shd w:val="clear" w:fill="B7DDE8"/>
        </w:rPr>
        <w:t>A horse is a vain hope for salvation</w:t>
      </w:r>
      <w:r>
        <w:rPr>
          <w:b w:val="false"/>
          <w:i w:val="false"/>
          <w:color w:val="000000"/>
          <w:u w:val="none"/>
        </w:rPr>
        <w:t xml:space="preserve"> [1BUS]</w:t>
      </w:r>
      <w:r>
        <w:rPr/>
        <w:t xml:space="preserve">; </w:t>
      </w:r>
      <w:r>
        <w:rPr>
          <w:shd w:val="clear" w:fill="B7DDE8"/>
        </w:rPr>
        <w:t>even its great strength cannot save</w:t>
      </w:r>
      <w:r>
        <w:rPr>
          <w:b w:val="false"/>
          <w:i w:val="false"/>
          <w:color w:val="000000"/>
          <w:u w:val="none"/>
        </w:rPr>
        <w:t xml:space="preserve"> [1BUT]</w:t>
      </w:r>
      <w:r>
        <w:rPr/>
        <w:t>.</w:t>
      </w:r>
    </w:p>
    <w:p>
      <w:pPr>
        <w:pStyle w:val="Yellow"/>
        <w:rPr/>
        <w:pBdr>
          <w:left w:val="single" w:sz="28" w:space="5" w:color="C00000"/>
        </w:pBdr>
      </w:pPr>
      <w:r>
        <w:rPr>
          <w:b/>
          <w:shd w:val="clear" w:color="auto" w:fill="548235"/>
          <w:color w:val="FFFFFF"/>
        </w:rPr>
        <w:t xml:space="preserve">Psalm 68:35</w:t>
      </w:r>
      <w:r>
        <w:rPr>
          <w:shd w:val="clear" w:color="auto" w:fill="548235"/>
          <w:color w:val="FFFFFF"/>
        </w:rPr>
        <w:t xml:space="preserve"> — </w:t>
      </w:r>
      <w:r>
        <w:rPr>
          <w:shd w:fill="548235" w:val="clear" w:color="auto"/>
          <w:color w:val="FFFFFF"/>
        </w:rPr>
        <w:t xml:space="preserve">the God of Israel Himself gives strength and power to His people</w:t>
      </w:r>
      <w:r>
        <w:rPr>
          <w:b w:val="false"/>
          <w:i w:val="false"/>
          <w:color w:val="FFFFFF"/>
          <w:u w:val="none"/>
          <w:shd w:val="clear" w:color="auto" w:fill="548235"/>
        </w:rPr>
        <w:t xml:space="preserve"> [1JYB]</w:t>
      </w:r>
      <w:r>
        <w:rPr>
          <w:shd w:val="clear" w:color="auto" w:fill="548235"/>
          <w:color w:val="FFFFFF"/>
        </w:rPr>
        <w:t xml:space="preserve">.</w:t>
      </w:r>
    </w:p>
    <w:p>
      <w:pPr>
        <w:pStyle w:val="Yellow"/>
        <w:rPr/>
        <w:pBdr>
          <w:left w:val="single" w:sz="28" w:space="5" w:color="C00000"/>
        </w:pBdr>
      </w:pPr>
      <w:r>
        <w:rPr>
          <w:b/>
        </w:rPr>
        <w:t xml:space="preserve">Psalm 73:26</w:t>
      </w:r>
      <w:r>
        <w:rPr/>
        <w:t xml:space="preserve"> — </w:t>
      </w:r>
      <w:r>
        <w:rPr>
          <w:shd w:fill="B7DDE8" w:val="clear"/>
        </w:rPr>
        <w:t xml:space="preserve">My flesh and my heart may fail</w:t>
      </w:r>
      <w:r>
        <w:rPr>
          <w:b w:val="false"/>
          <w:i w:val="false"/>
          <w:color w:val="000000"/>
          <w:u w:val="none"/>
        </w:rPr>
        <w:t xml:space="preserve"> [1IEQ]</w:t>
      </w:r>
      <w:r>
        <w:rPr/>
        <w:t xml:space="preserve">, but </w:t>
      </w:r>
      <w:r>
        <w:rPr>
          <w:shd w:fill="B7DDE8" w:val="clear"/>
        </w:rPr>
        <w:t xml:space="preserve">God is the strength of my heart</w:t>
      </w:r>
      <w:r>
        <w:rPr>
          <w:b w:val="false"/>
          <w:i w:val="false"/>
          <w:color w:val="000000"/>
          <w:u w:val="none"/>
        </w:rPr>
        <w:t xml:space="preserve"> [1IER]</w:t>
      </w:r>
      <w:r>
        <w:rPr/>
        <w:t xml:space="preserve"> and </w:t>
      </w:r>
      <w:r>
        <w:rPr>
          <w:shd w:fill="F4B183" w:val="clear" w:color="auto"/>
          <w:color w:val="000000"/>
        </w:rPr>
        <w:t xml:space="preserve">my portion forever</w:t>
      </w:r>
      <w:r>
        <w:rPr>
          <w:b w:val="false"/>
          <w:i w:val="false"/>
          <w:color w:val="000000"/>
          <w:u w:val="none"/>
          <w:shd w:val="clear" w:color="auto" w:fill="F4B183"/>
        </w:rPr>
        <w:t xml:space="preserve"> [1IES]</w:t>
      </w:r>
      <w:r>
        <w:rPr/>
        <w:t xml:space="preserve">.</w:t>
      </w:r>
    </w:p>
    <w:p>
      <w:pPr>
        <w:pStyle w:val="Yellow"/>
        <w:rPr/>
      </w:pPr>
      <w:r>
        <w:rPr/>
        <w:t xml:space="preserve">(Ps89:15 “who walk, O LORD, in the light of Your presence”) </w:t>
      </w:r>
      <w:r>
        <w:rPr>
          <w:b/>
        </w:rPr>
        <w:t>Psalm 89:17–18</w:t>
      </w:r>
      <w:r>
        <w:rPr/>
        <w:t xml:space="preserve"> — </w:t>
      </w:r>
      <w:r>
        <w:rPr>
          <w:shd w:val="clear" w:fill="B7DDE8"/>
        </w:rPr>
        <w:t>You are the glory of {their} strength</w:t>
      </w:r>
      <w:r>
        <w:rPr>
          <w:b w:val="false"/>
          <w:i w:val="false"/>
          <w:color w:val="000000"/>
          <w:u w:val="none"/>
        </w:rPr>
        <w:t xml:space="preserve"> [1DWM]</w:t>
      </w:r>
      <w:r>
        <w:rPr/>
        <w:t xml:space="preserve">, and </w:t>
      </w:r>
      <w:r>
        <w:rPr>
          <w:shd w:val="clear" w:fill="B7DDE8"/>
        </w:rPr>
        <w:t>by Your favor our horn is exalted</w:t>
      </w:r>
      <w:r>
        <w:rPr>
          <w:b w:val="false"/>
          <w:i w:val="false"/>
          <w:u w:val="none"/>
          <w:color w:val="000000"/>
        </w:rPr>
        <w:t xml:space="preserve"> [1DWN]</w:t>
      </w:r>
      <w:r>
        <w:rPr/>
        <w:t xml:space="preserve">. Surely </w:t>
      </w:r>
      <w:r>
        <w:rPr>
          <w:shd w:val="clear" w:fill="B7DDE8"/>
        </w:rPr>
        <w:t>our shield belongs to the LORD</w:t>
      </w:r>
      <w:r>
        <w:rPr>
          <w:b w:val="false"/>
          <w:i w:val="false"/>
          <w:u w:val="none"/>
          <w:color w:val="000000"/>
        </w:rPr>
        <w:t xml:space="preserve"> [1DWO]</w:t>
      </w:r>
      <w:r>
        <w:rPr/>
        <w:t xml:space="preserve">, and </w:t>
      </w:r>
      <w:r>
        <w:rPr>
          <w:shd w:val="clear" w:fill="B7DDE8"/>
        </w:rPr>
        <w:t>our king to the Holy One of Israel</w:t>
      </w:r>
      <w:r>
        <w:rPr>
          <w:b w:val="false"/>
          <w:i w:val="false"/>
          <w:color w:val="000000"/>
          <w:u w:val="none"/>
        </w:rPr>
        <w:t xml:space="preserve"> [1DWP]</w:t>
      </w:r>
      <w:r>
        <w:rPr/>
        <w:t>.</w:t>
      </w:r>
    </w:p>
    <w:p>
      <w:pPr>
        <w:pStyle w:val="Yellow"/>
        <w:rPr/>
      </w:pPr>
      <w:r>
        <w:rPr>
          <w:u w:val="none"/>
        </w:rPr>
        <w:t xml:space="preserve">(Ps103:1 “the LORD”) </w:t>
      </w:r>
      <w:r>
        <w:rPr>
          <w:b/>
          <w:u w:val="none"/>
        </w:rPr>
        <w:t>Psalm 103:3–5</w:t>
      </w:r>
      <w:r>
        <w:rPr>
          <w:u w:val="none"/>
        </w:rPr>
        <w:t xml:space="preserve"> — </w:t>
      </w:r>
      <w:r>
        <w:rPr>
          <w:u w:val="none"/>
          <w:shd w:fill="B7DDE8" w:val="clear"/>
        </w:rPr>
        <w:t>{He} who forgives all your iniquities</w:t>
      </w:r>
      <w:r>
        <w:rPr>
          <w:b w:val="false"/>
          <w:i w:val="false"/>
          <w:color w:val="000000"/>
          <w:u w:val="none"/>
        </w:rPr>
        <w:t xml:space="preserve"> [1BEG]</w:t>
      </w:r>
      <w:r>
        <w:rPr>
          <w:u w:val="none"/>
        </w:rPr>
        <w:t xml:space="preserve"> and </w:t>
      </w:r>
      <w:r>
        <w:rPr>
          <w:u w:val="none"/>
          <w:shd w:fill="B7DDE8" w:val="clear"/>
        </w:rPr>
        <w:t>heals all your diseases</w:t>
      </w:r>
      <w:r>
        <w:rPr>
          <w:b w:val="false"/>
          <w:i w:val="false"/>
          <w:color w:val="000000"/>
          <w:u w:val="none"/>
        </w:rPr>
        <w:t xml:space="preserve"> [1BEH]</w:t>
      </w:r>
      <w:r>
        <w:rPr>
          <w:u w:val="none"/>
        </w:rPr>
        <w:t xml:space="preserve">, </w:t>
      </w:r>
      <w:r>
        <w:rPr>
          <w:u w:val="none"/>
          <w:shd w:fill="B7DDE8" w:val="clear"/>
        </w:rPr>
        <w:t>who redeems your life from the Pit</w:t>
      </w:r>
      <w:r>
        <w:rPr>
          <w:b w:val="false"/>
          <w:i w:val="false"/>
          <w:color w:val="000000"/>
          <w:u w:val="none"/>
        </w:rPr>
        <w:t xml:space="preserve"> [1BEI]</w:t>
      </w:r>
      <w:r>
        <w:rPr>
          <w:u w:val="none"/>
        </w:rPr>
        <w:t xml:space="preserve"> and </w:t>
      </w:r>
      <w:r>
        <w:rPr>
          <w:u w:val="none"/>
          <w:shd w:fill="B7DDE8" w:val="clear"/>
        </w:rPr>
        <w:t>crowns you with loving devotion and compassion</w:t>
      </w:r>
      <w:r>
        <w:rPr>
          <w:b w:val="false"/>
          <w:i w:val="false"/>
          <w:color w:val="000000"/>
          <w:u w:val="none"/>
        </w:rPr>
        <w:t xml:space="preserve"> [1BEJ]</w:t>
      </w:r>
      <w:r>
        <w:rPr>
          <w:u w:val="none"/>
        </w:rPr>
        <w:t xml:space="preserve">, </w:t>
      </w:r>
      <w:r>
        <w:rPr>
          <w:u w:val="none"/>
          <w:shd w:fill="B7DDE8" w:val="clear"/>
        </w:rPr>
        <w:t>who satisfies you with good things</w:t>
      </w:r>
      <w:r>
        <w:rPr>
          <w:b w:val="false"/>
          <w:i w:val="false"/>
          <w:color w:val="000000"/>
          <w:u w:val="none"/>
        </w:rPr>
        <w:t xml:space="preserve"> [1BEK]</w:t>
      </w:r>
      <w:r>
        <w:rPr>
          <w:u w:val="none"/>
          <w:shd w:fill="B7DDE8" w:val="clear"/>
        </w:rPr>
        <w:t>, so that your youth is renewed like the eagle’s</w:t>
      </w:r>
      <w:r>
        <w:rPr>
          <w:b w:val="false"/>
          <w:i w:val="false"/>
          <w:color w:val="000000"/>
          <w:u w:val="none"/>
        </w:rPr>
        <w:t xml:space="preserve"> [1BEL]</w:t>
      </w:r>
      <w:r>
        <w:rPr>
          <w:u w:val="none"/>
        </w:rPr>
        <w:t>.</w:t>
      </w:r>
    </w:p>
    <w:p>
      <w:pPr>
        <w:pStyle w:val="Yellow"/>
        <w:rPr/>
      </w:pPr>
      <w:r>
        <w:rPr/>
        <w:t xml:space="preserve">(Ps147:7 “our God”) </w:t>
      </w:r>
      <w:r>
        <w:rPr>
          <w:b/>
        </w:rPr>
        <w:t>Psalm 147:10-11</w:t>
      </w:r>
      <w:r>
        <w:rPr/>
        <w:t xml:space="preserve"> — </w:t>
      </w:r>
      <w:r>
        <w:rPr>
          <w:color w:val="000000"/>
        </w:rPr>
        <w:t>{He} does not delight in the strength of the horse</w:t>
      </w:r>
      <w:r>
        <w:rPr>
          <w:b w:val="false"/>
          <w:i w:val="false"/>
          <w:color w:val="000000"/>
          <w:u w:val="none"/>
        </w:rPr>
        <w:t xml:space="preserve"> [1CUD]</w:t>
      </w:r>
      <w:r>
        <w:rPr/>
        <w:t xml:space="preserve">; </w:t>
      </w:r>
      <w:r>
        <w:rPr>
          <w:color w:val="000000"/>
        </w:rPr>
        <w:t>He takes no pleasure in the legs of a man</w:t>
      </w:r>
      <w:r>
        <w:rPr>
          <w:b w:val="false"/>
          <w:i w:val="false"/>
          <w:color w:val="000000"/>
          <w:u w:val="none"/>
        </w:rPr>
        <w:t xml:space="preserve"> [1CUD]</w:t>
      </w:r>
      <w:r>
        <w:rPr>
          <w:color w:val="auto"/>
        </w:rPr>
        <w:t xml:space="preserve">. </w:t>
      </w:r>
      <w:r>
        <w:rPr>
          <w:color w:val="auto"/>
        </w:rPr>
        <w:t>The LORD is pleased with those who fear Him, who hope in His loving devotion</w:t>
      </w:r>
      <w:r>
        <w:rPr>
          <w:b w:val="false"/>
          <w:i w:val="false"/>
          <w:color w:val="auto"/>
          <w:u w:val="none"/>
        </w:rPr>
        <w:t xml:space="preserve"> [1CUE]</w:t>
      </w:r>
      <w:r>
        <w:rPr>
          <w:color w:val="auto"/>
        </w:rPr>
        <w:t>.</w:t>
      </w:r>
    </w:p>
    <w:p>
      <w:pPr>
        <w:pStyle w:val="Yellow"/>
        <w:rPr/>
      </w:pPr>
      <w:r>
        <w:rPr>
          <w:b/>
        </w:rPr>
        <w:t>Proverbs 21:31</w:t>
      </w:r>
      <w:r>
        <w:rPr/>
        <w:t xml:space="preserve"> — </w:t>
      </w:r>
      <w:r>
        <w:rPr>
          <w:shd w:val="clear" w:fill="B7DDE8"/>
        </w:rPr>
        <w:t>A horse is prepared for the day of battle</w:t>
      </w:r>
      <w:r>
        <w:rPr>
          <w:b w:val="false"/>
          <w:i w:val="false"/>
          <w:color w:val="000000"/>
          <w:u w:val="none"/>
        </w:rPr>
        <w:t xml:space="preserve"> [1DUG]</w:t>
      </w:r>
      <w:r>
        <w:rPr/>
        <w:t xml:space="preserve">, but </w:t>
      </w:r>
      <w:r>
        <w:rPr>
          <w:shd w:val="clear" w:fill="B7DDE8"/>
        </w:rPr>
        <w:t>victory is of the LORD</w:t>
      </w:r>
      <w:r>
        <w:rPr>
          <w:b w:val="false"/>
          <w:i w:val="false"/>
          <w:color w:val="000000"/>
          <w:u w:val="none"/>
        </w:rPr>
        <w:t xml:space="preserve"> [1DUH]</w:t>
      </w:r>
      <w:r>
        <w:rPr/>
        <w:t>.</w:t>
      </w:r>
    </w:p>
    <w:p>
      <w:pPr>
        <w:pStyle w:val="Yellow"/>
        <w:rPr/>
      </w:pPr>
      <w:r>
        <w:rPr>
          <w:b/>
        </w:rPr>
        <w:t xml:space="preserve">Proverbs 25:19</w:t>
      </w:r>
      <w:r>
        <w:rPr/>
        <w:t xml:space="preserve"> — </w:t>
      </w:r>
      <w:r>
        <w:rPr>
          <w:shd w:fill="B7DDE8" w:val="clear"/>
        </w:rPr>
        <w:t xml:space="preserve">Like a broken tooth or a foot out of joint is confidence in a faithless man in time of trouble</w:t>
      </w:r>
      <w:r>
        <w:rPr>
          <w:b w:val="false"/>
          <w:i w:val="false"/>
          <w:color w:val="000000"/>
          <w:u w:val="none"/>
        </w:rPr>
        <w:t xml:space="preserve"> [1IJI]</w:t>
      </w:r>
      <w:r>
        <w:rPr/>
        <w:t xml:space="preserve">.</w:t>
      </w:r>
    </w:p>
    <w:p>
      <w:pPr>
        <w:pStyle w:val="Yellow"/>
        <w:rPr/>
      </w:pPr>
      <w:r>
        <w:rPr>
          <w:color w:val="auto"/>
        </w:rPr>
        <w:t xml:space="preserve">(Is40:28 “The LORD”) </w:t>
      </w:r>
      <w:r>
        <w:rPr>
          <w:b/>
          <w:color w:val="auto"/>
        </w:rPr>
        <w:t>Isaiah 40:29</w:t>
      </w:r>
      <w:r>
        <w:rPr>
          <w:color w:val="auto"/>
        </w:rPr>
        <w:t xml:space="preserve"> — </w:t>
      </w:r>
      <w:r>
        <w:rPr>
          <w:color w:val="auto"/>
        </w:rPr>
        <w:t>{He} gives power to the faint</w:t>
      </w:r>
      <w:r>
        <w:rPr>
          <w:b w:val="false"/>
          <w:i w:val="false"/>
          <w:color w:val="auto"/>
          <w:u w:val="none"/>
        </w:rPr>
        <w:t xml:space="preserve"> [1LXC]</w:t>
      </w:r>
      <w:r>
        <w:rPr>
          <w:color w:val="auto"/>
        </w:rPr>
        <w:t xml:space="preserve"> and </w:t>
      </w:r>
      <w:r>
        <w:rPr>
          <w:color w:val="auto"/>
        </w:rPr>
        <w:t>increases the strength of the weak</w:t>
      </w:r>
      <w:r>
        <w:rPr>
          <w:b w:val="false"/>
          <w:i w:val="false"/>
          <w:color w:val="auto"/>
          <w:u w:val="none"/>
        </w:rPr>
        <w:t xml:space="preserve"> [1LXC]</w:t>
      </w:r>
      <w:r>
        <w:rPr>
          <w:color w:val="auto"/>
        </w:rPr>
        <w:t>.</w:t>
      </w:r>
    </w:p>
    <w:p>
      <w:pPr>
        <w:pStyle w:val="Green"/>
        <w:numPr>
          <w:ilvl w:val="0"/>
          <w:numId w:val="8"/>
        </w:numPr>
        <w:rPr/>
      </w:pPr>
      <w:r>
        <w:rPr/>
        <w:t xml:space="preserve">(Is45:23 “every tongue”) </w:t>
      </w:r>
      <w:r>
        <w:rPr>
          <w:b/>
        </w:rPr>
        <w:t>Isaiah 45:24</w:t>
      </w:r>
      <w:r>
        <w:rPr/>
        <w:t xml:space="preserve"> — Surely {they} will say of Me, ‘</w:t>
      </w:r>
      <w:r>
        <w:rPr>
          <w:color w:val="000000"/>
        </w:rPr>
        <w:t>In the LORD alone are righteousness and strength</w:t>
      </w:r>
      <w:r>
        <w:rPr>
          <w:b w:val="false"/>
          <w:i w:val="false"/>
          <w:color w:val="000000"/>
          <w:u w:val="none"/>
        </w:rPr>
        <w:t xml:space="preserve"> [1FN]</w:t>
      </w:r>
      <w:r>
        <w:rPr>
          <w:color w:val="auto"/>
        </w:rPr>
        <w:t xml:space="preserve">.’” </w:t>
      </w:r>
      <w:r>
        <w:rPr>
          <w:color w:val="auto"/>
        </w:rPr>
        <w:t>All who rage against Him will come to Him and be put to shame</w:t>
      </w:r>
      <w:r>
        <w:rPr>
          <w:b w:val="false"/>
          <w:i w:val="false"/>
          <w:color w:val="auto"/>
          <w:u w:val="none"/>
        </w:rPr>
        <w:t xml:space="preserve"> [1FO]</w:t>
      </w:r>
      <w:r>
        <w:rPr>
          <w:color w:val="auto"/>
        </w:rPr>
        <w:t>.</w:t>
      </w:r>
    </w:p>
    <w:p>
      <w:pPr>
        <w:pStyle w:val="Yellow"/>
        <w:rPr/>
        <w:pBdr>
          <w:left w:val="single" w:sz="28" w:space="5" w:color="C00000"/>
        </w:pBdr>
      </w:pPr>
      <w:r>
        <w:rPr/>
        <w:t xml:space="preserve">(Is49:3 God said, “You are My Servant”) </w:t>
      </w:r>
      <w:r>
        <w:rPr>
          <w:b/>
        </w:rPr>
        <w:t>Isaiah 49:4</w:t>
      </w:r>
      <w:r>
        <w:rPr/>
        <w:t xml:space="preserve"> — {But} I said, “</w:t>
      </w:r>
      <w:r>
        <w:rPr>
          <w:shd w:val="clear" w:fill="B7DDE8"/>
        </w:rPr>
        <w:t>I have labored in vain, I have spent My strength in futility and vanity</w:t>
      </w:r>
      <w:r>
        <w:rPr>
          <w:b w:val="false"/>
          <w:i w:val="false"/>
          <w:color w:val="000000"/>
          <w:u w:val="none"/>
        </w:rPr>
        <w:t xml:space="preserve"> [1FKC]</w:t>
      </w:r>
      <w:r>
        <w:rPr/>
        <w:t xml:space="preserve">; yet </w:t>
      </w:r>
      <w:r>
        <w:rPr>
          <w:shd w:val="clear" w:fill="B7DDE8"/>
        </w:rPr>
        <w:t>My vindication is with the LORD</w:t>
      </w:r>
      <w:r>
        <w:rPr>
          <w:b w:val="false"/>
          <w:i w:val="false"/>
          <w:u w:val="none"/>
          <w:color w:val="000000"/>
        </w:rPr>
        <w:t xml:space="preserve"> [2IL]</w:t>
      </w:r>
      <w:r>
        <w:rPr/>
        <w:t xml:space="preserve">, and </w:t>
      </w:r>
      <w:r>
        <w:rPr>
          <w:shd w:val="clear" w:fill="B7DDE8"/>
        </w:rPr>
        <w:t>My reward is with My God</w:t>
      </w:r>
      <w:r>
        <w:rPr>
          <w:b w:val="false"/>
          <w:i w:val="false"/>
          <w:color w:val="000000"/>
          <w:u w:val="none"/>
        </w:rPr>
        <w:t xml:space="preserve"> [1FKD]</w:t>
      </w:r>
      <w:r>
        <w:rPr/>
        <w:t>.”</w:t>
      </w:r>
    </w:p>
    <w:p>
      <w:pPr>
        <w:pStyle w:val="Yellow"/>
        <w:rPr/>
      </w:pPr>
      <w:r>
        <w:rPr/>
        <w:t xml:space="preserve">(Eze2:3ᶜ “I am sending you to the Israelites, to a rebellious nation”¹) </w:t>
      </w:r>
      <w:r>
        <w:rPr>
          <w:b/>
        </w:rPr>
        <w:t>Ezekiel 3:8–9</w:t>
      </w:r>
      <w:r>
        <w:rPr/>
        <w:t xml:space="preserve"> — {Behold}, </w:t>
      </w:r>
      <w:r>
        <w:rPr>
          <w:shd w:val="clear" w:fill="B7DDE8"/>
        </w:rPr>
        <w:t>I will make your face as hard as their faces</w:t>
      </w:r>
      <w:r>
        <w:rPr>
          <w:b w:val="false"/>
          <w:i w:val="false"/>
          <w:color w:val="000000"/>
          <w:u w:val="none"/>
        </w:rPr>
        <w:t xml:space="preserve"> [1CWR]</w:t>
      </w:r>
      <w:r>
        <w:rPr/>
        <w:t xml:space="preserve">, and </w:t>
      </w:r>
      <w:r>
        <w:rPr>
          <w:shd w:val="clear" w:fill="B7DDE8"/>
        </w:rPr>
        <w:t>your forehead as hard as their foreheads</w:t>
      </w:r>
      <w:r>
        <w:rPr>
          <w:b w:val="false"/>
          <w:i w:val="false"/>
          <w:color w:val="000000"/>
          <w:u w:val="none"/>
        </w:rPr>
        <w:t xml:space="preserve"> [1CWS]</w:t>
      </w:r>
      <w:r>
        <w:rPr/>
        <w:t xml:space="preserve">. </w:t>
      </w:r>
      <w:r>
        <w:rPr>
          <w:shd w:val="clear" w:fill="B7DDE8"/>
        </w:rPr>
        <w:t>I will make your forehead like a diamond, harder than flint</w:t>
      </w:r>
      <w:r>
        <w:rPr>
          <w:b w:val="false"/>
          <w:i w:val="false"/>
          <w:color w:val="000000"/>
          <w:u w:val="none"/>
        </w:rPr>
        <w:t xml:space="preserve"> [1CWS]</w:t>
      </w:r>
      <w:r>
        <w:rPr/>
        <w:t xml:space="preserve">. </w:t>
      </w:r>
      <w:r>
        <w:rPr>
          <w:shd w:val="clear" w:fill="F4B183" w:color="auto"/>
          <w:color w:val="000000"/>
        </w:rPr>
        <w:t>Do not be afraid of them or dismayed at their presence</w:t>
      </w:r>
      <w:r>
        <w:rPr>
          <w:b w:val="false"/>
          <w:i w:val="false"/>
          <w:color w:val="000000"/>
          <w:u w:val="none"/>
          <w:shd w:val="clear" w:color="auto" w:fill="F4B183"/>
        </w:rPr>
        <w:t xml:space="preserve"> [1CWT]</w:t>
      </w:r>
      <w:r>
        <w:rPr/>
        <w:t xml:space="preserve">, even though </w:t>
      </w:r>
      <w:r>
        <w:rPr>
          <w:shd w:val="clear" w:fill="F4B183" w:color="auto"/>
          <w:color w:val="000000"/>
        </w:rPr>
        <w:t>they are a rebellious house</w:t>
      </w:r>
      <w:r>
        <w:rPr>
          <w:b w:val="false"/>
          <w:i w:val="false"/>
          <w:color w:val="000000"/>
          <w:u w:val="none"/>
          <w:shd w:val="clear" w:color="auto" w:fill="F4B183"/>
        </w:rPr>
        <w:t xml:space="preserve"> [1CWU]</w:t>
      </w:r>
      <w:r>
        <w:rPr/>
        <w:t>.”</w:t>
      </w:r>
    </w:p>
    <w:p>
      <w:pPr>
        <w:pStyle w:val="Yellow"/>
        <w:rPr/>
      </w:pPr>
      <w:r>
        <w:rPr>
          <w:b/>
        </w:rPr>
        <w:t>Ezekiel 3:14</w:t>
      </w:r>
      <w:r>
        <w:t xml:space="preserve"> — </w:t>
      </w:r>
      <w:r>
        <w:rPr>
          <w:shd w:fill="B7DDE8" w:val="clear"/>
        </w:rPr>
        <w:t>I went in bitterness and in the anger of my spirit</w:t>
      </w:r>
      <w:r>
        <w:rPr>
          <w:b w:val="false"/>
          <w:i w:val="false"/>
          <w:color w:val="000000"/>
          <w:u w:val="none"/>
        </w:rPr>
        <w:t xml:space="preserve"> [1BMX]</w:t>
      </w:r>
      <w:r>
        <w:rPr>
          <w:shd w:val="clear" w:color="auto" w:fill="548235"/>
          <w:color w:val="FFFFFF"/>
        </w:rPr>
        <w:t xml:space="preserve">, </w:t>
      </w:r>
      <w:r>
        <w:rPr>
          <w:shd w:fill="548235" w:val="clear" w:color="auto"/>
          <w:color w:val="FFFFFF"/>
        </w:rPr>
        <w:t>with the strong hand of the LORD upon me</w:t>
      </w:r>
      <w:r>
        <w:rPr>
          <w:b w:val="false"/>
          <w:i w:val="false"/>
          <w:color w:val="FFFFFF"/>
          <w:u w:val="none"/>
          <w:shd w:val="clear" w:color="auto" w:fill="548235"/>
        </w:rPr>
        <w:t xml:space="preserve"> [1BMY]</w:t>
      </w:r>
      <w:r>
        <w:rPr>
          <w:shd w:val="clear" w:color="auto" w:fill="548235"/>
          <w:color w:val="FFFFFF"/>
        </w:rPr>
        <w:t>.</w:t>
      </w:r>
    </w:p>
    <w:p>
      <w:pPr>
        <w:pStyle w:val="Yellow"/>
        <w:rPr/>
        <w:pBdr>
          <w:left w:val="single" w:sz="28" w:space="5" w:color="C00000"/>
        </w:pBdr>
      </w:pPr>
      <w:r>
        <w:rPr>
          <w:b/>
          <w:u w:val="none"/>
        </w:rPr>
        <w:t xml:space="preserve">Habakkuk 3:19</w:t>
      </w:r>
      <w:r>
        <w:rPr>
          <w:u w:val="none"/>
        </w:rPr>
        <w:t xml:space="preserve"> — </w:t>
      </w:r>
      <w:r>
        <w:rPr>
          <w:u w:val="none"/>
          <w:color w:val="000000"/>
          <w:shd w:val="clear" w:color="auto" w:fill="D9C3E6"/>
        </w:rPr>
        <w:t xml:space="preserve">GOD the Lord is my strength</w:t>
      </w:r>
      <w:r>
        <w:rPr>
          <w:b w:val="false"/>
          <w:i w:val="false"/>
          <w:color w:val="000000"/>
          <w:u w:val="none"/>
          <w:shd w:val="clear" w:color="auto" w:fill="F4B183"/>
        </w:rPr>
        <w:t xml:space="preserve"> [7LI]</w:t>
      </w:r>
      <w:r>
        <w:rPr>
          <w:u w:val="none"/>
          <w:shd w:val="clear" w:color="auto" w:fill="D9C3E6"/>
        </w:rPr>
        <w:t xml:space="preserve">; </w:t>
      </w:r>
      <w:r>
        <w:rPr>
          <w:u w:val="none"/>
          <w:shd w:fill="B7DDE8" w:val="clear"/>
        </w:rPr>
        <w:t xml:space="preserve">He makes my feet like those of a deer</w:t>
      </w:r>
      <w:r>
        <w:rPr>
          <w:b w:val="false"/>
          <w:i w:val="false"/>
          <w:color w:val="000000"/>
          <w:u w:val="none"/>
        </w:rPr>
        <w:t xml:space="preserve"> [3LNJ]</w:t>
      </w:r>
      <w:r>
        <w:rPr>
          <w:u w:val="none"/>
        </w:rPr>
        <w:t xml:space="preserve">; </w:t>
      </w:r>
      <w:r>
        <w:rPr>
          <w:u w:val="none"/>
          <w:shd w:fill="B7DDE8" w:val="clear"/>
        </w:rPr>
        <w:t xml:space="preserve">He makes me walk upon the heights</w:t>
      </w:r>
      <w:r>
        <w:rPr>
          <w:b w:val="false"/>
          <w:i w:val="false"/>
          <w:color w:val="000000"/>
          <w:u w:val="none"/>
        </w:rPr>
        <w:t xml:space="preserve"> [1LNK]</w:t>
      </w:r>
      <w:r>
        <w:rPr>
          <w:u w:val="none"/>
        </w:rPr>
        <w:t xml:space="preserve">!</w:t>
      </w:r>
    </w:p>
    <w:p>
      <w:pPr>
        <w:pStyle w:val="Yellow"/>
        <w:rPr/>
        <w:pBdr>
          <w:left w:val="single" w:sz="28" w:space="5" w:color="C00000"/>
        </w:pBdr>
      </w:pPr>
      <w:r>
        <w:rPr/>
        <w:t xml:space="preserve">(Zec10:6ᶜ Because the LORD has “compassion” on Joseph’s house and is “their God” / 8ᶜ Because the LORD “redeemed” Ephraim / 7 “Ephraim”¹) </w:t>
      </w:r>
      <w:r>
        <w:rPr>
          <w:b/>
        </w:rPr>
        <w:t>Zechariah 10:12</w:t>
      </w:r>
      <w:r>
        <w:rPr/>
        <w:t xml:space="preserve"> — </w:t>
      </w:r>
      <w:r>
        <w:rPr>
          <w:shd w:fill="B7DDE8" w:val="clear"/>
        </w:rPr>
        <w:t>I will strengthen {them} in the LORD</w:t>
      </w:r>
      <w:r>
        <w:rPr>
          <w:b w:val="false"/>
          <w:i w:val="false"/>
          <w:color w:val="000000"/>
          <w:u w:val="none"/>
        </w:rPr>
        <w:t xml:space="preserve"> [1LXL]</w:t>
      </w:r>
      <w:r>
        <w:rPr/>
        <w:t xml:space="preserve">, and </w:t>
      </w:r>
      <w:r>
        <w:rPr>
          <w:shd w:fill="F4B183" w:val="clear" w:color="auto"/>
          <w:color w:val="000000"/>
        </w:rPr>
        <w:t>in His name they will walk</w:t>
      </w:r>
      <w:r>
        <w:rPr>
          <w:b w:val="false"/>
          <w:i w:val="false"/>
          <w:color w:val="000000"/>
          <w:u w:val="none"/>
          <w:shd w:val="clear" w:color="auto" w:fill="F4B183"/>
        </w:rPr>
        <w:t xml:space="preserve"> [1LXM]</w:t>
      </w:r>
      <w:r>
        <w:rPr/>
        <w:t>,” declares the LORD.</w:t>
      </w:r>
    </w:p>
    <w:p>
      <w:pPr>
        <w:pStyle w:val="Yellow"/>
        <w:rPr/>
      </w:pPr>
      <w:r>
        <w:rPr/>
        <w:t xml:space="preserve">(Zec12:3ᶜ When “all the nations of the earth gather” against Jerusalem) </w:t>
      </w:r>
      <w:r>
        <w:rPr>
          <w:b/>
        </w:rPr>
        <w:t>Zechariah 12:8</w:t>
      </w:r>
      <w:r>
        <w:rPr/>
        <w:t xml:space="preserve"> — On that day </w:t>
      </w:r>
      <w:r>
        <w:rPr>
          <w:shd w:val="clear" w:fill="B7DDE8"/>
        </w:rPr>
        <w:t>the LORD will defend the people of Jerusalem</w:t>
      </w:r>
      <w:r>
        <w:rPr>
          <w:b w:val="false"/>
          <w:i w:val="false"/>
          <w:color w:val="000000"/>
          <w:u w:val="none"/>
        </w:rPr>
        <w:t xml:space="preserve"> [1DTZ]</w:t>
      </w:r>
      <w:r>
        <w:rPr/>
        <w:t xml:space="preserve">, so that </w:t>
      </w:r>
      <w:r>
        <w:rPr>
          <w:shd w:val="clear" w:fill="B7DDE8"/>
        </w:rPr>
        <w:t>the weakest among them will be like David</w:t>
      </w:r>
      <w:r>
        <w:rPr>
          <w:b w:val="false"/>
          <w:i w:val="false"/>
          <w:color w:val="000000"/>
          <w:u w:val="none"/>
        </w:rPr>
        <w:t xml:space="preserve"> [1DUA]</w:t>
      </w:r>
      <w:r>
        <w:rPr/>
        <w:t xml:space="preserve">, and </w:t>
      </w:r>
      <w:r>
        <w:rPr>
          <w:shd w:val="clear" w:fill="B7DDE8"/>
        </w:rPr>
        <w:t>the house of David will be like God</w:t>
      </w:r>
      <w:r>
        <w:rPr>
          <w:b w:val="false"/>
          <w:i w:val="false"/>
          <w:color w:val="000000"/>
          <w:u w:val="none"/>
        </w:rPr>
        <w:t xml:space="preserve"> [1DUB]</w:t>
      </w:r>
      <w:r>
        <w:rPr/>
        <w:t xml:space="preserve">, </w:t>
      </w:r>
      <w:r>
        <w:rPr>
          <w:shd w:val="clear" w:fill="B7DDE8"/>
        </w:rPr>
        <w:t>like the angel of the LORD going before them</w:t>
      </w:r>
      <w:r>
        <w:rPr>
          <w:b w:val="false"/>
          <w:i w:val="false"/>
          <w:color w:val="000000"/>
          <w:u w:val="none"/>
        </w:rPr>
        <w:t xml:space="preserve"> [1DUC]</w:t>
      </w:r>
      <w:r>
        <w:rPr/>
        <w:t>.</w:t>
      </w:r>
    </w:p>
    <w:p>
      <w:pPr>
        <w:pStyle w:val="Yellow"/>
        <w:rPr/>
      </w:pPr>
      <w:r>
        <w:rPr>
          <w:u w:val="none"/>
        </w:rPr>
        <w:t xml:space="preserve">(Ep3:14 “the Father”) </w:t>
      </w:r>
      <w:r>
        <w:rPr>
          <w:b/>
          <w:u w:val="none"/>
        </w:rPr>
        <w:t>Ephesians 3:16-17</w:t>
      </w:r>
      <w:r>
        <w:rPr>
          <w:u w:val="none"/>
        </w:rPr>
        <w:t xml:space="preserve"> — I ask that </w:t>
      </w:r>
      <w:r>
        <w:rPr>
          <w:u w:val="none"/>
          <w:shd w:val="clear" w:fill="B7DDE8"/>
        </w:rPr>
        <w:t>out of the riches of {His} glory He may strengthen you with power through His Spirit in your inner being</w:t>
      </w:r>
      <w:r>
        <w:rPr>
          <w:b w:val="false"/>
          <w:i w:val="false"/>
          <w:color w:val="000000"/>
          <w:u w:val="none"/>
        </w:rPr>
        <w:t xml:space="preserve"> [1CYU]</w:t>
      </w:r>
      <w:r>
        <w:rPr>
          <w:u w:val="none"/>
        </w:rPr>
        <w:t xml:space="preserve">, </w:t>
      </w:r>
      <w:r>
        <w:rPr>
          <w:u w:val="none"/>
          <w:shd w:val="clear" w:fill="B7DDE8"/>
        </w:rPr>
        <w:t>so that Christ may dwell in your hearts through faith</w:t>
      </w:r>
      <w:r>
        <w:rPr>
          <w:b w:val="false"/>
          <w:i w:val="false"/>
          <w:u w:val="none"/>
          <w:color w:val="000000"/>
        </w:rPr>
        <w:t xml:space="preserve"> [1CYV]</w:t>
      </w:r>
      <w:r>
        <w:rPr>
          <w:u w:val="none"/>
        </w:rPr>
        <w:t>.</w:t>
      </w:r>
    </w:p>
    <w:p>
      <w:pPr>
        <w:pStyle w:val="Yellow"/>
        <w:rPr/>
      </w:pPr>
      <w:r>
        <w:rPr>
          <w:b/>
          <w:shd w:val="clear" w:color="auto" w:fill="548235"/>
          <w:color w:val="FFFFFF"/>
        </w:rPr>
        <w:t>Ephesians 6:10</w:t>
      </w:r>
      <w:r>
        <w:rPr>
          <w:shd w:val="clear" w:color="auto" w:fill="548235"/>
          <w:color w:val="FFFFFF"/>
        </w:rPr>
        <w:t xml:space="preserve"> — Finally, </w:t>
      </w:r>
      <w:r>
        <w:rPr>
          <w:shd w:fill="548235" w:val="clear" w:color="auto"/>
          <w:color w:val="FFFFFF"/>
        </w:rPr>
        <w:t>be strong in the Lord and in His mighty power</w:t>
      </w:r>
      <w:r>
        <w:rPr>
          <w:b w:val="false"/>
          <w:i w:val="false"/>
          <w:color w:val="FFFFFF"/>
          <w:u w:val="none"/>
          <w:shd w:val="clear" w:color="auto" w:fill="548235"/>
        </w:rPr>
        <w:t xml:space="preserve"> [1LXD]</w:t>
      </w:r>
      <w:r>
        <w:rPr>
          <w:shd w:val="clear" w:color="auto" w:fill="548235"/>
          <w:color w:val="FFFFFF"/>
        </w:rPr>
        <w:t>.</w:t>
      </w:r>
    </w:p>
    <w:p>
      <w:pPr>
        <w:pStyle w:val="Yellow"/>
        <w:rPr/>
      </w:pPr>
      <w:r>
        <w:rPr>
          <w:b/>
        </w:rPr>
        <w:t xml:space="preserve">Philippians 4:13</w:t>
      </w:r>
      <w:r>
        <w:rPr/>
        <w:t xml:space="preserve"> — </w:t>
      </w:r>
      <w:r>
        <w:rPr>
          <w:shd w:fill="B7DDE8" w:val="clear"/>
        </w:rPr>
        <w:t xml:space="preserve">I can do all things through Christ</w:t>
      </w:r>
      <w:r>
        <w:rPr>
          <w:b w:val="false"/>
          <w:i w:val="false"/>
          <w:color w:val="000000"/>
          <w:u w:val="none"/>
        </w:rPr>
        <w:t xml:space="preserve"> [1LNX]</w:t>
      </w:r>
      <w:r>
        <w:rPr/>
        <w:t xml:space="preserve"> </w:t>
      </w:r>
      <w:r>
        <w:rPr>
          <w:shd w:fill="B7DDE8" w:val="clear"/>
        </w:rPr>
        <w:t xml:space="preserve">who gives me strength</w:t>
      </w:r>
      <w:r>
        <w:rPr>
          <w:b w:val="false"/>
          <w:i w:val="false"/>
          <w:color w:val="000000"/>
          <w:u w:val="none"/>
        </w:rPr>
        <w:t xml:space="preserve"> [1LNY]</w:t>
      </w:r>
      <w:r>
        <w:rPr/>
        <w:t xml:space="preserve">.</w:t>
      </w:r>
    </w:p>
    <w:p>
      <w:pPr>
        <w:pStyle w:val="Yellow"/>
        <w:rPr/>
      </w:pPr>
      <w:r>
        <w:rPr/>
        <w:t xml:space="preserve">(Cl1:28 “present everyone perfect in Christ”¹ ²) </w:t>
      </w:r>
      <w:r>
        <w:rPr>
          <w:b/>
        </w:rPr>
        <w:t xml:space="preserve">Colossians 1:29</w:t>
      </w:r>
      <w:r>
        <w:rPr/>
        <w:t xml:space="preserve"> — </w:t>
      </w:r>
      <w:r>
        <w:rPr>
          <w:shd w:fill="B7DDE8" w:val="clear"/>
        </w:rPr>
        <w:t xml:space="preserve">To {this end} I also labor, striving</w:t>
      </w:r>
      <w:r>
        <w:rPr>
          <w:b w:val="false"/>
          <w:i w:val="false"/>
          <w:color w:val="000000"/>
          <w:u w:val="none"/>
        </w:rPr>
        <w:t xml:space="preserve"> [1HAD]</w:t>
      </w:r>
      <w:r>
        <w:rPr/>
        <w:t xml:space="preserve"> with </w:t>
      </w:r>
      <w:r>
        <w:rPr>
          <w:shd w:fill="B7DDE8" w:val="clear"/>
        </w:rPr>
        <w:t xml:space="preserve">all {His} energy working powerfully within me</w:t>
      </w:r>
      <w:r>
        <w:rPr>
          <w:b w:val="false"/>
          <w:i w:val="false"/>
          <w:color w:val="000000"/>
          <w:u w:val="none"/>
        </w:rPr>
        <w:t xml:space="preserve"> [1HAE]</w:t>
      </w:r>
      <w:r>
        <w:rPr/>
        <w:t xml:space="preserve">.</w:t>
      </w:r>
    </w:p>
    <w:p>
      <w:pPr>
        <w:pStyle w:val="Yellow"/>
        <w:rPr/>
      </w:pPr>
      <w:r>
        <w:rPr>
          <w:b/>
        </w:rPr>
        <w:t xml:space="preserve">1 Peter 4:11</w:t>
      </w:r>
      <w:r>
        <w:rPr/>
        <w:t xml:space="preserve"> — </w:t>
      </w:r>
      <w:r>
        <w:rPr>
          <w:shd w:fill="B7DDE8" w:val="clear"/>
        </w:rPr>
        <w:t xml:space="preserve">If anyone serves, he should serve with the strength God provides</w:t>
      </w:r>
      <w:r>
        <w:rPr>
          <w:b w:val="false"/>
          <w:i w:val="false"/>
          <w:color w:val="000000"/>
          <w:u w:val="none"/>
        </w:rPr>
        <w:t xml:space="preserve"> [1GAQ]</w:t>
      </w:r>
      <w:r>
        <w:rPr/>
        <w:t xml:space="preserve">, so that </w:t>
      </w:r>
      <w:r>
        <w:rPr>
          <w:shd w:fill="B7DDE8" w:val="clear"/>
        </w:rPr>
        <w:t xml:space="preserve">in all things God may be glorified through Jesus Christ</w:t>
      </w:r>
      <w:r>
        <w:rPr>
          <w:b w:val="false"/>
          <w:i w:val="false"/>
          <w:color w:val="000000"/>
          <w:u w:val="none"/>
        </w:rPr>
        <w:t xml:space="preserve"> [1GAR]</w:t>
      </w:r>
      <w:r>
        <w:rPr/>
        <w:t xml:space="preserve">, </w:t>
      </w:r>
      <w:r>
        <w:rPr>
          <w:shd w:fill="B7DDE8" w:val="clear"/>
        </w:rPr>
        <w:t xml:space="preserve">to whom be the glory and the power forever and ever</w:t>
      </w:r>
      <w:r>
        <w:rPr>
          <w:b w:val="false"/>
          <w:i w:val="false"/>
          <w:color w:val="000000"/>
          <w:u w:val="none"/>
        </w:rPr>
        <w:t xml:space="preserve"> [1GAS]</w:t>
      </w:r>
      <w:r>
        <w:rPr/>
        <w:t xml:space="preserve">. Amen.</w:t>
      </w:r>
    </w:p>
    <w:p>
      <w:r>
        <w:rPr>
          <w:b/>
          <w:sz w:val="32"/>
        </w:rPr>
        <w:t>Holy Spirit  (49)</w:t>
      </w:r>
    </w:p>
    <w:p>
      <w:pPr>
        <w:pStyle w:val="Yellow"/>
        <w:rPr/>
      </w:pPr>
      <w:r>
        <w:t xml:space="preserve">(Jg14:1 “Samson”) </w:t>
      </w:r>
      <w:r>
        <w:rPr>
          <w:b/>
        </w:rPr>
        <w:t>Judges 14:5–6</w:t>
      </w:r>
      <w:r>
        <w:t xml:space="preserve"> — Suddenly </w:t>
      </w:r>
      <w:r>
        <w:rPr>
          <w:shd w:fill="B7DDE8" w:val="clear"/>
        </w:rPr>
        <w:t>a young lion came roaring at {him}</w:t>
      </w:r>
      <w:r>
        <w:rPr>
          <w:b w:val="false"/>
          <w:i w:val="false"/>
          <w:color w:val="000000"/>
          <w:u w:val="none"/>
        </w:rPr>
        <w:t xml:space="preserve"> [1BMZ]</w:t>
      </w:r>
      <w:r>
        <w:t xml:space="preserve">, and </w:t>
      </w:r>
      <w:r>
        <w:rPr>
          <w:shd w:fill="B7DDE8" w:val="clear"/>
        </w:rPr>
        <w:t>the Spirit of the LORD came powerfully upon him</w:t>
      </w:r>
      <w:r>
        <w:rPr>
          <w:b w:val="false"/>
          <w:i w:val="false"/>
          <w:color w:val="000000"/>
          <w:u w:val="none"/>
        </w:rPr>
        <w:t xml:space="preserve"> [1BNA]</w:t>
      </w:r>
    </w:p>
    <w:p>
      <w:pPr>
        <w:pStyle w:val="Yellow"/>
        <w:rPr/>
      </w:pPr>
      <w:r>
        <w:rPr>
          <w:b/>
        </w:rPr>
        <w:t>2 Samuel 23:2</w:t>
      </w:r>
      <w:r>
        <w:t xml:space="preserve"> — </w:t>
      </w:r>
      <w:r>
        <w:rPr>
          <w:shd w:fill="B7DDE8" w:val="clear"/>
        </w:rPr>
        <w:t>The Spirit of the LORD spoke through me</w:t>
      </w:r>
      <w:r>
        <w:rPr>
          <w:b w:val="false"/>
          <w:i w:val="false"/>
          <w:color w:val="000000"/>
          <w:u w:val="none"/>
        </w:rPr>
        <w:t xml:space="preserve"> [1BHM]</w:t>
      </w:r>
      <w:r>
        <w:t xml:space="preserve">; </w:t>
      </w:r>
      <w:r>
        <w:rPr>
          <w:shd w:fill="B7DDE8" w:val="clear"/>
        </w:rPr>
        <w:t>His word was on my tongue</w:t>
      </w:r>
      <w:r>
        <w:rPr>
          <w:b w:val="false"/>
          <w:i w:val="false"/>
          <w:color w:val="000000"/>
          <w:u w:val="none"/>
        </w:rPr>
        <w:t xml:space="preserve"> [1BHN]</w:t>
      </w:r>
      <w:r>
        <w:t>.</w:t>
      </w:r>
    </w:p>
    <w:p>
      <w:pPr>
        <w:pStyle w:val="Yellow"/>
        <w:rPr/>
      </w:pPr>
      <w:r>
        <w:rPr>
          <w:b/>
        </w:rPr>
        <w:t xml:space="preserve">2 Kings 3:15</w:t>
      </w:r>
      <w:r>
        <w:rPr/>
        <w:t xml:space="preserve"> — And while the harpist played, </w:t>
      </w:r>
      <w:r>
        <w:rPr>
          <w:shd w:fill="B7DDE8" w:val="clear"/>
        </w:rPr>
        <w:t xml:space="preserve">the hand of the LORD came upon Elisha</w:t>
      </w:r>
      <w:r>
        <w:rPr>
          <w:b w:val="false"/>
          <w:i w:val="false"/>
          <w:color w:val="000000"/>
          <w:u w:val="none"/>
        </w:rPr>
        <w:t xml:space="preserve"> [1KYC]</w:t>
      </w:r>
    </w:p>
    <w:p>
      <w:pPr>
        <w:pStyle w:val="Yellow"/>
        <w:rPr/>
      </w:pPr>
      <w:r>
        <w:rPr>
          <w:u w:val="none"/>
        </w:rPr>
        <w:t xml:space="preserve">&lt;23&gt;(Mk3:22–30ᶜ Scribes said of Jesus, “He has an unclean spirit”¹ ²) </w:t>
      </w:r>
      <w:r>
        <w:rPr>
          <w:b/>
          <w:u w:val="none"/>
        </w:rPr>
        <w:t>Matthew 12:31</w:t>
      </w:r>
      <w:r>
        <w:rPr>
          <w:u w:val="none"/>
        </w:rPr>
        <w:t xml:space="preserve"> — {Therefore} I tell you, </w:t>
      </w:r>
      <w:r>
        <w:rPr>
          <w:u w:val="none"/>
          <w:shd w:val="clear" w:fill="B7DDE8"/>
        </w:rPr>
        <w:t>every sin and blasphemy will be forgiven men</w:t>
      </w:r>
      <w:r>
        <w:rPr>
          <w:b w:val="false"/>
          <w:i w:val="false"/>
          <w:u w:val="none"/>
          <w:color w:val="000000"/>
        </w:rPr>
        <w:t xml:space="preserve"> [2CDS]</w:t>
      </w:r>
      <w:r>
        <w:rPr>
          <w:u w:val="none"/>
        </w:rPr>
        <w:t xml:space="preserve">, but </w:t>
      </w:r>
      <w:r>
        <w:rPr>
          <w:u w:val="none"/>
          <w:shd w:val="clear" w:fill="B7DDE8"/>
        </w:rPr>
        <w:t>{the blasphemy against the Spirit} will not be forgiven</w:t>
      </w:r>
      <w:r>
        <w:rPr>
          <w:b w:val="false"/>
          <w:i w:val="false"/>
          <w:u w:val="none"/>
          <w:color w:val="000000"/>
        </w:rPr>
        <w:t xml:space="preserve"> [3BJM]</w:t>
      </w:r>
      <w:r>
        <w:rPr>
          <w:u w:val="none"/>
        </w:rPr>
        <w:t>.</w:t>
      </w:r>
    </w:p>
    <w:p>
      <w:pPr>
        <w:pStyle w:val="Yellow"/>
        <w:rPr/>
      </w:pPr>
      <w:r>
        <w:rPr>
          <w:u w:val="none"/>
        </w:rPr>
        <w:t xml:space="preserve">&lt;23&gt;(Mk3:22–30ᶜ Scribes said of Jesus, “He has an unclean spirit”¹ ²) </w:t>
      </w:r>
      <w:r>
        <w:rPr>
          <w:b/>
          <w:u w:val="none"/>
        </w:rPr>
        <w:t>Matthew 12:32</w:t>
      </w:r>
      <w:r>
        <w:rPr>
          <w:u w:val="none"/>
        </w:rPr>
        <w:t xml:space="preserve"> — </w:t>
      </w:r>
      <w:r>
        <w:rPr>
          <w:u w:val="none"/>
          <w:shd w:val="clear" w:fill="B7DDE8"/>
        </w:rPr>
        <w:t>Whoever speaks a word against {the Son of Man} will be forgiven</w:t>
      </w:r>
      <w:r>
        <w:rPr>
          <w:b w:val="false"/>
          <w:i w:val="false"/>
          <w:u w:val="none"/>
          <w:color w:val="000000"/>
        </w:rPr>
        <w:t xml:space="preserve"> [2BJL]</w:t>
      </w:r>
      <w:r>
        <w:rPr>
          <w:u w:val="none"/>
        </w:rPr>
        <w:t xml:space="preserve">, but </w:t>
      </w:r>
      <w:r>
        <w:rPr>
          <w:u w:val="none"/>
          <w:shd w:val="clear" w:fill="B7DDE8"/>
        </w:rPr>
        <w:t>whoever {speaks against the Holy Spirit} will not be forgiven</w:t>
      </w:r>
      <w:r>
        <w:rPr>
          <w:b w:val="false"/>
          <w:i w:val="false"/>
          <w:u w:val="none"/>
          <w:color w:val="000000"/>
        </w:rPr>
        <w:t xml:space="preserve"> [3BJM]</w:t>
      </w:r>
      <w:r>
        <w:rPr>
          <w:u w:val="none"/>
        </w:rPr>
        <w:t xml:space="preserve">, </w:t>
      </w:r>
      <w:r>
        <w:rPr>
          <w:u w:val="none"/>
          <w:shd w:val="clear" w:fill="B7DDE8"/>
        </w:rPr>
        <w:t>either in this age or in the one to come</w:t>
      </w:r>
      <w:r>
        <w:rPr>
          <w:b w:val="false"/>
          <w:i w:val="false"/>
          <w:u w:val="none"/>
          <w:color w:val="000000"/>
        </w:rPr>
        <w:t xml:space="preserve"> [1CEE]</w:t>
      </w:r>
      <w:r>
        <w:rPr>
          <w:u w:val="none"/>
        </w:rPr>
        <w:t>.</w:t>
      </w:r>
    </w:p>
    <w:p>
      <w:pPr>
        <w:pStyle w:val="Yellow"/>
        <w:rPr/>
      </w:pPr>
      <w:r>
        <w:t xml:space="preserve">(Mk1:9 “Jesus”) </w:t>
      </w:r>
      <w:r>
        <w:rPr>
          <w:b/>
        </w:rPr>
        <w:t>Mark 1:8</w:t>
      </w:r>
      <w:r>
        <w:t xml:space="preserve"> — </w:t>
      </w:r>
      <w:r>
        <w:rPr>
          <w:shd w:fill="548235" w:val="clear" w:color="auto"/>
          <w:color w:val="FFFFFF"/>
        </w:rPr>
        <w:t>I baptize you with water</w:t>
      </w:r>
      <w:r>
        <w:rPr>
          <w:b w:val="false"/>
          <w:i w:val="false"/>
          <w:color w:val="FFFFFF"/>
          <w:u w:val="none"/>
          <w:shd w:val="clear" w:color="auto" w:fill="548235"/>
        </w:rPr>
        <w:t xml:space="preserve"> [1BKI]</w:t>
      </w:r>
      <w:r>
        <w:rPr>
          <w:shd w:val="clear" w:color="auto" w:fill="548235"/>
          <w:color w:val="FFFFFF"/>
        </w:rPr>
        <w:t xml:space="preserve">, but </w:t>
      </w:r>
      <w:r>
        <w:rPr>
          <w:shd w:fill="B7DDE8" w:val="clear"/>
        </w:rPr>
        <w:t>{He} will baptize you with the Holy Spirit</w:t>
      </w:r>
      <w:r>
        <w:rPr>
          <w:b w:val="false"/>
          <w:i w:val="false"/>
          <w:color w:val="000000"/>
          <w:u w:val="none"/>
        </w:rPr>
        <w:t xml:space="preserve"> [1BKJ]</w:t>
      </w:r>
      <w:r>
        <w:t>.”</w:t>
      </w:r>
    </w:p>
    <w:p>
      <w:pPr>
        <w:pStyle w:val="Yellow"/>
        <w:rPr/>
      </w:pPr>
      <w:r>
        <w:rPr>
          <w:b/>
          <w:u w:val="none"/>
        </w:rPr>
        <w:t>Mark 3:29-30</w:t>
      </w:r>
      <w:r>
        <w:rPr>
          <w:u w:val="none"/>
        </w:rPr>
        <w:t xml:space="preserve"> — </w:t>
      </w:r>
      <w:r>
        <w:rPr>
          <w:u w:val="none"/>
          <w:shd w:fill="B7DDE8" w:val="clear"/>
        </w:rPr>
        <w:t>whoever blasphemes against the Holy Spirit will never be forgiven</w:t>
      </w:r>
      <w:r>
        <w:rPr>
          <w:b w:val="false"/>
          <w:i w:val="false"/>
          <w:color w:val="000000"/>
          <w:u w:val="none"/>
        </w:rPr>
        <w:t xml:space="preserve"> [1BJI]</w:t>
      </w:r>
      <w:r>
        <w:rPr>
          <w:u w:val="none"/>
        </w:rPr>
        <w:t xml:space="preserve">; </w:t>
      </w:r>
      <w:r>
        <w:rPr>
          <w:u w:val="none"/>
          <w:shd w:fill="B7DDE8" w:val="clear"/>
        </w:rPr>
        <w:t>he is guilty of eternal sin</w:t>
      </w:r>
      <w:r>
        <w:rPr>
          <w:b w:val="false"/>
          <w:i w:val="false"/>
          <w:color w:val="000000"/>
          <w:u w:val="none"/>
        </w:rPr>
        <w:t xml:space="preserve"> [1BJJ]</w:t>
      </w:r>
      <w:r>
        <w:rPr>
          <w:u w:val="none"/>
        </w:rPr>
        <w:t xml:space="preserve">.” </w:t>
      </w:r>
      <w:r>
        <w:rPr>
          <w:u w:val="none"/>
          <w:shd w:fill="B7DDE8" w:val="clear"/>
        </w:rPr>
        <w:t>Jesus made this statement because they were saying, “He has an unclean spirit.”</w:t>
      </w:r>
      <w:r>
        <w:rPr>
          <w:b w:val="false"/>
          <w:i w:val="false"/>
          <w:color w:val="000000"/>
          <w:u w:val="none"/>
        </w:rPr>
        <w:t xml:space="preserve"> [1BJK]</w:t>
      </w:r>
    </w:p>
    <w:p>
      <w:pPr>
        <w:pStyle w:val="Yellow"/>
        <w:rPr/>
      </w:pPr>
      <w:r>
        <w:rPr>
          <w:b/>
        </w:rPr>
        <w:t>Luke 11:13</w:t>
      </w:r>
      <w:r>
        <w:t xml:space="preserve"> — </w:t>
      </w:r>
      <w:r>
        <w:rPr>
          <w:shd w:fill="B7DDE8" w:val="clear"/>
        </w:rPr>
        <w:t>if you who are evil know how to give good gifts to your children, how much more will your Father in heaven give the Holy Spirit to those who ask Him</w:t>
      </w:r>
      <w:r>
        <w:rPr>
          <w:b w:val="false"/>
          <w:i w:val="false"/>
          <w:color w:val="000000"/>
          <w:u w:val="none"/>
        </w:rPr>
        <w:t xml:space="preserve"> [1BJH]</w:t>
      </w:r>
      <w:r>
        <w:t>!”</w:t>
      </w:r>
    </w:p>
    <w:p>
      <w:pPr>
        <w:pStyle w:val="Yellow"/>
        <w:rPr/>
      </w:pPr>
      <w:r>
        <w:rPr>
          <w:b/>
          <w:u w:val="none"/>
        </w:rPr>
        <w:t>John 3:3</w:t>
      </w:r>
      <w:r>
        <w:rPr>
          <w:u w:val="none"/>
        </w:rPr>
        <w:t xml:space="preserve"> — “Truly, truly, I tell you, </w:t>
      </w:r>
      <w:r>
        <w:rPr>
          <w:u w:val="none"/>
          <w:shd w:fill="B7DDE8" w:val="clear"/>
        </w:rPr>
        <w:t>no one can see the kingdom of God unless he is born again</w:t>
      </w:r>
      <w:r>
        <w:rPr>
          <w:b w:val="false"/>
          <w:i w:val="false"/>
          <w:color w:val="000000"/>
          <w:u w:val="none"/>
        </w:rPr>
        <w:t xml:space="preserve"> [1BIC]</w:t>
      </w:r>
      <w:r>
        <w:rPr>
          <w:u w:val="none"/>
        </w:rPr>
        <w:t>.”</w:t>
      </w:r>
    </w:p>
    <w:p>
      <w:pPr>
        <w:pStyle w:val="Yellow"/>
        <w:rPr/>
      </w:pPr>
      <w:r>
        <w:rPr>
          <w:b/>
          <w:u w:val="none"/>
        </w:rPr>
        <w:t>John 3:6-8</w:t>
      </w:r>
      <w:r>
        <w:rPr>
          <w:u w:val="none"/>
        </w:rPr>
        <w:t xml:space="preserve"> — </w:t>
      </w:r>
      <w:r>
        <w:rPr>
          <w:u w:val="none"/>
          <w:shd w:fill="B7DDE8" w:val="clear"/>
        </w:rPr>
        <w:t>Flesh is born of flesh</w:t>
      </w:r>
      <w:r>
        <w:rPr>
          <w:b w:val="false"/>
          <w:i w:val="false"/>
          <w:color w:val="000000"/>
          <w:u w:val="none"/>
        </w:rPr>
        <w:t xml:space="preserve"> [1BHV]</w:t>
      </w:r>
      <w:r>
        <w:rPr>
          <w:u w:val="none"/>
        </w:rPr>
        <w:t xml:space="preserve">, but </w:t>
      </w:r>
      <w:r>
        <w:rPr>
          <w:u w:val="none"/>
          <w:shd w:fill="B7DDE8" w:val="clear"/>
        </w:rPr>
        <w:t>spirit is born of the Spirit</w:t>
      </w:r>
      <w:r>
        <w:rPr>
          <w:b w:val="false"/>
          <w:i w:val="false"/>
          <w:color w:val="000000"/>
          <w:u w:val="none"/>
        </w:rPr>
        <w:t xml:space="preserve"> [1BHW]</w:t>
      </w:r>
      <w:r>
        <w:rPr>
          <w:u w:val="none"/>
        </w:rPr>
        <w:t xml:space="preserve">.  </w:t>
      </w:r>
      <w:r>
        <w:rPr>
          <w:u w:val="none"/>
          <w:shd w:fill="B7DDE8" w:val="clear"/>
        </w:rPr>
        <w:t>Do not be amazed that I said, ‘You must be born again</w:t>
      </w:r>
      <w:r>
        <w:rPr>
          <w:b w:val="false"/>
          <w:i w:val="false"/>
          <w:color w:val="000000"/>
          <w:u w:val="none"/>
        </w:rPr>
        <w:t xml:space="preserve"> [1BHX]</w:t>
      </w:r>
      <w:r>
        <w:rPr>
          <w:u w:val="none"/>
        </w:rPr>
        <w:t xml:space="preserve">.’ 8 </w:t>
      </w:r>
      <w:r>
        <w:rPr>
          <w:u w:val="none"/>
          <w:shd w:fill="B7DDE8" w:val="clear"/>
        </w:rPr>
        <w:t>The wind blows where it wishes</w:t>
      </w:r>
      <w:r>
        <w:rPr>
          <w:b w:val="false"/>
          <w:i w:val="false"/>
          <w:color w:val="000000"/>
          <w:u w:val="none"/>
        </w:rPr>
        <w:t xml:space="preserve"> [1BHY]</w:t>
      </w:r>
      <w:r>
        <w:rPr>
          <w:u w:val="none"/>
        </w:rPr>
        <w:t xml:space="preserve">. </w:t>
      </w:r>
      <w:r>
        <w:rPr>
          <w:u w:val="none"/>
          <w:shd w:fill="B7DDE8" w:val="clear"/>
        </w:rPr>
        <w:t>You hear its sound</w:t>
      </w:r>
      <w:r>
        <w:rPr>
          <w:b w:val="false"/>
          <w:i w:val="false"/>
          <w:color w:val="000000"/>
          <w:u w:val="none"/>
        </w:rPr>
        <w:t xml:space="preserve"> [1BHZ]</w:t>
      </w:r>
      <w:r>
        <w:rPr>
          <w:u w:val="none"/>
        </w:rPr>
        <w:t xml:space="preserve">, but </w:t>
      </w:r>
      <w:r>
        <w:rPr>
          <w:u w:val="none"/>
          <w:shd w:fill="B7DDE8" w:val="clear"/>
        </w:rPr>
        <w:t>you do not know where it comes from or where it is going</w:t>
      </w:r>
      <w:r>
        <w:rPr>
          <w:b w:val="false"/>
          <w:i w:val="false"/>
          <w:color w:val="000000"/>
          <w:u w:val="none"/>
        </w:rPr>
        <w:t xml:space="preserve"> [1BIA]</w:t>
      </w:r>
      <w:r>
        <w:rPr>
          <w:u w:val="none"/>
        </w:rPr>
        <w:t xml:space="preserve">. </w:t>
      </w:r>
      <w:r>
        <w:rPr>
          <w:u w:val="none"/>
          <w:shd w:fill="B7DDE8" w:val="clear"/>
        </w:rPr>
        <w:t>So it is with everyone born of the Spirit</w:t>
      </w:r>
      <w:r>
        <w:rPr>
          <w:b w:val="false"/>
          <w:i w:val="false"/>
          <w:color w:val="000000"/>
          <w:u w:val="none"/>
        </w:rPr>
        <w:t xml:space="preserve"> [1BIB]</w:t>
      </w:r>
      <w:r>
        <w:rPr>
          <w:u w:val="none"/>
        </w:rPr>
        <w:t>.”</w:t>
      </w:r>
    </w:p>
    <w:p>
      <w:pPr>
        <w:pStyle w:val="Yellow"/>
        <w:rPr/>
      </w:pPr>
      <w:r>
        <w:rPr/>
        <w:t xml:space="preserve">(Jn7:37 Jesus) </w:t>
      </w:r>
      <w:r>
        <w:rPr>
          <w:b/>
        </w:rPr>
        <w:t>John 7:39</w:t>
      </w:r>
      <w:r>
        <w:rPr/>
        <w:t xml:space="preserve"> — </w:t>
      </w:r>
      <w:r>
        <w:rPr>
          <w:shd w:val="clear" w:fill="B7DDE8"/>
        </w:rPr>
        <w:t>{He} was speaking about the Spirit</w:t>
      </w:r>
      <w:r>
        <w:rPr>
          <w:b w:val="false"/>
          <w:i w:val="false"/>
          <w:color w:val="000000"/>
          <w:u w:val="none"/>
        </w:rPr>
        <w:t xml:space="preserve"> [1DDA]</w:t>
      </w:r>
      <w:r>
        <w:rPr/>
        <w:t xml:space="preserve">, whom </w:t>
      </w:r>
      <w:r>
        <w:rPr>
          <w:shd w:val="clear" w:fill="B7DDE8"/>
        </w:rPr>
        <w:t>those who believed in Him were later to receive</w:t>
      </w:r>
      <w:r>
        <w:rPr>
          <w:b w:val="false"/>
          <w:i w:val="false"/>
          <w:color w:val="000000"/>
          <w:u w:val="none"/>
        </w:rPr>
        <w:t xml:space="preserve"> [1DDB]</w:t>
      </w:r>
      <w:r>
        <w:rPr/>
        <w:t>.</w:t>
      </w:r>
    </w:p>
    <w:p>
      <w:pPr>
        <w:pStyle w:val="Yellow"/>
        <w:rPr/>
      </w:pPr>
      <w:r>
        <w:rPr>
          <w:b/>
        </w:rPr>
        <w:t>John 14:15-17</w:t>
      </w:r>
      <w:r>
        <w:rPr/>
        <w:t xml:space="preserve"> — </w:t>
      </w:r>
      <w:r>
        <w:rPr>
          <w:shd w:fill="B7DDE8" w:val="clear"/>
        </w:rPr>
        <w:t xml:space="preserve">If you </w:t>
      </w:r>
      <w:r>
        <w:rPr>
          <w:shd w:fill="B7DDE8" w:val="clear"/>
        </w:rPr>
        <w:t>love</w:t>
      </w:r>
      <w:r>
        <w:rPr>
          <w:shd w:fill="B7DDE8" w:val="clear"/>
        </w:rPr>
        <w:t xml:space="preserve"> Me, you will </w:t>
      </w:r>
      <w:r>
        <w:rPr>
          <w:shd w:fill="B7DDE8" w:val="clear"/>
        </w:rPr>
        <w:t>keep My commandments</w:t>
      </w:r>
      <w:r>
        <w:rPr>
          <w:b w:val="false"/>
          <w:i w:val="false"/>
          <w:color w:val="000000"/>
          <w:u w:val="none"/>
        </w:rPr>
        <w:t xml:space="preserve"> [1WM]</w:t>
      </w:r>
      <w:r>
        <w:rPr/>
        <w:t xml:space="preserve">. And </w:t>
      </w:r>
      <w:r>
        <w:rPr>
          <w:shd w:fill="B7DDE8" w:val="clear"/>
        </w:rPr>
        <w:t>I will ask the Father, and He will give you another Advocate</w:t>
      </w:r>
      <w:r>
        <w:rPr>
          <w:b w:val="false"/>
          <w:i w:val="false"/>
          <w:color w:val="000000"/>
          <w:u w:val="none"/>
        </w:rPr>
        <w:t xml:space="preserve"> [1WN]</w:t>
      </w:r>
      <w:r>
        <w:rPr/>
        <w:t xml:space="preserve"> </w:t>
      </w:r>
      <w:r>
        <w:rPr>
          <w:shd w:fill="B7DDE8" w:val="clear"/>
        </w:rPr>
        <w:t>to be with you forever</w:t>
      </w:r>
      <w:r>
        <w:rPr>
          <w:b w:val="false"/>
          <w:i w:val="false"/>
          <w:color w:val="000000"/>
          <w:u w:val="none"/>
        </w:rPr>
        <w:t xml:space="preserve"> [1WO]</w:t>
      </w:r>
      <w:r>
        <w:rPr/>
        <w:t xml:space="preserve"> — </w:t>
      </w:r>
      <w:r>
        <w:rPr>
          <w:shd w:fill="B7DDE8" w:val="clear"/>
        </w:rPr>
        <w:t>the Spirit of truth</w:t>
      </w:r>
      <w:r>
        <w:rPr>
          <w:b w:val="false"/>
          <w:i w:val="false"/>
          <w:color w:val="000000"/>
          <w:u w:val="none"/>
        </w:rPr>
        <w:t xml:space="preserve"> [2WP]</w:t>
      </w:r>
      <w:r>
        <w:rPr/>
        <w:t>.</w:t>
      </w:r>
    </w:p>
    <w:p>
      <w:pPr>
        <w:pStyle w:val="Yellow"/>
        <w:rPr/>
      </w:pPr>
      <w:r>
        <w:rPr>
          <w:b/>
        </w:rPr>
        <w:t>John 15:26</w:t>
      </w:r>
      <w:r>
        <w:t xml:space="preserve"> — </w:t>
      </w:r>
      <w:r>
        <w:rPr>
          <w:shd w:fill="B7DDE8" w:val="clear"/>
        </w:rPr>
        <w:t>When the Advocate comes</w:t>
      </w:r>
      <w:r>
        <w:rPr>
          <w:b w:val="false"/>
          <w:i w:val="false"/>
          <w:color w:val="000000"/>
          <w:u w:val="none"/>
        </w:rPr>
        <w:t xml:space="preserve"> [1ATT]</w:t>
      </w:r>
      <w:r>
        <w:t xml:space="preserve">, </w:t>
      </w:r>
      <w:r>
        <w:rPr>
          <w:shd w:fill="B7DDE8" w:val="clear"/>
        </w:rPr>
        <w:t>whom I will send to you</w:t>
      </w:r>
      <w:r>
        <w:rPr>
          <w:b w:val="false"/>
          <w:i w:val="false"/>
          <w:color w:val="000000"/>
          <w:u w:val="none"/>
        </w:rPr>
        <w:t xml:space="preserve"> [1ATS]</w:t>
      </w:r>
      <w:r>
        <w:rPr>
          <w:shd w:fill="B7DDE8" w:val="clear"/>
        </w:rPr>
        <w:t xml:space="preserve"> from the Father</w:t>
      </w:r>
      <w:r>
        <w:rPr>
          <w:b w:val="false"/>
          <w:i w:val="false"/>
          <w:color w:val="000000"/>
          <w:u w:val="none"/>
        </w:rPr>
        <w:t xml:space="preserve"> [1ATU]</w:t>
      </w:r>
      <w:r>
        <w:t xml:space="preserve"> — </w:t>
      </w:r>
      <w:r>
        <w:rPr>
          <w:shd w:fill="B7DDE8" w:val="clear"/>
        </w:rPr>
        <w:t>the Spirit of truth</w:t>
      </w:r>
      <w:r>
        <w:rPr>
          <w:b w:val="false"/>
          <w:i w:val="false"/>
          <w:u w:val="none"/>
          <w:color w:val="000000"/>
        </w:rPr>
        <w:t xml:space="preserve"> [2WP]</w:t>
      </w:r>
      <w:r>
        <w:t xml:space="preserve"> </w:t>
      </w:r>
      <w:r>
        <w:rPr>
          <w:shd w:fill="B7DDE8" w:val="clear"/>
        </w:rPr>
        <w:t>who proceeds from the Father</w:t>
      </w:r>
      <w:r>
        <w:rPr>
          <w:b w:val="false"/>
          <w:i w:val="false"/>
          <w:color w:val="000000"/>
          <w:u w:val="none"/>
        </w:rPr>
        <w:t xml:space="preserve"> [1ATV]</w:t>
      </w:r>
      <w:r>
        <w:t xml:space="preserve"> — </w:t>
      </w:r>
      <w:r>
        <w:rPr>
          <w:shd w:fill="B7DDE8" w:val="clear"/>
        </w:rPr>
        <w:t>He will testify about Me</w:t>
      </w:r>
      <w:r>
        <w:rPr>
          <w:b w:val="false"/>
          <w:i w:val="false"/>
          <w:color w:val="000000"/>
          <w:u w:val="none"/>
        </w:rPr>
        <w:t xml:space="preserve"> [1ATW]</w:t>
      </w:r>
      <w:r>
        <w:t>.</w:t>
      </w:r>
    </w:p>
    <w:p>
      <w:pPr>
        <w:pStyle w:val="Yellow"/>
        <w:rPr/>
      </w:pPr>
      <w:r>
        <w:t xml:space="preserve">(Jn14:26 “Holy Spirit”) </w:t>
      </w:r>
      <w:r>
        <w:rPr>
          <w:b/>
        </w:rPr>
        <w:t>John 16:7</w:t>
      </w:r>
      <w:r>
        <w:t xml:space="preserve"> — </w:t>
      </w:r>
      <w:r>
        <w:rPr>
          <w:shd w:fill="B7DDE8" w:val="clear"/>
        </w:rPr>
        <w:t>it is for your benefit that I am going away</w:t>
      </w:r>
      <w:r>
        <w:rPr>
          <w:b w:val="false"/>
          <w:i w:val="false"/>
          <w:color w:val="000000"/>
          <w:u w:val="none"/>
        </w:rPr>
        <w:t xml:space="preserve"> [1ATP]</w:t>
      </w:r>
      <w:r>
        <w:t xml:space="preserve">. </w:t>
      </w:r>
      <w:r>
        <w:rPr>
          <w:shd w:fill="B7DDE8" w:val="clear"/>
        </w:rPr>
        <w:t>Unless I go away, the {Advocate} will not come to you</w:t>
      </w:r>
      <w:r>
        <w:rPr>
          <w:b w:val="false"/>
          <w:i w:val="false"/>
          <w:color w:val="000000"/>
          <w:u w:val="none"/>
        </w:rPr>
        <w:t xml:space="preserve"> [1ATQ]</w:t>
      </w:r>
      <w:r>
        <w:t xml:space="preserve">; but </w:t>
      </w:r>
      <w:r>
        <w:rPr>
          <w:shd w:fill="B7DDE8" w:val="clear"/>
        </w:rPr>
        <w:t>if I go, I will send Him to you</w:t>
      </w:r>
      <w:r>
        <w:rPr>
          <w:b w:val="false"/>
          <w:i w:val="false"/>
          <w:color w:val="000000"/>
          <w:u w:val="none"/>
        </w:rPr>
        <w:t xml:space="preserve"> [1ATR]</w:t>
      </w:r>
      <w:r>
        <w:t>.</w:t>
      </w:r>
    </w:p>
    <w:p>
      <w:pPr>
        <w:pStyle w:val="Yellow"/>
        <w:rPr/>
      </w:pPr>
      <w:r>
        <w:rPr/>
        <w:t xml:space="preserve">(Jn16:7 “the Advocate” AKA Holy Spirit) </w:t>
      </w:r>
      <w:r>
        <w:rPr>
          <w:b/>
        </w:rPr>
        <w:t xml:space="preserve">John 16:8</w:t>
      </w:r>
      <w:r>
        <w:rPr/>
        <w:t xml:space="preserve"> — </w:t>
      </w:r>
      <w:r>
        <w:rPr>
          <w:shd w:fill="B7DDE8" w:val="clear"/>
        </w:rPr>
        <w:t xml:space="preserve">when {He} comes, He will convict the world in regard to sin and righteousness and judgment</w:t>
      </w:r>
      <w:r>
        <w:rPr>
          <w:b w:val="false"/>
          <w:i w:val="false"/>
          <w:color w:val="000000"/>
          <w:u w:val="none"/>
        </w:rPr>
        <w:t xml:space="preserve"> [1HVP]</w:t>
      </w:r>
      <w:r>
        <w:rPr/>
        <w:t xml:space="preserve">:</w:t>
      </w:r>
    </w:p>
    <w:p>
      <w:pPr>
        <w:pStyle w:val="Yellow"/>
        <w:rPr/>
      </w:pPr>
      <w:r>
        <w:rPr>
          <w:b/>
        </w:rPr>
        <w:t>Acts 1:8</w:t>
      </w:r>
      <w:r>
        <w:t xml:space="preserve"> — </w:t>
      </w:r>
      <w:r>
        <w:rPr>
          <w:shd w:fill="B7DDE8" w:val="clear"/>
        </w:rPr>
        <w:t>you will receive power when the Holy Spirit comes upon you</w:t>
      </w:r>
      <w:r>
        <w:rPr>
          <w:b w:val="false"/>
          <w:i w:val="false"/>
          <w:color w:val="000000"/>
          <w:u w:val="none"/>
        </w:rPr>
        <w:t xml:space="preserve"> [1BNB]</w:t>
      </w:r>
      <w:r>
        <w:t xml:space="preserve">, and </w:t>
      </w:r>
      <w:r>
        <w:rPr>
          <w:shd w:fill="B7DDE8" w:val="clear"/>
        </w:rPr>
        <w:t>you will be My witnesses in Jerusalem, and in all Judea and Samaria, and to the ends of the earth</w:t>
      </w:r>
      <w:r>
        <w:rPr>
          <w:b w:val="false"/>
          <w:i w:val="false"/>
          <w:color w:val="000000"/>
          <w:u w:val="none"/>
        </w:rPr>
        <w:t xml:space="preserve"> [1BNC]</w:t>
      </w:r>
      <w:r>
        <w:t>.”</w:t>
      </w:r>
    </w:p>
    <w:p>
      <w:pPr>
        <w:pStyle w:val="Yellow"/>
        <w:rPr/>
      </w:pPr>
      <w:r>
        <w:rPr>
          <w:b/>
          <w:highlight w:val="cyan"/>
        </w:rPr>
        <w:t>Acts 2:17-18</w:t>
      </w:r>
      <w:r>
        <w:rPr>
          <w:highlight w:val="cyan"/>
        </w:rPr>
        <w:t xml:space="preserve"> — ‘</w:t>
      </w:r>
      <w:r>
        <w:rPr>
          <w:highlight w:val="cyan"/>
          <w:shd w:fill="B7DDE8" w:val="clear"/>
        </w:rPr>
        <w:t>In the last days, God says, I will pour out My Spirit on all people</w:t>
      </w:r>
      <w:r>
        <w:rPr>
          <w:b w:val="false"/>
          <w:i w:val="false"/>
          <w:color w:val="000000"/>
          <w:u w:val="none"/>
        </w:rPr>
        <w:t xml:space="preserve"> [1BFK]</w:t>
      </w:r>
      <w:r>
        <w:rPr>
          <w:highlight w:val="cyan"/>
        </w:rPr>
        <w:t xml:space="preserve">. </w:t>
      </w:r>
      <w:r>
        <w:rPr>
          <w:highlight w:val="cyan"/>
          <w:shd w:fill="B7DDE8" w:val="clear"/>
        </w:rPr>
        <w:t>Your sons and daughters will prophesy</w:t>
      </w:r>
      <w:r>
        <w:rPr>
          <w:b w:val="false"/>
          <w:i w:val="false"/>
          <w:color w:val="000000"/>
          <w:u w:val="none"/>
        </w:rPr>
        <w:t xml:space="preserve"> [1BFL]</w:t>
      </w:r>
      <w:r>
        <w:rPr>
          <w:highlight w:val="cyan"/>
        </w:rPr>
        <w:t xml:space="preserve">, </w:t>
      </w:r>
      <w:r>
        <w:rPr>
          <w:highlight w:val="cyan"/>
          <w:shd w:fill="B7DDE8" w:val="clear"/>
        </w:rPr>
        <w:t>your young men will see visions, your old men will dream dreams</w:t>
      </w:r>
      <w:r>
        <w:rPr>
          <w:b w:val="false"/>
          <w:i w:val="false"/>
          <w:color w:val="000000"/>
          <w:u w:val="none"/>
        </w:rPr>
        <w:t xml:space="preserve"> [1BFM]</w:t>
      </w:r>
      <w:r>
        <w:rPr>
          <w:highlight w:val="cyan"/>
        </w:rPr>
        <w:t xml:space="preserve">. </w:t>
      </w:r>
      <w:r>
        <w:rPr>
          <w:highlight w:val="cyan"/>
          <w:shd w:fill="B7DDE8" w:val="clear"/>
        </w:rPr>
        <w:t>Even on My menservants and maidservants I will pour out My Spirit in {those days}</w:t>
      </w:r>
      <w:r>
        <w:rPr>
          <w:b w:val="false"/>
          <w:i w:val="false"/>
          <w:color w:val="000000"/>
          <w:u w:val="none"/>
        </w:rPr>
        <w:t xml:space="preserve"> [1BFN]</w:t>
      </w:r>
      <w:r>
        <w:rPr>
          <w:highlight w:val="cyan"/>
        </w:rPr>
        <w:t xml:space="preserve">, and </w:t>
      </w:r>
      <w:r>
        <w:rPr>
          <w:highlight w:val="cyan"/>
          <w:shd w:fill="B7DDE8" w:val="clear"/>
        </w:rPr>
        <w:t>they will prophesy</w:t>
      </w:r>
      <w:r>
        <w:rPr>
          <w:b w:val="false"/>
          <w:i w:val="false"/>
          <w:color w:val="000000"/>
          <w:u w:val="none"/>
        </w:rPr>
        <w:t xml:space="preserve"> [1BFO]</w:t>
      </w:r>
      <w:r>
        <w:rPr>
          <w:highlight w:val="cyan"/>
        </w:rPr>
        <w:t>.</w:t>
      </w:r>
    </w:p>
    <w:p>
      <w:pPr>
        <w:pStyle w:val="Yellow"/>
        <w:rPr/>
      </w:pPr>
      <w:r>
        <w:t xml:space="preserve">(Ac2:38 “the gift of the Holy Spirit”) </w:t>
      </w:r>
      <w:r>
        <w:rPr>
          <w:b/>
        </w:rPr>
        <w:t>Acts 2:39</w:t>
      </w:r>
      <w:r>
        <w:t xml:space="preserve"> — </w:t>
      </w:r>
      <w:r>
        <w:rPr>
          <w:shd w:fill="B7DDE8" w:val="clear"/>
        </w:rPr>
        <w:t>{This promise} belongs to you and your children and to all who are far off—to all whom the Lord our God will call to Himself</w:t>
      </w:r>
      <w:r>
        <w:rPr>
          <w:b w:val="false"/>
          <w:i w:val="false"/>
          <w:color w:val="000000"/>
          <w:u w:val="none"/>
        </w:rPr>
        <w:t xml:space="preserve"> [1AGC]</w:t>
      </w:r>
      <w:r>
        <w:t>.”</w:t>
      </w:r>
    </w:p>
    <w:p>
      <w:pPr>
        <w:pStyle w:val="Yellow"/>
        <w:rPr/>
      </w:pPr>
      <w:r>
        <w:t xml:space="preserve">(Ac7:37 “the Israelites”) </w:t>
      </w:r>
      <w:r>
        <w:rPr>
          <w:b/>
        </w:rPr>
        <w:t>Acts 7:51</w:t>
      </w:r>
      <w:r>
        <w:t xml:space="preserve"> — </w:t>
      </w:r>
      <w:r>
        <w:rPr>
          <w:shd w:fill="B7DDE8" w:val="clear"/>
        </w:rPr>
        <w:t>You stiff-necked people with uncircumcised hearts and ears</w:t>
      </w:r>
      <w:r>
        <w:rPr>
          <w:b w:val="false"/>
          <w:i w:val="false"/>
          <w:color w:val="000000"/>
          <w:u w:val="none"/>
        </w:rPr>
        <w:t xml:space="preserve"> [1BKV]</w:t>
      </w:r>
      <w:r>
        <w:rPr>
          <w:shd w:val="clear" w:color="auto" w:fill="548235"/>
          <w:color w:val="FFFFFF"/>
        </w:rPr>
        <w:t xml:space="preserve">! </w:t>
      </w:r>
      <w:r>
        <w:rPr>
          <w:shd w:fill="548235" w:val="clear" w:color="auto"/>
          <w:color w:val="FFFFFF"/>
        </w:rPr>
        <w:t>You always resist the Holy Spirit</w:t>
      </w:r>
      <w:r>
        <w:rPr>
          <w:b w:val="false"/>
          <w:i w:val="false"/>
          <w:color w:val="FFFFFF"/>
          <w:u w:val="none"/>
          <w:shd w:val="clear" w:color="auto" w:fill="548235"/>
        </w:rPr>
        <w:t xml:space="preserve"> [1BKW]</w:t>
      </w:r>
      <w:r>
        <w:rPr>
          <w:shd w:val="clear" w:color="auto" w:fill="548235"/>
          <w:color w:val="FFFFFF"/>
        </w:rPr>
        <w:t xml:space="preserve">, </w:t>
      </w:r>
      <w:r>
        <w:rPr>
          <w:shd w:fill="548235" w:val="clear" w:color="auto"/>
          <w:color w:val="FFFFFF"/>
        </w:rPr>
        <w:t>just as {your fathers} did</w:t>
      </w:r>
      <w:r>
        <w:rPr>
          <w:b w:val="false"/>
          <w:i w:val="false"/>
          <w:color w:val="FFFFFF"/>
          <w:u w:val="none"/>
          <w:shd w:val="clear" w:color="auto" w:fill="548235"/>
        </w:rPr>
        <w:t xml:space="preserve"> [1BKX]</w:t>
      </w:r>
      <w:r>
        <w:rPr>
          <w:shd w:val="clear" w:color="auto" w:fill="548235"/>
          <w:color w:val="FFFFFF"/>
        </w:rPr>
        <w:t>.</w:t>
      </w:r>
    </w:p>
    <w:p>
      <w:pPr>
        <w:pStyle w:val="Yellow"/>
        <w:rPr/>
        <w:pBdr>
          <w:left w:val="single" w:sz="28" w:space="5" w:color="C00000"/>
        </w:pBdr>
      </w:pPr>
      <w:r>
        <w:rPr>
          <w:b/>
          <w:u w:val="none"/>
          <w:shd w:val="clear" w:color="auto" w:fill="F4B183"/>
          <w:color w:val="000000"/>
        </w:rPr>
        <w:t>Acts 10:45</w:t>
      </w:r>
      <w:r>
        <w:rPr>
          <w:u w:val="none"/>
          <w:shd w:val="clear" w:color="auto" w:fill="F4B183"/>
          <w:color w:val="000000"/>
        </w:rPr>
        <w:t xml:space="preserve"> — </w:t>
      </w:r>
      <w:r>
        <w:rPr>
          <w:u w:val="none"/>
          <w:shd w:fill="F4B183" w:val="clear" w:color="auto"/>
          <w:color w:val="000000"/>
        </w:rPr>
        <w:t>the gift of the Holy Spirit had been poured out even on the Gentiles</w:t>
      </w:r>
      <w:r>
        <w:rPr>
          <w:b w:val="false"/>
          <w:i w:val="false"/>
          <w:color w:val="000000"/>
          <w:u w:val="none"/>
          <w:shd w:val="clear" w:color="auto" w:fill="F4B183"/>
        </w:rPr>
        <w:t xml:space="preserve"> [1BKK]</w:t>
      </w:r>
      <w:r>
        <w:rPr>
          <w:u w:val="none"/>
          <w:shd w:val="clear" w:color="auto" w:fill="F4B183"/>
          <w:color w:val="000000"/>
        </w:rPr>
        <w:t>.</w:t>
      </w:r>
    </w:p>
    <w:p>
      <w:pPr>
        <w:pStyle w:val="Yellow"/>
        <w:rPr/>
      </w:pPr>
      <w:r>
        <w:t xml:space="preserve">&lt;31&gt;(Ac11:13 “Simon who is called Peter”¹) </w:t>
      </w:r>
      <w:r>
        <w:rPr>
          <w:b/>
        </w:rPr>
        <w:t>Acts 11:14</w:t>
      </w:r>
      <w:r>
        <w:t xml:space="preserve"> — </w:t>
      </w:r>
      <w:r>
        <w:rPr>
          <w:shd w:fill="B7DDE8" w:val="clear"/>
        </w:rPr>
        <w:t>{He} will convey to you a message</w:t>
      </w:r>
      <w:r>
        <w:rPr>
          <w:b w:val="false"/>
          <w:i w:val="false"/>
          <w:color w:val="000000"/>
          <w:u w:val="none"/>
        </w:rPr>
        <w:t xml:space="preserve"> [1BKA]</w:t>
      </w:r>
      <w:r>
        <w:t xml:space="preserve"> </w:t>
      </w:r>
      <w:r>
        <w:rPr>
          <w:shd w:fill="B7DDE8" w:val="clear"/>
        </w:rPr>
        <w:t>by which you and all your household will be saved</w:t>
      </w:r>
      <w:r>
        <w:rPr>
          <w:b w:val="false"/>
          <w:i w:val="false"/>
          <w:color w:val="000000"/>
          <w:u w:val="none"/>
        </w:rPr>
        <w:t xml:space="preserve"> [1BKB]</w:t>
      </w:r>
      <w:r>
        <w:t>.’</w:t>
      </w:r>
    </w:p>
    <w:p>
      <w:pPr>
        <w:pStyle w:val="Yellow"/>
        <w:rPr/>
      </w:pPr>
      <w:r>
        <w:rPr>
          <w:u w:val="none"/>
        </w:rPr>
        <w:t xml:space="preserve">&lt;31&gt;(Ac10:44ᶜ “all who heard” Peter’s “message”¹) </w:t>
      </w:r>
      <w:r>
        <w:rPr>
          <w:b/>
          <w:u w:val="none"/>
        </w:rPr>
        <w:t>Acts 11:15-17</w:t>
      </w:r>
      <w:r>
        <w:rPr>
          <w:u w:val="none"/>
        </w:rPr>
        <w:t xml:space="preserve"> — As I began to speak, </w:t>
      </w:r>
      <w:r>
        <w:rPr>
          <w:u w:val="none"/>
          <w:shd w:fill="B7DDE8" w:val="clear"/>
        </w:rPr>
        <w:t>the Holy Spirit fell upon {them}, just as He had fallen upon us at the beginning</w:t>
      </w:r>
      <w:r>
        <w:rPr>
          <w:b w:val="false"/>
          <w:i w:val="false"/>
          <w:color w:val="000000"/>
          <w:u w:val="none"/>
        </w:rPr>
        <w:t xml:space="preserve"> [1BKC]</w:t>
      </w:r>
      <w:r>
        <w:rPr>
          <w:u w:val="none"/>
        </w:rPr>
        <w:t xml:space="preserve">. Then </w:t>
      </w:r>
      <w:r>
        <w:rPr>
          <w:u w:val="none"/>
          <w:shd w:fill="B7DDE8" w:val="clear"/>
        </w:rPr>
        <w:t>I remembered the word of the Lord</w:t>
      </w:r>
      <w:r>
        <w:rPr>
          <w:b w:val="false"/>
          <w:i w:val="false"/>
          <w:u w:val="none"/>
          <w:color w:val="000000"/>
        </w:rPr>
        <w:t xml:space="preserve"> [1BKD]</w:t>
      </w:r>
      <w:r>
        <w:rPr>
          <w:u w:val="none"/>
        </w:rPr>
        <w:t>, as He used to say, ‘</w:t>
      </w:r>
      <w:r>
        <w:rPr>
          <w:u w:val="none"/>
          <w:shd w:fill="B7DDE8" w:val="clear"/>
        </w:rPr>
        <w:t>John baptized with water</w:t>
      </w:r>
      <w:r>
        <w:rPr>
          <w:b w:val="false"/>
          <w:i w:val="false"/>
          <w:color w:val="000000"/>
          <w:u w:val="none"/>
        </w:rPr>
        <w:t xml:space="preserve"> [1BKE]</w:t>
      </w:r>
      <w:r>
        <w:rPr>
          <w:u w:val="none"/>
        </w:rPr>
        <w:t xml:space="preserve">, but </w:t>
      </w:r>
      <w:r>
        <w:rPr>
          <w:u w:val="none"/>
          <w:shd w:fill="B7DDE8" w:val="clear"/>
        </w:rPr>
        <w:t>you will be baptized with the Holy Spirit</w:t>
      </w:r>
      <w:r>
        <w:rPr>
          <w:b w:val="false"/>
          <w:i w:val="false"/>
          <w:color w:val="000000"/>
          <w:u w:val="none"/>
        </w:rPr>
        <w:t xml:space="preserve"> [1BKF]</w:t>
      </w:r>
      <w:r>
        <w:rPr>
          <w:u w:val="none"/>
        </w:rPr>
        <w:t xml:space="preserve">.’ So if </w:t>
      </w:r>
      <w:r>
        <w:rPr>
          <w:u w:val="none"/>
          <w:shd w:fill="B7DDE8" w:val="clear"/>
        </w:rPr>
        <w:t>God gave them the same gift He gave us who believed in the Lord Jesus Christ</w:t>
      </w:r>
      <w:r>
        <w:rPr>
          <w:b w:val="false"/>
          <w:i w:val="false"/>
          <w:color w:val="000000"/>
          <w:u w:val="none"/>
        </w:rPr>
        <w:t xml:space="preserve"> [1BKG]</w:t>
      </w:r>
      <w:r>
        <w:rPr>
          <w:u w:val="none"/>
        </w:rPr>
        <w:t xml:space="preserve">, </w:t>
      </w:r>
      <w:r>
        <w:rPr>
          <w:u w:val="none"/>
          <w:shd w:fill="B7DDE8" w:val="clear"/>
        </w:rPr>
        <w:t>who was I to hinder the work of God</w:t>
      </w:r>
      <w:r>
        <w:rPr>
          <w:b w:val="false"/>
          <w:i w:val="false"/>
          <w:u w:val="none"/>
          <w:color w:val="000000"/>
        </w:rPr>
        <w:t xml:space="preserve"> [1BKH]</w:t>
      </w:r>
      <w:r>
        <w:rPr>
          <w:u w:val="none"/>
        </w:rPr>
        <w:t>?”</w:t>
      </w:r>
    </w:p>
    <w:p>
      <w:pPr>
        <w:pStyle w:val="Yellow"/>
        <w:rPr/>
        <w:pBdr>
          <w:left w:val="single" w:sz="28" w:space="5" w:color="C00000"/>
        </w:pBdr>
      </w:pPr>
      <w:r>
        <w:rPr>
          <w:u w:val="none"/>
          <w:shd w:val="clear" w:color="auto" w:fill="F4B183"/>
          <w:color w:val="000000"/>
        </w:rPr>
        <w:t xml:space="preserve">(Ac15:7ᶜ “Gentiles” believed¹) </w:t>
      </w:r>
      <w:r>
        <w:rPr>
          <w:b/>
          <w:u w:val="none"/>
          <w:shd w:val="clear" w:color="auto" w:fill="F4B183"/>
          <w:color w:val="000000"/>
        </w:rPr>
        <w:t>Acts 15:8</w:t>
      </w:r>
      <w:r>
        <w:rPr>
          <w:u w:val="none"/>
          <w:shd w:val="clear" w:color="auto" w:fill="F4B183"/>
          <w:color w:val="000000"/>
        </w:rPr>
        <w:t xml:space="preserve"> — </w:t>
      </w:r>
      <w:r>
        <w:rPr>
          <w:u w:val="none"/>
          <w:shd w:fill="F4B183" w:val="clear" w:color="auto"/>
          <w:color w:val="000000"/>
        </w:rPr>
        <w:t>God, who knows the heart</w:t>
      </w:r>
      <w:r>
        <w:rPr>
          <w:b w:val="false"/>
          <w:i w:val="false"/>
          <w:color w:val="000000"/>
          <w:u w:val="none"/>
          <w:shd w:val="clear" w:color="auto" w:fill="F4B183"/>
        </w:rPr>
        <w:t xml:space="preserve"> [3FC]</w:t>
      </w:r>
      <w:r>
        <w:rPr>
          <w:u w:val="none"/>
          <w:shd w:val="clear" w:color="auto" w:fill="F4B183"/>
          <w:color w:val="000000"/>
        </w:rPr>
        <w:t xml:space="preserve">, </w:t>
      </w:r>
      <w:r>
        <w:rPr>
          <w:u w:val="none"/>
          <w:shd w:fill="F4B183" w:val="clear" w:color="auto"/>
          <w:color w:val="000000"/>
        </w:rPr>
        <w:t>showed His approval by giving the Holy Spirit to {them}</w:t>
      </w:r>
      <w:r>
        <w:rPr>
          <w:b w:val="false"/>
          <w:i w:val="false"/>
          <w:color w:val="000000"/>
          <w:u w:val="none"/>
          <w:shd w:val="clear" w:color="auto" w:fill="F4B183"/>
        </w:rPr>
        <w:t xml:space="preserve"> [1BKY]</w:t>
      </w:r>
      <w:r>
        <w:rPr>
          <w:u w:val="none"/>
          <w:shd w:val="clear" w:color="auto" w:fill="F4B183"/>
          <w:color w:val="000000"/>
        </w:rPr>
        <w:t xml:space="preserve">, </w:t>
      </w:r>
      <w:r>
        <w:rPr>
          <w:u w:val="none"/>
          <w:shd w:fill="F4B183" w:val="clear" w:color="auto"/>
          <w:color w:val="000000"/>
        </w:rPr>
        <w:t>just as He did to us</w:t>
      </w:r>
      <w:r>
        <w:rPr>
          <w:b w:val="false"/>
          <w:i w:val="false"/>
          <w:color w:val="000000"/>
          <w:u w:val="none"/>
          <w:shd w:val="clear" w:color="auto" w:fill="F4B183"/>
        </w:rPr>
        <w:t xml:space="preserve"> [1BKZ]</w:t>
      </w:r>
      <w:r>
        <w:rPr>
          <w:u w:val="none"/>
          <w:shd w:val="clear" w:color="auto" w:fill="F4B183"/>
          <w:color w:val="000000"/>
        </w:rPr>
        <w:t>.</w:t>
      </w:r>
    </w:p>
    <w:p>
      <w:pPr>
        <w:pStyle w:val="Yellow"/>
        <w:rPr/>
      </w:pPr>
      <w:r>
        <w:rPr>
          <w:u w:val="none"/>
        </w:rPr>
        <w:t xml:space="preserve">(Ac19:1 “some disciples”) </w:t>
      </w:r>
      <w:r>
        <w:rPr>
          <w:b/>
          <w:u w:val="none"/>
        </w:rPr>
        <w:t>Acts 19:6</w:t>
      </w:r>
      <w:r>
        <w:rPr>
          <w:u w:val="none"/>
        </w:rPr>
        <w:t xml:space="preserve"> — And when </w:t>
      </w:r>
      <w:r>
        <w:rPr>
          <w:u w:val="none"/>
          <w:shd w:fill="B7DDE8" w:val="clear"/>
        </w:rPr>
        <w:t>Paul laid his hands on {them}</w:t>
      </w:r>
      <w:r>
        <w:rPr>
          <w:b w:val="false"/>
          <w:i w:val="false"/>
          <w:color w:val="000000"/>
          <w:u w:val="none"/>
        </w:rPr>
        <w:t xml:space="preserve"> [1BMU]</w:t>
      </w:r>
      <w:r>
        <w:rPr>
          <w:u w:val="none"/>
        </w:rPr>
        <w:t xml:space="preserve">, </w:t>
      </w:r>
      <w:r>
        <w:rPr>
          <w:u w:val="none"/>
          <w:shd w:fill="B7DDE8" w:val="clear"/>
        </w:rPr>
        <w:t>the Holy Spirit came upon them</w:t>
      </w:r>
      <w:r>
        <w:rPr>
          <w:b w:val="false"/>
          <w:i w:val="false"/>
          <w:color w:val="000000"/>
          <w:u w:val="none"/>
        </w:rPr>
        <w:t xml:space="preserve"> [1BMV]</w:t>
      </w:r>
      <w:r>
        <w:rPr>
          <w:u w:val="none"/>
        </w:rPr>
        <w:t xml:space="preserve">, and </w:t>
      </w:r>
      <w:r>
        <w:rPr>
          <w:u w:val="none"/>
          <w:shd w:fill="B7DDE8" w:val="clear"/>
        </w:rPr>
        <w:t>they spoke in tongues</w:t>
      </w:r>
      <w:r>
        <w:rPr>
          <w:b w:val="false"/>
          <w:i w:val="false"/>
          <w:color w:val="000000"/>
          <w:u w:val="none"/>
        </w:rPr>
        <w:t xml:space="preserve"> [1CIX]</w:t>
      </w:r>
      <w:r>
        <w:rPr>
          <w:u w:val="none"/>
        </w:rPr>
        <w:t xml:space="preserve"> and </w:t>
      </w:r>
      <w:r>
        <w:rPr>
          <w:u w:val="none"/>
          <w:shd w:fill="B7DDE8" w:val="clear"/>
        </w:rPr>
        <w:t>prophesied</w:t>
      </w:r>
      <w:r>
        <w:rPr>
          <w:b w:val="false"/>
          <w:i w:val="false"/>
          <w:color w:val="000000"/>
          <w:u w:val="none"/>
        </w:rPr>
        <w:t xml:space="preserve"> [1CIY]</w:t>
      </w:r>
      <w:r>
        <w:rPr>
          <w:u w:val="none"/>
        </w:rPr>
        <w:t>.</w:t>
      </w:r>
    </w:p>
    <w:p>
      <w:pPr>
        <w:pStyle w:val="Yellow"/>
        <w:rPr/>
      </w:pPr>
      <w:r>
        <w:rPr>
          <w:b/>
        </w:rPr>
        <w:t>Acts 20:22-23</w:t>
      </w:r>
      <w:r>
        <w:t xml:space="preserve"> — </w:t>
      </w:r>
      <w:r>
        <w:rPr>
          <w:shd w:fill="B7DDE8" w:val="clear"/>
        </w:rPr>
        <w:t>compelled by the Spirit, I am going to Jerusalem</w:t>
      </w:r>
      <w:r>
        <w:rPr>
          <w:b w:val="false"/>
          <w:i w:val="false"/>
          <w:color w:val="000000"/>
          <w:u w:val="none"/>
        </w:rPr>
        <w:t xml:space="preserve"> [1BJE]</w:t>
      </w:r>
      <w:r>
        <w:t xml:space="preserve">, </w:t>
      </w:r>
      <w:r>
        <w:rPr>
          <w:shd w:fill="B7DDE8" w:val="clear"/>
        </w:rPr>
        <w:t>not knowing what will happen to me there</w:t>
      </w:r>
      <w:r>
        <w:rPr>
          <w:b w:val="false"/>
          <w:i w:val="false"/>
          <w:color w:val="000000"/>
          <w:u w:val="none"/>
        </w:rPr>
        <w:t xml:space="preserve"> [1BJF]</w:t>
      </w:r>
      <w:r>
        <w:t xml:space="preserve">. I only know that </w:t>
      </w:r>
      <w:r>
        <w:rPr>
          <w:shd w:fill="B7DDE8" w:val="clear"/>
        </w:rPr>
        <w:t>in town after town the Holy Spirit warns me that chains and afflictions await me</w:t>
      </w:r>
      <w:r>
        <w:rPr>
          <w:b w:val="false"/>
          <w:i w:val="false"/>
          <w:color w:val="000000"/>
          <w:u w:val="none"/>
        </w:rPr>
        <w:t xml:space="preserve"> [1BJG]</w:t>
      </w:r>
      <w:r>
        <w:t>.</w:t>
      </w:r>
    </w:p>
    <w:p>
      <w:pPr>
        <w:pStyle w:val="Yellow"/>
        <w:rPr/>
        <w:pBdr>
          <w:left w:val="single" w:sz="28" w:space="5" w:color="C00000"/>
        </w:pBdr>
      </w:pPr>
      <w:r>
        <w:rPr>
          <w:b/>
          <w:shd w:val="clear" w:color="auto" w:fill="F4B183"/>
          <w:color w:val="000000"/>
        </w:rPr>
        <w:t>Romans 8:5</w:t>
      </w:r>
      <w:r>
        <w:rPr>
          <w:shd w:val="clear" w:color="auto" w:fill="F4B183"/>
          <w:color w:val="000000"/>
        </w:rPr>
        <w:t xml:space="preserve"> — </w:t>
      </w:r>
      <w:r>
        <w:rPr>
          <w:shd w:fill="F4B183" w:val="clear" w:color="auto"/>
          <w:color w:val="000000"/>
        </w:rPr>
        <w:t>Those who live according to the flesh set their minds on the things of the flesh</w:t>
      </w:r>
      <w:r>
        <w:rPr>
          <w:b w:val="false"/>
          <w:i w:val="false"/>
          <w:color w:val="000000"/>
          <w:u w:val="none"/>
          <w:shd w:val="clear" w:color="auto" w:fill="F4B183"/>
        </w:rPr>
        <w:t xml:space="preserve"> [1BIR]</w:t>
      </w:r>
      <w:r>
        <w:rPr>
          <w:shd w:val="clear" w:color="auto" w:fill="F4B183"/>
          <w:color w:val="000000"/>
        </w:rPr>
        <w:t xml:space="preserve">; but </w:t>
      </w:r>
      <w:r>
        <w:rPr>
          <w:shd w:fill="F4B183" w:val="clear" w:color="auto"/>
          <w:color w:val="000000"/>
        </w:rPr>
        <w:t>those who live according to the Spirit set their minds on the things of the Spirit</w:t>
      </w:r>
      <w:r>
        <w:rPr>
          <w:b w:val="false"/>
          <w:i w:val="false"/>
          <w:color w:val="000000"/>
          <w:u w:val="none"/>
          <w:shd w:val="clear" w:color="auto" w:fill="F4B183"/>
        </w:rPr>
        <w:t xml:space="preserve"> [1BIS]</w:t>
      </w:r>
      <w:r>
        <w:rPr>
          <w:shd w:val="clear" w:color="auto" w:fill="F4B183"/>
          <w:color w:val="000000"/>
        </w:rPr>
        <w:t>.</w:t>
      </w:r>
    </w:p>
    <w:p>
      <w:pPr>
        <w:pStyle w:val="Yellow"/>
        <w:rPr/>
      </w:pPr>
      <w:r>
        <w:rPr>
          <w:b/>
        </w:rPr>
        <w:t xml:space="preserve">Romans 8:6-7</w:t>
      </w:r>
      <w:r>
        <w:rPr/>
        <w:t xml:space="preserve"> — </w:t>
      </w:r>
      <w:r>
        <w:rPr>
          <w:shd w:fill="B7DDE8" w:val="clear"/>
        </w:rPr>
        <w:t xml:space="preserve">The mind of the flesh is death</w:t>
      </w:r>
      <w:r>
        <w:rPr>
          <w:b w:val="false"/>
          <w:i w:val="false"/>
          <w:color w:val="000000"/>
          <w:u w:val="none"/>
        </w:rPr>
        <w:t xml:space="preserve"> [1INF]</w:t>
      </w:r>
      <w:r>
        <w:rPr/>
        <w:t xml:space="preserve">, but </w:t>
      </w:r>
      <w:r>
        <w:rPr>
          <w:shd w:fill="B7DDE8" w:val="clear"/>
        </w:rPr>
        <w:t xml:space="preserve">the mind of the Spirit is life and peace</w:t>
      </w:r>
      <w:r>
        <w:rPr>
          <w:b w:val="false"/>
          <w:i w:val="false"/>
          <w:color w:val="000000"/>
          <w:u w:val="none"/>
        </w:rPr>
        <w:t xml:space="preserve"> [1ING]</w:t>
      </w:r>
      <w:r>
        <w:rPr/>
        <w:t xml:space="preserve">, because </w:t>
      </w:r>
      <w:r>
        <w:rPr>
          <w:shd w:fill="B7DDE8" w:val="clear"/>
        </w:rPr>
        <w:t xml:space="preserve">the mind of the flesh is hostile to God</w:t>
      </w:r>
      <w:r>
        <w:rPr>
          <w:b w:val="false"/>
          <w:i w:val="false"/>
          <w:color w:val="000000"/>
          <w:u w:val="none"/>
        </w:rPr>
        <w:t xml:space="preserve"> [1INH]</w:t>
      </w:r>
      <w:r>
        <w:rPr/>
        <w:t xml:space="preserve">: </w:t>
      </w:r>
      <w:r>
        <w:rPr>
          <w:shd w:fill="B7DDE8" w:val="clear"/>
        </w:rPr>
        <w:t xml:space="preserve">It does not submit to God’s law, nor can it do so</w:t>
      </w:r>
      <w:r>
        <w:rPr>
          <w:b w:val="false"/>
          <w:i w:val="false"/>
          <w:color w:val="000000"/>
          <w:u w:val="none"/>
        </w:rPr>
        <w:t xml:space="preserve"> [1INI]</w:t>
      </w:r>
      <w:r>
        <w:rPr/>
        <w:t xml:space="preserve">.</w:t>
      </w:r>
    </w:p>
    <w:p>
      <w:pPr>
        <w:pStyle w:val="Yellow"/>
        <w:rPr/>
      </w:pPr>
      <w:r>
        <w:rPr>
          <w:u w:val="none"/>
        </w:rPr>
        <w:t xml:space="preserve">(Ro7:5ᶜ “we lived according to the flesh” / 6 now “we serve in the new way of the Spirit” / 23 yet flesh “warring against the law of my mind”) </w:t>
      </w:r>
      <w:r>
        <w:rPr>
          <w:b/>
          <w:u w:val="none"/>
        </w:rPr>
        <w:t>Romans 8:9</w:t>
      </w:r>
      <w:r>
        <w:rPr>
          <w:u w:val="none"/>
        </w:rPr>
        <w:t xml:space="preserve"> — </w:t>
      </w:r>
      <w:r>
        <w:rPr>
          <w:u w:val="none"/>
          <w:shd w:fill="B7DDE8" w:val="clear"/>
        </w:rPr>
        <w:t>You, however, are controlled not by the flesh, but by the Spirit, if the Spirit of God lives in you</w:t>
      </w:r>
      <w:r>
        <w:rPr>
          <w:b w:val="false"/>
          <w:i w:val="false"/>
          <w:color w:val="000000"/>
          <w:u w:val="none"/>
        </w:rPr>
        <w:t xml:space="preserve"> [1BIW]</w:t>
      </w:r>
      <w:r>
        <w:rPr>
          <w:u w:val="none"/>
        </w:rPr>
        <w:t xml:space="preserve">. And </w:t>
      </w:r>
      <w:r>
        <w:rPr>
          <w:u w:val="none"/>
          <w:shd w:fill="B7DDE8" w:val="clear"/>
        </w:rPr>
        <w:t>if anyone does not have the Spirit of Christ, he does not belong to Christ</w:t>
      </w:r>
      <w:r>
        <w:rPr>
          <w:b w:val="false"/>
          <w:i w:val="false"/>
          <w:color w:val="000000"/>
          <w:u w:val="none"/>
        </w:rPr>
        <w:t xml:space="preserve"> [1BIX]</w:t>
      </w:r>
      <w:r>
        <w:rPr>
          <w:u w:val="none"/>
        </w:rPr>
        <w:t>.</w:t>
      </w:r>
    </w:p>
    <w:p>
      <w:pPr>
        <w:pStyle w:val="Yellow"/>
        <w:rPr/>
      </w:pPr>
      <w:r>
        <w:rPr>
          <w:b/>
          <w:u w:val="none"/>
        </w:rPr>
        <w:t>Romans 8:11</w:t>
      </w:r>
      <w:r>
        <w:rPr>
          <w:u w:val="none"/>
        </w:rPr>
        <w:t xml:space="preserve"> — And </w:t>
      </w:r>
      <w:r>
        <w:rPr>
          <w:u w:val="none"/>
          <w:shd w:val="clear" w:fill="B7DDE8"/>
        </w:rPr>
        <w:t>if the Spirit of Him who raised Jesus from the dead is living in you, He who raised Christ Jesus from the dead will also give life to your mortal bodies through His Spirit, who lives in you</w:t>
      </w:r>
      <w:r>
        <w:rPr>
          <w:b w:val="false"/>
          <w:i w:val="false"/>
          <w:color w:val="000000"/>
          <w:u w:val="none"/>
        </w:rPr>
        <w:t xml:space="preserve"> [1EVE]</w:t>
      </w:r>
      <w:r>
        <w:rPr>
          <w:u w:val="none"/>
        </w:rPr>
        <w:t>.</w:t>
      </w:r>
    </w:p>
    <w:p>
      <w:pPr>
        <w:pStyle w:val="Yellow"/>
        <w:rPr/>
      </w:pPr>
      <w:r>
        <w:rPr>
          <w:b/>
        </w:rPr>
        <w:t xml:space="preserve">Romans 8:13</w:t>
      </w:r>
      <w:r>
        <w:rPr/>
        <w:t xml:space="preserve"> — For </w:t>
      </w:r>
      <w:r>
        <w:rPr>
          <w:shd w:fill="B7DDE8" w:val="clear"/>
        </w:rPr>
        <w:t xml:space="preserve">if you live according to the flesh, you will die</w:t>
      </w:r>
      <w:r>
        <w:rPr>
          <w:b w:val="false"/>
          <w:i w:val="false"/>
          <w:color w:val="000000"/>
          <w:u w:val="none"/>
        </w:rPr>
        <w:t xml:space="preserve"> [1IZI]</w:t>
      </w:r>
      <w:r>
        <w:rPr/>
        <w:t xml:space="preserve">; but </w:t>
      </w:r>
      <w:r>
        <w:rPr>
          <w:shd w:fill="B7DDE8" w:val="clear"/>
        </w:rPr>
        <w:t xml:space="preserve">if by the Spirit you put to death the deeds of the body, you will live</w:t>
      </w:r>
      <w:r>
        <w:rPr>
          <w:b w:val="false"/>
          <w:i w:val="false"/>
          <w:color w:val="000000"/>
          <w:u w:val="none"/>
        </w:rPr>
        <w:t xml:space="preserve"> [1IZJ]</w:t>
      </w:r>
      <w:r>
        <w:rPr/>
        <w:t xml:space="preserve">.</w:t>
      </w:r>
    </w:p>
    <w:p>
      <w:pPr>
        <w:pStyle w:val="Yellow"/>
        <w:rPr/>
      </w:pPr>
      <w:r>
        <w:t xml:space="preserve">(Ro14:14 “nothing is unclean in itself”) </w:t>
      </w:r>
      <w:r>
        <w:rPr>
          <w:b/>
        </w:rPr>
        <w:t>Romans 14:17-18</w:t>
      </w:r>
      <w:r>
        <w:t xml:space="preserve"> — {For} </w:t>
      </w:r>
      <w:r>
        <w:rPr>
          <w:shd w:fill="B7DDE8" w:val="clear"/>
        </w:rPr>
        <w:t>the kingdom of God is not a matter of eating and drinking</w:t>
      </w:r>
      <w:r>
        <w:rPr>
          <w:b w:val="false"/>
          <w:i w:val="false"/>
          <w:color w:val="000000"/>
          <w:u w:val="none"/>
        </w:rPr>
        <w:t xml:space="preserve"> [1BLT]</w:t>
      </w:r>
      <w:r>
        <w:t xml:space="preserve">, </w:t>
      </w:r>
      <w:r>
        <w:rPr>
          <w:shd w:fill="B7DDE8" w:val="clear"/>
        </w:rPr>
        <w:t>but of righteousness, peace, and joy in the Holy Spirit</w:t>
      </w:r>
      <w:r>
        <w:rPr>
          <w:b w:val="false"/>
          <w:i w:val="false"/>
          <w:color w:val="000000"/>
          <w:u w:val="none"/>
        </w:rPr>
        <w:t xml:space="preserve"> [1BLU]</w:t>
      </w:r>
      <w:r>
        <w:t xml:space="preserve">. For </w:t>
      </w:r>
      <w:r>
        <w:rPr>
          <w:shd w:fill="B7DDE8" w:val="clear"/>
        </w:rPr>
        <w:t>whoever serves Christ in this way is pleasing to God</w:t>
      </w:r>
      <w:r>
        <w:rPr>
          <w:b w:val="false"/>
          <w:i w:val="false"/>
          <w:color w:val="000000"/>
          <w:u w:val="none"/>
        </w:rPr>
        <w:t xml:space="preserve"> [1BLV]</w:t>
      </w:r>
      <w:r>
        <w:t xml:space="preserve"> and </w:t>
      </w:r>
      <w:r>
        <w:rPr>
          <w:shd w:fill="B7DDE8" w:val="clear"/>
        </w:rPr>
        <w:t>approved by men</w:t>
      </w:r>
      <w:r>
        <w:rPr>
          <w:b w:val="false"/>
          <w:i w:val="false"/>
          <w:color w:val="000000"/>
          <w:u w:val="none"/>
        </w:rPr>
        <w:t xml:space="preserve"> [1BLW]</w:t>
      </w:r>
      <w:r>
        <w:t>.</w:t>
      </w:r>
    </w:p>
    <w:p>
      <w:pPr>
        <w:pStyle w:val="Yellow"/>
        <w:rPr/>
      </w:pPr>
      <w:r>
        <w:rPr>
          <w:b/>
        </w:rPr>
        <w:t xml:space="preserve">1 Corinthians 2:10</w:t>
      </w:r>
      <w:r>
        <w:rPr/>
        <w:t xml:space="preserve"> — </w:t>
      </w:r>
      <w:r>
        <w:rPr>
          <w:shd w:fill="B7DDE8" w:val="clear"/>
        </w:rPr>
        <w:t xml:space="preserve">The Spirit searches all things, even the deep things of God</w:t>
      </w:r>
      <w:r>
        <w:rPr>
          <w:b w:val="false"/>
          <w:i w:val="false"/>
          <w:color w:val="000000"/>
          <w:u w:val="none"/>
        </w:rPr>
        <w:t xml:space="preserve"> [1LNW]</w:t>
      </w:r>
      <w:r>
        <w:rPr/>
        <w:t xml:space="preserve">.</w:t>
      </w:r>
    </w:p>
    <w:p>
      <w:pPr>
        <w:pStyle w:val="Yellow"/>
        <w:rPr/>
      </w:pPr>
      <w:r>
        <w:rPr>
          <w:b/>
        </w:rPr>
        <w:t>1 Corinthians 2:12-13</w:t>
      </w:r>
      <w:r>
        <w:rPr/>
        <w:t xml:space="preserve"> — </w:t>
      </w:r>
      <w:r>
        <w:rPr>
          <w:shd w:fill="B7DDE8" w:val="clear"/>
        </w:rPr>
        <w:t xml:space="preserve">We have not received the </w:t>
      </w:r>
      <w:r>
        <w:rPr>
          <w:shd w:fill="B7DDE8" w:val="clear"/>
        </w:rPr>
        <w:t>spirit</w:t>
      </w:r>
      <w:r>
        <w:rPr>
          <w:shd w:fill="B7DDE8" w:val="clear"/>
        </w:rPr>
        <w:t xml:space="preserve"> of the world, but the </w:t>
      </w:r>
      <w:r>
        <w:rPr>
          <w:shd w:fill="B7DDE8" w:val="clear"/>
        </w:rPr>
        <w:t>Spirit</w:t>
      </w:r>
      <w:r>
        <w:rPr>
          <w:shd w:fill="B7DDE8" w:val="clear"/>
        </w:rPr>
        <w:t xml:space="preserve"> who is from God</w:t>
      </w:r>
      <w:r>
        <w:rPr>
          <w:b w:val="false"/>
          <w:i w:val="false"/>
          <w:color w:val="000000"/>
          <w:u w:val="none"/>
        </w:rPr>
        <w:t xml:space="preserve"> [1YN]</w:t>
      </w:r>
      <w:r>
        <w:rPr/>
        <w:t xml:space="preserve">, </w:t>
      </w:r>
      <w:r>
        <w:rPr>
          <w:shd w:fill="B7DDE8" w:val="clear"/>
        </w:rPr>
        <w:t xml:space="preserve">that we may </w:t>
      </w:r>
      <w:r>
        <w:rPr>
          <w:shd w:fill="B7DDE8" w:val="clear"/>
        </w:rPr>
        <w:t>understand</w:t>
      </w:r>
      <w:r>
        <w:rPr>
          <w:shd w:fill="B7DDE8" w:val="clear"/>
        </w:rPr>
        <w:t xml:space="preserve"> what God has freely given us</w:t>
      </w:r>
      <w:r>
        <w:rPr>
          <w:b w:val="false"/>
          <w:i w:val="false"/>
          <w:color w:val="000000"/>
          <w:u w:val="none"/>
        </w:rPr>
        <w:t xml:space="preserve"> [1YO]</w:t>
      </w:r>
      <w:r>
        <w:rPr/>
        <w:t xml:space="preserve">. And this is what </w:t>
      </w:r>
      <w:r>
        <w:rPr>
          <w:shd w:fill="B7DDE8" w:val="clear"/>
        </w:rPr>
        <w:t xml:space="preserve">we speak, not in words taught us by human </w:t>
      </w:r>
      <w:r>
        <w:rPr>
          <w:shd w:fill="B7DDE8" w:val="clear"/>
        </w:rPr>
        <w:t>wisdom</w:t>
      </w:r>
      <w:r>
        <w:rPr>
          <w:shd w:fill="B7DDE8" w:val="clear"/>
        </w:rPr>
        <w:t xml:space="preserve">, but in words taught by the </w:t>
      </w:r>
      <w:r>
        <w:rPr>
          <w:shd w:fill="B7DDE8" w:val="clear"/>
        </w:rPr>
        <w:t>Spirit</w:t>
      </w:r>
      <w:r>
        <w:rPr>
          <w:b w:val="false"/>
          <w:i w:val="false"/>
          <w:color w:val="000000"/>
          <w:u w:val="none"/>
        </w:rPr>
        <w:t xml:space="preserve"> [1YP]</w:t>
      </w:r>
      <w:r>
        <w:rPr/>
        <w:t xml:space="preserve">, </w:t>
      </w:r>
      <w:r>
        <w:rPr>
          <w:shd w:fill="B7DDE8" w:val="clear"/>
        </w:rPr>
        <w:t>expressing spiritual truths in spiritual words</w:t>
      </w:r>
      <w:r>
        <w:rPr>
          <w:b w:val="false"/>
          <w:i w:val="false"/>
          <w:color w:val="000000"/>
          <w:u w:val="none"/>
        </w:rPr>
        <w:t xml:space="preserve"> [1YQ]</w:t>
      </w:r>
      <w:r>
        <w:rPr/>
        <w:t>.</w:t>
      </w:r>
    </w:p>
    <w:p>
      <w:pPr>
        <w:pStyle w:val="Yellow"/>
        <w:rPr/>
      </w:pPr>
      <w:r>
        <w:rPr>
          <w:b/>
        </w:rPr>
        <w:t xml:space="preserve">1 Corinthians 7:7</w:t>
      </w:r>
      <w:r>
        <w:rPr/>
        <w:t xml:space="preserve"> — But </w:t>
      </w:r>
      <w:r>
        <w:rPr>
          <w:shd w:fill="B7DDE8" w:val="clear"/>
        </w:rPr>
        <w:t xml:space="preserve">each man has his own gift from God</w:t>
      </w:r>
      <w:r>
        <w:rPr>
          <w:b w:val="false"/>
          <w:i w:val="false"/>
          <w:color w:val="000000"/>
          <w:u w:val="none"/>
        </w:rPr>
        <w:t xml:space="preserve"> [1LTI]</w:t>
      </w:r>
      <w:r>
        <w:rPr/>
        <w:t xml:space="preserve">; </w:t>
      </w:r>
      <w:r>
        <w:rPr>
          <w:shd w:fill="B7DDE8" w:val="clear"/>
        </w:rPr>
        <w:t xml:space="preserve">one has this gift, another has that</w:t>
      </w:r>
      <w:r>
        <w:rPr>
          <w:b w:val="false"/>
          <w:i w:val="false"/>
          <w:color w:val="000000"/>
          <w:u w:val="none"/>
        </w:rPr>
        <w:t xml:space="preserve"> [1LTJ]</w:t>
      </w:r>
      <w:r>
        <w:rPr/>
        <w:t xml:space="preserve">.</w:t>
      </w:r>
    </w:p>
    <w:p>
      <w:pPr>
        <w:pStyle w:val="Yellow"/>
        <w:rPr/>
      </w:pPr>
      <w:r>
        <w:rPr>
          <w:b/>
          <w:shd w:val="clear" w:color="auto" w:fill="548235"/>
          <w:color w:val="FFFFFF"/>
        </w:rPr>
        <w:t>1 Corinthians 12:3</w:t>
      </w:r>
      <w:r>
        <w:rPr>
          <w:shd w:val="clear" w:color="auto" w:fill="548235"/>
          <w:color w:val="FFFFFF"/>
        </w:rPr>
        <w:t xml:space="preserve"> — </w:t>
      </w:r>
      <w:r>
        <w:rPr>
          <w:shd w:fill="548235" w:val="clear" w:color="auto"/>
          <w:color w:val="FFFFFF"/>
        </w:rPr>
        <w:t>no one who is speaking by the Spirit of God says, “Jesus be cursed,”</w:t>
      </w:r>
      <w:r>
        <w:rPr>
          <w:b w:val="false"/>
          <w:i w:val="false"/>
          <w:color w:val="FFFFFF"/>
          <w:u w:val="none"/>
          <w:shd w:val="clear" w:color="auto" w:fill="548235"/>
        </w:rPr>
        <w:t xml:space="preserve"> [1BJS]</w:t>
      </w:r>
      <w:r>
        <w:rPr>
          <w:shd w:val="clear" w:color="auto" w:fill="548235"/>
          <w:color w:val="FFFFFF"/>
        </w:rPr>
        <w:t xml:space="preserve"> and </w:t>
      </w:r>
      <w:r>
        <w:rPr>
          <w:shd w:fill="548235" w:val="clear" w:color="auto"/>
          <w:color w:val="FFFFFF"/>
        </w:rPr>
        <w:t>no one can say, “Jesus is Lord</w:t>
      </w:r>
      <w:r>
        <w:rPr>
          <w:b w:val="false"/>
          <w:i w:val="false"/>
          <w:color w:val="FFFFFF"/>
          <w:u w:val="none"/>
          <w:shd w:val="clear" w:color="auto" w:fill="548235"/>
        </w:rPr>
        <w:t xml:space="preserve"> [1BJT]</w:t>
      </w:r>
      <w:r>
        <w:rPr>
          <w:shd w:fill="548235" w:val="clear" w:color="auto"/>
          <w:color w:val="FFFFFF"/>
        </w:rPr>
        <w:t>,” except by the Holy Spirit</w:t>
      </w:r>
      <w:r>
        <w:rPr>
          <w:b w:val="false"/>
          <w:i w:val="false"/>
          <w:color w:val="FFFFFF"/>
          <w:u w:val="none"/>
          <w:shd w:val="clear" w:color="auto" w:fill="548235"/>
        </w:rPr>
        <w:t xml:space="preserve"> [1BJU]</w:t>
      </w:r>
      <w:r>
        <w:rPr>
          <w:shd w:val="clear" w:color="auto" w:fill="548235"/>
          <w:color w:val="FFFFFF"/>
        </w:rPr>
        <w:t>.</w:t>
      </w:r>
    </w:p>
    <w:p>
      <w:pPr>
        <w:pStyle w:val="Yellow"/>
        <w:rPr/>
      </w:pPr>
      <w:r>
        <w:rPr/>
        <w:t xml:space="preserve">(1Co12:1-4 “spiritual gifts” and “ministries”) </w:t>
      </w:r>
      <w:r>
        <w:rPr>
          <w:b/>
        </w:rPr>
        <w:t xml:space="preserve">1 Corinthians 12:6</w:t>
      </w:r>
      <w:r>
        <w:rPr/>
        <w:t xml:space="preserve"> — </w:t>
      </w:r>
      <w:r>
        <w:rPr>
          <w:shd w:fill="B7DDE8" w:val="clear"/>
        </w:rPr>
        <w:t xml:space="preserve">There are different ways of {working}</w:t>
      </w:r>
      <w:r>
        <w:rPr>
          <w:b w:val="false"/>
          <w:i w:val="false"/>
          <w:color w:val="000000"/>
          <w:u w:val="none"/>
        </w:rPr>
        <w:t xml:space="preserve"> [1LTY]</w:t>
      </w:r>
      <w:r>
        <w:rPr/>
        <w:t xml:space="preserve">, but </w:t>
      </w:r>
      <w:r>
        <w:rPr>
          <w:shd w:fill="B7DDE8" w:val="clear"/>
        </w:rPr>
        <w:t xml:space="preserve">the same God works all things in all people</w:t>
      </w:r>
      <w:r>
        <w:rPr>
          <w:b w:val="false"/>
          <w:i w:val="false"/>
          <w:color w:val="000000"/>
          <w:u w:val="none"/>
        </w:rPr>
        <w:t xml:space="preserve"> [1LTZ]</w:t>
      </w:r>
      <w:r>
        <w:rPr/>
        <w:t xml:space="preserve">.</w:t>
      </w:r>
    </w:p>
    <w:p>
      <w:pPr>
        <w:pStyle w:val="Yellow"/>
        <w:rPr/>
      </w:pPr>
      <w:r>
        <w:rPr>
          <w:b/>
        </w:rPr>
        <w:t xml:space="preserve">1 Corinthians 12:7-11</w:t>
      </w:r>
      <w:r>
        <w:rPr/>
        <w:t xml:space="preserve"> — Now </w:t>
      </w:r>
      <w:r>
        <w:rPr>
          <w:shd w:fill="B7DDE8" w:val="clear"/>
        </w:rPr>
        <w:t xml:space="preserve">to each one the manifestation of the Spirit is given for the common good</w:t>
      </w:r>
      <w:r>
        <w:rPr>
          <w:b w:val="false"/>
          <w:i w:val="false"/>
          <w:color w:val="000000"/>
          <w:u w:val="none"/>
        </w:rPr>
        <w:t xml:space="preserve"> [1HKU]</w:t>
      </w:r>
      <w:r>
        <w:rPr/>
        <w:t xml:space="preserve">.  </w:t>
      </w:r>
      <w:r>
        <w:rPr>
          <w:shd w:fill="B7DDE8" w:val="clear"/>
        </w:rPr>
        <w:t xml:space="preserve">To one there is given through the Spirit the message of wisdom, to another the message of knowledge by the same Spirit, to another faith by the same Spirit, to another gifts of healing by that one Spirit, to another the working of miracles, to another prophecy, to another distinguishing between spirits, to another speaking in various tongues, and to still another the interpretation of tongues</w:t>
      </w:r>
      <w:r>
        <w:rPr>
          <w:b w:val="false"/>
          <w:i w:val="false"/>
          <w:color w:val="000000"/>
          <w:u w:val="none"/>
        </w:rPr>
        <w:t xml:space="preserve"> [1HKV]</w:t>
      </w:r>
      <w:r>
        <w:rPr/>
        <w:t xml:space="preserve">. </w:t>
      </w:r>
      <w:r>
        <w:rPr>
          <w:shd w:fill="B7DDE8" w:val="clear"/>
        </w:rPr>
        <w:t xml:space="preserve">All these are the work of one and the same Spirit</w:t>
      </w:r>
      <w:r>
        <w:rPr>
          <w:b w:val="false"/>
          <w:i w:val="false"/>
          <w:color w:val="000000"/>
          <w:u w:val="none"/>
        </w:rPr>
        <w:t xml:space="preserve"> [1HKW]</w:t>
      </w:r>
      <w:r>
        <w:rPr/>
        <w:t xml:space="preserve">, </w:t>
      </w:r>
      <w:r>
        <w:rPr>
          <w:shd w:fill="B7DDE8" w:val="clear"/>
        </w:rPr>
        <w:t xml:space="preserve">who apportions them to each one as He determines</w:t>
      </w:r>
      <w:r>
        <w:rPr>
          <w:b w:val="false"/>
          <w:i w:val="false"/>
          <w:color w:val="000000"/>
          <w:u w:val="none"/>
        </w:rPr>
        <w:t xml:space="preserve"> [1HKX]</w:t>
      </w:r>
      <w:r>
        <w:rPr/>
        <w:t xml:space="preserve">.</w:t>
      </w:r>
    </w:p>
    <w:p>
      <w:pPr>
        <w:pStyle w:val="Yellow"/>
        <w:rPr/>
      </w:pPr>
      <w:r>
        <w:rPr>
          <w:b/>
        </w:rPr>
        <w:t xml:space="preserve">1 Corinthians 14:2</w:t>
      </w:r>
      <w:r>
        <w:rPr/>
        <w:t xml:space="preserve"> — For </w:t>
      </w:r>
      <w:r>
        <w:rPr>
          <w:shd w:fill="B7DDE8" w:val="clear"/>
        </w:rPr>
        <w:t xml:space="preserve">he who speaks in a tongue does not speak to men, but to God</w:t>
      </w:r>
      <w:r>
        <w:rPr>
          <w:b w:val="false"/>
          <w:i w:val="false"/>
          <w:color w:val="000000"/>
          <w:u w:val="none"/>
        </w:rPr>
        <w:t xml:space="preserve"> [1HKK]</w:t>
      </w:r>
      <w:r>
        <w:rPr/>
        <w:t xml:space="preserve">. Indeed, </w:t>
      </w:r>
      <w:r>
        <w:rPr>
          <w:shd w:fill="B7DDE8" w:val="clear"/>
        </w:rPr>
        <w:t xml:space="preserve">no one understands him</w:t>
      </w:r>
      <w:r>
        <w:rPr>
          <w:b w:val="false"/>
          <w:i w:val="false"/>
          <w:color w:val="000000"/>
          <w:u w:val="none"/>
        </w:rPr>
        <w:t xml:space="preserve"> [1HKL]</w:t>
      </w:r>
      <w:r>
        <w:rPr/>
        <w:t xml:space="preserve">; </w:t>
      </w:r>
      <w:r>
        <w:rPr>
          <w:shd w:fill="B7DDE8" w:val="clear"/>
        </w:rPr>
        <w:t xml:space="preserve">he utters mysteries in the Spirit</w:t>
      </w:r>
      <w:r>
        <w:rPr>
          <w:b w:val="false"/>
          <w:i w:val="false"/>
          <w:color w:val="000000"/>
          <w:u w:val="none"/>
        </w:rPr>
        <w:t xml:space="preserve"> [1HKM]</w:t>
      </w:r>
      <w:r>
        <w:rPr/>
        <w:t xml:space="preserve">.</w:t>
      </w:r>
    </w:p>
    <w:p>
      <w:pPr>
        <w:pStyle w:val="Yellow"/>
        <w:rPr/>
      </w:pPr>
      <w:r>
        <w:rPr>
          <w:b/>
        </w:rPr>
        <w:t xml:space="preserve">1 Corinthians 14:4</w:t>
      </w:r>
      <w:r>
        <w:rPr/>
        <w:t xml:space="preserve"> — </w:t>
      </w:r>
      <w:r>
        <w:rPr>
          <w:shd w:fill="B7DDE8" w:val="clear"/>
        </w:rPr>
        <w:t xml:space="preserve">The one who speaks in a tongue edifies himself</w:t>
      </w:r>
      <w:r>
        <w:rPr>
          <w:b w:val="false"/>
          <w:i w:val="false"/>
          <w:color w:val="000000"/>
          <w:u w:val="none"/>
        </w:rPr>
        <w:t xml:space="preserve"> [1GIO]</w:t>
      </w:r>
      <w:r>
        <w:rPr>
          <w:color w:val="auto"/>
        </w:rPr>
        <w:t xml:space="preserve">, but </w:t>
      </w:r>
      <w:r>
        <w:rPr>
          <w:color w:val="auto"/>
        </w:rPr>
        <w:t xml:space="preserve">the one who prophesies edifies the church</w:t>
      </w:r>
      <w:r>
        <w:rPr>
          <w:b w:val="false"/>
          <w:i w:val="false"/>
          <w:color w:val="FFFFFF"/>
          <w:u w:val="none"/>
          <w:shd w:val="clear" w:color="auto" w:fill="548235"/>
        </w:rPr>
        <w:t xml:space="preserve"> [1GIP]</w:t>
      </w:r>
      <w:r>
        <w:rPr>
          <w:shd w:val="clear" w:color="auto" w:fill="548235"/>
          <w:color w:val="FFFFFF"/>
        </w:rPr>
        <w:t xml:space="preserve">.</w:t>
      </w:r>
    </w:p>
    <w:p>
      <w:pPr>
        <w:pStyle w:val="Yellow"/>
        <w:rPr/>
      </w:pPr>
      <w:r>
        <w:rPr>
          <w:b/>
        </w:rPr>
        <w:t xml:space="preserve">1 Corinthians 14:24–25</w:t>
      </w:r>
      <w:r>
        <w:rPr/>
        <w:t xml:space="preserve"> — But </w:t>
      </w:r>
      <w:r>
        <w:rPr>
          <w:shd w:fill="B7DDE8" w:val="clear"/>
        </w:rPr>
        <w:t xml:space="preserve">if an unbeliever or uninstructed person comes in while everyone is prophesying</w:t>
      </w:r>
      <w:r>
        <w:rPr>
          <w:b w:val="false"/>
          <w:i w:val="false"/>
          <w:color w:val="000000"/>
          <w:u w:val="none"/>
        </w:rPr>
        <w:t xml:space="preserve"> [1FYA]</w:t>
      </w:r>
      <w:r>
        <w:rPr/>
        <w:t xml:space="preserve">, </w:t>
      </w:r>
      <w:r>
        <w:rPr>
          <w:shd w:fill="B7DDE8" w:val="clear"/>
        </w:rPr>
        <w:t xml:space="preserve">he will be convicted and called to account by all</w:t>
      </w:r>
      <w:r>
        <w:rPr>
          <w:b w:val="false"/>
          <w:i w:val="false"/>
          <w:color w:val="000000"/>
          <w:u w:val="none"/>
        </w:rPr>
        <w:t xml:space="preserve"> [1FYB]</w:t>
      </w:r>
      <w:r>
        <w:rPr/>
        <w:t xml:space="preserve">, and </w:t>
      </w:r>
      <w:r>
        <w:rPr>
          <w:shd w:fill="B7DDE8" w:val="clear"/>
        </w:rPr>
        <w:t xml:space="preserve">the secrets of his heart will be made known</w:t>
      </w:r>
      <w:r>
        <w:rPr>
          <w:b w:val="false"/>
          <w:i w:val="false"/>
          <w:color w:val="000000"/>
          <w:u w:val="none"/>
        </w:rPr>
        <w:t xml:space="preserve"> [1FYC]</w:t>
      </w:r>
      <w:r>
        <w:rPr/>
        <w:t xml:space="preserve">. So </w:t>
      </w:r>
      <w:r>
        <w:rPr>
          <w:shd w:fill="B7DDE8" w:val="clear"/>
        </w:rPr>
        <w:t xml:space="preserve">he will fall facedown and worship God</w:t>
      </w:r>
      <w:r>
        <w:rPr>
          <w:b w:val="false"/>
          <w:i w:val="false"/>
          <w:color w:val="000000"/>
          <w:u w:val="none"/>
        </w:rPr>
        <w:t xml:space="preserve"> [1FYD]</w:t>
      </w:r>
      <w:r>
        <w:rPr/>
        <w:t xml:space="preserve">, proclaiming, “</w:t>
      </w:r>
      <w:r>
        <w:rPr>
          <w:shd w:fill="B7DDE8" w:val="clear"/>
        </w:rPr>
        <w:t xml:space="preserve">God is truly among you</w:t>
      </w:r>
      <w:r>
        <w:rPr>
          <w:b w:val="false"/>
          <w:i w:val="false"/>
          <w:u w:val="none"/>
          <w:color w:val="000000"/>
        </w:rPr>
        <w:t xml:space="preserve"> [2BTL]</w:t>
      </w:r>
      <w:r>
        <w:rPr/>
        <w:t xml:space="preserve">!”</w:t>
      </w:r>
    </w:p>
    <w:p>
      <w:pPr>
        <w:pStyle w:val="Yellow"/>
        <w:rPr/>
      </w:pPr>
      <w:r>
        <w:rPr>
          <w:b/>
        </w:rPr>
        <w:t>Galatians 3:2-3</w:t>
      </w:r>
      <w:r>
        <w:t xml:space="preserve"> — </w:t>
      </w:r>
      <w:r>
        <w:rPr>
          <w:shd w:fill="B7DDE8" w:val="clear"/>
        </w:rPr>
        <w:t>Did you receive the Spirit by works of the law, or by hearing with faith</w:t>
      </w:r>
      <w:r>
        <w:rPr>
          <w:b w:val="false"/>
          <w:i w:val="false"/>
          <w:color w:val="000000"/>
          <w:u w:val="none"/>
        </w:rPr>
        <w:t xml:space="preserve"> [1BID]</w:t>
      </w:r>
      <w:r>
        <w:t xml:space="preserve">? </w:t>
      </w:r>
      <w:r>
        <w:rPr>
          <w:shd w:fill="B7DDE8" w:val="clear"/>
        </w:rPr>
        <w:t>Are you so foolish? After starting in the Spirit, are you now finishing in the flesh</w:t>
      </w:r>
      <w:r>
        <w:rPr>
          <w:b w:val="false"/>
          <w:i w:val="false"/>
          <w:color w:val="000000"/>
          <w:u w:val="none"/>
        </w:rPr>
        <w:t xml:space="preserve"> [1BIE]</w:t>
      </w:r>
      <w:r>
        <w:t>?</w:t>
      </w:r>
    </w:p>
    <w:p>
      <w:pPr>
        <w:pStyle w:val="Yellow"/>
        <w:rPr/>
        <w:pBdr>
          <w:left w:val="single" w:sz="28" w:space="5" w:color="C00000"/>
        </w:pBdr>
      </w:pPr>
      <w:r>
        <w:rPr>
          <w:b/>
        </w:rPr>
        <w:t>Galatians 3:5</w:t>
      </w:r>
      <w:r>
        <w:rPr/>
        <w:t xml:space="preserve"> — </w:t>
      </w:r>
      <w:r>
        <w:rPr>
          <w:shd w:val="clear" w:fill="B7DDE8"/>
        </w:rPr>
        <w:t>Does God lavish His Spirit on you</w:t>
      </w:r>
      <w:r>
        <w:rPr>
          <w:b w:val="false"/>
          <w:i w:val="false"/>
          <w:color w:val="000000"/>
          <w:u w:val="none"/>
        </w:rPr>
        <w:t xml:space="preserve"> [1CYJ]</w:t>
      </w:r>
      <w:r>
        <w:rPr/>
        <w:t xml:space="preserve"> and </w:t>
      </w:r>
      <w:r>
        <w:rPr>
          <w:shd w:val="clear" w:fill="B7DDE8"/>
        </w:rPr>
        <w:t>work miracles among you</w:t>
      </w:r>
      <w:r>
        <w:rPr>
          <w:b w:val="false"/>
          <w:i w:val="false"/>
          <w:color w:val="000000"/>
          <w:u w:val="none"/>
        </w:rPr>
        <w:t xml:space="preserve"> [1CYK]</w:t>
      </w:r>
      <w:r>
        <w:rPr/>
        <w:t xml:space="preserve"> </w:t>
      </w:r>
      <w:r>
        <w:rPr>
          <w:shd w:val="clear" w:fill="B7DDE8"/>
        </w:rPr>
        <w:t>because you practice the law, or because you hear and believe</w:t>
      </w:r>
      <w:r>
        <w:rPr>
          <w:b w:val="false"/>
          <w:i w:val="false"/>
          <w:u w:val="none"/>
          <w:color w:val="000000"/>
        </w:rPr>
        <w:t xml:space="preserve"> [1CYL]</w:t>
      </w:r>
      <w:r>
        <w:rPr/>
        <w:t>?</w:t>
      </w:r>
    </w:p>
    <w:p>
      <w:pPr>
        <w:pStyle w:val="Yellow"/>
        <w:rPr/>
      </w:pPr>
      <w:r>
        <w:rPr>
          <w:b/>
        </w:rPr>
        <w:t>Galatians 5:16</w:t>
      </w:r>
      <w:r>
        <w:t xml:space="preserve"> — So I say, </w:t>
      </w:r>
      <w:r>
        <w:rPr>
          <w:shd w:fill="B7DDE8" w:val="clear"/>
        </w:rPr>
        <w:t>walk by the Spirit</w:t>
      </w:r>
      <w:r>
        <w:rPr>
          <w:b w:val="false"/>
          <w:i w:val="false"/>
          <w:color w:val="000000"/>
          <w:u w:val="none"/>
        </w:rPr>
        <w:t xml:space="preserve"> [1BIO]</w:t>
      </w:r>
      <w:r>
        <w:rPr>
          <w:shd w:fill="B7DDE8" w:val="clear"/>
        </w:rPr>
        <w:t>, and you will not gratify the desires of the flesh</w:t>
      </w:r>
      <w:r>
        <w:rPr>
          <w:b w:val="false"/>
          <w:i w:val="false"/>
          <w:color w:val="000000"/>
          <w:u w:val="none"/>
        </w:rPr>
        <w:t xml:space="preserve"> [1BIP]</w:t>
      </w:r>
      <w:r>
        <w:t>.</w:t>
      </w:r>
    </w:p>
    <w:p>
      <w:pPr>
        <w:pStyle w:val="Yellow"/>
        <w:rPr/>
      </w:pPr>
      <w:r>
        <w:rPr>
          <w:b/>
        </w:rPr>
        <w:t>Galatians 5:17</w:t>
      </w:r>
      <w:r>
        <w:t xml:space="preserve"> — For </w:t>
      </w:r>
      <w:r>
        <w:rPr>
          <w:shd w:fill="B7DDE8" w:val="clear"/>
        </w:rPr>
        <w:t>the flesh craves what is contrary to the Spirit</w:t>
      </w:r>
      <w:r>
        <w:rPr>
          <w:b w:val="false"/>
          <w:i w:val="false"/>
          <w:color w:val="000000"/>
          <w:u w:val="none"/>
        </w:rPr>
        <w:t xml:space="preserve"> [1BIK]</w:t>
      </w:r>
      <w:r>
        <w:t xml:space="preserve">, and </w:t>
      </w:r>
      <w:r>
        <w:rPr>
          <w:shd w:fill="B7DDE8" w:val="clear"/>
        </w:rPr>
        <w:t>the Spirit what is contrary to the flesh</w:t>
      </w:r>
      <w:r>
        <w:rPr>
          <w:b w:val="false"/>
          <w:i w:val="false"/>
          <w:color w:val="000000"/>
          <w:u w:val="none"/>
        </w:rPr>
        <w:t xml:space="preserve"> [1BIL]</w:t>
      </w:r>
      <w:r>
        <w:t xml:space="preserve">. </w:t>
      </w:r>
      <w:r>
        <w:rPr>
          <w:shd w:fill="B7DDE8" w:val="clear"/>
        </w:rPr>
        <w:t>They are opposed to each other</w:t>
      </w:r>
      <w:r>
        <w:rPr>
          <w:b w:val="false"/>
          <w:i w:val="false"/>
          <w:color w:val="000000"/>
          <w:u w:val="none"/>
        </w:rPr>
        <w:t xml:space="preserve"> [1BIM]</w:t>
      </w:r>
      <w:r>
        <w:t xml:space="preserve">, </w:t>
      </w:r>
      <w:r>
        <w:rPr>
          <w:shd w:fill="B7DDE8" w:val="clear"/>
        </w:rPr>
        <w:t>so that you do not do what you want</w:t>
      </w:r>
      <w:r>
        <w:rPr>
          <w:b w:val="false"/>
          <w:i w:val="false"/>
          <w:color w:val="000000"/>
          <w:u w:val="none"/>
        </w:rPr>
        <w:t xml:space="preserve"> [1BIN]</w:t>
      </w:r>
      <w:r>
        <w:t>.</w:t>
      </w:r>
    </w:p>
    <w:p>
      <w:pPr>
        <w:pStyle w:val="Yellow"/>
        <w:rPr/>
      </w:pPr>
      <w:r>
        <w:rPr>
          <w:b/>
        </w:rPr>
        <w:t>Galatians 5:18</w:t>
      </w:r>
      <w:r>
        <w:rPr/>
        <w:t xml:space="preserve"> — But </w:t>
      </w:r>
      <w:r>
        <w:rPr>
          <w:shd w:val="clear" w:fill="B7DDE8"/>
        </w:rPr>
        <w:t>if you are led by the Spirit, you are not under the law</w:t>
      </w:r>
      <w:r>
        <w:rPr>
          <w:b w:val="false"/>
          <w:i w:val="false"/>
          <w:color w:val="000000"/>
          <w:u w:val="none"/>
        </w:rPr>
        <w:t xml:space="preserve"> [1DLM]</w:t>
      </w:r>
      <w:r>
        <w:rPr/>
        <w:t>.</w:t>
      </w:r>
    </w:p>
    <w:p>
      <w:pPr>
        <w:pStyle w:val="Yellow"/>
        <w:rPr/>
      </w:pPr>
      <w:r>
        <w:rPr>
          <w:shd w:val="clear" w:color="auto" w:fill="548235"/>
          <w:color w:val="FFFFFF"/>
        </w:rPr>
        <w:t xml:space="preserve">(Ga5:19 “acts of the flesh”) </w:t>
      </w:r>
      <w:r>
        <w:rPr>
          <w:b/>
          <w:shd w:val="clear" w:color="auto" w:fill="548235"/>
          <w:color w:val="FFFFFF"/>
        </w:rPr>
        <w:t>Galatians 5:22–23</w:t>
      </w:r>
      <w:r>
        <w:rPr>
          <w:shd w:val="clear" w:color="auto" w:fill="548235"/>
          <w:color w:val="FFFFFF"/>
        </w:rPr>
        <w:t xml:space="preserve"> — {But} </w:t>
      </w:r>
      <w:r>
        <w:rPr>
          <w:shd w:fill="548235" w:val="clear" w:color="auto"/>
          <w:color w:val="FFFFFF"/>
        </w:rPr>
        <w:t>the fruit of the Spirit is love, joy, peace, patience, kindness, goodness, faithfulness, gentleness, and self-control</w:t>
      </w:r>
      <w:r>
        <w:rPr>
          <w:b w:val="false"/>
          <w:i w:val="false"/>
          <w:color w:val="FFFFFF"/>
          <w:u w:val="none"/>
          <w:shd w:val="clear" w:color="auto" w:fill="548235"/>
        </w:rPr>
        <w:t xml:space="preserve"> [1BME]</w:t>
      </w:r>
      <w:r>
        <w:rPr>
          <w:shd w:val="clear" w:color="auto" w:fill="548235"/>
          <w:color w:val="FFFFFF"/>
        </w:rPr>
        <w:t xml:space="preserve">. </w:t>
      </w:r>
      <w:r>
        <w:rPr>
          <w:shd w:fill="548235" w:val="clear" w:color="auto"/>
          <w:color w:val="FFFFFF"/>
        </w:rPr>
        <w:t>Against such things there is no law</w:t>
      </w:r>
      <w:r>
        <w:rPr>
          <w:b w:val="false"/>
          <w:i w:val="false"/>
          <w:color w:val="FFFFFF"/>
          <w:u w:val="none"/>
          <w:shd w:val="clear" w:color="auto" w:fill="548235"/>
        </w:rPr>
        <w:t xml:space="preserve"> [1BMF]</w:t>
      </w:r>
      <w:r>
        <w:rPr>
          <w:shd w:val="clear" w:color="auto" w:fill="548235"/>
          <w:color w:val="FFFFFF"/>
        </w:rPr>
        <w:t>.</w:t>
      </w:r>
    </w:p>
    <w:p>
      <w:pPr>
        <w:pStyle w:val="Yellow"/>
        <w:rPr/>
        <w:pBdr>
          <w:left w:val="single" w:sz="28" w:space="5" w:color="C00000"/>
        </w:pBdr>
      </w:pPr>
      <w:r>
        <w:rPr>
          <w:b/>
        </w:rPr>
        <w:t>1 Thessalonians 1:4-5</w:t>
      </w:r>
      <w:r>
        <w:t xml:space="preserve"> —  </w:t>
      </w:r>
      <w:r>
        <w:rPr>
          <w:shd w:fill="B7DDE8" w:val="clear"/>
        </w:rPr>
        <w:t>Brothers who are beloved by God</w:t>
      </w:r>
      <w:r>
        <w:rPr>
          <w:b w:val="false"/>
          <w:i w:val="false"/>
          <w:u w:val="none"/>
          <w:color w:val="000000"/>
        </w:rPr>
        <w:t xml:space="preserve"> [3BEV]</w:t>
      </w:r>
      <w:r>
        <w:t xml:space="preserve">, </w:t>
      </w:r>
      <w:r>
        <w:rPr>
          <w:shd w:fill="B7DDE8" w:val="clear"/>
        </w:rPr>
        <w:t>we know that He has chosen you</w:t>
      </w:r>
      <w:r>
        <w:rPr>
          <w:b w:val="false"/>
          <w:i w:val="false"/>
          <w:color w:val="000000"/>
          <w:u w:val="none"/>
        </w:rPr>
        <w:t xml:space="preserve"> [1BKS]</w:t>
      </w:r>
      <w:r>
        <w:t xml:space="preserve">, because </w:t>
      </w:r>
      <w:r>
        <w:rPr>
          <w:shd w:fill="B7DDE8" w:val="clear"/>
        </w:rPr>
        <w:t>our gospel came to you not only in word, but also in power, in the Holy Spirit, and with great conviction</w:t>
      </w:r>
      <w:r>
        <w:rPr>
          <w:b w:val="false"/>
          <w:i w:val="false"/>
          <w:color w:val="000000"/>
          <w:u w:val="none"/>
        </w:rPr>
        <w:t xml:space="preserve"> [1BKT]</w:t>
      </w:r>
      <w:r>
        <w:t xml:space="preserve">—just as you know </w:t>
      </w:r>
      <w:r>
        <w:rPr>
          <w:shd w:fill="B7DDE8" w:val="clear"/>
        </w:rPr>
        <w:t>we lived among you for your sake</w:t>
      </w:r>
      <w:r>
        <w:rPr>
          <w:b w:val="false"/>
          <w:i w:val="false"/>
          <w:u w:val="none"/>
          <w:color w:val="000000"/>
        </w:rPr>
        <w:t xml:space="preserve"> [1BKU]</w:t>
      </w:r>
      <w:r>
        <w:t>.</w:t>
      </w:r>
    </w:p>
    <w:p>
      <w:pPr>
        <w:pStyle w:val="Yellow"/>
        <w:rPr/>
      </w:pPr>
      <w:r>
        <w:rPr>
          <w:b/>
        </w:rPr>
        <w:t>1 Timothy 4:14</w:t>
      </w:r>
      <w:r>
        <w:rPr/>
        <w:t xml:space="preserve"> — </w:t>
      </w:r>
      <w:r>
        <w:rPr>
          <w:shd w:fill="B7DDE8" w:val="clear"/>
        </w:rPr>
        <w:t>Do not neglect the gift that is in you</w:t>
      </w:r>
      <w:r>
        <w:rPr>
          <w:b w:val="false"/>
          <w:i w:val="false"/>
          <w:color w:val="000000"/>
          <w:u w:val="none"/>
        </w:rPr>
        <w:t xml:space="preserve"> [1XK]</w:t>
      </w:r>
      <w:r>
        <w:rPr/>
        <w:t xml:space="preserve">, </w:t>
      </w:r>
      <w:r>
        <w:rPr>
          <w:shd w:fill="B7DDE8" w:val="clear"/>
        </w:rPr>
        <w:t>which was given you through the prophecy spoken over you at the laying on of the hands of the elders</w:t>
      </w:r>
      <w:r>
        <w:rPr>
          <w:b w:val="false"/>
          <w:i w:val="false"/>
          <w:color w:val="000000"/>
          <w:u w:val="none"/>
        </w:rPr>
        <w:t xml:space="preserve"> [1XL]</w:t>
      </w:r>
      <w:r>
        <w:rPr/>
        <w:t>.</w:t>
      </w:r>
    </w:p>
    <w:p>
      <w:pPr>
        <w:pStyle w:val="Yellow"/>
        <w:rPr/>
      </w:pPr>
      <w:r>
        <w:rPr>
          <w:b/>
          <w:u w:val="none"/>
        </w:rPr>
        <w:t>1 Peter 1:23-25</w:t>
      </w:r>
      <w:r>
        <w:rPr>
          <w:u w:val="none"/>
        </w:rPr>
        <w:t xml:space="preserve"> — For </w:t>
      </w:r>
      <w:r>
        <w:rPr>
          <w:u w:val="none"/>
          <w:shd w:fill="B7DDE8" w:val="clear"/>
        </w:rPr>
        <w:t>you have been born again, not of perishable seed, but of imperishable, through the living and enduring word of God</w:t>
      </w:r>
      <w:r>
        <w:rPr>
          <w:b w:val="false"/>
          <w:i w:val="false"/>
          <w:u w:val="none"/>
          <w:color w:val="000000"/>
        </w:rPr>
        <w:t xml:space="preserve"> [1BHR]</w:t>
      </w:r>
      <w:r>
        <w:rPr>
          <w:u w:val="none"/>
        </w:rPr>
        <w:t>. For, “</w:t>
      </w:r>
      <w:r>
        <w:rPr>
          <w:u w:val="none"/>
          <w:shd w:fill="B7DDE8" w:val="clear"/>
        </w:rPr>
        <w:t>All flesh is like grass,</w:t>
        <w:tab/>
        <w:t xml:space="preserve"> and all its glory like the flowers of the field</w:t>
      </w:r>
      <w:r>
        <w:rPr>
          <w:b w:val="false"/>
          <w:i w:val="false"/>
          <w:u w:val="none"/>
          <w:color w:val="000000"/>
        </w:rPr>
        <w:t xml:space="preserve"> [1BHS]</w:t>
      </w:r>
      <w:r>
        <w:rPr>
          <w:u w:val="none"/>
        </w:rPr>
        <w:t xml:space="preserve">; </w:t>
      </w:r>
      <w:r>
        <w:rPr>
          <w:u w:val="none"/>
          <w:shd w:fill="B7DDE8" w:val="clear"/>
        </w:rPr>
        <w:t>the grass withers and the flowers fall</w:t>
      </w:r>
      <w:r>
        <w:rPr>
          <w:b w:val="false"/>
          <w:i w:val="false"/>
          <w:u w:val="none"/>
          <w:color w:val="000000"/>
        </w:rPr>
        <w:t xml:space="preserve"> [2BHT]</w:t>
      </w:r>
      <w:r>
        <w:rPr>
          <w:u w:val="none"/>
        </w:rPr>
        <w:t xml:space="preserve">, but </w:t>
      </w:r>
      <w:r>
        <w:rPr>
          <w:u w:val="none"/>
          <w:shd w:fill="B7DDE8" w:val="clear"/>
        </w:rPr>
        <w:t>the word of the Lord stands forever</w:t>
      </w:r>
      <w:r>
        <w:rPr>
          <w:b w:val="false"/>
          <w:i w:val="false"/>
          <w:color w:val="000000"/>
          <w:u w:val="none"/>
        </w:rPr>
        <w:t xml:space="preserve"> [3TA]</w:t>
      </w:r>
      <w:r>
        <w:rPr>
          <w:u w:val="none"/>
        </w:rPr>
        <w:t xml:space="preserve">.” And </w:t>
      </w:r>
      <w:r>
        <w:rPr>
          <w:u w:val="none"/>
          <w:shd w:fill="B7DDE8" w:val="clear"/>
        </w:rPr>
        <w:t>this is the word that was proclaimed to you</w:t>
      </w:r>
      <w:r>
        <w:rPr>
          <w:b w:val="false"/>
          <w:i w:val="false"/>
          <w:color w:val="000000"/>
          <w:u w:val="none"/>
        </w:rPr>
        <w:t xml:space="preserve"> [1BHU]</w:t>
      </w:r>
      <w:r>
        <w:rPr>
          <w:u w:val="none"/>
        </w:rPr>
        <w:t>.</w:t>
      </w:r>
    </w:p>
    <w:p>
      <w:r>
        <w:rPr>
          <w:b/>
          <w:sz w:val="32"/>
        </w:rPr>
        <w:t>God's Faithfulness  (54)</w:t>
      </w:r>
    </w:p>
    <w:p>
      <w:pPr>
        <w:pStyle w:val="Yellow"/>
        <w:rPr/>
      </w:pPr>
      <w:r>
        <w:rPr>
          <w:b/>
        </w:rPr>
        <w:t>Numbers 23:19</w:t>
      </w:r>
      <w:r>
        <w:rPr/>
        <w:t xml:space="preserve"> — </w:t>
      </w:r>
      <w:r>
        <w:rPr>
          <w:shd w:fill="B7DDE8" w:val="clear"/>
        </w:rPr>
        <w:t>God is not a man</w:t>
      </w:r>
      <w:r>
        <w:rPr>
          <w:b w:val="false"/>
          <w:i w:val="false"/>
          <w:color w:val="000000"/>
          <w:u w:val="none"/>
        </w:rPr>
        <w:t xml:space="preserve"> [3FA]</w:t>
      </w:r>
      <w:r>
        <w:rPr/>
        <w:t xml:space="preserve">, </w:t>
      </w:r>
      <w:r>
        <w:rPr>
          <w:shd w:fill="B7DDE8" w:val="clear"/>
        </w:rPr>
        <w:t>that He should lie</w:t>
      </w:r>
      <w:r>
        <w:rPr>
          <w:b w:val="false"/>
          <w:i w:val="false"/>
          <w:u w:val="none"/>
          <w:color w:val="000000"/>
        </w:rPr>
        <w:t xml:space="preserve"> [4EY]</w:t>
      </w:r>
      <w:r>
        <w:rPr/>
        <w:t xml:space="preserve">, or </w:t>
      </w:r>
      <w:r>
        <w:rPr>
          <w:shd w:fill="B7DDE8" w:val="clear"/>
        </w:rPr>
        <w:t>a son of man</w:t>
      </w:r>
      <w:r>
        <w:rPr>
          <w:b w:val="false"/>
          <w:i w:val="false"/>
          <w:color w:val="000000"/>
          <w:u w:val="none"/>
        </w:rPr>
        <w:t xml:space="preserve"> [3FA]</w:t>
      </w:r>
      <w:r>
        <w:rPr/>
        <w:t xml:space="preserve">, </w:t>
      </w:r>
      <w:r>
        <w:rPr>
          <w:shd w:fill="B7DDE8" w:val="clear"/>
        </w:rPr>
        <w:t>that He should change His mind</w:t>
      </w:r>
      <w:r>
        <w:rPr>
          <w:b w:val="false"/>
          <w:i w:val="false"/>
          <w:color w:val="000000"/>
          <w:u w:val="none"/>
        </w:rPr>
        <w:t xml:space="preserve"> [2EZ]</w:t>
      </w:r>
      <w:r>
        <w:rPr/>
        <w:t xml:space="preserve">. </w:t>
      </w:r>
      <w:r>
        <w:rPr>
          <w:shd w:fill="B7DDE8" w:val="clear"/>
        </w:rPr>
        <w:t>Does He speak and not act</w:t>
      </w:r>
      <w:r>
        <w:rPr>
          <w:b w:val="false"/>
          <w:i w:val="false"/>
          <w:color w:val="000000"/>
          <w:u w:val="none"/>
        </w:rPr>
        <w:t xml:space="preserve"> [1ACF]</w:t>
      </w:r>
      <w:r>
        <w:rPr/>
        <w:t xml:space="preserve">? </w:t>
      </w:r>
      <w:r>
        <w:rPr>
          <w:shd w:fill="B7DDE8" w:val="clear"/>
        </w:rPr>
        <w:t xml:space="preserve">Does He </w:t>
      </w:r>
      <w:r>
        <w:rPr>
          <w:shd w:fill="B7DDE8" w:val="clear"/>
        </w:rPr>
        <w:t>promise</w:t>
      </w:r>
      <w:r>
        <w:rPr>
          <w:shd w:fill="B7DDE8" w:val="clear"/>
        </w:rPr>
        <w:t xml:space="preserve"> and not fulfill</w:t>
      </w:r>
      <w:r>
        <w:rPr>
          <w:b w:val="false"/>
          <w:i w:val="false"/>
          <w:color w:val="000000"/>
          <w:u w:val="none"/>
        </w:rPr>
        <w:t xml:space="preserve"> [1ACG]</w:t>
      </w:r>
      <w:r>
        <w:rPr/>
        <w:t>?</w:t>
      </w:r>
    </w:p>
    <w:p>
      <w:pPr>
        <w:pStyle w:val="Yellow"/>
        <w:rPr/>
      </w:pPr>
      <w:r>
        <w:t xml:space="preserve">(De32:3 “our God”) </w:t>
      </w:r>
      <w:r>
        <w:rPr>
          <w:b/>
        </w:rPr>
        <w:t>Deuteronomy 32:4</w:t>
      </w:r>
      <w:r>
        <w:t xml:space="preserve"> — </w:t>
      </w:r>
      <w:r>
        <w:rPr>
          <w:shd w:fill="B7DDE8" w:val="clear"/>
        </w:rPr>
        <w:t>{He} is the Rock</w:t>
      </w:r>
      <w:r>
        <w:rPr>
          <w:b w:val="false"/>
          <w:i w:val="false"/>
          <w:color w:val="000000"/>
          <w:u w:val="none"/>
        </w:rPr>
        <w:t xml:space="preserve"> [7GI]</w:t>
      </w:r>
      <w:r>
        <w:t xml:space="preserve">, </w:t>
      </w:r>
      <w:r>
        <w:rPr>
          <w:shd w:fill="B7DDE8" w:val="clear"/>
        </w:rPr>
        <w:t>His work is perfect</w:t>
      </w:r>
      <w:r>
        <w:rPr>
          <w:b w:val="false"/>
          <w:i w:val="false"/>
          <w:u w:val="none"/>
          <w:color w:val="000000"/>
        </w:rPr>
        <w:t xml:space="preserve"> [1FIF]</w:t>
      </w:r>
      <w:r>
        <w:t xml:space="preserve">; </w:t>
      </w:r>
      <w:r>
        <w:rPr/>
        <w:t>all His ways are just</w:t>
      </w:r>
      <w:r>
        <w:rPr>
          <w:b w:val="false"/>
          <w:i w:val="false"/>
          <w:color w:val="000000"/>
          <w:u w:val="none"/>
        </w:rPr>
        <w:t xml:space="preserve"> [3MFQ]</w:t>
      </w:r>
      <w:r>
        <w:rPr/>
        <w:t xml:space="preserve">. </w:t>
      </w:r>
      <w:r>
        <w:rPr/>
        <w:t>A God of faithfulness</w:t>
      </w:r>
      <w:r>
        <w:rPr>
          <w:b w:val="false"/>
          <w:i w:val="false"/>
          <w:color w:val="000000"/>
          <w:u w:val="none"/>
        </w:rPr>
        <w:t xml:space="preserve"> [11GW]</w:t>
      </w:r>
      <w:r>
        <w:rPr>
          <w:shd w:fill="B7DDE8" w:val="clear"/>
        </w:rPr>
        <w:t xml:space="preserve"> </w:t>
      </w:r>
      <w:r>
        <w:rPr/>
        <w:t>without injustice</w:t>
      </w:r>
      <w:r>
        <w:rPr>
          <w:b w:val="false"/>
          <w:i w:val="false"/>
          <w:u w:val="none"/>
          <w:color w:val="000000"/>
        </w:rPr>
        <w:t xml:space="preserve"> [2FIG]</w:t>
      </w:r>
      <w:r>
        <w:rPr/>
        <w:t xml:space="preserve">, </w:t>
      </w:r>
      <w:r>
        <w:rPr/>
        <w:t>righteous and upright is He</w:t>
      </w:r>
      <w:r>
        <w:rPr>
          <w:b w:val="false"/>
          <w:i w:val="false"/>
          <w:color w:val="000000"/>
          <w:u w:val="none"/>
        </w:rPr>
        <w:t xml:space="preserve"> [16FJ]</w:t>
      </w:r>
      <w:r>
        <w:rPr/>
        <w:t>.</w:t>
      </w:r>
    </w:p>
    <w:p>
      <w:pPr>
        <w:pStyle w:val="Yellow"/>
        <w:rPr/>
      </w:pPr>
      <w:r>
        <w:rPr>
          <w:b/>
          <w:u w:val="none"/>
        </w:rPr>
        <w:t>Joshua 21:45</w:t>
      </w:r>
      <w:r>
        <w:rPr>
          <w:u w:val="none"/>
        </w:rPr>
        <w:t xml:space="preserve"> — </w:t>
      </w:r>
      <w:r>
        <w:rPr>
          <w:u w:val="none"/>
          <w:shd w:fill="B7DDE8" w:val="clear"/>
        </w:rPr>
        <w:t>Not one of all the LORD’s good promises to the house of Israel had failed</w:t>
      </w:r>
      <w:r>
        <w:rPr>
          <w:b w:val="false"/>
          <w:i w:val="false"/>
          <w:color w:val="000000"/>
          <w:u w:val="none"/>
        </w:rPr>
        <w:t xml:space="preserve"> [2AMB]</w:t>
      </w:r>
      <w:r>
        <w:rPr>
          <w:u w:val="none"/>
        </w:rPr>
        <w:t xml:space="preserve">; </w:t>
      </w:r>
      <w:r>
        <w:rPr>
          <w:u w:val="none"/>
          <w:shd w:fill="B7DDE8" w:val="clear"/>
        </w:rPr>
        <w:t>everything was fulfilled</w:t>
      </w:r>
      <w:r>
        <w:rPr>
          <w:b w:val="false"/>
          <w:i w:val="false"/>
          <w:color w:val="000000"/>
          <w:u w:val="none"/>
        </w:rPr>
        <w:t xml:space="preserve"> [2AMB]</w:t>
      </w:r>
      <w:r>
        <w:rPr>
          <w:u w:val="none"/>
        </w:rPr>
        <w:t>.</w:t>
      </w:r>
    </w:p>
    <w:p>
      <w:pPr>
        <w:pStyle w:val="Yellow"/>
        <w:rPr/>
        <w:pBdr>
          <w:left w:val="single" w:sz="28" w:space="5" w:color="C00000"/>
        </w:pBdr>
      </w:pPr>
      <w:r>
        <w:rPr>
          <w:b/>
        </w:rPr>
        <w:t>Joshua 23:10</w:t>
      </w:r>
      <w:r>
        <w:t xml:space="preserve"> — </w:t>
      </w:r>
      <w:r>
        <w:rPr>
          <w:shd w:fill="F4B183" w:val="clear" w:color="auto"/>
          <w:color w:val="000000"/>
        </w:rPr>
        <w:t>One of you can put a thousand to flight</w:t>
      </w:r>
      <w:r>
        <w:rPr>
          <w:b w:val="false"/>
          <w:i w:val="false"/>
          <w:color w:val="000000"/>
          <w:u w:val="none"/>
          <w:shd w:val="clear" w:color="auto" w:fill="F4B183"/>
        </w:rPr>
        <w:t xml:space="preserve"> [1AJL]</w:t>
      </w:r>
      <w:r>
        <w:t xml:space="preserve">, </w:t>
      </w:r>
      <w:r>
        <w:rPr>
          <w:shd w:fill="B7DDE8" w:val="clear"/>
        </w:rPr>
        <w:t>because the LORD your God fights for you, just as He promised</w:t>
      </w:r>
      <w:r>
        <w:rPr>
          <w:b w:val="false"/>
          <w:i w:val="false"/>
          <w:color w:val="000000"/>
          <w:u w:val="none"/>
        </w:rPr>
        <w:t xml:space="preserve"> [1AJM]</w:t>
      </w:r>
      <w:r>
        <w:t>.</w:t>
      </w:r>
    </w:p>
    <w:p>
      <w:pPr>
        <w:pStyle w:val="Yellow"/>
        <w:rPr/>
      </w:pPr>
      <w:r>
        <w:rPr>
          <w:b/>
          <w:u w:val="none"/>
          <w:shd w:val="clear" w:color="auto" w:fill="C00000"/>
          <w:color w:val="FFFFFF"/>
        </w:rPr>
        <w:t>Joshua 23:14</w:t>
      </w:r>
      <w:r>
        <w:rPr>
          <w:u w:val="none"/>
          <w:shd w:val="clear" w:color="auto" w:fill="C00000"/>
          <w:color w:val="FFFFFF"/>
        </w:rPr>
        <w:t xml:space="preserve"> — </w:t>
      </w:r>
      <w:r>
        <w:rPr>
          <w:u w:val="none"/>
          <w:shd w:val="clear" w:color="auto" w:fill="C00000"/>
          <w:color w:val="FFFFFF"/>
        </w:rPr>
        <w:t>not one of the good promises the LORD your God made to you has failed</w:t>
      </w:r>
      <w:r>
        <w:rPr>
          <w:b w:val="false"/>
          <w:i w:val="false"/>
          <w:u w:val="none"/>
          <w:shd w:val="clear" w:color="auto" w:fill="C00000"/>
          <w:color w:val="FFFFFF"/>
        </w:rPr>
        <w:t xml:space="preserve"> [2AMB]</w:t>
      </w:r>
      <w:r>
        <w:rPr>
          <w:u w:val="none"/>
          <w:shd w:val="clear" w:color="auto" w:fill="C00000"/>
          <w:color w:val="FFFFFF"/>
        </w:rPr>
        <w:t xml:space="preserve">. </w:t>
      </w:r>
      <w:r>
        <w:rPr>
          <w:u w:val="none"/>
          <w:shd w:val="clear" w:color="auto" w:fill="C00000"/>
          <w:color w:val="FFFFFF"/>
        </w:rPr>
        <w:t>Everything was fulfilled for you</w:t>
      </w:r>
      <w:r>
        <w:rPr>
          <w:b w:val="false"/>
          <w:i w:val="false"/>
          <w:u w:val="none"/>
          <w:shd w:val="clear" w:color="auto" w:fill="C00000"/>
          <w:color w:val="FFFFFF"/>
        </w:rPr>
        <w:t xml:space="preserve"> [2AMB]</w:t>
      </w:r>
      <w:r>
        <w:rPr>
          <w:u w:val="none"/>
          <w:shd w:val="clear" w:color="auto" w:fill="C00000"/>
          <w:color w:val="FFFFFF"/>
        </w:rPr>
        <w:t xml:space="preserve">; </w:t>
      </w:r>
      <w:r>
        <w:rPr>
          <w:u w:val="none"/>
          <w:shd w:val="clear" w:color="auto" w:fill="C00000"/>
          <w:color w:val="FFFFFF"/>
        </w:rPr>
        <w:t>not one promise has failed</w:t>
      </w:r>
      <w:r>
        <w:rPr>
          <w:b w:val="false"/>
          <w:i w:val="false"/>
          <w:u w:val="none"/>
          <w:shd w:val="clear" w:color="auto" w:fill="C00000"/>
          <w:color w:val="FFFFFF"/>
        </w:rPr>
        <w:t xml:space="preserve"> [2AMB]</w:t>
      </w:r>
      <w:r>
        <w:rPr>
          <w:u w:val="none"/>
          <w:shd w:val="clear" w:color="auto" w:fill="C00000"/>
          <w:color w:val="FFFFFF"/>
        </w:rPr>
        <w:t>.</w:t>
      </w:r>
    </w:p>
    <w:p>
      <w:pPr>
        <w:pStyle w:val="Yellow"/>
        <w:rPr/>
      </w:pPr>
      <w:r>
        <w:rPr>
          <w:b/>
        </w:rPr>
        <w:t xml:space="preserve">1 Samuel 2:30</w:t>
      </w:r>
      <w:r>
        <w:rPr/>
        <w:t xml:space="preserve"> — </w:t>
      </w:r>
      <w:r>
        <w:rPr>
          <w:shd w:fill="B7DDE8" w:val="clear"/>
        </w:rPr>
        <w:t xml:space="preserve">I did indeed say that your house and the house of your father would walk before Me forever</w:t>
      </w:r>
      <w:r>
        <w:rPr>
          <w:b w:val="false"/>
          <w:i w:val="false"/>
          <w:color w:val="000000"/>
          <w:u w:val="none"/>
        </w:rPr>
        <w:t xml:space="preserve"> [1FZD]</w:t>
      </w:r>
      <w:r>
        <w:rPr/>
        <w:t xml:space="preserve">. But now the LORD declares: </w:t>
      </w:r>
      <w:r>
        <w:rPr>
          <w:shd w:fill="B7DDE8" w:val="clear"/>
        </w:rPr>
        <w:t xml:space="preserve">Far be it from Me</w:t>
      </w:r>
      <w:r>
        <w:rPr>
          <w:b w:val="false"/>
          <w:i w:val="false"/>
          <w:color w:val="000000"/>
          <w:u w:val="none"/>
        </w:rPr>
        <w:t xml:space="preserve"> [1FZE]</w:t>
      </w:r>
      <w:r>
        <w:rPr/>
        <w:t xml:space="preserve">! For </w:t>
      </w:r>
      <w:r>
        <w:rPr>
          <w:shd w:fill="B7DDE8" w:val="clear"/>
        </w:rPr>
        <w:t xml:space="preserve">I will honor those who honor Me</w:t>
      </w:r>
      <w:r>
        <w:rPr>
          <w:b w:val="false"/>
          <w:i w:val="false"/>
          <w:color w:val="000000"/>
          <w:u w:val="none"/>
        </w:rPr>
        <w:t xml:space="preserve"> [1FZF]</w:t>
      </w:r>
      <w:r>
        <w:rPr/>
        <w:t xml:space="preserve">, but </w:t>
      </w:r>
      <w:r>
        <w:rPr>
          <w:shd w:fill="B7DDE8" w:val="clear"/>
        </w:rPr>
        <w:t xml:space="preserve">those who despise Me will be disdained</w:t>
      </w:r>
      <w:r>
        <w:rPr>
          <w:b w:val="false"/>
          <w:i w:val="false"/>
          <w:color w:val="000000"/>
          <w:u w:val="none"/>
        </w:rPr>
        <w:t xml:space="preserve"> [1FZG]</w:t>
      </w:r>
      <w:r>
        <w:rPr/>
        <w:t xml:space="preserve">.</w:t>
      </w:r>
    </w:p>
    <w:p>
      <w:pPr>
        <w:pStyle w:val="Green"/>
        <w:rPr/>
      </w:pPr>
      <w:r>
        <w:rPr>
          <w:b/>
          <w:highlight w:val="cyan"/>
        </w:rPr>
        <w:t>2 Samuel 22:31</w:t>
      </w:r>
      <w:r>
        <w:rPr>
          <w:highlight w:val="cyan"/>
        </w:rPr>
        <w:t xml:space="preserve"> — As for God, </w:t>
      </w:r>
      <w:r>
        <w:rPr>
          <w:highlight w:val="cyan"/>
          <w:shd w:fill="B7DDE8" w:val="clear"/>
        </w:rPr>
        <w:t>His way is perfect</w:t>
      </w:r>
      <w:r>
        <w:rPr>
          <w:b w:val="false"/>
          <w:i w:val="false"/>
          <w:u w:val="none"/>
          <w:color w:val="000000"/>
        </w:rPr>
        <w:t xml:space="preserve"> [1UU]</w:t>
      </w:r>
      <w:r>
        <w:rPr>
          <w:highlight w:val="cyan"/>
        </w:rPr>
        <w:t xml:space="preserve">; </w:t>
      </w:r>
      <w:r>
        <w:rPr>
          <w:highlight w:val="cyan"/>
          <w:shd w:fill="B7DDE8" w:val="clear"/>
        </w:rPr>
        <w:t>the word of the LORD is flawless</w:t>
      </w:r>
      <w:r>
        <w:rPr>
          <w:b w:val="false"/>
          <w:i w:val="false"/>
          <w:color w:val="000000"/>
          <w:u w:val="none"/>
        </w:rPr>
        <w:t xml:space="preserve"> [2UV]</w:t>
      </w:r>
      <w:r>
        <w:rPr>
          <w:highlight w:val="cyan"/>
        </w:rPr>
        <w:t xml:space="preserve">. </w:t>
      </w:r>
      <w:r>
        <w:rPr>
          <w:shd w:fill="B7DDE8" w:val="clear"/>
        </w:rPr>
        <w:t xml:space="preserve">He is a </w:t>
      </w:r>
      <w:r>
        <w:rPr>
          <w:shd w:fill="B7DDE8" w:val="clear"/>
        </w:rPr>
        <w:t>shield</w:t>
      </w:r>
      <w:r>
        <w:rPr>
          <w:highlight w:val="cyan"/>
          <w:shd w:fill="B7DDE8" w:val="clear"/>
        </w:rPr>
        <w:t xml:space="preserve"> to all who </w:t>
      </w:r>
      <w:r>
        <w:rPr>
          <w:shd w:fill="B7DDE8" w:val="clear"/>
        </w:rPr>
        <w:t xml:space="preserve">take </w:t>
      </w:r>
      <w:r>
        <w:rPr>
          <w:shd w:fill="B7DDE8" w:val="clear"/>
        </w:rPr>
        <w:t>refuge</w:t>
      </w:r>
      <w:r>
        <w:rPr>
          <w:shd w:fill="B7DDE8" w:val="clear"/>
        </w:rPr>
        <w:t xml:space="preserve"> in Him</w:t>
      </w:r>
      <w:r>
        <w:rPr>
          <w:b w:val="false"/>
          <w:i w:val="false"/>
          <w:color w:val="000000"/>
          <w:u w:val="none"/>
        </w:rPr>
        <w:t xml:space="preserve"> [2UW]</w:t>
      </w:r>
      <w:r>
        <w:rPr>
          <w:highlight w:val="cyan"/>
        </w:rPr>
        <w:t>.</w:t>
      </w:r>
    </w:p>
    <w:p>
      <w:pPr>
        <w:pStyle w:val="Yellow"/>
        <w:rPr/>
        <w:pBdr>
          <w:left w:val="single" w:sz="28" w:space="5" w:color="C00000"/>
        </w:pBdr>
      </w:pPr>
      <w:r>
        <w:rPr>
          <w:shd w:val="clear" w:color="auto" w:fill="F4B183"/>
          <w:color w:val="000000"/>
        </w:rPr>
        <w:t xml:space="preserve">(1Ki13:31 “the man of God”) </w:t>
      </w:r>
      <w:r>
        <w:rPr>
          <w:b/>
          <w:shd w:val="clear" w:color="auto" w:fill="F4B183"/>
          <w:color w:val="000000"/>
        </w:rPr>
        <w:t>1 Kings 13:32</w:t>
      </w:r>
      <w:r>
        <w:rPr>
          <w:shd w:val="clear" w:color="auto" w:fill="F4B183"/>
          <w:color w:val="000000"/>
        </w:rPr>
        <w:t xml:space="preserve"> — for </w:t>
      </w:r>
      <w:r>
        <w:rPr>
          <w:shd w:fill="F4B183" w:val="clear" w:color="auto"/>
          <w:color w:val="000000"/>
        </w:rPr>
        <w:t>the message that {he} cried out by the word of the LORD against the altar in Bethel and against all the shrines on the high places in the cities of Samaria will surely come to pass</w:t>
      </w:r>
      <w:r>
        <w:rPr>
          <w:b w:val="false"/>
          <w:i w:val="false"/>
          <w:color w:val="000000"/>
          <w:u w:val="none"/>
          <w:shd w:val="clear" w:color="auto" w:fill="F4B183"/>
        </w:rPr>
        <w:t xml:space="preserve"> [1MHD]</w:t>
      </w:r>
      <w:r>
        <w:rPr>
          <w:shd w:val="clear" w:color="auto" w:fill="F4B183"/>
          <w:color w:val="000000"/>
        </w:rPr>
        <w:t>.</w:t>
      </w:r>
    </w:p>
    <w:p>
      <w:pPr>
        <w:pStyle w:val="Yellow"/>
        <w:rPr/>
      </w:pPr>
      <w:r>
        <w:rPr/>
        <w:t xml:space="preserve">(2Ki14:26 the LORD saw afflicted Israel) </w:t>
      </w:r>
      <w:r>
        <w:rPr>
          <w:b/>
        </w:rPr>
        <w:t xml:space="preserve">2 Kings 14:27</w:t>
      </w:r>
      <w:r>
        <w:rPr/>
        <w:t xml:space="preserve"> — {and since} </w:t>
      </w:r>
      <w:r>
        <w:rPr>
          <w:shd w:fill="B7DDE8" w:val="clear"/>
        </w:rPr>
        <w:t xml:space="preserve">the LORD had said that He would not blot out the name of Israel from under heaven</w:t>
      </w:r>
      <w:r>
        <w:rPr>
          <w:b w:val="false"/>
          <w:i w:val="false"/>
          <w:color w:val="000000"/>
          <w:u w:val="none"/>
        </w:rPr>
        <w:t xml:space="preserve"> [1JTV]</w:t>
      </w:r>
      <w:r>
        <w:rPr/>
        <w:t xml:space="preserve">, </w:t>
      </w:r>
      <w:r>
        <w:rPr>
          <w:shd w:fill="B7DDE8" w:val="clear"/>
        </w:rPr>
        <w:t xml:space="preserve">He saved {them} by the hand of Jeroboam son of Jehoash</w:t>
      </w:r>
      <w:r>
        <w:rPr>
          <w:b w:val="false"/>
          <w:i w:val="false"/>
          <w:color w:val="000000"/>
          <w:u w:val="none"/>
        </w:rPr>
        <w:t xml:space="preserve"> [1JTW]</w:t>
      </w:r>
      <w:r>
        <w:rPr/>
        <w:t xml:space="preserve">.</w:t>
      </w:r>
    </w:p>
    <w:p>
      <w:pPr>
        <w:pStyle w:val="Yellow"/>
        <w:rPr/>
        <w:pBdr>
          <w:left w:val="single" w:sz="28" w:space="5" w:color="C00000"/>
        </w:pBdr>
      </w:pPr>
      <w:r>
        <w:t xml:space="preserve">(1Ch17:17 “the future of the house of Your servant”¹ ²) </w:t>
      </w:r>
      <w:r>
        <w:rPr>
          <w:b/>
        </w:rPr>
        <w:t>1 Chronicles 17:19</w:t>
      </w:r>
      <w:r>
        <w:t xml:space="preserve"> — </w:t>
      </w:r>
      <w:r>
        <w:rPr>
          <w:shd w:fill="B7DDE8" w:val="clear"/>
        </w:rPr>
        <w:t>For the sake of Your servant and according to Your own heart, You have accomplished {this great thing}</w:t>
      </w:r>
      <w:r>
        <w:rPr>
          <w:b w:val="false"/>
          <w:i w:val="false"/>
          <w:color w:val="000000"/>
          <w:u w:val="none"/>
        </w:rPr>
        <w:t xml:space="preserve"> [1ALO]</w:t>
      </w:r>
      <w:r>
        <w:t xml:space="preserve"> and </w:t>
      </w:r>
      <w:r>
        <w:rPr>
          <w:shd w:fill="B7DDE8" w:val="clear"/>
        </w:rPr>
        <w:t>made known all {these great promises}</w:t>
      </w:r>
      <w:r>
        <w:rPr>
          <w:b w:val="false"/>
          <w:i w:val="false"/>
          <w:color w:val="000000"/>
          <w:u w:val="none"/>
        </w:rPr>
        <w:t xml:space="preserve"> [1ALP]</w:t>
      </w:r>
      <w:r>
        <w:t>.</w:t>
      </w:r>
    </w:p>
    <w:p>
      <w:pPr>
        <w:pStyle w:val="Yellow"/>
        <w:rPr/>
      </w:pPr>
      <w:r>
        <w:rPr/>
        <w:t xml:space="preserve">(Ne9:9 Israel’s “fathers”) </w:t>
      </w:r>
      <w:r>
        <w:rPr>
          <w:b/>
        </w:rPr>
        <w:t>Nehemiah 9:13</w:t>
      </w:r>
      <w:r>
        <w:rPr/>
        <w:t xml:space="preserve"> — </w:t>
      </w:r>
      <w:r>
        <w:rPr>
          <w:shd w:fill="548235" w:val="clear" w:color="auto"/>
          <w:color w:val="FFFFFF"/>
        </w:rPr>
        <w:t>You came down on Mount Sinai and spoke with {them} from heaven</w:t>
      </w:r>
      <w:r>
        <w:rPr>
          <w:b w:val="false"/>
          <w:i w:val="false"/>
          <w:color w:val="FFFFFF"/>
          <w:u w:val="none"/>
          <w:shd w:val="clear" w:color="auto" w:fill="548235"/>
        </w:rPr>
        <w:t xml:space="preserve"> [1WA]</w:t>
      </w:r>
      <w:r>
        <w:rPr>
          <w:shd w:val="clear" w:color="auto" w:fill="548235"/>
          <w:color w:val="FFFFFF"/>
        </w:rPr>
        <w:t xml:space="preserve">. </w:t>
      </w:r>
      <w:r>
        <w:rPr>
          <w:shd w:fill="B7DDE8" w:val="clear"/>
        </w:rPr>
        <w:t xml:space="preserve">You gave them just ordinances, </w:t>
      </w:r>
      <w:r>
        <w:rPr>
          <w:shd w:fill="B7DDE8" w:val="clear"/>
        </w:rPr>
        <w:t>true</w:t>
      </w:r>
      <w:r>
        <w:rPr>
          <w:shd w:fill="B7DDE8" w:val="clear"/>
        </w:rPr>
        <w:t xml:space="preserve"> laws, and good statutes and </w:t>
      </w:r>
      <w:r>
        <w:rPr>
          <w:shd w:fill="B7DDE8" w:val="clear"/>
        </w:rPr>
        <w:t>commandments</w:t>
      </w:r>
      <w:r>
        <w:rPr>
          <w:b w:val="false"/>
          <w:i w:val="false"/>
          <w:color w:val="000000"/>
          <w:u w:val="none"/>
        </w:rPr>
        <w:t xml:space="preserve"> [1WB]</w:t>
      </w:r>
      <w:r>
        <w:rPr/>
        <w:t>.</w:t>
      </w:r>
    </w:p>
    <w:p>
      <w:pPr>
        <w:pStyle w:val="Yellow"/>
        <w:rPr/>
      </w:pPr>
      <w:r>
        <w:rPr>
          <w:b/>
        </w:rPr>
        <w:t xml:space="preserve">Psalm 12:6</w:t>
      </w:r>
      <w:r>
        <w:rPr/>
        <w:t xml:space="preserve"> — </w:t>
      </w:r>
      <w:r>
        <w:rPr>
          <w:shd w:fill="B7DDE8" w:val="clear"/>
        </w:rPr>
        <w:t xml:space="preserve">The words of the LORD are flawless</w:t>
      </w:r>
      <w:r>
        <w:rPr>
          <w:b w:val="false"/>
          <w:i w:val="false"/>
          <w:color w:val="000000"/>
          <w:u w:val="none"/>
        </w:rPr>
        <w:t xml:space="preserve"> [2UV]</w:t>
      </w:r>
      <w:r>
        <w:rPr/>
        <w:t xml:space="preserve">, </w:t>
      </w:r>
      <w:r>
        <w:rPr>
          <w:shd w:fill="B7DDE8" w:val="clear"/>
        </w:rPr>
        <w:t xml:space="preserve">like silver refined in a furnace, like gold purified sevenfold</w:t>
      </w:r>
      <w:r>
        <w:rPr>
          <w:b w:val="false"/>
          <w:i w:val="false"/>
          <w:color w:val="000000"/>
          <w:u w:val="none"/>
        </w:rPr>
        <w:t xml:space="preserve"> [1IGQ]</w:t>
      </w:r>
      <w:r>
        <w:rPr/>
        <w:t xml:space="preserve">.</w:t>
      </w:r>
    </w:p>
    <w:p>
      <w:pPr>
        <w:pStyle w:val="Yellow"/>
        <w:rPr/>
      </w:pPr>
      <w:r>
        <w:rPr>
          <w:b/>
          <w:shd w:val="clear" w:color="auto" w:fill="548235"/>
          <w:color w:val="FFFFFF"/>
        </w:rPr>
        <w:t>Psalm 25:10</w:t>
      </w:r>
      <w:r>
        <w:rPr>
          <w:shd w:val="clear" w:color="auto" w:fill="548235"/>
          <w:color w:val="FFFFFF"/>
        </w:rPr>
        <w:t xml:space="preserve"> — </w:t>
      </w:r>
      <w:r>
        <w:rPr>
          <w:shd w:fill="548235" w:val="clear" w:color="auto"/>
          <w:color w:val="FFFFFF"/>
        </w:rPr>
        <w:t>All the LORD’s ways are loving and faithful to those who keep His covenant and His decrees</w:t>
      </w:r>
      <w:r>
        <w:rPr>
          <w:b w:val="false"/>
          <w:i w:val="false"/>
          <w:color w:val="FFFFFF"/>
          <w:u w:val="none"/>
          <w:shd w:val="clear" w:color="auto" w:fill="548235"/>
        </w:rPr>
        <w:t xml:space="preserve"> [1AIH]</w:t>
      </w:r>
      <w:r>
        <w:rPr>
          <w:shd w:val="clear" w:color="auto" w:fill="548235"/>
          <w:color w:val="FFFFFF"/>
        </w:rPr>
        <w:t>.</w:t>
      </w:r>
    </w:p>
    <w:p>
      <w:pPr>
        <w:pStyle w:val="Yellow"/>
        <w:rPr/>
      </w:pPr>
      <w:r>
        <w:rPr>
          <w:b/>
          <w:shd w:val="clear" w:color="auto" w:fill="548235"/>
          <w:color w:val="FFFFFF"/>
        </w:rPr>
        <w:t>Psalm 31:5</w:t>
      </w:r>
      <w:r>
        <w:rPr>
          <w:shd w:val="clear" w:color="auto" w:fill="548235"/>
          <w:color w:val="FFFFFF"/>
        </w:rPr>
        <w:t xml:space="preserve"> — </w:t>
      </w:r>
      <w:r>
        <w:rPr>
          <w:shd w:fill="548235" w:val="clear" w:color="auto"/>
          <w:color w:val="FFFFFF"/>
        </w:rPr>
        <w:t>You have redeemed me</w:t>
      </w:r>
      <w:r>
        <w:rPr>
          <w:b w:val="false"/>
          <w:i w:val="false"/>
          <w:color w:val="FFFFFF"/>
          <w:u w:val="none"/>
          <w:shd w:val="clear" w:color="auto" w:fill="548235"/>
        </w:rPr>
        <w:t xml:space="preserve"> [1BUC]</w:t>
      </w:r>
      <w:r>
        <w:rPr>
          <w:shd w:val="clear" w:color="auto" w:fill="548235"/>
          <w:color w:val="FFFFFF"/>
        </w:rPr>
        <w:t xml:space="preserve">, </w:t>
      </w:r>
      <w:r>
        <w:rPr>
          <w:shd w:fill="548235" w:val="clear" w:color="auto"/>
          <w:color w:val="FFFFFF"/>
        </w:rPr>
        <w:t>O LORD, God of truth</w:t>
      </w:r>
      <w:r>
        <w:rPr>
          <w:b w:val="false"/>
          <w:i w:val="false"/>
          <w:color w:val="FFFFFF"/>
          <w:u w:val="none"/>
          <w:shd w:val="clear" w:color="auto" w:fill="548235"/>
        </w:rPr>
        <w:t xml:space="preserve"> [3HJ]</w:t>
      </w:r>
      <w:r>
        <w:rPr>
          <w:shd w:val="clear" w:color="auto" w:fill="548235"/>
          <w:color w:val="FFFFFF"/>
        </w:rPr>
        <w:t>.</w:t>
      </w:r>
    </w:p>
    <w:p>
      <w:pPr>
        <w:pStyle w:val="Yellow"/>
        <w:rPr/>
      </w:pPr>
      <w:r>
        <w:rPr>
          <w:b/>
        </w:rPr>
        <w:t>Psalm 33:4</w:t>
      </w:r>
      <w:r>
        <w:rPr/>
        <w:t xml:space="preserve"> — </w:t>
      </w:r>
      <w:r>
        <w:rPr>
          <w:shd w:val="clear" w:fill="B7DDE8"/>
        </w:rPr>
        <w:t>the word of the LORD is upright</w:t>
      </w:r>
      <w:r>
        <w:rPr>
          <w:b w:val="false"/>
          <w:i w:val="false"/>
          <w:color w:val="000000"/>
          <w:u w:val="none"/>
        </w:rPr>
        <w:t xml:space="preserve"> [1SU]</w:t>
      </w:r>
      <w:r>
        <w:rPr/>
        <w:t xml:space="preserve">, and </w:t>
      </w:r>
      <w:r>
        <w:rPr>
          <w:shd w:val="clear" w:fill="B7DDE8"/>
        </w:rPr>
        <w:t>all His work is trustworthy</w:t>
      </w:r>
      <w:r>
        <w:rPr>
          <w:b w:val="false"/>
          <w:i w:val="false"/>
          <w:color w:val="000000"/>
          <w:u w:val="none"/>
        </w:rPr>
        <w:t xml:space="preserve"> [2SV]</w:t>
      </w:r>
      <w:r>
        <w:rPr/>
        <w:t>.</w:t>
      </w:r>
    </w:p>
    <w:p>
      <w:pPr>
        <w:pStyle w:val="Yellow"/>
        <w:rPr/>
        <w:pBdr>
          <w:left w:val="single" w:sz="28" w:space="5" w:color="C00000"/>
        </w:pBdr>
      </w:pPr>
      <w:r>
        <w:rPr>
          <w:b/>
          <w:u w:val="none"/>
        </w:rPr>
        <w:t>Psalm 62:11–12</w:t>
      </w:r>
      <w:r>
        <w:rPr>
          <w:u w:val="none"/>
        </w:rPr>
        <w:t xml:space="preserve"> — </w:t>
      </w:r>
      <w:r>
        <w:rPr>
          <w:u w:val="none"/>
          <w:shd w:fill="B7DDE8" w:val="clear"/>
        </w:rPr>
        <w:t>God has spoken once; I have heard this twice</w:t>
      </w:r>
      <w:r>
        <w:rPr>
          <w:b w:val="false"/>
          <w:i w:val="false"/>
          <w:color w:val="000000"/>
          <w:u w:val="none"/>
        </w:rPr>
        <w:t xml:space="preserve"> [1LZ]</w:t>
      </w:r>
      <w:r>
        <w:rPr>
          <w:u w:val="none"/>
        </w:rPr>
        <w:t xml:space="preserve">: that </w:t>
      </w:r>
      <w:r>
        <w:rPr>
          <w:u w:val="none"/>
          <w:shd w:fill="B7DDE8" w:val="clear"/>
        </w:rPr>
        <w:t>power belongs to God</w:t>
      </w:r>
      <w:r>
        <w:rPr>
          <w:b w:val="false"/>
          <w:i w:val="false"/>
          <w:color w:val="000000"/>
          <w:u w:val="none"/>
        </w:rPr>
        <w:t xml:space="preserve"> [1HR]</w:t>
      </w:r>
      <w:r>
        <w:rPr>
          <w:u w:val="none"/>
        </w:rPr>
        <w:t xml:space="preserve">, and </w:t>
      </w:r>
      <w:r>
        <w:rPr>
          <w:u w:val="none"/>
          <w:shd w:fill="B7DDE8" w:val="clear"/>
        </w:rPr>
        <w:t>loving devotion to You, O Lord</w:t>
      </w:r>
      <w:r>
        <w:rPr>
          <w:b w:val="false"/>
          <w:i w:val="false"/>
          <w:u w:val="none"/>
          <w:color w:val="000000"/>
        </w:rPr>
        <w:t xml:space="preserve"> [1HS]</w:t>
      </w:r>
      <w:r>
        <w:rPr>
          <w:u w:val="none"/>
        </w:rPr>
        <w:t>.</w:t>
      </w:r>
      <w:r>
        <w:rPr>
          <w:u w:val="none"/>
        </w:rPr>
        <w:t xml:space="preserve"> For </w:t>
      </w:r>
      <w:r>
        <w:rPr>
          <w:u w:val="none"/>
          <w:shd w:val="clear" w:color="auto" w:fill="D9C3E6"/>
        </w:rPr>
        <w:t>You will repay each man according to his deeds</w:t>
      </w:r>
      <w:r>
        <w:rPr>
          <w:b w:val="false"/>
          <w:i w:val="false"/>
          <w:u w:val="none"/>
          <w:color w:val="000000"/>
        </w:rPr>
        <w:t xml:space="preserve"> [12HT]</w:t>
      </w:r>
      <w:r>
        <w:rPr>
          <w:u w:val="none"/>
          <w:shd w:val="clear" w:color="auto" w:fill="D9C3E6"/>
        </w:rPr>
        <w:t>.</w:t>
      </w:r>
    </w:p>
    <w:p>
      <w:pPr>
        <w:pStyle w:val="Yellow"/>
        <w:rPr/>
        <w:shd w:val="clear" w:color="auto" w:fill="E4DFEC"/>
        <w:pBdr>
          <w:left w:val="single" w:sz="28" w:space="5" w:color="7030A0"/>
        </w:pBdr>
      </w:pPr>
      <w:r>
        <w:rPr>
          <w:u w:val="none"/>
        </w:rPr>
        <w:t xml:space="preserve">(Ps86:14 “The arrogant rise against me”) </w:t>
      </w:r>
      <w:r>
        <w:rPr>
          <w:b/>
          <w:u w:val="none"/>
        </w:rPr>
        <w:t>Psalm 86:15</w:t>
      </w:r>
      <w:r>
        <w:rPr>
          <w:u w:val="none"/>
        </w:rPr>
        <w:t xml:space="preserve"> — {But} </w:t>
      </w:r>
      <w:r>
        <w:rPr>
          <w:u w:val="none"/>
          <w:shd w:val="clear" w:fill="B7DDE8"/>
        </w:rPr>
        <w:t>You, O Lord, are a compassionate and gracious God</w:t>
      </w:r>
      <w:r>
        <w:rPr>
          <w:b w:val="false"/>
          <w:i w:val="false"/>
          <w:color w:val="000000"/>
          <w:u w:val="none"/>
        </w:rPr>
        <w:t xml:space="preserve"> [19FI]</w:t>
      </w:r>
      <w:r>
        <w:rPr>
          <w:u w:val="none"/>
        </w:rPr>
        <w:t xml:space="preserve">, </w:t>
      </w:r>
      <w:r>
        <w:rPr>
          <w:u w:val="none"/>
          <w:shd w:val="clear" w:fill="B7DDE8"/>
        </w:rPr>
        <w:t>slow to anger</w:t>
      </w:r>
      <w:r>
        <w:rPr>
          <w:b w:val="false"/>
          <w:i w:val="false"/>
          <w:color w:val="000000"/>
          <w:u w:val="none"/>
        </w:rPr>
        <w:t xml:space="preserve"> [9FOC]</w:t>
      </w:r>
      <w:r>
        <w:rPr>
          <w:u w:val="none"/>
        </w:rPr>
        <w:t xml:space="preserve">, </w:t>
      </w:r>
      <w:r>
        <w:rPr>
          <w:u w:val="none"/>
          <w:shd w:val="clear" w:fill="B7DDE8"/>
        </w:rPr>
        <w:t>abounding in loving devotion and faithfulness</w:t>
      </w:r>
      <w:r>
        <w:rPr>
          <w:b w:val="false"/>
          <w:i w:val="false"/>
          <w:u w:val="none"/>
          <w:color w:val="000000"/>
        </w:rPr>
        <w:t xml:space="preserve"> [2FOF]</w:t>
      </w:r>
      <w:r>
        <w:rPr>
          <w:u w:val="none"/>
        </w:rPr>
        <w:t>.</w:t>
      </w:r>
    </w:p>
    <w:p>
      <w:pPr>
        <w:pStyle w:val="Yellow"/>
        <w:rPr/>
      </w:pPr>
      <w:r>
        <w:rPr/>
        <w:t xml:space="preserve">(Ps89:7 “awesome above all who surround Him”) </w:t>
      </w:r>
      <w:r>
        <w:rPr>
          <w:b/>
        </w:rPr>
        <w:t xml:space="preserve">Psalm 89:8</w:t>
      </w:r>
      <w:r>
        <w:rPr/>
        <w:t xml:space="preserve"> — O LORD God of Hosts, </w:t>
      </w:r>
      <w:r>
        <w:rPr>
          <w:shd w:fill="B7DDE8" w:val="clear"/>
        </w:rPr>
        <w:t xml:space="preserve">{who is like You}</w:t>
      </w:r>
      <w:r>
        <w:rPr>
          <w:b w:val="false"/>
          <w:i w:val="false"/>
          <w:color w:val="000000"/>
          <w:u w:val="none"/>
        </w:rPr>
        <w:t xml:space="preserve"> [7GB]</w:t>
      </w:r>
      <w:r>
        <w:rPr/>
        <w:t xml:space="preserve">? O mighty LORD, </w:t>
      </w:r>
      <w:r>
        <w:rPr>
          <w:shd w:fill="B7DDE8" w:val="clear"/>
        </w:rPr>
        <w:t xml:space="preserve">Your faithfulness surrounds You</w:t>
      </w:r>
      <w:r>
        <w:rPr>
          <w:b w:val="false"/>
          <w:i w:val="false"/>
          <w:color w:val="000000"/>
          <w:u w:val="none"/>
        </w:rPr>
        <w:t xml:space="preserve"> [1LMV]</w:t>
      </w:r>
      <w:r>
        <w:rPr/>
        <w:t xml:space="preserve">.</w:t>
      </w:r>
    </w:p>
    <w:p>
      <w:pPr>
        <w:pStyle w:val="Yellow"/>
        <w:rPr/>
      </w:pPr>
      <w:r>
        <w:rPr>
          <w:u w:val="none"/>
        </w:rPr>
        <w:t xml:space="preserve">(Ps96:10 “The LORD”) </w:t>
      </w:r>
      <w:r>
        <w:rPr>
          <w:b/>
          <w:u w:val="none"/>
        </w:rPr>
        <w:t xml:space="preserve">Psalm 96:13</w:t>
      </w:r>
      <w:r>
        <w:rPr>
          <w:u w:val="none"/>
        </w:rPr>
        <w:t xml:space="preserve"> — </w:t>
      </w:r>
      <w:r>
        <w:rPr>
          <w:u w:val="none"/>
          <w:shd w:fill="B7DDE8" w:val="clear"/>
        </w:rPr>
        <w:t xml:space="preserve">{He} is coming—He is coming to judge the earth</w:t>
      </w:r>
      <w:r>
        <w:rPr>
          <w:b w:val="false"/>
          <w:i w:val="false"/>
          <w:color w:val="000000"/>
          <w:u w:val="none"/>
        </w:rPr>
        <w:t xml:space="preserve"> [2IOD]</w:t>
      </w:r>
      <w:r>
        <w:rPr>
          <w:u w:val="none"/>
        </w:rPr>
        <w:t xml:space="preserve">. </w:t>
      </w:r>
      <w:r>
        <w:rPr>
          <w:u w:val="none"/>
          <w:shd w:fill="B7DDE8" w:val="clear"/>
        </w:rPr>
        <w:t xml:space="preserve">He will judge the world in righteousness</w:t>
      </w:r>
      <w:r>
        <w:rPr>
          <w:b w:val="false"/>
          <w:i w:val="false"/>
          <w:u w:val="none"/>
          <w:color w:val="000000"/>
        </w:rPr>
        <w:t xml:space="preserve"> [2IOE]</w:t>
      </w:r>
      <w:r>
        <w:rPr>
          <w:u w:val="none"/>
          <w:shd w:val="clear" w:color="auto" w:fill="548235"/>
          <w:color w:val="FFFFFF"/>
        </w:rPr>
        <w:t xml:space="preserve"> and </w:t>
      </w:r>
      <w:r>
        <w:rPr>
          <w:u w:val="none"/>
          <w:shd w:fill="548235" w:val="clear" w:color="auto"/>
          <w:color w:val="FFFFFF"/>
        </w:rPr>
        <w:t xml:space="preserve">the peoples in His faithfulness</w:t>
      </w:r>
      <w:r>
        <w:rPr>
          <w:b w:val="false"/>
          <w:i w:val="false"/>
          <w:color w:val="FFFFFF"/>
          <w:u w:val="none"/>
          <w:shd w:val="clear" w:color="auto" w:fill="548235"/>
        </w:rPr>
        <w:t xml:space="preserve"> [1KRN]</w:t>
      </w:r>
      <w:r>
        <w:rPr>
          <w:u w:val="none"/>
          <w:shd w:val="clear" w:color="auto" w:fill="548235"/>
          <w:color w:val="FFFFFF"/>
        </w:rPr>
        <w:t xml:space="preserve">.</w:t>
      </w:r>
    </w:p>
    <w:p>
      <w:pPr>
        <w:pStyle w:val="Yellow"/>
        <w:rPr/>
        <w:shd w:val="clear" w:color="auto" w:fill="E4DFEC"/>
        <w:pBdr>
          <w:left w:val="single" w:sz="28" w:space="5" w:color="B4A7D6"/>
        </w:pBdr>
      </w:pPr>
      <w:r>
        <w:rPr>
          <w:b/>
          <w:u w:val="none"/>
          <w:shd w:fill="F4CCCC" w:val="clear"/>
        </w:rPr>
        <w:t>Psalm 100:5</w:t>
      </w:r>
      <w:r>
        <w:rPr>
          <w:u w:val="none"/>
        </w:rPr>
        <w:t xml:space="preserve"> — For </w:t>
      </w:r>
      <w:r>
        <w:rPr>
          <w:u w:val="none"/>
          <w:shd w:fill="B7DDE8" w:val="clear"/>
        </w:rPr>
        <w:t>the LORD is good</w:t>
      </w:r>
      <w:r>
        <w:rPr>
          <w:b w:val="false"/>
          <w:i w:val="false"/>
          <w:color w:val="000000"/>
          <w:u w:val="none"/>
        </w:rPr>
        <w:t xml:space="preserve"> [7FD]</w:t>
      </w:r>
      <w:r>
        <w:rPr>
          <w:u w:val="none"/>
        </w:rPr>
        <w:t xml:space="preserve">, and </w:t>
      </w:r>
      <w:r>
        <w:rPr>
          <w:u w:val="none"/>
          <w:shd w:fill="B7DDE8" w:val="clear"/>
        </w:rPr>
        <w:t>His loving devotion endures forever</w:t>
      </w:r>
      <w:r>
        <w:rPr>
          <w:b w:val="false"/>
          <w:i w:val="false"/>
          <w:color w:val="000000"/>
          <w:u w:val="none"/>
        </w:rPr>
        <w:t xml:space="preserve"> [6HI]</w:t>
      </w:r>
      <w:r>
        <w:rPr>
          <w:u w:val="none"/>
        </w:rPr>
        <w:t xml:space="preserve">; </w:t>
      </w:r>
      <w:r>
        <w:rPr>
          <w:u w:val="none"/>
          <w:shd w:fill="F4B183" w:val="clear" w:color="auto"/>
          <w:color w:val="000000"/>
        </w:rPr>
        <w:t>His faithfulness continues to all generations</w:t>
      </w:r>
      <w:r>
        <w:rPr>
          <w:b w:val="false"/>
          <w:i w:val="false"/>
          <w:color w:val="000000"/>
          <w:u w:val="none"/>
          <w:shd w:val="clear" w:color="auto" w:fill="F4B183"/>
        </w:rPr>
        <w:t xml:space="preserve"> [4HG]</w:t>
      </w:r>
      <w:r>
        <w:rPr>
          <w:u w:val="none"/>
          <w:shd w:fill="F4CCCC" w:val="clear"/>
        </w:rPr>
        <w:t>.</w:t>
      </w:r>
    </w:p>
    <w:p>
      <w:pPr>
        <w:pStyle w:val="Yellow"/>
        <w:rPr/>
      </w:pPr>
      <w:r>
        <w:rPr>
          <w:b/>
        </w:rPr>
        <w:t>Psalm 105:7–8</w:t>
      </w:r>
      <w:r>
        <w:rPr/>
        <w:t xml:space="preserve"> — </w:t>
      </w:r>
      <w:r>
        <w:rPr/>
        <w:t>He is the LORD our God</w:t>
      </w:r>
      <w:r>
        <w:rPr>
          <w:b w:val="false"/>
          <w:i w:val="false"/>
          <w:color w:val="000000"/>
          <w:u w:val="none"/>
        </w:rPr>
        <w:t xml:space="preserve"> [15MP]</w:t>
      </w:r>
      <w:r>
        <w:rPr/>
        <w:t xml:space="preserve">; </w:t>
      </w:r>
      <w:r>
        <w:rPr>
          <w:shd w:fill="B7DDE8" w:val="clear"/>
        </w:rPr>
        <w:t>His judgments carry throughout the earth</w:t>
      </w:r>
      <w:r>
        <w:rPr>
          <w:b w:val="false"/>
          <w:i w:val="false"/>
          <w:u w:val="none"/>
          <w:color w:val="000000"/>
        </w:rPr>
        <w:t xml:space="preserve"> [2MQ]</w:t>
      </w:r>
      <w:r>
        <w:rPr/>
        <w:t xml:space="preserve">. </w:t>
      </w:r>
      <w:r>
        <w:rPr>
          <w:shd w:fill="B7DDE8" w:val="clear"/>
        </w:rPr>
        <w:t xml:space="preserve">He remembers His covenant </w:t>
      </w:r>
      <w:r>
        <w:rPr>
          <w:shd w:fill="B7DDE8" w:val="clear"/>
        </w:rPr>
        <w:t>forever</w:t>
      </w:r>
      <w:r>
        <w:rPr>
          <w:b w:val="false"/>
          <w:i w:val="false"/>
          <w:color w:val="000000"/>
          <w:u w:val="none"/>
        </w:rPr>
        <w:t xml:space="preserve"> [2AAV]</w:t>
      </w:r>
      <w:r>
        <w:rPr/>
        <w:t xml:space="preserve">, </w:t>
      </w:r>
      <w:r>
        <w:rPr>
          <w:shd w:fill="B7DDE8" w:val="clear"/>
        </w:rPr>
        <w:t>the word He ordained for a thousand generations</w:t>
      </w:r>
      <w:r>
        <w:rPr>
          <w:b w:val="false"/>
          <w:i w:val="false"/>
          <w:color w:val="000000"/>
          <w:u w:val="none"/>
        </w:rPr>
        <w:t xml:space="preserve"> [1AAW]</w:t>
      </w:r>
      <w:r>
        <w:rPr/>
        <w:t>—</w:t>
      </w:r>
    </w:p>
    <w:p>
      <w:pPr>
        <w:pStyle w:val="Yellow"/>
        <w:rPr/>
      </w:pPr>
      <w:r>
        <w:rPr/>
        <w:t xml:space="preserve">(Ps111:4 “the LORD”) </w:t>
      </w:r>
      <w:r>
        <w:rPr>
          <w:b/>
        </w:rPr>
        <w:t>Psalm 111:7–8</w:t>
      </w:r>
      <w:r>
        <w:rPr/>
        <w:t xml:space="preserve"> — </w:t>
      </w:r>
      <w:r>
        <w:rPr>
          <w:shd w:val="clear" w:fill="B7DDE8"/>
        </w:rPr>
        <w:t>all {His} precepts are trustworthy</w:t>
      </w:r>
      <w:r>
        <w:rPr>
          <w:b w:val="false"/>
          <w:i w:val="false"/>
          <w:color w:val="000000"/>
          <w:u w:val="none"/>
        </w:rPr>
        <w:t xml:space="preserve"> [1RD]</w:t>
      </w:r>
      <w:r>
        <w:rPr/>
        <w:t xml:space="preserve">. </w:t>
      </w:r>
      <w:r>
        <w:rPr>
          <w:shd w:val="clear" w:fill="B7DDE8"/>
        </w:rPr>
        <w:t>They are upheld forever and ever</w:t>
      </w:r>
      <w:r>
        <w:rPr>
          <w:b w:val="false"/>
          <w:i w:val="false"/>
          <w:color w:val="000000"/>
          <w:u w:val="none"/>
        </w:rPr>
        <w:t xml:space="preserve"> [1RE]</w:t>
      </w:r>
      <w:r>
        <w:rPr/>
        <w:t xml:space="preserve">, </w:t>
      </w:r>
      <w:r>
        <w:rPr>
          <w:shd w:val="clear" w:fill="B7DDE8"/>
        </w:rPr>
        <w:t>enacted in truth and uprightness</w:t>
      </w:r>
      <w:r>
        <w:rPr>
          <w:b w:val="false"/>
          <w:i w:val="false"/>
          <w:color w:val="000000"/>
          <w:u w:val="none"/>
        </w:rPr>
        <w:t xml:space="preserve"> [1RF]</w:t>
      </w:r>
      <w:r>
        <w:rPr/>
        <w:t>.</w:t>
      </w:r>
    </w:p>
    <w:p>
      <w:pPr>
        <w:pStyle w:val="Yellow"/>
        <w:rPr/>
        <w:pBdr>
          <w:left w:val="single" w:sz="28" w:space="5" w:color="C00000"/>
        </w:pBdr>
      </w:pPr>
      <w:r>
        <w:rPr>
          <w:b/>
        </w:rPr>
        <w:t xml:space="preserve">Psalm 119:75</w:t>
      </w:r>
      <w:r>
        <w:rPr/>
        <w:t xml:space="preserve"> — I know, O LORD, that </w:t>
      </w:r>
      <w:r>
        <w:rPr>
          <w:shd w:fill="B7DDE8" w:val="clear"/>
        </w:rPr>
        <w:t xml:space="preserve">Your judgments are righteous</w:t>
      </w:r>
      <w:r>
        <w:rPr>
          <w:b w:val="false"/>
          <w:i w:val="false"/>
          <w:u w:val="none"/>
          <w:color w:val="000000"/>
        </w:rPr>
        <w:t xml:space="preserve"> [1GUN]</w:t>
      </w:r>
      <w:r>
        <w:rPr/>
        <w:t xml:space="preserve">, and that </w:t>
      </w:r>
      <w:r>
        <w:rPr>
          <w:shd w:fill="B7DDE8" w:val="clear"/>
        </w:rPr>
        <w:t xml:space="preserve">in faithfulness You have afflicted me</w:t>
      </w:r>
      <w:r>
        <w:rPr>
          <w:b w:val="false"/>
          <w:i w:val="false"/>
          <w:color w:val="000000"/>
          <w:u w:val="none"/>
        </w:rPr>
        <w:t xml:space="preserve"> [1GUO]</w:t>
      </w:r>
      <w:r>
        <w:rPr/>
        <w:t xml:space="preserve">.</w:t>
      </w:r>
    </w:p>
    <w:p>
      <w:pPr>
        <w:pStyle w:val="Yellow"/>
        <w:rPr/>
      </w:pPr>
      <w:r>
        <w:rPr>
          <w:b/>
        </w:rPr>
        <w:t>Psalm 119:89</w:t>
      </w:r>
      <w:r>
        <w:rPr/>
        <w:t xml:space="preserve"> — </w:t>
      </w:r>
      <w:r>
        <w:rPr>
          <w:shd w:val="clear" w:color="auto" w:fill="D9C3E6"/>
        </w:rPr>
        <w:t>Your word, O LORD, is everlasting</w:t>
      </w:r>
      <w:r>
        <w:rPr>
          <w:b w:val="false"/>
          <w:i w:val="false"/>
          <w:color w:val="000000"/>
          <w:u w:val="none"/>
        </w:rPr>
        <w:t xml:space="preserve"> [3TA]</w:t>
      </w:r>
      <w:r>
        <w:rPr>
          <w:shd w:val="clear" w:color="auto" w:fill="D9C3E6"/>
        </w:rPr>
        <w:t xml:space="preserve">; </w:t>
      </w:r>
      <w:r>
        <w:rPr>
          <w:shd w:val="clear" w:fill="B7DDE8"/>
        </w:rPr>
        <w:t>it is firmly fixed in the heavens</w:t>
      </w:r>
      <w:r>
        <w:rPr>
          <w:b w:val="false"/>
          <w:i w:val="false"/>
          <w:color w:val="000000"/>
          <w:u w:val="none"/>
        </w:rPr>
        <w:t xml:space="preserve"> [1TB]</w:t>
      </w:r>
      <w:r>
        <w:rPr/>
        <w:t>.</w:t>
      </w:r>
    </w:p>
    <w:p>
      <w:pPr>
        <w:pStyle w:val="Yellow"/>
        <w:rPr/>
      </w:pPr>
      <w:r>
        <w:rPr>
          <w:b/>
        </w:rPr>
        <w:t>Psalm 119:138</w:t>
      </w:r>
      <w:r>
        <w:rPr/>
        <w:t xml:space="preserve"> — </w:t>
      </w:r>
      <w:r>
        <w:rPr>
          <w:shd w:fill="B7DDE8" w:val="clear"/>
        </w:rPr>
        <w:t>The testimonies You have laid down are righteous</w:t>
      </w:r>
      <w:r>
        <w:rPr>
          <w:b w:val="false"/>
          <w:i w:val="false"/>
          <w:color w:val="000000"/>
          <w:u w:val="none"/>
        </w:rPr>
        <w:t xml:space="preserve"> [1AAG]</w:t>
      </w:r>
      <w:r>
        <w:rPr/>
        <w:t xml:space="preserve"> and </w:t>
      </w:r>
      <w:r>
        <w:rPr>
          <w:shd w:fill="B7DDE8" w:val="clear"/>
        </w:rPr>
        <w:t>altogether faithful</w:t>
      </w:r>
      <w:r>
        <w:rPr>
          <w:b w:val="false"/>
          <w:i w:val="false"/>
          <w:color w:val="000000"/>
          <w:u w:val="none"/>
        </w:rPr>
        <w:t xml:space="preserve"> [1AAH]</w:t>
      </w:r>
      <w:r>
        <w:rPr/>
        <w:t>.</w:t>
      </w:r>
    </w:p>
    <w:p>
      <w:pPr>
        <w:pStyle w:val="Yellow"/>
        <w:rPr/>
      </w:pPr>
      <w:r>
        <w:rPr>
          <w:b/>
        </w:rPr>
        <w:t>Psalm 119:151</w:t>
      </w:r>
      <w:r>
        <w:rPr/>
        <w:t xml:space="preserve"> — </w:t>
      </w:r>
      <w:r>
        <w:rPr>
          <w:shd w:fill="B7DDE8" w:val="clear"/>
        </w:rPr>
        <w:t>You are near, O LORD</w:t>
      </w:r>
      <w:r>
        <w:rPr>
          <w:b w:val="false"/>
          <w:i w:val="false"/>
          <w:color w:val="000000"/>
          <w:u w:val="none"/>
        </w:rPr>
        <w:t xml:space="preserve"> [1VY]</w:t>
      </w:r>
      <w:r>
        <w:rPr/>
        <w:t xml:space="preserve">, and </w:t>
      </w:r>
      <w:r>
        <w:rPr>
          <w:shd w:fill="F4B183" w:val="clear" w:color="auto"/>
          <w:color w:val="000000"/>
        </w:rPr>
        <w:t xml:space="preserve">all Your </w:t>
      </w:r>
      <w:r>
        <w:rPr>
          <w:shd w:fill="F4B183" w:val="clear" w:color="auto"/>
          <w:color w:val="000000"/>
        </w:rPr>
        <w:t>commandments</w:t>
      </w:r>
      <w:r>
        <w:rPr>
          <w:shd w:fill="F4B183" w:val="clear" w:color="auto"/>
          <w:color w:val="000000"/>
        </w:rPr>
        <w:t xml:space="preserve"> are </w:t>
      </w:r>
      <w:r>
        <w:rPr>
          <w:shd w:fill="F4B183" w:val="clear" w:color="auto"/>
          <w:color w:val="000000"/>
        </w:rPr>
        <w:t>true</w:t>
      </w:r>
      <w:r>
        <w:rPr>
          <w:b w:val="false"/>
          <w:i w:val="false"/>
          <w:color w:val="000000"/>
          <w:u w:val="none"/>
          <w:shd w:val="clear" w:color="auto" w:fill="F4B183"/>
        </w:rPr>
        <w:t xml:space="preserve"> [1VZ]</w:t>
      </w:r>
      <w:r>
        <w:rPr/>
        <w:t>.</w:t>
      </w:r>
    </w:p>
    <w:p>
      <w:pPr>
        <w:pStyle w:val="Yellow"/>
        <w:rPr/>
      </w:pPr>
      <w:r>
        <w:rPr>
          <w:b/>
        </w:rPr>
        <w:t>Psalm 119:160</w:t>
      </w:r>
      <w:r>
        <w:rPr/>
        <w:t xml:space="preserve"> — </w:t>
      </w:r>
      <w:r>
        <w:rPr>
          <w:shd w:val="clear" w:fill="B7DDE8"/>
        </w:rPr>
        <w:t>The entirety of Your word is truth</w:t>
      </w:r>
      <w:r>
        <w:rPr>
          <w:b w:val="false"/>
          <w:i w:val="false"/>
          <w:color w:val="000000"/>
          <w:u w:val="none"/>
        </w:rPr>
        <w:t xml:space="preserve"> [3QW]</w:t>
      </w:r>
      <w:r>
        <w:rPr/>
        <w:t xml:space="preserve">, and </w:t>
      </w:r>
      <w:r>
        <w:rPr>
          <w:shd w:val="clear" w:fill="B7DDE8"/>
        </w:rPr>
        <w:t>all Your righteous judgments endure forever</w:t>
      </w:r>
      <w:r>
        <w:rPr>
          <w:b w:val="false"/>
          <w:i w:val="false"/>
          <w:color w:val="000000"/>
          <w:u w:val="none"/>
        </w:rPr>
        <w:t xml:space="preserve"> [1QZ]</w:t>
      </w:r>
      <w:r>
        <w:rPr/>
        <w:t>.</w:t>
      </w:r>
    </w:p>
    <w:p>
      <w:pPr>
        <w:pStyle w:val="Yellow"/>
        <w:rPr/>
      </w:pPr>
      <w:r>
        <w:rPr>
          <w:b/>
          <w:u w:val="none"/>
        </w:rPr>
        <w:t>Psalm 145:13</w:t>
      </w:r>
      <w:r>
        <w:rPr>
          <w:u w:val="none"/>
        </w:rPr>
        <w:t xml:space="preserve"> — </w:t>
      </w:r>
      <w:r>
        <w:rPr>
          <w:u w:val="none"/>
        </w:rPr>
        <w:t>Your kingdom is an everlasting kingdom</w:t>
      </w:r>
      <w:r>
        <w:rPr>
          <w:b w:val="false"/>
          <w:i w:val="false"/>
          <w:color w:val="000000"/>
          <w:u w:val="none"/>
        </w:rPr>
        <w:t xml:space="preserve"> [5HE]</w:t>
      </w:r>
      <w:r>
        <w:rPr>
          <w:u w:val="none"/>
        </w:rPr>
        <w:t xml:space="preserve">, and </w:t>
      </w:r>
      <w:r>
        <w:rPr>
          <w:u w:val="none"/>
        </w:rPr>
        <w:t>Your dominion endures through all generations</w:t>
      </w:r>
      <w:r>
        <w:rPr>
          <w:b w:val="false"/>
          <w:i w:val="false"/>
          <w:color w:val="000000"/>
          <w:u w:val="none"/>
        </w:rPr>
        <w:t xml:space="preserve"> [2DZN]</w:t>
      </w:r>
      <w:r>
        <w:rPr>
          <w:u w:val="none"/>
        </w:rPr>
        <w:t xml:space="preserve">. </w:t>
      </w:r>
      <w:r>
        <w:rPr>
          <w:u w:val="none"/>
          <w:shd w:fill="B7DDE8" w:val="clear"/>
        </w:rPr>
        <w:t>The LORD is faithful</w:t>
      </w:r>
      <w:r>
        <w:rPr>
          <w:u w:val="none"/>
          <w:shd w:fill="B7DDE8" w:val="clear"/>
        </w:rPr>
        <w:t xml:space="preserve"> in all His words</w:t>
      </w:r>
      <w:r>
        <w:rPr>
          <w:b w:val="false"/>
          <w:i w:val="false"/>
          <w:color w:val="000000"/>
          <w:u w:val="none"/>
        </w:rPr>
        <w:t xml:space="preserve"> [1MFR]</w:t>
      </w:r>
      <w:r>
        <w:rPr>
          <w:u w:val="none"/>
        </w:rPr>
        <w:t xml:space="preserve"> and </w:t>
      </w:r>
      <w:r>
        <w:rPr>
          <w:u w:val="none"/>
          <w:shd w:fill="B7DDE8" w:val="clear"/>
        </w:rPr>
        <w:t>kind in all His actions</w:t>
      </w:r>
      <w:r>
        <w:rPr>
          <w:b w:val="false"/>
          <w:i w:val="false"/>
          <w:color w:val="000000"/>
          <w:u w:val="none"/>
        </w:rPr>
        <w:t xml:space="preserve"> [2KT]</w:t>
      </w:r>
      <w:r>
        <w:rPr>
          <w:u w:val="none"/>
        </w:rPr>
        <w:t>.</w:t>
      </w:r>
    </w:p>
    <w:p>
      <w:pPr>
        <w:pStyle w:val="Yellow"/>
        <w:rPr/>
      </w:pPr>
      <w:r>
        <w:rPr>
          <w:b/>
        </w:rPr>
        <w:t>Isaiah 45:19</w:t>
      </w:r>
      <w:r>
        <w:t xml:space="preserve"> — </w:t>
      </w:r>
      <w:r>
        <w:rPr>
          <w:shd w:fill="B7DDE8" w:val="clear"/>
        </w:rPr>
        <w:t>I have not spoken in secret, from a place in a land of darkness</w:t>
      </w:r>
      <w:r>
        <w:rPr>
          <w:b w:val="false"/>
          <w:i w:val="false"/>
          <w:u w:val="none"/>
          <w:color w:val="000000"/>
        </w:rPr>
        <w:t xml:space="preserve"> [1RL]</w:t>
      </w:r>
      <w:r>
        <w:t xml:space="preserve">. </w:t>
      </w:r>
      <w:r>
        <w:rPr>
          <w:shd w:fill="B7DDE8" w:val="clear"/>
        </w:rPr>
        <w:t>I did not say to the descendants of Jacob, ‘Seek Me in a wasteland.’</w:t>
      </w:r>
      <w:r>
        <w:rPr>
          <w:b w:val="false"/>
          <w:i w:val="false"/>
          <w:color w:val="000000"/>
          <w:u w:val="none"/>
        </w:rPr>
        <w:t xml:space="preserve"> [1RM]</w:t>
      </w:r>
      <w:r>
        <w:t xml:space="preserve"> </w:t>
      </w:r>
      <w:r>
        <w:rPr>
          <w:shd w:fill="B7DDE8" w:val="clear"/>
        </w:rPr>
        <w:t>I, the LORD, speak the truth</w:t>
      </w:r>
      <w:r>
        <w:rPr>
          <w:b w:val="false"/>
          <w:i w:val="false"/>
          <w:u w:val="none"/>
          <w:color w:val="000000"/>
        </w:rPr>
        <w:t xml:space="preserve"> [1MGH]</w:t>
      </w:r>
      <w:r>
        <w:t xml:space="preserve">; </w:t>
      </w:r>
      <w:r>
        <w:rPr>
          <w:shd w:fill="B7DDE8" w:val="clear"/>
        </w:rPr>
        <w:t>I say what is right</w:t>
      </w:r>
      <w:r>
        <w:rPr>
          <w:b w:val="false"/>
          <w:i w:val="false"/>
          <w:u w:val="none"/>
          <w:color w:val="000000"/>
        </w:rPr>
        <w:t xml:space="preserve"> [1RN]</w:t>
      </w:r>
      <w:r>
        <w:t>.</w:t>
      </w:r>
    </w:p>
    <w:p>
      <w:pPr>
        <w:pStyle w:val="Green"/>
        <w:rPr/>
      </w:pPr>
      <w:r>
        <w:rPr>
          <w:shd w:val="clear" w:color="auto" w:fill="548235"/>
          <w:color w:val="FFFFFF"/>
        </w:rPr>
        <w:t xml:space="preserve">(Is49:13 “the LORD has comforted His people”) </w:t>
      </w:r>
      <w:r>
        <w:rPr>
          <w:b/>
          <w:shd w:val="clear" w:color="auto" w:fill="548235"/>
          <w:color w:val="FFFFFF"/>
        </w:rPr>
        <w:t>Isaiah 49:14–16</w:t>
      </w:r>
      <w:r>
        <w:rPr>
          <w:shd w:val="clear" w:color="auto" w:fill="548235"/>
          <w:color w:val="FFFFFF"/>
        </w:rPr>
        <w:t xml:space="preserve"> — {But} </w:t>
      </w:r>
      <w:r>
        <w:rPr>
          <w:shd w:fill="548235" w:val="clear" w:color="auto"/>
          <w:color w:val="FFFFFF"/>
        </w:rPr>
        <w:t>Zion said, “The LORD has forsaken me; the Lord has forgotten me!”</w:t>
      </w:r>
      <w:r>
        <w:rPr>
          <w:b w:val="false"/>
          <w:i w:val="false"/>
          <w:color w:val="FFFFFF"/>
          <w:u w:val="none"/>
          <w:shd w:val="clear" w:color="auto" w:fill="548235"/>
        </w:rPr>
        <w:t xml:space="preserve"> [2FVC]</w:t>
      </w:r>
      <w:r>
        <w:rPr>
          <w:shd w:val="clear" w:color="auto" w:fill="548235"/>
          <w:color w:val="FFFFFF"/>
        </w:rPr>
        <w:t xml:space="preserve"> “</w:t>
      </w:r>
      <w:r>
        <w:rPr>
          <w:shd w:fill="548235" w:val="clear" w:color="auto"/>
          <w:color w:val="FFFFFF"/>
        </w:rPr>
        <w:t>Can a woman forget her nursing child, or lack compassion for the son of her womb</w:t>
      </w:r>
      <w:r>
        <w:rPr>
          <w:b w:val="false"/>
          <w:i w:val="false"/>
          <w:color w:val="FFFFFF"/>
          <w:u w:val="none"/>
          <w:shd w:val="clear" w:color="auto" w:fill="548235"/>
        </w:rPr>
        <w:t xml:space="preserve"> [1FVD]</w:t>
      </w:r>
      <w:r>
        <w:rPr>
          <w:shd w:val="clear" w:color="auto" w:fill="548235"/>
          <w:color w:val="FFFFFF"/>
        </w:rPr>
        <w:t xml:space="preserve">? </w:t>
      </w:r>
      <w:r>
        <w:rPr>
          <w:shd w:fill="548235" w:val="clear" w:color="auto"/>
          <w:color w:val="FFFFFF"/>
        </w:rPr>
        <w:t>Even if she could forget, I will not forget you</w:t>
      </w:r>
      <w:r>
        <w:rPr>
          <w:b w:val="false"/>
          <w:i w:val="false"/>
          <w:color w:val="FFFFFF"/>
          <w:u w:val="none"/>
          <w:shd w:val="clear" w:color="auto" w:fill="548235"/>
        </w:rPr>
        <w:t xml:space="preserve"> [1FVE]</w:t>
      </w:r>
      <w:r>
        <w:rPr>
          <w:shd w:val="clear" w:color="auto" w:fill="548235"/>
          <w:color w:val="FFFFFF"/>
        </w:rPr>
        <w:t xml:space="preserve">! Behold, </w:t>
      </w:r>
      <w:r>
        <w:rPr>
          <w:shd w:fill="548235" w:val="clear" w:color="auto"/>
          <w:color w:val="FFFFFF"/>
        </w:rPr>
        <w:t>I have inscribed you on the palms of My hands</w:t>
      </w:r>
      <w:r>
        <w:rPr>
          <w:b w:val="false"/>
          <w:i w:val="false"/>
          <w:color w:val="FFFFFF"/>
          <w:u w:val="none"/>
          <w:shd w:val="clear" w:color="auto" w:fill="548235"/>
        </w:rPr>
        <w:t xml:space="preserve"> [1FVF]</w:t>
      </w:r>
      <w:r>
        <w:rPr>
          <w:shd w:val="clear" w:color="auto" w:fill="548235"/>
          <w:color w:val="FFFFFF"/>
        </w:rPr>
        <w:t xml:space="preserve">; </w:t>
      </w:r>
      <w:r>
        <w:rPr>
          <w:shd w:fill="548235" w:val="clear" w:color="auto"/>
          <w:color w:val="FFFFFF"/>
        </w:rPr>
        <w:t>your walls are ever before Me</w:t>
      </w:r>
      <w:r>
        <w:rPr>
          <w:b w:val="false"/>
          <w:i w:val="false"/>
          <w:color w:val="FFFFFF"/>
          <w:u w:val="none"/>
          <w:shd w:val="clear" w:color="auto" w:fill="548235"/>
        </w:rPr>
        <w:t xml:space="preserve"> [1FVG]</w:t>
      </w:r>
      <w:r>
        <w:rPr>
          <w:shd w:val="clear" w:color="auto" w:fill="548235"/>
          <w:color w:val="FFFFFF"/>
        </w:rPr>
        <w:t>.</w:t>
      </w:r>
    </w:p>
    <w:p>
      <w:pPr>
        <w:pStyle w:val="Yellow"/>
        <w:rPr/>
      </w:pPr>
      <w:r>
        <w:rPr>
          <w:u w:val="none"/>
        </w:rPr>
        <w:t xml:space="preserve">(Is61:7 “My people”) </w:t>
      </w:r>
      <w:r>
        <w:rPr>
          <w:b/>
          <w:u w:val="none"/>
        </w:rPr>
        <w:t>Isaiah 61:8</w:t>
      </w:r>
      <w:r>
        <w:rPr>
          <w:u w:val="none"/>
        </w:rPr>
        <w:t xml:space="preserve"> — </w:t>
      </w:r>
      <w:r>
        <w:rPr>
          <w:u w:val="none"/>
        </w:rPr>
        <w:t>I, the LORD, love justice</w:t>
      </w:r>
      <w:r>
        <w:rPr>
          <w:b w:val="false"/>
          <w:i w:val="false"/>
          <w:color w:val="000000"/>
          <w:u w:val="none"/>
        </w:rPr>
        <w:t xml:space="preserve"> [4KY]</w:t>
      </w:r>
      <w:r>
        <w:rPr>
          <w:u w:val="none"/>
        </w:rPr>
        <w:t xml:space="preserve">; </w:t>
      </w:r>
      <w:r>
        <w:rPr>
          <w:u w:val="none"/>
          <w:shd w:fill="B7DDE8" w:val="clear"/>
        </w:rPr>
        <w:t>I hate robbery and iniquity</w:t>
      </w:r>
      <w:r>
        <w:rPr>
          <w:b w:val="false"/>
          <w:i w:val="false"/>
          <w:color w:val="000000"/>
          <w:u w:val="none"/>
        </w:rPr>
        <w:t xml:space="preserve"> [1AET]</w:t>
      </w:r>
      <w:r>
        <w:rPr>
          <w:u w:val="none"/>
        </w:rPr>
        <w:t xml:space="preserve">; </w:t>
      </w:r>
      <w:r>
        <w:rPr>
          <w:u w:val="none"/>
          <w:shd w:fill="B7DDE8" w:val="clear"/>
        </w:rPr>
        <w:t>in My faithfulness I will give {them} their recompense</w:t>
      </w:r>
      <w:r>
        <w:rPr>
          <w:b w:val="false"/>
          <w:i w:val="false"/>
          <w:color w:val="000000"/>
          <w:u w:val="none"/>
        </w:rPr>
        <w:t xml:space="preserve"> [1AEU]</w:t>
      </w:r>
      <w:r>
        <w:rPr>
          <w:u w:val="none"/>
        </w:rPr>
        <w:t xml:space="preserve"> and </w:t>
      </w:r>
      <w:r>
        <w:rPr>
          <w:u w:val="none"/>
          <w:shd w:fill="B7DDE8" w:val="clear"/>
        </w:rPr>
        <w:t>make an everlasting covenant with them</w:t>
      </w:r>
      <w:r>
        <w:rPr>
          <w:b w:val="false"/>
          <w:i w:val="false"/>
          <w:u w:val="none"/>
          <w:color w:val="000000"/>
        </w:rPr>
        <w:t xml:space="preserve"> [4AEO]</w:t>
      </w:r>
      <w:r>
        <w:rPr>
          <w:u w:val="none"/>
        </w:rPr>
        <w:t>.</w:t>
      </w:r>
    </w:p>
    <w:p>
      <w:pPr>
        <w:pStyle w:val="Yellow"/>
        <w:rPr/>
      </w:pPr>
      <w:r>
        <w:rPr>
          <w:b/>
        </w:rPr>
        <w:t>Micah 7:20</w:t>
      </w:r>
      <w:r>
        <w:t xml:space="preserve"> — </w:t>
      </w:r>
      <w:r>
        <w:rPr>
          <w:shd w:fill="B7DDE8" w:val="clear"/>
        </w:rPr>
        <w:t>You will show faithfulness to Jacob</w:t>
      </w:r>
      <w:r>
        <w:rPr>
          <w:b w:val="false"/>
          <w:i w:val="false"/>
          <w:color w:val="000000"/>
          <w:u w:val="none"/>
        </w:rPr>
        <w:t xml:space="preserve"> [1CHY]</w:t>
      </w:r>
      <w:r>
        <w:t xml:space="preserve"> and </w:t>
      </w:r>
      <w:r>
        <w:rPr>
          <w:shd w:fill="B7DDE8" w:val="clear"/>
        </w:rPr>
        <w:t>loving devotion to Abraham</w:t>
      </w:r>
      <w:r>
        <w:rPr>
          <w:b w:val="false"/>
          <w:i w:val="false"/>
          <w:u w:val="none"/>
          <w:color w:val="000000"/>
        </w:rPr>
        <w:t xml:space="preserve"> [1CHZ]</w:t>
      </w:r>
      <w:r>
        <w:t xml:space="preserve">, </w:t>
      </w:r>
      <w:r>
        <w:rPr>
          <w:shd w:fill="B7DDE8" w:val="clear"/>
        </w:rPr>
        <w:t>as You swore to our fathers from the days of old</w:t>
      </w:r>
      <w:r>
        <w:rPr>
          <w:b w:val="false"/>
          <w:i w:val="false"/>
          <w:color w:val="000000"/>
          <w:u w:val="none"/>
        </w:rPr>
        <w:t xml:space="preserve"> [1AGF]</w:t>
      </w:r>
      <w:r>
        <w:t>.</w:t>
      </w:r>
    </w:p>
    <w:p>
      <w:pPr>
        <w:pStyle w:val="Green"/>
        <w:rPr/>
      </w:pPr>
      <w:r>
        <w:t xml:space="preserve">(Hag2:4 “I am with you”) </w:t>
      </w:r>
      <w:r>
        <w:rPr>
          <w:b/>
        </w:rPr>
        <w:t>Haggai 2:5</w:t>
      </w:r>
      <w:r>
        <w:t xml:space="preserve"> — </w:t>
      </w:r>
      <w:r>
        <w:rPr>
          <w:shd w:fill="B7DDE8" w:val="clear"/>
        </w:rPr>
        <w:t>{This} is the promise I made to you when you came out of Egypt</w:t>
      </w:r>
      <w:r>
        <w:rPr>
          <w:b w:val="false"/>
          <w:i w:val="false"/>
          <w:color w:val="000000"/>
          <w:u w:val="none"/>
        </w:rPr>
        <w:t xml:space="preserve"> [1AKE]</w:t>
      </w:r>
      <w:r>
        <w:t xml:space="preserve">. And </w:t>
      </w:r>
      <w:r>
        <w:rPr>
          <w:shd w:fill="B7DDE8" w:val="clear"/>
        </w:rPr>
        <w:t>My Spirit remains among you</w:t>
      </w:r>
      <w:r>
        <w:rPr>
          <w:b w:val="false"/>
          <w:i w:val="false"/>
          <w:color w:val="000000"/>
          <w:u w:val="none"/>
        </w:rPr>
        <w:t xml:space="preserve"> [2AKF]</w:t>
      </w:r>
      <w:r>
        <w:t xml:space="preserve">; </w:t>
      </w:r>
      <w:r>
        <w:rPr>
          <w:shd w:val="clear" w:color="auto" w:fill="D9C3E6"/>
        </w:rPr>
        <w:t>do not be afraid</w:t>
      </w:r>
      <w:r>
        <w:rPr>
          <w:b w:val="false"/>
          <w:i w:val="false"/>
          <w:color w:val="000000"/>
          <w:u w:val="none"/>
        </w:rPr>
        <w:t xml:space="preserve"> [17AKG]</w:t>
      </w:r>
      <w:r>
        <w:rPr>
          <w:shd w:val="clear" w:color="auto" w:fill="D9C3E6"/>
        </w:rPr>
        <w:t>.</w:t>
      </w:r>
    </w:p>
    <w:p>
      <w:pPr>
        <w:pStyle w:val="Yellow"/>
        <w:rPr/>
      </w:pPr>
      <w:r>
        <w:rPr>
          <w:b/>
        </w:rPr>
        <w:t>Matthew 5:17</w:t>
      </w:r>
      <w:r>
        <w:t xml:space="preserve"> — </w:t>
      </w:r>
      <w:r>
        <w:rPr>
          <w:shd w:fill="B7DDE8" w:val="clear"/>
        </w:rPr>
        <w:t>Do not think that I have come to abolish the Law or the Prophets</w:t>
      </w:r>
      <w:r>
        <w:rPr>
          <w:b w:val="false"/>
          <w:i w:val="false"/>
          <w:color w:val="000000"/>
          <w:u w:val="none"/>
        </w:rPr>
        <w:t xml:space="preserve"> [1ALW]</w:t>
      </w:r>
      <w:r>
        <w:t xml:space="preserve">. </w:t>
      </w:r>
      <w:r>
        <w:rPr>
          <w:shd w:fill="B7DDE8" w:val="clear"/>
        </w:rPr>
        <w:t>I have not come to abolish them</w:t>
      </w:r>
      <w:r>
        <w:rPr>
          <w:b w:val="false"/>
          <w:i w:val="false"/>
          <w:color w:val="000000"/>
          <w:u w:val="none"/>
        </w:rPr>
        <w:t xml:space="preserve"> [1ALW]</w:t>
      </w:r>
      <w:r>
        <w:t xml:space="preserve">, </w:t>
      </w:r>
      <w:r>
        <w:rPr>
          <w:shd w:fill="B7DDE8" w:val="clear"/>
        </w:rPr>
        <w:t>but to fulfill them</w:t>
      </w:r>
      <w:r>
        <w:rPr>
          <w:b w:val="false"/>
          <w:i w:val="false"/>
          <w:color w:val="000000"/>
          <w:u w:val="none"/>
        </w:rPr>
        <w:t xml:space="preserve"> [1ALX]</w:t>
      </w:r>
      <w:r>
        <w:t>.</w:t>
      </w:r>
    </w:p>
    <w:p>
      <w:pPr>
        <w:pStyle w:val="Yellow"/>
        <w:rPr/>
      </w:pPr>
      <w:r>
        <w:rPr>
          <w:b/>
          <w:u w:val="none"/>
        </w:rPr>
        <w:t>Matthew 5:18</w:t>
      </w:r>
      <w:r>
        <w:rPr>
          <w:u w:val="none"/>
        </w:rPr>
        <w:t xml:space="preserve"> — until </w:t>
      </w:r>
      <w:r>
        <w:rPr>
          <w:u w:val="none"/>
        </w:rPr>
        <w:t>heaven and earth pass away</w:t>
      </w:r>
      <w:r>
        <w:rPr>
          <w:u w:val="none"/>
        </w:rPr>
        <w:t xml:space="preserve">, </w:t>
      </w:r>
      <w:r>
        <w:rPr>
          <w:u w:val="none"/>
          <w:shd w:fill="B7DDE8" w:val="clear"/>
        </w:rPr>
        <w:t>not a single jot, not a stroke of a pen, will disappear from the Law</w:t>
      </w:r>
      <w:r>
        <w:rPr>
          <w:b w:val="false"/>
          <w:i w:val="false"/>
          <w:color w:val="000000"/>
          <w:u w:val="none"/>
        </w:rPr>
        <w:t xml:space="preserve"> [2KG]</w:t>
      </w:r>
      <w:r>
        <w:rPr>
          <w:u w:val="none"/>
        </w:rPr>
        <w:t xml:space="preserve"> until everything is accomplished.</w:t>
      </w:r>
    </w:p>
    <w:p>
      <w:pPr>
        <w:pStyle w:val="Yellow"/>
        <w:rPr/>
        <w:pBdr>
          <w:left w:val="single" w:sz="28" w:space="5" w:color="C00000"/>
        </w:pBdr>
      </w:pPr>
      <w:r>
        <w:rPr>
          <w:b/>
          <w:highlight w:val="cyan"/>
          <w:u w:val="none"/>
        </w:rPr>
        <w:t>Matthew 24:35</w:t>
      </w:r>
      <w:r>
        <w:rPr>
          <w:highlight w:val="cyan"/>
          <w:u w:val="none"/>
        </w:rPr>
        <w:t xml:space="preserve"> — </w:t>
      </w:r>
      <w:r>
        <w:rPr>
          <w:u w:val="none"/>
          <w:shd w:fill="548235" w:val="clear" w:color="auto"/>
          <w:color w:val="FFFFFF"/>
        </w:rPr>
        <w:t>Heaven and earth will pass away</w:t>
      </w:r>
      <w:r>
        <w:rPr>
          <w:b w:val="false"/>
          <w:i w:val="false"/>
          <w:color w:val="FFFFFF"/>
          <w:u w:val="none"/>
          <w:shd w:val="clear" w:color="auto" w:fill="548235"/>
        </w:rPr>
        <w:t xml:space="preserve"> [3KE]</w:t>
      </w:r>
      <w:r>
        <w:rPr>
          <w:highlight w:val="cyan"/>
          <w:u w:val="none"/>
        </w:rPr>
        <w:t xml:space="preserve">, but </w:t>
      </w:r>
      <w:r>
        <w:rPr>
          <w:u w:val="none"/>
          <w:shd w:fill="B7DDE8" w:val="clear"/>
        </w:rPr>
        <w:t>My words will never pass away</w:t>
      </w:r>
      <w:r>
        <w:rPr>
          <w:b w:val="false"/>
          <w:i w:val="false"/>
          <w:color w:val="000000"/>
          <w:u w:val="none"/>
        </w:rPr>
        <w:t xml:space="preserve"> [1KF]</w:t>
      </w:r>
      <w:r>
        <w:rPr>
          <w:highlight w:val="cyan"/>
          <w:u w:val="none"/>
        </w:rPr>
        <w:t>.</w:t>
      </w:r>
    </w:p>
    <w:p>
      <w:pPr>
        <w:pStyle w:val="Yellow"/>
        <w:rPr/>
      </w:pPr>
      <w:r>
        <w:rPr>
          <w:b/>
        </w:rPr>
        <w:t>Luke 1:37</w:t>
      </w:r>
      <w:r>
        <w:rPr/>
        <w:t xml:space="preserve"> — </w:t>
      </w:r>
      <w:r>
        <w:rPr>
          <w:shd w:fill="B7DDE8" w:val="clear"/>
        </w:rPr>
        <w:t>no word from God will ever fail</w:t>
      </w:r>
      <w:r>
        <w:rPr>
          <w:b w:val="false"/>
          <w:i w:val="false"/>
          <w:color w:val="000000"/>
          <w:u w:val="none"/>
        </w:rPr>
        <w:t xml:space="preserve"> [1LYX]</w:t>
      </w:r>
      <w:r>
        <w:rPr/>
        <w:t>.”</w:t>
      </w:r>
    </w:p>
    <w:p>
      <w:pPr>
        <w:pStyle w:val="Yellow"/>
        <w:rPr/>
        <w:pBdr>
          <w:left w:val="single" w:sz="28" w:space="5" w:color="C00000"/>
        </w:pBdr>
      </w:pPr>
      <w:r>
        <w:rPr>
          <w:shd w:val="clear" w:color="auto" w:fill="F4B183"/>
          <w:color w:val="000000"/>
        </w:rPr>
        <w:t xml:space="preserve">(Lk1:39 “Mary”) </w:t>
      </w:r>
      <w:r>
        <w:rPr>
          <w:b/>
          <w:shd w:val="clear" w:color="auto" w:fill="F4B183"/>
          <w:color w:val="000000"/>
        </w:rPr>
        <w:t>Luke 1:45</w:t>
      </w:r>
      <w:r>
        <w:rPr>
          <w:shd w:val="clear" w:color="auto" w:fill="F4B183"/>
          <w:color w:val="000000"/>
        </w:rPr>
        <w:t xml:space="preserve"> — </w:t>
      </w:r>
      <w:r>
        <w:rPr>
          <w:shd w:fill="F4B183" w:val="clear" w:color="auto"/>
          <w:color w:val="000000"/>
        </w:rPr>
        <w:t>Blessed is {she} who has believed that the Lord’s word to her will be fulfilled</w:t>
      </w:r>
      <w:r>
        <w:rPr>
          <w:b w:val="false"/>
          <w:i w:val="false"/>
          <w:color w:val="000000"/>
          <w:u w:val="none"/>
          <w:shd w:val="clear" w:color="auto" w:fill="F4B183"/>
        </w:rPr>
        <w:t xml:space="preserve"> [1AMD]</w:t>
      </w:r>
      <w:r>
        <w:rPr>
          <w:shd w:val="clear" w:color="auto" w:fill="F4B183"/>
          <w:color w:val="000000"/>
        </w:rPr>
        <w:t>.”</w:t>
      </w:r>
    </w:p>
    <w:p>
      <w:pPr>
        <w:pStyle w:val="Yellow"/>
        <w:rPr/>
      </w:pPr>
      <w:r>
        <w:rPr>
          <w:b/>
          <w:u w:val="none"/>
          <w:shd w:val="clear" w:color="auto" w:fill="C00000"/>
          <w:color w:val="FFFFFF"/>
        </w:rPr>
        <w:t>Luke 16:17</w:t>
      </w:r>
      <w:r>
        <w:rPr>
          <w:u w:val="none"/>
          <w:shd w:val="clear" w:color="auto" w:fill="C00000"/>
          <w:color w:val="FFFFFF"/>
        </w:rPr>
        <w:t xml:space="preserve"> — </w:t>
      </w:r>
      <w:r>
        <w:rPr>
          <w:u w:val="none"/>
          <w:shd w:val="clear" w:color="auto" w:fill="C00000"/>
          <w:color w:val="FFFFFF"/>
        </w:rPr>
        <w:t xml:space="preserve">it is easier for </w:t>
      </w:r>
      <w:r>
        <w:rPr>
          <w:u w:val="none"/>
          <w:shd w:val="clear" w:color="auto" w:fill="C00000"/>
          <w:color w:val="FFFFFF"/>
        </w:rPr>
        <w:t>heaven and earth to pass away</w:t>
      </w:r>
      <w:r>
        <w:rPr>
          <w:u w:val="none"/>
          <w:shd w:val="clear" w:color="auto" w:fill="C00000"/>
          <w:color w:val="FFFFFF"/>
        </w:rPr>
        <w:t xml:space="preserve"> than for a single stroke of a pen to drop out of the Law</w:t>
      </w:r>
      <w:r>
        <w:rPr>
          <w:b w:val="false"/>
          <w:i w:val="false"/>
          <w:u w:val="none"/>
          <w:shd w:val="clear" w:color="auto" w:fill="C00000"/>
          <w:color w:val="FFFFFF"/>
        </w:rPr>
        <w:t xml:space="preserve"> [2KG]</w:t>
      </w:r>
      <w:r>
        <w:rPr>
          <w:u w:val="none"/>
          <w:shd w:val="clear" w:color="auto" w:fill="C00000"/>
          <w:color w:val="FFFFFF"/>
        </w:rPr>
        <w:t>.</w:t>
      </w:r>
    </w:p>
    <w:p>
      <w:pPr>
        <w:pStyle w:val="Yellow"/>
        <w:rPr/>
      </w:pPr>
      <w:r>
        <w:rPr>
          <w:b/>
        </w:rPr>
        <w:t>Luke 18:31</w:t>
      </w:r>
      <w:r>
        <w:t xml:space="preserve"> — </w:t>
      </w:r>
      <w:r>
        <w:rPr>
          <w:shd w:fill="B7DDE8" w:val="clear"/>
        </w:rPr>
        <w:t>everything the prophets have written about the Son of Man will be fulfilled</w:t>
      </w:r>
      <w:r>
        <w:rPr>
          <w:b w:val="false"/>
          <w:i w:val="false"/>
          <w:color w:val="000000"/>
          <w:u w:val="none"/>
        </w:rPr>
        <w:t xml:space="preserve"> [1MHE]</w:t>
      </w:r>
      <w:r>
        <w:t>.</w:t>
      </w:r>
    </w:p>
    <w:p>
      <w:pPr>
        <w:pStyle w:val="Yellow"/>
        <w:rPr/>
      </w:pPr>
      <w:r>
        <w:rPr/>
        <w:t xml:space="preserve">(Jn3:22 “Jesus”) </w:t>
      </w:r>
      <w:r>
        <w:rPr>
          <w:b/>
        </w:rPr>
        <w:t>John 3:33</w:t>
      </w:r>
      <w:r>
        <w:rPr/>
        <w:t xml:space="preserve"> — </w:t>
      </w:r>
      <w:r>
        <w:rPr>
          <w:shd w:fill="B7DDE8" w:val="clear"/>
        </w:rPr>
        <w:t>Whoever accepts {His} testimony has certified that God is truthful</w:t>
      </w:r>
      <w:r>
        <w:rPr>
          <w:b w:val="false"/>
          <w:i w:val="false"/>
          <w:color w:val="000000"/>
          <w:u w:val="none"/>
        </w:rPr>
        <w:t xml:space="preserve"> [3HJ]</w:t>
      </w:r>
      <w:r>
        <w:rPr/>
        <w:t>.</w:t>
      </w:r>
    </w:p>
    <w:p>
      <w:pPr>
        <w:pStyle w:val="Yellow"/>
        <w:rPr/>
      </w:pPr>
      <w:r>
        <w:rPr>
          <w:b/>
        </w:rPr>
        <w:t>John 10:35</w:t>
      </w:r>
      <w:r>
        <w:rPr/>
        <w:t xml:space="preserve"> — </w:t>
      </w:r>
      <w:r>
        <w:rPr>
          <w:shd w:val="clear" w:fill="B7DDE8"/>
        </w:rPr>
        <w:t>the Scripture cannot be broken</w:t>
      </w:r>
      <w:r>
        <w:rPr>
          <w:b w:val="false"/>
          <w:i w:val="false"/>
          <w:color w:val="000000"/>
          <w:u w:val="none"/>
        </w:rPr>
        <w:t xml:space="preserve"> [1SF]</w:t>
      </w:r>
    </w:p>
    <w:p>
      <w:pPr>
        <w:pStyle w:val="Yellow"/>
        <w:rPr/>
        <w:shd w:val="clear" w:color="auto" w:fill="E4DFEC"/>
        <w:pBdr>
          <w:left w:val="single" w:sz="28" w:space="5" w:color="7030A0"/>
        </w:pBdr>
      </w:pPr>
      <w:r>
        <w:rPr>
          <w:b/>
        </w:rPr>
        <w:t>John 17:17</w:t>
      </w:r>
      <w:r>
        <w:rPr/>
        <w:t xml:space="preserve"> — </w:t>
      </w:r>
      <w:r>
        <w:rPr>
          <w:shd w:val="clear" w:fill="B7DDE8"/>
        </w:rPr>
        <w:t>Your word is truth</w:t>
      </w:r>
      <w:r>
        <w:rPr>
          <w:b w:val="false"/>
          <w:i w:val="false"/>
          <w:color w:val="000000"/>
          <w:u w:val="none"/>
        </w:rPr>
        <w:t xml:space="preserve"> [3QW]</w:t>
      </w:r>
      <w:r>
        <w:rPr/>
        <w:t>.</w:t>
      </w:r>
    </w:p>
    <w:p>
      <w:pPr>
        <w:pStyle w:val="Yellow"/>
        <w:rPr/>
      </w:pPr>
      <w:r>
        <w:rPr>
          <w:b/>
          <w:shd w:val="clear" w:color="auto" w:fill="548235"/>
          <w:color w:val="FFFFFF"/>
        </w:rPr>
        <w:t>Romans 3:3-4</w:t>
      </w:r>
      <w:r>
        <w:rPr>
          <w:shd w:val="clear" w:color="auto" w:fill="548235"/>
          <w:color w:val="FFFFFF"/>
        </w:rPr>
        <w:t xml:space="preserve"> — </w:t>
      </w:r>
      <w:r>
        <w:rPr>
          <w:shd w:val="clear" w:fill="548235" w:color="auto"/>
          <w:color w:val="FFFFFF"/>
        </w:rPr>
        <w:t>What if some did not have faith? Will their lack of faith nullify God’s faithfulness? Certainly not</w:t>
      </w:r>
      <w:r>
        <w:rPr>
          <w:b w:val="false"/>
          <w:i w:val="false"/>
          <w:color w:val="FFFFFF"/>
          <w:u w:val="none"/>
          <w:shd w:val="clear" w:color="auto" w:fill="548235"/>
        </w:rPr>
        <w:t xml:space="preserve"> [1DDL]</w:t>
      </w:r>
      <w:r>
        <w:rPr>
          <w:shd w:val="clear" w:color="auto" w:fill="548235"/>
          <w:color w:val="FFFFFF"/>
        </w:rPr>
        <w:t>!</w:t>
      </w:r>
    </w:p>
    <w:p>
      <w:pPr>
        <w:pStyle w:val="Yellow"/>
        <w:rPr/>
        <w:pBdr>
          <w:left w:val="single" w:sz="28" w:space="5" w:color="C00000"/>
        </w:pBdr>
      </w:pPr>
      <w:r>
        <w:rPr>
          <w:b/>
        </w:rPr>
        <w:t xml:space="preserve">Romans 3:4</w:t>
      </w:r>
      <w:r>
        <w:rPr/>
        <w:t xml:space="preserve"> — </w:t>
      </w:r>
      <w:r>
        <w:rPr>
          <w:shd w:fill="B7DDE8" w:val="clear"/>
        </w:rPr>
        <w:t xml:space="preserve">Let God be true</w:t>
      </w:r>
      <w:r>
        <w:rPr>
          <w:b w:val="false"/>
          <w:i w:val="false"/>
          <w:color w:val="000000"/>
          <w:u w:val="none"/>
        </w:rPr>
        <w:t xml:space="preserve"> [3HJ]</w:t>
      </w:r>
      <w:r>
        <w:rPr/>
        <w:t xml:space="preserve"> and </w:t>
      </w:r>
      <w:r>
        <w:rPr>
          <w:shd w:fill="B7DDE8" w:val="clear"/>
        </w:rPr>
        <w:t xml:space="preserve">every man a liar</w:t>
      </w:r>
      <w:r>
        <w:rPr>
          <w:b w:val="false"/>
          <w:i w:val="false"/>
          <w:u w:val="none"/>
          <w:color w:val="000000"/>
        </w:rPr>
        <w:t xml:space="preserve"> [1IQE]</w:t>
      </w:r>
      <w:r>
        <w:rPr/>
        <w:t xml:space="preserve">. As it is written: “So that </w:t>
      </w:r>
      <w:r>
        <w:rPr>
          <w:shd w:fill="B7DDE8" w:val="clear"/>
        </w:rPr>
        <w:t xml:space="preserve">You may be proved right when You speak</w:t>
      </w:r>
      <w:r>
        <w:rPr>
          <w:b w:val="false"/>
          <w:i w:val="false"/>
          <w:color w:val="000000"/>
          <w:u w:val="none"/>
        </w:rPr>
        <w:t xml:space="preserve"> [1IQF]</w:t>
      </w:r>
      <w:r>
        <w:rPr/>
        <w:t xml:space="preserve"> and </w:t>
      </w:r>
      <w:r>
        <w:rPr>
          <w:shd w:fill="B7DDE8" w:val="clear"/>
        </w:rPr>
        <w:t xml:space="preserve">victorious when You judge</w:t>
      </w:r>
      <w:r>
        <w:rPr>
          <w:b w:val="false"/>
          <w:i w:val="false"/>
          <w:u w:val="none"/>
          <w:color w:val="000000"/>
        </w:rPr>
        <w:t xml:space="preserve"> [1IQG]</w:t>
      </w:r>
      <w:r>
        <w:rPr/>
        <w:t xml:space="preserve">.”</w:t>
      </w:r>
    </w:p>
    <w:p>
      <w:pPr>
        <w:pStyle w:val="Yellow"/>
        <w:rPr/>
      </w:pPr>
      <w:r>
        <w:rPr>
          <w:b/>
          <w:u w:val="none"/>
        </w:rPr>
        <w:t>1 Corinthians 15:3</w:t>
      </w:r>
      <w:r>
        <w:rPr>
          <w:u w:val="none"/>
        </w:rPr>
        <w:t xml:space="preserve"> — </w:t>
      </w:r>
      <w:r>
        <w:rPr>
          <w:u w:val="none"/>
          <w:shd w:fill="B7DDE8" w:val="clear"/>
        </w:rPr>
        <w:t>Christ died for our sins</w:t>
      </w:r>
      <w:r>
        <w:rPr>
          <w:b w:val="false"/>
          <w:i w:val="false"/>
          <w:color w:val="000000"/>
          <w:u w:val="none"/>
        </w:rPr>
        <w:t xml:space="preserve"> [1BDT]</w:t>
      </w:r>
      <w:r>
        <w:rPr>
          <w:u w:val="none"/>
        </w:rPr>
        <w:t xml:space="preserve"> </w:t>
      </w:r>
      <w:r>
        <w:rPr>
          <w:u w:val="none"/>
          <w:shd w:fill="B7DDE8" w:val="clear"/>
        </w:rPr>
        <w:t>according to the Scriptures</w:t>
      </w:r>
      <w:r>
        <w:rPr>
          <w:b w:val="false"/>
          <w:i w:val="false"/>
          <w:color w:val="000000"/>
          <w:u w:val="none"/>
        </w:rPr>
        <w:t xml:space="preserve"> [1BDU]</w:t>
      </w:r>
      <w:r>
        <w:rPr>
          <w:u w:val="none"/>
        </w:rPr>
        <w:t>,</w:t>
      </w:r>
    </w:p>
    <w:p>
      <w:pPr>
        <w:pStyle w:val="Yellow"/>
        <w:rPr/>
      </w:pPr>
      <w:r>
        <w:rPr>
          <w:b/>
        </w:rPr>
        <w:t>2 Corinthians 1:20</w:t>
      </w:r>
      <w:r>
        <w:t xml:space="preserve"> — For </w:t>
      </w:r>
      <w:r>
        <w:rPr>
          <w:shd w:fill="B7DDE8" w:val="clear"/>
        </w:rPr>
        <w:t>all the promises of God are “Yes” in Christ</w:t>
      </w:r>
      <w:r>
        <w:rPr>
          <w:b w:val="false"/>
          <w:i w:val="false"/>
          <w:color w:val="000000"/>
          <w:u w:val="none"/>
        </w:rPr>
        <w:t xml:space="preserve"> [1AMC]</w:t>
      </w:r>
      <w:r>
        <w:t>.</w:t>
      </w:r>
    </w:p>
    <w:p>
      <w:pPr>
        <w:pStyle w:val="Yellow"/>
        <w:rPr/>
      </w:pPr>
      <w:r>
        <w:rPr>
          <w:b/>
        </w:rPr>
        <w:t>1 Thessalonians 2:13</w:t>
      </w:r>
      <w:r>
        <w:rPr/>
        <w:t xml:space="preserve"> — </w:t>
      </w:r>
      <w:r>
        <w:rPr>
          <w:shd w:val="clear" w:fill="B7DDE8"/>
        </w:rPr>
        <w:t>you received the word of God that you heard from us</w:t>
      </w:r>
      <w:r>
        <w:rPr>
          <w:b w:val="false"/>
          <w:i w:val="false"/>
          <w:color w:val="000000"/>
          <w:u w:val="none"/>
        </w:rPr>
        <w:t xml:space="preserve"> [1SW]</w:t>
      </w:r>
      <w:r>
        <w:rPr/>
        <w:t xml:space="preserve">, </w:t>
      </w:r>
      <w:r>
        <w:rPr>
          <w:shd w:val="clear" w:fill="B7DDE8"/>
        </w:rPr>
        <w:t>you accepted it not as the word of men, but as the true word of God</w:t>
      </w:r>
      <w:r>
        <w:rPr>
          <w:b w:val="false"/>
          <w:i w:val="false"/>
          <w:u w:val="none"/>
          <w:color w:val="000000"/>
        </w:rPr>
        <w:t xml:space="preserve"> [1SX]</w:t>
      </w:r>
      <w:r>
        <w:rPr/>
        <w:t>—</w:t>
      </w:r>
      <w:r>
        <w:rPr>
          <w:shd w:val="clear" w:fill="B7DDE8"/>
        </w:rPr>
        <w:t>the word which is now at work in you who believe</w:t>
      </w:r>
      <w:r>
        <w:rPr>
          <w:b w:val="false"/>
          <w:i w:val="false"/>
          <w:color w:val="000000"/>
          <w:u w:val="none"/>
        </w:rPr>
        <w:t xml:space="preserve"> [1SY]</w:t>
      </w:r>
      <w:r>
        <w:rPr/>
        <w:t>.</w:t>
      </w:r>
    </w:p>
    <w:p>
      <w:pPr>
        <w:pStyle w:val="Yellow"/>
        <w:rPr/>
      </w:pPr>
      <w:r>
        <w:rPr>
          <w:b/>
        </w:rPr>
        <w:t>2 Timothy 2:9</w:t>
      </w:r>
      <w:r>
        <w:rPr/>
        <w:t xml:space="preserve"> — But </w:t>
      </w:r>
      <w:r>
        <w:rPr>
          <w:shd w:val="clear" w:fill="B7DDE8"/>
        </w:rPr>
        <w:t>the word of God cannot be chained</w:t>
      </w:r>
      <w:r>
        <w:rPr>
          <w:b w:val="false"/>
          <w:i w:val="false"/>
          <w:color w:val="000000"/>
          <w:u w:val="none"/>
        </w:rPr>
        <w:t xml:space="preserve"> [1SG]</w:t>
      </w:r>
      <w:r>
        <w:rPr/>
        <w:t>!</w:t>
      </w:r>
    </w:p>
    <w:p>
      <w:pPr>
        <w:pStyle w:val="Yellow"/>
        <w:rPr/>
      </w:pPr>
      <w:r>
        <w:rPr/>
        <w:t xml:space="preserve">(2Ti2:8 “Jesus Christ”) </w:t>
      </w:r>
      <w:r>
        <w:rPr>
          <w:b/>
        </w:rPr>
        <w:t xml:space="preserve">2 Timothy 2:11-13</w:t>
      </w:r>
      <w:r>
        <w:rPr/>
        <w:t xml:space="preserve"> — </w:t>
      </w:r>
      <w:r>
        <w:rPr>
          <w:shd w:fill="B7DDE8" w:val="clear"/>
        </w:rPr>
        <w:t xml:space="preserve">This is a trustworthy saying</w:t>
      </w:r>
      <w:r>
        <w:rPr>
          <w:b w:val="false"/>
          <w:i w:val="false"/>
          <w:color w:val="000000"/>
          <w:u w:val="none"/>
        </w:rPr>
        <w:t xml:space="preserve"> [1JXU]</w:t>
      </w:r>
      <w:r>
        <w:rPr/>
        <w:t xml:space="preserve">: </w:t>
      </w:r>
      <w:r>
        <w:rPr>
          <w:shd w:fill="B7DDE8" w:val="clear"/>
        </w:rPr>
        <w:t xml:space="preserve">If we died with {Him}, we will also live with Him</w:t>
      </w:r>
      <w:r>
        <w:rPr>
          <w:b w:val="false"/>
          <w:i w:val="false"/>
          <w:color w:val="000000"/>
          <w:u w:val="none"/>
        </w:rPr>
        <w:t xml:space="preserve"> [2AVZ]</w:t>
      </w:r>
      <w:r>
        <w:rPr/>
        <w:t xml:space="preserve">; </w:t>
      </w:r>
      <w:r>
        <w:rPr>
          <w:shd w:fill="B7DDE8" w:val="clear"/>
        </w:rPr>
        <w:t xml:space="preserve">if we endure, we will also reign with Him</w:t>
      </w:r>
      <w:r>
        <w:rPr>
          <w:b w:val="false"/>
          <w:i w:val="false"/>
          <w:color w:val="000000"/>
          <w:u w:val="none"/>
        </w:rPr>
        <w:t xml:space="preserve"> [1JXV]</w:t>
      </w:r>
      <w:r>
        <w:rPr/>
        <w:t xml:space="preserve">; </w:t>
      </w:r>
      <w:r>
        <w:rPr>
          <w:shd w:fill="B7DDE8" w:val="clear"/>
        </w:rPr>
        <w:t xml:space="preserve">if we deny Him, He will also deny us</w:t>
      </w:r>
      <w:r>
        <w:rPr>
          <w:b w:val="false"/>
          <w:i w:val="false"/>
          <w:color w:val="000000"/>
          <w:u w:val="none"/>
        </w:rPr>
        <w:t xml:space="preserve"> [1JXW]</w:t>
      </w:r>
      <w:r>
        <w:rPr/>
        <w:t xml:space="preserve">; </w:t>
      </w:r>
      <w:r>
        <w:rPr>
          <w:shd w:fill="B7DDE8" w:val="clear"/>
        </w:rPr>
        <w:t xml:space="preserve">if we are faithless, He remains faithful</w:t>
      </w:r>
      <w:r>
        <w:rPr>
          <w:b w:val="false"/>
          <w:i w:val="false"/>
          <w:color w:val="000000"/>
          <w:u w:val="none"/>
        </w:rPr>
        <w:t xml:space="preserve"> [1JXX]</w:t>
      </w:r>
      <w:r>
        <w:rPr/>
        <w:t xml:space="preserve">, for </w:t>
      </w:r>
      <w:r>
        <w:rPr>
          <w:shd w:fill="B7DDE8" w:val="clear"/>
        </w:rPr>
        <w:t xml:space="preserve">He cannot deny Himself</w:t>
      </w:r>
      <w:r>
        <w:rPr>
          <w:b w:val="false"/>
          <w:i w:val="false"/>
          <w:color w:val="000000"/>
          <w:u w:val="none"/>
        </w:rPr>
        <w:t xml:space="preserve"> [1JXY]</w:t>
      </w:r>
      <w:r>
        <w:rPr/>
        <w:t xml:space="preserve">.</w:t>
      </w:r>
    </w:p>
    <w:p>
      <w:pPr>
        <w:pStyle w:val="Yellow"/>
        <w:rPr/>
        <w:pBdr>
          <w:left w:val="single" w:sz="28" w:space="5" w:color="C00000"/>
        </w:pBdr>
      </w:pPr>
      <w:r>
        <w:rPr>
          <w:b/>
        </w:rPr>
        <w:t xml:space="preserve">Hebrews 6:10</w:t>
      </w:r>
      <w:r>
        <w:rPr/>
        <w:t xml:space="preserve"> — For </w:t>
      </w:r>
      <w:r>
        <w:rPr>
          <w:color w:val="000000"/>
          <w:shd w:val="clear" w:color="auto" w:fill="D9C3E6"/>
        </w:rPr>
        <w:t xml:space="preserve">God is not unjust</w:t>
      </w:r>
      <w:r>
        <w:rPr>
          <w:b w:val="false"/>
          <w:i w:val="false"/>
          <w:color w:val="000000"/>
          <w:u w:val="none"/>
          <w:shd w:val="clear" w:color="auto" w:fill="F4B183"/>
        </w:rPr>
        <w:t xml:space="preserve"> [16FJ]</w:t>
      </w:r>
      <w:r>
        <w:rPr>
          <w:shd w:val="clear" w:color="auto" w:fill="D9C3E6"/>
        </w:rPr>
        <w:t xml:space="preserve">. </w:t>
      </w:r>
      <w:r>
        <w:rPr>
          <w:shd w:fill="B7DDE8" w:val="clear"/>
        </w:rPr>
        <w:t xml:space="preserve">He will not forget your work and the love you have shown for His name as you have ministered to the saints and continue to do so</w:t>
      </w:r>
      <w:r>
        <w:rPr>
          <w:b w:val="false"/>
          <w:i w:val="false"/>
          <w:color w:val="000000"/>
          <w:u w:val="none"/>
        </w:rPr>
        <w:t xml:space="preserve"> [1GJG]</w:t>
      </w:r>
      <w:r>
        <w:rPr/>
        <w:t xml:space="preserve">.</w:t>
      </w:r>
    </w:p>
    <w:p>
      <w:pPr>
        <w:pStyle w:val="Yellow"/>
        <w:rPr/>
      </w:pPr>
      <w:r>
        <w:rPr>
          <w:b/>
        </w:rPr>
        <w:t>2 Peter 3:9</w:t>
      </w:r>
      <w:r>
        <w:t xml:space="preserve"> — </w:t>
      </w:r>
      <w:r>
        <w:rPr>
          <w:shd w:fill="B7DDE8" w:val="clear"/>
        </w:rPr>
        <w:t>The Lord is not slow in keeping His promise as some understand slowness</w:t>
      </w:r>
      <w:r>
        <w:rPr>
          <w:b w:val="false"/>
          <w:i w:val="false"/>
          <w:color w:val="000000"/>
          <w:u w:val="none"/>
        </w:rPr>
        <w:t xml:space="preserve"> [1AIT]</w:t>
      </w:r>
      <w:r>
        <w:t xml:space="preserve">, but </w:t>
      </w:r>
      <w:r>
        <w:rPr>
          <w:shd w:fill="B7DDE8" w:val="clear"/>
        </w:rPr>
        <w:t>is patient with you</w:t>
      </w:r>
      <w:r>
        <w:rPr>
          <w:b w:val="false"/>
          <w:i w:val="false"/>
          <w:color w:val="000000"/>
          <w:u w:val="none"/>
        </w:rPr>
        <w:t xml:space="preserve"> [1AIU]</w:t>
      </w:r>
      <w:r>
        <w:t xml:space="preserve">, </w:t>
      </w:r>
      <w:r>
        <w:rPr>
          <w:shd w:fill="B7DDE8" w:val="clear"/>
        </w:rPr>
        <w:t>not wanting anyone to perish but everyone to come to repentance</w:t>
      </w:r>
      <w:r>
        <w:rPr>
          <w:b w:val="false"/>
          <w:i w:val="false"/>
          <w:color w:val="000000"/>
          <w:u w:val="none"/>
        </w:rPr>
        <w:t xml:space="preserve"> [1AIV]</w:t>
      </w:r>
      <w:r>
        <w:t>.</w:t>
      </w:r>
    </w:p>
    <w:p>
      <w:pPr>
        <w:pStyle w:val="Yellow"/>
        <w:rPr/>
      </w:pPr>
      <w:r>
        <w:rPr>
          <w:b/>
          <w:shd w:val="clear" w:color="auto" w:fill="548235"/>
          <w:color w:val="FFFFFF"/>
        </w:rPr>
        <w:t xml:space="preserve">1 John 5:9</w:t>
      </w:r>
      <w:r>
        <w:rPr>
          <w:shd w:val="clear" w:color="auto" w:fill="548235"/>
          <w:color w:val="FFFFFF"/>
        </w:rPr>
        <w:t xml:space="preserve"> — </w:t>
      </w:r>
      <w:r>
        <w:rPr>
          <w:shd w:fill="548235" w:val="clear" w:color="auto"/>
          <w:color w:val="FFFFFF"/>
        </w:rPr>
        <w:t xml:space="preserve">Even if we accept human testimony, the testimony of God is greater</w:t>
      </w:r>
      <w:r>
        <w:rPr>
          <w:b w:val="false"/>
          <w:i w:val="false"/>
          <w:color w:val="FFFFFF"/>
          <w:u w:val="none"/>
          <w:shd w:val="clear" w:color="auto" w:fill="548235"/>
        </w:rPr>
        <w:t xml:space="preserve"> [1GKT]</w:t>
      </w:r>
      <w:r>
        <w:rPr>
          <w:shd w:val="clear" w:color="auto" w:fill="548235"/>
          <w:color w:val="FFFFFF"/>
        </w:rPr>
        <w:t xml:space="preserve">.</w:t>
      </w:r>
    </w:p>
    <w:p>
      <w:pPr>
        <w:pStyle w:val="Yellow"/>
        <w:rPr/>
      </w:pPr>
      <w:r>
        <w:rPr>
          <w:b/>
        </w:rPr>
        <w:t xml:space="preserve">Revelation 21:5</w:t>
      </w:r>
      <w:r>
        <w:rPr/>
        <w:t xml:space="preserve"> — Behold, </w:t>
      </w:r>
      <w:r>
        <w:rPr>
          <w:shd w:fill="B7DDE8" w:val="clear"/>
        </w:rPr>
        <w:t xml:space="preserve">I make all things new</w:t>
      </w:r>
      <w:r>
        <w:rPr>
          <w:b w:val="false"/>
          <w:i w:val="false"/>
          <w:color w:val="000000"/>
          <w:u w:val="none"/>
        </w:rPr>
        <w:t xml:space="preserve"> [1KRT]</w:t>
      </w:r>
      <w:r>
        <w:rPr/>
        <w:t xml:space="preserve">.” Then He said, “</w:t>
      </w:r>
      <w:r>
        <w:rPr>
          <w:shd w:fill="B7DDE8" w:val="clear"/>
        </w:rPr>
        <w:t xml:space="preserve">Write this down</w:t>
      </w:r>
      <w:r>
        <w:rPr>
          <w:b w:val="false"/>
          <w:i w:val="false"/>
          <w:color w:val="000000"/>
          <w:u w:val="none"/>
        </w:rPr>
        <w:t xml:space="preserve"> [1KRU]</w:t>
      </w:r>
      <w:r>
        <w:rPr/>
        <w:t xml:space="preserve">, for </w:t>
      </w:r>
      <w:r>
        <w:rPr>
          <w:shd w:fill="F4B183" w:val="clear" w:color="auto"/>
          <w:color w:val="000000"/>
        </w:rPr>
        <w:t xml:space="preserve">these words are faithful and true</w:t>
      </w:r>
      <w:r>
        <w:rPr>
          <w:b w:val="false"/>
          <w:i w:val="false"/>
          <w:color w:val="000000"/>
          <w:u w:val="none"/>
          <w:shd w:val="clear" w:color="auto" w:fill="F4B183"/>
        </w:rPr>
        <w:t xml:space="preserve"> [1KRV]</w:t>
      </w:r>
      <w:r>
        <w:rPr/>
        <w:t xml:space="preserve">.</w:t>
      </w:r>
    </w:p>
    <w:p>
      <w:r>
        <w:rPr>
          <w:b/>
          <w:sz w:val="32"/>
        </w:rPr>
        <w:t>God's Power  (48)</w:t>
      </w:r>
    </w:p>
    <w:p>
      <w:pPr>
        <w:pStyle w:val="Yellow"/>
        <w:rPr/>
      </w:pPr>
      <w:r>
        <w:rPr/>
        <w:t xml:space="preserve">(Ex9:15 God could have “wiped you off the earth”) </w:t>
      </w:r>
      <w:r>
        <w:rPr>
          <w:b/>
        </w:rPr>
        <w:t>Exodus 9:16</w:t>
      </w:r>
      <w:r>
        <w:rPr/>
        <w:t xml:space="preserve"> — {But} </w:t>
      </w:r>
      <w:r>
        <w:rPr>
          <w:shd w:fill="B7DDE8" w:val="clear"/>
        </w:rPr>
        <w:t>I have raised you up for this very purpose, that I might display My power to you</w:t>
      </w:r>
      <w:r>
        <w:rPr>
          <w:b w:val="false"/>
          <w:i w:val="false"/>
          <w:color w:val="000000"/>
          <w:u w:val="none"/>
        </w:rPr>
        <w:t xml:space="preserve"> [1JV]</w:t>
      </w:r>
      <w:r>
        <w:rPr/>
        <w:t xml:space="preserve">, and </w:t>
      </w:r>
      <w:r>
        <w:rPr>
          <w:shd w:fill="B7DDE8" w:val="clear"/>
        </w:rPr>
        <w:t>that My name might be proclaimed in all the earth</w:t>
      </w:r>
      <w:r>
        <w:rPr>
          <w:b w:val="false"/>
          <w:i w:val="false"/>
          <w:color w:val="000000"/>
          <w:u w:val="none"/>
        </w:rPr>
        <w:t xml:space="preserve"> [1LM]</w:t>
      </w:r>
      <w:r>
        <w:rPr/>
        <w:t>.</w:t>
      </w:r>
    </w:p>
    <w:p>
      <w:pPr>
        <w:pStyle w:val="Yellow"/>
        <w:rPr/>
        <w:pBdr>
          <w:left w:val="single" w:sz="28" w:space="5" w:color="C00000"/>
        </w:pBdr>
      </w:pPr>
      <w:r>
        <w:t xml:space="preserve">(Nu11:18–20 Meat “for a whole month”) </w:t>
      </w:r>
      <w:r>
        <w:rPr>
          <w:b/>
        </w:rPr>
        <w:t>Numbers 11:23</w:t>
      </w:r>
      <w:r>
        <w:t xml:space="preserve"> — The LORD answered Moses, “</w:t>
      </w:r>
      <w:r>
        <w:rPr>
          <w:shd w:fill="F4B183" w:val="clear" w:color="auto"/>
          <w:color w:val="000000"/>
        </w:rPr>
        <w:t>Is the LORD’s arm too short?</w:t>
      </w:r>
      <w:r>
        <w:rPr>
          <w:b w:val="false"/>
          <w:i w:val="false"/>
          <w:color w:val="000000"/>
          <w:u w:val="none"/>
          <w:shd w:val="clear" w:color="auto" w:fill="F4B183"/>
        </w:rPr>
        <w:t xml:space="preserve"> [1SQ]</w:t>
      </w:r>
      <w:r>
        <w:t xml:space="preserve"> Now you will see whether or not </w:t>
      </w:r>
      <w:r>
        <w:rPr>
          <w:shd w:fill="B7DDE8" w:val="clear"/>
        </w:rPr>
        <w:t>{My word} will come to pass</w:t>
      </w:r>
      <w:r>
        <w:rPr>
          <w:b w:val="false"/>
          <w:i w:val="false"/>
          <w:color w:val="000000"/>
          <w:u w:val="none"/>
        </w:rPr>
        <w:t xml:space="preserve"> [1MFT]</w:t>
      </w:r>
      <w:r>
        <w:t>.”</w:t>
      </w:r>
    </w:p>
    <w:p>
      <w:pPr>
        <w:pStyle w:val="Yellow"/>
        <w:rPr/>
      </w:pPr>
      <w:r>
        <w:rPr>
          <w:b/>
          <w:shd w:val="clear" w:color="auto" w:fill="C00000"/>
          <w:color w:val="FFFFFF"/>
        </w:rPr>
        <w:t>Numbers 24:23</w:t>
      </w:r>
      <w:r>
        <w:rPr>
          <w:shd w:val="clear" w:color="auto" w:fill="C00000"/>
          <w:color w:val="FFFFFF"/>
        </w:rPr>
        <w:t xml:space="preserve"> — “Ah, </w:t>
      </w:r>
      <w:r>
        <w:rPr>
          <w:shd w:val="clear" w:color="auto" w:fill="C00000"/>
          <w:color w:val="FFFFFF"/>
        </w:rPr>
        <w:t>who can live unless God has ordained it</w:t>
      </w:r>
      <w:r>
        <w:rPr>
          <w:b w:val="false"/>
          <w:i w:val="false"/>
          <w:u w:val="none"/>
          <w:shd w:val="clear" w:color="auto" w:fill="C00000"/>
          <w:color w:val="FFFFFF"/>
        </w:rPr>
        <w:t xml:space="preserve"> [1MDS]</w:t>
      </w:r>
      <w:r>
        <w:rPr>
          <w:shd w:val="clear" w:color="auto" w:fill="C00000"/>
          <w:color w:val="FFFFFF"/>
        </w:rPr>
        <w:t>?</w:t>
      </w:r>
    </w:p>
    <w:p>
      <w:pPr>
        <w:pStyle w:val="Yellow"/>
        <w:rPr/>
      </w:pPr>
      <w:r>
        <w:rPr>
          <w:b/>
        </w:rPr>
        <w:t>1 Samuel 14:6</w:t>
      </w:r>
      <w:r>
        <w:t xml:space="preserve"> — </w:t>
      </w:r>
      <w:r>
        <w:rPr>
          <w:shd w:fill="B7DDE8" w:val="clear"/>
        </w:rPr>
        <w:t>Come, let us cross over to the outpost of these uncircumcised men</w:t>
      </w:r>
      <w:r>
        <w:rPr>
          <w:b w:val="false"/>
          <w:i w:val="false"/>
          <w:color w:val="000000"/>
          <w:u w:val="none"/>
        </w:rPr>
        <w:t xml:space="preserve"> [1AXX]</w:t>
      </w:r>
      <w:r>
        <w:rPr>
          <w:shd w:val="clear" w:color="auto" w:fill="548235"/>
          <w:color w:val="FFFFFF"/>
        </w:rPr>
        <w:t xml:space="preserve">. </w:t>
      </w:r>
      <w:r>
        <w:rPr>
          <w:shd w:fill="548235" w:val="clear" w:color="auto"/>
          <w:color w:val="FFFFFF"/>
        </w:rPr>
        <w:t>Perhaps the LORD will work on our behalf</w:t>
      </w:r>
      <w:r>
        <w:rPr>
          <w:b w:val="false"/>
          <w:i w:val="false"/>
          <w:color w:val="FFFFFF"/>
          <w:u w:val="none"/>
          <w:shd w:val="clear" w:color="auto" w:fill="548235"/>
        </w:rPr>
        <w:t xml:space="preserve"> [1AXY]</w:t>
      </w:r>
      <w:r>
        <w:rPr>
          <w:shd w:val="clear" w:color="auto" w:fill="548235"/>
          <w:color w:val="FFFFFF"/>
        </w:rPr>
        <w:t xml:space="preserve">. </w:t>
      </w:r>
      <w:r>
        <w:rPr>
          <w:shd w:fill="548235" w:val="clear" w:color="auto"/>
          <w:color w:val="FFFFFF"/>
        </w:rPr>
        <w:t>Nothing can hinder the LORD from saving, whether by many or by few</w:t>
      </w:r>
      <w:r>
        <w:rPr>
          <w:b w:val="false"/>
          <w:i w:val="false"/>
          <w:color w:val="FFFFFF"/>
          <w:u w:val="none"/>
          <w:shd w:val="clear" w:color="auto" w:fill="548235"/>
        </w:rPr>
        <w:t xml:space="preserve"> [1AXZ]</w:t>
      </w:r>
      <w:r>
        <w:rPr>
          <w:shd w:val="clear" w:color="auto" w:fill="548235"/>
          <w:color w:val="FFFFFF"/>
        </w:rPr>
        <w:t>.</w:t>
      </w:r>
    </w:p>
    <w:p>
      <w:pPr>
        <w:pStyle w:val="Yellow"/>
        <w:rPr/>
        <w:pBdr>
          <w:left w:val="single" w:sz="28" w:space="5" w:color="C00000"/>
        </w:pBdr>
      </w:pPr>
      <w:r>
        <w:rPr>
          <w:b/>
        </w:rPr>
        <w:t xml:space="preserve">2 Kings 19:25</w:t>
      </w:r>
      <w:r>
        <w:rPr/>
        <w:t xml:space="preserve"> — Have you not heard? </w:t>
      </w:r>
      <w:r>
        <w:rPr>
          <w:shd w:fill="B7DDE8" w:val="clear"/>
        </w:rPr>
        <w:t xml:space="preserve">Long ago I ordained it</w:t>
      </w:r>
      <w:r>
        <w:rPr>
          <w:b w:val="false"/>
          <w:i w:val="false"/>
          <w:color w:val="000000"/>
          <w:u w:val="none"/>
        </w:rPr>
        <w:t xml:space="preserve"> [1LHK]</w:t>
      </w:r>
      <w:r>
        <w:rPr/>
        <w:t xml:space="preserve">; </w:t>
      </w:r>
      <w:r>
        <w:rPr>
          <w:shd w:fill="B7DDE8" w:val="clear"/>
        </w:rPr>
        <w:t xml:space="preserve">in days of old I planned it</w:t>
      </w:r>
      <w:r>
        <w:rPr>
          <w:b w:val="false"/>
          <w:i w:val="false"/>
          <w:color w:val="000000"/>
          <w:u w:val="none"/>
        </w:rPr>
        <w:t xml:space="preserve"> [1LHL]</w:t>
      </w:r>
      <w:r>
        <w:rPr/>
        <w:t xml:space="preserve">. </w:t>
      </w:r>
      <w:r>
        <w:rPr>
          <w:shd w:fill="B7DDE8" w:val="clear"/>
        </w:rPr>
        <w:t xml:space="preserve">Now I have brought it to pass</w:t>
      </w:r>
      <w:r>
        <w:rPr>
          <w:b w:val="false"/>
          <w:i w:val="false"/>
          <w:u w:val="none"/>
          <w:color w:val="000000"/>
        </w:rPr>
        <w:t xml:space="preserve"> [2FNS]</w:t>
      </w:r>
      <w:r>
        <w:rPr/>
        <w:t xml:space="preserve">, that </w:t>
      </w:r>
      <w:r>
        <w:rPr>
          <w:shd w:fill="B7DDE8" w:val="clear"/>
        </w:rPr>
        <w:t xml:space="preserve">you should crush fortified cities into piles of rubble</w:t>
      </w:r>
      <w:r>
        <w:rPr>
          <w:b w:val="false"/>
          <w:i w:val="false"/>
          <w:color w:val="000000"/>
          <w:u w:val="none"/>
        </w:rPr>
        <w:t xml:space="preserve"> [1LHM]</w:t>
      </w:r>
      <w:r>
        <w:rPr/>
        <w:t xml:space="preserve">.</w:t>
      </w:r>
    </w:p>
    <w:p>
      <w:pPr>
        <w:pStyle w:val="Yellow"/>
        <w:rPr/>
      </w:pPr>
      <w:r>
        <w:rPr>
          <w:shd w:val="clear" w:color="auto" w:fill="548235"/>
          <w:color w:val="FFFFFF"/>
        </w:rPr>
        <w:t xml:space="preserve">(2Ch16:8 God delivered Asa when he relied on Him) </w:t>
      </w:r>
      <w:r>
        <w:rPr>
          <w:b/>
          <w:shd w:val="clear" w:color="auto" w:fill="548235"/>
          <w:color w:val="FFFFFF"/>
        </w:rPr>
        <w:t>2 Chronicles 16:9</w:t>
      </w:r>
      <w:r>
        <w:rPr>
          <w:shd w:val="clear" w:color="auto" w:fill="548235"/>
          <w:color w:val="FFFFFF"/>
        </w:rPr>
        <w:t xml:space="preserve"> — {For} </w:t>
      </w:r>
      <w:r>
        <w:rPr>
          <w:shd w:fill="548235" w:val="clear" w:color="auto"/>
          <w:color w:val="FFFFFF"/>
        </w:rPr>
        <w:t>the eyes of the LORD roam to and fro over all the earth, to show Himself strong on behalf of those whose hearts are fully devoted to Him</w:t>
      </w:r>
      <w:r>
        <w:rPr>
          <w:b w:val="false"/>
          <w:i w:val="false"/>
          <w:color w:val="FFFFFF"/>
          <w:u w:val="none"/>
          <w:shd w:val="clear" w:color="auto" w:fill="548235"/>
        </w:rPr>
        <w:t xml:space="preserve"> [1JW]</w:t>
      </w:r>
      <w:r>
        <w:rPr>
          <w:shd w:val="clear" w:color="auto" w:fill="548235"/>
          <w:color w:val="FFFFFF"/>
        </w:rPr>
        <w:t>.</w:t>
      </w:r>
    </w:p>
    <w:p>
      <w:pPr>
        <w:pStyle w:val="Yellow"/>
        <w:rPr/>
        <w:pBdr>
          <w:left w:val="single" w:sz="28" w:space="5" w:color="C00000"/>
        </w:pBdr>
      </w:pPr>
      <w:r>
        <w:rPr>
          <w:b/>
        </w:rPr>
        <w:t xml:space="preserve">2 Chronicles 20:6</w:t>
      </w:r>
      <w:r>
        <w:rPr/>
        <w:t xml:space="preserve"> — </w:t>
      </w:r>
      <w:r>
        <w:rPr>
          <w:shd w:fill="B7DDE8" w:val="clear"/>
        </w:rPr>
        <w:t xml:space="preserve">Power and might are in Your hand</w:t>
      </w:r>
      <w:r>
        <w:rPr>
          <w:b w:val="false"/>
          <w:i w:val="false"/>
          <w:color w:val="000000"/>
          <w:u w:val="none"/>
        </w:rPr>
        <w:t xml:space="preserve"> [1LHC]</w:t>
      </w:r>
      <w:r>
        <w:rPr/>
        <w:t xml:space="preserve">, and </w:t>
      </w:r>
      <w:r>
        <w:rPr>
          <w:shd w:fill="F4B183" w:val="clear" w:color="auto"/>
          <w:color w:val="000000"/>
        </w:rPr>
        <w:t xml:space="preserve">no one can stand against You</w:t>
      </w:r>
      <w:r>
        <w:rPr>
          <w:b w:val="false"/>
          <w:i w:val="false"/>
          <w:color w:val="000000"/>
          <w:u w:val="none"/>
          <w:shd w:val="clear" w:color="auto" w:fill="F4B183"/>
        </w:rPr>
        <w:t xml:space="preserve"> [1LHD]</w:t>
      </w:r>
      <w:r>
        <w:rPr/>
        <w:t xml:space="preserve">.</w:t>
      </w:r>
    </w:p>
    <w:p>
      <w:pPr>
        <w:pStyle w:val="Yellow"/>
        <w:rPr/>
      </w:pPr>
      <w:r>
        <w:rPr/>
        <w:t xml:space="preserve">(2Ch25:7 if Amaziah takes Israel’s army though the LORD is not with Israel) </w:t>
      </w:r>
      <w:r>
        <w:rPr>
          <w:b/>
        </w:rPr>
        <w:t xml:space="preserve">2 Chronicles 25:8</w:t>
      </w:r>
      <w:r>
        <w:rPr/>
        <w:t xml:space="preserve"> — </w:t>
      </w:r>
      <w:r>
        <w:rPr>
          <w:shd w:fill="F4B183" w:val="clear" w:color="auto"/>
          <w:color w:val="000000"/>
        </w:rPr>
        <w:t xml:space="preserve">Even if you go and fight bravely in battle, God will overthrow you before the enemy</w:t>
      </w:r>
      <w:r>
        <w:rPr>
          <w:b w:val="false"/>
          <w:i w:val="false"/>
          <w:color w:val="000000"/>
          <w:u w:val="none"/>
          <w:shd w:val="clear" w:color="auto" w:fill="F4B183"/>
        </w:rPr>
        <w:t xml:space="preserve"> [1JYC]</w:t>
      </w:r>
      <w:r>
        <w:rPr/>
        <w:t xml:space="preserve">, for </w:t>
      </w:r>
      <w:r>
        <w:rPr>
          <w:shd w:fill="B7DDE8" w:val="clear"/>
        </w:rPr>
        <w:t xml:space="preserve">God has power to help and power to overthrow</w:t>
      </w:r>
      <w:r>
        <w:rPr>
          <w:b w:val="false"/>
          <w:i w:val="false"/>
          <w:color w:val="000000"/>
          <w:u w:val="none"/>
        </w:rPr>
        <w:t xml:space="preserve"> [1JYD]</w:t>
      </w:r>
      <w:r>
        <w:rPr>
          <w:b w:val="false"/>
          <w:i w:val="false"/>
          <w:color w:val="000000"/>
          <w:u w:val="none"/>
        </w:rPr>
        <w:t xml:space="preserve"> [1JYE]</w:t>
      </w:r>
      <w:r>
        <w:rPr/>
        <w:t xml:space="preserve">.”</w:t>
      </w:r>
    </w:p>
    <w:p>
      <w:pPr>
        <w:pStyle w:val="Yellow"/>
        <w:rPr/>
      </w:pPr>
      <w:r>
        <w:rPr>
          <w:b/>
          <w:shd w:val="clear" w:color="auto" w:fill="F4B183"/>
          <w:color w:val="000000"/>
        </w:rPr>
        <w:t>Job 2:10</w:t>
      </w:r>
      <w:r>
        <w:rPr>
          <w:shd w:val="clear" w:color="auto" w:fill="F4B183"/>
          <w:color w:val="000000"/>
        </w:rPr>
        <w:t xml:space="preserve"> — “</w:t>
      </w:r>
      <w:r>
        <w:rPr>
          <w:shd w:fill="F4B183" w:val="clear" w:color="auto"/>
          <w:color w:val="000000"/>
        </w:rPr>
        <w:t>Should we accept from God only good and not adversity</w:t>
      </w:r>
      <w:r>
        <w:rPr>
          <w:b w:val="false"/>
          <w:i w:val="false"/>
          <w:color w:val="000000"/>
          <w:u w:val="none"/>
          <w:shd w:val="clear" w:color="auto" w:fill="F4B183"/>
        </w:rPr>
        <w:t xml:space="preserve"> [1MBL]</w:t>
      </w:r>
      <w:r>
        <w:rPr>
          <w:shd w:val="clear" w:color="auto" w:fill="F4B183"/>
          <w:color w:val="000000"/>
        </w:rPr>
        <w:t>?”</w:t>
      </w:r>
    </w:p>
    <w:p>
      <w:pPr>
        <w:pStyle w:val="Yellow"/>
        <w:rPr/>
        <w:pBdr>
          <w:left w:val="single" w:sz="28" w:space="5" w:color="C00000"/>
        </w:pBdr>
      </w:pPr>
      <w:r>
        <w:rPr>
          <w:b/>
        </w:rPr>
        <w:t>Job 9:4</w:t>
      </w:r>
      <w:r>
        <w:t xml:space="preserve"> — </w:t>
      </w:r>
      <w:r>
        <w:rPr>
          <w:shd w:fill="B7DDE8" w:val="clear"/>
        </w:rPr>
        <w:t>God is wise in heart</w:t>
      </w:r>
      <w:r>
        <w:rPr>
          <w:b w:val="false"/>
          <w:i w:val="false"/>
          <w:color w:val="000000"/>
          <w:u w:val="none"/>
        </w:rPr>
        <w:t xml:space="preserve"> [1ELH]</w:t>
      </w:r>
      <w:r>
        <w:t xml:space="preserve"> and </w:t>
      </w:r>
      <w:r>
        <w:rPr>
          <w:shd w:fill="B7DDE8" w:val="clear"/>
        </w:rPr>
        <w:t>mighty in strength</w:t>
      </w:r>
      <w:r>
        <w:rPr>
          <w:b w:val="false"/>
          <w:i w:val="false"/>
          <w:color w:val="000000"/>
          <w:u w:val="none"/>
        </w:rPr>
        <w:t xml:space="preserve"> [4MFN]</w:t>
      </w:r>
      <w:r>
        <w:t xml:space="preserve">. </w:t>
      </w:r>
      <w:r>
        <w:rPr>
          <w:shd w:fill="B7DDE8" w:val="clear"/>
        </w:rPr>
        <w:t>Who has resisted Him and prospered</w:t>
      </w:r>
      <w:r>
        <w:rPr>
          <w:b w:val="false"/>
          <w:i w:val="false"/>
          <w:u w:val="none"/>
          <w:color w:val="000000"/>
        </w:rPr>
        <w:t xml:space="preserve"> [1ELI]</w:t>
      </w:r>
      <w:r>
        <w:t>?</w:t>
      </w:r>
    </w:p>
    <w:p>
      <w:pPr>
        <w:pStyle w:val="Yellow"/>
        <w:rPr/>
      </w:pPr>
      <w:r>
        <w:rPr/>
        <w:t xml:space="preserve">(Job12:13 God) </w:t>
      </w:r>
      <w:r>
        <w:rPr>
          <w:b/>
        </w:rPr>
        <w:t xml:space="preserve">Job 12:14</w:t>
      </w:r>
      <w:r>
        <w:rPr/>
        <w:t xml:space="preserve"> — </w:t>
      </w:r>
      <w:r>
        <w:rPr>
          <w:shd w:fill="B7DDE8" w:val="clear"/>
        </w:rPr>
        <w:t xml:space="preserve">What {He} tears down cannot be rebuilt</w:t>
      </w:r>
      <w:r>
        <w:rPr>
          <w:b w:val="false"/>
          <w:i w:val="false"/>
          <w:color w:val="000000"/>
          <w:u w:val="none"/>
        </w:rPr>
        <w:t xml:space="preserve"> [1KLZ]</w:t>
      </w:r>
      <w:r>
        <w:rPr/>
        <w:t xml:space="preserve">; </w:t>
      </w:r>
      <w:r>
        <w:rPr>
          <w:shd w:fill="B7DDE8" w:val="clear"/>
        </w:rPr>
        <w:t xml:space="preserve">the man He imprisons cannot be released</w:t>
      </w:r>
      <w:r>
        <w:rPr>
          <w:b w:val="false"/>
          <w:i w:val="false"/>
          <w:color w:val="000000"/>
          <w:u w:val="none"/>
        </w:rPr>
        <w:t xml:space="preserve"> [1KMA]</w:t>
      </w:r>
      <w:r>
        <w:rPr/>
        <w:t xml:space="preserve">.</w:t>
      </w:r>
    </w:p>
    <w:p>
      <w:pPr>
        <w:pStyle w:val="Yellow"/>
        <w:rPr/>
      </w:pPr>
      <w:r>
        <w:rPr/>
        <w:t xml:space="preserve">(Job23:8–12 God) </w:t>
      </w:r>
      <w:r>
        <w:rPr>
          <w:b/>
        </w:rPr>
        <w:t xml:space="preserve">Job 23:13</w:t>
      </w:r>
      <w:r>
        <w:rPr/>
        <w:t xml:space="preserve"> — </w:t>
      </w:r>
      <w:r>
        <w:rPr>
          <w:shd w:fill="B7DDE8" w:val="clear"/>
        </w:rPr>
        <w:t xml:space="preserve">{He} is unchangeable</w:t>
      </w:r>
      <w:r>
        <w:rPr>
          <w:b w:val="false"/>
          <w:i w:val="false"/>
          <w:color w:val="000000"/>
          <w:u w:val="none"/>
        </w:rPr>
        <w:t xml:space="preserve"> [3JUP]</w:t>
      </w:r>
      <w:r>
        <w:rPr/>
        <w:t xml:space="preserve">, and </w:t>
      </w:r>
      <w:r>
        <w:rPr>
          <w:shd w:fill="B7DDE8" w:val="clear"/>
        </w:rPr>
        <w:t xml:space="preserve">who can oppose Him</w:t>
      </w:r>
      <w:r>
        <w:rPr>
          <w:b w:val="false"/>
          <w:i w:val="false"/>
          <w:color w:val="000000"/>
          <w:u w:val="none"/>
        </w:rPr>
        <w:t xml:space="preserve"> [1LOQ]</w:t>
      </w:r>
      <w:r>
        <w:rPr/>
        <w:t xml:space="preserve">? </w:t>
      </w:r>
      <w:r>
        <w:rPr>
          <w:color w:val="auto"/>
        </w:rPr>
        <w:t xml:space="preserve">He does what He desires</w:t>
      </w:r>
      <w:r>
        <w:rPr>
          <w:b w:val="false"/>
          <w:i w:val="false"/>
          <w:color w:val="auto"/>
          <w:u w:val="none"/>
        </w:rPr>
        <w:t xml:space="preserve"> [2LBY]</w:t>
      </w:r>
      <w:r>
        <w:rPr/>
        <w:t xml:space="preserve">.</w:t>
      </w:r>
    </w:p>
    <w:p>
      <w:pPr>
        <w:pStyle w:val="Yellow"/>
        <w:rPr/>
        <w:shd w:val="clear" w:color="auto" w:fill="E4DFEC"/>
        <w:pBdr>
          <w:left w:val="single" w:sz="28" w:space="5" w:color="B4A7D6"/>
        </w:pBdr>
      </w:pPr>
      <w:r>
        <w:rPr>
          <w:b/>
          <w:u w:val="none"/>
        </w:rPr>
        <w:t>Job 42:2</w:t>
      </w:r>
      <w:r>
        <w:rPr>
          <w:u w:val="none"/>
        </w:rPr>
        <w:t xml:space="preserve"> — “I know that </w:t>
      </w:r>
      <w:r>
        <w:rPr>
          <w:u w:val="none"/>
          <w:shd w:fill="B7DDE8" w:val="clear"/>
        </w:rPr>
        <w:t>You can do all things</w:t>
      </w:r>
      <w:r>
        <w:rPr>
          <w:b w:val="false"/>
          <w:i w:val="false"/>
          <w:color w:val="000000"/>
          <w:u w:val="none"/>
        </w:rPr>
        <w:t xml:space="preserve"> [4JR]</w:t>
      </w:r>
      <w:r>
        <w:rPr>
          <w:u w:val="none"/>
        </w:rPr>
        <w:t xml:space="preserve"> and that </w:t>
      </w:r>
      <w:r>
        <w:rPr>
          <w:u w:val="none"/>
          <w:shd w:fill="B7DDE8" w:val="clear"/>
        </w:rPr>
        <w:t>no plan of Yours can be thwarted</w:t>
      </w:r>
      <w:r>
        <w:rPr>
          <w:b w:val="false"/>
          <w:i w:val="false"/>
          <w:color w:val="000000"/>
          <w:u w:val="none"/>
        </w:rPr>
        <w:t xml:space="preserve"> [3JS]</w:t>
      </w:r>
      <w:r>
        <w:rPr>
          <w:u w:val="none"/>
        </w:rPr>
        <w:t>.</w:t>
      </w:r>
    </w:p>
    <w:p>
      <w:pPr>
        <w:pStyle w:val="Yellow"/>
        <w:rPr/>
        <w:pBdr>
          <w:left w:val="single" w:sz="28" w:space="5" w:color="C00000"/>
        </w:pBdr>
      </w:pPr>
      <w:r>
        <w:rPr>
          <w:b/>
          <w:shd w:val="clear" w:color="auto" w:fill="F4B183"/>
          <w:color w:val="000000"/>
        </w:rPr>
        <w:t xml:space="preserve">Psalm 18:40</w:t>
      </w:r>
      <w:r>
        <w:rPr>
          <w:shd w:val="clear" w:color="auto" w:fill="F4B183"/>
          <w:color w:val="000000"/>
        </w:rPr>
        <w:t xml:space="preserve"> — </w:t>
      </w:r>
      <w:r>
        <w:rPr>
          <w:shd w:fill="F4B183" w:val="clear" w:color="auto"/>
          <w:color w:val="000000"/>
        </w:rPr>
        <w:t xml:space="preserve">You have made my enemies retreat before me</w:t>
      </w:r>
      <w:r>
        <w:rPr>
          <w:b w:val="false"/>
          <w:i w:val="false"/>
          <w:color w:val="000000"/>
          <w:u w:val="none"/>
          <w:shd w:val="clear" w:color="auto" w:fill="F4B183"/>
        </w:rPr>
        <w:t xml:space="preserve"> [1JRQ]</w:t>
      </w:r>
      <w:r>
        <w:rPr>
          <w:shd w:val="clear" w:color="auto" w:fill="F4B183"/>
          <w:color w:val="000000"/>
        </w:rPr>
        <w:t xml:space="preserve">; </w:t>
      </w:r>
      <w:r>
        <w:rPr>
          <w:shd w:fill="F4B183" w:val="clear" w:color="auto"/>
          <w:color w:val="000000"/>
        </w:rPr>
        <w:t xml:space="preserve">I destroyed those who hated me</w:t>
      </w:r>
      <w:r>
        <w:rPr>
          <w:b w:val="false"/>
          <w:i w:val="false"/>
          <w:color w:val="000000"/>
          <w:u w:val="none"/>
          <w:shd w:val="clear" w:color="auto" w:fill="F4B183"/>
        </w:rPr>
        <w:t xml:space="preserve"> [1JRR]</w:t>
      </w:r>
      <w:r>
        <w:rPr>
          <w:shd w:val="clear" w:color="auto" w:fill="F4B183"/>
          <w:color w:val="000000"/>
        </w:rPr>
        <w:t xml:space="preserve">.</w:t>
      </w:r>
    </w:p>
    <w:p>
      <w:pPr>
        <w:pStyle w:val="Yellow"/>
        <w:rPr/>
      </w:pPr>
      <w:r>
        <w:rPr>
          <w:b/>
          <w:shd w:val="clear" w:color="auto" w:fill="F4B183"/>
          <w:color w:val="000000"/>
        </w:rPr>
        <w:t xml:space="preserve">Psalm 31:15</w:t>
      </w:r>
      <w:r>
        <w:rPr>
          <w:shd w:val="clear" w:color="auto" w:fill="F4B183"/>
          <w:color w:val="000000"/>
        </w:rPr>
        <w:t xml:space="preserve"> — </w:t>
      </w:r>
      <w:r>
        <w:rPr>
          <w:shd w:fill="F4B183" w:val="clear" w:color="auto"/>
          <w:color w:val="000000"/>
        </w:rPr>
        <w:t xml:space="preserve">My times are in Your hands</w:t>
      </w:r>
      <w:r>
        <w:rPr>
          <w:b w:val="false"/>
          <w:i w:val="false"/>
          <w:color w:val="000000"/>
          <w:u w:val="none"/>
          <w:shd w:val="clear" w:color="auto" w:fill="F4B183"/>
        </w:rPr>
        <w:t xml:space="preserve"> [1LGT]</w:t>
      </w:r>
    </w:p>
    <w:p>
      <w:pPr>
        <w:pStyle w:val="Yellow"/>
        <w:rPr/>
      </w:pPr>
      <w:r>
        <w:rPr>
          <w:b/>
        </w:rPr>
        <w:t xml:space="preserve">Psalm 44:5</w:t>
      </w:r>
      <w:r>
        <w:rPr/>
        <w:t xml:space="preserve"> — </w:t>
      </w:r>
      <w:r>
        <w:rPr>
          <w:shd w:fill="B7DDE8" w:val="clear"/>
        </w:rPr>
        <w:t xml:space="preserve">Through You we repel our foes</w:t>
      </w:r>
      <w:r>
        <w:rPr>
          <w:b w:val="false"/>
          <w:i w:val="false"/>
          <w:color w:val="000000"/>
          <w:u w:val="none"/>
        </w:rPr>
        <w:t xml:space="preserve"> [1JYY]</w:t>
      </w:r>
      <w:r>
        <w:rPr/>
        <w:t xml:space="preserve">; </w:t>
      </w:r>
      <w:r>
        <w:rPr>
          <w:shd w:fill="B7DDE8" w:val="clear"/>
        </w:rPr>
        <w:t xml:space="preserve">through Your name we trample our enemies</w:t>
      </w:r>
      <w:r>
        <w:rPr>
          <w:b w:val="false"/>
          <w:i w:val="false"/>
          <w:color w:val="000000"/>
          <w:u w:val="none"/>
        </w:rPr>
        <w:t xml:space="preserve"> [1JYZ]</w:t>
      </w:r>
      <w:r>
        <w:rPr/>
        <w:t xml:space="preserve">.</w:t>
      </w:r>
    </w:p>
    <w:p>
      <w:pPr>
        <w:pStyle w:val="Yellow"/>
        <w:rPr/>
      </w:pPr>
      <w:r>
        <w:rPr>
          <w:b/>
        </w:rPr>
        <w:t>Psalm 77:14–15</w:t>
      </w:r>
      <w:r>
        <w:rPr/>
        <w:t xml:space="preserve"> — </w:t>
      </w:r>
      <w:r>
        <w:rPr/>
        <w:t>You are the God who works wonders</w:t>
      </w:r>
      <w:r>
        <w:rPr>
          <w:b w:val="false"/>
          <w:i w:val="false"/>
          <w:color w:val="000000"/>
          <w:u w:val="none"/>
        </w:rPr>
        <w:t xml:space="preserve"> [3BVE]</w:t>
      </w:r>
      <w:r>
        <w:rPr/>
        <w:t xml:space="preserve">; </w:t>
      </w:r>
      <w:r>
        <w:rPr>
          <w:shd w:val="clear" w:fill="B7DDE8"/>
        </w:rPr>
        <w:t>You display Your strength among the peoples</w:t>
      </w:r>
      <w:r>
        <w:rPr>
          <w:b w:val="false"/>
          <w:i w:val="false"/>
          <w:color w:val="000000"/>
          <w:u w:val="none"/>
        </w:rPr>
        <w:t xml:space="preserve"> [1BVF]</w:t>
      </w:r>
      <w:r>
        <w:rPr/>
        <w:t xml:space="preserve">. </w:t>
      </w:r>
      <w:r>
        <w:rPr>
          <w:shd w:val="clear" w:fill="B7DDE8"/>
        </w:rPr>
        <w:t>With power You redeemed Your people</w:t>
      </w:r>
      <w:r>
        <w:rPr>
          <w:b w:val="false"/>
          <w:i w:val="false"/>
          <w:u w:val="none"/>
          <w:color w:val="000000"/>
        </w:rPr>
        <w:t xml:space="preserve"> [1BVG]</w:t>
      </w:r>
      <w:r>
        <w:rPr>
          <w:shd w:val="clear" w:fill="B7DDE8"/>
        </w:rPr>
        <w:t>, the sons of Jacob and Joseph</w:t>
      </w:r>
      <w:r>
        <w:rPr>
          <w:b w:val="false"/>
          <w:i w:val="false"/>
          <w:color w:val="000000"/>
          <w:u w:val="none"/>
        </w:rPr>
        <w:t xml:space="preserve"> [1BVH]</w:t>
      </w:r>
      <w:r>
        <w:rPr/>
        <w:t>. Selah</w:t>
      </w:r>
    </w:p>
    <w:p>
      <w:pPr>
        <w:pStyle w:val="Yellow"/>
        <w:rPr/>
      </w:pPr>
      <w:r>
        <w:rPr>
          <w:b/>
        </w:rPr>
        <w:t xml:space="preserve">Psalm 81:13–14</w:t>
      </w:r>
      <w:r>
        <w:rPr/>
        <w:t xml:space="preserve"> — </w:t>
      </w:r>
      <w:r>
        <w:rPr>
          <w:color w:val="000000"/>
        </w:rPr>
        <w:t xml:space="preserve">If only My people would listen to Me, if Israel would follow My ways</w:t>
      </w:r>
      <w:r>
        <w:rPr>
          <w:b w:val="false"/>
          <w:i w:val="false"/>
          <w:color w:val="000000"/>
          <w:u w:val="none"/>
        </w:rPr>
        <w:t xml:space="preserve"> [1JZQ]</w:t>
      </w:r>
      <w:r>
        <w:rPr/>
        <w:t xml:space="preserve">, how soon </w:t>
      </w:r>
      <w:r>
        <w:rPr>
          <w:shd w:fill="B7DDE8" w:val="clear"/>
        </w:rPr>
        <w:t xml:space="preserve">I would subdue their enemies</w:t>
      </w:r>
      <w:r>
        <w:rPr>
          <w:b w:val="false"/>
          <w:i w:val="false"/>
          <w:color w:val="000000"/>
          <w:u w:val="none"/>
        </w:rPr>
        <w:t xml:space="preserve"> [1JZR]</w:t>
      </w:r>
      <w:r>
        <w:rPr/>
        <w:t xml:space="preserve"> and </w:t>
      </w:r>
      <w:r>
        <w:rPr>
          <w:shd w:fill="B7DDE8" w:val="clear"/>
        </w:rPr>
        <w:t xml:space="preserve">turn My hand against their foes</w:t>
      </w:r>
      <w:r>
        <w:rPr>
          <w:b w:val="false"/>
          <w:i w:val="false"/>
          <w:color w:val="000000"/>
          <w:u w:val="none"/>
        </w:rPr>
        <w:t xml:space="preserve"> [1JZS]</w:t>
      </w:r>
      <w:r>
        <w:rPr/>
        <w:t xml:space="preserve">!</w:t>
      </w:r>
    </w:p>
    <w:p>
      <w:pPr>
        <w:pStyle w:val="Yellow"/>
        <w:rPr/>
      </w:pPr>
      <w:r>
        <w:rPr>
          <w:b/>
        </w:rPr>
        <w:t xml:space="preserve">Psalm 89:10</w:t>
      </w:r>
      <w:r>
        <w:rPr/>
        <w:t xml:space="preserve"> — </w:t>
      </w:r>
      <w:r>
        <w:rPr>
          <w:shd w:fill="B7DDE8" w:val="clear"/>
        </w:rPr>
        <w:t xml:space="preserve">You crushed Rahab like a carcass</w:t>
      </w:r>
      <w:r>
        <w:rPr>
          <w:b w:val="false"/>
          <w:i w:val="false"/>
          <w:color w:val="000000"/>
          <w:u w:val="none"/>
        </w:rPr>
        <w:t xml:space="preserve"> [1JZA]</w:t>
      </w:r>
      <w:r>
        <w:rPr/>
        <w:t xml:space="preserve">; </w:t>
      </w:r>
      <w:r>
        <w:rPr>
          <w:shd w:fill="B7DDE8" w:val="clear"/>
        </w:rPr>
        <w:t xml:space="preserve">You scattered Your enemies with Your mighty arm</w:t>
      </w:r>
      <w:r>
        <w:rPr>
          <w:b w:val="false"/>
          <w:i w:val="false"/>
          <w:color w:val="000000"/>
          <w:u w:val="none"/>
        </w:rPr>
        <w:t xml:space="preserve"> [1JZB]</w:t>
      </w:r>
      <w:r>
        <w:rPr/>
        <w:t xml:space="preserve">.</w:t>
      </w:r>
    </w:p>
    <w:p>
      <w:pPr>
        <w:pStyle w:val="Yellow"/>
        <w:rPr/>
        <w:pBdr>
          <w:left w:val="single" w:sz="28" w:space="5" w:color="C00000"/>
        </w:pBdr>
      </w:pPr>
      <w:r>
        <w:rPr>
          <w:b/>
        </w:rPr>
        <w:t xml:space="preserve">Psalm 108:13</w:t>
      </w:r>
      <w:r>
        <w:rPr/>
        <w:t xml:space="preserve"> — </w:t>
      </w:r>
      <w:r>
        <w:rPr>
          <w:shd w:fill="B7DDE8" w:val="clear"/>
        </w:rPr>
        <w:t xml:space="preserve">With God we will perform with valor</w:t>
      </w:r>
      <w:r>
        <w:rPr>
          <w:b w:val="false"/>
          <w:i w:val="false"/>
          <w:color w:val="000000"/>
          <w:u w:val="none"/>
        </w:rPr>
        <w:t xml:space="preserve"> [1JYW]</w:t>
      </w:r>
      <w:r>
        <w:rPr/>
        <w:t xml:space="preserve">, and </w:t>
      </w:r>
      <w:r>
        <w:rPr>
          <w:shd w:fill="B7DDE8" w:val="clear"/>
        </w:rPr>
        <w:t xml:space="preserve">He will trample our enemies</w:t>
      </w:r>
      <w:r>
        <w:rPr>
          <w:b w:val="false"/>
          <w:i w:val="false"/>
          <w:color w:val="000000"/>
          <w:u w:val="none"/>
        </w:rPr>
        <w:t xml:space="preserve"> [1JYX]</w:t>
      </w:r>
      <w:r>
        <w:rPr/>
        <w:t xml:space="preserve">.</w:t>
      </w:r>
    </w:p>
    <w:p>
      <w:pPr>
        <w:pStyle w:val="Green"/>
        <w:rPr/>
      </w:pPr>
      <w:r>
        <w:rPr>
          <w:b/>
          <w:shd w:val="clear" w:color="auto" w:fill="548235"/>
          <w:color w:val="FFFFFF"/>
        </w:rPr>
        <w:t>Psalm 127:1</w:t>
      </w:r>
      <w:r>
        <w:rPr>
          <w:shd w:val="clear" w:color="auto" w:fill="548235"/>
          <w:color w:val="FFFFFF"/>
        </w:rPr>
        <w:t xml:space="preserve"> — </w:t>
      </w:r>
      <w:r>
        <w:rPr>
          <w:shd w:val="clear" w:fill="548235" w:color="auto"/>
          <w:color w:val="FFFFFF"/>
        </w:rPr>
        <w:t>Unless the LORD builds the house, its builders labor in vain</w:t>
      </w:r>
      <w:r>
        <w:rPr>
          <w:b w:val="false"/>
          <w:i w:val="false"/>
          <w:color w:val="FFFFFF"/>
          <w:u w:val="none"/>
          <w:shd w:val="clear" w:color="auto" w:fill="548235"/>
        </w:rPr>
        <w:t xml:space="preserve"> [1DZW]</w:t>
      </w:r>
      <w:r>
        <w:rPr>
          <w:shd w:val="clear" w:color="auto" w:fill="548235"/>
          <w:color w:val="FFFFFF"/>
        </w:rPr>
        <w:t xml:space="preserve">; </w:t>
      </w:r>
      <w:r>
        <w:rPr>
          <w:shd w:val="clear" w:fill="548235" w:color="auto"/>
          <w:color w:val="FFFFFF"/>
        </w:rPr>
        <w:t>unless the LORD protects the city, its watchmen stand guard in vain</w:t>
      </w:r>
      <w:r>
        <w:rPr>
          <w:b w:val="false"/>
          <w:i w:val="false"/>
          <w:color w:val="FFFFFF"/>
          <w:u w:val="none"/>
          <w:shd w:val="clear" w:color="auto" w:fill="548235"/>
        </w:rPr>
        <w:t xml:space="preserve"> [1DZX]</w:t>
      </w:r>
      <w:r>
        <w:rPr>
          <w:shd w:val="clear" w:color="auto" w:fill="548235"/>
          <w:color w:val="FFFFFF"/>
        </w:rPr>
        <w:t>.</w:t>
      </w:r>
    </w:p>
    <w:p>
      <w:pPr>
        <w:pStyle w:val="Green"/>
        <w:rPr/>
      </w:pPr>
      <w:r>
        <w:rPr/>
        <w:t xml:space="preserve">(Ps127:1 “the LORD”) </w:t>
      </w:r>
      <w:r>
        <w:rPr>
          <w:b/>
        </w:rPr>
        <w:t>Psalm 127:2</w:t>
      </w:r>
      <w:r>
        <w:rPr/>
        <w:t xml:space="preserve"> — </w:t>
      </w:r>
      <w:r>
        <w:rPr>
          <w:shd w:fill="B7DDE8" w:val="clear"/>
        </w:rPr>
        <w:t>In vain you rise early and stay up late, toiling for bread to eat</w:t>
      </w:r>
      <w:r>
        <w:rPr>
          <w:b w:val="false"/>
          <w:i w:val="false"/>
          <w:color w:val="000000"/>
          <w:u w:val="none"/>
        </w:rPr>
        <w:t xml:space="preserve"> [1FWK]</w:t>
      </w:r>
      <w:r>
        <w:rPr/>
        <w:t xml:space="preserve">—for </w:t>
      </w:r>
      <w:r>
        <w:rPr>
          <w:shd w:fill="B7DDE8" w:val="clear"/>
        </w:rPr>
        <w:t>{He} gives sleep to His beloved</w:t>
      </w:r>
      <w:r>
        <w:rPr>
          <w:b w:val="false"/>
          <w:i w:val="false"/>
          <w:color w:val="000000"/>
          <w:u w:val="none"/>
        </w:rPr>
        <w:t xml:space="preserve"> [1FWL]</w:t>
      </w:r>
      <w:r>
        <w:rPr/>
        <w:t>.</w:t>
      </w:r>
    </w:p>
    <w:p>
      <w:pPr>
        <w:pStyle w:val="Green"/>
        <w:rPr/>
      </w:pPr>
      <w:r>
        <w:rPr>
          <w:b/>
        </w:rPr>
        <w:t>Psalm 135:6</w:t>
      </w:r>
      <w:r>
        <w:rPr/>
        <w:t xml:space="preserve"> — </w:t>
      </w:r>
      <w:r>
        <w:rPr>
          <w:shd w:fill="B7DDE8" w:val="clear"/>
        </w:rPr>
        <w:t>The LORD does all that pleases Him in the heavens and on the earth, in the seas and in all their depths</w:t>
      </w:r>
      <w:r>
        <w:rPr>
          <w:b w:val="false"/>
          <w:i w:val="false"/>
          <w:color w:val="000000"/>
          <w:u w:val="none"/>
        </w:rPr>
        <w:t xml:space="preserve"> [1KK]</w:t>
      </w:r>
      <w:r>
        <w:rPr/>
        <w:t>.</w:t>
      </w:r>
    </w:p>
    <w:p>
      <w:pPr>
        <w:pStyle w:val="Yellow"/>
        <w:rPr/>
      </w:pPr>
      <w:r>
        <w:rPr>
          <w:b/>
        </w:rPr>
        <w:t xml:space="preserve">Psalm 139:16</w:t>
      </w:r>
      <w:r>
        <w:rPr/>
        <w:t xml:space="preserve"> — </w:t>
      </w:r>
      <w:r>
        <w:rPr>
          <w:shd w:fill="B7DDE8" w:val="clear"/>
        </w:rPr>
        <w:t xml:space="preserve">Your eyes saw my unformed body</w:t>
      </w:r>
      <w:r>
        <w:rPr>
          <w:b w:val="false"/>
          <w:i w:val="false"/>
          <w:color w:val="000000"/>
          <w:u w:val="none"/>
        </w:rPr>
        <w:t xml:space="preserve"> [1LIR]</w:t>
      </w:r>
      <w:r>
        <w:rPr/>
        <w:t xml:space="preserve">; </w:t>
      </w:r>
      <w:r>
        <w:rPr>
          <w:shd w:fill="B7DDE8" w:val="clear"/>
        </w:rPr>
        <w:t xml:space="preserve">all my days were written in Your book</w:t>
      </w:r>
      <w:r>
        <w:rPr>
          <w:b w:val="false"/>
          <w:i w:val="false"/>
          <w:color w:val="000000"/>
          <w:u w:val="none"/>
        </w:rPr>
        <w:t xml:space="preserve"> [1LIS]</w:t>
      </w:r>
      <w:r>
        <w:rPr/>
        <w:t xml:space="preserve"> and </w:t>
      </w:r>
      <w:r>
        <w:rPr>
          <w:shd w:fill="B7DDE8" w:val="clear"/>
        </w:rPr>
        <w:t xml:space="preserve">ordained for me before one of them came to be</w:t>
      </w:r>
      <w:r>
        <w:rPr>
          <w:b w:val="false"/>
          <w:i w:val="false"/>
          <w:color w:val="000000"/>
          <w:u w:val="none"/>
        </w:rPr>
        <w:t xml:space="preserve"> [1LIT]</w:t>
      </w:r>
      <w:r>
        <w:rPr/>
        <w:t xml:space="preserve">.</w:t>
      </w:r>
    </w:p>
    <w:p>
      <w:pPr>
        <w:pStyle w:val="Yellow"/>
        <w:rPr/>
      </w:pPr>
      <w:r>
        <w:rPr>
          <w:b/>
        </w:rPr>
        <w:t xml:space="preserve">Proverbs 16:33</w:t>
      </w:r>
      <w:r>
        <w:rPr/>
        <w:t xml:space="preserve"> — </w:t>
      </w:r>
      <w:r>
        <w:rPr>
          <w:shd w:fill="B7DDE8" w:val="clear"/>
        </w:rPr>
        <w:t xml:space="preserve">The lot is cast into the lap</w:t>
      </w:r>
      <w:r>
        <w:rPr>
          <w:b w:val="false"/>
          <w:i w:val="false"/>
          <w:color w:val="000000"/>
          <w:u w:val="none"/>
        </w:rPr>
        <w:t xml:space="preserve"> [1HFJ]</w:t>
      </w:r>
      <w:r>
        <w:rPr/>
        <w:t xml:space="preserve">, but </w:t>
      </w:r>
      <w:r>
        <w:rPr>
          <w:color w:val="000000"/>
        </w:rPr>
        <w:t xml:space="preserve">its every decision is from the LORD</w:t>
      </w:r>
      <w:r>
        <w:rPr>
          <w:b w:val="false"/>
          <w:i w:val="false"/>
          <w:color w:val="000000"/>
          <w:u w:val="none"/>
        </w:rPr>
        <w:t xml:space="preserve"> [1HFK]</w:t>
      </w:r>
      <w:r>
        <w:rPr/>
        <w:t xml:space="preserve">.</w:t>
      </w:r>
    </w:p>
    <w:p>
      <w:pPr>
        <w:pStyle w:val="Yellow"/>
        <w:rPr/>
        <w:pBdr>
          <w:left w:val="single" w:sz="28" w:space="5" w:color="C00000"/>
        </w:pBdr>
      </w:pPr>
      <w:r>
        <w:rPr>
          <w:b/>
        </w:rPr>
        <w:t xml:space="preserve">Ecclesiastes 3:14</w:t>
      </w:r>
      <w:r>
        <w:rPr/>
        <w:t xml:space="preserve"> — I know that </w:t>
      </w:r>
      <w:r>
        <w:rPr>
          <w:shd w:fill="F4B183" w:val="clear" w:color="auto"/>
          <w:color w:val="000000"/>
        </w:rPr>
        <w:t xml:space="preserve">everything God does endures forever</w:t>
      </w:r>
      <w:r>
        <w:rPr>
          <w:b w:val="false"/>
          <w:i w:val="false"/>
          <w:color w:val="000000"/>
          <w:u w:val="none"/>
          <w:shd w:val="clear" w:color="auto" w:fill="F4B183"/>
        </w:rPr>
        <w:t xml:space="preserve"> [1HCA]</w:t>
      </w:r>
      <w:r>
        <w:rPr/>
        <w:t xml:space="preserve">; </w:t>
      </w:r>
      <w:r>
        <w:rPr>
          <w:shd w:fill="F4B183" w:val="clear" w:color="auto"/>
          <w:color w:val="000000"/>
        </w:rPr>
        <w:t xml:space="preserve">nothing can be added to it or taken from it</w:t>
      </w:r>
      <w:r>
        <w:rPr>
          <w:b w:val="false"/>
          <w:i w:val="false"/>
          <w:color w:val="000000"/>
          <w:u w:val="none"/>
          <w:shd w:val="clear" w:color="auto" w:fill="F4B183"/>
        </w:rPr>
        <w:t xml:space="preserve"> [1HCB]</w:t>
      </w:r>
      <w:r>
        <w:rPr/>
        <w:t xml:space="preserve">. </w:t>
      </w:r>
      <w:r>
        <w:rPr>
          <w:shd w:fill="B7DDE8" w:val="clear"/>
        </w:rPr>
        <w:t xml:space="preserve">God does it so that they should fear Him</w:t>
      </w:r>
      <w:r>
        <w:rPr>
          <w:b w:val="false"/>
          <w:i w:val="false"/>
          <w:color w:val="000000"/>
          <w:u w:val="none"/>
        </w:rPr>
        <w:t xml:space="preserve"> [1HCC]</w:t>
      </w:r>
      <w:r>
        <w:rPr/>
        <w:t xml:space="preserve">.</w:t>
      </w:r>
    </w:p>
    <w:p>
      <w:pPr>
        <w:pStyle w:val="Yellow"/>
        <w:rPr/>
      </w:pPr>
      <w:r>
        <w:rPr>
          <w:b/>
        </w:rPr>
        <w:t>Isaiah 26:12</w:t>
      </w:r>
      <w:r>
        <w:rPr/>
        <w:t xml:space="preserve"> — O LORD, </w:t>
      </w:r>
      <w:r>
        <w:rPr>
          <w:shd w:val="clear" w:fill="B7DDE8"/>
        </w:rPr>
        <w:t>You will establish peace for us</w:t>
      </w:r>
      <w:r>
        <w:rPr>
          <w:b w:val="false"/>
          <w:i w:val="false"/>
          <w:color w:val="000000"/>
          <w:u w:val="none"/>
        </w:rPr>
        <w:t xml:space="preserve"> [1EZC]</w:t>
      </w:r>
      <w:r>
        <w:rPr/>
        <w:t xml:space="preserve">. For </w:t>
      </w:r>
      <w:r>
        <w:rPr>
          <w:shd w:val="clear" w:fill="B7DDE8"/>
        </w:rPr>
        <w:t>all that we have accomplished, You have done for us</w:t>
      </w:r>
      <w:r>
        <w:rPr>
          <w:b w:val="false"/>
          <w:i w:val="false"/>
          <w:color w:val="000000"/>
          <w:u w:val="none"/>
        </w:rPr>
        <w:t xml:space="preserve"> [1EZD]</w:t>
      </w:r>
      <w:r>
        <w:rPr/>
        <w:t>.</w:t>
      </w:r>
    </w:p>
    <w:p>
      <w:pPr>
        <w:pStyle w:val="Yellow"/>
        <w:rPr/>
        <w:pBdr>
          <w:left w:val="single" w:sz="28" w:space="5" w:color="C00000"/>
        </w:pBdr>
      </w:pPr>
      <w:r>
        <w:rPr>
          <w:b/>
        </w:rPr>
        <w:t xml:space="preserve">Isaiah 41:15–16</w:t>
      </w:r>
      <w:r>
        <w:rPr/>
        <w:t xml:space="preserve"> — Behold, </w:t>
      </w:r>
      <w:r>
        <w:rPr>
          <w:shd w:fill="B7DDE8" w:val="clear"/>
        </w:rPr>
        <w:t xml:space="preserve">I will make you into a threshing sledge, new and sharp, with many teeth</w:t>
      </w:r>
      <w:r>
        <w:rPr>
          <w:b w:val="false"/>
          <w:i w:val="false"/>
          <w:color w:val="000000"/>
          <w:u w:val="none"/>
        </w:rPr>
        <w:t xml:space="preserve"> [1KLM]</w:t>
      </w:r>
      <w:r>
        <w:rPr/>
        <w:t xml:space="preserve">. </w:t>
      </w:r>
      <w:r>
        <w:rPr>
          <w:shd w:fill="B7DDE8" w:val="clear"/>
        </w:rPr>
        <w:t xml:space="preserve">You will thresh the mountains and crush them, and reduce the hills to chaff</w:t>
      </w:r>
      <w:r>
        <w:rPr>
          <w:b w:val="false"/>
          <w:i w:val="false"/>
          <w:color w:val="000000"/>
          <w:u w:val="none"/>
        </w:rPr>
        <w:t xml:space="preserve"> [1KLN]</w:t>
      </w:r>
      <w:r>
        <w:rPr/>
        <w:t xml:space="preserve">. </w:t>
      </w:r>
      <w:r>
        <w:rPr>
          <w:shd w:fill="B7DDE8" w:val="clear"/>
        </w:rPr>
        <w:t xml:space="preserve">You will winnow them, and a wind will carry them away; a gale will scatter them</w:t>
      </w:r>
      <w:r>
        <w:rPr>
          <w:b w:val="false"/>
          <w:i w:val="false"/>
          <w:color w:val="000000"/>
          <w:u w:val="none"/>
        </w:rPr>
        <w:t xml:space="preserve"> [1KLO]</w:t>
      </w:r>
      <w:r>
        <w:rPr/>
        <w:t xml:space="preserve">. But </w:t>
      </w:r>
      <w:r>
        <w:rPr>
          <w:shd w:fill="B7DDE8" w:val="clear"/>
        </w:rPr>
        <w:t xml:space="preserve">you will rejoice in the LORD</w:t>
      </w:r>
      <w:r>
        <w:rPr>
          <w:b w:val="false"/>
          <w:i w:val="false"/>
          <w:color w:val="000000"/>
          <w:u w:val="none"/>
        </w:rPr>
        <w:t xml:space="preserve"> [1KLP]</w:t>
      </w:r>
      <w:r>
        <w:rPr/>
        <w:t xml:space="preserve">; </w:t>
      </w:r>
      <w:r>
        <w:rPr>
          <w:shd w:fill="F4B183" w:val="clear" w:color="auto"/>
          <w:color w:val="000000"/>
        </w:rPr>
        <w:t xml:space="preserve">you will glory in the Holy One of Israel</w:t>
      </w:r>
      <w:r>
        <w:rPr>
          <w:b w:val="false"/>
          <w:i w:val="false"/>
          <w:color w:val="000000"/>
          <w:u w:val="none"/>
          <w:shd w:val="clear" w:color="auto" w:fill="F4B183"/>
        </w:rPr>
        <w:t xml:space="preserve"> [1KLQ]</w:t>
      </w:r>
      <w:r>
        <w:rPr/>
        <w:t xml:space="preserve">.</w:t>
      </w:r>
    </w:p>
    <w:p>
      <w:pPr>
        <w:pStyle w:val="Yellow"/>
        <w:rPr/>
      </w:pPr>
      <w:r>
        <w:rPr>
          <w:b/>
        </w:rPr>
        <w:t>Isaiah 42:13</w:t>
      </w:r>
      <w:r>
        <w:rPr/>
        <w:t xml:space="preserve"> — </w:t>
      </w:r>
      <w:r>
        <w:rPr>
          <w:shd w:val="clear" w:fill="B7DDE8"/>
        </w:rPr>
        <w:t>The LORD goes forth like a mighty one</w:t>
      </w:r>
      <w:r>
        <w:rPr>
          <w:b w:val="false"/>
          <w:i w:val="false"/>
          <w:color w:val="000000"/>
          <w:u w:val="none"/>
        </w:rPr>
        <w:t xml:space="preserve"> [1DSH]</w:t>
      </w:r>
      <w:r>
        <w:rPr/>
        <w:t xml:space="preserve">; </w:t>
      </w:r>
      <w:r>
        <w:rPr>
          <w:shd w:val="clear" w:fill="B7DDE8"/>
        </w:rPr>
        <w:t>He stirs up His zeal like a warrior</w:t>
      </w:r>
      <w:r>
        <w:rPr>
          <w:b w:val="false"/>
          <w:i w:val="false"/>
          <w:color w:val="000000"/>
          <w:u w:val="none"/>
        </w:rPr>
        <w:t xml:space="preserve"> [1DSI]</w:t>
      </w:r>
      <w:r>
        <w:rPr/>
        <w:t xml:space="preserve">. </w:t>
      </w:r>
      <w:r>
        <w:rPr>
          <w:shd w:val="clear" w:fill="B7DDE8"/>
        </w:rPr>
        <w:t>He shouts</w:t>
      </w:r>
      <w:r>
        <w:rPr>
          <w:b w:val="false"/>
          <w:i w:val="false"/>
          <w:color w:val="000000"/>
          <w:u w:val="none"/>
        </w:rPr>
        <w:t xml:space="preserve"> [1DSJ]</w:t>
      </w:r>
      <w:r>
        <w:rPr/>
        <w:t xml:space="preserve">; yes, </w:t>
      </w:r>
      <w:r>
        <w:rPr>
          <w:shd w:val="clear" w:fill="B7DDE8"/>
        </w:rPr>
        <w:t>He roars in triumph over His enemies</w:t>
      </w:r>
      <w:r>
        <w:rPr>
          <w:b w:val="false"/>
          <w:i w:val="false"/>
          <w:color w:val="000000"/>
          <w:u w:val="none"/>
        </w:rPr>
        <w:t xml:space="preserve"> [1DSK]</w:t>
      </w:r>
      <w:r>
        <w:rPr/>
        <w:t>:</w:t>
      </w:r>
    </w:p>
    <w:p>
      <w:pPr>
        <w:pStyle w:val="Yellow"/>
        <w:rPr/>
      </w:pPr>
      <w:r>
        <w:rPr>
          <w:b/>
        </w:rPr>
        <w:t xml:space="preserve">Isaiah 46:11</w:t>
      </w:r>
      <w:r>
        <w:rPr/>
        <w:t xml:space="preserve"> — </w:t>
      </w:r>
      <w:r>
        <w:rPr>
          <w:shd w:fill="B7DDE8" w:val="clear"/>
        </w:rPr>
        <w:t xml:space="preserve">I summon a bird of prey from the east, a man for My purpose from a far-off land</w:t>
      </w:r>
      <w:r>
        <w:rPr>
          <w:b w:val="false"/>
          <w:i w:val="false"/>
          <w:u w:val="none"/>
          <w:color w:val="000000"/>
        </w:rPr>
        <w:t xml:space="preserve"> [1LJT]</w:t>
      </w:r>
      <w:r>
        <w:rPr/>
        <w:t xml:space="preserve">. </w:t>
      </w:r>
      <w:r>
        <w:rPr>
          <w:shd w:fill="B7DDE8" w:val="clear"/>
        </w:rPr>
        <w:t xml:space="preserve">Truly I have spoken</w:t>
      </w:r>
      <w:r>
        <w:rPr>
          <w:b w:val="false"/>
          <w:i w:val="false"/>
          <w:color w:val="000000"/>
          <w:u w:val="none"/>
        </w:rPr>
        <w:t xml:space="preserve"> [4BFP]</w:t>
      </w:r>
      <w:r>
        <w:rPr/>
        <w:t xml:space="preserve">, and </w:t>
      </w:r>
      <w:r>
        <w:rPr>
          <w:shd w:fill="B7DDE8" w:val="clear"/>
        </w:rPr>
        <w:t xml:space="preserve">truly I will bring it to pass</w:t>
      </w:r>
      <w:r>
        <w:rPr>
          <w:b w:val="false"/>
          <w:i w:val="false"/>
          <w:color w:val="000000"/>
          <w:u w:val="none"/>
        </w:rPr>
        <w:t xml:space="preserve"> [1LJU]</w:t>
      </w:r>
      <w:r>
        <w:rPr/>
        <w:t xml:space="preserve">. </w:t>
      </w:r>
      <w:r>
        <w:rPr>
          <w:shd w:fill="B7DDE8" w:val="clear"/>
        </w:rPr>
        <w:t xml:space="preserve">I have planned it</w:t>
      </w:r>
      <w:r>
        <w:rPr>
          <w:b w:val="false"/>
          <w:i w:val="false"/>
          <w:u w:val="none"/>
          <w:color w:val="000000"/>
        </w:rPr>
        <w:t xml:space="preserve"> [1LJV]</w:t>
      </w:r>
      <w:r>
        <w:rPr/>
        <w:t xml:space="preserve">, and </w:t>
      </w:r>
      <w:r>
        <w:rPr>
          <w:shd w:fill="B7DDE8" w:val="clear"/>
        </w:rPr>
        <w:t xml:space="preserve">I will surely do it</w:t>
      </w:r>
      <w:r>
        <w:rPr>
          <w:b w:val="false"/>
          <w:i w:val="false"/>
          <w:color w:val="000000"/>
          <w:u w:val="none"/>
        </w:rPr>
        <w:t xml:space="preserve"> [3GX]</w:t>
      </w:r>
      <w:r>
        <w:rPr/>
        <w:t xml:space="preserve">.</w:t>
      </w:r>
    </w:p>
    <w:p>
      <w:pPr>
        <w:pStyle w:val="Yellow"/>
        <w:rPr/>
      </w:pPr>
      <w:r>
        <w:rPr>
          <w:b/>
        </w:rPr>
        <w:t>Isaiah 52:10</w:t>
      </w:r>
      <w:r>
        <w:rPr/>
        <w:t xml:space="preserve"> — </w:t>
      </w:r>
      <w:r>
        <w:rPr>
          <w:shd w:val="clear" w:fill="B7DDE8"/>
        </w:rPr>
        <w:t>The LORD has bared His holy arm in the sight of all the nations</w:t>
      </w:r>
      <w:r>
        <w:rPr>
          <w:b w:val="false"/>
          <w:i w:val="false"/>
          <w:color w:val="000000"/>
          <w:u w:val="none"/>
        </w:rPr>
        <w:t xml:space="preserve"> [1ERT]</w:t>
      </w:r>
      <w:r>
        <w:rPr/>
        <w:t xml:space="preserve">; </w:t>
      </w:r>
      <w:r>
        <w:rPr>
          <w:shd w:val="clear" w:fill="F4B183" w:color="auto"/>
          <w:color w:val="000000"/>
        </w:rPr>
        <w:t>all the ends of the earth will see the salvation of our God</w:t>
      </w:r>
      <w:r>
        <w:rPr>
          <w:b w:val="false"/>
          <w:i w:val="false"/>
          <w:color w:val="000000"/>
          <w:u w:val="none"/>
          <w:shd w:val="clear" w:color="auto" w:fill="F4B183"/>
        </w:rPr>
        <w:t xml:space="preserve"> [1ERU]</w:t>
      </w:r>
      <w:r>
        <w:rPr/>
        <w:t>.</w:t>
      </w:r>
    </w:p>
    <w:p>
      <w:pPr>
        <w:pStyle w:val="Yellow"/>
        <w:rPr/>
        <w:pBdr>
          <w:left w:val="single" w:sz="28" w:space="5" w:color="C00000"/>
        </w:pBdr>
      </w:pPr>
      <w:r>
        <w:rPr>
          <w:b/>
        </w:rPr>
        <w:t>Isaiah 59:1</w:t>
      </w:r>
      <w:r>
        <w:t xml:space="preserve"> — Surely </w:t>
      </w:r>
      <w:r>
        <w:rPr>
          <w:shd w:fill="B7DDE8" w:val="clear"/>
        </w:rPr>
        <w:t>the arm of the LORD is not too short to save</w:t>
      </w:r>
      <w:r>
        <w:rPr>
          <w:b w:val="false"/>
          <w:i w:val="false"/>
          <w:u w:val="none"/>
          <w:color w:val="000000"/>
        </w:rPr>
        <w:t xml:space="preserve"> [1BPP]</w:t>
      </w:r>
      <w:r>
        <w:t xml:space="preserve">, </w:t>
      </w:r>
      <w:r>
        <w:rPr>
          <w:shd w:fill="B7DDE8" w:val="clear"/>
        </w:rPr>
        <w:t>nor His ear too dull to hear</w:t>
      </w:r>
      <w:r>
        <w:rPr>
          <w:b w:val="false"/>
          <w:i w:val="false"/>
          <w:color w:val="000000"/>
          <w:u w:val="none"/>
        </w:rPr>
        <w:t xml:space="preserve"> [1BPQ]</w:t>
      </w:r>
      <w:r>
        <w:t>.</w:t>
      </w:r>
    </w:p>
    <w:p>
      <w:pPr>
        <w:pStyle w:val="Yellow"/>
        <w:rPr/>
        <w:pBdr>
          <w:left w:val="single" w:sz="28" w:space="5" w:color="C00000"/>
        </w:pBdr>
      </w:pPr>
      <w:r>
        <w:rPr>
          <w:b/>
          <w:u w:val="none"/>
        </w:rPr>
        <w:t>Jeremiah 10:6</w:t>
      </w:r>
      <w:r>
        <w:rPr>
          <w:u w:val="none"/>
        </w:rPr>
        <w:t xml:space="preserve"> — </w:t>
      </w:r>
      <w:r>
        <w:rPr>
          <w:u w:val="none"/>
          <w:shd w:val="clear" w:color="auto" w:fill="D9C3E6"/>
        </w:rPr>
        <w:t>There is none like You, O LORD</w:t>
      </w:r>
      <w:r>
        <w:rPr>
          <w:b w:val="false"/>
          <w:i w:val="false"/>
          <w:color w:val="000000"/>
          <w:u w:val="none"/>
        </w:rPr>
        <w:t xml:space="preserve"> [7GB]</w:t>
      </w:r>
      <w:r>
        <w:rPr>
          <w:u w:val="none"/>
          <w:shd w:val="clear" w:color="auto" w:fill="D9C3E6"/>
        </w:rPr>
        <w:t xml:space="preserve">. </w:t>
      </w:r>
      <w:r>
        <w:rPr>
          <w:u w:val="none"/>
          <w:shd w:fill="B7DDE8" w:val="clear"/>
        </w:rPr>
        <w:t>You are great</w:t>
      </w:r>
      <w:r>
        <w:rPr>
          <w:b w:val="false"/>
          <w:i w:val="false"/>
          <w:color w:val="000000"/>
          <w:u w:val="none"/>
        </w:rPr>
        <w:t xml:space="preserve"> [6GC]</w:t>
      </w:r>
      <w:r>
        <w:rPr>
          <w:u w:val="none"/>
        </w:rPr>
        <w:t xml:space="preserve">, and </w:t>
      </w:r>
      <w:r>
        <w:rPr>
          <w:u w:val="none"/>
          <w:shd w:fill="F4B183" w:val="clear" w:color="auto"/>
          <w:color w:val="000000"/>
        </w:rPr>
        <w:t>Your name is mighty in power</w:t>
      </w:r>
      <w:r>
        <w:rPr>
          <w:b w:val="false"/>
          <w:i w:val="false"/>
          <w:color w:val="000000"/>
          <w:u w:val="none"/>
          <w:shd w:val="clear" w:color="auto" w:fill="F4B183"/>
        </w:rPr>
        <w:t xml:space="preserve"> [1DZM]</w:t>
      </w:r>
      <w:r>
        <w:rPr>
          <w:u w:val="none"/>
        </w:rPr>
        <w:t>.</w:t>
      </w:r>
    </w:p>
    <w:p>
      <w:pPr>
        <w:pStyle w:val="Yellow"/>
        <w:rPr/>
      </w:pPr>
      <w:r>
        <w:rPr>
          <w:b/>
          <w:shd w:val="clear" w:color="auto" w:fill="548235"/>
          <w:color w:val="FFFFFF"/>
        </w:rPr>
        <w:t xml:space="preserve">Jeremiah 18:6</w:t>
      </w:r>
      <w:r>
        <w:rPr>
          <w:shd w:val="clear" w:color="auto" w:fill="548235"/>
          <w:color w:val="FFFFFF"/>
        </w:rPr>
        <w:t xml:space="preserve"> — </w:t>
      </w:r>
      <w:r>
        <w:rPr>
          <w:shd w:fill="548235" w:val="clear" w:color="auto"/>
          <w:color w:val="FFFFFF"/>
        </w:rPr>
        <w:t xml:space="preserve">Just like clay in the potter’s hand, so are you in My hand, O house of Israel</w:t>
      </w:r>
      <w:r>
        <w:rPr>
          <w:b w:val="false"/>
          <w:i w:val="false"/>
          <w:color w:val="FFFFFF"/>
          <w:u w:val="none"/>
          <w:shd w:val="clear" w:color="auto" w:fill="548235"/>
        </w:rPr>
        <w:t xml:space="preserve"> [1KGG]</w:t>
      </w:r>
      <w:r>
        <w:rPr>
          <w:shd w:val="clear" w:color="auto" w:fill="548235"/>
          <w:color w:val="FFFFFF"/>
        </w:rPr>
        <w:t xml:space="preserve">.</w:t>
      </w:r>
    </w:p>
    <w:p>
      <w:pPr>
        <w:pStyle w:val="Yellow"/>
        <w:rPr/>
        <w:pBdr>
          <w:left w:val="single" w:sz="28" w:space="5" w:color="C00000"/>
        </w:pBdr>
      </w:pPr>
      <w:r>
        <w:rPr>
          <w:b/>
          <w:shd w:val="clear" w:color="auto" w:fill="548235"/>
          <w:color w:val="FFFFFF"/>
        </w:rPr>
        <w:t>Jeremiah 32:17</w:t>
      </w:r>
      <w:r>
        <w:rPr>
          <w:shd w:val="clear" w:color="auto" w:fill="548235"/>
          <w:color w:val="FFFFFF"/>
        </w:rPr>
        <w:t xml:space="preserve"> — </w:t>
      </w:r>
      <w:r>
        <w:rPr>
          <w:shd w:fill="548235" w:val="clear" w:color="auto"/>
          <w:color w:val="FFFFFF"/>
        </w:rPr>
        <w:t>Nothing is too difficult for You</w:t>
      </w:r>
      <w:r>
        <w:rPr>
          <w:b w:val="false"/>
          <w:i w:val="false"/>
          <w:color w:val="FFFFFF"/>
          <w:u w:val="none"/>
          <w:shd w:val="clear" w:color="auto" w:fill="548235"/>
        </w:rPr>
        <w:t xml:space="preserve"> [4JR]</w:t>
      </w:r>
      <w:r>
        <w:rPr>
          <w:shd w:val="clear" w:color="auto" w:fill="548235"/>
          <w:color w:val="FFFFFF"/>
        </w:rPr>
        <w:t>!</w:t>
      </w:r>
    </w:p>
    <w:p>
      <w:pPr>
        <w:pStyle w:val="Yellow"/>
        <w:rPr/>
      </w:pPr>
      <w:r>
        <w:rPr>
          <w:b/>
        </w:rPr>
        <w:t>Lamentations 3:37–38</w:t>
      </w:r>
      <w:r>
        <w:rPr/>
        <w:t xml:space="preserve"> — </w:t>
      </w:r>
      <w:r>
        <w:rPr>
          <w:shd w:fill="B7DDE8" w:val="clear"/>
        </w:rPr>
        <w:t>Who has spoken and it came to pass, unless the Lord has ordained it</w:t>
      </w:r>
      <w:r>
        <w:rPr>
          <w:b w:val="false"/>
          <w:i w:val="false"/>
          <w:color w:val="000000"/>
          <w:u w:val="none"/>
        </w:rPr>
        <w:t xml:space="preserve"> [1MCB]</w:t>
      </w:r>
      <w:r>
        <w:rPr/>
        <w:t xml:space="preserve">? </w:t>
      </w:r>
      <w:r>
        <w:rPr>
          <w:shd w:fill="B7DDE8" w:val="clear"/>
        </w:rPr>
        <w:t>Do not both adversity and good come from the mouth of the Most High</w:t>
      </w:r>
      <w:r>
        <w:rPr>
          <w:b w:val="false"/>
          <w:i w:val="false"/>
          <w:color w:val="000000"/>
          <w:u w:val="none"/>
        </w:rPr>
        <w:t xml:space="preserve"> [1MCC]</w:t>
      </w:r>
      <w:r>
        <w:rPr/>
        <w:t>?</w:t>
      </w:r>
    </w:p>
    <w:p>
      <w:pPr>
        <w:pStyle w:val="Yellow"/>
        <w:rPr/>
      </w:pPr>
      <w:r>
        <w:rPr>
          <w:u w:val="none"/>
        </w:rPr>
        <w:t xml:space="preserve">(Da4:34 “the Most High”) </w:t>
      </w:r>
      <w:r>
        <w:rPr>
          <w:b/>
          <w:u w:val="none"/>
        </w:rPr>
        <w:t xml:space="preserve">Daniel 4:34-35</w:t>
      </w:r>
      <w:r>
        <w:rPr>
          <w:u w:val="none"/>
        </w:rPr>
        <w:t xml:space="preserve"> — “</w:t>
      </w:r>
      <w:r>
        <w:rPr>
          <w:u w:val="none"/>
          <w:shd w:fill="F4CCCC" w:val="clear"/>
        </w:rPr>
        <w:t xml:space="preserve">For </w:t>
      </w:r>
      <w:r>
        <w:rPr>
          <w:u w:val="none"/>
          <w:shd w:fill="B7DDE8" w:val="clear"/>
        </w:rPr>
        <w:t xml:space="preserve">{His} dominion is an everlasting dominion</w:t>
      </w:r>
      <w:r>
        <w:rPr>
          <w:b w:val="false"/>
          <w:i w:val="false"/>
          <w:color w:val="000000"/>
          <w:u w:val="none"/>
        </w:rPr>
        <w:t xml:space="preserve"> [5HE]</w:t>
      </w:r>
      <w:r>
        <w:rPr>
          <w:u w:val="none"/>
          <w:shd w:fill="F4CCCC" w:val="clear"/>
        </w:rPr>
        <w:t xml:space="preserve">, and </w:t>
      </w:r>
      <w:r>
        <w:rPr>
          <w:u w:val="none"/>
          <w:shd w:fill="B7DDE8" w:val="clear"/>
        </w:rPr>
        <w:t xml:space="preserve">His kingdom endures from generation to generation</w:t>
      </w:r>
      <w:r>
        <w:rPr>
          <w:b w:val="false"/>
          <w:i w:val="false"/>
          <w:color w:val="000000"/>
          <w:u w:val="none"/>
        </w:rPr>
        <w:t xml:space="preserve"> [1KKV]</w:t>
      </w:r>
      <w:r>
        <w:rPr>
          <w:u w:val="none"/>
          <w:shd w:fill="F4CCCC" w:val="clear"/>
        </w:rPr>
        <w:t xml:space="preserve">. </w:t>
      </w:r>
      <w:r>
        <w:rPr>
          <w:u w:val="none"/>
          <w:shd w:fill="B7DDE8" w:val="clear"/>
        </w:rPr>
        <w:t xml:space="preserve">All the peoples of the earth are counted as nothing</w:t>
      </w:r>
      <w:r>
        <w:rPr>
          <w:b w:val="false"/>
          <w:i w:val="false"/>
          <w:color w:val="000000"/>
          <w:u w:val="none"/>
        </w:rPr>
        <w:t xml:space="preserve"> [1KKW]</w:t>
      </w:r>
      <w:r>
        <w:rPr>
          <w:u w:val="none"/>
        </w:rPr>
        <w:t xml:space="preserve">, and </w:t>
      </w:r>
      <w:r>
        <w:rPr>
          <w:u w:val="none"/>
          <w:shd w:fill="B7DDE8" w:val="clear"/>
        </w:rPr>
        <w:t xml:space="preserve">He does as He pleases with the army of heaven and the peoples of the earth</w:t>
      </w:r>
      <w:r>
        <w:rPr>
          <w:b w:val="false"/>
          <w:i w:val="false"/>
          <w:color w:val="000000"/>
          <w:u w:val="none"/>
        </w:rPr>
        <w:t xml:space="preserve"> [1KKX]</w:t>
      </w:r>
      <w:r>
        <w:rPr>
          <w:u w:val="none"/>
        </w:rPr>
        <w:t xml:space="preserve">. </w:t>
      </w:r>
      <w:r>
        <w:rPr>
          <w:u w:val="none"/>
          <w:shd w:fill="B7DDE8" w:val="clear"/>
        </w:rPr>
        <w:t xml:space="preserve">There is no one who can restrain His hand</w:t>
      </w:r>
      <w:r>
        <w:rPr>
          <w:b w:val="false"/>
          <w:i w:val="false"/>
          <w:color w:val="000000"/>
          <w:u w:val="none"/>
        </w:rPr>
        <w:t xml:space="preserve"> [1KKY]</w:t>
      </w:r>
      <w:r>
        <w:rPr>
          <w:u w:val="none"/>
        </w:rPr>
        <w:t xml:space="preserve"> or </w:t>
      </w:r>
      <w:r>
        <w:rPr>
          <w:u w:val="none"/>
          <w:shd w:fill="B7DDE8" w:val="clear"/>
        </w:rPr>
        <w:t xml:space="preserve">say to Him, ‘What have You done?’</w:t>
      </w:r>
      <w:r>
        <w:rPr>
          <w:b w:val="false"/>
          <w:i w:val="false"/>
          <w:color w:val="000000"/>
          <w:u w:val="none"/>
        </w:rPr>
        <w:t xml:space="preserve"> [1KKZ]</w:t>
      </w:r>
      <w:r>
        <w:rPr>
          <w:u w:val="none"/>
        </w:rPr>
        <w:t xml:space="preserve">”</w:t>
      </w:r>
    </w:p>
    <w:p>
      <w:pPr>
        <w:pStyle w:val="Yellow"/>
        <w:rPr/>
      </w:pPr>
      <w:r>
        <w:rPr/>
        <w:t>&lt;27&gt;</w:t>
      </w:r>
      <w:r>
        <w:rPr>
          <w:b/>
        </w:rPr>
        <w:t>Mark 10:24</w:t>
      </w:r>
      <w:r>
        <w:rPr/>
        <w:t xml:space="preserve"> — Children, </w:t>
      </w:r>
      <w:r>
        <w:rPr>
          <w:shd w:val="clear" w:fill="B7DDE8"/>
        </w:rPr>
        <w:t>how hard it is to enter the kingdom of God</w:t>
      </w:r>
      <w:r>
        <w:rPr>
          <w:b w:val="false"/>
          <w:i w:val="false"/>
          <w:color w:val="000000"/>
          <w:u w:val="none"/>
        </w:rPr>
        <w:t xml:space="preserve"> [1OW]</w:t>
      </w:r>
      <w:r>
        <w:rPr/>
        <w:t>!</w:t>
      </w:r>
    </w:p>
    <w:p>
      <w:pPr>
        <w:pStyle w:val="Yellow"/>
        <w:rPr/>
      </w:pPr>
      <w:r>
        <w:t>&lt;27&gt;</w:t>
      </w:r>
      <w:r>
        <w:rPr>
          <w:b/>
        </w:rPr>
        <w:t>Mark 10:27</w:t>
      </w:r>
      <w:r>
        <w:t xml:space="preserve"> — Jesus looked at them and said, “</w:t>
      </w:r>
      <w:r>
        <w:rPr>
          <w:shd w:fill="B7DDE8" w:val="clear"/>
        </w:rPr>
        <w:t>With man this is impossible</w:t>
      </w:r>
      <w:r>
        <w:rPr>
          <w:b w:val="false"/>
          <w:i w:val="false"/>
          <w:color w:val="000000"/>
          <w:u w:val="none"/>
        </w:rPr>
        <w:t xml:space="preserve"> [2OY]</w:t>
      </w:r>
      <w:r>
        <w:rPr>
          <w:shd w:fill="B7DDE8" w:val="clear"/>
        </w:rPr>
        <w:t>, but not with God. For all things are possible with God</w:t>
      </w:r>
      <w:r>
        <w:rPr>
          <w:b w:val="false"/>
          <w:i w:val="false"/>
          <w:color w:val="000000"/>
          <w:u w:val="none"/>
        </w:rPr>
        <w:t xml:space="preserve"> [1OX]</w:t>
      </w:r>
      <w:r>
        <w:t>.”</w:t>
      </w:r>
    </w:p>
    <w:p>
      <w:pPr>
        <w:pStyle w:val="Yellow"/>
        <w:rPr/>
        <w:pBdr>
          <w:left w:val="single" w:sz="28" w:space="5" w:color="C00000"/>
        </w:pBdr>
      </w:pPr>
      <w:r>
        <w:rPr>
          <w:b/>
          <w:shd w:val="clear" w:color="auto" w:fill="F4B183"/>
          <w:color w:val="000000"/>
        </w:rPr>
        <w:t>Mark 14:36</w:t>
      </w:r>
      <w:r>
        <w:rPr>
          <w:shd w:val="clear" w:color="auto" w:fill="F4B183"/>
          <w:color w:val="000000"/>
        </w:rPr>
        <w:t xml:space="preserve"> — “Abba, Father,” He said, “</w:t>
      </w:r>
      <w:r>
        <w:rPr>
          <w:shd w:val="clear" w:fill="F4B183" w:color="auto"/>
          <w:color w:val="000000"/>
        </w:rPr>
        <w:t>all things are possible for You</w:t>
      </w:r>
      <w:r>
        <w:rPr>
          <w:b w:val="false"/>
          <w:i w:val="false"/>
          <w:color w:val="000000"/>
          <w:u w:val="none"/>
          <w:shd w:val="clear" w:color="auto" w:fill="F4B183"/>
        </w:rPr>
        <w:t xml:space="preserve"> [4JR]</w:t>
      </w:r>
      <w:r>
        <w:rPr>
          <w:shd w:val="clear" w:color="auto" w:fill="F4B183"/>
          <w:color w:val="000000"/>
        </w:rPr>
        <w:t>.</w:t>
      </w:r>
    </w:p>
    <w:p>
      <w:pPr>
        <w:pStyle w:val="Yellow"/>
        <w:rPr/>
      </w:pPr>
      <w:r>
        <w:rPr>
          <w:b/>
          <w:u w:val="none"/>
          <w:shd w:val="clear" w:color="auto" w:fill="C00000"/>
          <w:color w:val="FFFFFF"/>
        </w:rPr>
        <w:t xml:space="preserve">Luke 18:27</w:t>
      </w:r>
      <w:r>
        <w:rPr>
          <w:u w:val="none"/>
          <w:shd w:val="clear" w:color="auto" w:fill="C00000"/>
          <w:color w:val="FFFFFF"/>
        </w:rPr>
        <w:t xml:space="preserve"> — “</w:t>
      </w:r>
      <w:r>
        <w:rPr>
          <w:u w:val="none"/>
          <w:shd w:val="clear" w:color="auto" w:fill="C00000"/>
          <w:color w:val="FFFFFF"/>
        </w:rPr>
        <w:t xml:space="preserve">What is impossible with man is possible with God</w:t>
      </w:r>
      <w:r>
        <w:rPr>
          <w:b w:val="false"/>
          <w:i w:val="false"/>
          <w:u w:val="none"/>
          <w:shd w:val="clear" w:color="auto" w:fill="C00000"/>
          <w:color w:val="FFFFFF"/>
        </w:rPr>
        <w:t xml:space="preserve"> [1LRJ]</w:t>
      </w:r>
      <w:r>
        <w:rPr>
          <w:u w:val="none"/>
          <w:shd w:val="clear" w:color="auto" w:fill="C00000"/>
          <w:color w:val="FFFFFF"/>
        </w:rPr>
        <w:t xml:space="preserve">.”</w:t>
      </w:r>
    </w:p>
    <w:p>
      <w:pPr>
        <w:pStyle w:val="Yellow"/>
        <w:rPr/>
      </w:pPr>
      <w:r>
        <w:rPr>
          <w:b/>
        </w:rPr>
        <w:t>John 14:12</w:t>
      </w:r>
      <w:r>
        <w:rPr/>
        <w:t xml:space="preserve"> — Truly, truly, I tell you, </w:t>
      </w:r>
      <w:r>
        <w:rPr>
          <w:shd w:val="clear" w:fill="B7DDE8"/>
        </w:rPr>
        <w:t>whoever believes in Me will also do the works that I am doing</w:t>
      </w:r>
      <w:r>
        <w:rPr>
          <w:b w:val="false"/>
          <w:i w:val="false"/>
          <w:color w:val="000000"/>
          <w:u w:val="none"/>
        </w:rPr>
        <w:t xml:space="preserve"> [1DIQ]</w:t>
      </w:r>
      <w:r>
        <w:rPr/>
        <w:t xml:space="preserve">. </w:t>
      </w:r>
      <w:r>
        <w:rPr>
          <w:shd w:val="clear" w:fill="B7DDE8"/>
        </w:rPr>
        <w:t>He will do even greater things than these</w:t>
      </w:r>
      <w:r>
        <w:rPr>
          <w:b w:val="false"/>
          <w:i w:val="false"/>
          <w:color w:val="000000"/>
          <w:u w:val="none"/>
        </w:rPr>
        <w:t xml:space="preserve"> [1DIR]</w:t>
      </w:r>
      <w:r>
        <w:rPr/>
        <w:t xml:space="preserve">, </w:t>
      </w:r>
      <w:r>
        <w:rPr>
          <w:shd w:val="clear" w:fill="B7DDE8"/>
        </w:rPr>
        <w:t>because I am going to the Father</w:t>
      </w:r>
      <w:r>
        <w:rPr>
          <w:b w:val="false"/>
          <w:i w:val="false"/>
          <w:color w:val="000000"/>
          <w:u w:val="none"/>
        </w:rPr>
        <w:t xml:space="preserve"> [1DIS]</w:t>
      </w:r>
      <w:r>
        <w:rPr/>
        <w:t>.</w:t>
      </w:r>
    </w:p>
    <w:p>
      <w:pPr>
        <w:pStyle w:val="Yellow"/>
        <w:rPr/>
      </w:pPr>
      <w:r>
        <w:rPr>
          <w:b/>
        </w:rPr>
        <w:t>1 Corinthians 1:18</w:t>
      </w:r>
      <w:r>
        <w:t xml:space="preserve"> — For </w:t>
      </w:r>
      <w:r>
        <w:rPr>
          <w:shd w:fill="B7DDE8" w:val="clear"/>
        </w:rPr>
        <w:t>the message of the cross is foolishness to those who are perishing</w:t>
      </w:r>
      <w:r>
        <w:rPr>
          <w:b w:val="false"/>
          <w:i w:val="false"/>
          <w:color w:val="000000"/>
          <w:u w:val="none"/>
        </w:rPr>
        <w:t xml:space="preserve"> [1AZD]</w:t>
      </w:r>
      <w:r>
        <w:t xml:space="preserve">, but </w:t>
      </w:r>
      <w:r>
        <w:rPr>
          <w:shd w:fill="B7DDE8" w:val="clear"/>
        </w:rPr>
        <w:t>to us who are being saved it is the power of God</w:t>
      </w:r>
      <w:r>
        <w:rPr>
          <w:b w:val="false"/>
          <w:i w:val="false"/>
          <w:color w:val="000000"/>
          <w:u w:val="none"/>
        </w:rPr>
        <w:t xml:space="preserve"> [1AZE]</w:t>
      </w:r>
      <w:r>
        <w:t>.</w:t>
      </w:r>
    </w:p>
    <w:p>
      <w:pPr>
        <w:pStyle w:val="Yellow"/>
        <w:rPr/>
      </w:pPr>
      <w:r>
        <w:rPr>
          <w:b/>
        </w:rPr>
        <w:t>1 Corinthians 4:20</w:t>
      </w:r>
      <w:r>
        <w:t xml:space="preserve"> — For </w:t>
      </w:r>
      <w:r>
        <w:rPr>
          <w:shd w:fill="B7DDE8" w:val="clear"/>
        </w:rPr>
        <w:t>the kingdom of God is not a matter of talk but of power</w:t>
      </w:r>
      <w:r>
        <w:rPr>
          <w:b w:val="false"/>
          <w:i w:val="false"/>
          <w:color w:val="000000"/>
          <w:u w:val="none"/>
        </w:rPr>
        <w:t xml:space="preserve"> [1ARH]</w:t>
      </w:r>
      <w:r>
        <w:t>.</w:t>
      </w:r>
    </w:p>
    <w:p>
      <w:pPr>
        <w:pStyle w:val="Yellow"/>
        <w:rPr/>
      </w:pPr>
      <w:r>
        <w:rPr>
          <w:b/>
        </w:rPr>
        <w:t>1 Corinthians 15:58</w:t>
      </w:r>
      <w:r>
        <w:rPr/>
        <w:t xml:space="preserve"> — Therefore, my beloved brothers, </w:t>
      </w:r>
      <w:r>
        <w:rPr>
          <w:shd w:fill="B7DDE8" w:val="clear"/>
        </w:rPr>
        <w:t>be steadfast and immovable</w:t>
      </w:r>
      <w:r>
        <w:rPr>
          <w:b w:val="false"/>
          <w:i w:val="false"/>
          <w:color w:val="000000"/>
          <w:u w:val="none"/>
        </w:rPr>
        <w:t xml:space="preserve"> [1FWR]</w:t>
      </w:r>
      <w:r>
        <w:rPr/>
        <w:t xml:space="preserve">. </w:t>
      </w:r>
      <w:r>
        <w:rPr>
          <w:shd w:fill="B7DDE8" w:val="clear"/>
        </w:rPr>
        <w:t>Always excel in the work of the Lord</w:t>
      </w:r>
      <w:r>
        <w:rPr>
          <w:b w:val="false"/>
          <w:i w:val="false"/>
          <w:color w:val="000000"/>
          <w:u w:val="none"/>
        </w:rPr>
        <w:t xml:space="preserve"> [1FWS]</w:t>
      </w:r>
      <w:r>
        <w:rPr/>
        <w:t xml:space="preserve">, because you know that </w:t>
      </w:r>
      <w:r>
        <w:rPr>
          <w:shd w:fill="B7DDE8" w:val="clear"/>
        </w:rPr>
        <w:t>your labor in the Lord is not in vain</w:t>
      </w:r>
      <w:r>
        <w:rPr>
          <w:b w:val="false"/>
          <w:i w:val="false"/>
          <w:color w:val="000000"/>
          <w:u w:val="none"/>
        </w:rPr>
        <w:t xml:space="preserve"> [1FWT]</w:t>
      </w:r>
      <w:r>
        <w:rPr/>
        <w:t>.</w:t>
      </w:r>
    </w:p>
    <w:p>
      <w:pPr>
        <w:pStyle w:val="Yellow"/>
        <w:rPr/>
        <w:pBdr>
          <w:left w:val="single" w:sz="28" w:space="5" w:color="C00000"/>
        </w:pBdr>
      </w:pPr>
      <w:r>
        <w:rPr/>
        <w:t xml:space="preserve">(Ep3:14 “the Father”) </w:t>
      </w:r>
      <w:r>
        <w:rPr>
          <w:b/>
        </w:rPr>
        <w:t xml:space="preserve">Ephesians 3:20</w:t>
      </w:r>
      <w:r>
        <w:rPr/>
        <w:t xml:space="preserve"> — Now to </w:t>
      </w:r>
      <w:r>
        <w:rPr>
          <w:shd w:fill="B7DDE8" w:val="clear"/>
        </w:rPr>
        <w:t xml:space="preserve">{Him} who is able to do so much more than all we ask or imagine</w:t>
      </w:r>
      <w:r>
        <w:rPr>
          <w:b w:val="false"/>
          <w:i w:val="false"/>
          <w:u w:val="none"/>
          <w:color w:val="000000"/>
        </w:rPr>
        <w:t xml:space="preserve"> [1HAF]</w:t>
      </w:r>
      <w:r>
        <w:rPr>
          <w:shd w:val="clear" w:color="auto" w:fill="548235"/>
          <w:color w:val="FFFFFF"/>
        </w:rPr>
        <w:t xml:space="preserve">, </w:t>
      </w:r>
      <w:r>
        <w:rPr>
          <w:shd w:fill="548235" w:val="clear" w:color="auto"/>
          <w:color w:val="FFFFFF"/>
        </w:rPr>
        <w:t xml:space="preserve">according to His power that is at work within us</w:t>
      </w:r>
      <w:r>
        <w:rPr>
          <w:b w:val="false"/>
          <w:i w:val="false"/>
          <w:color w:val="FFFFFF"/>
          <w:u w:val="none"/>
          <w:shd w:val="clear" w:color="auto" w:fill="548235"/>
        </w:rPr>
        <w:t xml:space="preserve"> [1HAG]</w:t>
      </w:r>
      <w:r>
        <w:rPr>
          <w:shd w:val="clear" w:color="auto" w:fill="548235"/>
          <w:color w:val="FFFFFF"/>
        </w:rPr>
        <w:t xml:space="preserve">,</w:t>
      </w:r>
    </w:p>
    <w:p>
      <w:pPr>
        <w:pStyle w:val="Yellow"/>
        <w:rPr/>
        <w:pBdr>
          <w:left w:val="single" w:sz="28" w:space="5" w:color="C00000"/>
        </w:pBdr>
      </w:pPr>
      <w:r>
        <w:rPr>
          <w:b/>
          <w:shd w:val="clear" w:color="auto" w:fill="548235"/>
          <w:color w:val="FFFFFF"/>
        </w:rPr>
        <w:t>Ephesians 4:4-6</w:t>
      </w:r>
      <w:r>
        <w:rPr>
          <w:shd w:val="clear" w:color="auto" w:fill="548235"/>
          <w:color w:val="FFFFFF"/>
        </w:rPr>
        <w:t xml:space="preserve"> — </w:t>
      </w:r>
      <w:r>
        <w:rPr>
          <w:shd w:fill="548235" w:val="clear" w:color="auto"/>
          <w:color w:val="FFFFFF"/>
        </w:rPr>
        <w:t>There is one body and one Spirit, just as you were called to one hope when you were called; one Lord, one faith, one baptism</w:t>
      </w:r>
      <w:r>
        <w:rPr>
          <w:b w:val="false"/>
          <w:i w:val="false"/>
          <w:color w:val="FFFFFF"/>
          <w:u w:val="none"/>
          <w:shd w:val="clear" w:color="auto" w:fill="548235"/>
        </w:rPr>
        <w:t xml:space="preserve"> [1GY]</w:t>
      </w:r>
      <w:r>
        <w:rPr>
          <w:shd w:val="clear" w:color="auto" w:fill="548235"/>
          <w:color w:val="FFFFFF"/>
        </w:rPr>
        <w:t xml:space="preserve">; </w:t>
      </w:r>
      <w:r>
        <w:rPr>
          <w:shd w:fill="548235" w:val="clear" w:color="auto"/>
          <w:color w:val="FFFFFF"/>
        </w:rPr>
        <w:t>one God</w:t>
      </w:r>
      <w:r>
        <w:rPr>
          <w:b w:val="false"/>
          <w:i w:val="false"/>
          <w:color w:val="FFFFFF"/>
          <w:u w:val="none"/>
          <w:shd w:val="clear" w:color="auto" w:fill="548235"/>
        </w:rPr>
        <w:t xml:space="preserve"> [19FQ]</w:t>
      </w:r>
      <w:r>
        <w:rPr>
          <w:shd w:val="clear" w:color="auto" w:fill="548235"/>
          <w:color w:val="FFFFFF"/>
        </w:rPr>
        <w:t xml:space="preserve"> and </w:t>
      </w:r>
      <w:r>
        <w:rPr>
          <w:shd w:fill="548235" w:val="clear" w:color="auto"/>
          <w:color w:val="FFFFFF"/>
        </w:rPr>
        <w:t>Father of all</w:t>
      </w:r>
      <w:r>
        <w:rPr>
          <w:b w:val="false"/>
          <w:i w:val="false"/>
          <w:color w:val="FFFFFF"/>
          <w:u w:val="none"/>
          <w:shd w:val="clear" w:color="auto" w:fill="548235"/>
        </w:rPr>
        <w:t xml:space="preserve"> [1MGT]</w:t>
      </w:r>
      <w:r>
        <w:rPr>
          <w:shd w:val="clear" w:color="auto" w:fill="548235"/>
          <w:color w:val="FFFFFF"/>
        </w:rPr>
        <w:t xml:space="preserve">, </w:t>
      </w:r>
      <w:r>
        <w:rPr>
          <w:shd w:fill="548235" w:val="clear" w:color="auto"/>
          <w:color w:val="FFFFFF"/>
        </w:rPr>
        <w:t>who is over all and through all and in all</w:t>
      </w:r>
      <w:r>
        <w:rPr>
          <w:b w:val="false"/>
          <w:i w:val="false"/>
          <w:color w:val="FFFFFF"/>
          <w:u w:val="none"/>
          <w:shd w:val="clear" w:color="auto" w:fill="548235"/>
        </w:rPr>
        <w:t xml:space="preserve"> [1LC]</w:t>
      </w:r>
      <w:r>
        <w:rPr>
          <w:shd w:val="clear" w:color="auto" w:fill="548235"/>
          <w:color w:val="FFFFFF"/>
        </w:rPr>
        <w:t>.</w:t>
      </w:r>
    </w:p>
    <w:p>
      <w:pPr>
        <w:pStyle w:val="Yellow"/>
        <w:rPr/>
        <w:pBdr>
          <w:left w:val="single" w:sz="28" w:space="5" w:color="C00000"/>
        </w:pBdr>
      </w:pPr>
      <w:r>
        <w:rPr/>
        <w:t xml:space="preserve">(Cl1:15 “The Son”) </w:t>
      </w:r>
      <w:r>
        <w:rPr>
          <w:b/>
        </w:rPr>
        <w:t xml:space="preserve">Colossians 1:17</w:t>
      </w:r>
      <w:r>
        <w:rPr/>
        <w:t xml:space="preserve"> — </w:t>
      </w:r>
      <w:r>
        <w:rPr>
          <w:shd w:fill="B7DDE8" w:val="clear"/>
        </w:rPr>
        <w:t xml:space="preserve">{He} is before all things</w:t>
      </w:r>
      <w:r>
        <w:rPr>
          <w:b w:val="false"/>
          <w:i w:val="false"/>
          <w:u w:val="none"/>
          <w:color w:val="000000"/>
        </w:rPr>
        <w:t xml:space="preserve"> [1LLI]</w:t>
      </w:r>
      <w:r>
        <w:rPr/>
        <w:t xml:space="preserve">, and </w:t>
      </w:r>
      <w:r>
        <w:rPr>
          <w:shd w:fill="B7DDE8" w:val="clear"/>
        </w:rPr>
        <w:t xml:space="preserve">in Him all things hold together</w:t>
      </w:r>
      <w:r>
        <w:rPr>
          <w:b w:val="false"/>
          <w:i w:val="false"/>
          <w:color w:val="000000"/>
          <w:u w:val="none"/>
        </w:rPr>
        <w:t xml:space="preserve"> [1LLJ]</w:t>
      </w:r>
      <w:r>
        <w:rPr/>
        <w:t xml:space="preserve">.</w:t>
      </w:r>
    </w:p>
    <w:p>
      <w:r>
        <w:rPr>
          <w:b/>
          <w:sz w:val="32"/>
        </w:rPr>
        <w:t>God's Goodness  (48)</w:t>
      </w:r>
    </w:p>
    <w:p>
      <w:pPr>
        <w:pStyle w:val="Yellow"/>
        <w:rPr/>
      </w:pPr>
      <w:r>
        <w:rPr/>
        <w:t xml:space="preserve">(Ge4:6 God speaks to Cain) </w:t>
      </w:r>
      <w:r>
        <w:rPr>
          <w:b/>
        </w:rPr>
        <w:t>Genesis 4:7</w:t>
      </w:r>
      <w:r>
        <w:rPr/>
        <w:t xml:space="preserve"> — </w:t>
      </w:r>
      <w:r>
        <w:rPr>
          <w:shd w:val="clear" w:fill="B7DDE8"/>
        </w:rPr>
        <w:t>If you do what is right, will you not be accepted</w:t>
      </w:r>
      <w:r>
        <w:rPr>
          <w:b w:val="false"/>
          <w:i w:val="false"/>
          <w:color w:val="000000"/>
          <w:u w:val="none"/>
        </w:rPr>
        <w:t xml:space="preserve"> [1FNF]</w:t>
      </w:r>
      <w:r>
        <w:rPr/>
        <w:t>?</w:t>
      </w:r>
    </w:p>
    <w:p>
      <w:pPr>
        <w:pStyle w:val="Yellow"/>
        <w:rPr/>
      </w:pPr>
      <w:r>
        <w:rPr>
          <w:b/>
        </w:rPr>
        <w:t>Genesis 30:20</w:t>
      </w:r>
      <w:r>
        <w:rPr/>
        <w:t xml:space="preserve"> — “</w:t>
      </w:r>
      <w:r>
        <w:rPr>
          <w:shd w:fill="B7DDE8" w:val="clear"/>
        </w:rPr>
        <w:t>God has given me a good gift</w:t>
      </w:r>
      <w:r>
        <w:rPr>
          <w:b w:val="false"/>
          <w:i w:val="false"/>
          <w:color w:val="000000"/>
          <w:u w:val="none"/>
        </w:rPr>
        <w:t xml:space="preserve"> [1MBM]</w:t>
      </w:r>
      <w:r>
        <w:rPr/>
        <w:t>”</w:t>
      </w:r>
    </w:p>
    <w:p>
      <w:pPr>
        <w:pStyle w:val="Yellow"/>
        <w:rPr/>
      </w:pPr>
      <w:r>
        <w:rPr/>
        <w:t xml:space="preserve">(Ge32:26 Jacob says: “I will not let you go unless you bless me” / Ge32:30 Jacob says: “I have seen God face to face”) </w:t>
      </w:r>
      <w:r>
        <w:rPr>
          <w:b/>
        </w:rPr>
        <w:t>Genesis 32:29</w:t>
      </w:r>
      <w:r>
        <w:rPr/>
        <w:t xml:space="preserve"> — {Then} </w:t>
      </w:r>
      <w:r>
        <w:rPr>
          <w:shd w:val="clear" w:fill="B7DDE8"/>
        </w:rPr>
        <w:t>{he} blessed Jacob there</w:t>
      </w:r>
      <w:r>
        <w:rPr>
          <w:b w:val="false"/>
          <w:i w:val="false"/>
          <w:color w:val="000000"/>
          <w:u w:val="none"/>
        </w:rPr>
        <w:t xml:space="preserve"> [1EKY]</w:t>
      </w:r>
      <w:r>
        <w:rPr/>
        <w:t>.</w:t>
      </w:r>
    </w:p>
    <w:p>
      <w:pPr>
        <w:pStyle w:val="Yellow"/>
        <w:rPr/>
      </w:pPr>
      <w:r>
        <w:rPr/>
        <w:t xml:space="preserve">(Ex12:35 “the Israelites”) </w:t>
      </w:r>
      <w:r>
        <w:rPr>
          <w:b/>
        </w:rPr>
        <w:t>Exodus 12:36</w:t>
      </w:r>
      <w:r>
        <w:rPr/>
        <w:t xml:space="preserve"> — And </w:t>
      </w:r>
      <w:r>
        <w:rPr>
          <w:shd w:val="clear" w:fill="B7DDE8"/>
        </w:rPr>
        <w:t>the LORD gave {the people} such favor in the sight of the Egyptians</w:t>
      </w:r>
      <w:r>
        <w:rPr>
          <w:b w:val="false"/>
          <w:i w:val="false"/>
          <w:color w:val="000000"/>
          <w:u w:val="none"/>
        </w:rPr>
        <w:t xml:space="preserve"> [1CNE]</w:t>
      </w:r>
      <w:r>
        <w:rPr/>
        <w:t xml:space="preserve"> that </w:t>
      </w:r>
      <w:r>
        <w:rPr>
          <w:shd w:val="clear" w:fill="B7DDE8"/>
        </w:rPr>
        <w:t>they granted their request</w:t>
      </w:r>
      <w:r>
        <w:rPr>
          <w:b w:val="false"/>
          <w:i w:val="false"/>
          <w:color w:val="000000"/>
          <w:u w:val="none"/>
        </w:rPr>
        <w:t xml:space="preserve"> [1CNF]</w:t>
      </w:r>
      <w:r>
        <w:rPr/>
        <w:t xml:space="preserve">. In this way </w:t>
      </w:r>
      <w:r>
        <w:rPr>
          <w:shd w:val="clear" w:fill="B7DDE8"/>
        </w:rPr>
        <w:t>they plundered the Egyptians</w:t>
      </w:r>
      <w:r>
        <w:rPr>
          <w:b w:val="false"/>
          <w:i w:val="false"/>
          <w:color w:val="000000"/>
          <w:u w:val="none"/>
        </w:rPr>
        <w:t xml:space="preserve"> [1CNG]</w:t>
      </w:r>
      <w:r>
        <w:rPr/>
        <w:t>.</w:t>
      </w:r>
    </w:p>
    <w:p>
      <w:pPr>
        <w:pStyle w:val="Yellow"/>
        <w:rPr/>
      </w:pPr>
      <w:r>
        <w:rPr/>
        <w:t xml:space="preserve">(Ex33:18 “show me Your glory”) </w:t>
      </w:r>
      <w:r>
        <w:rPr>
          <w:b/>
        </w:rPr>
        <w:t xml:space="preserve">Exodus 33:19</w:t>
      </w:r>
      <w:r>
        <w:rPr/>
        <w:t xml:space="preserve"> — “</w:t>
      </w:r>
      <w:r>
        <w:rPr>
          <w:shd w:fill="B7DDE8" w:val="clear"/>
        </w:rPr>
        <w:t xml:space="preserve">I will cause all My goodness to pass before you</w:t>
      </w:r>
      <w:r>
        <w:rPr>
          <w:b w:val="false"/>
          <w:i w:val="false"/>
          <w:color w:val="000000"/>
          <w:u w:val="none"/>
        </w:rPr>
        <w:t xml:space="preserve"> [1GJE]</w:t>
      </w:r>
      <w:r>
        <w:rPr/>
        <w:t xml:space="preserve">,” the LORD replied, “and </w:t>
      </w:r>
      <w:r>
        <w:rPr>
          <w:shd w:fill="B7DDE8" w:val="clear"/>
        </w:rPr>
        <w:t xml:space="preserve">I will proclaim My name—the LORD—in your presence</w:t>
      </w:r>
      <w:r>
        <w:rPr>
          <w:b w:val="false"/>
          <w:i w:val="false"/>
          <w:color w:val="000000"/>
          <w:u w:val="none"/>
        </w:rPr>
        <w:t xml:space="preserve"> [1GJF]</w:t>
      </w:r>
      <w:r>
        <w:rPr>
          <w:shd w:val="clear" w:color="auto" w:fill="548235"/>
          <w:color w:val="FFFFFF"/>
        </w:rPr>
        <w:t xml:space="preserve">. </w:t>
      </w:r>
      <w:r>
        <w:rPr>
          <w:color w:val="auto"/>
          <w:shd w:val="clear" w:color="auto" w:fill="D9C3E6"/>
        </w:rPr>
        <w:t xml:space="preserve">I will have mercy on whom I have mercy</w:t>
      </w:r>
      <w:r>
        <w:rPr>
          <w:b w:val="false"/>
          <w:i w:val="false"/>
          <w:color w:val="FFFFFF"/>
          <w:u w:val="none"/>
          <w:shd w:val="clear" w:color="auto" w:fill="548235"/>
        </w:rPr>
        <w:t xml:space="preserve"> [3FTD]</w:t>
      </w:r>
      <w:r>
        <w:rPr>
          <w:color w:val="auto"/>
          <w:shd w:val="clear" w:color="auto" w:fill="D9C3E6"/>
        </w:rPr>
        <w:t xml:space="preserve">, and </w:t>
      </w:r>
      <w:r>
        <w:rPr>
          <w:color w:val="auto"/>
          <w:shd w:val="clear" w:color="auto" w:fill="D9C3E6"/>
        </w:rPr>
        <w:t xml:space="preserve">I will have compassion on whom I have compassion</w:t>
      </w:r>
      <w:r>
        <w:rPr>
          <w:b w:val="false"/>
          <w:i w:val="false"/>
          <w:color w:val="FFFFFF"/>
          <w:u w:val="none"/>
          <w:shd w:val="clear" w:color="auto" w:fill="548235"/>
        </w:rPr>
        <w:t xml:space="preserve"> [2FTE]</w:t>
      </w:r>
      <w:r>
        <w:rPr>
          <w:color w:val="auto"/>
          <w:shd w:val="clear" w:color="auto" w:fill="D9C3E6"/>
        </w:rPr>
        <w:t xml:space="preserve">.”</w:t>
      </w:r>
    </w:p>
    <w:p>
      <w:pPr>
        <w:pStyle w:val="Yellow"/>
        <w:rPr/>
      </w:pPr>
      <w:r>
        <w:rPr>
          <w:b/>
        </w:rPr>
        <w:t>Numbers 24:1</w:t>
      </w:r>
      <w:r>
        <w:rPr/>
        <w:t xml:space="preserve"> — </w:t>
      </w:r>
      <w:r>
        <w:rPr>
          <w:shd w:val="clear" w:fill="B7DDE8"/>
        </w:rPr>
        <w:t>it pleased the LORD to bless Israel</w:t>
      </w:r>
      <w:r>
        <w:rPr>
          <w:b w:val="false"/>
          <w:i w:val="false"/>
          <w:color w:val="000000"/>
          <w:u w:val="none"/>
        </w:rPr>
        <w:t xml:space="preserve"> [1EJY]</w:t>
      </w:r>
    </w:p>
    <w:p>
      <w:pPr>
        <w:pStyle w:val="Yellow"/>
        <w:rPr/>
        <w:pBdr>
          <w:left w:val="single" w:sz="28" w:space="5" w:color="C00000"/>
        </w:pBdr>
      </w:pPr>
      <w:r>
        <w:rPr/>
        <w:t xml:space="preserve">(Jos24:9 Balak sent Balaam to curse Israel) </w:t>
      </w:r>
      <w:r>
        <w:rPr>
          <w:b/>
        </w:rPr>
        <w:t>Joshua 24:10</w:t>
      </w:r>
      <w:r>
        <w:rPr/>
        <w:t xml:space="preserve"> — {but} </w:t>
      </w:r>
      <w:r>
        <w:rPr>
          <w:shd w:val="clear" w:fill="B7DDE8"/>
        </w:rPr>
        <w:t>I would not listen to Balaam</w:t>
      </w:r>
      <w:r>
        <w:rPr>
          <w:b w:val="false"/>
          <w:i w:val="false"/>
          <w:color w:val="000000"/>
          <w:u w:val="none"/>
        </w:rPr>
        <w:t xml:space="preserve"> [1DPL]</w:t>
      </w:r>
      <w:r>
        <w:rPr/>
        <w:t xml:space="preserve">. So </w:t>
      </w:r>
      <w:r>
        <w:rPr>
          <w:shd w:val="clear" w:fill="B7DDE8"/>
        </w:rPr>
        <w:t>he blessed you again and again</w:t>
      </w:r>
      <w:r>
        <w:rPr>
          <w:b w:val="false"/>
          <w:i w:val="false"/>
          <w:color w:val="000000"/>
          <w:u w:val="none"/>
        </w:rPr>
        <w:t xml:space="preserve"> [1DPM]</w:t>
      </w:r>
      <w:r>
        <w:rPr/>
        <w:t xml:space="preserve">, and </w:t>
      </w:r>
      <w:r>
        <w:rPr>
          <w:shd w:val="clear" w:fill="B7DDE8"/>
        </w:rPr>
        <w:t>I delivered you from his hand</w:t>
      </w:r>
      <w:r>
        <w:rPr>
          <w:b w:val="false"/>
          <w:i w:val="false"/>
          <w:u w:val="none"/>
          <w:color w:val="000000"/>
        </w:rPr>
        <w:t xml:space="preserve"> [1DPN]</w:t>
      </w:r>
      <w:r>
        <w:rPr/>
        <w:t>.</w:t>
      </w:r>
    </w:p>
    <w:p>
      <w:pPr>
        <w:pStyle w:val="Yellow"/>
        <w:rPr/>
      </w:pPr>
      <w:r>
        <w:rPr/>
        <w:t xml:space="preserve">(1Sa18:13 David) </w:t>
      </w:r>
      <w:r>
        <w:rPr>
          <w:b/>
        </w:rPr>
        <w:t>1 Samuel 18:14</w:t>
      </w:r>
      <w:r>
        <w:rPr/>
        <w:t xml:space="preserve"> — </w:t>
      </w:r>
      <w:r>
        <w:rPr>
          <w:shd w:val="clear" w:fill="B7DDE8"/>
        </w:rPr>
        <w:t>{he} continued to prosper in all his ways</w:t>
      </w:r>
      <w:r>
        <w:rPr>
          <w:b w:val="false"/>
          <w:i w:val="false"/>
          <w:color w:val="000000"/>
          <w:u w:val="none"/>
        </w:rPr>
        <w:t xml:space="preserve"> [1EJK]</w:t>
      </w:r>
      <w:r>
        <w:rPr/>
        <w:t xml:space="preserve">, because </w:t>
      </w:r>
      <w:r>
        <w:rPr>
          <w:shd w:val="clear" w:fill="B7DDE8"/>
        </w:rPr>
        <w:t>the LORD was with him</w:t>
      </w:r>
      <w:r>
        <w:rPr>
          <w:b w:val="false"/>
          <w:i w:val="false"/>
          <w:color w:val="000000"/>
          <w:u w:val="none"/>
        </w:rPr>
        <w:t xml:space="preserve"> [5DRB]</w:t>
      </w:r>
      <w:r>
        <w:rPr/>
        <w:t>.</w:t>
      </w:r>
    </w:p>
    <w:p>
      <w:pPr>
        <w:pStyle w:val="Yellow"/>
        <w:rPr/>
      </w:pPr>
      <w:r>
        <w:rPr>
          <w:b/>
        </w:rPr>
        <w:t>2 Samuel 7:28</w:t>
      </w:r>
      <w:r>
        <w:t xml:space="preserve"> — </w:t>
      </w:r>
      <w:r>
        <w:rPr>
          <w:shd w:fill="F4B183" w:val="clear" w:color="auto"/>
          <w:color w:val="000000"/>
        </w:rPr>
        <w:t>Your words are true</w:t>
      </w:r>
      <w:r>
        <w:rPr>
          <w:b w:val="false"/>
          <w:i w:val="false"/>
          <w:color w:val="000000"/>
          <w:u w:val="none"/>
          <w:shd w:val="clear" w:color="auto" w:fill="F4B183"/>
        </w:rPr>
        <w:t xml:space="preserve"> [3QW]</w:t>
      </w:r>
      <w:r>
        <w:t xml:space="preserve">, and </w:t>
      </w:r>
      <w:r>
        <w:rPr>
          <w:shd w:fill="B7DDE8" w:val="clear"/>
        </w:rPr>
        <w:t>You have promised this goodness to Your servant</w:t>
      </w:r>
      <w:r>
        <w:rPr>
          <w:b w:val="false"/>
          <w:i w:val="false"/>
          <w:color w:val="000000"/>
          <w:u w:val="none"/>
        </w:rPr>
        <w:t xml:space="preserve"> [1AJB]</w:t>
      </w:r>
      <w:r>
        <w:t>.</w:t>
      </w:r>
    </w:p>
    <w:p>
      <w:pPr>
        <w:pStyle w:val="Yellow"/>
        <w:rPr/>
      </w:pPr>
      <w:r>
        <w:rPr/>
        <w:t xml:space="preserve">(2Ki18:5–6 because Hezekiah trusted and remained faithful to the LORD) </w:t>
      </w:r>
      <w:r>
        <w:rPr>
          <w:b/>
        </w:rPr>
        <w:t>2 Kings 18:7</w:t>
      </w:r>
      <w:r>
        <w:rPr/>
        <w:t xml:space="preserve"> — </w:t>
      </w:r>
      <w:r>
        <w:rPr>
          <w:shd w:val="clear" w:fill="B7DDE8"/>
        </w:rPr>
        <w:t>the LORD was with Hezekiah</w:t>
      </w:r>
      <w:r>
        <w:rPr>
          <w:b w:val="false"/>
          <w:i w:val="false"/>
          <w:color w:val="000000"/>
          <w:u w:val="none"/>
        </w:rPr>
        <w:t xml:space="preserve"> [5DRB]</w:t>
      </w:r>
      <w:r>
        <w:rPr/>
        <w:t xml:space="preserve">, and </w:t>
      </w:r>
      <w:r>
        <w:rPr>
          <w:shd w:val="clear" w:fill="B7DDE8"/>
        </w:rPr>
        <w:t>he prospered wherever he went</w:t>
      </w:r>
      <w:r>
        <w:rPr>
          <w:b w:val="false"/>
          <w:i w:val="false"/>
          <w:color w:val="000000"/>
          <w:u w:val="none"/>
        </w:rPr>
        <w:t xml:space="preserve"> [1EKH]</w:t>
      </w:r>
      <w:r>
        <w:rPr/>
        <w:t>.</w:t>
      </w:r>
    </w:p>
    <w:p>
      <w:pPr>
        <w:pStyle w:val="Yellow"/>
        <w:rPr/>
      </w:pPr>
      <w:r>
        <w:rPr/>
        <w:t xml:space="preserve">(Ezr7:1 Artaxerxes) </w:t>
      </w:r>
      <w:r>
        <w:rPr>
          <w:b/>
        </w:rPr>
        <w:t xml:space="preserve">Ezra 7:6</w:t>
      </w:r>
      <w:r>
        <w:rPr/>
        <w:t xml:space="preserve"> — </w:t>
      </w:r>
      <w:r>
        <w:rPr>
          <w:shd w:fill="B7DDE8" w:val="clear"/>
        </w:rPr>
        <w:t xml:space="preserve">{The king} had granted Ezra all his requests</w:t>
      </w:r>
      <w:r>
        <w:rPr>
          <w:b w:val="false"/>
          <w:i w:val="false"/>
          <w:color w:val="000000"/>
          <w:u w:val="none"/>
        </w:rPr>
        <w:t xml:space="preserve"> [1KUN]</w:t>
      </w:r>
      <w:r>
        <w:rPr/>
        <w:t xml:space="preserve">, for </w:t>
      </w:r>
      <w:r>
        <w:rPr>
          <w:shd w:fill="548235" w:val="clear" w:color="auto"/>
          <w:color w:val="FFFFFF"/>
        </w:rPr>
        <w:t xml:space="preserve">the hand of the LORD his God was upon him</w:t>
      </w:r>
      <w:r>
        <w:rPr>
          <w:b w:val="false"/>
          <w:i w:val="false"/>
          <w:color w:val="FFFFFF"/>
          <w:u w:val="none"/>
          <w:shd w:val="clear" w:color="auto" w:fill="548235"/>
        </w:rPr>
        <w:t xml:space="preserve"> [1KUO]</w:t>
      </w:r>
      <w:r>
        <w:rPr/>
        <w:t xml:space="preserve">.</w:t>
      </w:r>
    </w:p>
    <w:p>
      <w:pPr>
        <w:pStyle w:val="Yellow"/>
        <w:rPr/>
      </w:pPr>
      <w:r>
        <w:rPr/>
        <w:t xml:space="preserve">(Ps24:4 those with clean hands, pure hearts, no idolatry, and no deceit) </w:t>
      </w:r>
      <w:r>
        <w:rPr>
          <w:b/>
        </w:rPr>
        <w:t xml:space="preserve">Psalm 24:3–5</w:t>
      </w:r>
      <w:r>
        <w:rPr/>
        <w:t xml:space="preserve"> — {Who} may ascend the hill of the LORD? {Who} may stand in His holy place? </w:t>
      </w:r>
      <w:r>
        <w:rPr>
          <w:color w:val="auto"/>
        </w:rPr>
        <w:t xml:space="preserve">He who has clean hands and a pure heart, who does not lift up his soul to an idol or swear deceitfully</w:t>
      </w:r>
      <w:r>
        <w:rPr>
          <w:b w:val="false"/>
          <w:i w:val="false"/>
          <w:color w:val="FFFFFF"/>
          <w:u w:val="none"/>
          <w:shd w:val="clear" w:color="auto" w:fill="548235"/>
        </w:rPr>
        <w:t xml:space="preserve"> [1IBC]</w:t>
      </w:r>
      <w:r>
        <w:rPr>
          <w:shd w:val="clear" w:color="auto" w:fill="548235"/>
          <w:color w:val="FFFFFF"/>
        </w:rPr>
        <w:t xml:space="preserve">. </w:t>
      </w:r>
      <w:r>
        <w:rPr>
          <w:shd w:fill="B7DDE8" w:val="clear"/>
        </w:rPr>
        <w:t xml:space="preserve">He will receive blessing from the LORD</w:t>
      </w:r>
      <w:r>
        <w:rPr>
          <w:b w:val="false"/>
          <w:i w:val="false"/>
          <w:color w:val="000000"/>
          <w:u w:val="none"/>
        </w:rPr>
        <w:t xml:space="preserve"> [1IBD]</w:t>
      </w:r>
      <w:r>
        <w:rPr/>
        <w:t xml:space="preserve"> and </w:t>
      </w:r>
      <w:r>
        <w:rPr>
          <w:shd w:fill="B7DDE8" w:val="clear"/>
        </w:rPr>
        <w:t xml:space="preserve">vindication from the God of his salvation</w:t>
      </w:r>
      <w:r>
        <w:rPr>
          <w:b w:val="false"/>
          <w:i w:val="false"/>
          <w:color w:val="000000"/>
          <w:u w:val="none"/>
        </w:rPr>
        <w:t xml:space="preserve"> [1IBE]</w:t>
      </w:r>
      <w:r>
        <w:rPr/>
        <w:t xml:space="preserve">.</w:t>
      </w:r>
    </w:p>
    <w:p>
      <w:pPr>
        <w:pStyle w:val="Yellow"/>
        <w:rPr/>
      </w:pPr>
      <w:r>
        <w:rPr>
          <w:b/>
        </w:rPr>
        <w:t>Psalm 30:5</w:t>
      </w:r>
      <w:r>
        <w:rPr/>
        <w:t xml:space="preserve"> — </w:t>
      </w:r>
      <w:r>
        <w:rPr>
          <w:shd w:val="clear" w:fill="548235" w:color="auto"/>
          <w:color w:val="FFFFFF"/>
        </w:rPr>
        <w:t>His anger is fleeting</w:t>
      </w:r>
      <w:r>
        <w:rPr>
          <w:b w:val="false"/>
          <w:i w:val="false"/>
          <w:color w:val="FFFFFF"/>
          <w:u w:val="none"/>
          <w:shd w:val="clear" w:color="auto" w:fill="548235"/>
        </w:rPr>
        <w:t xml:space="preserve"> [1EXP]</w:t>
      </w:r>
      <w:r>
        <w:rPr>
          <w:shd w:val="clear" w:color="auto" w:fill="548235"/>
          <w:color w:val="FFFFFF"/>
        </w:rPr>
        <w:t xml:space="preserve">, but </w:t>
      </w:r>
      <w:r>
        <w:rPr>
          <w:shd w:val="clear" w:fill="B7DDE8"/>
        </w:rPr>
        <w:t>His favor lasts a lifetime</w:t>
      </w:r>
      <w:r>
        <w:rPr>
          <w:b w:val="false"/>
          <w:i w:val="false"/>
          <w:color w:val="000000"/>
          <w:u w:val="none"/>
        </w:rPr>
        <w:t xml:space="preserve"> [1EXQ]</w:t>
      </w:r>
      <w:r>
        <w:rPr/>
        <w:t xml:space="preserve">. </w:t>
      </w:r>
      <w:r>
        <w:rPr>
          <w:shd w:val="clear" w:fill="B7DDE8"/>
        </w:rPr>
        <w:t>Weeping may stay the night</w:t>
      </w:r>
      <w:r>
        <w:rPr>
          <w:b w:val="false"/>
          <w:i w:val="false"/>
          <w:color w:val="000000"/>
          <w:u w:val="none"/>
        </w:rPr>
        <w:t xml:space="preserve"> [1EXR]</w:t>
      </w:r>
      <w:r>
        <w:rPr/>
        <w:t xml:space="preserve">, but </w:t>
      </w:r>
      <w:r>
        <w:rPr>
          <w:shd w:val="clear" w:fill="B7DDE8"/>
        </w:rPr>
        <w:t>joy comes in the morning</w:t>
      </w:r>
      <w:r>
        <w:rPr>
          <w:b w:val="false"/>
          <w:i w:val="false"/>
          <w:color w:val="000000"/>
          <w:u w:val="none"/>
        </w:rPr>
        <w:t xml:space="preserve"> [1EXS]</w:t>
      </w:r>
      <w:r>
        <w:rPr/>
        <w:t>.</w:t>
      </w:r>
    </w:p>
    <w:p>
      <w:pPr>
        <w:pStyle w:val="Yellow"/>
        <w:rPr/>
        <w:pBdr>
          <w:left w:val="single" w:sz="28" w:space="5" w:color="C00000"/>
        </w:pBdr>
      </w:pPr>
      <w:r>
        <w:rPr>
          <w:b/>
        </w:rPr>
        <w:t>Psalm 33:12</w:t>
      </w:r>
      <w:r>
        <w:rPr/>
        <w:t xml:space="preserve"> — </w:t>
      </w:r>
      <w:r>
        <w:rPr>
          <w:shd w:val="clear" w:fill="B7DDE8"/>
        </w:rPr>
        <w:t>Blessed is the nation whose God is the LORD</w:t>
      </w:r>
      <w:r>
        <w:rPr>
          <w:b w:val="false"/>
          <w:i w:val="false"/>
          <w:color w:val="000000"/>
          <w:u w:val="none"/>
        </w:rPr>
        <w:t xml:space="preserve"> [1EJP]</w:t>
      </w:r>
      <w:r>
        <w:rPr/>
        <w:t xml:space="preserve">, </w:t>
      </w:r>
      <w:r>
        <w:rPr>
          <w:shd w:val="clear" w:fill="F4B183" w:color="auto"/>
          <w:color w:val="000000"/>
        </w:rPr>
        <w:t>the people He has chosen as His inheritance</w:t>
      </w:r>
      <w:r>
        <w:rPr>
          <w:b w:val="false"/>
          <w:i w:val="false"/>
          <w:color w:val="000000"/>
          <w:u w:val="none"/>
          <w:shd w:val="clear" w:color="auto" w:fill="F4B183"/>
        </w:rPr>
        <w:t xml:space="preserve"> [1EJQ]</w:t>
      </w:r>
      <w:r>
        <w:rPr/>
        <w:t>!</w:t>
      </w:r>
    </w:p>
    <w:p>
      <w:pPr>
        <w:pStyle w:val="Yellow"/>
        <w:rPr/>
      </w:pPr>
      <w:r>
        <w:rPr>
          <w:b/>
        </w:rPr>
        <w:t>Psalm 37:4</w:t>
      </w:r>
      <w:r>
        <w:rPr/>
        <w:t xml:space="preserve"> — </w:t>
      </w:r>
      <w:r>
        <w:rPr>
          <w:shd w:val="clear" w:fill="B7DDE8"/>
        </w:rPr>
        <w:t>Delight yourself in the LORD</w:t>
      </w:r>
      <w:r>
        <w:rPr>
          <w:b w:val="false"/>
          <w:i w:val="false"/>
          <w:color w:val="000000"/>
          <w:u w:val="none"/>
        </w:rPr>
        <w:t xml:space="preserve"> [1FBU]</w:t>
      </w:r>
      <w:r>
        <w:rPr/>
        <w:t xml:space="preserve">, and </w:t>
      </w:r>
      <w:r>
        <w:rPr>
          <w:shd w:val="clear" w:fill="B7DDE8"/>
        </w:rPr>
        <w:t>He will give you the desires of your heart</w:t>
      </w:r>
      <w:r>
        <w:rPr>
          <w:b w:val="false"/>
          <w:i w:val="false"/>
          <w:color w:val="000000"/>
          <w:u w:val="none"/>
        </w:rPr>
        <w:t xml:space="preserve"> [1FBV]</w:t>
      </w:r>
      <w:r>
        <w:rPr/>
        <w:t>.</w:t>
      </w:r>
    </w:p>
    <w:p>
      <w:pPr>
        <w:pStyle w:val="Yellow"/>
        <w:numPr>
          <w:ilvl w:val="0"/>
          <w:numId w:val="7"/>
        </w:numPr>
        <w:rPr/>
      </w:pPr>
      <w:r>
        <w:rPr>
          <w:b/>
          <w:u w:val="none"/>
        </w:rPr>
        <w:t>Psalm 73:1</w:t>
      </w:r>
      <w:r>
        <w:rPr>
          <w:u w:val="none"/>
        </w:rPr>
        <w:t xml:space="preserve"> — Surely </w:t>
      </w:r>
      <w:r>
        <w:rPr>
          <w:u w:val="none"/>
          <w:shd w:fill="B7DDE8" w:val="clear"/>
        </w:rPr>
        <w:t>God is good</w:t>
      </w:r>
      <w:r>
        <w:rPr>
          <w:u w:val="none"/>
          <w:shd w:fill="B7DDE8" w:val="clear"/>
        </w:rPr>
        <w:t xml:space="preserve"> to Israel, to those who are pure in heart</w:t>
      </w:r>
      <w:r>
        <w:rPr>
          <w:b w:val="false"/>
          <w:i w:val="false"/>
          <w:color w:val="000000"/>
          <w:u w:val="none"/>
        </w:rPr>
        <w:t xml:space="preserve"> [1FE]</w:t>
      </w:r>
      <w:r>
        <w:rPr>
          <w:u w:val="none"/>
        </w:rPr>
        <w:t>.</w:t>
      </w:r>
    </w:p>
    <w:p>
      <w:pPr>
        <w:pStyle w:val="Yellow"/>
        <w:rPr/>
      </w:pPr>
      <w:r>
        <w:rPr>
          <w:b/>
        </w:rPr>
        <w:t>Psalm 84:11</w:t>
      </w:r>
      <w:r>
        <w:rPr/>
        <w:t xml:space="preserve"> — </w:t>
      </w:r>
      <w:r>
        <w:rPr>
          <w:shd w:val="clear" w:fill="B7DDE8"/>
        </w:rPr>
        <w:t>the LORD God is a sun</w:t>
      </w:r>
      <w:r>
        <w:rPr>
          <w:b w:val="false"/>
          <w:i w:val="false"/>
          <w:color w:val="000000"/>
          <w:u w:val="none"/>
        </w:rPr>
        <w:t xml:space="preserve"> [1DZG]</w:t>
      </w:r>
      <w:r>
        <w:rPr/>
        <w:t xml:space="preserve"> and </w:t>
      </w:r>
      <w:r>
        <w:rPr>
          <w:shd w:val="clear" w:fill="B7DDE8"/>
        </w:rPr>
        <w:t>a shield</w:t>
      </w:r>
      <w:r>
        <w:rPr>
          <w:b w:val="false"/>
          <w:i w:val="false"/>
          <w:color w:val="000000"/>
          <w:u w:val="none"/>
        </w:rPr>
        <w:t xml:space="preserve"> [1DZH]</w:t>
      </w:r>
      <w:r>
        <w:rPr/>
        <w:t xml:space="preserve">; </w:t>
      </w:r>
      <w:r>
        <w:rPr>
          <w:shd w:val="clear" w:fill="B7DDE8"/>
        </w:rPr>
        <w:t>the LORD gives grace</w:t>
      </w:r>
      <w:r>
        <w:rPr>
          <w:b w:val="false"/>
          <w:i w:val="false"/>
          <w:color w:val="000000"/>
          <w:u w:val="none"/>
        </w:rPr>
        <w:t xml:space="preserve"> [1DZI]</w:t>
      </w:r>
      <w:r>
        <w:rPr/>
        <w:t xml:space="preserve"> and </w:t>
      </w:r>
      <w:r>
        <w:rPr>
          <w:shd w:val="clear" w:fill="B7DDE8"/>
        </w:rPr>
        <w:t>glory</w:t>
      </w:r>
      <w:r>
        <w:rPr>
          <w:b w:val="false"/>
          <w:i w:val="false"/>
          <w:u w:val="none"/>
          <w:color w:val="000000"/>
        </w:rPr>
        <w:t xml:space="preserve"> [1DZJ]</w:t>
      </w:r>
      <w:r>
        <w:rPr/>
        <w:t xml:space="preserve">; </w:t>
      </w:r>
      <w:r>
        <w:rPr>
          <w:shd w:val="clear" w:fill="B7DDE8"/>
        </w:rPr>
        <w:t>He withholds no good thing from those who walk with integrity</w:t>
      </w:r>
      <w:r>
        <w:rPr>
          <w:b w:val="false"/>
          <w:i w:val="false"/>
          <w:color w:val="000000"/>
          <w:u w:val="none"/>
        </w:rPr>
        <w:t xml:space="preserve"> [1DZK]</w:t>
      </w:r>
      <w:r>
        <w:rPr/>
        <w:t>.</w:t>
      </w:r>
    </w:p>
    <w:p>
      <w:pPr>
        <w:pStyle w:val="Yellow"/>
        <w:rPr/>
      </w:pPr>
      <w:r>
        <w:rPr/>
        <w:t xml:space="preserve">(Ps109:20 “my accusers”) </w:t>
      </w:r>
      <w:r>
        <w:rPr>
          <w:b/>
        </w:rPr>
        <w:t xml:space="preserve">Psalm 109:28</w:t>
      </w:r>
      <w:r>
        <w:rPr/>
        <w:t xml:space="preserve"> — </w:t>
      </w:r>
      <w:r>
        <w:rPr>
          <w:shd w:fill="B7DDE8" w:val="clear"/>
        </w:rPr>
        <w:t xml:space="preserve">Though {they} curse, You will bless</w:t>
      </w:r>
      <w:r>
        <w:rPr>
          <w:b w:val="false"/>
          <w:i w:val="false"/>
          <w:color w:val="000000"/>
          <w:u w:val="none"/>
        </w:rPr>
        <w:t xml:space="preserve"> [1JKS]</w:t>
      </w:r>
      <w:r>
        <w:rPr/>
        <w:t xml:space="preserve">. </w:t>
      </w:r>
      <w:r>
        <w:rPr>
          <w:shd w:fill="B7DDE8" w:val="clear"/>
        </w:rPr>
        <w:t xml:space="preserve">When they rise up, they will be put to shame</w:t>
      </w:r>
      <w:r>
        <w:rPr>
          <w:b w:val="false"/>
          <w:i w:val="false"/>
          <w:color w:val="000000"/>
          <w:u w:val="none"/>
        </w:rPr>
        <w:t xml:space="preserve"> [3TH]</w:t>
      </w:r>
      <w:r>
        <w:rPr/>
        <w:t xml:space="preserve">, but </w:t>
      </w:r>
      <w:r>
        <w:rPr>
          <w:shd w:fill="B7DDE8" w:val="clear"/>
        </w:rPr>
        <w:t xml:space="preserve">Your servant will rejoice</w:t>
      </w:r>
      <w:r>
        <w:rPr>
          <w:b w:val="false"/>
          <w:i w:val="false"/>
          <w:color w:val="000000"/>
          <w:u w:val="none"/>
        </w:rPr>
        <w:t xml:space="preserve"> [1JKT]</w:t>
      </w:r>
      <w:r>
        <w:rPr/>
        <w:t xml:space="preserve">.</w:t>
      </w:r>
    </w:p>
    <w:p>
      <w:pPr>
        <w:pStyle w:val="Green"/>
        <w:rPr/>
      </w:pPr>
      <w:r>
        <w:rPr>
          <w:b/>
        </w:rPr>
        <w:t>Psalm 115:12–13</w:t>
      </w:r>
      <w:r>
        <w:rPr/>
        <w:t xml:space="preserve"> — </w:t>
      </w:r>
      <w:r>
        <w:rPr>
          <w:shd w:val="clear" w:fill="B7DDE8"/>
        </w:rPr>
        <w:t>The LORD is mindful of us</w:t>
      </w:r>
      <w:r>
        <w:rPr>
          <w:b w:val="false"/>
          <w:i w:val="false"/>
          <w:color w:val="000000"/>
          <w:u w:val="none"/>
        </w:rPr>
        <w:t xml:space="preserve"> [1EKM]</w:t>
      </w:r>
      <w:r>
        <w:rPr/>
        <w:t xml:space="preserve">; </w:t>
      </w:r>
      <w:r>
        <w:rPr>
          <w:shd w:val="clear" w:fill="B7DDE8"/>
        </w:rPr>
        <w:t>He will bless us</w:t>
      </w:r>
      <w:r>
        <w:rPr>
          <w:b w:val="false"/>
          <w:i w:val="false"/>
          <w:color w:val="000000"/>
          <w:u w:val="none"/>
        </w:rPr>
        <w:t xml:space="preserve"> [1EKN]</w:t>
      </w:r>
      <w:r>
        <w:rPr/>
        <w:t xml:space="preserve">. </w:t>
      </w:r>
      <w:r>
        <w:rPr>
          <w:shd w:val="clear" w:fill="B7DDE8"/>
        </w:rPr>
        <w:t>He will bless the house of Israel</w:t>
      </w:r>
      <w:r>
        <w:rPr>
          <w:b w:val="false"/>
          <w:i w:val="false"/>
          <w:color w:val="000000"/>
          <w:u w:val="none"/>
        </w:rPr>
        <w:t xml:space="preserve"> [1EKO]</w:t>
      </w:r>
      <w:r>
        <w:rPr/>
        <w:t xml:space="preserve">; </w:t>
      </w:r>
      <w:r>
        <w:rPr>
          <w:shd w:val="clear" w:fill="B7DDE8"/>
        </w:rPr>
        <w:t>He will bless the house of Aaron</w:t>
      </w:r>
      <w:r>
        <w:rPr>
          <w:b w:val="false"/>
          <w:i w:val="false"/>
          <w:color w:val="000000"/>
          <w:u w:val="none"/>
        </w:rPr>
        <w:t xml:space="preserve"> [1EKP]</w:t>
      </w:r>
      <w:r>
        <w:rPr/>
        <w:t xml:space="preserve">; </w:t>
      </w:r>
      <w:r>
        <w:rPr>
          <w:shd w:val="clear" w:fill="B7DDE8"/>
        </w:rPr>
        <w:t>He will bless those who fear the LORD—small and great alike</w:t>
      </w:r>
      <w:r>
        <w:rPr>
          <w:b w:val="false"/>
          <w:i w:val="false"/>
          <w:color w:val="000000"/>
          <w:u w:val="none"/>
        </w:rPr>
        <w:t xml:space="preserve"> [1EKQ]</w:t>
      </w:r>
      <w:r>
        <w:rPr/>
        <w:t>.</w:t>
      </w:r>
    </w:p>
    <w:p>
      <w:pPr>
        <w:pStyle w:val="Yellow"/>
        <w:rPr/>
      </w:pPr>
      <w:r>
        <w:rPr>
          <w:b/>
        </w:rPr>
        <w:t xml:space="preserve">Psalm 116:7-8</w:t>
      </w:r>
      <w:r>
        <w:rPr/>
        <w:t xml:space="preserve"> — Return to your rest, O my soul, for </w:t>
      </w:r>
      <w:r>
        <w:rPr>
          <w:shd w:fill="B7DDE8" w:val="clear"/>
        </w:rPr>
        <w:t xml:space="preserve">the LORD has been good to you</w:t>
      </w:r>
      <w:r>
        <w:rPr>
          <w:b w:val="false"/>
          <w:i w:val="false"/>
          <w:color w:val="000000"/>
          <w:u w:val="none"/>
        </w:rPr>
        <w:t xml:space="preserve"> [1ISC]</w:t>
      </w:r>
      <w:r>
        <w:rPr/>
        <w:t xml:space="preserve">. For </w:t>
      </w:r>
      <w:r>
        <w:rPr>
          <w:shd w:fill="B7DDE8" w:val="clear"/>
        </w:rPr>
        <w:t xml:space="preserve">You have delivered my soul from death</w:t>
      </w:r>
      <w:r>
        <w:rPr>
          <w:b w:val="false"/>
          <w:i w:val="false"/>
          <w:color w:val="000000"/>
          <w:u w:val="none"/>
        </w:rPr>
        <w:t xml:space="preserve"> [2IRZ]</w:t>
      </w:r>
      <w:r>
        <w:rPr/>
        <w:t xml:space="preserve">, </w:t>
      </w:r>
      <w:r>
        <w:rPr>
          <w:shd w:fill="B7DDE8" w:val="clear"/>
        </w:rPr>
        <w:t xml:space="preserve">my eyes from tears</w:t>
      </w:r>
      <w:r>
        <w:rPr>
          <w:b w:val="false"/>
          <w:i w:val="false"/>
          <w:color w:val="000000"/>
          <w:u w:val="none"/>
        </w:rPr>
        <w:t xml:space="preserve"> [1ISD]</w:t>
      </w:r>
      <w:r>
        <w:rPr/>
        <w:t xml:space="preserve">, </w:t>
      </w:r>
      <w:r>
        <w:rPr>
          <w:shd w:fill="B7DDE8" w:val="clear"/>
        </w:rPr>
        <w:t xml:space="preserve">my feet from stumbling</w:t>
      </w:r>
      <w:r>
        <w:rPr>
          <w:b w:val="false"/>
          <w:i w:val="false"/>
          <w:color w:val="000000"/>
          <w:u w:val="none"/>
        </w:rPr>
        <w:t xml:space="preserve"> [2ISA]</w:t>
      </w:r>
      <w:r>
        <w:rPr/>
        <w:t xml:space="preserve">.</w:t>
      </w:r>
    </w:p>
    <w:p>
      <w:pPr>
        <w:pStyle w:val="Yellow"/>
        <w:rPr/>
        <w:pBdr>
          <w:left w:val="single" w:sz="28" w:space="5" w:color="C00000"/>
        </w:pBdr>
      </w:pPr>
      <w:r>
        <w:rPr>
          <w:b/>
        </w:rPr>
        <w:t>Psalm 119:65</w:t>
      </w:r>
      <w:r>
        <w:rPr/>
        <w:t xml:space="preserve"> — </w:t>
      </w:r>
      <w:r>
        <w:rPr>
          <w:shd w:val="clear" w:fill="B7DDE8"/>
        </w:rPr>
        <w:t>You are good</w:t>
      </w:r>
      <w:r>
        <w:rPr>
          <w:b w:val="false"/>
          <w:i w:val="false"/>
          <w:u w:val="none"/>
          <w:color w:val="000000"/>
        </w:rPr>
        <w:t xml:space="preserve"> [7FD]</w:t>
      </w:r>
      <w:r>
        <w:rPr>
          <w:shd w:val="clear" w:fill="B7DDE8"/>
        </w:rPr>
        <w:t xml:space="preserve"> to Your servant, O LORD, according to Your word</w:t>
      </w:r>
      <w:r>
        <w:rPr>
          <w:b w:val="false"/>
          <w:i w:val="false"/>
          <w:color w:val="000000"/>
          <w:u w:val="none"/>
        </w:rPr>
        <w:t xml:space="preserve"> [1TK]</w:t>
      </w:r>
      <w:r>
        <w:rPr/>
        <w:t>.</w:t>
      </w:r>
    </w:p>
    <w:p>
      <w:pPr>
        <w:pStyle w:val="Yellow"/>
        <w:rPr/>
      </w:pPr>
      <w:r>
        <w:rPr>
          <w:b/>
          <w:u w:val="none"/>
        </w:rPr>
        <w:t>Psalm 119:68</w:t>
      </w:r>
      <w:r>
        <w:rPr>
          <w:u w:val="none"/>
        </w:rPr>
        <w:t xml:space="preserve"> — </w:t>
      </w:r>
      <w:r>
        <w:rPr>
          <w:u w:val="none"/>
          <w:shd w:fill="B7DDE8" w:val="clear"/>
        </w:rPr>
        <w:t>You are good</w:t>
      </w:r>
      <w:r>
        <w:rPr>
          <w:b w:val="false"/>
          <w:i w:val="false"/>
          <w:color w:val="000000"/>
          <w:u w:val="none"/>
        </w:rPr>
        <w:t xml:space="preserve"> [7FD]</w:t>
      </w:r>
      <w:r>
        <w:rPr>
          <w:u w:val="none"/>
          <w:shd w:fill="F4CCCC" w:val="clear"/>
        </w:rPr>
        <w:t xml:space="preserve">, and </w:t>
      </w:r>
      <w:r>
        <w:rPr>
          <w:u w:val="none"/>
          <w:shd w:fill="B7DDE8" w:val="clear"/>
        </w:rPr>
        <w:t>You do what is good</w:t>
      </w:r>
      <w:r>
        <w:rPr>
          <w:b w:val="false"/>
          <w:i w:val="false"/>
          <w:color w:val="000000"/>
          <w:u w:val="none"/>
        </w:rPr>
        <w:t xml:space="preserve"> [1GT]</w:t>
      </w:r>
      <w:r>
        <w:rPr>
          <w:u w:val="none"/>
        </w:rPr>
        <w:t>;</w:t>
      </w:r>
    </w:p>
    <w:p>
      <w:pPr>
        <w:pStyle w:val="Yellow"/>
        <w:rPr/>
      </w:pPr>
      <w:r>
        <w:rPr>
          <w:b/>
        </w:rPr>
        <w:t>Proverbs 3:3–4</w:t>
      </w:r>
      <w:r>
        <w:rPr/>
        <w:t xml:space="preserve"> — </w:t>
      </w:r>
      <w:r>
        <w:rPr>
          <w:shd w:val="clear" w:fill="B7DDE8"/>
        </w:rPr>
        <w:t>Never let loving devotion or faithfulness leave you; bind them around your neck, write them on the tablet of your heart. Then you will find favor and high regard in the sight of God and man</w:t>
      </w:r>
      <w:r>
        <w:rPr>
          <w:b w:val="false"/>
          <w:i w:val="false"/>
          <w:color w:val="000000"/>
          <w:u w:val="none"/>
        </w:rPr>
        <w:t xml:space="preserve"> [1ESO]</w:t>
      </w:r>
      <w:r>
        <w:rPr/>
        <w:t>.</w:t>
      </w:r>
    </w:p>
    <w:p>
      <w:pPr>
        <w:pStyle w:val="Yellow"/>
        <w:rPr/>
      </w:pPr>
      <w:r>
        <w:rPr>
          <w:b/>
        </w:rPr>
        <w:t xml:space="preserve">Proverbs 16:4</w:t>
      </w:r>
      <w:r>
        <w:rPr/>
        <w:t xml:space="preserve"> — </w:t>
      </w:r>
      <w:r>
        <w:rPr>
          <w:shd w:fill="B7DDE8" w:val="clear"/>
        </w:rPr>
        <w:t xml:space="preserve">The LORD has made everything for His purpose—even the wicked for the day of disaster</w:t>
      </w:r>
      <w:r>
        <w:rPr>
          <w:b w:val="false"/>
          <w:i w:val="false"/>
          <w:color w:val="000000"/>
          <w:u w:val="none"/>
        </w:rPr>
        <w:t xml:space="preserve"> [1JIH]</w:t>
      </w:r>
      <w:r>
        <w:rPr>
          <w:b w:val="false"/>
          <w:i w:val="false"/>
          <w:color w:val="000000"/>
          <w:u w:val="none"/>
        </w:rPr>
        <w:t xml:space="preserve"> [1JII]</w:t>
      </w:r>
      <w:r>
        <w:rPr/>
        <w:t xml:space="preserve">.</w:t>
      </w:r>
    </w:p>
    <w:p>
      <w:pPr>
        <w:pStyle w:val="Yellow"/>
        <w:rPr/>
      </w:pPr>
      <w:r>
        <w:rPr>
          <w:b/>
        </w:rPr>
        <w:t xml:space="preserve">Proverbs 22:1</w:t>
      </w:r>
      <w:r>
        <w:rPr/>
        <w:t xml:space="preserve"> — </w:t>
      </w:r>
      <w:r>
        <w:rPr>
          <w:shd w:fill="B7DDE8" w:val="clear"/>
        </w:rPr>
        <w:t xml:space="preserve">A good name is more desirable than great riches</w:t>
      </w:r>
      <w:r>
        <w:rPr>
          <w:b w:val="false"/>
          <w:i w:val="false"/>
          <w:color w:val="000000"/>
          <w:u w:val="none"/>
        </w:rPr>
        <w:t xml:space="preserve"> [1HCJ]</w:t>
      </w:r>
      <w:r>
        <w:rPr/>
        <w:t xml:space="preserve">; </w:t>
      </w:r>
      <w:r>
        <w:rPr>
          <w:shd w:fill="B7DDE8" w:val="clear"/>
        </w:rPr>
        <w:t xml:space="preserve">favor is better than silver and gold</w:t>
      </w:r>
      <w:r>
        <w:rPr>
          <w:b w:val="false"/>
          <w:i w:val="false"/>
          <w:color w:val="000000"/>
          <w:u w:val="none"/>
        </w:rPr>
        <w:t xml:space="preserve"> [1HCK]</w:t>
      </w:r>
      <w:r>
        <w:rPr/>
        <w:t xml:space="preserve">.</w:t>
      </w:r>
    </w:p>
    <w:p>
      <w:pPr>
        <w:pStyle w:val="Yellow"/>
        <w:rPr/>
      </w:pPr>
      <w:r>
        <w:rPr>
          <w:b/>
        </w:rPr>
        <w:t xml:space="preserve">Proverbs 22:11</w:t>
      </w:r>
      <w:r>
        <w:rPr/>
        <w:t xml:space="preserve"> — </w:t>
      </w:r>
      <w:r>
        <w:rPr>
          <w:shd w:fill="B7DDE8" w:val="clear"/>
        </w:rPr>
        <w:t xml:space="preserve">He who loves a pure heart and gracious lips will have the king for a friend</w:t>
      </w:r>
      <w:r>
        <w:rPr>
          <w:b w:val="false"/>
          <w:i w:val="false"/>
          <w:color w:val="000000"/>
          <w:u w:val="none"/>
        </w:rPr>
        <w:t xml:space="preserve"> [1HNB]</w:t>
      </w:r>
      <w:r>
        <w:rPr/>
        <w:t xml:space="preserve">.</w:t>
      </w:r>
    </w:p>
    <w:p>
      <w:pPr>
        <w:pStyle w:val="Yellow"/>
        <w:rPr/>
      </w:pPr>
      <w:r>
        <w:rPr>
          <w:b/>
        </w:rPr>
        <w:t>Isaiah 62:5</w:t>
      </w:r>
      <w:r>
        <w:rPr/>
        <w:t xml:space="preserve"> — </w:t>
      </w:r>
      <w:r>
        <w:rPr>
          <w:shd w:val="clear" w:fill="B7DDE8"/>
        </w:rPr>
        <w:t>As a young man marries a young woman, so your sons will marry you</w:t>
      </w:r>
      <w:r>
        <w:rPr>
          <w:b w:val="false"/>
          <w:i w:val="false"/>
          <w:color w:val="000000"/>
          <w:u w:val="none"/>
        </w:rPr>
        <w:t xml:space="preserve"> [1EZP]</w:t>
      </w:r>
      <w:r>
        <w:rPr>
          <w:shd w:val="clear" w:color="auto" w:fill="548235"/>
          <w:color w:val="FFFFFF"/>
        </w:rPr>
        <w:t xml:space="preserve">; and </w:t>
      </w:r>
      <w:r>
        <w:rPr>
          <w:shd w:val="clear" w:fill="548235" w:color="auto"/>
          <w:color w:val="FFFFFF"/>
        </w:rPr>
        <w:t>as a bridegroom rejoices over his bride, so your God will rejoice over you</w:t>
      </w:r>
      <w:r>
        <w:rPr>
          <w:b w:val="false"/>
          <w:i w:val="false"/>
          <w:color w:val="FFFFFF"/>
          <w:u w:val="none"/>
          <w:shd w:val="clear" w:color="auto" w:fill="548235"/>
        </w:rPr>
        <w:t xml:space="preserve"> [1EZQ]</w:t>
      </w:r>
      <w:r>
        <w:rPr>
          <w:shd w:val="clear" w:color="auto" w:fill="548235"/>
          <w:color w:val="FFFFFF"/>
        </w:rPr>
        <w:t>.</w:t>
      </w:r>
    </w:p>
    <w:p>
      <w:pPr>
        <w:pStyle w:val="Yellow"/>
        <w:rPr/>
      </w:pPr>
      <w:r>
        <w:rPr/>
        <w:t xml:space="preserve">(Je29:10 God will “restore you to this place”) </w:t>
      </w:r>
      <w:r>
        <w:rPr>
          <w:b/>
        </w:rPr>
        <w:t>Jeremiah 29:11</w:t>
      </w:r>
      <w:r>
        <w:rPr/>
        <w:t xml:space="preserve"> — “{For} </w:t>
      </w:r>
      <w:r>
        <w:rPr>
          <w:shd w:val="clear" w:fill="B7DDE8"/>
        </w:rPr>
        <w:t>I know the plans I have for you</w:t>
      </w:r>
      <w:r>
        <w:rPr>
          <w:b w:val="false"/>
          <w:i w:val="false"/>
          <w:color w:val="000000"/>
          <w:u w:val="none"/>
        </w:rPr>
        <w:t xml:space="preserve"> [1DGJ]</w:t>
      </w:r>
      <w:r>
        <w:rPr/>
        <w:t>,” declares the LORD, “</w:t>
      </w:r>
      <w:r>
        <w:rPr>
          <w:shd w:val="clear" w:fill="B7DDE8"/>
        </w:rPr>
        <w:t>plans to prosper you</w:t>
      </w:r>
      <w:r>
        <w:rPr>
          <w:b w:val="false"/>
          <w:i w:val="false"/>
          <w:color w:val="000000"/>
          <w:u w:val="none"/>
        </w:rPr>
        <w:t xml:space="preserve"> [1DGK]</w:t>
      </w:r>
      <w:r>
        <w:rPr/>
        <w:t xml:space="preserve"> and </w:t>
      </w:r>
      <w:r>
        <w:rPr>
          <w:shd w:val="clear" w:fill="B7DDE8"/>
        </w:rPr>
        <w:t>not to harm you</w:t>
      </w:r>
      <w:r>
        <w:rPr>
          <w:b w:val="false"/>
          <w:i w:val="false"/>
          <w:color w:val="000000"/>
          <w:u w:val="none"/>
        </w:rPr>
        <w:t xml:space="preserve"> [1DGL]</w:t>
      </w:r>
      <w:r>
        <w:rPr/>
        <w:t xml:space="preserve">, </w:t>
      </w:r>
      <w:r>
        <w:rPr>
          <w:shd w:val="clear" w:fill="B7DDE8"/>
        </w:rPr>
        <w:t>to give you a future and a hope</w:t>
      </w:r>
      <w:r>
        <w:rPr>
          <w:b w:val="false"/>
          <w:i w:val="false"/>
          <w:color w:val="000000"/>
          <w:u w:val="none"/>
        </w:rPr>
        <w:t xml:space="preserve"> [1DGM]</w:t>
      </w:r>
      <w:r>
        <w:rPr/>
        <w:t>.</w:t>
      </w:r>
    </w:p>
    <w:p>
      <w:pPr>
        <w:pStyle w:val="Yellow"/>
        <w:rPr/>
      </w:pPr>
      <w:r>
        <w:rPr>
          <w:u w:val="none"/>
        </w:rPr>
        <w:t xml:space="preserve">(Je32:37 “My people”¹) </w:t>
      </w:r>
      <w:r>
        <w:rPr>
          <w:b/>
          <w:u w:val="none"/>
        </w:rPr>
        <w:t>Jeremiah 32:40</w:t>
      </w:r>
      <w:r>
        <w:rPr>
          <w:u w:val="none"/>
        </w:rPr>
        <w:t xml:space="preserve"> — </w:t>
      </w:r>
      <w:r>
        <w:rPr>
          <w:u w:val="none"/>
          <w:shd w:val="clear" w:color="auto" w:fill="D9C3E6"/>
        </w:rPr>
        <w:t>I will make an everlasting covenant with {them}</w:t>
      </w:r>
      <w:r>
        <w:rPr>
          <w:b w:val="false"/>
          <w:i w:val="false"/>
          <w:color w:val="000000"/>
          <w:u w:val="none"/>
        </w:rPr>
        <w:t xml:space="preserve"> [4AEO]</w:t>
      </w:r>
      <w:r>
        <w:rPr>
          <w:u w:val="none"/>
          <w:shd w:val="clear" w:color="auto" w:fill="D9C3E6"/>
        </w:rPr>
        <w:t xml:space="preserve">: </w:t>
      </w:r>
      <w:r>
        <w:rPr>
          <w:u w:val="none"/>
          <w:shd w:fill="B7DDE8" w:val="clear"/>
        </w:rPr>
        <w:t>I will never turn away from doing good to them</w:t>
      </w:r>
      <w:r>
        <w:rPr>
          <w:b w:val="false"/>
          <w:i w:val="false"/>
          <w:color w:val="000000"/>
          <w:u w:val="none"/>
        </w:rPr>
        <w:t xml:space="preserve"> [1AEZ]</w:t>
      </w:r>
      <w:r>
        <w:rPr>
          <w:u w:val="none"/>
        </w:rPr>
        <w:t xml:space="preserve">, and </w:t>
      </w:r>
      <w:r>
        <w:rPr>
          <w:u w:val="none"/>
          <w:shd w:fill="B7DDE8" w:val="clear"/>
        </w:rPr>
        <w:t>I will put My fear in their hearts</w:t>
      </w:r>
      <w:r>
        <w:rPr>
          <w:b w:val="false"/>
          <w:i w:val="false"/>
          <w:color w:val="000000"/>
          <w:u w:val="none"/>
        </w:rPr>
        <w:t xml:space="preserve"> [1AFA]</w:t>
      </w:r>
      <w:r>
        <w:rPr>
          <w:u w:val="none"/>
        </w:rPr>
        <w:t xml:space="preserve">, </w:t>
      </w:r>
      <w:r>
        <w:rPr>
          <w:u w:val="none"/>
          <w:shd w:fill="B7DDE8" w:val="clear"/>
        </w:rPr>
        <w:t>so that they will never turn away from Me</w:t>
      </w:r>
      <w:r>
        <w:rPr>
          <w:b w:val="false"/>
          <w:i w:val="false"/>
          <w:color w:val="000000"/>
          <w:u w:val="none"/>
        </w:rPr>
        <w:t xml:space="preserve"> [1AFB]</w:t>
      </w:r>
      <w:r>
        <w:rPr>
          <w:u w:val="none"/>
        </w:rPr>
        <w:t>.</w:t>
      </w:r>
    </w:p>
    <w:p>
      <w:pPr>
        <w:pStyle w:val="Yellow"/>
        <w:rPr/>
      </w:pPr>
      <w:r>
        <w:rPr>
          <w:b/>
          <w:u w:val="none"/>
        </w:rPr>
        <w:t>Lamentations 3:25</w:t>
      </w:r>
      <w:r>
        <w:rPr>
          <w:u w:val="none"/>
        </w:rPr>
        <w:t xml:space="preserve"> — </w:t>
      </w:r>
      <w:r>
        <w:rPr>
          <w:u w:val="none"/>
          <w:shd w:fill="B7DDE8" w:val="clear"/>
        </w:rPr>
        <w:t>The LORD is good</w:t>
      </w:r>
      <w:r>
        <w:rPr>
          <w:u w:val="none"/>
          <w:shd w:fill="B7DDE8" w:val="clear"/>
        </w:rPr>
        <w:t xml:space="preserve"> to those who wait for Him, to the soul who seeks Him</w:t>
      </w:r>
      <w:r>
        <w:rPr>
          <w:b w:val="false"/>
          <w:i w:val="false"/>
          <w:color w:val="000000"/>
          <w:u w:val="none"/>
        </w:rPr>
        <w:t xml:space="preserve"> [1FG]</w:t>
      </w:r>
      <w:r>
        <w:rPr>
          <w:u w:val="none"/>
        </w:rPr>
        <w:t>.</w:t>
      </w:r>
    </w:p>
    <w:p>
      <w:pPr>
        <w:pStyle w:val="Yellow"/>
        <w:rPr/>
      </w:pPr>
      <w:r>
        <w:rPr>
          <w:b/>
        </w:rPr>
        <w:t>Micah 2:7</w:t>
      </w:r>
      <w:r>
        <w:rPr/>
        <w:t xml:space="preserve"> — </w:t>
      </w:r>
      <w:r>
        <w:rPr>
          <w:shd w:fill="B7DDE8" w:val="clear"/>
        </w:rPr>
        <w:t>Do not My words bring good to him who walks uprightly</w:t>
      </w:r>
      <w:r>
        <w:rPr>
          <w:b w:val="false"/>
          <w:i w:val="false"/>
          <w:color w:val="000000"/>
          <w:u w:val="none"/>
        </w:rPr>
        <w:t xml:space="preserve"> [1MBG]</w:t>
      </w:r>
      <w:r>
        <w:rPr/>
        <w:t>?</w:t>
      </w:r>
    </w:p>
    <w:p>
      <w:pPr>
        <w:pStyle w:val="Yellow"/>
        <w:rPr/>
      </w:pPr>
      <w:r>
        <w:rPr>
          <w:b/>
        </w:rPr>
        <w:t>Zephaniah 3:17</w:t>
      </w:r>
      <w:r>
        <w:t xml:space="preserve"> — </w:t>
      </w:r>
      <w:r>
        <w:rPr>
          <w:color w:val="000000"/>
          <w:shd w:val="clear" w:color="auto" w:fill="D9C3E6"/>
        </w:rPr>
        <w:t>The LORD your God is among you</w:t>
      </w:r>
      <w:r>
        <w:rPr>
          <w:b w:val="false"/>
          <w:i w:val="false"/>
          <w:color w:val="000000"/>
          <w:u w:val="none"/>
          <w:shd w:val="clear" w:color="auto" w:fill="F4B183"/>
        </w:rPr>
        <w:t xml:space="preserve"> [2BTL]</w:t>
      </w:r>
      <w:r>
        <w:rPr>
          <w:shd w:val="clear" w:color="auto" w:fill="D9C3E6"/>
        </w:rPr>
        <w:t xml:space="preserve">; </w:t>
      </w:r>
      <w:r>
        <w:rPr>
          <w:shd w:fill="B7DDE8" w:val="clear"/>
        </w:rPr>
        <w:t>He is mighty to save</w:t>
      </w:r>
      <w:r>
        <w:rPr>
          <w:b w:val="false"/>
          <w:i w:val="false"/>
          <w:color w:val="000000"/>
          <w:u w:val="none"/>
        </w:rPr>
        <w:t xml:space="preserve"> [2BTM]</w:t>
      </w:r>
      <w:r>
        <w:t xml:space="preserve">. </w:t>
      </w:r>
      <w:r>
        <w:rPr>
          <w:shd w:fill="B7DDE8" w:val="clear"/>
        </w:rPr>
        <w:t>He will rejoice over you with gladness</w:t>
      </w:r>
      <w:r>
        <w:rPr>
          <w:b w:val="false"/>
          <w:i w:val="false"/>
          <w:color w:val="000000"/>
          <w:u w:val="none"/>
        </w:rPr>
        <w:t xml:space="preserve"> [1BTN]</w:t>
      </w:r>
      <w:r>
        <w:t xml:space="preserve">; </w:t>
      </w:r>
      <w:r>
        <w:rPr>
          <w:shd w:fill="B7DDE8" w:val="clear"/>
        </w:rPr>
        <w:t>He will quiet you with His love</w:t>
      </w:r>
      <w:r>
        <w:rPr>
          <w:b w:val="false"/>
          <w:i w:val="false"/>
          <w:color w:val="000000"/>
          <w:u w:val="none"/>
        </w:rPr>
        <w:t xml:space="preserve"> [1BTO]</w:t>
      </w:r>
      <w:r>
        <w:t xml:space="preserve">; </w:t>
      </w:r>
      <w:r>
        <w:rPr>
          <w:shd w:fill="B7DDE8" w:val="clear"/>
        </w:rPr>
        <w:t>He will rejoice over you with singing</w:t>
      </w:r>
      <w:r>
        <w:rPr>
          <w:b w:val="false"/>
          <w:i w:val="false"/>
          <w:color w:val="000000"/>
          <w:u w:val="none"/>
        </w:rPr>
        <w:t xml:space="preserve"> [1BTP]</w:t>
      </w:r>
      <w:r>
        <w:t>.”</w:t>
      </w:r>
    </w:p>
    <w:p>
      <w:pPr>
        <w:pStyle w:val="Yellow"/>
        <w:rPr/>
      </w:pPr>
      <w:r>
        <w:rPr>
          <w:b/>
        </w:rPr>
        <w:t>Matthew 5:4</w:t>
      </w:r>
      <w:r>
        <w:rPr/>
        <w:t xml:space="preserve"> — </w:t>
      </w:r>
      <w:r>
        <w:rPr>
          <w:shd w:val="clear" w:fill="B7DDE8"/>
        </w:rPr>
        <w:t>Blessed are those who mourn</w:t>
      </w:r>
      <w:r>
        <w:rPr>
          <w:b w:val="false"/>
          <w:i w:val="false"/>
          <w:color w:val="000000"/>
          <w:u w:val="none"/>
        </w:rPr>
        <w:t xml:space="preserve"> [1EKC]</w:t>
      </w:r>
      <w:r>
        <w:rPr/>
        <w:t xml:space="preserve">, for </w:t>
      </w:r>
      <w:r>
        <w:rPr>
          <w:shd w:val="clear" w:fill="B7DDE8"/>
        </w:rPr>
        <w:t>they will be comforted</w:t>
      </w:r>
      <w:r>
        <w:rPr>
          <w:b w:val="false"/>
          <w:i w:val="false"/>
          <w:color w:val="000000"/>
          <w:u w:val="none"/>
        </w:rPr>
        <w:t xml:space="preserve"> [1EKD]</w:t>
      </w:r>
      <w:r>
        <w:rPr/>
        <w:t>.</w:t>
      </w:r>
    </w:p>
    <w:p>
      <w:pPr>
        <w:pStyle w:val="Yellow"/>
        <w:rPr/>
      </w:pPr>
      <w:r>
        <w:rPr>
          <w:b/>
        </w:rPr>
        <w:t>Matthew 5:8</w:t>
      </w:r>
      <w:r>
        <w:rPr/>
        <w:t xml:space="preserve"> — </w:t>
      </w:r>
      <w:r>
        <w:rPr>
          <w:shd w:val="clear" w:fill="B7DDE8"/>
        </w:rPr>
        <w:t>Blessed are the pure in heart</w:t>
      </w:r>
      <w:r>
        <w:rPr>
          <w:b w:val="false"/>
          <w:i w:val="false"/>
          <w:color w:val="000000"/>
          <w:u w:val="none"/>
        </w:rPr>
        <w:t xml:space="preserve"> [1EKW]</w:t>
      </w:r>
      <w:r>
        <w:rPr/>
        <w:t xml:space="preserve">, for </w:t>
      </w:r>
      <w:r>
        <w:rPr>
          <w:shd w:val="clear" w:fill="B7DDE8"/>
        </w:rPr>
        <w:t>they will see God</w:t>
      </w:r>
      <w:r>
        <w:rPr>
          <w:b w:val="false"/>
          <w:i w:val="false"/>
          <w:color w:val="000000"/>
          <w:u w:val="none"/>
        </w:rPr>
        <w:t xml:space="preserve"> [1EKX]</w:t>
      </w:r>
      <w:r>
        <w:rPr/>
        <w:t>.</w:t>
      </w:r>
    </w:p>
    <w:p>
      <w:pPr>
        <w:pStyle w:val="Yellow"/>
        <w:rPr/>
      </w:pPr>
      <w:r>
        <w:rPr>
          <w:b/>
          <w:shd w:val="clear" w:color="auto" w:fill="548235"/>
          <w:color w:val="FFFFFF"/>
        </w:rPr>
        <w:t>Matthew 7:9–11</w:t>
      </w:r>
      <w:r>
        <w:rPr>
          <w:shd w:val="clear" w:color="auto" w:fill="548235"/>
          <w:color w:val="FFFFFF"/>
        </w:rPr>
        <w:t xml:space="preserve"> — </w:t>
      </w:r>
      <w:r>
        <w:rPr>
          <w:shd w:val="clear" w:fill="548235" w:color="auto"/>
          <w:color w:val="FFFFFF"/>
        </w:rPr>
        <w:t>Which of you, if his son asks for bread, will give him a stone? Or if he asks for a fish, will give him a snake? So if you who are evil know how to give good gifts to your children, how much more will your Father in heaven give good things to those who ask Him</w:t>
      </w:r>
      <w:r>
        <w:rPr>
          <w:b w:val="false"/>
          <w:i w:val="false"/>
          <w:color w:val="FFFFFF"/>
          <w:u w:val="none"/>
          <w:shd w:val="clear" w:color="auto" w:fill="548235"/>
        </w:rPr>
        <w:t xml:space="preserve"> [1EBF]</w:t>
      </w:r>
      <w:r>
        <w:rPr>
          <w:shd w:val="clear" w:color="auto" w:fill="548235"/>
          <w:color w:val="FFFFFF"/>
        </w:rPr>
        <w:t>!</w:t>
      </w:r>
    </w:p>
    <w:p>
      <w:pPr>
        <w:pStyle w:val="Yellow"/>
        <w:rPr/>
      </w:pPr>
      <w:r>
        <w:rPr>
          <w:b/>
        </w:rPr>
        <w:t>Matthew 13:16</w:t>
      </w:r>
      <w:r>
        <w:rPr/>
        <w:t xml:space="preserve"> — </w:t>
      </w:r>
      <w:r>
        <w:rPr>
          <w:shd w:val="clear" w:fill="B7DDE8"/>
        </w:rPr>
        <w:t>blessed are your eyes because they see, and your ears because they hear</w:t>
      </w:r>
      <w:r>
        <w:rPr>
          <w:b w:val="false"/>
          <w:i w:val="false"/>
          <w:color w:val="000000"/>
          <w:u w:val="none"/>
        </w:rPr>
        <w:t xml:space="preserve"> [1EJJ]</w:t>
      </w:r>
      <w:r>
        <w:rPr/>
        <w:t>.</w:t>
      </w:r>
    </w:p>
    <w:p>
      <w:pPr>
        <w:pStyle w:val="Yellow"/>
        <w:rPr/>
      </w:pPr>
      <w:r>
        <w:rPr>
          <w:b/>
          <w:highlight w:val="cyan"/>
          <w:u w:val="none"/>
        </w:rPr>
        <w:t>Mark 10:18</w:t>
      </w:r>
      <w:r>
        <w:rPr>
          <w:highlight w:val="cyan"/>
          <w:u w:val="none"/>
        </w:rPr>
        <w:t xml:space="preserve"> — </w:t>
      </w:r>
      <w:r>
        <w:rPr>
          <w:u w:val="none"/>
          <w:shd w:fill="B7DDE8" w:val="clear"/>
        </w:rPr>
        <w:t>No one is good except God alone</w:t>
      </w:r>
      <w:r>
        <w:rPr>
          <w:b w:val="false"/>
          <w:i w:val="false"/>
          <w:color w:val="000000"/>
          <w:u w:val="none"/>
        </w:rPr>
        <w:t xml:space="preserve"> [1FH]</w:t>
      </w:r>
      <w:r>
        <w:rPr>
          <w:highlight w:val="cyan"/>
          <w:u w:val="none"/>
        </w:rPr>
        <w:t>.</w:t>
      </w:r>
    </w:p>
    <w:p>
      <w:pPr>
        <w:pStyle w:val="Yellow"/>
        <w:rPr/>
        <w:pBdr>
          <w:left w:val="single" w:sz="28" w:space="5" w:color="C00000"/>
        </w:pBdr>
      </w:pPr>
      <w:r>
        <w:rPr>
          <w:b/>
        </w:rPr>
        <w:t xml:space="preserve">Luke 6:20</w:t>
      </w:r>
      <w:r>
        <w:rPr/>
        <w:t xml:space="preserve"> — “</w:t>
      </w:r>
      <w:r>
        <w:rPr>
          <w:shd w:fill="B7DDE8" w:val="clear"/>
        </w:rPr>
        <w:t xml:space="preserve">Blessed are you who are poor</w:t>
      </w:r>
      <w:r>
        <w:rPr>
          <w:b w:val="false"/>
          <w:i w:val="false"/>
          <w:color w:val="000000"/>
          <w:u w:val="none"/>
        </w:rPr>
        <w:t xml:space="preserve"> [1GXL]</w:t>
      </w:r>
      <w:r>
        <w:rPr/>
        <w:t xml:space="preserve">, for </w:t>
      </w:r>
      <w:r>
        <w:rPr>
          <w:shd w:fill="548235" w:val="clear" w:color="auto"/>
          <w:color w:val="FFFFFF"/>
        </w:rPr>
        <w:t xml:space="preserve">yours is the kingdom of God</w:t>
      </w:r>
      <w:r>
        <w:rPr>
          <w:b w:val="false"/>
          <w:i w:val="false"/>
          <w:color w:val="FFFFFF"/>
          <w:u w:val="none"/>
          <w:shd w:val="clear" w:color="auto" w:fill="548235"/>
        </w:rPr>
        <w:t xml:space="preserve"> [3EJF]</w:t>
      </w:r>
      <w:r>
        <w:rPr/>
        <w:t xml:space="preserve">.</w:t>
      </w:r>
    </w:p>
    <w:p>
      <w:pPr>
        <w:pStyle w:val="Yellow"/>
        <w:rPr/>
        <w:pBdr>
          <w:left w:val="single" w:sz="28" w:space="5" w:color="C00000"/>
        </w:pBdr>
      </w:pPr>
      <w:r>
        <w:rPr>
          <w:b/>
        </w:rPr>
        <w:t>Luke 6:21</w:t>
      </w:r>
      <w:r>
        <w:rPr/>
        <w:t xml:space="preserve"> — </w:t>
      </w:r>
      <w:r>
        <w:rPr>
          <w:shd w:val="clear" w:fill="B7DDE8"/>
        </w:rPr>
        <w:t>Blessed are you who hunger now</w:t>
      </w:r>
      <w:r>
        <w:rPr>
          <w:b w:val="false"/>
          <w:i w:val="false"/>
          <w:color w:val="000000"/>
          <w:u w:val="none"/>
        </w:rPr>
        <w:t xml:space="preserve"> [1EJZ]</w:t>
      </w:r>
      <w:r>
        <w:rPr/>
        <w:t xml:space="preserve">, for </w:t>
      </w:r>
      <w:r>
        <w:rPr>
          <w:shd w:val="clear" w:fill="B7DDE8"/>
        </w:rPr>
        <w:t>you will be filled</w:t>
      </w:r>
      <w:r>
        <w:rPr>
          <w:b w:val="false"/>
          <w:i w:val="false"/>
          <w:u w:val="none"/>
          <w:color w:val="000000"/>
        </w:rPr>
        <w:t xml:space="preserve"> [4CIR]</w:t>
      </w:r>
      <w:r>
        <w:rPr/>
        <w:t xml:space="preserve">. </w:t>
      </w:r>
      <w:r>
        <w:rPr>
          <w:shd w:val="clear" w:fill="B7DDE8"/>
        </w:rPr>
        <w:t>Blessed are you who weep now</w:t>
      </w:r>
      <w:r>
        <w:rPr>
          <w:b w:val="false"/>
          <w:i w:val="false"/>
          <w:color w:val="000000"/>
          <w:u w:val="none"/>
        </w:rPr>
        <w:t xml:space="preserve"> [1EKA]</w:t>
      </w:r>
      <w:r>
        <w:rPr/>
        <w:t xml:space="preserve">, for </w:t>
      </w:r>
      <w:r>
        <w:rPr>
          <w:shd w:val="clear" w:fill="B7DDE8"/>
        </w:rPr>
        <w:t>you will laugh</w:t>
      </w:r>
      <w:r>
        <w:rPr>
          <w:b w:val="false"/>
          <w:i w:val="false"/>
          <w:color w:val="000000"/>
          <w:u w:val="none"/>
        </w:rPr>
        <w:t xml:space="preserve"> [1EKB]</w:t>
      </w:r>
      <w:r>
        <w:rPr/>
        <w:t>.</w:t>
      </w:r>
    </w:p>
    <w:p>
      <w:pPr>
        <w:pStyle w:val="Yellow"/>
        <w:rPr/>
      </w:pPr>
      <w:r>
        <w:rPr>
          <w:b/>
        </w:rPr>
        <w:t xml:space="preserve">John 3:27</w:t>
      </w:r>
      <w:r>
        <w:rPr/>
        <w:t xml:space="preserve"> — </w:t>
      </w:r>
      <w:r>
        <w:rPr>
          <w:shd w:fill="B7DDE8" w:val="clear"/>
        </w:rPr>
        <w:t xml:space="preserve">A man can receive only what is given him from heaven</w:t>
      </w:r>
      <w:r>
        <w:rPr>
          <w:b w:val="false"/>
          <w:i w:val="false"/>
          <w:color w:val="000000"/>
          <w:u w:val="none"/>
        </w:rPr>
        <w:t xml:space="preserve"> [1LCA]</w:t>
      </w:r>
      <w:r>
        <w:rPr/>
        <w:t xml:space="preserve">.</w:t>
      </w:r>
    </w:p>
    <w:p>
      <w:pPr>
        <w:pStyle w:val="Yellow"/>
        <w:rPr/>
      </w:pPr>
      <w:r>
        <w:rPr>
          <w:b/>
          <w:u w:val="none"/>
        </w:rPr>
        <w:t>Acts 10:34–35</w:t>
      </w:r>
      <w:r>
        <w:rPr>
          <w:u w:val="none"/>
        </w:rPr>
        <w:t xml:space="preserve"> — I now truly understand that </w:t>
      </w:r>
      <w:r>
        <w:rPr>
          <w:u w:val="none"/>
          <w:shd w:val="clear" w:fill="B7DDE8"/>
        </w:rPr>
        <w:t>God does not show favoritism</w:t>
      </w:r>
      <w:r>
        <w:rPr>
          <w:b w:val="false"/>
          <w:i w:val="false"/>
          <w:color w:val="000000"/>
          <w:u w:val="none"/>
        </w:rPr>
        <w:t xml:space="preserve"> [6FIV]</w:t>
      </w:r>
      <w:r>
        <w:rPr>
          <w:u w:val="none"/>
        </w:rPr>
        <w:t xml:space="preserve">, but </w:t>
      </w:r>
      <w:r>
        <w:rPr>
          <w:u w:val="none"/>
          <w:shd w:val="clear" w:fill="B7DDE8"/>
        </w:rPr>
        <w:t>welcomes those from every nation who fear Him and do what is right</w:t>
      </w:r>
      <w:r>
        <w:rPr>
          <w:b w:val="false"/>
          <w:i w:val="false"/>
          <w:color w:val="000000"/>
          <w:u w:val="none"/>
        </w:rPr>
        <w:t xml:space="preserve"> [1FIW]</w:t>
      </w:r>
      <w:r>
        <w:rPr>
          <w:u w:val="none"/>
        </w:rPr>
        <w:t>.</w:t>
      </w:r>
    </w:p>
    <w:p>
      <w:pPr>
        <w:pStyle w:val="Yellow"/>
        <w:rPr/>
        <w:pBdr>
          <w:left w:val="single" w:sz="28" w:space="5" w:color="C00000"/>
        </w:pBdr>
      </w:pPr>
      <w:r>
        <w:rPr>
          <w:u w:val="none"/>
        </w:rPr>
        <w:t xml:space="preserve">(Ac14:15 “the living God”) </w:t>
      </w:r>
      <w:r>
        <w:rPr>
          <w:b/>
          <w:u w:val="none"/>
        </w:rPr>
        <w:t>Acts 14:17</w:t>
      </w:r>
      <w:r>
        <w:rPr>
          <w:u w:val="none"/>
        </w:rPr>
        <w:t xml:space="preserve"> — </w:t>
      </w:r>
      <w:r>
        <w:rPr>
          <w:u w:val="none"/>
          <w:shd w:val="clear" w:fill="B7DDE8"/>
        </w:rPr>
        <w:t>{He} has not left Himself without testimony to His goodness</w:t>
      </w:r>
      <w:r>
        <w:rPr>
          <w:b w:val="false"/>
          <w:i w:val="false"/>
          <w:color w:val="000000"/>
          <w:u w:val="none"/>
        </w:rPr>
        <w:t xml:space="preserve"> [1EFC]</w:t>
      </w:r>
      <w:r>
        <w:rPr>
          <w:u w:val="none"/>
        </w:rPr>
        <w:t xml:space="preserve">: </w:t>
      </w:r>
      <w:r>
        <w:rPr>
          <w:u w:val="none"/>
          <w:shd w:val="clear" w:fill="B7DDE8"/>
        </w:rPr>
        <w:t>He gives you rain from heaven and fruitful seasons</w:t>
      </w:r>
      <w:r>
        <w:rPr>
          <w:b w:val="false"/>
          <w:i w:val="false"/>
          <w:color w:val="000000"/>
          <w:u w:val="none"/>
        </w:rPr>
        <w:t xml:space="preserve"> [1EFD]</w:t>
      </w:r>
      <w:r>
        <w:rPr>
          <w:u w:val="none"/>
        </w:rPr>
        <w:t xml:space="preserve">, </w:t>
      </w:r>
      <w:r>
        <w:rPr>
          <w:u w:val="none"/>
          <w:shd w:val="clear" w:fill="548235" w:color="auto"/>
          <w:color w:val="FFFFFF"/>
        </w:rPr>
        <w:t>filling your hearts with food and gladness</w:t>
      </w:r>
      <w:r>
        <w:rPr>
          <w:b w:val="false"/>
          <w:i w:val="false"/>
          <w:color w:val="FFFFFF"/>
          <w:u w:val="none"/>
          <w:shd w:val="clear" w:color="auto" w:fill="548235"/>
        </w:rPr>
        <w:t xml:space="preserve"> [1EFE]</w:t>
      </w:r>
      <w:r>
        <w:rPr>
          <w:u w:val="none"/>
        </w:rPr>
        <w:t>.”</w:t>
      </w:r>
    </w:p>
    <w:p>
      <w:pPr>
        <w:pStyle w:val="Yellow"/>
        <w:rPr/>
      </w:pPr>
      <w:r>
        <w:rPr>
          <w:b/>
          <w:shd w:val="clear" w:color="auto" w:fill="548235"/>
          <w:color w:val="FFFFFF"/>
        </w:rPr>
        <w:t>Romans 8:28</w:t>
      </w:r>
      <w:r>
        <w:rPr>
          <w:shd w:val="clear" w:color="auto" w:fill="548235"/>
          <w:color w:val="FFFFFF"/>
        </w:rPr>
        <w:t xml:space="preserve"> — And we know that </w:t>
      </w:r>
      <w:r>
        <w:rPr>
          <w:shd w:fill="548235" w:val="clear" w:color="auto"/>
          <w:color w:val="FFFFFF"/>
        </w:rPr>
        <w:t>God works all things together for the good of those who love Him, who are called according to His purpose</w:t>
      </w:r>
      <w:r>
        <w:rPr>
          <w:b w:val="false"/>
          <w:i w:val="false"/>
          <w:color w:val="FFFFFF"/>
          <w:u w:val="none"/>
          <w:shd w:val="clear" w:color="auto" w:fill="548235"/>
        </w:rPr>
        <w:t xml:space="preserve"> [1MBS]</w:t>
      </w:r>
      <w:r>
        <w:rPr>
          <w:shd w:val="clear" w:color="auto" w:fill="548235"/>
          <w:color w:val="FFFFFF"/>
        </w:rPr>
        <w:t>.</w:t>
      </w:r>
    </w:p>
    <w:p>
      <w:pPr>
        <w:pStyle w:val="Yellow"/>
        <w:rPr/>
      </w:pPr>
      <w:r>
        <w:rPr/>
        <w:t xml:space="preserve">(Ro8:31 “God”) </w:t>
      </w:r>
      <w:r>
        <w:rPr>
          <w:b/>
        </w:rPr>
        <w:t xml:space="preserve">Romans 8:32</w:t>
      </w:r>
      <w:r>
        <w:rPr/>
        <w:t xml:space="preserve"> — </w:t>
      </w:r>
      <w:r>
        <w:rPr>
          <w:shd w:fill="B7DDE8" w:val="clear"/>
        </w:rPr>
        <w:t xml:space="preserve">{He} who did not spare His own Son</w:t>
      </w:r>
      <w:r>
        <w:rPr>
          <w:b w:val="false"/>
          <w:i w:val="false"/>
          <w:u w:val="none"/>
          <w:color w:val="000000"/>
        </w:rPr>
        <w:t xml:space="preserve"> [1LGD]</w:t>
      </w:r>
      <w:r>
        <w:rPr/>
        <w:t xml:space="preserve"> but </w:t>
      </w:r>
      <w:r>
        <w:rPr>
          <w:shd w:fill="B7DDE8" w:val="clear"/>
        </w:rPr>
        <w:t xml:space="preserve">gave Him up for us all</w:t>
      </w:r>
      <w:r>
        <w:rPr>
          <w:b w:val="false"/>
          <w:i w:val="false"/>
          <w:u w:val="none"/>
          <w:color w:val="000000"/>
        </w:rPr>
        <w:t xml:space="preserve"> [1LGE]</w:t>
      </w:r>
      <w:r>
        <w:rPr/>
        <w:t xml:space="preserve">, </w:t>
      </w:r>
      <w:r>
        <w:rPr>
          <w:shd w:fill="B7DDE8" w:val="clear"/>
        </w:rPr>
        <w:t xml:space="preserve">how will He not also, along with Him, freely give us all things</w:t>
      </w:r>
      <w:r>
        <w:rPr>
          <w:b w:val="false"/>
          <w:i w:val="false"/>
          <w:color w:val="000000"/>
          <w:u w:val="none"/>
        </w:rPr>
        <w:t xml:space="preserve"> [1LGF]</w:t>
      </w:r>
      <w:r>
        <w:rPr/>
        <w:t xml:space="preserve">?</w:t>
      </w:r>
    </w:p>
    <w:p>
      <w:pPr>
        <w:pStyle w:val="Yellow"/>
        <w:rPr/>
      </w:pPr>
      <w:r>
        <w:rPr/>
        <w:t xml:space="preserve">&lt;51&gt;</w:t>
      </w:r>
      <w:r>
        <w:rPr>
          <w:b/>
        </w:rPr>
        <w:t xml:space="preserve">Hebrews 6:7-8</w:t>
      </w:r>
      <w:r>
        <w:rPr/>
        <w:t xml:space="preserve"> — For </w:t>
      </w:r>
      <w:r>
        <w:rPr>
          <w:shd w:fill="B7DDE8" w:val="clear"/>
        </w:rPr>
        <w:t xml:space="preserve">land that drinks in the rain often falling on it and that produces a crop useful to those for whom it is tended receives the blessing of God</w:t>
      </w:r>
      <w:r>
        <w:rPr>
          <w:b w:val="false"/>
          <w:i w:val="false"/>
          <w:color w:val="000000"/>
          <w:u w:val="none"/>
        </w:rPr>
        <w:t xml:space="preserve"> [1JHL]</w:t>
      </w:r>
      <w:r>
        <w:rPr/>
        <w:t xml:space="preserve">. But </w:t>
      </w:r>
      <w:r>
        <w:rPr>
          <w:shd w:fill="B7DDE8" w:val="clear"/>
        </w:rPr>
        <w:t xml:space="preserve">land that produces thorns and thistles is worthless</w:t>
      </w:r>
      <w:r>
        <w:rPr>
          <w:b w:val="false"/>
          <w:i w:val="false"/>
          <w:color w:val="000000"/>
          <w:u w:val="none"/>
        </w:rPr>
        <w:t xml:space="preserve"> [1JHM]</w:t>
      </w:r>
      <w:r>
        <w:rPr/>
        <w:t xml:space="preserve">, and </w:t>
      </w:r>
      <w:r>
        <w:rPr>
          <w:shd w:fill="B7DDE8" w:val="clear"/>
        </w:rPr>
        <w:t xml:space="preserve">its curse is imminent</w:t>
      </w:r>
      <w:r>
        <w:rPr>
          <w:b w:val="false"/>
          <w:i w:val="false"/>
          <w:color w:val="000000"/>
          <w:u w:val="none"/>
        </w:rPr>
        <w:t xml:space="preserve"> [1JHN]</w:t>
      </w:r>
      <w:r>
        <w:rPr/>
        <w:t xml:space="preserve">. </w:t>
      </w:r>
      <w:r>
        <w:rPr>
          <w:shd w:fill="B7DDE8" w:val="clear"/>
        </w:rPr>
        <w:t xml:space="preserve">In the end it will be burned</w:t>
      </w:r>
      <w:r>
        <w:rPr>
          <w:b w:val="false"/>
          <w:i w:val="false"/>
          <w:color w:val="000000"/>
          <w:u w:val="none"/>
        </w:rPr>
        <w:t xml:space="preserve"> [1JHO]</w:t>
      </w:r>
      <w:r>
        <w:rPr/>
        <w:t xml:space="preserve">.</w:t>
      </w:r>
    </w:p>
    <w:p>
      <w:pPr>
        <w:pStyle w:val="Yellow"/>
        <w:rPr/>
      </w:pPr>
      <w:r>
        <w:rPr/>
        <w:t xml:space="preserve">&lt;51&gt;</w:t>
      </w:r>
      <w:r>
        <w:rPr>
          <w:b/>
        </w:rPr>
        <w:t xml:space="preserve">Hebrews 6:9</w:t>
      </w:r>
      <w:r>
        <w:rPr/>
        <w:t xml:space="preserve"> — Even though we speak like {this}, beloved, </w:t>
      </w:r>
      <w:r>
        <w:rPr>
          <w:shd w:fill="B7DDE8" w:val="clear"/>
        </w:rPr>
        <w:t xml:space="preserve">we are convinced of better things in your case—things that accompany salvation</w:t>
      </w:r>
      <w:r>
        <w:rPr>
          <w:b w:val="false"/>
          <w:i w:val="false"/>
          <w:color w:val="000000"/>
          <w:u w:val="none"/>
        </w:rPr>
        <w:t xml:space="preserve"> [1JHP]</w:t>
      </w:r>
      <w:r>
        <w:rPr/>
        <w:t xml:space="preserve">.</w:t>
      </w:r>
    </w:p>
    <w:p>
      <w:pPr>
        <w:pStyle w:val="Yellow"/>
        <w:rPr/>
      </w:pPr>
      <w:r>
        <w:rPr>
          <w:b/>
        </w:rPr>
        <w:t>James 1:17</w:t>
      </w:r>
      <w:r>
        <w:rPr/>
        <w:t xml:space="preserve"> — </w:t>
      </w:r>
      <w:r>
        <w:rPr>
          <w:shd w:fill="B7DDE8" w:val="clear"/>
        </w:rPr>
        <w:t>Every good and perfect gift is from above, coming down from the Father of the heavenly lights</w:t>
      </w:r>
      <w:r>
        <w:rPr>
          <w:b w:val="false"/>
          <w:i w:val="false"/>
          <w:color w:val="000000"/>
          <w:u w:val="none"/>
        </w:rPr>
        <w:t xml:space="preserve"> [1MBN]</w:t>
      </w:r>
      <w:r>
        <w:rPr/>
        <w:t xml:space="preserve">, </w:t>
      </w:r>
      <w:r>
        <w:rPr>
          <w:shd w:fill="F4B183" w:val="clear" w:color="auto"/>
          <w:color w:val="000000"/>
        </w:rPr>
        <w:t>with whom there is no change or shifting shadow</w:t>
      </w:r>
      <w:r>
        <w:rPr>
          <w:b w:val="false"/>
          <w:i w:val="false"/>
          <w:color w:val="000000"/>
          <w:u w:val="none"/>
          <w:shd w:val="clear" w:color="auto" w:fill="F4B183"/>
        </w:rPr>
        <w:t xml:space="preserve"> [3JUP]</w:t>
      </w:r>
      <w:r>
        <w:rPr/>
        <w:t>.</w:t>
      </w:r>
    </w:p>
    <w:p>
      <w:pPr>
        <w:pStyle w:val="Yellow"/>
        <w:rPr/>
      </w:pPr>
      <w:r>
        <w:t xml:space="preserve">(Re17:12 “ten kings”¹ / 11 “an eighth king”²) </w:t>
      </w:r>
      <w:r>
        <w:rPr>
          <w:b/>
        </w:rPr>
        <w:t>Revelation 17:17</w:t>
      </w:r>
      <w:r>
        <w:t xml:space="preserve"> — For </w:t>
      </w:r>
      <w:r>
        <w:rPr>
          <w:shd w:fill="B7DDE8" w:val="clear"/>
        </w:rPr>
        <w:t>God has put it into {their} hearts to carry out His purpose</w:t>
      </w:r>
      <w:r>
        <w:rPr>
          <w:b w:val="false"/>
          <w:i w:val="false"/>
          <w:color w:val="000000"/>
          <w:u w:val="none"/>
        </w:rPr>
        <w:t xml:space="preserve"> [1KRW]</w:t>
      </w:r>
      <w:r>
        <w:rPr>
          <w:shd w:fill="B7DDE8" w:val="clear"/>
        </w:rPr>
        <w:t xml:space="preserve"> </w:t>
      </w:r>
      <w:r>
        <w:rPr>
          <w:shd w:fill="B7DDE8" w:val="clear"/>
        </w:rPr>
        <w:t>by uniting to give their kingdom to the {beast}</w:t>
      </w:r>
      <w:r>
        <w:rPr>
          <w:b w:val="false"/>
          <w:i w:val="false"/>
          <w:color w:val="000000"/>
          <w:u w:val="none"/>
        </w:rPr>
        <w:t xml:space="preserve"> [1KRX]</w:t>
      </w:r>
      <w:r>
        <w:t xml:space="preserve">, </w:t>
      </w:r>
      <w:r>
        <w:rPr>
          <w:shd w:fill="B7DDE8" w:val="clear"/>
        </w:rPr>
        <w:t>until the words of God are fulfilled</w:t>
      </w:r>
      <w:r>
        <w:rPr>
          <w:b w:val="false"/>
          <w:i w:val="false"/>
          <w:color w:val="000000"/>
          <w:u w:val="none"/>
        </w:rPr>
        <w:t xml:space="preserve"> [1MHF]</w:t>
      </w:r>
      <w:r>
        <w:t>.</w:t>
      </w:r>
    </w:p>
    <w:p>
      <w:r>
        <w:rPr>
          <w:b/>
          <w:sz w:val="32"/>
        </w:rPr>
        <w:t>Justice  (42)</w:t>
      </w:r>
    </w:p>
    <w:p>
      <w:pPr>
        <w:pStyle w:val="Yellow"/>
        <w:rPr/>
      </w:pPr>
      <w:r>
        <w:rPr>
          <w:b/>
        </w:rPr>
        <w:t xml:space="preserve">Genesis 9:5–6</w:t>
      </w:r>
      <w:r>
        <w:rPr/>
        <w:t xml:space="preserve"> — “And surely </w:t>
      </w:r>
      <w:r>
        <w:rPr>
          <w:shd w:fill="B7DDE8" w:val="clear"/>
        </w:rPr>
        <w:t xml:space="preserve">I will require the life of any man or beast by whose hand your lifeblood is shed</w:t>
      </w:r>
      <w:r>
        <w:rPr>
          <w:b w:val="false"/>
          <w:i w:val="false"/>
          <w:color w:val="000000"/>
          <w:u w:val="none"/>
        </w:rPr>
        <w:t xml:space="preserve"> [1KQG]</w:t>
      </w:r>
      <w:r>
        <w:rPr/>
        <w:t xml:space="preserve">. </w:t>
      </w:r>
      <w:r>
        <w:rPr>
          <w:shd w:fill="B7DDE8" w:val="clear"/>
        </w:rPr>
        <w:t xml:space="preserve">I will demand an accounting from anyone who takes the life of his fellow man</w:t>
      </w:r>
      <w:r>
        <w:rPr>
          <w:b w:val="false"/>
          <w:i w:val="false"/>
          <w:color w:val="000000"/>
          <w:u w:val="none"/>
        </w:rPr>
        <w:t xml:space="preserve"> [1KQH]</w:t>
      </w:r>
      <w:r>
        <w:rPr/>
        <w:t xml:space="preserve">: </w:t>
      </w:r>
      <w:r>
        <w:rPr>
          <w:shd w:fill="B7DDE8" w:val="clear"/>
        </w:rPr>
        <w:t xml:space="preserve">Whoever sheds the blood of man, by man his blood will be shed</w:t>
      </w:r>
      <w:r>
        <w:rPr>
          <w:b w:val="false"/>
          <w:i w:val="false"/>
          <w:color w:val="000000"/>
          <w:u w:val="none"/>
        </w:rPr>
        <w:t xml:space="preserve"> [1KQI]</w:t>
      </w:r>
      <w:r>
        <w:rPr/>
        <w:t xml:space="preserve">; for </w:t>
      </w:r>
      <w:r>
        <w:rPr>
          <w:shd w:fill="B7DDE8" w:val="clear"/>
        </w:rPr>
        <w:t xml:space="preserve">in His own image God has made mankind</w:t>
      </w:r>
      <w:r>
        <w:rPr>
          <w:b w:val="false"/>
          <w:i w:val="false"/>
          <w:color w:val="000000"/>
          <w:u w:val="none"/>
        </w:rPr>
        <w:t xml:space="preserve"> [1KQJ]</w:t>
      </w:r>
      <w:r>
        <w:rPr/>
        <w:t xml:space="preserve">.”</w:t>
      </w:r>
    </w:p>
    <w:p>
      <w:pPr>
        <w:pStyle w:val="Yellow"/>
        <w:rPr/>
      </w:pPr>
      <w:r>
        <w:rPr/>
        <w:t xml:space="preserve">(De10:17 the LORD) </w:t>
      </w:r>
      <w:r>
        <w:rPr>
          <w:b/>
        </w:rPr>
        <w:t xml:space="preserve">Deuteronomy 10:18</w:t>
      </w:r>
      <w:r>
        <w:rPr/>
        <w:t xml:space="preserve"> — </w:t>
      </w:r>
      <w:r>
        <w:rPr>
          <w:shd w:fill="B7DDE8" w:val="clear"/>
        </w:rPr>
        <w:t xml:space="preserve">{He} executes justice for the fatherless and widow</w:t>
      </w:r>
      <w:r>
        <w:rPr>
          <w:b w:val="false"/>
          <w:i w:val="false"/>
          <w:color w:val="000000"/>
          <w:u w:val="none"/>
        </w:rPr>
        <w:t xml:space="preserve"> [1GVN]</w:t>
      </w:r>
      <w:r>
        <w:rPr/>
        <w:t xml:space="preserve">, and </w:t>
      </w:r>
      <w:r>
        <w:rPr>
          <w:shd w:fill="B7DDE8" w:val="clear"/>
        </w:rPr>
        <w:t xml:space="preserve">He loves the foreigner</w:t>
      </w:r>
      <w:r>
        <w:rPr>
          <w:b w:val="false"/>
          <w:i w:val="false"/>
          <w:color w:val="000000"/>
          <w:u w:val="none"/>
        </w:rPr>
        <w:t xml:space="preserve"> [1GVO]</w:t>
      </w:r>
      <w:r>
        <w:rPr>
          <w:shd w:val="clear" w:color="auto" w:fill="548235"/>
          <w:color w:val="FFFFFF"/>
        </w:rPr>
        <w:t xml:space="preserve">, </w:t>
      </w:r>
      <w:r>
        <w:rPr>
          <w:shd w:fill="548235" w:val="clear" w:color="auto"/>
          <w:color w:val="FFFFFF"/>
        </w:rPr>
        <w:t xml:space="preserve">giving him food and clothing</w:t>
      </w:r>
      <w:r>
        <w:rPr>
          <w:b w:val="false"/>
          <w:i w:val="false"/>
          <w:color w:val="FFFFFF"/>
          <w:u w:val="none"/>
          <w:shd w:val="clear" w:color="auto" w:fill="548235"/>
        </w:rPr>
        <w:t xml:space="preserve"> [1GVP]</w:t>
      </w:r>
      <w:r>
        <w:rPr>
          <w:shd w:val="clear" w:color="auto" w:fill="548235"/>
          <w:color w:val="FFFFFF"/>
        </w:rPr>
        <w:t xml:space="preserve">.</w:t>
      </w:r>
    </w:p>
    <w:p>
      <w:pPr>
        <w:pStyle w:val="Yellow"/>
        <w:rPr/>
      </w:pPr>
      <w:r>
        <w:rPr>
          <w:b/>
          <w:u w:val="none"/>
          <w:shd w:fill="F4CCCC" w:val="clear"/>
        </w:rPr>
        <w:t xml:space="preserve">Deuteronomy 25:15</w:t>
      </w:r>
      <w:r>
        <w:rPr>
          <w:u w:val="none"/>
          <w:shd w:fill="F4CCCC" w:val="clear"/>
        </w:rPr>
        <w:t xml:space="preserve"> — </w:t>
      </w:r>
      <w:r>
        <w:rPr>
          <w:u w:val="none"/>
          <w:shd w:fill="B7DDE8" w:val="clear"/>
        </w:rPr>
        <w:t xml:space="preserve">You must maintain accurate and honest weights and measures</w:t>
      </w:r>
      <w:r>
        <w:rPr>
          <w:b w:val="false"/>
          <w:i w:val="false"/>
          <w:color w:val="000000"/>
          <w:u w:val="none"/>
        </w:rPr>
        <w:t xml:space="preserve"> [1LJX]</w:t>
      </w:r>
      <w:r>
        <w:rPr>
          <w:u w:val="none"/>
          <w:shd w:fill="F4CCCC" w:val="clear"/>
        </w:rPr>
        <w:t xml:space="preserve">, so that </w:t>
      </w:r>
      <w:r>
        <w:rPr>
          <w:u w:val="none"/>
          <w:shd w:fill="F4B183" w:val="clear" w:color="auto"/>
          <w:color w:val="000000"/>
        </w:rPr>
        <w:t xml:space="preserve">you may live long in the land that the LORD your God is giving you</w:t>
      </w:r>
      <w:r>
        <w:rPr>
          <w:b w:val="false"/>
          <w:i w:val="false"/>
          <w:color w:val="000000"/>
          <w:u w:val="none"/>
          <w:shd w:val="clear" w:color="auto" w:fill="F4B183"/>
        </w:rPr>
        <w:t xml:space="preserve"> [4EHO]</w:t>
      </w:r>
      <w:r>
        <w:rPr>
          <w:u w:val="none"/>
          <w:shd w:fill="F4CCCC" w:val="clear"/>
        </w:rPr>
        <w:t xml:space="preserve">.</w:t>
      </w:r>
    </w:p>
    <w:p>
      <w:pPr>
        <w:pStyle w:val="Green"/>
        <w:rPr/>
      </w:pPr>
      <w:r>
        <w:rPr>
          <w:b/>
          <w:highlight w:val="cyan"/>
        </w:rPr>
        <w:t>2 Samuel 22:27</w:t>
      </w:r>
      <w:r>
        <w:rPr>
          <w:highlight w:val="cyan"/>
        </w:rPr>
        <w:t xml:space="preserve"> — </w:t>
      </w:r>
      <w:r>
        <w:rPr>
          <w:highlight w:val="cyan"/>
          <w:shd w:fill="B7DDE8" w:val="clear"/>
        </w:rPr>
        <w:t>to the pure You show Yourself pure</w:t>
      </w:r>
      <w:r>
        <w:rPr>
          <w:b w:val="false"/>
          <w:i w:val="false"/>
          <w:color w:val="000000"/>
          <w:u w:val="none"/>
        </w:rPr>
        <w:t xml:space="preserve"> [2LVM]</w:t>
      </w:r>
      <w:r>
        <w:rPr>
          <w:highlight w:val="cyan"/>
        </w:rPr>
        <w:t xml:space="preserve">, but </w:t>
      </w:r>
      <w:r>
        <w:rPr>
          <w:highlight w:val="cyan"/>
          <w:shd w:fill="B7DDE8" w:val="clear"/>
        </w:rPr>
        <w:t>to the crooked You show Yourself shrewd</w:t>
      </w:r>
      <w:r>
        <w:rPr>
          <w:b w:val="false"/>
          <w:i w:val="false"/>
          <w:color w:val="000000"/>
          <w:u w:val="none"/>
        </w:rPr>
        <w:t xml:space="preserve"> [2LVN]</w:t>
      </w:r>
      <w:r>
        <w:rPr>
          <w:highlight w:val="cyan"/>
        </w:rPr>
        <w:t>.</w:t>
      </w:r>
    </w:p>
    <w:p>
      <w:pPr>
        <w:pStyle w:val="Yellow"/>
        <w:rPr/>
      </w:pPr>
      <w:r>
        <w:rPr>
          <w:b/>
        </w:rPr>
        <w:t xml:space="preserve">2 Chronicles 19:7</w:t>
      </w:r>
      <w:r>
        <w:rPr/>
        <w:t xml:space="preserve"> — </w:t>
      </w:r>
      <w:r>
        <w:rPr>
          <w:shd w:fill="B7DDE8" w:val="clear"/>
        </w:rPr>
        <w:t xml:space="preserve">Be careful what you do</w:t>
      </w:r>
      <w:r>
        <w:rPr>
          <w:b w:val="false"/>
          <w:i w:val="false"/>
          <w:color w:val="000000"/>
          <w:u w:val="none"/>
        </w:rPr>
        <w:t xml:space="preserve"> [1GUW]</w:t>
      </w:r>
      <w:r>
        <w:rPr/>
        <w:t xml:space="preserve">, for </w:t>
      </w:r>
      <w:r>
        <w:rPr>
          <w:shd w:fill="B7DDE8" w:val="clear"/>
        </w:rPr>
        <w:t xml:space="preserve">with the LORD our God there is no injustice or partiality or bribery</w:t>
      </w:r>
      <w:r>
        <w:rPr>
          <w:b w:val="false"/>
          <w:i w:val="false"/>
          <w:color w:val="000000"/>
          <w:u w:val="none"/>
        </w:rPr>
        <w:t xml:space="preserve"> [2FIG]</w:t>
      </w:r>
      <w:r>
        <w:rPr>
          <w:b w:val="false"/>
          <w:i w:val="false"/>
          <w:color w:val="000000"/>
          <w:u w:val="none"/>
        </w:rPr>
        <w:t xml:space="preserve"> [6FIV]</w:t>
      </w:r>
      <w:r>
        <w:rPr>
          <w:b w:val="false"/>
          <w:i w:val="false"/>
          <w:color w:val="000000"/>
          <w:u w:val="none"/>
        </w:rPr>
        <w:t xml:space="preserve"> [1GUX]</w:t>
      </w:r>
      <w:r>
        <w:rPr/>
        <w:t xml:space="preserve">.”</w:t>
      </w:r>
    </w:p>
    <w:p>
      <w:pPr>
        <w:pStyle w:val="Yellow"/>
        <w:rPr/>
        <w:pBdr>
          <w:left w:val="single" w:sz="28" w:space="5" w:color="C00000"/>
        </w:pBdr>
      </w:pPr>
      <w:r>
        <w:rPr/>
        <w:t xml:space="preserve">(Ps10:11,13 the wicked claim God forgets and will not call them to account) </w:t>
      </w:r>
      <w:r>
        <w:rPr>
          <w:b/>
        </w:rPr>
        <w:t xml:space="preserve">Psalm 10:14</w:t>
      </w:r>
      <w:r>
        <w:rPr/>
        <w:t xml:space="preserve"> — {But} </w:t>
      </w:r>
      <w:r>
        <w:rPr>
          <w:shd w:fill="B7DDE8" w:val="clear"/>
        </w:rPr>
        <w:t xml:space="preserve">You have regarded trouble and grief</w:t>
      </w:r>
      <w:r>
        <w:rPr>
          <w:b w:val="false"/>
          <w:i w:val="false"/>
          <w:color w:val="000000"/>
          <w:u w:val="none"/>
        </w:rPr>
        <w:t xml:space="preserve"> [1GVJ]</w:t>
      </w:r>
      <w:r>
        <w:rPr/>
        <w:t xml:space="preserve">; </w:t>
      </w:r>
      <w:r>
        <w:rPr>
          <w:shd w:fill="B7DDE8" w:val="clear"/>
        </w:rPr>
        <w:t xml:space="preserve">You see to repay it by Your hand</w:t>
      </w:r>
      <w:r>
        <w:rPr>
          <w:b w:val="false"/>
          <w:i w:val="false"/>
          <w:color w:val="000000"/>
          <w:u w:val="none"/>
        </w:rPr>
        <w:t xml:space="preserve"> [1GVK]</w:t>
      </w:r>
      <w:r>
        <w:rPr/>
        <w:t xml:space="preserve">. </w:t>
      </w:r>
      <w:r>
        <w:rPr>
          <w:shd w:fill="F4B183" w:val="clear" w:color="auto"/>
          <w:color w:val="000000"/>
        </w:rPr>
        <w:t xml:space="preserve">The victim entrusts himself to You</w:t>
      </w:r>
      <w:r>
        <w:rPr>
          <w:b w:val="false"/>
          <w:i w:val="false"/>
          <w:color w:val="000000"/>
          <w:u w:val="none"/>
          <w:shd w:val="clear" w:color="auto" w:fill="F4B183"/>
        </w:rPr>
        <w:t xml:space="preserve"> [1GVL]</w:t>
      </w:r>
      <w:r>
        <w:rPr/>
        <w:t xml:space="preserve">; </w:t>
      </w:r>
      <w:r>
        <w:rPr>
          <w:shd w:fill="F4B183" w:val="clear" w:color="auto"/>
          <w:color w:val="000000"/>
        </w:rPr>
        <w:t xml:space="preserve">You are the helper of the fatherless</w:t>
      </w:r>
      <w:r>
        <w:rPr>
          <w:b w:val="false"/>
          <w:i w:val="false"/>
          <w:color w:val="000000"/>
          <w:u w:val="none"/>
          <w:shd w:val="clear" w:color="auto" w:fill="F4B183"/>
        </w:rPr>
        <w:t xml:space="preserve"> [1GVM]</w:t>
      </w:r>
      <w:r>
        <w:rPr/>
        <w:t xml:space="preserve">.</w:t>
      </w:r>
    </w:p>
    <w:p>
      <w:pPr>
        <w:pStyle w:val="Yellow"/>
        <w:rPr/>
      </w:pPr>
      <w:r>
        <w:rPr>
          <w:b/>
          <w:u w:val="none"/>
        </w:rPr>
        <w:t xml:space="preserve">Psalm 10:17–18</w:t>
      </w:r>
      <w:r>
        <w:rPr>
          <w:u w:val="none"/>
        </w:rPr>
        <w:t xml:space="preserve"> — </w:t>
      </w:r>
      <w:r>
        <w:rPr>
          <w:u w:val="none"/>
          <w:shd w:fill="B7DDE8" w:val="clear"/>
        </w:rPr>
        <w:t xml:space="preserve">You have heard, O LORD, the desire of the humble</w:t>
      </w:r>
      <w:r>
        <w:rPr>
          <w:b w:val="false"/>
          <w:i w:val="false"/>
          <w:color w:val="000000"/>
          <w:u w:val="none"/>
        </w:rPr>
        <w:t xml:space="preserve"> [1GWG]</w:t>
      </w:r>
      <w:r>
        <w:rPr>
          <w:u w:val="none"/>
        </w:rPr>
        <w:t xml:space="preserve">; </w:t>
      </w:r>
      <w:r>
        <w:rPr>
          <w:u w:val="none"/>
          <w:shd w:fill="B7DDE8" w:val="clear"/>
        </w:rPr>
        <w:t xml:space="preserve">You will strengthen their hearts</w:t>
      </w:r>
      <w:r>
        <w:rPr>
          <w:b w:val="false"/>
          <w:i w:val="false"/>
          <w:color w:val="000000"/>
          <w:u w:val="none"/>
        </w:rPr>
        <w:t xml:space="preserve"> [1GWH]</w:t>
      </w:r>
      <w:r>
        <w:rPr>
          <w:u w:val="none"/>
        </w:rPr>
        <w:t xml:space="preserve">. </w:t>
      </w:r>
      <w:r>
        <w:rPr>
          <w:u w:val="none"/>
          <w:shd w:fill="B7DDE8" w:val="clear"/>
        </w:rPr>
        <w:t xml:space="preserve">You will incline Your ear</w:t>
      </w:r>
      <w:r>
        <w:rPr>
          <w:b w:val="false"/>
          <w:i w:val="false"/>
          <w:color w:val="000000"/>
          <w:u w:val="none"/>
        </w:rPr>
        <w:t xml:space="preserve"> [1GWI]</w:t>
      </w:r>
      <w:r>
        <w:rPr>
          <w:u w:val="none"/>
        </w:rPr>
        <w:t xml:space="preserve">, </w:t>
      </w:r>
      <w:r>
        <w:rPr>
          <w:u w:val="none"/>
          <w:shd w:fill="B7DDE8" w:val="clear"/>
        </w:rPr>
        <w:t xml:space="preserve">to vindicate the fatherless and oppressed</w:t>
      </w:r>
      <w:r>
        <w:rPr>
          <w:b w:val="false"/>
          <w:i w:val="false"/>
          <w:color w:val="000000"/>
          <w:u w:val="none"/>
        </w:rPr>
        <w:t xml:space="preserve"> [1GWJ]</w:t>
      </w:r>
      <w:r>
        <w:rPr>
          <w:u w:val="none"/>
        </w:rPr>
        <w:t xml:space="preserve">, </w:t>
      </w:r>
      <w:r>
        <w:rPr>
          <w:u w:val="none"/>
          <w:shd w:fill="B7DDE8" w:val="clear"/>
        </w:rPr>
        <w:t xml:space="preserve">that the men of the earth may strike terror no more</w:t>
      </w:r>
      <w:r>
        <w:rPr>
          <w:b w:val="false"/>
          <w:i w:val="false"/>
          <w:color w:val="000000"/>
          <w:u w:val="none"/>
        </w:rPr>
        <w:t xml:space="preserve"> [1GWK]</w:t>
      </w:r>
      <w:r>
        <w:rPr>
          <w:u w:val="none"/>
        </w:rPr>
        <w:t xml:space="preserve">.</w:t>
      </w:r>
    </w:p>
    <w:p>
      <w:pPr>
        <w:pStyle w:val="Yellow"/>
        <w:rPr/>
      </w:pPr>
      <w:r>
        <w:rPr>
          <w:b/>
        </w:rPr>
        <w:t xml:space="preserve">Psalm 12:5</w:t>
      </w:r>
      <w:r>
        <w:rPr/>
        <w:t xml:space="preserve"> — “</w:t>
      </w:r>
      <w:r>
        <w:rPr>
          <w:shd w:fill="B7DDE8" w:val="clear"/>
        </w:rPr>
        <w:t xml:space="preserve">For the cause of the oppressed and for the groaning of the needy, I will now arise</w:t>
      </w:r>
      <w:r>
        <w:rPr>
          <w:b w:val="false"/>
          <w:i w:val="false"/>
          <w:color w:val="000000"/>
          <w:u w:val="none"/>
        </w:rPr>
        <w:t xml:space="preserve"> [1GWR]</w:t>
      </w:r>
      <w:r>
        <w:rPr/>
        <w:t xml:space="preserve">,” says the LORD. “</w:t>
      </w:r>
      <w:r>
        <w:rPr>
          <w:shd w:fill="B7DDE8" w:val="clear"/>
        </w:rPr>
        <w:t xml:space="preserve">I will bring safety to him who yearns</w:t>
      </w:r>
      <w:r>
        <w:rPr>
          <w:b w:val="false"/>
          <w:i w:val="false"/>
          <w:color w:val="000000"/>
          <w:u w:val="none"/>
        </w:rPr>
        <w:t xml:space="preserve"> [1GWS]</w:t>
      </w:r>
      <w:r>
        <w:rPr/>
        <w:t xml:space="preserve">.”</w:t>
      </w:r>
    </w:p>
    <w:p>
      <w:pPr>
        <w:pStyle w:val="Yellow"/>
        <w:rPr/>
      </w:pPr>
      <w:r>
        <w:rPr>
          <w:b/>
          <w:highlight w:val="cyan"/>
          <w:shd w:val="clear" w:color="auto" w:fill="C00000"/>
          <w:color w:val="FFFFFF"/>
        </w:rPr>
        <w:t>Psalm 18:26</w:t>
      </w:r>
      <w:r>
        <w:rPr>
          <w:highlight w:val="cyan"/>
          <w:shd w:val="clear" w:color="auto" w:fill="C00000"/>
          <w:color w:val="FFFFFF"/>
        </w:rPr>
        <w:t xml:space="preserve"> — </w:t>
      </w:r>
      <w:r>
        <w:rPr>
          <w:highlight w:val="cyan"/>
          <w:shd w:val="clear" w:color="auto" w:fill="C00000"/>
          <w:color w:val="FFFFFF"/>
        </w:rPr>
        <w:t>to the pure You show Yourself pure</w:t>
      </w:r>
      <w:r>
        <w:rPr>
          <w:b w:val="false"/>
          <w:i w:val="false"/>
          <w:u w:val="none"/>
          <w:shd w:val="clear" w:color="auto" w:fill="C00000"/>
          <w:color w:val="FFFFFF"/>
        </w:rPr>
        <w:t xml:space="preserve"> [2LVM]</w:t>
      </w:r>
      <w:r>
        <w:rPr>
          <w:highlight w:val="cyan"/>
          <w:shd w:val="clear" w:color="auto" w:fill="C00000"/>
          <w:color w:val="FFFFFF"/>
        </w:rPr>
        <w:t xml:space="preserve">, but </w:t>
      </w:r>
      <w:r>
        <w:rPr>
          <w:highlight w:val="cyan"/>
          <w:shd w:val="clear" w:color="auto" w:fill="C00000"/>
          <w:color w:val="FFFFFF"/>
        </w:rPr>
        <w:t>to the crooked You show Yourself shrewd</w:t>
      </w:r>
      <w:r>
        <w:rPr>
          <w:b w:val="false"/>
          <w:i w:val="false"/>
          <w:u w:val="none"/>
          <w:shd w:val="clear" w:color="auto" w:fill="C00000"/>
          <w:color w:val="FFFFFF"/>
        </w:rPr>
        <w:t xml:space="preserve"> [2LVN]</w:t>
      </w:r>
      <w:r>
        <w:rPr>
          <w:highlight w:val="cyan"/>
          <w:shd w:val="clear" w:color="auto" w:fill="C00000"/>
          <w:color w:val="FFFFFF"/>
        </w:rPr>
        <w:t>.</w:t>
      </w:r>
    </w:p>
    <w:p>
      <w:pPr>
        <w:pStyle w:val="Yellow"/>
        <w:rPr/>
      </w:pPr>
      <w:r>
        <w:rPr>
          <w:b/>
        </w:rPr>
        <w:t>Psalm 33:5</w:t>
      </w:r>
      <w:r>
        <w:rPr/>
        <w:t xml:space="preserve"> — </w:t>
      </w:r>
      <w:r>
        <w:rPr>
          <w:shd w:fill="B7DDE8" w:val="clear"/>
        </w:rPr>
        <w:t>The LORD loves righteousness and justice</w:t>
      </w:r>
      <w:r>
        <w:rPr>
          <w:b w:val="false"/>
          <w:i w:val="false"/>
          <w:color w:val="000000"/>
          <w:u w:val="none"/>
        </w:rPr>
        <w:t xml:space="preserve"> [1FPE]</w:t>
      </w:r>
      <w:r>
        <w:rPr>
          <w:b w:val="false"/>
          <w:i w:val="false"/>
          <w:color w:val="000000"/>
          <w:u w:val="none"/>
        </w:rPr>
        <w:t xml:space="preserve"> [4KY]</w:t>
      </w:r>
      <w:r>
        <w:rPr/>
        <w:t xml:space="preserve">; </w:t>
      </w:r>
      <w:r>
        <w:rPr>
          <w:color w:val="000000"/>
        </w:rPr>
        <w:t>the earth is full of His loving devotion</w:t>
      </w:r>
      <w:r>
        <w:rPr>
          <w:b w:val="false"/>
          <w:i w:val="false"/>
          <w:color w:val="000000"/>
          <w:u w:val="none"/>
        </w:rPr>
        <w:t xml:space="preserve"> [2FPB]</w:t>
      </w:r>
      <w:r>
        <w:rPr/>
        <w:t>.</w:t>
      </w:r>
    </w:p>
    <w:p>
      <w:pPr>
        <w:pStyle w:val="Yellow"/>
        <w:rPr/>
        <w:pBdr>
          <w:left w:val="single" w:sz="28" w:space="5" w:color="C00000"/>
        </w:pBdr>
      </w:pPr>
      <w:r>
        <w:rPr>
          <w:b/>
        </w:rPr>
        <w:t>Psalm 37:5–6</w:t>
      </w:r>
      <w:r>
        <w:rPr/>
        <w:t xml:space="preserve"> — </w:t>
      </w:r>
      <w:r>
        <w:rPr>
          <w:shd w:val="clear" w:fill="B7DDE8"/>
        </w:rPr>
        <w:t>Commit your way to the LORD</w:t>
      </w:r>
      <w:r>
        <w:rPr>
          <w:b w:val="false"/>
          <w:i w:val="false"/>
          <w:color w:val="000000"/>
          <w:u w:val="none"/>
        </w:rPr>
        <w:t xml:space="preserve"> [1CXE]</w:t>
      </w:r>
      <w:r>
        <w:rPr/>
        <w:t xml:space="preserve">; </w:t>
      </w:r>
      <w:r>
        <w:rPr>
          <w:shd w:val="clear" w:fill="B7DDE8"/>
        </w:rPr>
        <w:t>trust in Him</w:t>
      </w:r>
      <w:r>
        <w:rPr>
          <w:b w:val="false"/>
          <w:i w:val="false"/>
          <w:color w:val="000000"/>
          <w:u w:val="none"/>
        </w:rPr>
        <w:t xml:space="preserve"> [1CXF]</w:t>
      </w:r>
      <w:r>
        <w:rPr/>
        <w:t xml:space="preserve">, and </w:t>
      </w:r>
      <w:r>
        <w:rPr>
          <w:shd w:val="clear" w:fill="B7DDE8"/>
        </w:rPr>
        <w:t>He will do it</w:t>
      </w:r>
      <w:r>
        <w:rPr>
          <w:b w:val="false"/>
          <w:i w:val="false"/>
          <w:u w:val="none"/>
          <w:color w:val="000000"/>
        </w:rPr>
        <w:t xml:space="preserve"> [3GX]</w:t>
      </w:r>
      <w:r>
        <w:rPr/>
        <w:t xml:space="preserve">. </w:t>
      </w:r>
      <w:r>
        <w:rPr>
          <w:shd w:val="clear" w:fill="B7DDE8"/>
        </w:rPr>
        <w:t>He will bring forth your righteousness like the dawn</w:t>
      </w:r>
      <w:r>
        <w:rPr>
          <w:b w:val="false"/>
          <w:i w:val="false"/>
          <w:color w:val="000000"/>
          <w:u w:val="none"/>
        </w:rPr>
        <w:t xml:space="preserve"> [1CXG]</w:t>
      </w:r>
      <w:r>
        <w:rPr/>
        <w:t xml:space="preserve">, </w:t>
      </w:r>
      <w:r>
        <w:rPr>
          <w:shd w:val="clear" w:fill="B7DDE8"/>
        </w:rPr>
        <w:t>your justice like the noonday sun</w:t>
      </w:r>
      <w:r>
        <w:rPr>
          <w:b w:val="false"/>
          <w:i w:val="false"/>
          <w:color w:val="000000"/>
          <w:u w:val="none"/>
        </w:rPr>
        <w:t xml:space="preserve"> [1CXH]</w:t>
      </w:r>
      <w:r>
        <w:rPr/>
        <w:t>.</w:t>
      </w:r>
    </w:p>
    <w:p>
      <w:pPr>
        <w:pStyle w:val="Yellow"/>
        <w:rPr/>
      </w:pPr>
      <w:r>
        <w:rPr>
          <w:b/>
        </w:rPr>
        <w:t xml:space="preserve">Psalm 68:5</w:t>
      </w:r>
      <w:r>
        <w:rPr/>
        <w:t xml:space="preserve"> — </w:t>
      </w:r>
      <w:r>
        <w:rPr>
          <w:shd w:fill="B7DDE8" w:val="clear"/>
        </w:rPr>
        <w:t xml:space="preserve">A father of the fatherless</w:t>
      </w:r>
      <w:r>
        <w:rPr>
          <w:b w:val="false"/>
          <w:i w:val="false"/>
          <w:color w:val="000000"/>
          <w:u w:val="none"/>
        </w:rPr>
        <w:t xml:space="preserve"> [1GVR]</w:t>
      </w:r>
      <w:r>
        <w:rPr/>
        <w:t xml:space="preserve"> and </w:t>
      </w:r>
      <w:r>
        <w:rPr>
          <w:shd w:fill="B7DDE8" w:val="clear"/>
        </w:rPr>
        <w:t xml:space="preserve">a defender of widows</w:t>
      </w:r>
      <w:r>
        <w:rPr>
          <w:b w:val="false"/>
          <w:i w:val="false"/>
          <w:color w:val="000000"/>
          <w:u w:val="none"/>
        </w:rPr>
        <w:t xml:space="preserve"> [1GVS]</w:t>
      </w:r>
      <w:r>
        <w:rPr/>
        <w:t xml:space="preserve"> is God in His holy habitation.</w:t>
      </w:r>
    </w:p>
    <w:p>
      <w:pPr>
        <w:pStyle w:val="Yellow"/>
        <w:rPr/>
      </w:pPr>
      <w:r>
        <w:rPr/>
        <w:t xml:space="preserve">(Ps72:1 “the king”) </w:t>
      </w:r>
      <w:r>
        <w:rPr>
          <w:b/>
        </w:rPr>
        <w:t>Psalm 72:12–14</w:t>
      </w:r>
      <w:r>
        <w:rPr/>
        <w:t xml:space="preserve"> — </w:t>
      </w:r>
      <w:r>
        <w:rPr>
          <w:shd w:val="clear" w:fill="B7DDE8"/>
        </w:rPr>
        <w:t>{he} will deliver the needy who cry out and the afflicted who have no helper</w:t>
      </w:r>
      <w:r>
        <w:rPr>
          <w:b w:val="false"/>
          <w:i w:val="false"/>
          <w:color w:val="000000"/>
          <w:u w:val="none"/>
        </w:rPr>
        <w:t xml:space="preserve"> [1EUF]</w:t>
      </w:r>
      <w:r>
        <w:rPr/>
        <w:t xml:space="preserve">. </w:t>
      </w:r>
      <w:r>
        <w:rPr>
          <w:shd w:val="clear" w:fill="B7DDE8"/>
        </w:rPr>
        <w:t>He will take pity on the poor and needy</w:t>
      </w:r>
      <w:r>
        <w:rPr>
          <w:b w:val="false"/>
          <w:i w:val="false"/>
          <w:color w:val="000000"/>
          <w:u w:val="none"/>
        </w:rPr>
        <w:t xml:space="preserve"> [1EUG]</w:t>
      </w:r>
      <w:r>
        <w:rPr/>
        <w:t xml:space="preserve"> and </w:t>
      </w:r>
      <w:r>
        <w:rPr>
          <w:shd w:val="clear" w:fill="B7DDE8"/>
        </w:rPr>
        <w:t>save the lives of the oppressed</w:t>
      </w:r>
      <w:r>
        <w:rPr>
          <w:b w:val="false"/>
          <w:i w:val="false"/>
          <w:color w:val="000000"/>
          <w:u w:val="none"/>
        </w:rPr>
        <w:t xml:space="preserve"> [1EUH]</w:t>
      </w:r>
      <w:r>
        <w:rPr/>
        <w:t xml:space="preserve">. </w:t>
      </w:r>
      <w:r>
        <w:rPr>
          <w:shd w:val="clear" w:fill="B7DDE8"/>
        </w:rPr>
        <w:t>He will redeem them from oppression and violence</w:t>
      </w:r>
      <w:r>
        <w:rPr>
          <w:b w:val="false"/>
          <w:i w:val="false"/>
          <w:color w:val="000000"/>
          <w:u w:val="none"/>
        </w:rPr>
        <w:t xml:space="preserve"> [1EUI]</w:t>
      </w:r>
      <w:r>
        <w:rPr/>
        <w:t xml:space="preserve">, for </w:t>
      </w:r>
      <w:r>
        <w:rPr>
          <w:shd w:val="clear" w:fill="B7DDE8"/>
        </w:rPr>
        <w:t>their blood is precious in his sight</w:t>
      </w:r>
      <w:r>
        <w:rPr>
          <w:b w:val="false"/>
          <w:i w:val="false"/>
          <w:color w:val="000000"/>
          <w:u w:val="none"/>
        </w:rPr>
        <w:t xml:space="preserve"> [1EUJ]</w:t>
      </w:r>
      <w:r>
        <w:rPr/>
        <w:t>.</w:t>
      </w:r>
    </w:p>
    <w:p>
      <w:pPr>
        <w:pStyle w:val="Yellow"/>
        <w:rPr/>
      </w:pPr>
      <w:r>
        <w:rPr>
          <w:b/>
        </w:rPr>
        <w:t>Psalm 89:14</w:t>
      </w:r>
      <w:r>
        <w:rPr/>
        <w:t xml:space="preserve"> — </w:t>
      </w:r>
      <w:r>
        <w:rPr>
          <w:shd w:fill="B7DDE8" w:val="clear"/>
        </w:rPr>
        <w:t>Righteousness and justice are the foundation of Your throne</w:t>
      </w:r>
      <w:r>
        <w:rPr>
          <w:b w:val="false"/>
          <w:i w:val="false"/>
          <w:color w:val="000000"/>
          <w:u w:val="none"/>
        </w:rPr>
        <w:t xml:space="preserve"> [1FPF]</w:t>
      </w:r>
      <w:r>
        <w:rPr>
          <w:shd w:val="clear" w:color="auto" w:fill="548235"/>
          <w:color w:val="FFFFFF"/>
        </w:rPr>
        <w:t xml:space="preserve">; </w:t>
      </w:r>
      <w:r>
        <w:rPr>
          <w:shd w:fill="548235" w:val="clear" w:color="auto"/>
          <w:color w:val="FFFFFF"/>
        </w:rPr>
        <w:t>loving devotion and faithfulness go before You</w:t>
      </w:r>
      <w:r>
        <w:rPr>
          <w:b w:val="false"/>
          <w:i w:val="false"/>
          <w:color w:val="FFFFFF"/>
          <w:u w:val="none"/>
          <w:shd w:val="clear" w:color="auto" w:fill="548235"/>
        </w:rPr>
        <w:t xml:space="preserve"> [1FPG]</w:t>
      </w:r>
      <w:r>
        <w:rPr>
          <w:shd w:val="clear" w:color="auto" w:fill="548235"/>
          <w:color w:val="FFFFFF"/>
        </w:rPr>
        <w:t>.</w:t>
      </w:r>
    </w:p>
    <w:p>
      <w:pPr>
        <w:pStyle w:val="Yellow"/>
        <w:rPr/>
      </w:pPr>
      <w:r>
        <w:rPr>
          <w:b/>
        </w:rPr>
        <w:t xml:space="preserve">Psalm 103:6</w:t>
      </w:r>
      <w:r>
        <w:rPr/>
        <w:t xml:space="preserve"> — </w:t>
      </w:r>
      <w:r>
        <w:rPr>
          <w:shd w:fill="B7DDE8" w:val="clear"/>
        </w:rPr>
        <w:t xml:space="preserve">The LORD executes righteousness and justice for all the oppressed</w:t>
      </w:r>
      <w:r>
        <w:rPr>
          <w:b w:val="false"/>
          <w:i w:val="false"/>
          <w:color w:val="000000"/>
          <w:u w:val="none"/>
        </w:rPr>
        <w:t xml:space="preserve"> [1GWA]</w:t>
      </w:r>
      <w:r>
        <w:rPr/>
        <w:t xml:space="preserve">.</w:t>
      </w:r>
    </w:p>
    <w:p>
      <w:pPr>
        <w:pStyle w:val="Yellow"/>
        <w:rPr/>
        <w:pBdr>
          <w:left w:val="single" w:sz="28" w:space="5" w:color="C00000"/>
        </w:pBdr>
      </w:pPr>
      <w:r>
        <w:rPr>
          <w:b/>
          <w:shd w:val="clear" w:color="auto" w:fill="F4B183"/>
          <w:color w:val="000000"/>
        </w:rPr>
        <w:t xml:space="preserve">Psalm 112:5</w:t>
      </w:r>
      <w:r>
        <w:rPr>
          <w:shd w:val="clear" w:color="auto" w:fill="F4B183"/>
          <w:color w:val="000000"/>
        </w:rPr>
        <w:t xml:space="preserve"> — </w:t>
      </w:r>
      <w:r>
        <w:rPr>
          <w:shd w:fill="F4B183" w:val="clear" w:color="auto"/>
          <w:color w:val="000000"/>
        </w:rPr>
        <w:t xml:space="preserve">It is well with the man who is generous and lends freely</w:t>
      </w:r>
      <w:r>
        <w:rPr>
          <w:b w:val="false"/>
          <w:i w:val="false"/>
          <w:color w:val="000000"/>
          <w:u w:val="none"/>
          <w:shd w:val="clear" w:color="auto" w:fill="F4B183"/>
        </w:rPr>
        <w:t xml:space="preserve"> [1GYD]</w:t>
      </w:r>
      <w:r>
        <w:rPr>
          <w:shd w:val="clear" w:color="auto" w:fill="F4B183"/>
          <w:color w:val="000000"/>
        </w:rPr>
        <w:t xml:space="preserve">, </w:t>
      </w:r>
      <w:r>
        <w:rPr>
          <w:shd w:fill="F4B183" w:val="clear" w:color="auto"/>
          <w:color w:val="000000"/>
        </w:rPr>
        <w:t xml:space="preserve">whose affairs are guided by justice</w:t>
      </w:r>
      <w:r>
        <w:rPr>
          <w:b w:val="false"/>
          <w:i w:val="false"/>
          <w:color w:val="000000"/>
          <w:u w:val="none"/>
          <w:shd w:val="clear" w:color="auto" w:fill="F4B183"/>
        </w:rPr>
        <w:t xml:space="preserve"> [1GYE]</w:t>
      </w:r>
      <w:r>
        <w:rPr>
          <w:shd w:val="clear" w:color="auto" w:fill="F4B183"/>
          <w:color w:val="000000"/>
        </w:rPr>
        <w:t xml:space="preserve">.</w:t>
      </w:r>
    </w:p>
    <w:p>
      <w:pPr>
        <w:pStyle w:val="Yellow"/>
        <w:rPr/>
      </w:pPr>
      <w:r>
        <w:rPr>
          <w:b/>
        </w:rPr>
        <w:t xml:space="preserve">Psalm 140:12</w:t>
      </w:r>
      <w:r>
        <w:rPr/>
        <w:t xml:space="preserve"> — I know that </w:t>
      </w:r>
      <w:r>
        <w:rPr>
          <w:shd w:fill="B7DDE8" w:val="clear"/>
        </w:rPr>
        <w:t xml:space="preserve">the LORD upholds justice for the poor</w:t>
      </w:r>
      <w:r>
        <w:rPr>
          <w:b w:val="false"/>
          <w:i w:val="false"/>
          <w:color w:val="000000"/>
          <w:u w:val="none"/>
        </w:rPr>
        <w:t xml:space="preserve"> [1GXT]</w:t>
      </w:r>
      <w:r>
        <w:rPr/>
        <w:t xml:space="preserve"> and </w:t>
      </w:r>
      <w:r>
        <w:rPr>
          <w:shd w:fill="B7DDE8" w:val="clear"/>
        </w:rPr>
        <w:t xml:space="preserve">defends the cause of the needy</w:t>
      </w:r>
      <w:r>
        <w:rPr>
          <w:b w:val="false"/>
          <w:i w:val="false"/>
          <w:color w:val="000000"/>
          <w:u w:val="none"/>
        </w:rPr>
        <w:t xml:space="preserve"> [1GXU]</w:t>
      </w:r>
      <w:r>
        <w:rPr/>
        <w:t xml:space="preserve">.</w:t>
      </w:r>
    </w:p>
    <w:p>
      <w:pPr>
        <w:pStyle w:val="Yellow"/>
        <w:rPr/>
      </w:pPr>
      <w:r>
        <w:rPr>
          <w:u w:val="none"/>
        </w:rPr>
        <w:t xml:space="preserve">(Ps146:5 “the LORD his God”) </w:t>
      </w:r>
      <w:r>
        <w:rPr>
          <w:b/>
          <w:u w:val="none"/>
        </w:rPr>
        <w:t xml:space="preserve">Psalm 146:7</w:t>
      </w:r>
      <w:r>
        <w:rPr>
          <w:u w:val="none"/>
        </w:rPr>
        <w:t xml:space="preserve"> — </w:t>
      </w:r>
      <w:r>
        <w:rPr>
          <w:u w:val="none"/>
          <w:shd w:fill="B7DDE8" w:val="clear"/>
        </w:rPr>
        <w:t xml:space="preserve">{He} executes justice for the oppressed</w:t>
      </w:r>
      <w:r>
        <w:rPr>
          <w:b w:val="false"/>
          <w:i w:val="false"/>
          <w:color w:val="000000"/>
          <w:u w:val="none"/>
        </w:rPr>
        <w:t xml:space="preserve"> [1GWB]</w:t>
      </w:r>
      <w:r>
        <w:rPr>
          <w:u w:val="none"/>
        </w:rPr>
        <w:t xml:space="preserve"> and </w:t>
      </w:r>
      <w:r>
        <w:rPr>
          <w:u w:val="none"/>
          <w:shd w:fill="B7DDE8" w:val="clear"/>
        </w:rPr>
        <w:t xml:space="preserve">gives food to the hungry</w:t>
      </w:r>
      <w:r>
        <w:rPr>
          <w:b w:val="false"/>
          <w:i w:val="false"/>
          <w:color w:val="000000"/>
          <w:u w:val="none"/>
        </w:rPr>
        <w:t xml:space="preserve"> [1GWC]</w:t>
      </w:r>
      <w:r>
        <w:rPr>
          <w:u w:val="none"/>
        </w:rPr>
        <w:t xml:space="preserve">. </w:t>
      </w:r>
      <w:r>
        <w:rPr>
          <w:u w:val="none"/>
          <w:shd w:fill="B7DDE8" w:val="clear"/>
        </w:rPr>
        <w:t xml:space="preserve">The LORD sets the prisoners free</w:t>
      </w:r>
      <w:r>
        <w:rPr>
          <w:b w:val="false"/>
          <w:i w:val="false"/>
          <w:color w:val="000000"/>
          <w:u w:val="none"/>
        </w:rPr>
        <w:t xml:space="preserve"> [1GWD]</w:t>
      </w:r>
      <w:r>
        <w:rPr>
          <w:u w:val="none"/>
        </w:rPr>
        <w:t xml:space="preserve">,</w:t>
      </w:r>
    </w:p>
    <w:p>
      <w:pPr>
        <w:pStyle w:val="Yellow"/>
        <w:rPr/>
      </w:pPr>
      <w:r>
        <w:rPr>
          <w:b/>
          <w:color w:val="auto"/>
        </w:rPr>
        <w:t xml:space="preserve">Proverbs 16:11</w:t>
      </w:r>
      <w:r>
        <w:rPr>
          <w:color w:val="auto"/>
        </w:rPr>
        <w:t xml:space="preserve"> — </w:t>
      </w:r>
      <w:r>
        <w:rPr>
          <w:color w:val="auto"/>
        </w:rPr>
        <w:t xml:space="preserve">Honest scales and balances are from the LORD</w:t>
      </w:r>
      <w:r>
        <w:rPr>
          <w:b w:val="false"/>
          <w:i w:val="false"/>
          <w:color w:val="auto"/>
          <w:u w:val="none"/>
        </w:rPr>
        <w:t xml:space="preserve"> [1HFP]</w:t>
      </w:r>
      <w:r>
        <w:rPr>
          <w:color w:val="auto"/>
        </w:rPr>
        <w:t xml:space="preserve">; </w:t>
      </w:r>
      <w:r>
        <w:rPr>
          <w:color w:val="auto"/>
        </w:rPr>
        <w:t xml:space="preserve">all the weights in the bag are His concern</w:t>
      </w:r>
      <w:r>
        <w:rPr>
          <w:b w:val="false"/>
          <w:i w:val="false"/>
          <w:color w:val="auto"/>
          <w:u w:val="none"/>
        </w:rPr>
        <w:t xml:space="preserve"> [1HFQ]</w:t>
      </w:r>
      <w:r>
        <w:rPr>
          <w:color w:val="auto"/>
        </w:rPr>
        <w:t xml:space="preserve">.</w:t>
      </w:r>
    </w:p>
    <w:p>
      <w:pPr>
        <w:pStyle w:val="Yellow"/>
        <w:rPr/>
      </w:pPr>
      <w:r>
        <w:rPr>
          <w:b/>
          <w:shd w:val="clear" w:color="auto" w:fill="C00000"/>
          <w:color w:val="FFFFFF"/>
        </w:rPr>
        <w:t xml:space="preserve">Proverbs 20:10</w:t>
      </w:r>
      <w:r>
        <w:rPr>
          <w:shd w:val="clear" w:color="auto" w:fill="C00000"/>
          <w:color w:val="FFFFFF"/>
        </w:rPr>
        <w:t xml:space="preserve"> — </w:t>
      </w:r>
      <w:r>
        <w:rPr>
          <w:shd w:val="clear" w:color="auto" w:fill="C00000"/>
          <w:color w:val="FFFFFF"/>
        </w:rPr>
        <w:t xml:space="preserve">Differing weights and unequal measures—both are detestable to the LORD</w:t>
      </w:r>
      <w:r>
        <w:rPr>
          <w:b w:val="false"/>
          <w:i w:val="false"/>
          <w:u w:val="none"/>
          <w:shd w:val="clear" w:color="auto" w:fill="C00000"/>
          <w:color w:val="FFFFFF"/>
        </w:rPr>
        <w:t xml:space="preserve"> [2HFR]</w:t>
      </w:r>
      <w:r>
        <w:rPr>
          <w:shd w:val="clear" w:color="auto" w:fill="C00000"/>
          <w:color w:val="FFFFFF"/>
        </w:rPr>
        <w:t xml:space="preserve">.</w:t>
      </w:r>
    </w:p>
    <w:p>
      <w:pPr>
        <w:pStyle w:val="Yellow"/>
        <w:rPr/>
      </w:pPr>
      <w:r>
        <w:rPr>
          <w:b/>
        </w:rPr>
        <w:t xml:space="preserve">Proverbs 20:23</w:t>
      </w:r>
      <w:r>
        <w:rPr/>
        <w:t xml:space="preserve"> — </w:t>
      </w:r>
      <w:r>
        <w:rPr>
          <w:shd w:fill="B7DDE8" w:val="clear"/>
        </w:rPr>
        <w:t xml:space="preserve">Unequal weights are detestable to the LORD</w:t>
      </w:r>
      <w:r>
        <w:rPr>
          <w:b w:val="false"/>
          <w:i w:val="false"/>
          <w:color w:val="000000"/>
          <w:u w:val="none"/>
        </w:rPr>
        <w:t xml:space="preserve"> [2HFR]</w:t>
      </w:r>
      <w:r>
        <w:rPr/>
        <w:t xml:space="preserve">, and </w:t>
      </w:r>
      <w:r>
        <w:rPr>
          <w:shd w:fill="B7DDE8" w:val="clear"/>
        </w:rPr>
        <w:t xml:space="preserve">dishonest scales are no good</w:t>
      </w:r>
      <w:r>
        <w:rPr>
          <w:b w:val="false"/>
          <w:i w:val="false"/>
          <w:color w:val="000000"/>
          <w:u w:val="none"/>
        </w:rPr>
        <w:t xml:space="preserve"> [1HFT]</w:t>
      </w:r>
      <w:r>
        <w:rPr/>
        <w:t xml:space="preserve">.</w:t>
      </w:r>
    </w:p>
    <w:p>
      <w:pPr>
        <w:pStyle w:val="Yellow"/>
        <w:rPr/>
      </w:pPr>
      <w:r>
        <w:rPr>
          <w:b/>
        </w:rPr>
        <w:t xml:space="preserve">Proverbs 22:22–23</w:t>
      </w:r>
      <w:r>
        <w:rPr/>
        <w:t xml:space="preserve"> — </w:t>
      </w:r>
      <w:r>
        <w:rPr>
          <w:shd w:fill="B7DDE8" w:val="clear"/>
        </w:rPr>
        <w:t xml:space="preserve">Do not rob a poor man because he is poor</w:t>
      </w:r>
      <w:r>
        <w:rPr>
          <w:b w:val="false"/>
          <w:i w:val="false"/>
          <w:color w:val="000000"/>
          <w:u w:val="none"/>
        </w:rPr>
        <w:t xml:space="preserve"> [1GXY]</w:t>
      </w:r>
      <w:r>
        <w:rPr/>
        <w:t xml:space="preserve">, and </w:t>
      </w:r>
      <w:r>
        <w:rPr>
          <w:shd w:fill="B7DDE8" w:val="clear"/>
        </w:rPr>
        <w:t xml:space="preserve">do not crush the afflicted at the gate</w:t>
      </w:r>
      <w:r>
        <w:rPr>
          <w:b w:val="false"/>
          <w:i w:val="false"/>
          <w:color w:val="000000"/>
          <w:u w:val="none"/>
        </w:rPr>
        <w:t xml:space="preserve"> [1GXZ]</w:t>
      </w:r>
      <w:r>
        <w:rPr>
          <w:color w:val="auto"/>
        </w:rPr>
        <w:t xml:space="preserve">, for </w:t>
      </w:r>
      <w:r>
        <w:rPr>
          <w:color w:val="auto"/>
        </w:rPr>
        <w:t xml:space="preserve">the LORD will take up their case</w:t>
      </w:r>
      <w:r>
        <w:rPr>
          <w:b w:val="false"/>
          <w:i w:val="false"/>
          <w:color w:val="auto"/>
          <w:u w:val="none"/>
        </w:rPr>
        <w:t xml:space="preserve"> [2GWO]</w:t>
      </w:r>
      <w:r>
        <w:rPr>
          <w:color w:val="auto"/>
        </w:rPr>
        <w:t xml:space="preserve"> and </w:t>
      </w:r>
      <w:r>
        <w:rPr>
          <w:color w:val="auto"/>
        </w:rPr>
        <w:t xml:space="preserve">will plunder those who rob them</w:t>
      </w:r>
      <w:r>
        <w:rPr>
          <w:b w:val="false"/>
          <w:i w:val="false"/>
          <w:color w:val="auto"/>
          <w:u w:val="none"/>
        </w:rPr>
        <w:t xml:space="preserve"> [1GYA]</w:t>
      </w:r>
      <w:r>
        <w:rPr>
          <w:color w:val="auto"/>
        </w:rPr>
        <w:t xml:space="preserve">.</w:t>
      </w:r>
    </w:p>
    <w:p>
      <w:pPr>
        <w:pStyle w:val="Yellow"/>
        <w:rPr/>
      </w:pPr>
      <w:r>
        <w:rPr>
          <w:b/>
        </w:rPr>
        <w:t xml:space="preserve">Proverbs 23:10–11</w:t>
      </w:r>
      <w:r>
        <w:rPr/>
        <w:t xml:space="preserve"> — </w:t>
      </w:r>
      <w:r>
        <w:rPr>
          <w:shd w:fill="B7DDE8" w:val="clear"/>
        </w:rPr>
        <w:t xml:space="preserve">Do not move an ancient boundary stone</w:t>
      </w:r>
      <w:r>
        <w:rPr>
          <w:b w:val="false"/>
          <w:i w:val="false"/>
          <w:color w:val="000000"/>
          <w:u w:val="none"/>
        </w:rPr>
        <w:t xml:space="preserve"> [1GWL]</w:t>
      </w:r>
      <w:r>
        <w:rPr/>
        <w:t xml:space="preserve"> or </w:t>
      </w:r>
      <w:r>
        <w:rPr>
          <w:shd w:fill="B7DDE8" w:val="clear"/>
        </w:rPr>
        <w:t xml:space="preserve">encroach on the fields of the fatherless</w:t>
      </w:r>
      <w:r>
        <w:rPr>
          <w:b w:val="false"/>
          <w:i w:val="false"/>
          <w:color w:val="000000"/>
          <w:u w:val="none"/>
        </w:rPr>
        <w:t xml:space="preserve"> [1GWM]</w:t>
      </w:r>
      <w:r>
        <w:rPr/>
        <w:t xml:space="preserve">, for </w:t>
      </w:r>
      <w:r>
        <w:rPr>
          <w:shd w:fill="B7DDE8" w:val="clear"/>
        </w:rPr>
        <w:t xml:space="preserve">their Redeemer is strong</w:t>
      </w:r>
      <w:r>
        <w:rPr>
          <w:b w:val="false"/>
          <w:i w:val="false"/>
          <w:color w:val="000000"/>
          <w:u w:val="none"/>
        </w:rPr>
        <w:t xml:space="preserve"> [2GWN]</w:t>
      </w:r>
      <w:r>
        <w:rPr/>
        <w:t xml:space="preserve">; </w:t>
      </w:r>
      <w:r>
        <w:rPr>
          <w:shd w:val="clear" w:color="auto" w:fill="D9C3E6"/>
        </w:rPr>
        <w:t xml:space="preserve">He will take up their case against you</w:t>
      </w:r>
      <w:r>
        <w:rPr>
          <w:b w:val="false"/>
          <w:i w:val="false"/>
          <w:color w:val="000000"/>
          <w:u w:val="none"/>
        </w:rPr>
        <w:t xml:space="preserve"> [2GWO]</w:t>
      </w:r>
      <w:r>
        <w:rPr>
          <w:shd w:val="clear" w:color="auto" w:fill="D9C3E6"/>
        </w:rPr>
        <w:t xml:space="preserve">.</w:t>
      </w:r>
    </w:p>
    <w:p>
      <w:pPr>
        <w:pStyle w:val="Yellow"/>
        <w:rPr/>
      </w:pPr>
      <w:r>
        <w:rPr>
          <w:b/>
          <w:u w:val="none"/>
        </w:rPr>
        <w:t>Proverbs 24:11-12</w:t>
      </w:r>
      <w:r>
        <w:rPr>
          <w:u w:val="none"/>
        </w:rPr>
        <w:t xml:space="preserve"> — </w:t>
      </w:r>
      <w:r>
        <w:rPr>
          <w:u w:val="none"/>
          <w:shd w:val="clear" w:fill="B7DDE8"/>
        </w:rPr>
        <w:t>Rescue those being led away to death</w:t>
      </w:r>
      <w:r>
        <w:rPr>
          <w:b w:val="false"/>
          <w:i w:val="false"/>
          <w:color w:val="000000"/>
          <w:u w:val="none"/>
        </w:rPr>
        <w:t xml:space="preserve"> [1DRQ]</w:t>
      </w:r>
      <w:r>
        <w:rPr>
          <w:u w:val="none"/>
        </w:rPr>
        <w:t xml:space="preserve">, and </w:t>
      </w:r>
      <w:r>
        <w:rPr>
          <w:u w:val="none"/>
          <w:shd w:val="clear" w:fill="B7DDE8"/>
        </w:rPr>
        <w:t>restrain those stumbling toward the slaughter</w:t>
      </w:r>
      <w:r>
        <w:rPr>
          <w:b w:val="false"/>
          <w:i w:val="false"/>
          <w:color w:val="000000"/>
          <w:u w:val="none"/>
        </w:rPr>
        <w:t xml:space="preserve"> [1DRR]</w:t>
      </w:r>
      <w:r>
        <w:rPr>
          <w:u w:val="none"/>
        </w:rPr>
        <w:t xml:space="preserve">. If you say, “Behold, we did not know about this,” does not </w:t>
      </w:r>
      <w:r>
        <w:rPr>
          <w:u w:val="none"/>
          <w:shd w:val="clear" w:fill="B7DDE8"/>
        </w:rPr>
        <w:t>He who weighs hearts</w:t>
      </w:r>
      <w:r>
        <w:rPr>
          <w:b w:val="false"/>
          <w:i w:val="false"/>
          <w:u w:val="none"/>
          <w:color w:val="000000"/>
        </w:rPr>
        <w:t xml:space="preserve"> [2DRS]</w:t>
      </w:r>
      <w:r>
        <w:rPr>
          <w:u w:val="none"/>
        </w:rPr>
        <w:t xml:space="preserve"> consider it? Does not </w:t>
      </w:r>
      <w:r>
        <w:rPr>
          <w:u w:val="none"/>
          <w:shd w:val="clear" w:fill="B7DDE8"/>
        </w:rPr>
        <w:t>the One who guards your life</w:t>
      </w:r>
      <w:r>
        <w:rPr>
          <w:b w:val="false"/>
          <w:i w:val="false"/>
          <w:color w:val="000000"/>
          <w:u w:val="none"/>
        </w:rPr>
        <w:t xml:space="preserve"> [1DRT]</w:t>
      </w:r>
      <w:r>
        <w:rPr>
          <w:u w:val="none"/>
        </w:rPr>
        <w:t xml:space="preserve"> know? </w:t>
      </w:r>
      <w:r>
        <w:rPr>
          <w:u w:val="none"/>
          <w:shd w:val="clear" w:fill="B7DDE8"/>
        </w:rPr>
        <w:t>Will He not repay a man according to his deeds?</w:t>
      </w:r>
      <w:r>
        <w:rPr>
          <w:b w:val="false"/>
          <w:i w:val="false"/>
          <w:u w:val="none"/>
          <w:color w:val="000000"/>
        </w:rPr>
        <w:t xml:space="preserve"> [12HT]</w:t>
      </w:r>
    </w:p>
    <w:p>
      <w:pPr>
        <w:pStyle w:val="Yellow"/>
        <w:rPr/>
      </w:pPr>
      <w:r>
        <w:rPr>
          <w:b/>
        </w:rPr>
        <w:t xml:space="preserve">Proverbs 24:24–25</w:t>
      </w:r>
      <w:r>
        <w:rPr/>
        <w:t xml:space="preserve"> — </w:t>
      </w:r>
      <w:r>
        <w:rPr>
          <w:shd w:fill="B7DDE8" w:val="clear"/>
        </w:rPr>
        <w:t xml:space="preserve">Whoever tells the guilty, “You are innocent”—peoples will curse him, and nations will denounce him</w:t>
      </w:r>
      <w:r>
        <w:rPr>
          <w:b w:val="false"/>
          <w:i w:val="false"/>
          <w:color w:val="000000"/>
          <w:u w:val="none"/>
        </w:rPr>
        <w:t xml:space="preserve"> [1HTB]</w:t>
      </w:r>
      <w:r>
        <w:rPr/>
        <w:t xml:space="preserve">; but </w:t>
      </w:r>
      <w:r>
        <w:rPr>
          <w:shd w:fill="B7DDE8" w:val="clear"/>
        </w:rPr>
        <w:t xml:space="preserve">it will go well with those who convict the guilty</w:t>
      </w:r>
      <w:r>
        <w:rPr>
          <w:b w:val="false"/>
          <w:i w:val="false"/>
          <w:color w:val="000000"/>
          <w:u w:val="none"/>
        </w:rPr>
        <w:t xml:space="preserve"> [1HTC]</w:t>
      </w:r>
      <w:r>
        <w:rPr/>
        <w:t xml:space="preserve">, and </w:t>
      </w:r>
      <w:r>
        <w:rPr>
          <w:shd w:fill="B7DDE8" w:val="clear"/>
        </w:rPr>
        <w:t xml:space="preserve">rich blessing will come upon them</w:t>
      </w:r>
      <w:r>
        <w:rPr>
          <w:b w:val="false"/>
          <w:i w:val="false"/>
          <w:color w:val="000000"/>
          <w:u w:val="none"/>
        </w:rPr>
        <w:t xml:space="preserve"> [1HTD]</w:t>
      </w:r>
      <w:r>
        <w:rPr/>
        <w:t xml:space="preserve">.</w:t>
      </w:r>
    </w:p>
    <w:p>
      <w:pPr>
        <w:pStyle w:val="Yellow"/>
        <w:rPr/>
      </w:pPr>
      <w:r>
        <w:rPr>
          <w:b/>
          <w:shd w:val="clear" w:color="auto" w:fill="548235"/>
          <w:color w:val="FFFFFF"/>
        </w:rPr>
        <w:t xml:space="preserve">Proverbs 28:16</w:t>
      </w:r>
      <w:r>
        <w:rPr>
          <w:shd w:val="clear" w:color="auto" w:fill="548235"/>
          <w:color w:val="FFFFFF"/>
        </w:rPr>
        <w:t xml:space="preserve"> — </w:t>
      </w:r>
      <w:r>
        <w:rPr>
          <w:shd w:fill="548235" w:val="clear" w:color="auto"/>
          <w:color w:val="FFFFFF"/>
        </w:rPr>
        <w:t xml:space="preserve">A leader who lacks judgment is also a great oppressor</w:t>
      </w:r>
      <w:r>
        <w:rPr>
          <w:b w:val="false"/>
          <w:i w:val="false"/>
          <w:color w:val="FFFFFF"/>
          <w:u w:val="none"/>
          <w:shd w:val="clear" w:color="auto" w:fill="548235"/>
        </w:rPr>
        <w:t xml:space="preserve"> [1IOH]</w:t>
      </w:r>
      <w:r>
        <w:rPr>
          <w:shd w:val="clear" w:color="auto" w:fill="548235"/>
          <w:color w:val="FFFFFF"/>
        </w:rPr>
        <w:t xml:space="preserve">, but </w:t>
      </w:r>
      <w:r>
        <w:rPr>
          <w:shd w:fill="548235" w:val="clear" w:color="auto"/>
          <w:color w:val="FFFFFF"/>
        </w:rPr>
        <w:t xml:space="preserve">he who hates dishonest profit will prolong his days</w:t>
      </w:r>
      <w:r>
        <w:rPr>
          <w:b w:val="false"/>
          <w:i w:val="false"/>
          <w:color w:val="FFFFFF"/>
          <w:u w:val="none"/>
          <w:shd w:val="clear" w:color="auto" w:fill="548235"/>
        </w:rPr>
        <w:t xml:space="preserve"> [1IOI]</w:t>
      </w:r>
      <w:r>
        <w:rPr>
          <w:shd w:val="clear" w:color="auto" w:fill="548235"/>
          <w:color w:val="FFFFFF"/>
        </w:rPr>
        <w:t xml:space="preserve">.</w:t>
      </w:r>
    </w:p>
    <w:p>
      <w:pPr>
        <w:pStyle w:val="Yellow"/>
        <w:rPr/>
      </w:pPr>
      <w:r>
        <w:rPr>
          <w:b/>
        </w:rPr>
        <w:t xml:space="preserve">Isaiah 50:8</w:t>
      </w:r>
      <w:r>
        <w:rPr/>
        <w:t xml:space="preserve"> — </w:t>
      </w:r>
      <w:r>
        <w:rPr>
          <w:shd w:fill="B7DDE8" w:val="clear"/>
        </w:rPr>
        <w:t xml:space="preserve">The One who vindicates Me is near</w:t>
      </w:r>
      <w:r>
        <w:rPr>
          <w:b w:val="false"/>
          <w:i w:val="false"/>
          <w:color w:val="000000"/>
          <w:u w:val="none"/>
        </w:rPr>
        <w:t xml:space="preserve"> [1LQJ]</w:t>
      </w:r>
      <w:r>
        <w:rPr/>
        <w:t xml:space="preserve">. </w:t>
      </w:r>
      <w:r>
        <w:rPr>
          <w:shd w:fill="B7DDE8" w:val="clear"/>
        </w:rPr>
        <w:t xml:space="preserve">Who will dare to contend with Me? Let us confront each other! Who has a case against Me? Let him approach Me</w:t>
      </w:r>
      <w:r>
        <w:rPr>
          <w:b w:val="false"/>
          <w:i w:val="false"/>
          <w:color w:val="000000"/>
          <w:u w:val="none"/>
        </w:rPr>
        <w:t xml:space="preserve"> [1LQK]</w:t>
      </w:r>
      <w:r>
        <w:rPr/>
        <w:t xml:space="preserve">!</w:t>
      </w:r>
    </w:p>
    <w:p>
      <w:pPr>
        <w:pStyle w:val="Yellow"/>
        <w:rPr/>
        <w:pBdr>
          <w:left w:val="single" w:sz="28" w:space="5" w:color="C00000"/>
        </w:pBdr>
      </w:pPr>
      <w:r>
        <w:rPr>
          <w:b/>
          <w:shd w:val="clear" w:color="auto" w:fill="F4B183"/>
          <w:color w:val="000000"/>
        </w:rPr>
        <w:t xml:space="preserve">Isaiah 51:22-23</w:t>
      </w:r>
      <w:r>
        <w:rPr>
          <w:shd w:val="clear" w:color="auto" w:fill="F4B183"/>
          <w:color w:val="000000"/>
        </w:rPr>
        <w:t xml:space="preserve">— Thus says your Lord, the LORD, even </w:t>
      </w:r>
      <w:r>
        <w:rPr>
          <w:shd w:fill="F4B183" w:val="clear" w:color="auto"/>
          <w:color w:val="000000"/>
        </w:rPr>
        <w:t xml:space="preserve">your God, who defends His people</w:t>
      </w:r>
      <w:r>
        <w:rPr>
          <w:b w:val="false"/>
          <w:i w:val="false"/>
          <w:color w:val="000000"/>
          <w:u w:val="none"/>
          <w:shd w:val="clear" w:color="auto" w:fill="F4B183"/>
        </w:rPr>
        <w:t xml:space="preserve"> [1IBO]</w:t>
      </w:r>
      <w:r>
        <w:rPr>
          <w:shd w:val="clear" w:color="auto" w:fill="F4B183"/>
          <w:color w:val="000000"/>
        </w:rPr>
        <w:t xml:space="preserve">: “See, I have removed from your  </w:t>
      </w:r>
      <w:r>
        <w:rPr>
          <w:shd w:fill="F4B183" w:val="clear" w:color="auto"/>
          <w:color w:val="000000"/>
        </w:rPr>
        <w:t xml:space="preserve">I will place it in the hands of your tormentors</w:t>
      </w:r>
      <w:r>
        <w:rPr>
          <w:b w:val="false"/>
          <w:i w:val="false"/>
          <w:color w:val="000000"/>
          <w:u w:val="none"/>
          <w:shd w:val="clear" w:color="auto" w:fill="F4B183"/>
        </w:rPr>
        <w:t xml:space="preserve"> [1IBP]</w:t>
      </w:r>
      <w:r>
        <w:rPr>
          <w:shd w:val="clear" w:color="auto" w:fill="F4B183"/>
          <w:color w:val="000000"/>
        </w:rPr>
        <w:t xml:space="preserve">, </w:t>
      </w:r>
      <w:r>
        <w:rPr>
          <w:shd w:fill="F4B183" w:val="clear" w:color="auto"/>
          <w:color w:val="000000"/>
        </w:rPr>
        <w:t xml:space="preserve">who told you: ‘Lie down, so we can walk over you,’</w:t>
      </w:r>
      <w:r>
        <w:rPr>
          <w:b w:val="false"/>
          <w:i w:val="false"/>
          <w:color w:val="000000"/>
          <w:u w:val="none"/>
          <w:shd w:val="clear" w:color="auto" w:fill="F4B183"/>
        </w:rPr>
        <w:t xml:space="preserve"> [1IBQ]</w:t>
      </w:r>
      <w:r>
        <w:rPr>
          <w:shd w:val="clear" w:color="auto" w:fill="F4B183"/>
          <w:color w:val="000000"/>
        </w:rPr>
        <w:t xml:space="preserve"> so that </w:t>
      </w:r>
      <w:r>
        <w:rPr>
          <w:shd w:fill="F4B183" w:val="clear" w:color="auto"/>
          <w:color w:val="000000"/>
        </w:rPr>
        <w:t xml:space="preserve">you made your back like the ground, like a street to be traversed</w:t>
      </w:r>
      <w:r>
        <w:rPr>
          <w:b w:val="false"/>
          <w:i w:val="false"/>
          <w:color w:val="000000"/>
          <w:u w:val="none"/>
          <w:shd w:val="clear" w:color="auto" w:fill="F4B183"/>
        </w:rPr>
        <w:t xml:space="preserve"> [1IBR]</w:t>
      </w:r>
      <w:r>
        <w:rPr>
          <w:shd w:val="clear" w:color="auto" w:fill="F4B183"/>
          <w:color w:val="000000"/>
        </w:rPr>
        <w:t xml:space="preserve">.”</w:t>
      </w:r>
    </w:p>
    <w:p>
      <w:pPr>
        <w:pStyle w:val="Yellow"/>
        <w:rPr/>
      </w:pPr>
      <w:r>
        <w:rPr>
          <w:b/>
        </w:rPr>
        <w:t>Isaiah 56:1</w:t>
      </w:r>
      <w:r>
        <w:rPr/>
        <w:t xml:space="preserve"> — This is what the LORD says: “</w:t>
      </w:r>
      <w:r>
        <w:rPr>
          <w:shd w:val="clear" w:fill="B7DDE8"/>
        </w:rPr>
        <w:t>Maintain justice and do what is right</w:t>
      </w:r>
      <w:r>
        <w:rPr>
          <w:b w:val="false"/>
          <w:i w:val="false"/>
          <w:color w:val="000000"/>
          <w:u w:val="none"/>
        </w:rPr>
        <w:t xml:space="preserve"> [1FET]</w:t>
      </w:r>
      <w:r>
        <w:rPr/>
        <w:t xml:space="preserve">, for </w:t>
      </w:r>
      <w:r>
        <w:rPr>
          <w:shd w:val="clear" w:fill="B7DDE8"/>
        </w:rPr>
        <w:t>My salvation is coming soon</w:t>
      </w:r>
      <w:r>
        <w:rPr>
          <w:b w:val="false"/>
          <w:i w:val="false"/>
          <w:color w:val="000000"/>
          <w:u w:val="none"/>
        </w:rPr>
        <w:t xml:space="preserve"> [1FEU]</w:t>
      </w:r>
      <w:r>
        <w:rPr/>
        <w:t xml:space="preserve">, and </w:t>
      </w:r>
      <w:r>
        <w:rPr>
          <w:color w:val="auto"/>
        </w:rPr>
        <w:t>My righteousness will be revealed</w:t>
      </w:r>
      <w:r>
        <w:rPr>
          <w:b w:val="false"/>
          <w:i w:val="false"/>
          <w:color w:val="auto"/>
          <w:u w:val="none"/>
        </w:rPr>
        <w:t xml:space="preserve"> [1FEV]</w:t>
      </w:r>
      <w:r>
        <w:rPr/>
        <w:t>.</w:t>
      </w:r>
    </w:p>
    <w:p>
      <w:pPr>
        <w:pStyle w:val="Yellow"/>
        <w:rPr/>
      </w:pPr>
      <w:r>
        <w:rPr>
          <w:b/>
        </w:rPr>
        <w:t>Jeremiah 21:12</w:t>
      </w:r>
      <w:r>
        <w:rPr/>
        <w:t xml:space="preserve"> — O house of David, this is what the LORD says: ‘</w:t>
      </w:r>
      <w:r>
        <w:rPr>
          <w:shd w:val="clear" w:fill="B7DDE8"/>
        </w:rPr>
        <w:t>Administer justice every morning</w:t>
      </w:r>
      <w:r>
        <w:rPr>
          <w:b w:val="false"/>
          <w:i w:val="false"/>
          <w:color w:val="000000"/>
          <w:u w:val="none"/>
        </w:rPr>
        <w:t xml:space="preserve"> [1DTV]</w:t>
      </w:r>
      <w:r>
        <w:rPr/>
        <w:t xml:space="preserve">, and </w:t>
      </w:r>
      <w:r>
        <w:rPr>
          <w:shd w:val="clear" w:fill="B7DDE8"/>
        </w:rPr>
        <w:t>rescue the victim of robbery from the hand of his oppressor</w:t>
      </w:r>
      <w:r>
        <w:rPr>
          <w:b w:val="false"/>
          <w:i w:val="false"/>
          <w:color w:val="000000"/>
          <w:u w:val="none"/>
        </w:rPr>
        <w:t xml:space="preserve"> [1DTW]</w:t>
      </w:r>
      <w:r>
        <w:rPr/>
        <w:t xml:space="preserve">, or </w:t>
      </w:r>
      <w:r>
        <w:rPr>
          <w:shd w:val="clear" w:fill="B7DDE8"/>
        </w:rPr>
        <w:t>My wrath will go forth like fire</w:t>
      </w:r>
      <w:r>
        <w:rPr>
          <w:b w:val="false"/>
          <w:i w:val="false"/>
          <w:color w:val="000000"/>
          <w:u w:val="none"/>
        </w:rPr>
        <w:t xml:space="preserve"> [1DTX]</w:t>
      </w:r>
      <w:r>
        <w:rPr/>
        <w:t xml:space="preserve"> and </w:t>
      </w:r>
      <w:r>
        <w:rPr>
          <w:shd w:val="clear" w:fill="B7DDE8"/>
        </w:rPr>
        <w:t>burn with no one to extinguish it</w:t>
      </w:r>
      <w:r>
        <w:rPr>
          <w:b w:val="false"/>
          <w:i w:val="false"/>
          <w:color w:val="000000"/>
          <w:u w:val="none"/>
        </w:rPr>
        <w:t xml:space="preserve"> [1DTY]</w:t>
      </w:r>
      <w:r>
        <w:rPr/>
        <w:t>.</w:t>
      </w:r>
    </w:p>
    <w:p>
      <w:pPr>
        <w:pStyle w:val="Yellow"/>
        <w:rPr/>
      </w:pPr>
      <w:r>
        <w:rPr/>
        <w:t xml:space="preserve">(Je22:18 “Josiah”) </w:t>
      </w:r>
      <w:r>
        <w:rPr>
          <w:b/>
        </w:rPr>
        <w:t xml:space="preserve">Jeremiah 22:15–16</w:t>
      </w:r>
      <w:r>
        <w:rPr/>
        <w:t xml:space="preserve"> — </w:t>
      </w:r>
      <w:r>
        <w:rPr>
          <w:shd w:fill="B7DDE8" w:val="clear"/>
        </w:rPr>
        <w:t xml:space="preserve">Does it make you a king to excel in cedar</w:t>
      </w:r>
      <w:r>
        <w:rPr>
          <w:b w:val="false"/>
          <w:i w:val="false"/>
          <w:color w:val="000000"/>
          <w:u w:val="none"/>
        </w:rPr>
        <w:t xml:space="preserve"> [1GXO]</w:t>
      </w:r>
      <w:r>
        <w:rPr/>
        <w:t xml:space="preserve">? </w:t>
      </w:r>
      <w:r>
        <w:rPr>
          <w:shd w:fill="B7DDE8" w:val="clear"/>
        </w:rPr>
        <w:t xml:space="preserve">Did not {your father} have food and drink</w:t>
      </w:r>
      <w:r>
        <w:rPr>
          <w:b w:val="false"/>
          <w:i w:val="false"/>
          <w:color w:val="000000"/>
          <w:u w:val="none"/>
        </w:rPr>
        <w:t xml:space="preserve"> [1GXP]</w:t>
      </w:r>
      <w:r>
        <w:rPr/>
        <w:t xml:space="preserve">? </w:t>
      </w:r>
      <w:r>
        <w:rPr>
          <w:shd w:fill="B7DDE8" w:val="clear"/>
        </w:rPr>
        <w:t xml:space="preserve">He administered justice and righteousness, and so it went well with him</w:t>
      </w:r>
      <w:r>
        <w:rPr>
          <w:b w:val="false"/>
          <w:i w:val="false"/>
          <w:color w:val="000000"/>
          <w:u w:val="none"/>
        </w:rPr>
        <w:t xml:space="preserve"> [1GXQ]</w:t>
      </w:r>
      <w:r>
        <w:rPr/>
        <w:t xml:space="preserve">. </w:t>
      </w:r>
      <w:r>
        <w:rPr>
          <w:shd w:fill="B7DDE8" w:val="clear"/>
        </w:rPr>
        <w:t xml:space="preserve">He took up the cause of the poor and needy, and so it went well with him</w:t>
      </w:r>
      <w:r>
        <w:rPr>
          <w:b w:val="false"/>
          <w:i w:val="false"/>
          <w:color w:val="000000"/>
          <w:u w:val="none"/>
        </w:rPr>
        <w:t xml:space="preserve"> [1GXR]</w:t>
      </w:r>
      <w:r>
        <w:rPr>
          <w:shd w:val="clear" w:color="auto" w:fill="548235"/>
          <w:color w:val="FFFFFF"/>
        </w:rPr>
        <w:t xml:space="preserve">. </w:t>
      </w:r>
      <w:r>
        <w:rPr>
          <w:shd w:fill="548235" w:val="clear" w:color="auto"/>
          <w:color w:val="FFFFFF"/>
        </w:rPr>
        <w:t xml:space="preserve">Is this not what it means to know Me</w:t>
      </w:r>
      <w:r>
        <w:rPr>
          <w:b w:val="false"/>
          <w:i w:val="false"/>
          <w:color w:val="FFFFFF"/>
          <w:u w:val="none"/>
          <w:shd w:val="clear" w:color="auto" w:fill="548235"/>
        </w:rPr>
        <w:t xml:space="preserve"> [1GXS]</w:t>
      </w:r>
      <w:r>
        <w:rPr/>
        <w:t xml:space="preserve">?” declares the LORD.</w:t>
      </w:r>
    </w:p>
    <w:p>
      <w:pPr>
        <w:pStyle w:val="Yellow"/>
        <w:rPr/>
      </w:pPr>
      <w:r>
        <w:rPr/>
        <w:t xml:space="preserve">(La3:55ᶜ when I “called on Your name”) </w:t>
      </w:r>
      <w:r>
        <w:rPr>
          <w:b/>
        </w:rPr>
        <w:t>Lamentations 3:58</w:t>
      </w:r>
      <w:r>
        <w:rPr/>
        <w:t xml:space="preserve"> — </w:t>
      </w:r>
      <w:r>
        <w:rPr>
          <w:shd w:val="clear" w:fill="B7DDE8"/>
        </w:rPr>
        <w:t>You defend my cause, O Lord</w:t>
      </w:r>
      <w:r>
        <w:rPr>
          <w:b w:val="false"/>
          <w:i w:val="false"/>
          <w:color w:val="000000"/>
          <w:u w:val="none"/>
        </w:rPr>
        <w:t xml:space="preserve"> [1DVS]</w:t>
      </w:r>
      <w:r>
        <w:rPr/>
        <w:t xml:space="preserve">; </w:t>
      </w:r>
      <w:r>
        <w:rPr>
          <w:shd w:val="clear" w:fill="F4B183" w:color="auto"/>
          <w:color w:val="000000"/>
        </w:rPr>
        <w:t>You redeem my life</w:t>
      </w:r>
      <w:r>
        <w:rPr>
          <w:b w:val="false"/>
          <w:i w:val="false"/>
          <w:color w:val="000000"/>
          <w:u w:val="none"/>
          <w:shd w:val="clear" w:color="auto" w:fill="F4B183"/>
        </w:rPr>
        <w:t xml:space="preserve"> [1DVT]</w:t>
      </w:r>
      <w:r>
        <w:rPr/>
        <w:t>.</w:t>
      </w:r>
    </w:p>
    <w:p>
      <w:pPr>
        <w:pStyle w:val="Yellow"/>
        <w:rPr/>
      </w:pPr>
      <w:r>
        <w:rPr/>
        <w:t xml:space="preserve">(Zep3:1 “the city of oppressors”) </w:t>
      </w:r>
      <w:r>
        <w:rPr>
          <w:b/>
        </w:rPr>
        <w:t xml:space="preserve">Zephaniah 3:5</w:t>
      </w:r>
      <w:r>
        <w:rPr/>
        <w:t xml:space="preserve"> — </w:t>
      </w:r>
      <w:r>
        <w:rPr/>
        <w:t xml:space="preserve">The LORD within {her} is righteous</w:t>
      </w:r>
      <w:r>
        <w:rPr>
          <w:b w:val="false"/>
          <w:i w:val="false"/>
          <w:u w:val="none"/>
          <w:color w:val="000000"/>
        </w:rPr>
        <w:t xml:space="preserve"> [16FJ]</w:t>
      </w:r>
      <w:r>
        <w:rPr/>
        <w:t xml:space="preserve">; </w:t>
      </w:r>
      <w:r>
        <w:rPr>
          <w:shd w:fill="B7DDE8" w:val="clear"/>
        </w:rPr>
        <w:t xml:space="preserve">He does no wrong</w:t>
      </w:r>
      <w:r>
        <w:rPr>
          <w:b w:val="false"/>
          <w:i w:val="false"/>
          <w:u w:val="none"/>
          <w:color w:val="000000"/>
        </w:rPr>
        <w:t xml:space="preserve"> [16FJ]</w:t>
      </w:r>
      <w:r>
        <w:rPr/>
        <w:t xml:space="preserve">. </w:t>
      </w:r>
      <w:r>
        <w:rPr>
          <w:shd w:fill="B7DDE8" w:val="clear"/>
        </w:rPr>
        <w:t xml:space="preserve">He applies His justice morning by morning</w:t>
      </w:r>
      <w:r>
        <w:rPr>
          <w:b w:val="false"/>
          <w:i w:val="false"/>
          <w:color w:val="000000"/>
          <w:u w:val="none"/>
        </w:rPr>
        <w:t xml:space="preserve"> [1GWE]</w:t>
      </w:r>
      <w:r>
        <w:rPr/>
        <w:t xml:space="preserve">; </w:t>
      </w:r>
      <w:r>
        <w:rPr>
          <w:shd w:fill="B7DDE8" w:val="clear"/>
        </w:rPr>
        <w:t xml:space="preserve">He does not fail at dawn</w:t>
      </w:r>
      <w:r>
        <w:rPr>
          <w:b w:val="false"/>
          <w:i w:val="false"/>
          <w:color w:val="000000"/>
          <w:u w:val="none"/>
        </w:rPr>
        <w:t xml:space="preserve"> [1GWE]</w:t>
      </w:r>
      <w:r>
        <w:rPr/>
        <w:t xml:space="preserve">, yet </w:t>
      </w:r>
      <w:r>
        <w:rPr>
          <w:shd w:fill="B7DDE8" w:val="clear"/>
        </w:rPr>
        <w:t xml:space="preserve">the unjust know no shame</w:t>
      </w:r>
      <w:r>
        <w:rPr>
          <w:b w:val="false"/>
          <w:i w:val="false"/>
          <w:u w:val="none"/>
          <w:color w:val="000000"/>
        </w:rPr>
        <w:t xml:space="preserve"> [1GWF]</w:t>
      </w:r>
      <w:r>
        <w:rPr/>
        <w:t xml:space="preserve">.</w:t>
      </w:r>
    </w:p>
    <w:p>
      <w:pPr>
        <w:pStyle w:val="Yellow"/>
        <w:rPr/>
      </w:pPr>
      <w:r>
        <w:rPr>
          <w:b/>
        </w:rPr>
        <w:t xml:space="preserve">Luke 18:7–8</w:t>
      </w:r>
      <w:r>
        <w:rPr/>
        <w:t xml:space="preserve"> — </w:t>
      </w:r>
      <w:r>
        <w:rPr>
          <w:shd w:fill="B7DDE8" w:val="clear"/>
        </w:rPr>
        <w:t xml:space="preserve">Will not God bring about justice for His elect who cry out to Him day and night</w:t>
      </w:r>
      <w:r>
        <w:rPr>
          <w:b w:val="false"/>
          <w:i w:val="false"/>
          <w:color w:val="000000"/>
          <w:u w:val="none"/>
        </w:rPr>
        <w:t xml:space="preserve"> [1GVE]</w:t>
      </w:r>
      <w:r>
        <w:rPr/>
        <w:t xml:space="preserve">? </w:t>
      </w:r>
      <w:r>
        <w:rPr>
          <w:shd w:fill="B7DDE8" w:val="clear"/>
        </w:rPr>
        <w:t xml:space="preserve">Will He delay in helping them</w:t>
      </w:r>
      <w:r>
        <w:rPr>
          <w:b w:val="false"/>
          <w:i w:val="false"/>
          <w:color w:val="000000"/>
          <w:u w:val="none"/>
        </w:rPr>
        <w:t xml:space="preserve"> [1GVF]</w:t>
      </w:r>
      <w:r>
        <w:rPr/>
        <w:t xml:space="preserve">? I tell you, </w:t>
      </w:r>
      <w:r>
        <w:rPr>
          <w:shd w:fill="B7DDE8" w:val="clear"/>
        </w:rPr>
        <w:t xml:space="preserve">He will promptly carry out justice on their behalf</w:t>
      </w:r>
      <w:r>
        <w:rPr>
          <w:b w:val="false"/>
          <w:i w:val="false"/>
          <w:color w:val="000000"/>
          <w:u w:val="none"/>
        </w:rPr>
        <w:t xml:space="preserve"> [1GVG]</w:t>
      </w:r>
      <w:r>
        <w:rPr/>
        <w:t xml:space="preserve">.</w:t>
      </w:r>
    </w:p>
    <w:p>
      <w:pPr>
        <w:pStyle w:val="Yellow"/>
        <w:rPr/>
      </w:pPr>
      <w:r>
        <w:rPr/>
        <w:t xml:space="preserve">(Ac15:8 God¹ / 7 “the Gentiles”²) </w:t>
      </w:r>
      <w:r>
        <w:rPr>
          <w:b/>
        </w:rPr>
        <w:t>Acts 15:9</w:t>
      </w:r>
      <w:r>
        <w:rPr/>
        <w:t xml:space="preserve"> — </w:t>
      </w:r>
      <w:r>
        <w:rPr>
          <w:shd w:val="clear" w:fill="B7DDE8"/>
        </w:rPr>
        <w:t>{He} made no distinction between us and {them}</w:t>
      </w:r>
      <w:r>
        <w:rPr>
          <w:b w:val="false"/>
          <w:i w:val="false"/>
          <w:color w:val="000000"/>
          <w:u w:val="none"/>
        </w:rPr>
        <w:t xml:space="preserve"> [1DEV]</w:t>
      </w:r>
      <w:r>
        <w:rPr/>
        <w:t xml:space="preserve">, for </w:t>
      </w:r>
      <w:r>
        <w:rPr>
          <w:shd w:val="clear" w:fill="B7DDE8"/>
        </w:rPr>
        <w:t>He cleansed their hearts by faith</w:t>
      </w:r>
      <w:r>
        <w:rPr>
          <w:b w:val="false"/>
          <w:i w:val="false"/>
          <w:color w:val="000000"/>
          <w:u w:val="none"/>
        </w:rPr>
        <w:t xml:space="preserve"> [1DEW]</w:t>
      </w:r>
      <w:r>
        <w:rPr/>
        <w:t>.</w:t>
      </w:r>
    </w:p>
    <w:p>
      <w:pPr>
        <w:pStyle w:val="Yellow"/>
        <w:rPr/>
      </w:pPr>
      <w:r>
        <w:rPr>
          <w:highlight w:val="cyan"/>
          <w:u w:val="none"/>
        </w:rPr>
        <w:t xml:space="preserve">(Ro2:10 “Jew, then for the Greek”) </w:t>
      </w:r>
      <w:r>
        <w:rPr>
          <w:b/>
          <w:highlight w:val="cyan"/>
          <w:u w:val="none"/>
        </w:rPr>
        <w:t>Romans 2:11</w:t>
      </w:r>
      <w:r>
        <w:rPr>
          <w:highlight w:val="cyan"/>
          <w:u w:val="none"/>
        </w:rPr>
        <w:t xml:space="preserve"> — {For} </w:t>
      </w:r>
      <w:r>
        <w:rPr>
          <w:u w:val="none"/>
          <w:shd w:fill="B7DDE8" w:val="clear"/>
        </w:rPr>
        <w:t>God does not show favoritism</w:t>
      </w:r>
      <w:r>
        <w:rPr>
          <w:b w:val="false"/>
          <w:i w:val="false"/>
          <w:color w:val="000000"/>
          <w:u w:val="none"/>
        </w:rPr>
        <w:t xml:space="preserve"> [6FIV]</w:t>
      </w:r>
      <w:r>
        <w:rPr>
          <w:highlight w:val="cyan"/>
          <w:u w:val="none"/>
        </w:rPr>
        <w:t>.</w:t>
      </w:r>
    </w:p>
    <w:p>
      <w:pPr>
        <w:pStyle w:val="Yellow"/>
        <w:rPr/>
      </w:pPr>
      <w:r>
        <w:rPr>
          <w:b/>
          <w:u w:val="none"/>
        </w:rPr>
        <w:t xml:space="preserve">Romans 3:6</w:t>
      </w:r>
      <w:r>
        <w:rPr>
          <w:u w:val="none"/>
        </w:rPr>
        <w:t xml:space="preserve"> — But if </w:t>
      </w:r>
      <w:r>
        <w:rPr>
          <w:u w:val="none"/>
          <w:shd w:fill="B7DDE8" w:val="clear"/>
        </w:rPr>
        <w:t xml:space="preserve">our unrighteousness highlights the righteousness of God</w:t>
      </w:r>
      <w:r>
        <w:rPr>
          <w:b w:val="false"/>
          <w:i w:val="false"/>
          <w:color w:val="000000"/>
          <w:u w:val="none"/>
        </w:rPr>
        <w:t xml:space="preserve"> [1IOF]</w:t>
      </w:r>
      <w:r>
        <w:rPr>
          <w:u w:val="none"/>
        </w:rPr>
        <w:t xml:space="preserve">, what shall we say? </w:t>
      </w:r>
      <w:r>
        <w:rPr>
          <w:u w:val="none"/>
          <w:shd w:fill="B7DDE8" w:val="clear"/>
        </w:rPr>
        <w:t xml:space="preserve">That God is unjust to inflict His wrath on us? I am speaking in human terms. Certainly not!</w:t>
      </w:r>
      <w:r>
        <w:rPr>
          <w:b w:val="false"/>
          <w:i w:val="false"/>
          <w:color w:val="000000"/>
          <w:u w:val="none"/>
        </w:rPr>
        <w:t xml:space="preserve"> [1IOG]</w:t>
      </w:r>
      <w:r>
        <w:rPr>
          <w:u w:val="none"/>
        </w:rPr>
        <w:t xml:space="preserve"> In that case, </w:t>
      </w:r>
      <w:r>
        <w:rPr>
          <w:u w:val="none"/>
          <w:shd w:fill="B7DDE8" w:val="clear"/>
        </w:rPr>
        <w:t xml:space="preserve">how could God judge the world</w:t>
      </w:r>
      <w:r>
        <w:rPr>
          <w:u w:val="none"/>
          <w:shd w:fill="B7DDE8" w:val="clear"/>
        </w:rPr>
        <w:t xml:space="preserve">?</w:t>
      </w:r>
      <w:r>
        <w:rPr>
          <w:b w:val="false"/>
          <w:i w:val="false"/>
          <w:color w:val="000000"/>
          <w:u w:val="none"/>
        </w:rPr>
        <w:t xml:space="preserve"> [2FGW]</w:t>
      </w:r>
    </w:p>
    <w:p>
      <w:pPr>
        <w:pStyle w:val="Yellow"/>
        <w:rPr/>
      </w:pPr>
      <w:r>
        <w:rPr>
          <w:b/>
          <w:u w:val="none"/>
          <w:shd w:val="clear" w:color="auto" w:fill="C00000"/>
          <w:color w:val="FFFFFF"/>
        </w:rPr>
        <w:t>Galatians 2:6</w:t>
      </w:r>
      <w:r>
        <w:rPr>
          <w:u w:val="none"/>
          <w:shd w:val="clear" w:color="auto" w:fill="C00000"/>
          <w:color w:val="FFFFFF"/>
        </w:rPr>
        <w:t xml:space="preserve"> — </w:t>
      </w:r>
      <w:r>
        <w:rPr>
          <w:u w:val="none"/>
          <w:shd w:val="clear" w:color="auto" w:fill="C00000"/>
          <w:color w:val="FFFFFF"/>
        </w:rPr>
        <w:t>God does not show favoritism</w:t>
      </w:r>
      <w:r>
        <w:rPr>
          <w:b w:val="false"/>
          <w:i w:val="false"/>
          <w:u w:val="none"/>
          <w:shd w:val="clear" w:color="auto" w:fill="C00000"/>
          <w:color w:val="FFFFFF"/>
        </w:rPr>
        <w:t xml:space="preserve"> [6FIV]</w:t>
      </w:r>
    </w:p>
    <w:p>
      <w:pPr>
        <w:pStyle w:val="Yellow"/>
        <w:rPr/>
        <w:pBdr>
          <w:left w:val="single" w:sz="28" w:space="5" w:color="C00000"/>
        </w:pBdr>
      </w:pPr>
      <w:r>
        <w:rPr>
          <w:shd w:val="clear" w:color="auto" w:fill="F4B183"/>
          <w:color w:val="000000"/>
        </w:rPr>
        <w:t xml:space="preserve">(Ep6:8 “the Lord”) </w:t>
      </w:r>
      <w:r>
        <w:rPr>
          <w:b/>
          <w:shd w:val="clear" w:color="auto" w:fill="F4B183"/>
          <w:color w:val="000000"/>
        </w:rPr>
        <w:t xml:space="preserve">Ephesians 6:9</w:t>
      </w:r>
      <w:r>
        <w:rPr>
          <w:shd w:val="clear" w:color="auto" w:fill="F4B183"/>
          <w:color w:val="000000"/>
        </w:rPr>
        <w:t xml:space="preserve"> — </w:t>
      </w:r>
      <w:r>
        <w:rPr>
          <w:shd w:fill="F4B183" w:val="clear" w:color="auto"/>
          <w:color w:val="000000"/>
        </w:rPr>
        <w:t xml:space="preserve">there is no favoritism with {Him}</w:t>
      </w:r>
      <w:r>
        <w:rPr>
          <w:b w:val="false"/>
          <w:i w:val="false"/>
          <w:color w:val="000000"/>
          <w:u w:val="none"/>
          <w:shd w:val="clear" w:color="auto" w:fill="F4B183"/>
        </w:rPr>
        <w:t xml:space="preserve"> [6FIV]</w:t>
      </w:r>
      <w:r>
        <w:rPr>
          <w:shd w:val="clear" w:color="auto" w:fill="F4B183"/>
          <w:color w:val="000000"/>
        </w:rPr>
        <w:t xml:space="preserve">.</w:t>
      </w:r>
    </w:p>
    <w:p>
      <w:pPr>
        <w:pStyle w:val="Yellow"/>
        <w:rPr/>
      </w:pPr>
      <w:r>
        <w:rPr>
          <w:b/>
        </w:rPr>
        <w:t xml:space="preserve">Colossians 4:1</w:t>
      </w:r>
      <w:r>
        <w:rPr/>
        <w:t xml:space="preserve"> — </w:t>
      </w:r>
      <w:r>
        <w:rPr>
          <w:shd w:fill="B7DDE8" w:val="clear"/>
        </w:rPr>
        <w:t xml:space="preserve">Masters, supply your slaves with what is right and fair</w:t>
      </w:r>
      <w:r>
        <w:rPr>
          <w:b w:val="false"/>
          <w:i w:val="false"/>
          <w:color w:val="000000"/>
          <w:u w:val="none"/>
        </w:rPr>
        <w:t xml:space="preserve"> [1LBV]</w:t>
      </w:r>
      <w:r>
        <w:rPr/>
        <w:t xml:space="preserve">, since you know that </w:t>
      </w:r>
      <w:r>
        <w:rPr>
          <w:shd w:fill="B7DDE8" w:val="clear"/>
        </w:rPr>
        <w:t xml:space="preserve">you also have a Master in heaven</w:t>
      </w:r>
      <w:r>
        <w:rPr>
          <w:b w:val="false"/>
          <w:i w:val="false"/>
          <w:color w:val="000000"/>
          <w:u w:val="none"/>
        </w:rPr>
        <w:t xml:space="preserve"> [1LBW]</w:t>
      </w:r>
      <w:r>
        <w:rPr/>
        <w:t xml:space="preserve">.</w:t>
      </w:r>
    </w:p>
    <w:p>
      <w:pPr>
        <w:pStyle w:val="Yellow"/>
        <w:rPr/>
      </w:pPr>
      <w:r>
        <w:rPr>
          <w:u w:val="none"/>
        </w:rPr>
        <w:t xml:space="preserve">(He2:9 “Jesus”¹ / 6 “God”²) </w:t>
      </w:r>
      <w:r>
        <w:rPr>
          <w:b/>
          <w:u w:val="none"/>
        </w:rPr>
        <w:t>Hebrews 1:8</w:t>
      </w:r>
      <w:r>
        <w:rPr>
          <w:u w:val="none"/>
        </w:rPr>
        <w:t xml:space="preserve"> — But about the {Son} {He} says: “</w:t>
      </w:r>
      <w:r>
        <w:rPr>
          <w:u w:val="none"/>
          <w:shd w:fill="B7DDE8" w:val="clear"/>
        </w:rPr>
        <w:t>Your throne, O God, endures forever and ever</w:t>
      </w:r>
      <w:r>
        <w:rPr>
          <w:b w:val="false"/>
          <w:i w:val="false"/>
          <w:color w:val="000000"/>
          <w:u w:val="none"/>
        </w:rPr>
        <w:t xml:space="preserve"> [3MHA]</w:t>
      </w:r>
      <w:r>
        <w:rPr>
          <w:u w:val="none"/>
        </w:rPr>
        <w:t xml:space="preserve">, and </w:t>
      </w:r>
      <w:r>
        <w:rPr>
          <w:u w:val="none"/>
          <w:shd w:fill="B7DDE8" w:val="clear"/>
        </w:rPr>
        <w:t>justice is the scepter of Your kingdom</w:t>
      </w:r>
      <w:r>
        <w:rPr>
          <w:b w:val="false"/>
          <w:i w:val="false"/>
          <w:color w:val="000000"/>
          <w:u w:val="none"/>
        </w:rPr>
        <w:t xml:space="preserve"> [1ARI]</w:t>
      </w:r>
      <w:r>
        <w:rPr>
          <w:u w:val="none"/>
        </w:rPr>
        <w:t>.</w:t>
      </w:r>
    </w:p>
    <w:p>
      <w:pPr>
        <w:pStyle w:val="Yellow"/>
        <w:rPr/>
      </w:pPr>
      <w:r>
        <w:rPr>
          <w:b/>
          <w:highlight w:val="cyan"/>
          <w:color w:val="auto"/>
        </w:rPr>
        <w:t xml:space="preserve">Hebrews 1:9</w:t>
      </w:r>
      <w:r>
        <w:rPr>
          <w:highlight w:val="cyan"/>
          <w:color w:val="auto"/>
        </w:rPr>
        <w:t xml:space="preserve"> — </w:t>
      </w:r>
      <w:r>
        <w:rPr>
          <w:highlight w:val="cyan"/>
          <w:color w:val="auto"/>
        </w:rPr>
        <w:t xml:space="preserve">You have loved righteousness and hated wickedness</w:t>
      </w:r>
      <w:r>
        <w:rPr>
          <w:b w:val="false"/>
          <w:i w:val="false"/>
          <w:u w:val="none"/>
          <w:color w:val="auto"/>
        </w:rPr>
        <w:t xml:space="preserve"> [2HXQ]</w:t>
      </w:r>
      <w:r>
        <w:rPr>
          <w:highlight w:val="cyan"/>
          <w:color w:val="auto"/>
        </w:rPr>
        <w:t xml:space="preserve">; therefore </w:t>
      </w:r>
      <w:r>
        <w:rPr>
          <w:highlight w:val="cyan"/>
          <w:color w:val="auto"/>
        </w:rPr>
        <w:t xml:space="preserve">God, Your God, has anointed You above Your companions with the oil of joy</w:t>
      </w:r>
      <w:r>
        <w:rPr>
          <w:b w:val="false"/>
          <w:i w:val="false"/>
          <w:u w:val="none"/>
          <w:color w:val="auto"/>
        </w:rPr>
        <w:t xml:space="preserve"> [2HXR]</w:t>
      </w:r>
      <w:r>
        <w:rPr>
          <w:highlight w:val="cyan"/>
          <w:color w:val="auto"/>
        </w:rPr>
        <w:t xml:space="preserve">.”</w:t>
      </w:r>
    </w:p>
    <w:p>
      <w:r>
        <w:rPr>
          <w:b/>
          <w:sz w:val="32"/>
        </w:rPr>
        <w:t>Judgment  (122)</w:t>
      </w:r>
    </w:p>
    <w:p>
      <w:pPr>
        <w:pStyle w:val="Yellow"/>
        <w:rPr/>
      </w:pPr>
      <w:r>
        <w:rPr/>
        <w:t xml:space="preserve">(Ge3:6 The woman “took the fruit and ate it”) </w:t>
      </w:r>
      <w:r>
        <w:rPr>
          <w:b/>
        </w:rPr>
        <w:t xml:space="preserve">Genesis 3:16</w:t>
      </w:r>
      <w:r>
        <w:rPr/>
        <w:t xml:space="preserve"> — “</w:t>
      </w:r>
      <w:r>
        <w:rPr>
          <w:shd w:fill="B7DDE8" w:val="clear"/>
        </w:rPr>
        <w:t xml:space="preserve">I will sharply increase your pain in childbirth; in pain you will bring forth children</w:t>
      </w:r>
      <w:r>
        <w:rPr>
          <w:b w:val="false"/>
          <w:i w:val="false"/>
          <w:color w:val="000000"/>
          <w:u w:val="none"/>
        </w:rPr>
        <w:t xml:space="preserve"> [1GOZ]</w:t>
      </w:r>
      <w:r>
        <w:rPr/>
        <w:t xml:space="preserve">. </w:t>
      </w:r>
      <w:r>
        <w:rPr>
          <w:shd w:fill="B7DDE8" w:val="clear"/>
        </w:rPr>
        <w:t xml:space="preserve">Your desire will be for your husband</w:t>
      </w:r>
      <w:r>
        <w:rPr>
          <w:b w:val="false"/>
          <w:i w:val="false"/>
          <w:color w:val="000000"/>
          <w:u w:val="none"/>
        </w:rPr>
        <w:t xml:space="preserve"> [1GPA]</w:t>
      </w:r>
      <w:r>
        <w:rPr/>
        <w:t xml:space="preserve">, and </w:t>
      </w:r>
      <w:r>
        <w:rPr>
          <w:shd w:fill="B7DDE8" w:val="clear"/>
        </w:rPr>
        <w:t xml:space="preserve">he will rule over you</w:t>
      </w:r>
      <w:r>
        <w:rPr>
          <w:b w:val="false"/>
          <w:i w:val="false"/>
          <w:color w:val="000000"/>
          <w:u w:val="none"/>
        </w:rPr>
        <w:t xml:space="preserve"> [1GPB]</w:t>
      </w:r>
      <w:r>
        <w:rPr/>
        <w:t xml:space="preserve">.”</w:t>
      </w:r>
    </w:p>
    <w:p>
      <w:pPr>
        <w:pStyle w:val="Yellow"/>
        <w:rPr/>
      </w:pPr>
      <w:r>
        <w:rPr>
          <w:b/>
          <w:shd w:val="clear" w:color="auto" w:fill="C00000"/>
          <w:color w:val="FFFFFF"/>
        </w:rPr>
        <w:t>Genesis 38:7</w:t>
      </w:r>
      <w:r>
        <w:rPr>
          <w:shd w:val="clear" w:color="auto" w:fill="C00000"/>
          <w:color w:val="FFFFFF"/>
        </w:rPr>
        <w:t xml:space="preserve"> — But </w:t>
      </w:r>
      <w:r>
        <w:rPr>
          <w:shd w:val="clear" w:color="auto" w:fill="C00000"/>
          <w:color w:val="FFFFFF"/>
        </w:rPr>
        <w:t>Er, Judah’s firstborn, was wicked in the sight of the LORD</w:t>
      </w:r>
      <w:r>
        <w:rPr>
          <w:b w:val="false"/>
          <w:i w:val="false"/>
          <w:u w:val="none"/>
          <w:shd w:val="clear" w:color="auto" w:fill="C00000"/>
          <w:color w:val="FFFFFF"/>
        </w:rPr>
        <w:t xml:space="preserve"> [1ERX]</w:t>
      </w:r>
      <w:r>
        <w:rPr>
          <w:shd w:val="clear" w:color="auto" w:fill="C00000"/>
          <w:color w:val="FFFFFF"/>
        </w:rPr>
        <w:t xml:space="preserve">; so </w:t>
      </w:r>
      <w:r>
        <w:rPr>
          <w:shd w:val="clear" w:color="auto" w:fill="C00000"/>
          <w:color w:val="FFFFFF"/>
        </w:rPr>
        <w:t>the LORD put him to death</w:t>
      </w:r>
      <w:r>
        <w:rPr>
          <w:b w:val="false"/>
          <w:i w:val="false"/>
          <w:u w:val="none"/>
          <w:shd w:val="clear" w:color="auto" w:fill="C00000"/>
          <w:color w:val="FFFFFF"/>
        </w:rPr>
        <w:t xml:space="preserve"> [1ERY]</w:t>
      </w:r>
      <w:r>
        <w:rPr>
          <w:shd w:val="clear" w:color="auto" w:fill="C00000"/>
          <w:color w:val="FFFFFF"/>
        </w:rPr>
        <w:t>.</w:t>
      </w:r>
    </w:p>
    <w:p>
      <w:pPr>
        <w:pStyle w:val="Yellow"/>
        <w:rPr/>
      </w:pPr>
      <w:r>
        <w:rPr>
          <w:b/>
        </w:rPr>
        <w:t xml:space="preserve">Exodus 11:1</w:t>
      </w:r>
      <w:r>
        <w:rPr/>
        <w:t xml:space="preserve"> — </w:t>
      </w:r>
      <w:r>
        <w:rPr>
          <w:shd w:fill="B7DDE8" w:val="clear"/>
        </w:rPr>
        <w:t xml:space="preserve">I will bring upon Pharaoh and Egypt one more plague</w:t>
      </w:r>
      <w:r>
        <w:rPr>
          <w:b w:val="false"/>
          <w:i w:val="false"/>
          <w:color w:val="000000"/>
          <w:u w:val="none"/>
        </w:rPr>
        <w:t xml:space="preserve"> [1KHB]</w:t>
      </w:r>
      <w:r>
        <w:rPr/>
        <w:t xml:space="preserve">. </w:t>
      </w:r>
      <w:r>
        <w:rPr>
          <w:shd w:fill="B7DDE8" w:val="clear"/>
        </w:rPr>
        <w:t xml:space="preserve">After that, he will allow you to leave this place</w:t>
      </w:r>
      <w:r>
        <w:rPr>
          <w:b w:val="false"/>
          <w:i w:val="false"/>
          <w:color w:val="000000"/>
          <w:u w:val="none"/>
        </w:rPr>
        <w:t xml:space="preserve"> [1KHC]</w:t>
      </w:r>
      <w:r>
        <w:rPr/>
        <w:t xml:space="preserve">.</w:t>
      </w:r>
    </w:p>
    <w:p>
      <w:pPr>
        <w:pStyle w:val="Yellow"/>
        <w:rPr/>
      </w:pPr>
      <w:r>
        <w:rPr>
          <w:b/>
        </w:rPr>
        <w:t xml:space="preserve">Exodus 21:16</w:t>
      </w:r>
      <w:r>
        <w:rPr/>
        <w:t xml:space="preserve"> — </w:t>
      </w:r>
      <w:r>
        <w:rPr>
          <w:shd w:fill="B7DDE8" w:val="clear"/>
        </w:rPr>
        <w:t xml:space="preserve">Whoever kidnaps another man must be put to death, whether he sells him or the man is found in his possession</w:t>
      </w:r>
      <w:r>
        <w:rPr>
          <w:b w:val="false"/>
          <w:i w:val="false"/>
          <w:color w:val="000000"/>
          <w:u w:val="none"/>
        </w:rPr>
        <w:t xml:space="preserve"> [1IUV]</w:t>
      </w:r>
      <w:r>
        <w:rPr/>
        <w:t xml:space="preserve">.</w:t>
      </w:r>
    </w:p>
    <w:p>
      <w:pPr>
        <w:pStyle w:val="Yellow"/>
        <w:rPr/>
      </w:pPr>
      <w:r>
        <w:rPr>
          <w:b/>
          <w:u w:val="none"/>
        </w:rPr>
        <w:t>Exodus 22:20</w:t>
      </w:r>
      <w:r>
        <w:rPr>
          <w:u w:val="none"/>
        </w:rPr>
        <w:t xml:space="preserve"> — </w:t>
      </w:r>
      <w:r>
        <w:rPr>
          <w:u w:val="none"/>
          <w:shd w:fill="B7DDE8" w:val="clear"/>
        </w:rPr>
        <w:t xml:space="preserve">If anyone sacrifices to any god other than the LORD alone, he must </w:t>
      </w:r>
      <w:r>
        <w:rPr>
          <w:u w:val="none"/>
          <w:shd w:fill="B7DDE8" w:val="clear"/>
        </w:rPr>
        <w:t>be set apart for destruction</w:t>
      </w:r>
      <w:r>
        <w:rPr>
          <w:b w:val="false"/>
          <w:i w:val="false"/>
          <w:color w:val="000000"/>
          <w:u w:val="none"/>
        </w:rPr>
        <w:t xml:space="preserve"> [1GF]</w:t>
      </w:r>
      <w:r>
        <w:rPr>
          <w:u w:val="none"/>
        </w:rPr>
        <w:t>.</w:t>
      </w:r>
    </w:p>
    <w:p>
      <w:pPr>
        <w:pStyle w:val="Yellow"/>
        <w:rPr/>
      </w:pPr>
      <w:r>
        <w:rPr/>
        <w:t xml:space="preserve">(Nu11:18 “meat”) </w:t>
      </w:r>
      <w:r>
        <w:rPr>
          <w:b/>
        </w:rPr>
        <w:t xml:space="preserve">Numbers 11:19–20</w:t>
      </w:r>
      <w:r>
        <w:rPr/>
        <w:t xml:space="preserve"> — </w:t>
      </w:r>
      <w:r>
        <w:rPr>
          <w:shd w:fill="B7DDE8" w:val="clear"/>
        </w:rPr>
        <w:t xml:space="preserve">You will eat {it} not for one or two days, nor for five or ten or twenty days, but for a whole month</w:t>
      </w:r>
      <w:r>
        <w:rPr>
          <w:b w:val="false"/>
          <w:i w:val="false"/>
          <w:color w:val="000000"/>
          <w:u w:val="none"/>
        </w:rPr>
        <w:t xml:space="preserve"> [1KIM]</w:t>
      </w:r>
      <w:r>
        <w:rPr/>
        <w:t xml:space="preserve">—</w:t>
      </w:r>
      <w:r>
        <w:rPr>
          <w:shd w:fill="B7DDE8" w:val="clear"/>
        </w:rPr>
        <w:t xml:space="preserve">until it comes out of your nostrils and makes you nauseous</w:t>
      </w:r>
      <w:r>
        <w:rPr>
          <w:b w:val="false"/>
          <w:i w:val="false"/>
          <w:color w:val="000000"/>
          <w:u w:val="none"/>
        </w:rPr>
        <w:t xml:space="preserve"> [1KIN]</w:t>
      </w:r>
      <w:r>
        <w:rPr/>
        <w:t xml:space="preserve">—</w:t>
      </w:r>
      <w:r>
        <w:rPr>
          <w:shd w:fill="B7DDE8" w:val="clear"/>
        </w:rPr>
        <w:t xml:space="preserve">because you have rejected the LORD, who is among you, and have cried out before Him, saying, ‘Why did we ever leave Egypt?’</w:t>
      </w:r>
      <w:r>
        <w:rPr>
          <w:b w:val="false"/>
          <w:i w:val="false"/>
          <w:color w:val="000000"/>
          <w:u w:val="none"/>
        </w:rPr>
        <w:t xml:space="preserve"> [1KIO]</w:t>
      </w:r>
      <w:r>
        <w:rPr/>
        <w:t xml:space="preserve">”</w:t>
      </w:r>
    </w:p>
    <w:p>
      <w:pPr>
        <w:pStyle w:val="Yellow"/>
        <w:rPr/>
      </w:pPr>
      <w:r>
        <w:rPr>
          <w:u w:val="none"/>
        </w:rPr>
        <w:t xml:space="preserve">(Nu11:20ᶜ Because they “rejected the LORD”) </w:t>
      </w:r>
      <w:r>
        <w:rPr>
          <w:b/>
          <w:u w:val="none"/>
        </w:rPr>
        <w:t xml:space="preserve">Numbers 11:33</w:t>
      </w:r>
      <w:r>
        <w:rPr>
          <w:u w:val="none"/>
        </w:rPr>
        <w:t xml:space="preserve"> — But </w:t>
      </w:r>
      <w:r>
        <w:rPr>
          <w:u w:val="none"/>
          <w:shd w:fill="B7DDE8" w:val="clear"/>
        </w:rPr>
        <w:t xml:space="preserve">while the meat was still between their teeth, before it was chewed</w:t>
      </w:r>
      <w:r>
        <w:rPr>
          <w:b w:val="false"/>
          <w:i w:val="false"/>
          <w:color w:val="000000"/>
          <w:u w:val="none"/>
        </w:rPr>
        <w:t xml:space="preserve"> [1JJE]</w:t>
      </w:r>
      <w:r>
        <w:rPr>
          <w:u w:val="none"/>
        </w:rPr>
        <w:t xml:space="preserve">, </w:t>
      </w:r>
      <w:r>
        <w:rPr>
          <w:u w:val="none"/>
          <w:shd w:fill="B7DDE8" w:val="clear"/>
        </w:rPr>
        <w:t xml:space="preserve">the anger of the LORD burned against the people</w:t>
      </w:r>
      <w:r>
        <w:rPr>
          <w:b w:val="false"/>
          <w:i w:val="false"/>
          <w:color w:val="000000"/>
          <w:u w:val="none"/>
        </w:rPr>
        <w:t xml:space="preserve"> [4JJF]</w:t>
      </w:r>
      <w:r>
        <w:rPr>
          <w:u w:val="none"/>
        </w:rPr>
        <w:t xml:space="preserve">, and </w:t>
      </w:r>
      <w:r>
        <w:rPr>
          <w:u w:val="none"/>
          <w:shd w:fill="B7DDE8" w:val="clear"/>
        </w:rPr>
        <w:t xml:space="preserve">the LORD struck them with a severe plague</w:t>
      </w:r>
      <w:r>
        <w:rPr>
          <w:b w:val="false"/>
          <w:i w:val="false"/>
          <w:color w:val="000000"/>
          <w:u w:val="none"/>
        </w:rPr>
        <w:t xml:space="preserve"> [1JJG]</w:t>
      </w:r>
      <w:r>
        <w:rPr>
          <w:u w:val="none"/>
        </w:rPr>
        <w:t xml:space="preserve">.</w:t>
      </w:r>
    </w:p>
    <w:p>
      <w:pPr>
        <w:pStyle w:val="Yellow"/>
        <w:rPr/>
      </w:pPr>
      <w:r>
        <w:rPr/>
        <w:t xml:space="preserve">(Nu26:64 “the Israelites in the Wilderness of Sinai”) </w:t>
      </w:r>
      <w:r>
        <w:rPr>
          <w:b/>
        </w:rPr>
        <w:t xml:space="preserve">Numbers 26:65</w:t>
      </w:r>
      <w:r>
        <w:rPr/>
        <w:t xml:space="preserve"> — For </w:t>
      </w:r>
      <w:r>
        <w:rPr>
          <w:shd w:fill="B7DDE8" w:val="clear"/>
        </w:rPr>
        <w:t xml:space="preserve">the LORD had told {them} that they would surely die in the wilderness</w:t>
      </w:r>
      <w:r>
        <w:rPr>
          <w:b w:val="false"/>
          <w:i w:val="false"/>
          <w:color w:val="000000"/>
          <w:u w:val="none"/>
        </w:rPr>
        <w:t xml:space="preserve"> [1IYC]</w:t>
      </w:r>
      <w:r>
        <w:rPr/>
        <w:t xml:space="preserve">. </w:t>
      </w:r>
      <w:r>
        <w:rPr>
          <w:shd w:fill="B7DDE8" w:val="clear"/>
        </w:rPr>
        <w:t xml:space="preserve">Not one was left except Caleb son of Jephunneh and Joshua son of Nun</w:t>
      </w:r>
      <w:r>
        <w:rPr>
          <w:b w:val="false"/>
          <w:i w:val="false"/>
          <w:color w:val="000000"/>
          <w:u w:val="none"/>
        </w:rPr>
        <w:t xml:space="preserve"> [1IYD]</w:t>
      </w:r>
      <w:r>
        <w:rPr/>
        <w:t xml:space="preserve">.</w:t>
      </w:r>
    </w:p>
    <w:p>
      <w:pPr>
        <w:pStyle w:val="Yellow"/>
        <w:rPr/>
      </w:pPr>
      <w:r>
        <w:t xml:space="preserve">(De9:1–2 nations across the Jordan) </w:t>
      </w:r>
      <w:r>
        <w:rPr>
          <w:b/>
        </w:rPr>
        <w:t>Deuteronomy 9:5</w:t>
      </w:r>
      <w:r>
        <w:t xml:space="preserve"> — </w:t>
      </w:r>
      <w:r>
        <w:rPr>
          <w:shd w:fill="B7DDE8" w:val="clear"/>
        </w:rPr>
        <w:t>it is because of {their} wickedness that the LORD your God is driving out {these nations} before you</w:t>
      </w:r>
      <w:r>
        <w:rPr>
          <w:b w:val="false"/>
          <w:i w:val="false"/>
          <w:color w:val="000000"/>
          <w:u w:val="none"/>
        </w:rPr>
        <w:t xml:space="preserve"> [1AGL]</w:t>
      </w:r>
      <w:r>
        <w:t xml:space="preserve">, </w:t>
      </w:r>
      <w:r>
        <w:rPr>
          <w:shd w:fill="B7DDE8" w:val="clear"/>
        </w:rPr>
        <w:t>to keep the promise He swore to your fathers, to Abraham, Isaac, and Jacob</w:t>
      </w:r>
      <w:r>
        <w:rPr>
          <w:b w:val="false"/>
          <w:i w:val="false"/>
          <w:color w:val="000000"/>
          <w:u w:val="none"/>
        </w:rPr>
        <w:t xml:space="preserve"> [1AGM]</w:t>
      </w:r>
      <w:r>
        <w:t>.</w:t>
      </w:r>
    </w:p>
    <w:p>
      <w:pPr>
        <w:pStyle w:val="Yellow"/>
        <w:rPr/>
      </w:pPr>
      <w:r>
        <w:rPr/>
        <w:t xml:space="preserve">(De18:10–11 occult practices) </w:t>
      </w:r>
      <w:r>
        <w:rPr>
          <w:b/>
        </w:rPr>
        <w:t xml:space="preserve">Deuteronomy 18:12</w:t>
      </w:r>
      <w:r>
        <w:rPr/>
        <w:t xml:space="preserve"> — And </w:t>
      </w:r>
      <w:r>
        <w:rPr>
          <w:shd w:fill="B7DDE8" w:val="clear"/>
        </w:rPr>
        <w:t xml:space="preserve">because of {these detestable things}, the LORD your God is driving out the nations before you</w:t>
      </w:r>
      <w:r>
        <w:rPr>
          <w:b w:val="false"/>
          <w:i w:val="false"/>
          <w:color w:val="000000"/>
          <w:u w:val="none"/>
        </w:rPr>
        <w:t xml:space="preserve"> [1LDA]</w:t>
      </w:r>
      <w:r>
        <w:rPr/>
        <w:t xml:space="preserve">.</w:t>
      </w:r>
    </w:p>
    <w:p>
      <w:pPr>
        <w:pStyle w:val="Yellow"/>
        <w:rPr/>
      </w:pPr>
      <w:r>
        <w:rPr>
          <w:b/>
          <w:u w:val="none"/>
          <w:shd w:val="clear" w:color="auto" w:fill="548235"/>
          <w:color w:val="FFFFFF"/>
        </w:rPr>
        <w:t xml:space="preserve">Joshua 6:18</w:t>
      </w:r>
      <w:r>
        <w:rPr>
          <w:u w:val="none"/>
          <w:shd w:val="clear" w:color="auto" w:fill="548235"/>
          <w:color w:val="FFFFFF"/>
        </w:rPr>
        <w:t xml:space="preserve"> — But </w:t>
      </w:r>
      <w:r>
        <w:rPr>
          <w:u w:val="none"/>
          <w:shd w:fill="548235" w:val="clear" w:color="auto"/>
          <w:color w:val="FFFFFF"/>
        </w:rPr>
        <w:t xml:space="preserve">keep away from the things devoted to destruction</w:t>
      </w:r>
      <w:r>
        <w:rPr>
          <w:b w:val="false"/>
          <w:i w:val="false"/>
          <w:color w:val="FFFFFF"/>
          <w:u w:val="none"/>
          <w:shd w:val="clear" w:color="auto" w:fill="548235"/>
        </w:rPr>
        <w:t xml:space="preserve"> [1JFO]</w:t>
      </w:r>
      <w:r>
        <w:rPr>
          <w:u w:val="none"/>
          <w:shd w:val="clear" w:color="auto" w:fill="548235"/>
          <w:color w:val="FFFFFF"/>
        </w:rPr>
        <w:t xml:space="preserve">, </w:t>
      </w:r>
      <w:r>
        <w:rPr>
          <w:u w:val="none"/>
          <w:shd w:fill="548235" w:val="clear" w:color="auto"/>
          <w:color w:val="FFFFFF"/>
        </w:rPr>
        <w:t xml:space="preserve">lest you yourself </w:t>
      </w:r>
      <w:r>
        <w:rPr>
          <w:u w:val="none"/>
          <w:shd w:fill="548235" w:val="clear" w:color="auto"/>
          <w:color w:val="FFFFFF"/>
        </w:rPr>
        <w:t xml:space="preserve">be set apart for destruction</w:t>
      </w:r>
      <w:r>
        <w:rPr>
          <w:b w:val="false"/>
          <w:i w:val="false"/>
          <w:color w:val="FFFFFF"/>
          <w:u w:val="none"/>
          <w:shd w:val="clear" w:color="auto" w:fill="548235"/>
        </w:rPr>
        <w:t xml:space="preserve"> [1JFP]</w:t>
      </w:r>
      <w:r>
        <w:rPr>
          <w:u w:val="none"/>
          <w:shd w:val="clear" w:color="auto" w:fill="548235"/>
          <w:color w:val="FFFFFF"/>
        </w:rPr>
        <w:t xml:space="preserve">. </w:t>
      </w:r>
      <w:r>
        <w:rPr>
          <w:u w:val="none"/>
          <w:shd w:fill="548235" w:val="clear" w:color="auto"/>
          <w:color w:val="FFFFFF"/>
        </w:rPr>
        <w:t xml:space="preserve">If you take any of these, you will set apart the camp of Israel for destruction and bring disaster upon it</w:t>
      </w:r>
      <w:r>
        <w:rPr>
          <w:b w:val="false"/>
          <w:i w:val="false"/>
          <w:color w:val="FFFFFF"/>
          <w:u w:val="none"/>
          <w:shd w:val="clear" w:color="auto" w:fill="548235"/>
        </w:rPr>
        <w:t xml:space="preserve"> [1JFQ]</w:t>
      </w:r>
      <w:r>
        <w:rPr>
          <w:u w:val="none"/>
          <w:shd w:val="clear" w:color="auto" w:fill="548235"/>
          <w:color w:val="FFFFFF"/>
        </w:rPr>
        <w:t xml:space="preserve">.</w:t>
      </w:r>
    </w:p>
    <w:p>
      <w:pPr>
        <w:pStyle w:val="Yellow"/>
        <w:rPr/>
      </w:pPr>
      <w:r>
        <w:rPr>
          <w:u w:val="none"/>
        </w:rPr>
        <w:t xml:space="preserve">(Jos7:11 because Israel broke God’s covenant) </w:t>
      </w:r>
      <w:r>
        <w:rPr>
          <w:b/>
          <w:u w:val="none"/>
        </w:rPr>
        <w:t xml:space="preserve">Joshua 7:12</w:t>
      </w:r>
      <w:r>
        <w:rPr>
          <w:u w:val="none"/>
        </w:rPr>
        <w:t xml:space="preserve"> — </w:t>
      </w:r>
      <w:r>
        <w:rPr>
          <w:u w:val="none"/>
          <w:shd w:fill="B7DDE8" w:val="clear"/>
        </w:rPr>
        <w:t xml:space="preserve">The Israelites cannot stand against their enemies</w:t>
      </w:r>
      <w:r>
        <w:rPr>
          <w:b w:val="false"/>
          <w:i w:val="false"/>
          <w:u w:val="none"/>
          <w:color w:val="000000"/>
        </w:rPr>
        <w:t xml:space="preserve"> [1JRM]</w:t>
      </w:r>
      <w:r>
        <w:rPr>
          <w:u w:val="none"/>
        </w:rPr>
        <w:t xml:space="preserve">. </w:t>
      </w:r>
      <w:r>
        <w:rPr>
          <w:u w:val="none"/>
          <w:shd w:fill="B7DDE8" w:val="clear"/>
        </w:rPr>
        <w:t xml:space="preserve">They will turn their backs and run from their enemies</w:t>
      </w:r>
      <w:r>
        <w:rPr>
          <w:b w:val="false"/>
          <w:i w:val="false"/>
          <w:u w:val="none"/>
          <w:color w:val="000000"/>
        </w:rPr>
        <w:t xml:space="preserve"> [1JRN]</w:t>
      </w:r>
      <w:r>
        <w:rPr>
          <w:u w:val="none"/>
        </w:rPr>
        <w:t xml:space="preserve">, because </w:t>
      </w:r>
      <w:r>
        <w:rPr>
          <w:u w:val="none"/>
          <w:shd w:fill="B7DDE8" w:val="clear"/>
        </w:rPr>
        <w:t xml:space="preserve">they themselves have </w:t>
      </w:r>
      <w:r>
        <w:rPr>
          <w:u w:val="none"/>
          <w:shd w:fill="B7DDE8" w:val="clear"/>
        </w:rPr>
        <w:t xml:space="preserve">been set apart for destruction</w:t>
      </w:r>
      <w:r>
        <w:rPr>
          <w:b w:val="false"/>
          <w:i w:val="false"/>
          <w:color w:val="000000"/>
          <w:u w:val="none"/>
        </w:rPr>
        <w:t xml:space="preserve"> [1JRO]</w:t>
      </w:r>
      <w:r>
        <w:rPr>
          <w:u w:val="none"/>
        </w:rPr>
        <w:t xml:space="preserve">. </w:t>
      </w:r>
      <w:r>
        <w:rPr>
          <w:u w:val="none"/>
          <w:shd w:fill="B7DDE8" w:val="clear"/>
        </w:rPr>
        <w:t xml:space="preserve">I will no longer be with you unless you remove from among you whatever is devoted to destruction</w:t>
      </w:r>
      <w:r>
        <w:rPr>
          <w:b w:val="false"/>
          <w:i w:val="false"/>
          <w:color w:val="000000"/>
          <w:u w:val="none"/>
        </w:rPr>
        <w:t xml:space="preserve"> [1JRP]</w:t>
      </w:r>
      <w:r>
        <w:rPr>
          <w:u w:val="none"/>
        </w:rPr>
        <w:t xml:space="preserve">.</w:t>
      </w:r>
    </w:p>
    <w:p>
      <w:pPr>
        <w:pStyle w:val="Yellow"/>
        <w:rPr/>
        <w:pBdr>
          <w:left w:val="single" w:sz="28" w:space="5" w:color="C00000"/>
        </w:pBdr>
      </w:pPr>
      <w:r>
        <w:rPr/>
        <w:t xml:space="preserve">(Jos24:6 when the Egyptians pursued Israel) </w:t>
      </w:r>
      <w:r>
        <w:rPr>
          <w:b/>
        </w:rPr>
        <w:t>Joshua 24:7</w:t>
      </w:r>
      <w:r>
        <w:rPr/>
        <w:t xml:space="preserve"> — {So} </w:t>
      </w:r>
      <w:r>
        <w:rPr>
          <w:shd w:val="clear" w:fill="B7DDE8"/>
        </w:rPr>
        <w:t>your fathers cried out to the LORD</w:t>
      </w:r>
      <w:r>
        <w:rPr>
          <w:b w:val="false"/>
          <w:i w:val="false"/>
          <w:color w:val="000000"/>
          <w:u w:val="none"/>
        </w:rPr>
        <w:t xml:space="preserve"> [1CPL]</w:t>
      </w:r>
      <w:r>
        <w:rPr/>
        <w:t xml:space="preserve">, and </w:t>
      </w:r>
      <w:r>
        <w:rPr>
          <w:shd w:val="clear" w:fill="B7DDE8"/>
        </w:rPr>
        <w:t>He put darkness between you and the Egyptians</w:t>
      </w:r>
      <w:r>
        <w:rPr>
          <w:b w:val="false"/>
          <w:i w:val="false"/>
          <w:u w:val="none"/>
          <w:color w:val="000000"/>
        </w:rPr>
        <w:t xml:space="preserve"> [1CPM]</w:t>
      </w:r>
      <w:r>
        <w:rPr/>
        <w:t xml:space="preserve">, </w:t>
      </w:r>
      <w:r>
        <w:rPr>
          <w:shd w:val="clear" w:fill="B7DDE8"/>
        </w:rPr>
        <w:t>over whom He brought the sea</w:t>
      </w:r>
      <w:r>
        <w:rPr>
          <w:b w:val="false"/>
          <w:i w:val="false"/>
          <w:color w:val="000000"/>
          <w:u w:val="none"/>
        </w:rPr>
        <w:t xml:space="preserve"> [1CPN]</w:t>
      </w:r>
      <w:r>
        <w:rPr/>
        <w:t xml:space="preserve"> and </w:t>
      </w:r>
      <w:r>
        <w:rPr>
          <w:shd w:val="clear" w:fill="B7DDE8"/>
        </w:rPr>
        <w:t>engulfed them</w:t>
      </w:r>
      <w:r>
        <w:rPr>
          <w:b w:val="false"/>
          <w:i w:val="false"/>
          <w:color w:val="000000"/>
          <w:u w:val="none"/>
        </w:rPr>
        <w:t xml:space="preserve"> [1CPO]</w:t>
      </w:r>
      <w:r>
        <w:rPr/>
        <w:t>.</w:t>
      </w:r>
    </w:p>
    <w:p>
      <w:pPr>
        <w:pStyle w:val="Yellow"/>
        <w:rPr/>
      </w:pPr>
      <w:r>
        <w:rPr>
          <w:b/>
        </w:rPr>
        <w:t xml:space="preserve">Joshua 24:20</w:t>
      </w:r>
      <w:r>
        <w:rPr/>
        <w:t xml:space="preserve"> — </w:t>
      </w:r>
      <w:r>
        <w:rPr>
          <w:shd w:fill="B7DDE8" w:val="clear"/>
        </w:rPr>
        <w:t xml:space="preserve">If you forsake the LORD and serve foreign gods</w:t>
      </w:r>
      <w:r>
        <w:rPr>
          <w:b w:val="false"/>
          <w:i w:val="false"/>
          <w:color w:val="000000"/>
          <w:u w:val="none"/>
        </w:rPr>
        <w:t xml:space="preserve"> [1JDF]</w:t>
      </w:r>
      <w:r>
        <w:rPr/>
        <w:t xml:space="preserve">, </w:t>
      </w:r>
      <w:r>
        <w:rPr>
          <w:shd w:fill="B7DDE8" w:val="clear"/>
        </w:rPr>
        <w:t xml:space="preserve">He will turn and bring disaster on you</w:t>
      </w:r>
      <w:r>
        <w:rPr>
          <w:b w:val="false"/>
          <w:i w:val="false"/>
          <w:color w:val="000000"/>
          <w:u w:val="none"/>
        </w:rPr>
        <w:t xml:space="preserve"> [1JDG]</w:t>
      </w:r>
      <w:r>
        <w:rPr/>
        <w:t xml:space="preserve"> and </w:t>
      </w:r>
      <w:r>
        <w:rPr>
          <w:shd w:fill="B7DDE8" w:val="clear"/>
        </w:rPr>
        <w:t xml:space="preserve">consume you, even after He has been good to you</w:t>
      </w:r>
      <w:r>
        <w:rPr>
          <w:b w:val="false"/>
          <w:i w:val="false"/>
          <w:color w:val="000000"/>
          <w:u w:val="none"/>
        </w:rPr>
        <w:t xml:space="preserve"> [1JDH]</w:t>
      </w:r>
      <w:r>
        <w:rPr/>
        <w:t xml:space="preserve">.”</w:t>
      </w:r>
    </w:p>
    <w:p>
      <w:pPr>
        <w:pStyle w:val="Yellow"/>
        <w:rPr/>
      </w:pPr>
      <w:r>
        <w:rPr>
          <w:u w:val="none"/>
        </w:rPr>
        <w:t xml:space="preserve">(Jdg2:11–13 because Israel served other gods) </w:t>
      </w:r>
      <w:r>
        <w:rPr>
          <w:b/>
          <w:u w:val="none"/>
        </w:rPr>
        <w:t xml:space="preserve">Judges 2:14</w:t>
      </w:r>
      <w:r>
        <w:rPr>
          <w:u w:val="none"/>
        </w:rPr>
        <w:t xml:space="preserve"> — {Then} </w:t>
      </w:r>
      <w:r>
        <w:rPr>
          <w:u w:val="none"/>
          <w:shd w:val="clear" w:color="auto" w:fill="D9C3E6"/>
        </w:rPr>
        <w:t xml:space="preserve">the anger of the LORD burned against Israel</w:t>
      </w:r>
      <w:r>
        <w:rPr>
          <w:b w:val="false"/>
          <w:i w:val="false"/>
          <w:color w:val="000000"/>
          <w:u w:val="none"/>
        </w:rPr>
        <w:t xml:space="preserve"> [4JJF]</w:t>
      </w:r>
      <w:r>
        <w:rPr>
          <w:u w:val="none"/>
          <w:shd w:val="clear" w:color="auto" w:fill="D9C3E6"/>
        </w:rPr>
        <w:t xml:space="preserve">, and </w:t>
      </w:r>
      <w:r>
        <w:rPr>
          <w:u w:val="none"/>
          <w:shd w:val="clear" w:color="auto" w:fill="D9C3E6"/>
        </w:rPr>
        <w:t xml:space="preserve">He delivered them into the hands of those who plundered them</w:t>
      </w:r>
      <w:r>
        <w:rPr>
          <w:b w:val="false"/>
          <w:i w:val="false"/>
          <w:color w:val="000000"/>
          <w:u w:val="none"/>
        </w:rPr>
        <w:t xml:space="preserve"> [2BGO]</w:t>
      </w:r>
      <w:r>
        <w:rPr>
          <w:u w:val="none"/>
          <w:shd w:val="clear" w:color="auto" w:fill="D9C3E6"/>
        </w:rPr>
        <w:t xml:space="preserve">. </w:t>
      </w:r>
      <w:r>
        <w:rPr>
          <w:u w:val="none"/>
          <w:shd w:fill="B7DDE8" w:val="clear"/>
        </w:rPr>
        <w:t xml:space="preserve">He sold them into the hands of their enemies all around</w:t>
      </w:r>
      <w:r>
        <w:rPr>
          <w:b w:val="false"/>
          <w:i w:val="false"/>
          <w:color w:val="000000"/>
          <w:u w:val="none"/>
        </w:rPr>
        <w:t xml:space="preserve"> [1JJP]</w:t>
      </w:r>
      <w:r>
        <w:rPr>
          <w:u w:val="none"/>
        </w:rPr>
        <w:t xml:space="preserve">, </w:t>
      </w:r>
      <w:r>
        <w:rPr>
          <w:u w:val="none"/>
          <w:shd w:fill="B7DDE8" w:val="clear"/>
        </w:rPr>
        <w:t xml:space="preserve">whom they were no longer able to resist</w:t>
      </w:r>
      <w:r>
        <w:rPr>
          <w:b w:val="false"/>
          <w:i w:val="false"/>
          <w:color w:val="000000"/>
          <w:u w:val="none"/>
        </w:rPr>
        <w:t xml:space="preserve"> [1JJQ]</w:t>
      </w:r>
      <w:r>
        <w:rPr>
          <w:u w:val="none"/>
        </w:rPr>
        <w:t xml:space="preserve">.</w:t>
      </w:r>
    </w:p>
    <w:p>
      <w:pPr>
        <w:pStyle w:val="Yellow"/>
        <w:rPr/>
      </w:pPr>
      <w:r>
        <w:rPr>
          <w:b/>
        </w:rPr>
        <w:t xml:space="preserve">1 Samuel 2:10</w:t>
      </w:r>
      <w:r>
        <w:rPr/>
        <w:t xml:space="preserve"> — </w:t>
      </w:r>
      <w:r>
        <w:rPr>
          <w:shd w:fill="B7DDE8" w:val="clear"/>
        </w:rPr>
        <w:t xml:space="preserve">Those who oppose the LORD will be shattered</w:t>
      </w:r>
      <w:r>
        <w:rPr>
          <w:b w:val="false"/>
          <w:i w:val="false"/>
          <w:color w:val="000000"/>
          <w:u w:val="none"/>
        </w:rPr>
        <w:t xml:space="preserve"> [1LBP]</w:t>
      </w:r>
      <w:r>
        <w:rPr/>
        <w:t xml:space="preserve">. </w:t>
      </w:r>
      <w:r>
        <w:rPr>
          <w:shd w:fill="B7DDE8" w:val="clear"/>
        </w:rPr>
        <w:t xml:space="preserve">He will thunder from heaven against them</w:t>
      </w:r>
      <w:r>
        <w:rPr>
          <w:b w:val="false"/>
          <w:i w:val="false"/>
          <w:color w:val="000000"/>
          <w:u w:val="none"/>
        </w:rPr>
        <w:t xml:space="preserve"> [1LBQ]</w:t>
      </w:r>
      <w:r>
        <w:rPr/>
        <w:t xml:space="preserve">.</w:t>
      </w:r>
    </w:p>
    <w:p>
      <w:pPr>
        <w:pStyle w:val="Yellow"/>
        <w:rPr/>
      </w:pPr>
      <w:r>
        <w:rPr/>
        <w:t xml:space="preserve">(1Sa2:17 because Eli’s sons treated the LORD’s offering with contempt) </w:t>
      </w:r>
      <w:r>
        <w:rPr>
          <w:b/>
        </w:rPr>
        <w:t xml:space="preserve">1 Samuel 2:25</w:t>
      </w:r>
      <w:r>
        <w:rPr/>
        <w:t xml:space="preserve"> — </w:t>
      </w:r>
      <w:r>
        <w:rPr>
          <w:shd w:fill="B7DDE8" w:val="clear"/>
        </w:rPr>
        <w:t xml:space="preserve">the LORD intended to put {them} to death</w:t>
      </w:r>
      <w:r>
        <w:rPr>
          <w:b w:val="false"/>
          <w:i w:val="false"/>
          <w:color w:val="000000"/>
          <w:u w:val="none"/>
        </w:rPr>
        <w:t xml:space="preserve"> [1IUS]</w:t>
      </w:r>
      <w:r>
        <w:rPr/>
        <w:t xml:space="preserve">.</w:t>
      </w:r>
    </w:p>
    <w:p>
      <w:pPr>
        <w:pStyle w:val="Yellow"/>
        <w:rPr/>
      </w:pPr>
      <w:r>
        <w:t xml:space="preserve">(1Sa15:23 because Saul rejected the LORD’s word) </w:t>
      </w:r>
      <w:r>
        <w:rPr>
          <w:b/>
        </w:rPr>
        <w:t>1 Samuel 16:14</w:t>
      </w:r>
      <w:r>
        <w:t xml:space="preserve"> — </w:t>
      </w:r>
      <w:r>
        <w:rPr>
          <w:shd w:fill="B7DDE8" w:val="clear"/>
        </w:rPr>
        <w:t>the Spirit of the LORD departed from Saul</w:t>
      </w:r>
      <w:r>
        <w:rPr>
          <w:b w:val="false"/>
          <w:i w:val="false"/>
          <w:color w:val="000000"/>
          <w:u w:val="none"/>
        </w:rPr>
        <w:t xml:space="preserve"> [1BNM]</w:t>
      </w:r>
      <w:r>
        <w:t xml:space="preserve">, and </w:t>
      </w:r>
      <w:r>
        <w:rPr>
          <w:shd w:fill="B7DDE8" w:val="clear"/>
        </w:rPr>
        <w:t>a spirit of distress from the LORD began to torment him</w:t>
      </w:r>
      <w:r>
        <w:rPr>
          <w:b w:val="false"/>
          <w:i w:val="false"/>
          <w:color w:val="000000"/>
          <w:u w:val="none"/>
        </w:rPr>
        <w:t xml:space="preserve"> [1BNN]</w:t>
      </w:r>
      <w:r>
        <w:t>.</w:t>
      </w:r>
    </w:p>
    <w:p>
      <w:pPr>
        <w:pStyle w:val="Yellow"/>
        <w:rPr/>
      </w:pPr>
      <w:r>
        <w:rPr>
          <w:b/>
        </w:rPr>
        <w:t xml:space="preserve">2 Samuel 21:1</w:t>
      </w:r>
      <w:r>
        <w:rPr/>
        <w:t xml:space="preserve"> — During the reign of David </w:t>
      </w:r>
      <w:r>
        <w:rPr>
          <w:shd w:fill="B7DDE8" w:val="clear"/>
        </w:rPr>
        <w:t xml:space="preserve">there was a famine for three successive years</w:t>
      </w:r>
      <w:r>
        <w:rPr>
          <w:b w:val="false"/>
          <w:i w:val="false"/>
          <w:color w:val="000000"/>
          <w:u w:val="none"/>
        </w:rPr>
        <w:t xml:space="preserve"> [1ITM]</w:t>
      </w:r>
      <w:r>
        <w:rPr/>
        <w:t xml:space="preserve">, and </w:t>
      </w:r>
      <w:r>
        <w:rPr>
          <w:shd w:fill="B7DDE8" w:val="clear"/>
        </w:rPr>
        <w:t xml:space="preserve">David sought the face of the LORD</w:t>
      </w:r>
      <w:r>
        <w:rPr>
          <w:b w:val="false"/>
          <w:i w:val="false"/>
          <w:u w:val="none"/>
          <w:color w:val="000000"/>
        </w:rPr>
        <w:t xml:space="preserve"> [2CNP]</w:t>
      </w:r>
      <w:r>
        <w:rPr/>
        <w:t xml:space="preserve">. And the LORD said, “</w:t>
      </w:r>
      <w:r>
        <w:rPr>
          <w:shd w:fill="B7DDE8" w:val="clear"/>
        </w:rPr>
        <w:t xml:space="preserve">It is because of the blood shed by Saul and his family, because he killed the Gibeonites</w:t>
      </w:r>
      <w:r>
        <w:rPr>
          <w:b w:val="false"/>
          <w:i w:val="false"/>
          <w:color w:val="000000"/>
          <w:u w:val="none"/>
        </w:rPr>
        <w:t xml:space="preserve"> [1ITN]</w:t>
      </w:r>
      <w:r>
        <w:rPr/>
        <w:t xml:space="preserve">.”</w:t>
      </w:r>
    </w:p>
    <w:p>
      <w:pPr>
        <w:pStyle w:val="Yellow"/>
        <w:rPr/>
      </w:pPr>
      <w:r>
        <w:rPr>
          <w:b/>
        </w:rPr>
        <w:t xml:space="preserve">1 Kings 22:23</w:t>
      </w:r>
      <w:r>
        <w:rPr/>
        <w:t xml:space="preserve"> — So you see, </w:t>
      </w:r>
      <w:r>
        <w:rPr>
          <w:shd w:fill="B7DDE8" w:val="clear"/>
        </w:rPr>
        <w:t xml:space="preserve">the LORD has put a lying spirit in the mouths of all these prophets of yours</w:t>
      </w:r>
      <w:r>
        <w:rPr>
          <w:b w:val="false"/>
          <w:i w:val="false"/>
          <w:color w:val="000000"/>
          <w:u w:val="none"/>
        </w:rPr>
        <w:t xml:space="preserve"> [1JJC]</w:t>
      </w:r>
      <w:r>
        <w:rPr/>
        <w:t xml:space="preserve">, and </w:t>
      </w:r>
      <w:r>
        <w:rPr>
          <w:shd w:fill="B7DDE8" w:val="clear"/>
        </w:rPr>
        <w:t xml:space="preserve">the LORD has pronounced disaster against you</w:t>
      </w:r>
      <w:r>
        <w:rPr>
          <w:b w:val="false"/>
          <w:i w:val="false"/>
          <w:color w:val="000000"/>
          <w:u w:val="none"/>
        </w:rPr>
        <w:t xml:space="preserve"> [1JJD]</w:t>
      </w:r>
      <w:r>
        <w:rPr/>
        <w:t xml:space="preserve">.</w:t>
      </w:r>
    </w:p>
    <w:p>
      <w:pPr>
        <w:pStyle w:val="Yellow"/>
        <w:rPr/>
      </w:pPr>
      <w:r>
        <w:rPr>
          <w:b/>
        </w:rPr>
        <w:t>2 Kings 9:35–36</w:t>
      </w:r>
      <w:r>
        <w:rPr/>
        <w:t xml:space="preserve"> — But </w:t>
      </w:r>
      <w:r>
        <w:rPr>
          <w:shd w:val="clear" w:fill="B7DDE8"/>
        </w:rPr>
        <w:t>when they went out to bury her, they found nothing but her skull, her feet, and the palms of her hands</w:t>
      </w:r>
      <w:r>
        <w:rPr>
          <w:b w:val="false"/>
          <w:i w:val="false"/>
          <w:u w:val="none"/>
          <w:color w:val="000000"/>
        </w:rPr>
        <w:t xml:space="preserve"> [1TT]</w:t>
      </w:r>
      <w:r>
        <w:rPr/>
        <w:t xml:space="preserve">. So </w:t>
      </w:r>
      <w:r>
        <w:rPr>
          <w:shd w:val="clear" w:fill="B7DDE8"/>
        </w:rPr>
        <w:t>they went back and told Jehu, who replied</w:t>
      </w:r>
      <w:r>
        <w:rPr>
          <w:b w:val="false"/>
          <w:i w:val="false"/>
          <w:color w:val="000000"/>
          <w:u w:val="none"/>
        </w:rPr>
        <w:t xml:space="preserve"> [1TU]</w:t>
      </w:r>
      <w:r>
        <w:rPr/>
        <w:t>, “</w:t>
      </w:r>
      <w:r>
        <w:rPr>
          <w:shd w:val="clear" w:fill="B7DDE8"/>
        </w:rPr>
        <w:t>This is the word of the LORD, which He spoke through His servant Elijah the Tishbite</w:t>
      </w:r>
      <w:r>
        <w:rPr>
          <w:b w:val="false"/>
          <w:i w:val="false"/>
          <w:color w:val="000000"/>
          <w:u w:val="none"/>
        </w:rPr>
        <w:t xml:space="preserve"> [1TV]</w:t>
      </w:r>
      <w:r>
        <w:rPr/>
        <w:t>: ‘</w:t>
      </w:r>
      <w:r>
        <w:rPr>
          <w:shd w:val="clear" w:fill="B7DDE8"/>
        </w:rPr>
        <w:t>On the plot of ground at Jezreel the dogs will devour the flesh of Jezebel</w:t>
      </w:r>
      <w:r>
        <w:rPr>
          <w:b w:val="false"/>
          <w:i w:val="false"/>
          <w:u w:val="none"/>
          <w:color w:val="000000"/>
        </w:rPr>
        <w:t xml:space="preserve"> [1TW]</w:t>
      </w:r>
      <w:r>
        <w:rPr/>
        <w:t>.</w:t>
      </w:r>
    </w:p>
    <w:p>
      <w:pPr>
        <w:pStyle w:val="Yellow"/>
        <w:rPr/>
      </w:pPr>
      <w:r>
        <w:rPr>
          <w:b/>
        </w:rPr>
        <w:t xml:space="preserve">2 Kings 19:35</w:t>
      </w:r>
      <w:r>
        <w:rPr/>
        <w:t xml:space="preserve"> — And that very night </w:t>
      </w:r>
      <w:r>
        <w:rPr>
          <w:shd w:fill="B7DDE8" w:val="clear"/>
        </w:rPr>
        <w:t xml:space="preserve">the angel of the LORD went out and struck down 185,000 men in the camp of the Assyrians</w:t>
      </w:r>
      <w:r>
        <w:rPr>
          <w:b w:val="false"/>
          <w:i w:val="false"/>
          <w:color w:val="000000"/>
          <w:u w:val="none"/>
        </w:rPr>
        <w:t xml:space="preserve"> [2IQM]</w:t>
      </w:r>
      <w:r>
        <w:rPr/>
        <w:t xml:space="preserve">.</w:t>
      </w:r>
    </w:p>
    <w:p>
      <w:pPr>
        <w:pStyle w:val="Yellow"/>
        <w:rPr/>
      </w:pPr>
      <w:r>
        <w:rPr>
          <w:b/>
        </w:rPr>
        <w:t xml:space="preserve">2 Chronicles 12:2</w:t>
      </w:r>
      <w:r>
        <w:rPr/>
        <w:t xml:space="preserve"> — In the fifth year of Rehoboam’s reign, </w:t>
      </w:r>
      <w:r>
        <w:rPr>
          <w:shd w:fill="B7DDE8" w:val="clear"/>
        </w:rPr>
        <w:t xml:space="preserve">because they had been unfaithful to the LORD, Shishak king of Egypt attacked Jerusalem</w:t>
      </w:r>
      <w:r>
        <w:rPr>
          <w:b w:val="false"/>
          <w:i w:val="false"/>
          <w:color w:val="000000"/>
          <w:u w:val="none"/>
        </w:rPr>
        <w:t xml:space="preserve"> [1KIE]</w:t>
      </w:r>
    </w:p>
    <w:p>
      <w:pPr>
        <w:pStyle w:val="Yellow"/>
        <w:rPr/>
        <w:pBdr>
          <w:left w:val="single" w:sz="28" w:space="5" w:color="C00000"/>
        </w:pBdr>
      </w:pPr>
      <w:r>
        <w:rPr/>
        <w:t xml:space="preserve">(2Ch25:19 Jehoash warned Amaziah, “stay at home,” or he and Judah would fall) </w:t>
      </w:r>
      <w:r>
        <w:rPr>
          <w:b/>
        </w:rPr>
        <w:t xml:space="preserve">2 Chronicles 25:20</w:t>
      </w:r>
      <w:r>
        <w:rPr/>
        <w:t xml:space="preserve"> — But </w:t>
      </w:r>
      <w:r>
        <w:rPr>
          <w:shd w:fill="F4B183" w:val="clear" w:color="auto"/>
          <w:color w:val="000000"/>
        </w:rPr>
        <w:t xml:space="preserve">Amaziah would not {listen}</w:t>
      </w:r>
      <w:r>
        <w:rPr>
          <w:b w:val="false"/>
          <w:i w:val="false"/>
          <w:color w:val="000000"/>
          <w:u w:val="none"/>
          <w:shd w:val="clear" w:color="auto" w:fill="F4B183"/>
        </w:rPr>
        <w:t xml:space="preserve"> [1KFZ]</w:t>
      </w:r>
      <w:r>
        <w:rPr/>
        <w:t xml:space="preserve">, for </w:t>
      </w:r>
      <w:r>
        <w:rPr>
          <w:shd w:fill="B7DDE8" w:val="clear"/>
        </w:rPr>
        <w:t xml:space="preserve">this had come from God in order to deliver them into the hand of Jehoash</w:t>
      </w:r>
      <w:r>
        <w:rPr>
          <w:b w:val="false"/>
          <w:i w:val="false"/>
          <w:color w:val="000000"/>
          <w:u w:val="none"/>
        </w:rPr>
        <w:t xml:space="preserve"> [1KGA]</w:t>
      </w:r>
      <w:r>
        <w:rPr/>
        <w:t xml:space="preserve">, </w:t>
      </w:r>
      <w:r>
        <w:rPr>
          <w:shd w:fill="B7DDE8" w:val="clear"/>
        </w:rPr>
        <w:t xml:space="preserve">because they had sought the gods of Edom</w:t>
      </w:r>
      <w:r>
        <w:rPr>
          <w:b w:val="false"/>
          <w:i w:val="false"/>
          <w:color w:val="000000"/>
          <w:u w:val="none"/>
        </w:rPr>
        <w:t xml:space="preserve"> [1KGB]</w:t>
      </w:r>
      <w:r>
        <w:rPr/>
        <w:t xml:space="preserve">.</w:t>
      </w:r>
    </w:p>
    <w:p>
      <w:pPr>
        <w:pStyle w:val="Yellow"/>
        <w:rPr/>
        <w:pBdr>
          <w:left w:val="single" w:sz="28" w:space="5" w:color="C00000"/>
        </w:pBdr>
      </w:pPr>
      <w:r>
        <w:rPr/>
        <w:t xml:space="preserve">(2Ch32:9–19 when Sennacherib mocked the LORD and threatened Jerusalem) </w:t>
      </w:r>
      <w:r>
        <w:rPr>
          <w:b/>
        </w:rPr>
        <w:t>2 Chronicles 32:20–21</w:t>
      </w:r>
      <w:r>
        <w:rPr/>
        <w:t xml:space="preserve"> — {In response}, </w:t>
      </w:r>
      <w:r>
        <w:rPr>
          <w:shd w:val="clear" w:fill="F4B183" w:color="auto"/>
          <w:color w:val="000000"/>
        </w:rPr>
        <w:t>King Hezekiah and the prophet Isaiah son of Amoz cried out to heaven in prayer</w:t>
      </w:r>
      <w:r>
        <w:rPr>
          <w:b w:val="false"/>
          <w:i w:val="false"/>
          <w:color w:val="000000"/>
          <w:u w:val="none"/>
          <w:shd w:val="clear" w:color="auto" w:fill="F4B183"/>
        </w:rPr>
        <w:t xml:space="preserve"> [1CRX]</w:t>
      </w:r>
      <w:r>
        <w:rPr/>
        <w:t xml:space="preserve">, and </w:t>
      </w:r>
      <w:r>
        <w:rPr>
          <w:shd w:val="clear" w:fill="F4B183" w:color="auto"/>
          <w:color w:val="000000"/>
        </w:rPr>
        <w:t>the LORD sent an angel</w:t>
      </w:r>
      <w:r>
        <w:rPr>
          <w:b w:val="false"/>
          <w:i w:val="false"/>
          <w:color w:val="000000"/>
          <w:u w:val="none"/>
          <w:shd w:val="clear" w:color="auto" w:fill="F4B183"/>
        </w:rPr>
        <w:t xml:space="preserve"> [1CRY]</w:t>
      </w:r>
      <w:r>
        <w:rPr/>
        <w:t xml:space="preserve"> </w:t>
      </w:r>
      <w:r>
        <w:rPr>
          <w:shd w:val="clear" w:fill="B7DDE8"/>
        </w:rPr>
        <w:t>who annihilated every mighty man of valor and every leader and commander in the camp of the king of Assyria</w:t>
      </w:r>
      <w:r>
        <w:rPr>
          <w:b w:val="false"/>
          <w:i w:val="false"/>
          <w:color w:val="000000"/>
          <w:u w:val="none"/>
        </w:rPr>
        <w:t xml:space="preserve"> [1CRZ]</w:t>
      </w:r>
      <w:r>
        <w:rPr/>
        <w:t>.</w:t>
      </w:r>
    </w:p>
    <w:p>
      <w:pPr>
        <w:pStyle w:val="Yellow"/>
        <w:rPr/>
      </w:pPr>
      <w:r>
        <w:rPr/>
        <w:t xml:space="preserve">(Ezr9:1–6 Ezra confessing Israel’s guilt) </w:t>
      </w:r>
      <w:r>
        <w:rPr>
          <w:b/>
        </w:rPr>
        <w:t xml:space="preserve">Ezra 9:7</w:t>
      </w:r>
      <w:r>
        <w:rPr/>
        <w:t xml:space="preserve"> — </w:t>
      </w:r>
      <w:r>
        <w:rPr>
          <w:shd w:fill="B7DDE8" w:val="clear"/>
        </w:rPr>
        <w:t xml:space="preserve">From the days of {our fathers} to this day, our guilt has been great</w:t>
      </w:r>
      <w:r>
        <w:rPr>
          <w:b w:val="false"/>
          <w:i w:val="false"/>
          <w:u w:val="none"/>
          <w:color w:val="000000"/>
        </w:rPr>
        <w:t xml:space="preserve"> [1KFU]</w:t>
      </w:r>
      <w:r>
        <w:rPr/>
        <w:t xml:space="preserve">. </w:t>
      </w:r>
      <w:r>
        <w:rPr>
          <w:shd w:fill="B7DDE8" w:val="clear"/>
        </w:rPr>
        <w:t xml:space="preserve">Because of our iniquities, we and our kings and priests have been delivered into the hands of the kings of the earth</w:t>
      </w:r>
      <w:r>
        <w:rPr>
          <w:b w:val="false"/>
          <w:i w:val="false"/>
          <w:color w:val="000000"/>
          <w:u w:val="none"/>
        </w:rPr>
        <w:t xml:space="preserve"> [1KFV]</w:t>
      </w:r>
      <w:r>
        <w:rPr/>
        <w:t xml:space="preserve"> and </w:t>
      </w:r>
      <w:r>
        <w:rPr>
          <w:shd w:fill="B7DDE8" w:val="clear"/>
        </w:rPr>
        <w:t xml:space="preserve">subjected to the sword and to captivity, to pillage and humiliation</w:t>
      </w:r>
      <w:r>
        <w:rPr>
          <w:b w:val="false"/>
          <w:i w:val="false"/>
          <w:u w:val="none"/>
          <w:color w:val="000000"/>
        </w:rPr>
        <w:t xml:space="preserve"> [1KFW]</w:t>
      </w:r>
      <w:r>
        <w:rPr/>
        <w:t xml:space="preserve">, as we are this day.</w:t>
      </w:r>
    </w:p>
    <w:p>
      <w:pPr>
        <w:pStyle w:val="Yellow"/>
        <w:rPr/>
      </w:pPr>
      <w:r>
        <w:rPr>
          <w:b/>
          <w:shd w:val="clear" w:color="auto" w:fill="C00000"/>
          <w:color w:val="FFFFFF"/>
        </w:rPr>
        <w:t xml:space="preserve">Psalm 7:8</w:t>
      </w:r>
      <w:r>
        <w:rPr>
          <w:shd w:val="clear" w:color="auto" w:fill="C00000"/>
          <w:color w:val="FFFFFF"/>
        </w:rPr>
        <w:t xml:space="preserve"> — </w:t>
      </w:r>
      <w:r>
        <w:rPr>
          <w:shd w:val="clear" w:color="auto" w:fill="C00000"/>
          <w:color w:val="FFFFFF"/>
        </w:rPr>
        <w:t xml:space="preserve">The LORD judges the peoples</w:t>
      </w:r>
      <w:r>
        <w:rPr>
          <w:b w:val="false"/>
          <w:i w:val="false"/>
          <w:u w:val="none"/>
          <w:shd w:val="clear" w:color="auto" w:fill="C00000"/>
          <w:color w:val="FFFFFF"/>
        </w:rPr>
        <w:t xml:space="preserve"> [1LOK]</w:t>
      </w:r>
    </w:p>
    <w:p>
      <w:pPr>
        <w:pStyle w:val="Yellow"/>
        <w:rPr/>
      </w:pPr>
      <w:r>
        <w:rPr>
          <w:b/>
        </w:rPr>
        <w:t xml:space="preserve">Psalm 10:16</w:t>
      </w:r>
      <w:r>
        <w:rPr/>
        <w:t xml:space="preserve"> — </w:t>
      </w:r>
      <w:r>
        <w:rPr>
          <w:shd w:val="clear" w:color="auto" w:fill="D9C3E6"/>
        </w:rPr>
        <w:t xml:space="preserve">The LORD is King forever and ever</w:t>
      </w:r>
      <w:r>
        <w:rPr>
          <w:b w:val="false"/>
          <w:i w:val="false"/>
          <w:color w:val="000000"/>
          <w:u w:val="none"/>
        </w:rPr>
        <w:t xml:space="preserve"> [4AAU]</w:t>
      </w:r>
      <w:r>
        <w:rPr>
          <w:shd w:val="clear" w:color="auto" w:fill="D9C3E6"/>
        </w:rPr>
        <w:t xml:space="preserve">; </w:t>
      </w:r>
      <w:r>
        <w:rPr>
          <w:shd w:fill="B7DDE8" w:val="clear"/>
        </w:rPr>
        <w:t xml:space="preserve">the nations perish from His land</w:t>
      </w:r>
      <w:r>
        <w:rPr>
          <w:b w:val="false"/>
          <w:i w:val="false"/>
          <w:color w:val="000000"/>
          <w:u w:val="none"/>
        </w:rPr>
        <w:t xml:space="preserve"> [1JTT]</w:t>
      </w:r>
      <w:r>
        <w:rPr/>
        <w:t xml:space="preserve">.</w:t>
      </w:r>
    </w:p>
    <w:p>
      <w:pPr>
        <w:pStyle w:val="Yellow"/>
        <w:rPr/>
      </w:pPr>
      <w:r>
        <w:rPr/>
        <w:t xml:space="preserve">(Ps64:6 The wicked say: “We have perfected a secret plan”) </w:t>
      </w:r>
      <w:r>
        <w:rPr>
          <w:b/>
        </w:rPr>
        <w:t xml:space="preserve">Psalm 64:7–8</w:t>
      </w:r>
      <w:r>
        <w:rPr/>
        <w:t xml:space="preserve"> — {But} </w:t>
      </w:r>
      <w:r>
        <w:rPr>
          <w:shd w:fill="B7DDE8" w:val="clear"/>
        </w:rPr>
        <w:t xml:space="preserve">God will shoot {them} with arrows</w:t>
      </w:r>
      <w:r>
        <w:rPr>
          <w:b w:val="false"/>
          <w:i w:val="false"/>
          <w:color w:val="000000"/>
          <w:u w:val="none"/>
        </w:rPr>
        <w:t xml:space="preserve"> [1LFZ]</w:t>
      </w:r>
      <w:r>
        <w:rPr/>
        <w:t xml:space="preserve">; </w:t>
      </w:r>
      <w:r>
        <w:rPr>
          <w:shd w:fill="B7DDE8" w:val="clear"/>
        </w:rPr>
        <w:t xml:space="preserve">suddenly they will be wounded</w:t>
      </w:r>
      <w:r>
        <w:rPr>
          <w:b w:val="false"/>
          <w:i w:val="false"/>
          <w:color w:val="000000"/>
          <w:u w:val="none"/>
        </w:rPr>
        <w:t xml:space="preserve"> [1LGA]</w:t>
      </w:r>
      <w:r>
        <w:rPr/>
        <w:t xml:space="preserve">. </w:t>
      </w:r>
      <w:r>
        <w:rPr>
          <w:shd w:fill="B7DDE8" w:val="clear"/>
        </w:rPr>
        <w:t xml:space="preserve">They will be made to stumble</w:t>
      </w:r>
      <w:r>
        <w:rPr>
          <w:b w:val="false"/>
          <w:i w:val="false"/>
          <w:color w:val="000000"/>
          <w:u w:val="none"/>
        </w:rPr>
        <w:t xml:space="preserve"> [1LGB]</w:t>
      </w:r>
      <w:r>
        <w:rPr/>
        <w:t xml:space="preserve">, </w:t>
      </w:r>
      <w:r>
        <w:rPr>
          <w:shd w:fill="B7DDE8" w:val="clear"/>
        </w:rPr>
        <w:t xml:space="preserve">their own tongues turned against them</w:t>
      </w:r>
      <w:r>
        <w:rPr>
          <w:b w:val="false"/>
          <w:i w:val="false"/>
          <w:color w:val="000000"/>
          <w:u w:val="none"/>
        </w:rPr>
        <w:t xml:space="preserve"> [1LGC]</w:t>
      </w:r>
      <w:r>
        <w:rPr/>
        <w:t xml:space="preserve">.</w:t>
      </w:r>
    </w:p>
    <w:p>
      <w:pPr>
        <w:pStyle w:val="Yellow"/>
        <w:rPr/>
      </w:pPr>
      <w:r>
        <w:rPr>
          <w:u w:val="none"/>
        </w:rPr>
        <w:t xml:space="preserve">(Ps75:6 “exaltation comes neither from east nor west”) </w:t>
      </w:r>
      <w:r>
        <w:rPr>
          <w:b/>
          <w:u w:val="none"/>
        </w:rPr>
        <w:t>Psalm 75:7</w:t>
      </w:r>
      <w:r>
        <w:rPr>
          <w:u w:val="none"/>
        </w:rPr>
        <w:t xml:space="preserve"> — {but} </w:t>
      </w:r>
      <w:r>
        <w:rPr>
          <w:u w:val="none"/>
          <w:shd w:fill="B7DDE8" w:val="clear"/>
        </w:rPr>
        <w:t>it is God who judges</w:t>
      </w:r>
      <w:r>
        <w:rPr>
          <w:b w:val="false"/>
          <w:i w:val="false"/>
          <w:color w:val="000000"/>
          <w:u w:val="none"/>
        </w:rPr>
        <w:t xml:space="preserve"> [1HQ]</w:t>
      </w:r>
      <w:r>
        <w:rPr>
          <w:u w:val="none"/>
        </w:rPr>
        <w:t xml:space="preserve">; </w:t>
      </w:r>
      <w:r>
        <w:rPr>
          <w:u w:val="none"/>
        </w:rPr>
        <w:t>He brings down one and exalts another</w:t>
      </w:r>
      <w:r>
        <w:rPr>
          <w:b w:val="false"/>
          <w:i w:val="false"/>
          <w:color w:val="000000"/>
          <w:u w:val="none"/>
        </w:rPr>
        <w:t xml:space="preserve"> [2DZO]</w:t>
      </w:r>
      <w:r>
        <w:rPr>
          <w:u w:val="none"/>
        </w:rPr>
        <w:t>.</w:t>
      </w:r>
    </w:p>
    <w:p>
      <w:pPr>
        <w:pStyle w:val="Yellow"/>
        <w:rPr/>
      </w:pPr>
      <w:r>
        <w:rPr>
          <w:b/>
        </w:rPr>
        <w:t xml:space="preserve">Psalm 76:5–6</w:t>
      </w:r>
      <w:r>
        <w:rPr/>
        <w:t xml:space="preserve"> — </w:t>
      </w:r>
      <w:r>
        <w:rPr>
          <w:shd w:fill="B7DDE8" w:val="clear"/>
        </w:rPr>
        <w:t xml:space="preserve">The valiant lie plundered</w:t>
      </w:r>
      <w:r>
        <w:rPr>
          <w:b w:val="false"/>
          <w:i w:val="false"/>
          <w:color w:val="000000"/>
          <w:u w:val="none"/>
        </w:rPr>
        <w:t xml:space="preserve"> [1IBH]</w:t>
      </w:r>
      <w:r>
        <w:rPr/>
        <w:t xml:space="preserve">; </w:t>
      </w:r>
      <w:r>
        <w:rPr>
          <w:shd w:fill="B7DDE8" w:val="clear"/>
        </w:rPr>
        <w:t xml:space="preserve">they sleep their last sleep</w:t>
      </w:r>
      <w:r>
        <w:rPr>
          <w:b w:val="false"/>
          <w:i w:val="false"/>
          <w:color w:val="000000"/>
          <w:u w:val="none"/>
        </w:rPr>
        <w:t xml:space="preserve"> [1IBI]</w:t>
      </w:r>
      <w:r>
        <w:rPr/>
        <w:t xml:space="preserve">. </w:t>
      </w:r>
      <w:r>
        <w:rPr>
          <w:shd w:fill="B7DDE8" w:val="clear"/>
        </w:rPr>
        <w:t xml:space="preserve">No men of might could lift a hand</w:t>
      </w:r>
      <w:r>
        <w:rPr>
          <w:b w:val="false"/>
          <w:i w:val="false"/>
          <w:color w:val="000000"/>
          <w:u w:val="none"/>
        </w:rPr>
        <w:t xml:space="preserve"> [1IBJ]</w:t>
      </w:r>
      <w:r>
        <w:rPr/>
        <w:t xml:space="preserve">. </w:t>
      </w:r>
      <w:r>
        <w:rPr>
          <w:shd w:fill="B7DDE8" w:val="clear"/>
        </w:rPr>
        <w:t xml:space="preserve">At Your rebuke, O God of Jacob, both horse and rider lie stunned</w:t>
      </w:r>
      <w:r>
        <w:rPr>
          <w:b w:val="false"/>
          <w:i w:val="false"/>
          <w:color w:val="000000"/>
          <w:u w:val="none"/>
        </w:rPr>
        <w:t xml:space="preserve"> [1IBK]</w:t>
      </w:r>
      <w:r>
        <w:rPr/>
        <w:t xml:space="preserve">.</w:t>
      </w:r>
    </w:p>
    <w:p>
      <w:pPr>
        <w:pStyle w:val="Yellow"/>
        <w:rPr/>
        <w:pBdr>
          <w:left w:val="single" w:sz="28" w:space="5" w:color="C00000"/>
        </w:pBdr>
      </w:pPr>
      <w:r>
        <w:rPr>
          <w:b/>
          <w:shd w:val="clear" w:color="auto" w:fill="F4B183"/>
          <w:color w:val="000000"/>
        </w:rPr>
        <w:t>Psalm 76:8–9</w:t>
      </w:r>
      <w:r>
        <w:rPr>
          <w:shd w:val="clear" w:color="auto" w:fill="F4B183"/>
          <w:color w:val="000000"/>
        </w:rPr>
        <w:t xml:space="preserve"> — </w:t>
      </w:r>
      <w:r>
        <w:rPr>
          <w:shd w:val="clear" w:fill="F4B183" w:color="auto"/>
          <w:color w:val="000000"/>
        </w:rPr>
        <w:t>From heaven You pronounced judgment</w:t>
      </w:r>
      <w:r>
        <w:rPr>
          <w:b w:val="false"/>
          <w:i w:val="false"/>
          <w:color w:val="000000"/>
          <w:u w:val="none"/>
          <w:shd w:val="clear" w:color="auto" w:fill="F4B183"/>
        </w:rPr>
        <w:t xml:space="preserve"> [1BVY]</w:t>
      </w:r>
      <w:r>
        <w:rPr>
          <w:shd w:val="clear" w:color="auto" w:fill="F4B183"/>
          <w:color w:val="000000"/>
        </w:rPr>
        <w:t xml:space="preserve">, and </w:t>
      </w:r>
      <w:r>
        <w:rPr>
          <w:shd w:val="clear" w:fill="F4B183" w:color="auto"/>
          <w:color w:val="000000"/>
        </w:rPr>
        <w:t>the earth feared</w:t>
      </w:r>
      <w:r>
        <w:rPr>
          <w:b w:val="false"/>
          <w:i w:val="false"/>
          <w:color w:val="000000"/>
          <w:u w:val="none"/>
          <w:shd w:val="clear" w:color="auto" w:fill="F4B183"/>
        </w:rPr>
        <w:t xml:space="preserve"> [1BVZ]</w:t>
      </w:r>
      <w:r>
        <w:rPr>
          <w:shd w:val="clear" w:color="auto" w:fill="F4B183"/>
          <w:color w:val="000000"/>
        </w:rPr>
        <w:t xml:space="preserve"> and </w:t>
      </w:r>
      <w:r>
        <w:rPr>
          <w:shd w:val="clear" w:fill="F4B183" w:color="auto"/>
          <w:color w:val="000000"/>
        </w:rPr>
        <w:t>was still</w:t>
      </w:r>
      <w:r>
        <w:rPr>
          <w:b w:val="false"/>
          <w:i w:val="false"/>
          <w:color w:val="000000"/>
          <w:u w:val="none"/>
          <w:shd w:val="clear" w:color="auto" w:fill="F4B183"/>
        </w:rPr>
        <w:t xml:space="preserve"> [1BWA]</w:t>
      </w:r>
      <w:r>
        <w:rPr>
          <w:shd w:val="clear" w:color="auto" w:fill="F4B183"/>
          <w:color w:val="000000"/>
        </w:rPr>
        <w:t xml:space="preserve"> when </w:t>
      </w:r>
      <w:r>
        <w:rPr>
          <w:shd w:val="clear" w:fill="F4B183" w:color="auto"/>
          <w:color w:val="000000"/>
        </w:rPr>
        <w:t>God rose up to judge</w:t>
      </w:r>
      <w:r>
        <w:rPr>
          <w:b w:val="false"/>
          <w:i w:val="false"/>
          <w:color w:val="000000"/>
          <w:u w:val="none"/>
          <w:shd w:val="clear" w:color="auto" w:fill="F4B183"/>
        </w:rPr>
        <w:t xml:space="preserve"> [1BWB]</w:t>
      </w:r>
      <w:r>
        <w:rPr>
          <w:shd w:val="clear" w:color="auto" w:fill="F4B183"/>
          <w:color w:val="000000"/>
        </w:rPr>
        <w:t xml:space="preserve">, </w:t>
      </w:r>
      <w:r>
        <w:rPr>
          <w:shd w:val="clear" w:fill="F4B183" w:color="auto"/>
          <w:color w:val="000000"/>
        </w:rPr>
        <w:t>to save all the lowly of the earth</w:t>
      </w:r>
      <w:r>
        <w:rPr>
          <w:b w:val="false"/>
          <w:i w:val="false"/>
          <w:color w:val="000000"/>
          <w:u w:val="none"/>
          <w:shd w:val="clear" w:color="auto" w:fill="F4B183"/>
        </w:rPr>
        <w:t xml:space="preserve"> [1BWC]</w:t>
      </w:r>
      <w:r>
        <w:rPr>
          <w:shd w:val="clear" w:color="auto" w:fill="F4B183"/>
          <w:color w:val="000000"/>
        </w:rPr>
        <w:t>. Selah</w:t>
      </w:r>
    </w:p>
    <w:p>
      <w:pPr>
        <w:pStyle w:val="Yellow"/>
        <w:rPr/>
      </w:pPr>
      <w:r>
        <w:rPr/>
        <w:t xml:space="preserve">(Ps81:8 “if only you would listen to Me!”) </w:t>
      </w:r>
      <w:r>
        <w:rPr>
          <w:b/>
        </w:rPr>
        <w:t>Psalm 81:11–12</w:t>
      </w:r>
      <w:r>
        <w:rPr/>
        <w:t xml:space="preserve"> — {But} </w:t>
      </w:r>
      <w:r>
        <w:rPr>
          <w:color w:val="000000"/>
        </w:rPr>
        <w:t>My people would not listen to Me</w:t>
      </w:r>
      <w:r>
        <w:rPr>
          <w:b w:val="false"/>
          <w:i w:val="false"/>
          <w:color w:val="000000"/>
          <w:u w:val="none"/>
        </w:rPr>
        <w:t xml:space="preserve"> [1FMW]</w:t>
      </w:r>
      <w:r>
        <w:rPr/>
        <w:t xml:space="preserve">, and </w:t>
      </w:r>
      <w:r>
        <w:rPr>
          <w:color w:val="000000"/>
        </w:rPr>
        <w:t>Israel would not obey Me</w:t>
      </w:r>
      <w:r>
        <w:rPr>
          <w:b w:val="false"/>
          <w:i w:val="false"/>
          <w:color w:val="000000"/>
          <w:u w:val="none"/>
        </w:rPr>
        <w:t xml:space="preserve"> [1FMW]</w:t>
      </w:r>
      <w:r>
        <w:rPr/>
        <w:t xml:space="preserve">. So </w:t>
      </w:r>
      <w:r>
        <w:rPr>
          <w:shd w:val="clear" w:fill="B7DDE8"/>
        </w:rPr>
        <w:t>I gave them up to their stubborn hearts to follow their own devices</w:t>
      </w:r>
      <w:r>
        <w:rPr>
          <w:b w:val="false"/>
          <w:i w:val="false"/>
          <w:color w:val="000000"/>
          <w:u w:val="none"/>
        </w:rPr>
        <w:t xml:space="preserve"> [1FMX]</w:t>
      </w:r>
      <w:r>
        <w:rPr/>
        <w:t>.</w:t>
      </w:r>
    </w:p>
    <w:p>
      <w:pPr>
        <w:pStyle w:val="Yellow"/>
        <w:rPr/>
      </w:pPr>
      <w:r>
        <w:rPr/>
        <w:t xml:space="preserve">(Ps94:22 “the LORD” / Ps94:20–21 corrupt rulers who “condemn the innocent to death”) </w:t>
      </w:r>
      <w:r>
        <w:rPr>
          <w:b/>
        </w:rPr>
        <w:t xml:space="preserve">Psalm 94:23</w:t>
      </w:r>
      <w:r>
        <w:rPr/>
        <w:t xml:space="preserve"> — </w:t>
      </w:r>
      <w:r>
        <w:rPr>
          <w:shd w:fill="B7DDE8" w:val="clear"/>
        </w:rPr>
        <w:t xml:space="preserve">{He} will bring upon {them} their own iniquity</w:t>
      </w:r>
      <w:r>
        <w:rPr>
          <w:b w:val="false"/>
          <w:i w:val="false"/>
          <w:color w:val="000000"/>
          <w:u w:val="none"/>
        </w:rPr>
        <w:t xml:space="preserve"> [1JFT]</w:t>
      </w:r>
      <w:r>
        <w:rPr/>
        <w:t xml:space="preserve"> and </w:t>
      </w:r>
      <w:r>
        <w:rPr>
          <w:color w:val="auto"/>
        </w:rPr>
        <w:t xml:space="preserve">destroy them for their wickedness</w:t>
      </w:r>
      <w:r>
        <w:rPr>
          <w:b w:val="false"/>
          <w:i w:val="false"/>
          <w:color w:val="auto"/>
          <w:u w:val="none"/>
        </w:rPr>
        <w:t xml:space="preserve"> [1JFU]</w:t>
      </w:r>
      <w:r>
        <w:rPr>
          <w:color w:val="auto"/>
        </w:rPr>
        <w:t xml:space="preserve">. </w:t>
      </w:r>
      <w:r>
        <w:rPr>
          <w:color w:val="auto"/>
        </w:rPr>
        <w:t xml:space="preserve">The LORD our God will destroy them</w:t>
      </w:r>
      <w:r>
        <w:rPr>
          <w:b w:val="false"/>
          <w:i w:val="false"/>
          <w:color w:val="auto"/>
          <w:u w:val="none"/>
        </w:rPr>
        <w:t xml:space="preserve"> [1JFU]</w:t>
      </w:r>
      <w:r>
        <w:rPr/>
        <w:t xml:space="preserve">.</w:t>
      </w:r>
    </w:p>
    <w:p>
      <w:pPr>
        <w:pStyle w:val="Yellow"/>
        <w:rPr/>
      </w:pPr>
      <w:r>
        <w:rPr/>
        <w:t xml:space="preserve">(Ps106:14 “They craved intensely” and “tested God” / Ps106:1 “the LORD” / Ps106:6 “our fathers”) </w:t>
      </w:r>
      <w:r>
        <w:rPr>
          <w:b/>
        </w:rPr>
        <w:t>Psalm 106:15</w:t>
      </w:r>
      <w:r>
        <w:rPr/>
        <w:t xml:space="preserve"> — {So} </w:t>
      </w:r>
      <w:r>
        <w:rPr>
          <w:shd w:val="clear" w:fill="B7DDE8"/>
        </w:rPr>
        <w:t>{He} granted {their} request</w:t>
      </w:r>
      <w:r>
        <w:rPr>
          <w:b w:val="false"/>
          <w:i w:val="false"/>
          <w:color w:val="000000"/>
          <w:u w:val="none"/>
        </w:rPr>
        <w:t xml:space="preserve"> [1CNC]</w:t>
      </w:r>
      <w:r>
        <w:rPr/>
        <w:t xml:space="preserve">, but </w:t>
      </w:r>
      <w:r>
        <w:rPr>
          <w:shd w:val="clear" w:fill="B7DDE8"/>
        </w:rPr>
        <w:t>sent a wasting disease upon them</w:t>
      </w:r>
      <w:r>
        <w:rPr>
          <w:b w:val="false"/>
          <w:i w:val="false"/>
          <w:color w:val="000000"/>
          <w:u w:val="none"/>
        </w:rPr>
        <w:t xml:space="preserve"> [1CND]</w:t>
      </w:r>
      <w:r>
        <w:rPr/>
        <w:t>.</w:t>
      </w:r>
    </w:p>
    <w:p>
      <w:pPr>
        <w:pStyle w:val="Yellow"/>
        <w:rPr/>
      </w:pPr>
      <w:r>
        <w:rPr/>
        <w:t xml:space="preserve">(Ps106:16 because Israel “envied Moses” and “Aaron”) </w:t>
      </w:r>
      <w:r>
        <w:rPr>
          <w:b/>
        </w:rPr>
        <w:t xml:space="preserve">Psalm 106:17–18</w:t>
      </w:r>
      <w:r>
        <w:rPr/>
        <w:t xml:space="preserve"> — </w:t>
      </w:r>
      <w:r>
        <w:rPr>
          <w:shd w:fill="B7DDE8" w:val="clear"/>
        </w:rPr>
        <w:t xml:space="preserve">The earth opened up and swallowed Dathan</w:t>
      </w:r>
      <w:r>
        <w:rPr>
          <w:b w:val="false"/>
          <w:i w:val="false"/>
          <w:color w:val="000000"/>
          <w:u w:val="none"/>
        </w:rPr>
        <w:t xml:space="preserve"> [1JOZ]</w:t>
      </w:r>
      <w:r>
        <w:rPr/>
        <w:t xml:space="preserve">; </w:t>
      </w:r>
      <w:r>
        <w:rPr>
          <w:shd w:fill="B7DDE8" w:val="clear"/>
        </w:rPr>
        <w:t xml:space="preserve">it covered the assembly of Abiram</w:t>
      </w:r>
      <w:r>
        <w:rPr>
          <w:b w:val="false"/>
          <w:i w:val="false"/>
          <w:color w:val="000000"/>
          <w:u w:val="none"/>
        </w:rPr>
        <w:t xml:space="preserve"> [1JPA]</w:t>
      </w:r>
      <w:r>
        <w:rPr/>
        <w:t xml:space="preserve">. Then </w:t>
      </w:r>
      <w:r>
        <w:rPr>
          <w:shd w:fill="B7DDE8" w:val="clear"/>
        </w:rPr>
        <w:t xml:space="preserve">fire blazed through their company</w:t>
      </w:r>
      <w:r>
        <w:rPr>
          <w:b w:val="false"/>
          <w:i w:val="false"/>
          <w:color w:val="000000"/>
          <w:u w:val="none"/>
        </w:rPr>
        <w:t xml:space="preserve"> [1JPB]</w:t>
      </w:r>
      <w:r>
        <w:rPr/>
        <w:t xml:space="preserve">; </w:t>
      </w:r>
      <w:r>
        <w:rPr>
          <w:shd w:fill="B7DDE8" w:val="clear"/>
        </w:rPr>
        <w:t xml:space="preserve">flames consumed the wicked</w:t>
      </w:r>
      <w:r>
        <w:rPr>
          <w:b w:val="false"/>
          <w:i w:val="false"/>
          <w:color w:val="000000"/>
          <w:u w:val="none"/>
        </w:rPr>
        <w:t xml:space="preserve"> [1JPC]</w:t>
      </w:r>
      <w:r>
        <w:rPr/>
        <w:t xml:space="preserve">.</w:t>
      </w:r>
    </w:p>
    <w:p>
      <w:pPr>
        <w:pStyle w:val="Yellow"/>
        <w:rPr/>
      </w:pPr>
      <w:r>
        <w:rPr/>
        <w:t xml:space="preserve">(Ps106:34–39 because Israel worshiped idols and shed innocent blood) </w:t>
      </w:r>
      <w:r>
        <w:rPr>
          <w:b/>
        </w:rPr>
        <w:t xml:space="preserve">Psalm 106:40–42</w:t>
      </w:r>
      <w:r>
        <w:rPr/>
        <w:t xml:space="preserve"> — {So} </w:t>
      </w:r>
      <w:r>
        <w:rPr>
          <w:shd w:fill="548235" w:val="clear" w:color="auto"/>
          <w:color w:val="FFFFFF"/>
        </w:rPr>
        <w:t xml:space="preserve">the anger of the LORD burned against His people</w:t>
      </w:r>
      <w:r>
        <w:rPr>
          <w:b w:val="false"/>
          <w:i w:val="false"/>
          <w:color w:val="FFFFFF"/>
          <w:u w:val="none"/>
          <w:shd w:val="clear" w:color="auto" w:fill="548235"/>
        </w:rPr>
        <w:t xml:space="preserve"> [4JJF]</w:t>
      </w:r>
      <w:r>
        <w:rPr>
          <w:shd w:val="clear" w:color="auto" w:fill="548235"/>
          <w:color w:val="FFFFFF"/>
        </w:rPr>
        <w:t xml:space="preserve">, and </w:t>
      </w:r>
      <w:r>
        <w:rPr>
          <w:shd w:fill="B7DDE8" w:val="clear"/>
        </w:rPr>
        <w:t xml:space="preserve">He abhorred His own inheritance</w:t>
      </w:r>
      <w:r>
        <w:rPr>
          <w:b w:val="false"/>
          <w:i w:val="false"/>
          <w:color w:val="000000"/>
          <w:u w:val="none"/>
        </w:rPr>
        <w:t xml:space="preserve"> [1JJS]</w:t>
      </w:r>
      <w:r>
        <w:rPr/>
        <w:t xml:space="preserve">. </w:t>
      </w:r>
      <w:r>
        <w:rPr>
          <w:shd w:fill="B7DDE8" w:val="clear"/>
        </w:rPr>
        <w:t xml:space="preserve">He delivered them into the hand of the nations</w:t>
      </w:r>
      <w:r>
        <w:rPr>
          <w:b w:val="false"/>
          <w:i w:val="false"/>
          <w:color w:val="000000"/>
          <w:u w:val="none"/>
        </w:rPr>
        <w:t xml:space="preserve"> [1JJT]</w:t>
      </w:r>
      <w:r>
        <w:rPr/>
        <w:t xml:space="preserve">, and </w:t>
      </w:r>
      <w:r>
        <w:rPr>
          <w:shd w:fill="B7DDE8" w:val="clear"/>
        </w:rPr>
        <w:t xml:space="preserve">those who hated them ruled over them</w:t>
      </w:r>
      <w:r>
        <w:rPr>
          <w:b w:val="false"/>
          <w:i w:val="false"/>
          <w:color w:val="000000"/>
          <w:u w:val="none"/>
        </w:rPr>
        <w:t xml:space="preserve"> [1JJU]</w:t>
      </w:r>
      <w:r>
        <w:rPr/>
        <w:t xml:space="preserve">. </w:t>
      </w:r>
      <w:r>
        <w:rPr>
          <w:shd w:fill="B7DDE8" w:val="clear"/>
        </w:rPr>
        <w:t xml:space="preserve">Their enemies oppressed them</w:t>
      </w:r>
      <w:r>
        <w:rPr>
          <w:b w:val="false"/>
          <w:i w:val="false"/>
          <w:color w:val="000000"/>
          <w:u w:val="none"/>
        </w:rPr>
        <w:t xml:space="preserve"> [1JJV]</w:t>
      </w:r>
      <w:r>
        <w:rPr/>
        <w:t xml:space="preserve"> and </w:t>
      </w:r>
      <w:r>
        <w:rPr>
          <w:shd w:fill="B7DDE8" w:val="clear"/>
        </w:rPr>
        <w:t xml:space="preserve">subdued them under their hand</w:t>
      </w:r>
      <w:r>
        <w:rPr>
          <w:b w:val="false"/>
          <w:i w:val="false"/>
          <w:color w:val="000000"/>
          <w:u w:val="none"/>
        </w:rPr>
        <w:t xml:space="preserve"> [1JJW]</w:t>
      </w:r>
      <w:r>
        <w:rPr/>
        <w:t xml:space="preserve">.</w:t>
      </w:r>
    </w:p>
    <w:p>
      <w:pPr>
        <w:pStyle w:val="Green"/>
        <w:rPr/>
      </w:pPr>
      <w:r>
        <w:rPr>
          <w:b/>
        </w:rPr>
        <w:t>Proverbs 11:31</w:t>
      </w:r>
      <w:r>
        <w:rPr/>
        <w:t xml:space="preserve"> — </w:t>
      </w:r>
      <w:r>
        <w:rPr>
          <w:shd w:val="clear" w:fill="B7DDE8"/>
        </w:rPr>
        <w:t>If the righteous receive their due on earth, how much more the ungodly and the sinner</w:t>
      </w:r>
      <w:r>
        <w:rPr>
          <w:b w:val="false"/>
          <w:i w:val="false"/>
          <w:color w:val="000000"/>
          <w:u w:val="none"/>
        </w:rPr>
        <w:t xml:space="preserve"> [1FIE]</w:t>
      </w:r>
      <w:r>
        <w:rPr/>
        <w:t>!</w:t>
      </w:r>
    </w:p>
    <w:p>
      <w:pPr>
        <w:pStyle w:val="Yellow"/>
        <w:rPr/>
        <w:pBdr>
          <w:left w:val="single" w:sz="28" w:space="5" w:color="C00000"/>
        </w:pBdr>
      </w:pPr>
      <w:r>
        <w:rPr>
          <w:b/>
        </w:rPr>
        <w:t>Proverbs 17:5</w:t>
      </w:r>
      <w:r>
        <w:rPr/>
        <w:t xml:space="preserve"> — </w:t>
      </w:r>
      <w:r>
        <w:rPr>
          <w:shd w:val="clear" w:fill="F4B183" w:color="auto"/>
          <w:color w:val="000000"/>
        </w:rPr>
        <w:t>He who mocks the poor insults their Maker</w:t>
      </w:r>
      <w:r>
        <w:rPr>
          <w:b w:val="false"/>
          <w:i w:val="false"/>
          <w:color w:val="000000"/>
          <w:u w:val="none"/>
          <w:shd w:val="clear" w:color="auto" w:fill="F4B183"/>
        </w:rPr>
        <w:t xml:space="preserve"> [1OR]</w:t>
      </w:r>
      <w:r>
        <w:rPr/>
        <w:t xml:space="preserve">; </w:t>
      </w:r>
      <w:r>
        <w:rPr>
          <w:shd w:val="clear" w:fill="B7DDE8"/>
        </w:rPr>
        <w:t>whoever gloats over calamity will not go unpunished</w:t>
      </w:r>
      <w:r>
        <w:rPr>
          <w:b w:val="false"/>
          <w:i w:val="false"/>
          <w:color w:val="000000"/>
          <w:u w:val="none"/>
        </w:rPr>
        <w:t xml:space="preserve"> [1OS]</w:t>
      </w:r>
      <w:r>
        <w:rPr/>
        <w:t>.</w:t>
      </w:r>
    </w:p>
    <w:p>
      <w:pPr>
        <w:pStyle w:val="Yellow"/>
        <w:rPr/>
      </w:pPr>
      <w:r>
        <w:rPr>
          <w:b/>
        </w:rPr>
        <w:t xml:space="preserve">Proverbs 22:8</w:t>
      </w:r>
      <w:r>
        <w:rPr/>
        <w:t xml:space="preserve"> — </w:t>
      </w:r>
      <w:r>
        <w:rPr>
          <w:shd w:fill="B7DDE8" w:val="clear"/>
        </w:rPr>
        <w:t xml:space="preserve">He who sows injustice will reap disaster</w:t>
      </w:r>
      <w:r>
        <w:rPr>
          <w:b w:val="false"/>
          <w:i w:val="false"/>
          <w:color w:val="000000"/>
          <w:u w:val="none"/>
        </w:rPr>
        <w:t xml:space="preserve"> [1JUN]</w:t>
      </w:r>
      <w:r>
        <w:rPr/>
        <w:t xml:space="preserve">, and </w:t>
      </w:r>
      <w:r>
        <w:rPr>
          <w:shd w:fill="B7DDE8" w:val="clear"/>
        </w:rPr>
        <w:t xml:space="preserve">the rod of his fury will be destroyed</w:t>
      </w:r>
      <w:r>
        <w:rPr>
          <w:b w:val="false"/>
          <w:i w:val="false"/>
          <w:color w:val="000000"/>
          <w:u w:val="none"/>
        </w:rPr>
        <w:t xml:space="preserve"> [1JUO]</w:t>
      </w:r>
      <w:r>
        <w:rPr/>
        <w:t xml:space="preserve">.</w:t>
      </w:r>
    </w:p>
    <w:p>
      <w:pPr>
        <w:pStyle w:val="Yellow"/>
        <w:rPr/>
      </w:pPr>
      <w:r>
        <w:rPr>
          <w:b/>
        </w:rPr>
        <w:t xml:space="preserve">Proverbs 26:27</w:t>
      </w:r>
      <w:r>
        <w:rPr/>
        <w:t xml:space="preserve"> — </w:t>
      </w:r>
      <w:r>
        <w:rPr>
          <w:shd w:fill="B7DDE8" w:val="clear"/>
        </w:rPr>
        <w:t xml:space="preserve">He who digs a pit will fall into it</w:t>
      </w:r>
      <w:r>
        <w:rPr>
          <w:b w:val="false"/>
          <w:i w:val="false"/>
          <w:color w:val="000000"/>
          <w:u w:val="none"/>
        </w:rPr>
        <w:t xml:space="preserve"> [1HEB]</w:t>
      </w:r>
      <w:r>
        <w:rPr/>
        <w:t xml:space="preserve">, and </w:t>
      </w:r>
      <w:r>
        <w:rPr>
          <w:shd w:fill="B7DDE8" w:val="clear"/>
        </w:rPr>
        <w:t xml:space="preserve">he who rolls a stone will have it roll back on him</w:t>
      </w:r>
      <w:r>
        <w:rPr>
          <w:b w:val="false"/>
          <w:i w:val="false"/>
          <w:color w:val="000000"/>
          <w:u w:val="none"/>
        </w:rPr>
        <w:t xml:space="preserve"> [1HEB]</w:t>
      </w:r>
      <w:r>
        <w:rPr/>
        <w:t xml:space="preserve">.</w:t>
      </w:r>
    </w:p>
    <w:p>
      <w:pPr>
        <w:pStyle w:val="Yellow"/>
        <w:rPr/>
      </w:pPr>
      <w:r>
        <w:rPr>
          <w:b/>
          <w:shd w:val="clear" w:color="auto" w:fill="548235"/>
          <w:color w:val="FFFFFF"/>
        </w:rPr>
        <w:t xml:space="preserve">Ecclesiastes 12:14</w:t>
      </w:r>
      <w:r>
        <w:rPr>
          <w:shd w:val="clear" w:color="auto" w:fill="548235"/>
          <w:color w:val="FFFFFF"/>
        </w:rPr>
        <w:t xml:space="preserve"> — For </w:t>
      </w:r>
      <w:r>
        <w:rPr>
          <w:shd w:fill="548235" w:val="clear" w:color="auto"/>
          <w:color w:val="FFFFFF"/>
        </w:rPr>
        <w:t xml:space="preserve">God will bring every deed into judgment, along with every hidden thing, whether good or evil</w:t>
      </w:r>
      <w:r>
        <w:rPr>
          <w:b w:val="false"/>
          <w:i w:val="false"/>
          <w:color w:val="FFFFFF"/>
          <w:u w:val="none"/>
          <w:shd w:val="clear" w:color="auto" w:fill="548235"/>
        </w:rPr>
        <w:t xml:space="preserve"> [1INP]</w:t>
      </w:r>
      <w:r>
        <w:rPr>
          <w:shd w:val="clear" w:color="auto" w:fill="548235"/>
          <w:color w:val="FFFFFF"/>
        </w:rPr>
        <w:t xml:space="preserve">.</w:t>
      </w:r>
    </w:p>
    <w:p>
      <w:pPr>
        <w:pStyle w:val="Yellow"/>
        <w:rPr/>
      </w:pPr>
      <w:r>
        <w:rPr/>
        <w:t xml:space="preserve">(Is3:16 because the “daughters of Zion are haughty”) </w:t>
      </w:r>
      <w:r>
        <w:rPr>
          <w:b/>
        </w:rPr>
        <w:t>Isaiah 3:24</w:t>
      </w:r>
      <w:r>
        <w:rPr/>
        <w:t xml:space="preserve"> — </w:t>
      </w:r>
      <w:r>
        <w:rPr>
          <w:shd w:fill="B7DDE8" w:val="clear"/>
        </w:rPr>
        <w:t>Instead of fragrance there will be a stench; instead of a belt, a rope; instead of styled hair, baldness; instead of fine clothing, sackcloth; instead of beauty, shame</w:t>
      </w:r>
      <w:r>
        <w:rPr>
          <w:b w:val="false"/>
          <w:i w:val="false"/>
          <w:color w:val="000000"/>
          <w:u w:val="none"/>
        </w:rPr>
        <w:t xml:space="preserve"> [1LUK]</w:t>
      </w:r>
      <w:r>
        <w:rPr/>
        <w:t>.</w:t>
      </w:r>
    </w:p>
    <w:p>
      <w:pPr>
        <w:pStyle w:val="Yellow"/>
        <w:rPr/>
      </w:pPr>
      <w:r>
        <w:rPr/>
        <w:t xml:space="preserve">(Is9:8–9 “Jacob” and “Israel”) </w:t>
      </w:r>
      <w:r>
        <w:rPr>
          <w:b/>
        </w:rPr>
        <w:t>Isaiah 9:13–14</w:t>
      </w:r>
      <w:r>
        <w:rPr/>
        <w:t xml:space="preserve"> — </w:t>
      </w:r>
      <w:r>
        <w:rPr>
          <w:shd w:val="clear" w:fill="B7DDE8"/>
        </w:rPr>
        <w:t>{the people} did not return to Him who struck them</w:t>
      </w:r>
      <w:r>
        <w:rPr>
          <w:b w:val="false"/>
          <w:i w:val="false"/>
          <w:color w:val="000000"/>
          <w:u w:val="none"/>
        </w:rPr>
        <w:t xml:space="preserve"> [1DFV]</w:t>
      </w:r>
      <w:r>
        <w:rPr/>
        <w:t xml:space="preserve">; </w:t>
      </w:r>
      <w:r>
        <w:rPr>
          <w:shd w:val="clear" w:fill="B7DDE8"/>
        </w:rPr>
        <w:t>they did not seek the LORD of Hosts</w:t>
      </w:r>
      <w:r>
        <w:rPr>
          <w:b w:val="false"/>
          <w:i w:val="false"/>
          <w:color w:val="000000"/>
          <w:u w:val="none"/>
        </w:rPr>
        <w:t xml:space="preserve"> [1DFW]</w:t>
      </w:r>
      <w:r>
        <w:rPr/>
        <w:t xml:space="preserve">. So </w:t>
      </w:r>
      <w:r>
        <w:rPr>
          <w:shd w:val="clear" w:fill="B7DDE8"/>
        </w:rPr>
        <w:t>the LORD will cut off Israel’s head and tail, both palm branch and reed in a single day</w:t>
      </w:r>
      <w:r>
        <w:rPr>
          <w:b w:val="false"/>
          <w:i w:val="false"/>
          <w:color w:val="000000"/>
          <w:u w:val="none"/>
        </w:rPr>
        <w:t xml:space="preserve"> [1DFX]</w:t>
      </w:r>
      <w:r>
        <w:rPr/>
        <w:t>.</w:t>
      </w:r>
    </w:p>
    <w:p>
      <w:pPr>
        <w:pStyle w:val="Yellow"/>
        <w:rPr/>
        <w:pBdr>
          <w:left w:val="single" w:sz="28" w:space="5" w:color="C00000"/>
        </w:pBdr>
      </w:pPr>
      <w:r>
        <w:rPr>
          <w:b/>
        </w:rPr>
        <w:t xml:space="preserve">Isaiah 19:22</w:t>
      </w:r>
      <w:r>
        <w:rPr/>
        <w:t xml:space="preserve"> — </w:t>
      </w:r>
      <w:r>
        <w:rPr>
          <w:shd w:fill="B7DDE8" w:val="clear"/>
        </w:rPr>
        <w:t xml:space="preserve">The LORD will strike Egypt with a plague</w:t>
      </w:r>
      <w:r>
        <w:rPr>
          <w:b w:val="false"/>
          <w:i w:val="false"/>
          <w:color w:val="000000"/>
          <w:u w:val="none"/>
        </w:rPr>
        <w:t xml:space="preserve"> [1KGX]</w:t>
      </w:r>
      <w:r>
        <w:rPr/>
        <w:t xml:space="preserve">; </w:t>
      </w:r>
      <w:r>
        <w:rPr>
          <w:shd w:fill="B7DDE8" w:val="clear"/>
        </w:rPr>
        <w:t xml:space="preserve">He will strike them but heal them</w:t>
      </w:r>
      <w:r>
        <w:rPr>
          <w:b w:val="false"/>
          <w:i w:val="false"/>
          <w:color w:val="000000"/>
          <w:u w:val="none"/>
        </w:rPr>
        <w:t xml:space="preserve"> [1KGY]</w:t>
      </w:r>
      <w:r>
        <w:rPr/>
        <w:t xml:space="preserve">. </w:t>
      </w:r>
      <w:r>
        <w:rPr>
          <w:shd w:fill="B7DDE8" w:val="clear"/>
        </w:rPr>
        <w:t xml:space="preserve">They will turn to the LORD</w:t>
      </w:r>
      <w:r>
        <w:rPr>
          <w:b w:val="false"/>
          <w:i w:val="false"/>
          <w:color w:val="000000"/>
          <w:u w:val="none"/>
        </w:rPr>
        <w:t xml:space="preserve"> [1KGZ]</w:t>
      </w:r>
      <w:r>
        <w:rPr/>
        <w:t xml:space="preserve">, and </w:t>
      </w:r>
      <w:r>
        <w:rPr>
          <w:shd w:fill="B7DDE8" w:val="clear"/>
        </w:rPr>
        <w:t xml:space="preserve">He will hear their prayers and heal them</w:t>
      </w:r>
      <w:r>
        <w:rPr>
          <w:b w:val="false"/>
          <w:i w:val="false"/>
          <w:color w:val="000000"/>
          <w:u w:val="none"/>
        </w:rPr>
        <w:t xml:space="preserve"> [1KHA]</w:t>
      </w:r>
      <w:r>
        <w:rPr/>
        <w:t xml:space="preserve">.</w:t>
      </w:r>
    </w:p>
    <w:p>
      <w:pPr>
        <w:pStyle w:val="Yellow"/>
        <w:rPr/>
      </w:pPr>
      <w:r>
        <w:rPr>
          <w:b/>
        </w:rPr>
        <w:t xml:space="preserve">Isaiah 26:11</w:t>
      </w:r>
      <w:r>
        <w:rPr/>
        <w:t xml:space="preserve"> — </w:t>
      </w:r>
      <w:r>
        <w:rPr>
          <w:shd w:fill="B7DDE8" w:val="clear"/>
        </w:rPr>
        <w:t xml:space="preserve">The fire set for Your enemies will consume them</w:t>
      </w:r>
      <w:r>
        <w:rPr>
          <w:b w:val="false"/>
          <w:i w:val="false"/>
          <w:color w:val="000000"/>
          <w:u w:val="none"/>
        </w:rPr>
        <w:t xml:space="preserve"> [1JRS]</w:t>
      </w:r>
      <w:r>
        <w:rPr/>
        <w:t xml:space="preserve">!</w:t>
      </w:r>
    </w:p>
    <w:p>
      <w:pPr>
        <w:pStyle w:val="Yellow"/>
        <w:rPr/>
      </w:pPr>
      <w:r>
        <w:rPr>
          <w:b/>
        </w:rPr>
        <w:t>Isaiah 30:15–17</w:t>
      </w:r>
      <w:r>
        <w:rPr/>
        <w:t xml:space="preserve"> — For the Lord GOD, </w:t>
      </w:r>
      <w:r>
        <w:rPr>
          <w:color w:val="000000"/>
        </w:rPr>
        <w:t>the Holy One of Israel</w:t>
      </w:r>
      <w:r>
        <w:rPr>
          <w:b w:val="false"/>
          <w:i w:val="false"/>
          <w:color w:val="000000"/>
          <w:u w:val="none"/>
          <w:shd w:val="clear" w:color="auto" w:fill="F4B183"/>
        </w:rPr>
        <w:t xml:space="preserve"> [3AYN]</w:t>
      </w:r>
      <w:r>
        <w:rPr/>
        <w:t>, has said: “</w:t>
      </w:r>
      <w:r>
        <w:rPr>
          <w:shd w:val="clear" w:fill="B7DDE8"/>
        </w:rPr>
        <w:t>By repentance and rest you would be saved</w:t>
      </w:r>
      <w:r>
        <w:rPr>
          <w:b w:val="false"/>
          <w:i w:val="false"/>
          <w:color w:val="000000"/>
          <w:u w:val="none"/>
        </w:rPr>
        <w:t xml:space="preserve"> [1BUU]</w:t>
      </w:r>
      <w:r>
        <w:rPr/>
        <w:t xml:space="preserve">; </w:t>
      </w:r>
      <w:r>
        <w:rPr>
          <w:shd w:val="clear" w:fill="B7DDE8"/>
        </w:rPr>
        <w:t>your strength would lie in quiet confidence</w:t>
      </w:r>
      <w:r>
        <w:rPr>
          <w:b w:val="false"/>
          <w:i w:val="false"/>
          <w:color w:val="000000"/>
          <w:u w:val="none"/>
        </w:rPr>
        <w:t xml:space="preserve"> [1BUV]</w:t>
      </w:r>
      <w:r>
        <w:rPr/>
        <w:t xml:space="preserve">—but </w:t>
      </w:r>
      <w:r>
        <w:rPr>
          <w:shd w:val="clear" w:fill="B7DDE8"/>
        </w:rPr>
        <w:t>you were not willing</w:t>
      </w:r>
      <w:r>
        <w:rPr>
          <w:b w:val="false"/>
          <w:i w:val="false"/>
          <w:color w:val="000000"/>
          <w:u w:val="none"/>
        </w:rPr>
        <w:t xml:space="preserve"> [1BUW]</w:t>
      </w:r>
      <w:r>
        <w:rPr/>
        <w:t>.” “No,” you say, “</w:t>
      </w:r>
      <w:r>
        <w:rPr>
          <w:shd w:val="clear" w:fill="B7DDE8"/>
        </w:rPr>
        <w:t>we will flee on horses</w:t>
      </w:r>
      <w:r>
        <w:rPr>
          <w:b w:val="false"/>
          <w:i w:val="false"/>
          <w:color w:val="000000"/>
          <w:u w:val="none"/>
        </w:rPr>
        <w:t xml:space="preserve"> [1BUX]</w:t>
      </w:r>
      <w:r>
        <w:rPr/>
        <w:t xml:space="preserve">.” </w:t>
      </w:r>
      <w:r>
        <w:rPr>
          <w:shd w:val="clear" w:fill="B7DDE8"/>
        </w:rPr>
        <w:t>Therefore you will flee</w:t>
      </w:r>
      <w:r>
        <w:rPr>
          <w:b w:val="false"/>
          <w:i w:val="false"/>
          <w:color w:val="000000"/>
          <w:u w:val="none"/>
        </w:rPr>
        <w:t xml:space="preserve"> [1BUY]</w:t>
      </w:r>
      <w:r>
        <w:rPr/>
        <w:t>! “</w:t>
      </w:r>
      <w:r>
        <w:rPr>
          <w:shd w:val="clear" w:fill="B7DDE8"/>
        </w:rPr>
        <w:t>We will ride swift horses</w:t>
      </w:r>
      <w:r>
        <w:rPr>
          <w:b w:val="false"/>
          <w:i w:val="false"/>
          <w:color w:val="000000"/>
          <w:u w:val="none"/>
        </w:rPr>
        <w:t xml:space="preserve"> [1BUZ]</w:t>
      </w:r>
      <w:r>
        <w:rPr/>
        <w:t xml:space="preserve">,” but </w:t>
      </w:r>
      <w:r>
        <w:rPr>
          <w:shd w:val="clear" w:fill="B7DDE8"/>
        </w:rPr>
        <w:t>your pursuers will be faster</w:t>
      </w:r>
      <w:r>
        <w:rPr>
          <w:b w:val="false"/>
          <w:i w:val="false"/>
          <w:color w:val="000000"/>
          <w:u w:val="none"/>
        </w:rPr>
        <w:t xml:space="preserve"> [1BVA]</w:t>
      </w:r>
      <w:r>
        <w:rPr/>
        <w:t xml:space="preserve">. </w:t>
      </w:r>
      <w:r>
        <w:rPr>
          <w:shd w:val="clear" w:fill="B7DDE8"/>
        </w:rPr>
        <w:t>A thousand will flee at the threat of one</w:t>
      </w:r>
      <w:r>
        <w:rPr>
          <w:b w:val="false"/>
          <w:i w:val="false"/>
          <w:color w:val="000000"/>
          <w:u w:val="none"/>
        </w:rPr>
        <w:t xml:space="preserve"> [1BVB]</w:t>
      </w:r>
      <w:r>
        <w:rPr/>
        <w:t xml:space="preserve">; </w:t>
      </w:r>
      <w:r>
        <w:rPr>
          <w:shd w:val="clear" w:fill="B7DDE8"/>
        </w:rPr>
        <w:t>at the threat of five you will all flee</w:t>
      </w:r>
      <w:r>
        <w:rPr>
          <w:b w:val="false"/>
          <w:i w:val="false"/>
          <w:color w:val="000000"/>
          <w:u w:val="none"/>
        </w:rPr>
        <w:t xml:space="preserve"> [1BVC]</w:t>
      </w:r>
      <w:r>
        <w:rPr/>
        <w:t xml:space="preserve">, </w:t>
      </w:r>
      <w:r>
        <w:rPr>
          <w:shd w:val="clear" w:fill="B7DDE8"/>
        </w:rPr>
        <w:t>until you are left alone like a pole on a mountaintop, like a banner on a hill</w:t>
      </w:r>
      <w:r>
        <w:rPr>
          <w:b w:val="false"/>
          <w:i w:val="false"/>
          <w:color w:val="000000"/>
          <w:u w:val="none"/>
        </w:rPr>
        <w:t xml:space="preserve"> [1BVD]</w:t>
      </w:r>
      <w:r>
        <w:rPr/>
        <w:t>.</w:t>
      </w:r>
    </w:p>
    <w:p>
      <w:pPr>
        <w:pStyle w:val="Yellow"/>
        <w:rPr/>
      </w:pPr>
      <w:r>
        <w:rPr>
          <w:b/>
        </w:rPr>
        <w:t xml:space="preserve">Isaiah 33:1</w:t>
      </w:r>
      <w:r>
        <w:rPr/>
        <w:t xml:space="preserve"> — </w:t>
      </w:r>
      <w:r>
        <w:rPr>
          <w:shd w:fill="B7DDE8" w:val="clear"/>
        </w:rPr>
        <w:t xml:space="preserve">Woe to you, O destroyer never destroyed, O traitor never betrayed</w:t>
      </w:r>
      <w:r>
        <w:rPr>
          <w:b w:val="false"/>
          <w:i w:val="false"/>
          <w:color w:val="000000"/>
          <w:u w:val="none"/>
        </w:rPr>
        <w:t xml:space="preserve"> [1JUV]</w:t>
      </w:r>
      <w:r>
        <w:rPr/>
        <w:t xml:space="preserve">! </w:t>
      </w:r>
      <w:r>
        <w:rPr>
          <w:shd w:fill="B7DDE8" w:val="clear"/>
        </w:rPr>
        <w:t xml:space="preserve">When you have finished destroying, you will be destroyed</w:t>
      </w:r>
      <w:r>
        <w:rPr>
          <w:b w:val="false"/>
          <w:i w:val="false"/>
          <w:color w:val="000000"/>
          <w:u w:val="none"/>
        </w:rPr>
        <w:t xml:space="preserve"> [1JUW]</w:t>
      </w:r>
      <w:r>
        <w:rPr/>
        <w:t xml:space="preserve">. </w:t>
      </w:r>
      <w:r>
        <w:rPr>
          <w:shd w:fill="B7DDE8" w:val="clear"/>
        </w:rPr>
        <w:t xml:space="preserve">When you have finished betraying, you will be betrayed</w:t>
      </w:r>
      <w:r>
        <w:rPr>
          <w:b w:val="false"/>
          <w:i w:val="false"/>
          <w:color w:val="000000"/>
          <w:u w:val="none"/>
        </w:rPr>
        <w:t xml:space="preserve"> [1JUX]</w:t>
      </w:r>
      <w:r>
        <w:rPr/>
        <w:t xml:space="preserve">.</w:t>
      </w:r>
    </w:p>
    <w:p>
      <w:pPr>
        <w:pStyle w:val="Yellow"/>
        <w:rPr/>
      </w:pPr>
      <w:r>
        <w:rPr/>
        <w:t xml:space="preserve">(Is37:21 because Hezekiah “prayed to Me” / Is37:35 because God would save Jerusalem “for My own sake”) </w:t>
      </w:r>
      <w:r>
        <w:rPr>
          <w:b/>
        </w:rPr>
        <w:t xml:space="preserve">Isaiah 37:36</w:t>
      </w:r>
      <w:r>
        <w:rPr/>
        <w:t xml:space="preserve"> — Then </w:t>
      </w:r>
      <w:r>
        <w:rPr>
          <w:color w:val="000000"/>
        </w:rPr>
        <w:t xml:space="preserve">the angel of the LORD went out and struck down 185,000 men in the camp of the Assyrians</w:t>
      </w:r>
      <w:r>
        <w:rPr>
          <w:b w:val="false"/>
          <w:i w:val="false"/>
          <w:color w:val="000000"/>
          <w:u w:val="none"/>
        </w:rPr>
        <w:t xml:space="preserve"> [2IQM]</w:t>
      </w:r>
      <w:r>
        <w:rPr/>
        <w:t xml:space="preserve">. </w:t>
      </w:r>
      <w:r>
        <w:rPr>
          <w:shd w:fill="B7DDE8" w:val="clear"/>
        </w:rPr>
        <w:t xml:space="preserve">When the people got up the next morning, there were all the dead bodies</w:t>
      </w:r>
      <w:r>
        <w:rPr>
          <w:b w:val="false"/>
          <w:i w:val="false"/>
          <w:color w:val="000000"/>
          <w:u w:val="none"/>
        </w:rPr>
        <w:t xml:space="preserve"> [1IQN]</w:t>
      </w:r>
      <w:r>
        <w:rPr/>
        <w:t xml:space="preserve">!</w:t>
      </w:r>
    </w:p>
    <w:p>
      <w:pPr>
        <w:pStyle w:val="Yellow"/>
        <w:rPr/>
      </w:pPr>
      <w:r>
        <w:rPr>
          <w:b/>
        </w:rPr>
        <w:t xml:space="preserve">Isaiah 42:14–15</w:t>
      </w:r>
      <w:r>
        <w:rPr/>
        <w:t xml:space="preserve"> — “</w:t>
      </w:r>
      <w:r>
        <w:rPr>
          <w:shd w:fill="B7DDE8" w:val="clear"/>
        </w:rPr>
        <w:t xml:space="preserve">I have kept silent from ages past; I have remained quiet and restrained</w:t>
      </w:r>
      <w:r>
        <w:rPr>
          <w:b w:val="false"/>
          <w:i w:val="false"/>
          <w:color w:val="000000"/>
          <w:u w:val="none"/>
        </w:rPr>
        <w:t xml:space="preserve"> [1HMB]</w:t>
      </w:r>
      <w:r>
        <w:rPr/>
        <w:t xml:space="preserve">. </w:t>
      </w:r>
      <w:r>
        <w:rPr>
          <w:shd w:fill="B7DDE8" w:val="clear"/>
        </w:rPr>
        <w:t xml:space="preserve">But now I will groan like a woman in labor; I will at once gasp and pant</w:t>
      </w:r>
      <w:r>
        <w:rPr>
          <w:b w:val="false"/>
          <w:i w:val="false"/>
          <w:color w:val="000000"/>
          <w:u w:val="none"/>
        </w:rPr>
        <w:t xml:space="preserve"> [1HMC]</w:t>
      </w:r>
      <w:r>
        <w:rPr/>
        <w:t xml:space="preserve">. </w:t>
      </w:r>
      <w:r>
        <w:rPr>
          <w:shd w:fill="B7DDE8" w:val="clear"/>
        </w:rPr>
        <w:t xml:space="preserve">I will lay waste the mountains and hills and dry up all their vegetation</w:t>
      </w:r>
      <w:r>
        <w:rPr>
          <w:b w:val="false"/>
          <w:i w:val="false"/>
          <w:color w:val="000000"/>
          <w:u w:val="none"/>
        </w:rPr>
        <w:t xml:space="preserve"> [1HMD]</w:t>
      </w:r>
      <w:r>
        <w:rPr/>
        <w:t xml:space="preserve">. </w:t>
      </w:r>
      <w:r>
        <w:rPr>
          <w:shd w:fill="B7DDE8" w:val="clear"/>
        </w:rPr>
        <w:t xml:space="preserve">I will turn the rivers into dry land and drain the marshes</w:t>
      </w:r>
      <w:r>
        <w:rPr>
          <w:b w:val="false"/>
          <w:i w:val="false"/>
          <w:color w:val="000000"/>
          <w:u w:val="none"/>
        </w:rPr>
        <w:t xml:space="preserve"> [1HME]</w:t>
      </w:r>
      <w:r>
        <w:rPr/>
        <w:t xml:space="preserve">.</w:t>
      </w:r>
    </w:p>
    <w:p>
      <w:pPr>
        <w:pStyle w:val="Yellow"/>
        <w:rPr/>
      </w:pPr>
      <w:r>
        <w:rPr>
          <w:b/>
        </w:rPr>
        <w:t xml:space="preserve">Isaiah 43:27–28</w:t>
      </w:r>
      <w:r>
        <w:rPr/>
        <w:t xml:space="preserve"> — </w:t>
      </w:r>
      <w:r>
        <w:rPr>
          <w:shd w:fill="B7DDE8" w:val="clear"/>
        </w:rPr>
        <w:t xml:space="preserve">Your first father sinned</w:t>
      </w:r>
      <w:r>
        <w:rPr>
          <w:b w:val="false"/>
          <w:i w:val="false"/>
          <w:color w:val="000000"/>
          <w:u w:val="none"/>
        </w:rPr>
        <w:t xml:space="preserve"> [1JSJ]</w:t>
      </w:r>
      <w:r>
        <w:rPr/>
        <w:t xml:space="preserve">, and </w:t>
      </w:r>
      <w:r>
        <w:rPr>
          <w:shd w:fill="B7DDE8" w:val="clear"/>
        </w:rPr>
        <w:t xml:space="preserve">your spokesmen rebelled against Me</w:t>
      </w:r>
      <w:r>
        <w:rPr>
          <w:b w:val="false"/>
          <w:i w:val="false"/>
          <w:u w:val="none"/>
          <w:color w:val="000000"/>
        </w:rPr>
        <w:t xml:space="preserve"> [1JSK]</w:t>
      </w:r>
      <w:r>
        <w:rPr/>
        <w:t xml:space="preserve">. So </w:t>
      </w:r>
      <w:r>
        <w:rPr>
          <w:shd w:fill="B7DDE8" w:val="clear"/>
        </w:rPr>
        <w:t xml:space="preserve">I will disgrace the princes of your sanctuary</w:t>
      </w:r>
      <w:r>
        <w:rPr>
          <w:b w:val="false"/>
          <w:i w:val="false"/>
          <w:color w:val="000000"/>
          <w:u w:val="none"/>
        </w:rPr>
        <w:t xml:space="preserve"> [1JSL]</w:t>
      </w:r>
      <w:r>
        <w:rPr/>
        <w:t xml:space="preserve">, and </w:t>
      </w:r>
      <w:r>
        <w:rPr>
          <w:shd w:fill="B7DDE8" w:val="clear"/>
        </w:rPr>
        <w:t xml:space="preserve">I will devote Jacob to destruction and Israel to reproach</w:t>
      </w:r>
      <w:r>
        <w:rPr>
          <w:b w:val="false"/>
          <w:i w:val="false"/>
          <w:color w:val="000000"/>
          <w:u w:val="none"/>
        </w:rPr>
        <w:t xml:space="preserve"> [1JSM]</w:t>
      </w:r>
      <w:r>
        <w:rPr>
          <w:b w:val="false"/>
          <w:i w:val="false"/>
          <w:color w:val="000000"/>
          <w:u w:val="none"/>
        </w:rPr>
        <w:t xml:space="preserve"> [1JSN]</w:t>
      </w:r>
      <w:r>
        <w:rPr/>
        <w:t xml:space="preserve">.”</w:t>
      </w:r>
    </w:p>
    <w:p>
      <w:pPr>
        <w:pStyle w:val="Yellow"/>
        <w:rPr/>
      </w:pPr>
      <w:r>
        <w:rPr>
          <w:b/>
        </w:rPr>
        <w:t xml:space="preserve">Isaiah 47:1</w:t>
      </w:r>
      <w:r>
        <w:rPr/>
        <w:t xml:space="preserve"> — “</w:t>
      </w:r>
      <w:r>
        <w:rPr>
          <w:shd w:fill="B7DDE8" w:val="clear"/>
        </w:rPr>
        <w:t xml:space="preserve">Go down and sit in the dust, O Virgin Daughter of Babylon</w:t>
      </w:r>
      <w:r>
        <w:rPr>
          <w:b w:val="false"/>
          <w:i w:val="false"/>
          <w:color w:val="000000"/>
          <w:u w:val="none"/>
        </w:rPr>
        <w:t xml:space="preserve"> [1GOG]</w:t>
      </w:r>
      <w:r>
        <w:rPr/>
        <w:t xml:space="preserve">. </w:t>
      </w:r>
      <w:r>
        <w:rPr>
          <w:shd w:fill="B7DDE8" w:val="clear"/>
        </w:rPr>
        <w:t xml:space="preserve">Sit on the ground without a throne, O Daughter of the Chaldeans</w:t>
      </w:r>
      <w:r>
        <w:rPr>
          <w:b w:val="false"/>
          <w:i w:val="false"/>
          <w:color w:val="000000"/>
          <w:u w:val="none"/>
        </w:rPr>
        <w:t xml:space="preserve"> [1GOG]</w:t>
      </w:r>
      <w:r>
        <w:rPr/>
        <w:t xml:space="preserve">! For </w:t>
      </w:r>
      <w:r>
        <w:rPr>
          <w:shd w:fill="B7DDE8" w:val="clear"/>
        </w:rPr>
        <w:t xml:space="preserve">you will no longer be called tender or delicate</w:t>
      </w:r>
      <w:r>
        <w:rPr>
          <w:b w:val="false"/>
          <w:i w:val="false"/>
          <w:color w:val="000000"/>
          <w:u w:val="none"/>
        </w:rPr>
        <w:t xml:space="preserve"> [1GOH]</w:t>
      </w:r>
      <w:r>
        <w:rPr/>
        <w:t xml:space="preserve">.</w:t>
      </w:r>
    </w:p>
    <w:p>
      <w:pPr>
        <w:pStyle w:val="Yellow"/>
        <w:rPr/>
        <w:pBdr>
          <w:left w:val="single" w:sz="28" w:space="5" w:color="C00000"/>
        </w:pBdr>
      </w:pPr>
      <w:r>
        <w:rPr>
          <w:b/>
        </w:rPr>
        <w:t xml:space="preserve">Isaiah 47:5-6</w:t>
      </w:r>
      <w:r>
        <w:rPr/>
        <w:t xml:space="preserve"> — “</w:t>
      </w:r>
      <w:r>
        <w:rPr>
          <w:shd w:fill="B7DDE8" w:val="clear"/>
        </w:rPr>
        <w:t xml:space="preserve">Sit in silence and go into darkness, O Daughter of the Chaldeans</w:t>
      </w:r>
      <w:r>
        <w:rPr>
          <w:b w:val="false"/>
          <w:i w:val="false"/>
          <w:color w:val="000000"/>
          <w:u w:val="none"/>
        </w:rPr>
        <w:t xml:space="preserve"> [1JAW]</w:t>
      </w:r>
      <w:r>
        <w:rPr/>
        <w:t xml:space="preserve">. For </w:t>
      </w:r>
      <w:r>
        <w:rPr>
          <w:shd w:fill="B7DDE8" w:val="clear"/>
        </w:rPr>
        <w:t xml:space="preserve">you will no longer be called the queen of kingdoms</w:t>
      </w:r>
      <w:r>
        <w:rPr>
          <w:b w:val="false"/>
          <w:i w:val="false"/>
          <w:color w:val="000000"/>
          <w:u w:val="none"/>
        </w:rPr>
        <w:t xml:space="preserve"> [1JAX]</w:t>
      </w:r>
      <w:r>
        <w:rPr/>
        <w:t xml:space="preserve">. </w:t>
      </w:r>
      <w:r>
        <w:rPr>
          <w:shd w:fill="B7DDE8" w:val="clear"/>
        </w:rPr>
        <w:t xml:space="preserve">I was angry with My people</w:t>
      </w:r>
      <w:r>
        <w:rPr>
          <w:b w:val="false"/>
          <w:i w:val="false"/>
          <w:color w:val="000000"/>
          <w:u w:val="none"/>
        </w:rPr>
        <w:t xml:space="preserve"> [1JAY]</w:t>
      </w:r>
      <w:r>
        <w:rPr/>
        <w:t xml:space="preserve">; </w:t>
      </w:r>
      <w:r>
        <w:rPr>
          <w:shd w:fill="B7DDE8" w:val="clear"/>
        </w:rPr>
        <w:t xml:space="preserve">I profaned My heritage</w:t>
      </w:r>
      <w:r>
        <w:rPr>
          <w:b w:val="false"/>
          <w:i w:val="false"/>
          <w:color w:val="000000"/>
          <w:u w:val="none"/>
        </w:rPr>
        <w:t xml:space="preserve"> [1JAZ]</w:t>
      </w:r>
      <w:r>
        <w:rPr/>
        <w:t xml:space="preserve">, and </w:t>
      </w:r>
      <w:r>
        <w:rPr>
          <w:shd w:fill="B7DDE8" w:val="clear"/>
        </w:rPr>
        <w:t xml:space="preserve">I placed them under your control</w:t>
      </w:r>
      <w:r>
        <w:rPr>
          <w:b w:val="false"/>
          <w:i w:val="false"/>
          <w:color w:val="000000"/>
          <w:u w:val="none"/>
        </w:rPr>
        <w:t xml:space="preserve"> [1JBA]</w:t>
      </w:r>
      <w:r>
        <w:rPr/>
        <w:t xml:space="preserve">. </w:t>
      </w:r>
      <w:r>
        <w:rPr>
          <w:shd w:fill="B7DDE8" w:val="clear"/>
        </w:rPr>
        <w:t xml:space="preserve">You showed them no mercy</w:t>
      </w:r>
      <w:r>
        <w:rPr>
          <w:b w:val="false"/>
          <w:i w:val="false"/>
          <w:u w:val="none"/>
          <w:color w:val="000000"/>
        </w:rPr>
        <w:t xml:space="preserve"> [1JBB]</w:t>
      </w:r>
      <w:r>
        <w:rPr/>
        <w:t xml:space="preserve">; </w:t>
      </w:r>
      <w:r>
        <w:rPr>
          <w:shd w:fill="B7DDE8" w:val="clear"/>
        </w:rPr>
        <w:t xml:space="preserve">even on the elderly you laid a most heavy yoke</w:t>
      </w:r>
      <w:r>
        <w:rPr>
          <w:b w:val="false"/>
          <w:i w:val="false"/>
          <w:color w:val="000000"/>
          <w:u w:val="none"/>
        </w:rPr>
        <w:t xml:space="preserve"> [1JBC]</w:t>
      </w:r>
      <w:r>
        <w:rPr/>
        <w:t xml:space="preserve">.</w:t>
      </w:r>
    </w:p>
    <w:p>
      <w:pPr>
        <w:pStyle w:val="Yellow"/>
        <w:rPr/>
      </w:pPr>
      <w:r>
        <w:rPr/>
        <w:t xml:space="preserve">(Is47:6–7 because Babylon showed no mercy and said, “I will be queen forever”) </w:t>
      </w:r>
      <w:r>
        <w:rPr>
          <w:b/>
        </w:rPr>
        <w:t xml:space="preserve">Isaiah 47:8–9</w:t>
      </w:r>
      <w:r>
        <w:rPr/>
        <w:t xml:space="preserve"> — {So now} hear this, </w:t>
      </w:r>
      <w:r>
        <w:rPr>
          <w:shd w:fill="B7DDE8" w:val="clear"/>
        </w:rPr>
        <w:t xml:space="preserve">O lover of luxury who sits securely</w:t>
      </w:r>
      <w:r>
        <w:rPr>
          <w:b w:val="false"/>
          <w:i w:val="false"/>
          <w:color w:val="000000"/>
          <w:u w:val="none"/>
        </w:rPr>
        <w:t xml:space="preserve"> [1GUY]</w:t>
      </w:r>
      <w:r>
        <w:rPr/>
        <w:t xml:space="preserve">, </w:t>
      </w:r>
      <w:r>
        <w:rPr>
          <w:shd w:fill="B7DDE8" w:val="clear"/>
        </w:rPr>
        <w:t xml:space="preserve">who says to herself, ‘I am, and there is none besides me</w:t>
      </w:r>
      <w:r>
        <w:rPr>
          <w:b w:val="false"/>
          <w:i w:val="false"/>
          <w:color w:val="000000"/>
          <w:u w:val="none"/>
        </w:rPr>
        <w:t xml:space="preserve"> [2GUZ]</w:t>
      </w:r>
      <w:r>
        <w:rPr/>
        <w:t xml:space="preserve">. </w:t>
      </w:r>
      <w:r>
        <w:rPr>
          <w:shd w:fill="B7DDE8" w:val="clear"/>
        </w:rPr>
        <w:t xml:space="preserve">I will never be a widow</w:t>
      </w:r>
      <w:r>
        <w:rPr>
          <w:b w:val="false"/>
          <w:i w:val="false"/>
          <w:u w:val="none"/>
          <w:color w:val="000000"/>
        </w:rPr>
        <w:t xml:space="preserve"> [1GVA]</w:t>
      </w:r>
      <w:r>
        <w:rPr/>
        <w:t xml:space="preserve"> or </w:t>
      </w:r>
      <w:r>
        <w:rPr>
          <w:shd w:fill="B7DDE8" w:val="clear"/>
        </w:rPr>
        <w:t xml:space="preserve">know the loss of children</w:t>
      </w:r>
      <w:r>
        <w:rPr>
          <w:b w:val="false"/>
          <w:i w:val="false"/>
          <w:u w:val="none"/>
          <w:color w:val="000000"/>
        </w:rPr>
        <w:t xml:space="preserve"> [1GVB]</w:t>
      </w:r>
      <w:r>
        <w:rPr/>
        <w:t xml:space="preserve">.’ </w:t>
      </w:r>
      <w:r>
        <w:rPr>
          <w:shd w:fill="B7DDE8" w:val="clear"/>
        </w:rPr>
        <w:t xml:space="preserve">These two things will overtake you in a moment, in a single day: loss of children, and widowhood</w:t>
      </w:r>
      <w:r>
        <w:rPr>
          <w:b w:val="false"/>
          <w:i w:val="false"/>
          <w:color w:val="000000"/>
          <w:u w:val="none"/>
        </w:rPr>
        <w:t xml:space="preserve"> [1GVC]</w:t>
      </w:r>
      <w:r>
        <w:rPr/>
        <w:t xml:space="preserve">. </w:t>
      </w:r>
      <w:r>
        <w:rPr>
          <w:shd w:fill="B7DDE8" w:val="clear"/>
        </w:rPr>
        <w:t xml:space="preserve">They will come upon you in full measure, in spite of your many sorceries and the potency of your spells</w:t>
      </w:r>
      <w:r>
        <w:rPr>
          <w:b w:val="false"/>
          <w:i w:val="false"/>
          <w:color w:val="000000"/>
          <w:u w:val="none"/>
        </w:rPr>
        <w:t xml:space="preserve"> [1GVD]</w:t>
      </w:r>
      <w:r>
        <w:rPr/>
        <w:t xml:space="preserve">.</w:t>
      </w:r>
    </w:p>
    <w:p>
      <w:pPr>
        <w:pStyle w:val="Yellow"/>
        <w:rPr/>
      </w:pPr>
      <w:r>
        <w:rPr>
          <w:b/>
        </w:rPr>
        <w:t xml:space="preserve">Isaiah 60:12</w:t>
      </w:r>
      <w:r>
        <w:rPr/>
        <w:t xml:space="preserve"> — </w:t>
      </w:r>
      <w:r>
        <w:rPr>
          <w:shd w:fill="B7DDE8" w:val="clear"/>
        </w:rPr>
        <w:t xml:space="preserve">The nation or kingdom that will not serve you will perish; it will be utterly destroyed</w:t>
      </w:r>
      <w:r>
        <w:rPr>
          <w:b w:val="false"/>
          <w:i w:val="false"/>
          <w:color w:val="000000"/>
          <w:u w:val="none"/>
        </w:rPr>
        <w:t xml:space="preserve"> [1JTU]</w:t>
      </w:r>
      <w:r>
        <w:rPr/>
        <w:t xml:space="preserve">.</w:t>
      </w:r>
    </w:p>
    <w:p>
      <w:pPr>
        <w:pStyle w:val="Yellow"/>
        <w:rPr/>
      </w:pPr>
      <w:r>
        <w:rPr/>
        <w:t xml:space="preserve">(Je4:16–17 Jerusalem surrounded by a besieging army) </w:t>
      </w:r>
      <w:r>
        <w:rPr>
          <w:b/>
        </w:rPr>
        <w:t xml:space="preserve">Jeremiah 4:18</w:t>
      </w:r>
      <w:r>
        <w:rPr/>
        <w:t xml:space="preserve"> — “</w:t>
      </w:r>
      <w:r>
        <w:rPr>
          <w:shd w:fill="B7DDE8" w:val="clear"/>
        </w:rPr>
        <w:t xml:space="preserve">Your ways and deeds have brought {this} upon you</w:t>
      </w:r>
      <w:r>
        <w:rPr>
          <w:b w:val="false"/>
          <w:i w:val="false"/>
          <w:color w:val="000000"/>
          <w:u w:val="none"/>
        </w:rPr>
        <w:t xml:space="preserve"> [1LFM]</w:t>
      </w:r>
      <w:r>
        <w:rPr/>
        <w:t xml:space="preserve">. </w:t>
      </w:r>
      <w:r>
        <w:rPr>
          <w:shd w:fill="B7DDE8" w:val="clear"/>
        </w:rPr>
        <w:t xml:space="preserve">This is your punishment</w:t>
      </w:r>
      <w:r>
        <w:rPr>
          <w:b w:val="false"/>
          <w:i w:val="false"/>
          <w:color w:val="000000"/>
          <w:u w:val="none"/>
        </w:rPr>
        <w:t xml:space="preserve"> [1LFN]</w:t>
      </w:r>
      <w:r>
        <w:rPr/>
        <w:t xml:space="preserve">; </w:t>
      </w:r>
      <w:r>
        <w:rPr>
          <w:shd w:fill="B7DDE8" w:val="clear"/>
        </w:rPr>
        <w:t xml:space="preserve">how bitter it is</w:t>
      </w:r>
      <w:r>
        <w:rPr>
          <w:b w:val="false"/>
          <w:i w:val="false"/>
          <w:color w:val="000000"/>
          <w:u w:val="none"/>
        </w:rPr>
        <w:t xml:space="preserve"> [1LFO]</w:t>
      </w:r>
      <w:r>
        <w:rPr/>
        <w:t xml:space="preserve">, because </w:t>
      </w:r>
      <w:r>
        <w:rPr>
          <w:shd w:fill="B7DDE8" w:val="clear"/>
        </w:rPr>
        <w:t xml:space="preserve">it pierces to the heart</w:t>
      </w:r>
      <w:r>
        <w:rPr>
          <w:b w:val="false"/>
          <w:i w:val="false"/>
          <w:color w:val="000000"/>
          <w:u w:val="none"/>
        </w:rPr>
        <w:t xml:space="preserve"> [1LFP]</w:t>
      </w:r>
      <w:r>
        <w:rPr/>
        <w:t xml:space="preserve">!”</w:t>
      </w:r>
    </w:p>
    <w:p>
      <w:pPr>
        <w:pStyle w:val="Yellow"/>
        <w:rPr/>
        <w:pBdr>
          <w:left w:val="single" w:sz="28" w:space="5" w:color="C00000"/>
        </w:pBdr>
      </w:pPr>
      <w:r>
        <w:rPr/>
        <w:t xml:space="preserve">(Je6:16–17 Judah refused God’s way and warning) </w:t>
      </w:r>
      <w:r>
        <w:rPr>
          <w:b/>
        </w:rPr>
        <w:t>Jeremiah 6:19</w:t>
      </w:r>
      <w:r>
        <w:rPr/>
        <w:t xml:space="preserve"> — Hear, O earth! </w:t>
      </w:r>
      <w:r>
        <w:rPr>
          <w:shd w:val="clear" w:fill="B7DDE8"/>
        </w:rPr>
        <w:t>I am bringing disaster on {this people}</w:t>
      </w:r>
      <w:r>
        <w:rPr>
          <w:b w:val="false"/>
          <w:i w:val="false"/>
          <w:u w:val="none"/>
          <w:color w:val="000000"/>
        </w:rPr>
        <w:t xml:space="preserve"> [1SN]</w:t>
      </w:r>
      <w:r>
        <w:rPr/>
        <w:t xml:space="preserve">, </w:t>
      </w:r>
      <w:r>
        <w:rPr>
          <w:shd w:val="clear" w:fill="B7DDE8"/>
        </w:rPr>
        <w:t>the fruit of their own schemes</w:t>
      </w:r>
      <w:r>
        <w:rPr>
          <w:b w:val="false"/>
          <w:i w:val="false"/>
          <w:color w:val="000000"/>
          <w:u w:val="none"/>
        </w:rPr>
        <w:t xml:space="preserve"> [1SO]</w:t>
      </w:r>
      <w:r>
        <w:rPr/>
        <w:t xml:space="preserve">, because </w:t>
      </w:r>
      <w:r>
        <w:rPr>
          <w:shd w:val="clear" w:fill="B7DDE8"/>
        </w:rPr>
        <w:t>they have paid no attention to My word</w:t>
      </w:r>
      <w:r>
        <w:rPr>
          <w:b w:val="false"/>
          <w:i w:val="false"/>
          <w:color w:val="000000"/>
          <w:u w:val="none"/>
        </w:rPr>
        <w:t xml:space="preserve"> [1SP]</w:t>
      </w:r>
      <w:r>
        <w:rPr/>
        <w:t xml:space="preserve"> and </w:t>
      </w:r>
      <w:r>
        <w:rPr>
          <w:shd w:val="clear" w:fill="B7DDE8"/>
        </w:rPr>
        <w:t>have rejected My instruction</w:t>
      </w:r>
      <w:r>
        <w:rPr>
          <w:b w:val="false"/>
          <w:i w:val="false"/>
          <w:u w:val="none"/>
          <w:color w:val="000000"/>
        </w:rPr>
        <w:t xml:space="preserve"> [2SL]</w:t>
      </w:r>
      <w:r>
        <w:rPr/>
        <w:t>.</w:t>
      </w:r>
    </w:p>
    <w:p>
      <w:pPr>
        <w:pStyle w:val="Yellow"/>
        <w:rPr/>
      </w:pPr>
      <w:r>
        <w:rPr/>
        <w:t xml:space="preserve">(Je7:13 because Judah “would not listen” / “would not answer”) </w:t>
      </w:r>
      <w:r>
        <w:rPr>
          <w:b/>
        </w:rPr>
        <w:t>Jeremiah 7:15</w:t>
      </w:r>
      <w:r>
        <w:rPr/>
        <w:t xml:space="preserve"> — </w:t>
      </w:r>
      <w:r>
        <w:rPr>
          <w:shd w:val="clear" w:fill="B7DDE8"/>
        </w:rPr>
        <w:t>I will cast you out of My presence</w:t>
      </w:r>
      <w:r>
        <w:rPr>
          <w:b w:val="false"/>
          <w:i w:val="false"/>
          <w:u w:val="none"/>
          <w:color w:val="000000"/>
        </w:rPr>
        <w:t xml:space="preserve"> [1EFZ]</w:t>
      </w:r>
      <w:r>
        <w:rPr/>
        <w:t xml:space="preserve">, </w:t>
      </w:r>
      <w:r>
        <w:rPr>
          <w:shd w:val="clear" w:fill="B7DDE8"/>
        </w:rPr>
        <w:t>just as I have cast out all your brothers, all the descendants of Ephraim</w:t>
      </w:r>
      <w:r>
        <w:rPr>
          <w:b w:val="false"/>
          <w:i w:val="false"/>
          <w:color w:val="000000"/>
          <w:u w:val="none"/>
        </w:rPr>
        <w:t xml:space="preserve"> [1EGA]</w:t>
      </w:r>
      <w:r>
        <w:rPr/>
        <w:t>.</w:t>
      </w:r>
    </w:p>
    <w:p>
      <w:pPr>
        <w:pStyle w:val="Yellow"/>
        <w:rPr/>
      </w:pPr>
      <w:r>
        <w:rPr>
          <w:b/>
        </w:rPr>
        <w:t>Jeremiah 8:14</w:t>
      </w:r>
      <w:r>
        <w:rPr/>
        <w:t xml:space="preserve"> — </w:t>
      </w:r>
      <w:r>
        <w:rPr>
          <w:shd w:val="clear" w:fill="B7DDE8"/>
        </w:rPr>
        <w:t>The LORD our God has doomed us</w:t>
      </w:r>
      <w:r>
        <w:rPr>
          <w:b w:val="false"/>
          <w:i w:val="false"/>
          <w:color w:val="000000"/>
          <w:u w:val="none"/>
        </w:rPr>
        <w:t xml:space="preserve"> [1ECG]</w:t>
      </w:r>
      <w:r>
        <w:rPr/>
        <w:t xml:space="preserve">. </w:t>
      </w:r>
      <w:r>
        <w:rPr>
          <w:shd w:val="clear" w:color="auto" w:fill="D9C3E6"/>
        </w:rPr>
        <w:t>He has given us poisoned water to drink</w:t>
      </w:r>
      <w:r>
        <w:rPr>
          <w:b w:val="false"/>
          <w:i w:val="false"/>
          <w:color w:val="000000"/>
          <w:u w:val="none"/>
        </w:rPr>
        <w:t xml:space="preserve"> [2ECH]</w:t>
      </w:r>
      <w:r>
        <w:rPr>
          <w:shd w:val="clear" w:color="auto" w:fill="D9C3E6"/>
        </w:rPr>
        <w:t xml:space="preserve">, because </w:t>
      </w:r>
      <w:r>
        <w:rPr>
          <w:color w:val="000000"/>
          <w:shd w:val="clear" w:color="auto" w:fill="D9C3E6"/>
        </w:rPr>
        <w:t>we have sinned against the LORD</w:t>
      </w:r>
      <w:r>
        <w:rPr>
          <w:b w:val="false"/>
          <w:i w:val="false"/>
          <w:color w:val="000000"/>
          <w:u w:val="none"/>
          <w:shd w:val="clear" w:color="auto" w:fill="F4B183"/>
        </w:rPr>
        <w:t xml:space="preserve"> [3AKD]</w:t>
      </w:r>
      <w:r>
        <w:rPr>
          <w:shd w:val="clear" w:color="auto" w:fill="D9C3E6"/>
        </w:rPr>
        <w:t>.</w:t>
      </w:r>
    </w:p>
    <w:p>
      <w:pPr>
        <w:pStyle w:val="Yellow"/>
        <w:rPr/>
      </w:pPr>
      <w:r>
        <w:rPr/>
        <w:t xml:space="preserve">(Je9:13–14 because Judah forsook God’s law and followed the Baals) </w:t>
      </w:r>
      <w:r>
        <w:rPr>
          <w:b/>
        </w:rPr>
        <w:t>Jeremiah 9:15</w:t>
      </w:r>
      <w:r>
        <w:rPr/>
        <w:t xml:space="preserve"> — “Behold, </w:t>
      </w:r>
      <w:r>
        <w:rPr>
          <w:shd w:val="clear" w:fill="B7DDE8"/>
        </w:rPr>
        <w:t>I will feed {this people} wormwood</w:t>
      </w:r>
      <w:r>
        <w:rPr>
          <w:b w:val="false"/>
          <w:i w:val="false"/>
          <w:color w:val="000000"/>
          <w:u w:val="none"/>
        </w:rPr>
        <w:t xml:space="preserve"> [1ECI]</w:t>
      </w:r>
      <w:r>
        <w:rPr/>
        <w:t xml:space="preserve"> and </w:t>
      </w:r>
      <w:r>
        <w:rPr>
          <w:shd w:val="clear" w:fill="B7DDE8"/>
        </w:rPr>
        <w:t>give them poisoned water to drink</w:t>
      </w:r>
      <w:r>
        <w:rPr>
          <w:b w:val="false"/>
          <w:i w:val="false"/>
          <w:color w:val="000000"/>
          <w:u w:val="none"/>
        </w:rPr>
        <w:t xml:space="preserve"> [2ECH]</w:t>
      </w:r>
      <w:r>
        <w:rPr/>
        <w:t>.</w:t>
      </w:r>
    </w:p>
    <w:p>
      <w:pPr>
        <w:pStyle w:val="Yellow"/>
        <w:rPr/>
      </w:pPr>
      <w:r>
        <w:rPr>
          <w:b/>
        </w:rPr>
        <w:t>Jeremiah 13:25-26</w:t>
      </w:r>
      <w:r>
        <w:rPr/>
        <w:t xml:space="preserve"> — “because </w:t>
      </w:r>
      <w:r>
        <w:rPr>
          <w:shd w:val="clear" w:fill="B7DDE8"/>
        </w:rPr>
        <w:t>you have forgotten Me</w:t>
      </w:r>
      <w:r>
        <w:rPr>
          <w:b w:val="false"/>
          <w:i w:val="false"/>
          <w:color w:val="000000"/>
          <w:u w:val="none"/>
        </w:rPr>
        <w:t xml:space="preserve"> [1DIJ]</w:t>
      </w:r>
      <w:r>
        <w:rPr/>
        <w:t xml:space="preserve"> and </w:t>
      </w:r>
      <w:r>
        <w:rPr>
          <w:shd w:val="clear" w:fill="B7DDE8"/>
        </w:rPr>
        <w:t>trusted in falsehood</w:t>
      </w:r>
      <w:r>
        <w:rPr>
          <w:b w:val="false"/>
          <w:i w:val="false"/>
          <w:u w:val="none"/>
          <w:color w:val="000000"/>
        </w:rPr>
        <w:t xml:space="preserve"> [1DIK]</w:t>
      </w:r>
      <w:r>
        <w:rPr/>
        <w:t xml:space="preserve">. </w:t>
        <w:tab/>
        <w:t xml:space="preserve">So </w:t>
      </w:r>
      <w:r>
        <w:rPr>
          <w:shd w:val="clear" w:fill="B7DDE8"/>
        </w:rPr>
        <w:t>I will pull your skirts up over your face</w:t>
      </w:r>
      <w:r>
        <w:rPr>
          <w:b w:val="false"/>
          <w:i w:val="false"/>
          <w:color w:val="000000"/>
          <w:u w:val="none"/>
        </w:rPr>
        <w:t xml:space="preserve"> [1DIL]</w:t>
      </w:r>
      <w:r>
        <w:rPr/>
        <w:t xml:space="preserve">, </w:t>
      </w:r>
      <w:r>
        <w:rPr>
          <w:shd w:val="clear" w:fill="B7DDE8"/>
        </w:rPr>
        <w:t>that your shame may be seen</w:t>
      </w:r>
      <w:r>
        <w:rPr>
          <w:b w:val="false"/>
          <w:i w:val="false"/>
          <w:color w:val="000000"/>
          <w:u w:val="none"/>
        </w:rPr>
        <w:t xml:space="preserve"> [1DIM]</w:t>
      </w:r>
      <w:r>
        <w:rPr/>
        <w:t>.</w:t>
      </w:r>
    </w:p>
    <w:p>
      <w:pPr>
        <w:pStyle w:val="Yellow"/>
        <w:rPr/>
      </w:pPr>
      <w:r>
        <w:rPr>
          <w:b/>
          <w:u w:val="none"/>
        </w:rPr>
        <w:t xml:space="preserve">Jeremiah 18:7–8</w:t>
      </w:r>
      <w:r>
        <w:rPr>
          <w:u w:val="none"/>
        </w:rPr>
        <w:t xml:space="preserve"> — At any time </w:t>
      </w:r>
      <w:r>
        <w:rPr>
          <w:u w:val="none"/>
          <w:shd w:fill="B7DDE8" w:val="clear"/>
        </w:rPr>
        <w:t xml:space="preserve">I might announce that a nation or kingdom will be uprooted, torn down, and destroyed</w:t>
      </w:r>
      <w:r>
        <w:rPr>
          <w:b w:val="false"/>
          <w:i w:val="false"/>
          <w:color w:val="000000"/>
          <w:u w:val="none"/>
        </w:rPr>
        <w:t xml:space="preserve"> [1JEX]</w:t>
      </w:r>
      <w:r>
        <w:rPr>
          <w:u w:val="none"/>
        </w:rPr>
        <w:t xml:space="preserve">. But </w:t>
      </w:r>
      <w:r>
        <w:rPr>
          <w:u w:val="none"/>
          <w:shd w:fill="B7DDE8" w:val="clear"/>
        </w:rPr>
        <w:t xml:space="preserve">if that nation I warned turns from its evil</w:t>
      </w:r>
      <w:r>
        <w:rPr>
          <w:b w:val="false"/>
          <w:i w:val="false"/>
          <w:u w:val="none"/>
          <w:color w:val="000000"/>
        </w:rPr>
        <w:t xml:space="preserve"> [1JEY]</w:t>
      </w:r>
      <w:r>
        <w:rPr>
          <w:u w:val="none"/>
        </w:rPr>
        <w:t xml:space="preserve">, then </w:t>
      </w:r>
      <w:r>
        <w:rPr>
          <w:u w:val="none"/>
          <w:shd w:fill="B7DDE8" w:val="clear"/>
        </w:rPr>
        <w:t xml:space="preserve">I will relent of the disaster I had planned to bring</w:t>
      </w:r>
      <w:r>
        <w:rPr>
          <w:b w:val="false"/>
          <w:i w:val="false"/>
          <w:color w:val="000000"/>
          <w:u w:val="none"/>
        </w:rPr>
        <w:t xml:space="preserve"> [1JEZ]</w:t>
      </w:r>
      <w:r>
        <w:rPr>
          <w:u w:val="none"/>
        </w:rPr>
        <w:t xml:space="preserve">.</w:t>
      </w:r>
    </w:p>
    <w:p>
      <w:pPr>
        <w:pStyle w:val="Yellow"/>
        <w:rPr/>
      </w:pPr>
      <w:r>
        <w:rPr>
          <w:b/>
        </w:rPr>
        <w:t xml:space="preserve">Jeremiah 25:31</w:t>
      </w:r>
      <w:r>
        <w:rPr/>
        <w:t xml:space="preserve"> — </w:t>
      </w:r>
      <w:r>
        <w:rPr>
          <w:shd w:fill="B7DDE8" w:val="clear"/>
        </w:rPr>
        <w:t xml:space="preserve">The LORD brings a charge against the nations</w:t>
      </w:r>
      <w:r>
        <w:rPr>
          <w:b w:val="false"/>
          <w:i w:val="false"/>
          <w:color w:val="000000"/>
          <w:u w:val="none"/>
        </w:rPr>
        <w:t xml:space="preserve"> [1KEQ]</w:t>
      </w:r>
      <w:r>
        <w:rPr/>
        <w:t xml:space="preserve">. </w:t>
      </w:r>
      <w:r>
        <w:rPr>
          <w:shd w:fill="B7DDE8" w:val="clear"/>
        </w:rPr>
        <w:t xml:space="preserve">He brings judgment on all mankind</w:t>
      </w:r>
      <w:r>
        <w:rPr>
          <w:b w:val="false"/>
          <w:i w:val="false"/>
          <w:color w:val="000000"/>
          <w:u w:val="none"/>
        </w:rPr>
        <w:t xml:space="preserve"> [1KER]</w:t>
      </w:r>
      <w:r>
        <w:rPr/>
        <w:t xml:space="preserve"> and </w:t>
      </w:r>
      <w:r>
        <w:rPr>
          <w:shd w:fill="B7DDE8" w:val="clear"/>
        </w:rPr>
        <w:t xml:space="preserve">puts the wicked to the sword</w:t>
      </w:r>
      <w:r>
        <w:rPr>
          <w:b w:val="false"/>
          <w:i w:val="false"/>
          <w:color w:val="000000"/>
          <w:u w:val="none"/>
        </w:rPr>
        <w:t xml:space="preserve"> [1KES]</w:t>
      </w:r>
      <w:r>
        <w:rPr/>
        <w:t xml:space="preserve">,’” declares the LORD.</w:t>
      </w:r>
    </w:p>
    <w:p>
      <w:pPr>
        <w:pStyle w:val="Yellow"/>
        <w:rPr/>
      </w:pPr>
      <w:r>
        <w:rPr>
          <w:u w:val="none"/>
        </w:rPr>
        <w:t xml:space="preserve">(Je30:10 God tells Jacob, “do not be afraid”) </w:t>
      </w:r>
      <w:r>
        <w:rPr>
          <w:b/>
          <w:u w:val="none"/>
        </w:rPr>
        <w:t>Jeremiah 30:11</w:t>
      </w:r>
      <w:r>
        <w:rPr>
          <w:u w:val="none"/>
        </w:rPr>
        <w:t xml:space="preserve"> — {For} </w:t>
      </w:r>
      <w:r>
        <w:rPr>
          <w:u w:val="none"/>
          <w:shd w:val="clear" w:fill="B7DDE8"/>
        </w:rPr>
        <w:t>I am with you</w:t>
      </w:r>
      <w:r>
        <w:rPr>
          <w:b w:val="false"/>
          <w:i w:val="false"/>
          <w:u w:val="none"/>
          <w:color w:val="000000"/>
        </w:rPr>
        <w:t xml:space="preserve"> [14DJY]</w:t>
      </w:r>
      <w:r>
        <w:rPr>
          <w:u w:val="none"/>
        </w:rPr>
        <w:t xml:space="preserve"> </w:t>
      </w:r>
      <w:r>
        <w:rPr>
          <w:u w:val="none"/>
          <w:shd w:val="clear" w:fill="B7DDE8"/>
        </w:rPr>
        <w:t>to save you</w:t>
      </w:r>
      <w:r>
        <w:rPr>
          <w:b w:val="false"/>
          <w:i w:val="false"/>
          <w:color w:val="000000"/>
          <w:u w:val="none"/>
        </w:rPr>
        <w:t xml:space="preserve"> [1DOG]</w:t>
      </w:r>
      <w:r>
        <w:rPr>
          <w:u w:val="none"/>
        </w:rPr>
        <w:t xml:space="preserve">, declares the LORD. Though </w:t>
      </w:r>
      <w:r>
        <w:rPr>
          <w:u w:val="none"/>
          <w:shd w:val="clear" w:fill="B7DDE8"/>
        </w:rPr>
        <w:t>I will completely destroy all the nations to which I have scattered you</w:t>
      </w:r>
      <w:r>
        <w:rPr>
          <w:b w:val="false"/>
          <w:i w:val="false"/>
          <w:color w:val="000000"/>
          <w:u w:val="none"/>
        </w:rPr>
        <w:t xml:space="preserve"> [2DOH]</w:t>
      </w:r>
      <w:r>
        <w:rPr>
          <w:u w:val="none"/>
        </w:rPr>
        <w:t xml:space="preserve">, </w:t>
      </w:r>
      <w:r>
        <w:rPr>
          <w:u w:val="none"/>
          <w:shd w:val="clear" w:fill="B7DDE8"/>
        </w:rPr>
        <w:t>I will not completely destroy you</w:t>
      </w:r>
      <w:r>
        <w:rPr>
          <w:b w:val="false"/>
          <w:i w:val="false"/>
          <w:u w:val="none"/>
          <w:color w:val="000000"/>
        </w:rPr>
        <w:t xml:space="preserve"> [4DOI]</w:t>
      </w:r>
      <w:r>
        <w:rPr>
          <w:u w:val="none"/>
        </w:rPr>
        <w:t xml:space="preserve">. Yet </w:t>
      </w:r>
      <w:r>
        <w:rPr>
          <w:u w:val="none"/>
          <w:shd w:val="clear" w:fill="B7DDE8"/>
        </w:rPr>
        <w:t>I will discipline you justly</w:t>
      </w:r>
      <w:r>
        <w:rPr>
          <w:b w:val="false"/>
          <w:i w:val="false"/>
          <w:color w:val="000000"/>
          <w:u w:val="none"/>
        </w:rPr>
        <w:t xml:space="preserve"> [2DOJ]</w:t>
      </w:r>
      <w:r>
        <w:rPr>
          <w:u w:val="none"/>
        </w:rPr>
        <w:t xml:space="preserve">, and </w:t>
      </w:r>
      <w:r>
        <w:rPr>
          <w:u w:val="none"/>
          <w:shd w:val="clear" w:fill="B7DDE8"/>
        </w:rPr>
        <w:t>will by no means leave you unpunished</w:t>
      </w:r>
      <w:r>
        <w:rPr>
          <w:b w:val="false"/>
          <w:i w:val="false"/>
          <w:color w:val="000000"/>
          <w:u w:val="none"/>
        </w:rPr>
        <w:t xml:space="preserve"> [2DOK]</w:t>
      </w:r>
      <w:r>
        <w:rPr>
          <w:u w:val="none"/>
        </w:rPr>
        <w:t>.”</w:t>
      </w:r>
    </w:p>
    <w:p>
      <w:pPr>
        <w:pStyle w:val="Yellow"/>
        <w:rPr/>
      </w:pPr>
      <w:r>
        <w:rPr/>
        <w:t xml:space="preserve">(Je30:14–15ᶜ because Israel and Judah had “great iniquity”¹ / 31:3ᶜ God’s “everlasting love”) </w:t>
      </w:r>
      <w:r>
        <w:rPr>
          <w:b/>
        </w:rPr>
        <w:t xml:space="preserve">Jeremiah 31:28</w:t>
      </w:r>
      <w:r>
        <w:rPr/>
        <w:t xml:space="preserve"> — Just as </w:t>
      </w:r>
      <w:r>
        <w:rPr>
          <w:shd w:fill="B7DDE8" w:val="clear"/>
        </w:rPr>
        <w:t xml:space="preserve">I watched over {them} to uproot and tear down, to demolish, destroy, and bring disaster</w:t>
      </w:r>
      <w:r>
        <w:rPr>
          <w:b w:val="false"/>
          <w:i w:val="false"/>
          <w:color w:val="000000"/>
          <w:u w:val="none"/>
        </w:rPr>
        <w:t xml:space="preserve"> [1JCF]</w:t>
      </w:r>
      <w:r>
        <w:rPr>
          <w:shd w:val="clear" w:color="auto" w:fill="548235"/>
          <w:color w:val="FFFFFF"/>
        </w:rPr>
        <w:t xml:space="preserve">, so </w:t>
      </w:r>
      <w:r>
        <w:rPr>
          <w:shd w:fill="548235" w:val="clear" w:color="auto"/>
          <w:color w:val="FFFFFF"/>
        </w:rPr>
        <w:t xml:space="preserve">I will watch over them to build and to plant</w:t>
      </w:r>
      <w:r>
        <w:rPr>
          <w:b w:val="false"/>
          <w:i w:val="false"/>
          <w:color w:val="FFFFFF"/>
          <w:u w:val="none"/>
          <w:shd w:val="clear" w:color="auto" w:fill="548235"/>
        </w:rPr>
        <w:t xml:space="preserve"> [1JCG]</w:t>
      </w:r>
      <w:r>
        <w:rPr/>
        <w:t xml:space="preserve">,” declares the LORD.</w:t>
      </w:r>
    </w:p>
    <w:p>
      <w:pPr>
        <w:pStyle w:val="Yellow"/>
        <w:rPr/>
        <w:shd w:val="clear" w:color="auto" w:fill="E4DFEC"/>
        <w:pBdr>
          <w:left w:val="single" w:sz="28" w:space="5" w:color="B4A7D6"/>
        </w:pBdr>
      </w:pPr>
      <w:r>
        <w:rPr>
          <w:u w:val="none"/>
        </w:rPr>
        <w:t xml:space="preserve">(Je46:27 God will “surely save” Jacob¹) </w:t>
      </w:r>
      <w:r>
        <w:rPr>
          <w:b/>
          <w:u w:val="none"/>
        </w:rPr>
        <w:t xml:space="preserve">Jeremiah 46:28</w:t>
      </w:r>
      <w:r>
        <w:rPr>
          <w:u w:val="none"/>
        </w:rPr>
        <w:t xml:space="preserve"> — {And} you, My servant Jacob, </w:t>
      </w:r>
      <w:r>
        <w:rPr>
          <w:u w:val="none"/>
          <w:shd w:fill="B7DDE8" w:val="clear"/>
        </w:rPr>
        <w:t xml:space="preserve">do not be afraid</w:t>
      </w:r>
      <w:r>
        <w:rPr>
          <w:b w:val="false"/>
          <w:i w:val="false"/>
          <w:color w:val="000000"/>
          <w:u w:val="none"/>
        </w:rPr>
        <w:t xml:space="preserve"> [17AKG]</w:t>
      </w:r>
      <w:r>
        <w:rPr>
          <w:u w:val="none"/>
        </w:rPr>
        <w:t xml:space="preserve">, declares the LORD, for </w:t>
      </w:r>
      <w:r>
        <w:rPr>
          <w:u w:val="none"/>
          <w:shd w:fill="B7DDE8" w:val="clear"/>
        </w:rPr>
        <w:t xml:space="preserve">I am with you</w:t>
      </w:r>
      <w:r>
        <w:rPr>
          <w:b w:val="false"/>
          <w:i w:val="false"/>
          <w:color w:val="000000"/>
          <w:u w:val="none"/>
        </w:rPr>
        <w:t xml:space="preserve"> [14DJY]</w:t>
      </w:r>
      <w:r>
        <w:rPr>
          <w:u w:val="none"/>
        </w:rPr>
        <w:t xml:space="preserve">. Though </w:t>
      </w:r>
      <w:r>
        <w:rPr>
          <w:u w:val="none"/>
          <w:shd w:fill="B7DDE8" w:val="clear"/>
        </w:rPr>
        <w:t xml:space="preserve">I will completely destroy all the nations to which I have banished you</w:t>
      </w:r>
      <w:r>
        <w:rPr>
          <w:b w:val="false"/>
          <w:i w:val="false"/>
          <w:color w:val="000000"/>
          <w:u w:val="none"/>
        </w:rPr>
        <w:t xml:space="preserve"> [2DOH]</w:t>
      </w:r>
      <w:r>
        <w:rPr>
          <w:u w:val="none"/>
        </w:rPr>
        <w:t xml:space="preserve">, </w:t>
      </w:r>
      <w:r>
        <w:rPr>
          <w:u w:val="none"/>
          <w:shd w:fill="B7DDE8" w:val="clear"/>
        </w:rPr>
        <w:t xml:space="preserve">I will not completely destroy you</w:t>
      </w:r>
      <w:r>
        <w:rPr>
          <w:b w:val="false"/>
          <w:i w:val="false"/>
          <w:color w:val="000000"/>
          <w:u w:val="none"/>
        </w:rPr>
        <w:t xml:space="preserve"> [4DOI]</w:t>
      </w:r>
      <w:r>
        <w:rPr>
          <w:u w:val="none"/>
        </w:rPr>
        <w:t xml:space="preserve">. Yet </w:t>
      </w:r>
      <w:r>
        <w:rPr>
          <w:u w:val="none"/>
          <w:shd w:fill="B7DDE8" w:val="clear"/>
        </w:rPr>
        <w:t xml:space="preserve">I will discipline you justly</w:t>
      </w:r>
      <w:r>
        <w:rPr>
          <w:b w:val="false"/>
          <w:i w:val="false"/>
          <w:color w:val="000000"/>
          <w:u w:val="none"/>
        </w:rPr>
        <w:t xml:space="preserve"> [2DOJ]</w:t>
      </w:r>
      <w:r>
        <w:rPr>
          <w:u w:val="none"/>
        </w:rPr>
        <w:t xml:space="preserve">, and </w:t>
      </w:r>
      <w:r>
        <w:rPr>
          <w:u w:val="none"/>
          <w:shd w:fill="B7DDE8" w:val="clear"/>
        </w:rPr>
        <w:t xml:space="preserve">will by no means leave you unpunished</w:t>
      </w:r>
      <w:r>
        <w:rPr>
          <w:b w:val="false"/>
          <w:i w:val="false"/>
          <w:color w:val="000000"/>
          <w:u w:val="none"/>
        </w:rPr>
        <w:t xml:space="preserve"> [2DOK]</w:t>
      </w:r>
      <w:r>
        <w:rPr>
          <w:u w:val="none"/>
        </w:rPr>
        <w:t xml:space="preserve">.”</w:t>
      </w:r>
    </w:p>
    <w:p>
      <w:pPr>
        <w:pStyle w:val="Yellow"/>
        <w:rPr/>
        <w:pBdr>
          <w:left w:val="single" w:sz="28" w:space="5" w:color="C00000"/>
        </w:pBdr>
      </w:pPr>
      <w:r>
        <w:rPr/>
        <w:t xml:space="preserve">(La1:8ᶜ because Jerusalem “sinned greatly” / 12 “the LORD”¹) </w:t>
      </w:r>
      <w:r>
        <w:rPr>
          <w:b/>
        </w:rPr>
        <w:t xml:space="preserve">Lamentations 1:13–14</w:t>
      </w:r>
      <w:r>
        <w:rPr/>
        <w:t xml:space="preserve"> — </w:t>
      </w:r>
      <w:r>
        <w:rPr>
          <w:shd w:fill="F4B183" w:val="clear" w:color="auto"/>
          <w:color w:val="000000"/>
        </w:rPr>
        <w:t xml:space="preserve">{He} sent fire from on high</w:t>
      </w:r>
      <w:r>
        <w:rPr>
          <w:b w:val="false"/>
          <w:i w:val="false"/>
          <w:color w:val="000000"/>
          <w:u w:val="none"/>
          <w:shd w:val="clear" w:color="auto" w:fill="F4B183"/>
        </w:rPr>
        <w:t xml:space="preserve"> [1LHT]</w:t>
      </w:r>
      <w:r>
        <w:rPr/>
        <w:t xml:space="preserve">; </w:t>
      </w:r>
      <w:r>
        <w:rPr>
          <w:shd w:fill="F4B183" w:val="clear" w:color="auto"/>
          <w:color w:val="000000"/>
        </w:rPr>
        <w:t xml:space="preserve">He made it seep into my bones</w:t>
      </w:r>
      <w:r>
        <w:rPr>
          <w:b w:val="false"/>
          <w:i w:val="false"/>
          <w:color w:val="000000"/>
          <w:u w:val="none"/>
          <w:shd w:val="clear" w:color="auto" w:fill="F4B183"/>
        </w:rPr>
        <w:t xml:space="preserve"> [1LHU]</w:t>
      </w:r>
      <w:r>
        <w:rPr/>
        <w:t xml:space="preserve">; </w:t>
      </w:r>
      <w:r>
        <w:rPr>
          <w:shd w:fill="F4B183" w:val="clear" w:color="auto"/>
          <w:color w:val="000000"/>
        </w:rPr>
        <w:t xml:space="preserve">He spread a net for my feet</w:t>
      </w:r>
      <w:r>
        <w:rPr>
          <w:b w:val="false"/>
          <w:i w:val="false"/>
          <w:color w:val="000000"/>
          <w:u w:val="none"/>
          <w:shd w:val="clear" w:color="auto" w:fill="F4B183"/>
        </w:rPr>
        <w:t xml:space="preserve"> [1LHV]</w:t>
      </w:r>
      <w:r>
        <w:rPr/>
        <w:t xml:space="preserve"> and </w:t>
      </w:r>
      <w:r>
        <w:rPr>
          <w:shd w:fill="F4B183" w:val="clear" w:color="auto"/>
          <w:color w:val="000000"/>
        </w:rPr>
        <w:t xml:space="preserve">turned me back</w:t>
      </w:r>
      <w:r>
        <w:rPr>
          <w:b w:val="false"/>
          <w:i w:val="false"/>
          <w:color w:val="000000"/>
          <w:u w:val="none"/>
          <w:shd w:val="clear" w:color="auto" w:fill="F4B183"/>
        </w:rPr>
        <w:t xml:space="preserve"> [1LHW]</w:t>
      </w:r>
      <w:r>
        <w:rPr/>
        <w:t xml:space="preserve">. </w:t>
      </w:r>
      <w:r>
        <w:rPr>
          <w:shd w:fill="B7DDE8" w:val="clear"/>
        </w:rPr>
        <w:t xml:space="preserve">He made me desolate, faint all the day long</w:t>
      </w:r>
      <w:r>
        <w:rPr>
          <w:b w:val="false"/>
          <w:i w:val="false"/>
          <w:color w:val="000000"/>
          <w:u w:val="none"/>
        </w:rPr>
        <w:t xml:space="preserve"> [1LHX]</w:t>
      </w:r>
      <w:r>
        <w:rPr/>
        <w:t xml:space="preserve">. </w:t>
      </w:r>
      <w:r>
        <w:rPr>
          <w:shd w:fill="B7DDE8" w:val="clear"/>
        </w:rPr>
        <w:t xml:space="preserve">My transgressions are bound into a yoke, knit together by His hand</w:t>
      </w:r>
      <w:r>
        <w:rPr>
          <w:b w:val="false"/>
          <w:i w:val="false"/>
          <w:color w:val="000000"/>
          <w:u w:val="none"/>
        </w:rPr>
        <w:t xml:space="preserve"> [1LHY]</w:t>
      </w:r>
      <w:r>
        <w:rPr/>
        <w:t xml:space="preserve">; </w:t>
      </w:r>
      <w:r>
        <w:rPr>
          <w:shd w:fill="B7DDE8" w:val="clear"/>
        </w:rPr>
        <w:t xml:space="preserve">they have come upon my neck</w:t>
      </w:r>
      <w:r>
        <w:rPr>
          <w:b w:val="false"/>
          <w:i w:val="false"/>
          <w:color w:val="000000"/>
          <w:u w:val="none"/>
        </w:rPr>
        <w:t xml:space="preserve"> [1LHZ]</w:t>
      </w:r>
      <w:r>
        <w:rPr/>
        <w:t xml:space="preserve">, and </w:t>
      </w:r>
      <w:r>
        <w:rPr>
          <w:shd w:fill="B7DDE8" w:val="clear"/>
        </w:rPr>
        <w:t xml:space="preserve">the Lord has broken my strength</w:t>
      </w:r>
      <w:r>
        <w:rPr>
          <w:b w:val="false"/>
          <w:i w:val="false"/>
          <w:color w:val="000000"/>
          <w:u w:val="none"/>
        </w:rPr>
        <w:t xml:space="preserve"> [1LIA]</w:t>
      </w:r>
      <w:r>
        <w:rPr/>
        <w:t xml:space="preserve">. </w:t>
      </w:r>
      <w:r>
        <w:rPr>
          <w:shd w:fill="B7DDE8" w:val="clear"/>
        </w:rPr>
        <w:t xml:space="preserve">He has handed me over to those I cannot withstand</w:t>
      </w:r>
      <w:r>
        <w:rPr>
          <w:b w:val="false"/>
          <w:i w:val="false"/>
          <w:color w:val="000000"/>
          <w:u w:val="none"/>
        </w:rPr>
        <w:t xml:space="preserve"> [1LIB]</w:t>
      </w:r>
      <w:r>
        <w:rPr/>
        <w:t xml:space="preserve">.</w:t>
      </w:r>
    </w:p>
    <w:p>
      <w:pPr>
        <w:pStyle w:val="Yellow"/>
        <w:rPr/>
      </w:pPr>
      <w:r>
        <w:rPr/>
        <w:t xml:space="preserve">(La1:8ᶜ because Jerusalem “sinned greatly”) </w:t>
      </w:r>
      <w:r>
        <w:rPr>
          <w:b/>
        </w:rPr>
        <w:t>Lamentations 2:17</w:t>
      </w:r>
      <w:r>
        <w:rPr/>
        <w:t xml:space="preserve"> — </w:t>
      </w:r>
      <w:r>
        <w:rPr>
          <w:color w:val="000000"/>
        </w:rPr>
        <w:t>The LORD has done what He planned</w:t>
      </w:r>
      <w:r>
        <w:rPr>
          <w:b w:val="false"/>
          <w:i w:val="false"/>
          <w:color w:val="000000"/>
          <w:u w:val="none"/>
          <w:shd w:val="clear" w:color="auto" w:fill="F4B183"/>
        </w:rPr>
        <w:t xml:space="preserve"> [2FNS]</w:t>
      </w:r>
      <w:r>
        <w:rPr/>
        <w:t xml:space="preserve">; </w:t>
      </w:r>
      <w:r>
        <w:rPr>
          <w:shd w:val="clear" w:fill="F4B183" w:color="auto"/>
          <w:color w:val="000000"/>
        </w:rPr>
        <w:t>He has accomplished His decree, which He ordained in days of old</w:t>
      </w:r>
      <w:r>
        <w:rPr>
          <w:b w:val="false"/>
          <w:i w:val="false"/>
          <w:color w:val="000000"/>
          <w:u w:val="none"/>
          <w:shd w:val="clear" w:color="auto" w:fill="F4B183"/>
        </w:rPr>
        <w:t xml:space="preserve"> [2FNS]</w:t>
      </w:r>
      <w:r>
        <w:rPr/>
        <w:t xml:space="preserve">; </w:t>
      </w:r>
      <w:r>
        <w:rPr>
          <w:shd w:val="clear" w:fill="B7DDE8"/>
        </w:rPr>
        <w:t>He has overthrown you without pity</w:t>
      </w:r>
      <w:r>
        <w:rPr>
          <w:b w:val="false"/>
          <w:i w:val="false"/>
          <w:color w:val="000000"/>
          <w:u w:val="none"/>
        </w:rPr>
        <w:t xml:space="preserve"> [1FNT]</w:t>
      </w:r>
      <w:r>
        <w:rPr/>
        <w:t xml:space="preserve">. </w:t>
      </w:r>
      <w:r>
        <w:rPr>
          <w:shd w:val="clear" w:fill="B7DDE8"/>
        </w:rPr>
        <w:t>He has let the enemy gloat over you</w:t>
      </w:r>
      <w:r>
        <w:rPr>
          <w:b w:val="false"/>
          <w:i w:val="false"/>
          <w:color w:val="000000"/>
          <w:u w:val="none"/>
        </w:rPr>
        <w:t xml:space="preserve"> [1FNU]</w:t>
      </w:r>
      <w:r>
        <w:rPr/>
        <w:t xml:space="preserve"> and </w:t>
      </w:r>
      <w:r>
        <w:rPr>
          <w:shd w:val="clear" w:fill="B7DDE8"/>
        </w:rPr>
        <w:t>exalted the horn of your foes</w:t>
      </w:r>
      <w:r>
        <w:rPr>
          <w:b w:val="false"/>
          <w:i w:val="false"/>
          <w:color w:val="000000"/>
          <w:u w:val="none"/>
        </w:rPr>
        <w:t xml:space="preserve"> [1FNV]</w:t>
      </w:r>
      <w:r>
        <w:rPr/>
        <w:t>.</w:t>
      </w:r>
    </w:p>
    <w:p>
      <w:pPr>
        <w:pStyle w:val="Yellow"/>
        <w:rPr/>
      </w:pPr>
      <w:r>
        <w:rPr/>
        <w:t xml:space="preserve">(La3:60–63ᶜ because opponents had “plots against me” and “mock me in song”) </w:t>
      </w:r>
      <w:r>
        <w:rPr>
          <w:b/>
        </w:rPr>
        <w:t xml:space="preserve">Lamentations 3:64</w:t>
      </w:r>
      <w:r>
        <w:rPr/>
        <w:t xml:space="preserve"> — </w:t>
      </w:r>
      <w:r>
        <w:rPr>
          <w:shd w:fill="B7DDE8" w:val="clear"/>
        </w:rPr>
        <w:t xml:space="preserve">You will pay them back what they deserve, O LORD, according to the work of their hands</w:t>
      </w:r>
      <w:r>
        <w:rPr>
          <w:b w:val="false"/>
          <w:i w:val="false"/>
          <w:color w:val="000000"/>
          <w:u w:val="none"/>
        </w:rPr>
        <w:t xml:space="preserve"> [12HT]</w:t>
      </w:r>
      <w:r>
        <w:rPr/>
        <w:t xml:space="preserve">.</w:t>
      </w:r>
    </w:p>
    <w:p>
      <w:pPr>
        <w:pStyle w:val="Yellow"/>
        <w:rPr/>
      </w:pPr>
      <w:r>
        <w:rPr/>
        <w:t xml:space="preserve">(La3:60–63ᶜ because opponents had “plots against me” and “mock me in song”) </w:t>
      </w:r>
      <w:r>
        <w:rPr>
          <w:b/>
        </w:rPr>
        <w:t xml:space="preserve">Lamentations 3:66</w:t>
      </w:r>
      <w:r>
        <w:rPr/>
        <w:t xml:space="preserve"> — </w:t>
      </w:r>
      <w:r>
        <w:rPr>
          <w:shd w:fill="B7DDE8" w:val="clear"/>
        </w:rPr>
        <w:t xml:space="preserve">You will pursue them in anger</w:t>
      </w:r>
      <w:r>
        <w:rPr>
          <w:b w:val="false"/>
          <w:i w:val="false"/>
          <w:color w:val="000000"/>
          <w:u w:val="none"/>
        </w:rPr>
        <w:t xml:space="preserve"> [1JKJ]</w:t>
      </w:r>
      <w:r>
        <w:rPr/>
        <w:t xml:space="preserve"> and </w:t>
      </w:r>
      <w:r>
        <w:rPr>
          <w:shd w:fill="B7DDE8" w:val="clear"/>
        </w:rPr>
        <w:t xml:space="preserve">exterminate them from under the heavens of the LORD</w:t>
      </w:r>
      <w:r>
        <w:rPr>
          <w:b w:val="false"/>
          <w:i w:val="false"/>
          <w:color w:val="000000"/>
          <w:u w:val="none"/>
        </w:rPr>
        <w:t xml:space="preserve"> [1JKK]</w:t>
      </w:r>
      <w:r>
        <w:rPr/>
        <w:t xml:space="preserve">.</w:t>
      </w:r>
    </w:p>
    <w:p>
      <w:pPr>
        <w:pStyle w:val="Yellow"/>
        <w:rPr/>
        <w:pBdr>
          <w:left w:val="single" w:sz="28" w:space="5" w:color="C00000"/>
        </w:pBdr>
      </w:pPr>
      <w:r>
        <w:rPr/>
        <w:t xml:space="preserve">(La4:13ᶜ because of the prophets’ “sins” and priests’ “guilt”) </w:t>
      </w:r>
      <w:r>
        <w:rPr>
          <w:b/>
        </w:rPr>
        <w:t xml:space="preserve">Lamentations 4:16</w:t>
      </w:r>
      <w:r>
        <w:rPr/>
        <w:t xml:space="preserve"> — </w:t>
      </w:r>
      <w:r>
        <w:rPr>
          <w:shd w:fill="B7DDE8" w:val="clear"/>
        </w:rPr>
        <w:t xml:space="preserve">The LORD Himself has scattered them</w:t>
      </w:r>
      <w:r>
        <w:rPr>
          <w:b w:val="false"/>
          <w:i w:val="false"/>
          <w:color w:val="000000"/>
          <w:u w:val="none"/>
        </w:rPr>
        <w:t xml:space="preserve"> [1FYZ]</w:t>
      </w:r>
      <w:r>
        <w:rPr/>
        <w:t xml:space="preserve">; </w:t>
      </w:r>
      <w:r>
        <w:rPr>
          <w:shd w:fill="B7DDE8" w:val="clear"/>
        </w:rPr>
        <w:t xml:space="preserve">He regards them no more</w:t>
      </w:r>
      <w:r>
        <w:rPr>
          <w:b w:val="false"/>
          <w:i w:val="false"/>
          <w:color w:val="000000"/>
          <w:u w:val="none"/>
        </w:rPr>
        <w:t xml:space="preserve"> [1FZA]</w:t>
      </w:r>
      <w:r>
        <w:rPr/>
        <w:t xml:space="preserve">. </w:t>
      </w:r>
      <w:r>
        <w:rPr>
          <w:shd w:fill="F4B183" w:val="clear" w:color="auto"/>
          <w:color w:val="000000"/>
        </w:rPr>
        <w:t xml:space="preserve">The priests are shown no honor</w:t>
      </w:r>
      <w:r>
        <w:rPr>
          <w:b w:val="false"/>
          <w:i w:val="false"/>
          <w:color w:val="000000"/>
          <w:u w:val="none"/>
          <w:shd w:val="clear" w:color="auto" w:fill="F4B183"/>
        </w:rPr>
        <w:t xml:space="preserve"> [1FZB]</w:t>
      </w:r>
      <w:r>
        <w:rPr/>
        <w:t xml:space="preserve">, </w:t>
      </w:r>
      <w:r>
        <w:rPr>
          <w:shd w:fill="F4B183" w:val="clear" w:color="auto"/>
          <w:color w:val="000000"/>
        </w:rPr>
        <w:t xml:space="preserve">the elders find no favor</w:t>
      </w:r>
      <w:r>
        <w:rPr>
          <w:b w:val="false"/>
          <w:i w:val="false"/>
          <w:color w:val="000000"/>
          <w:u w:val="none"/>
          <w:shd w:val="clear" w:color="auto" w:fill="F4B183"/>
        </w:rPr>
        <w:t xml:space="preserve"> [1FZC]</w:t>
      </w:r>
      <w:r>
        <w:rPr/>
        <w:t xml:space="preserve">.</w:t>
      </w:r>
    </w:p>
    <w:p>
      <w:pPr>
        <w:pStyle w:val="Yellow"/>
        <w:rPr/>
      </w:pPr>
      <w:r>
        <w:rPr>
          <w:b/>
        </w:rPr>
        <w:t>Ezekiel 9:4–6</w:t>
      </w:r>
      <w:r>
        <w:rPr/>
        <w:t xml:space="preserve"> — “Go throughout the city of Jerusalem,” said the LORD, “and </w:t>
      </w:r>
      <w:r>
        <w:rPr>
          <w:shd w:fill="B7DDE8" w:val="clear"/>
        </w:rPr>
        <w:t>put a mark on the foreheads of the men sighing and groaning over all the abominations committed there</w:t>
      </w:r>
      <w:r>
        <w:rPr>
          <w:b w:val="false"/>
          <w:i w:val="false"/>
          <w:color w:val="000000"/>
          <w:u w:val="none"/>
        </w:rPr>
        <w:t xml:space="preserve"> [1FXD]</w:t>
      </w:r>
      <w:r>
        <w:rPr/>
        <w:t>.” And as I listened, He said to the others, “</w:t>
      </w:r>
      <w:r>
        <w:rPr>
          <w:shd w:fill="B7DDE8" w:val="clear"/>
        </w:rPr>
        <w:t>Follow him through the city and start killing</w:t>
      </w:r>
      <w:r>
        <w:rPr>
          <w:b w:val="false"/>
          <w:i w:val="false"/>
          <w:color w:val="000000"/>
          <w:u w:val="none"/>
        </w:rPr>
        <w:t xml:space="preserve"> [1FXE]</w:t>
      </w:r>
      <w:r>
        <w:rPr/>
        <w:t xml:space="preserve">; </w:t>
      </w:r>
      <w:r>
        <w:rPr>
          <w:shd w:fill="B7DDE8" w:val="clear"/>
        </w:rPr>
        <w:t>do not show pity or spare anyone</w:t>
      </w:r>
      <w:r>
        <w:rPr>
          <w:b w:val="false"/>
          <w:i w:val="false"/>
          <w:color w:val="000000"/>
          <w:u w:val="none"/>
        </w:rPr>
        <w:t xml:space="preserve"> [1FXF]</w:t>
      </w:r>
      <w:r>
        <w:rPr/>
        <w:t xml:space="preserve">! </w:t>
      </w:r>
      <w:r>
        <w:rPr>
          <w:shd w:fill="B7DDE8" w:val="clear"/>
        </w:rPr>
        <w:t>Slaughter the old men, the young men and maidens, the women and children</w:t>
      </w:r>
      <w:r>
        <w:rPr>
          <w:b w:val="false"/>
          <w:i w:val="false"/>
          <w:color w:val="000000"/>
          <w:u w:val="none"/>
        </w:rPr>
        <w:t xml:space="preserve"> [1FXG]</w:t>
      </w:r>
      <w:r>
        <w:rPr/>
        <w:t xml:space="preserve">; but </w:t>
      </w:r>
      <w:r>
        <w:rPr>
          <w:shd w:fill="B7DDE8" w:val="clear"/>
        </w:rPr>
        <w:t>do not go near anyone who has the mark</w:t>
      </w:r>
      <w:r>
        <w:rPr>
          <w:b w:val="false"/>
          <w:i w:val="false"/>
          <w:color w:val="000000"/>
          <w:u w:val="none"/>
        </w:rPr>
        <w:t xml:space="preserve"> [1FXH]</w:t>
      </w:r>
      <w:r>
        <w:rPr/>
        <w:t xml:space="preserve">. Now </w:t>
      </w:r>
      <w:r>
        <w:rPr>
          <w:shd w:fill="B7DDE8" w:val="clear"/>
        </w:rPr>
        <w:t>begin at My sanctuary</w:t>
      </w:r>
      <w:r>
        <w:rPr>
          <w:b w:val="false"/>
          <w:i w:val="false"/>
          <w:color w:val="000000"/>
          <w:u w:val="none"/>
        </w:rPr>
        <w:t xml:space="preserve"> [1FXI]</w:t>
      </w:r>
      <w:r>
        <w:rPr/>
        <w:t>.”</w:t>
      </w:r>
    </w:p>
    <w:p>
      <w:pPr>
        <w:pStyle w:val="Yellow"/>
        <w:rPr/>
        <w:pBdr>
          <w:left w:val="single" w:sz="28" w:space="5" w:color="C00000"/>
        </w:pBdr>
      </w:pPr>
      <w:r>
        <w:rPr/>
        <w:t xml:space="preserve">(Eze18:14–17ᶜ son who sees his father’s “sins,” rejects them, and “keeps My ordinances”¹) </w:t>
      </w:r>
      <w:r>
        <w:rPr>
          <w:b/>
        </w:rPr>
        <w:t xml:space="preserve">Ezekiel 18:17</w:t>
      </w:r>
      <w:r>
        <w:rPr/>
        <w:t xml:space="preserve"> — </w:t>
      </w:r>
      <w:r>
        <w:rPr>
          <w:shd w:fill="B7DDE8" w:val="clear"/>
        </w:rPr>
        <w:t xml:space="preserve">{Such a man} will not die for his father’s iniquity</w:t>
      </w:r>
      <w:r>
        <w:rPr>
          <w:b w:val="false"/>
          <w:i w:val="false"/>
          <w:color w:val="000000"/>
          <w:u w:val="none"/>
        </w:rPr>
        <w:t xml:space="preserve"> [1IZO]</w:t>
      </w:r>
      <w:r>
        <w:rPr/>
        <w:t xml:space="preserve">. </w:t>
      </w:r>
      <w:r>
        <w:rPr>
          <w:shd w:fill="548235" w:val="clear" w:color="auto"/>
          <w:color w:val="FFFFFF"/>
        </w:rPr>
        <w:t xml:space="preserve">He will surely live</w:t>
      </w:r>
      <w:r>
        <w:rPr>
          <w:b w:val="false"/>
          <w:i w:val="false"/>
          <w:color w:val="FFFFFF"/>
          <w:u w:val="none"/>
          <w:shd w:val="clear" w:color="auto" w:fill="548235"/>
        </w:rPr>
        <w:t xml:space="preserve"> [1IZP]</w:t>
      </w:r>
      <w:r>
        <w:rPr/>
        <w:t xml:space="preserve">.</w:t>
      </w:r>
    </w:p>
    <w:p>
      <w:pPr>
        <w:pStyle w:val="Yellow"/>
        <w:rPr/>
      </w:pPr>
      <w:r>
        <w:rPr>
          <w:b/>
        </w:rPr>
        <w:t xml:space="preserve">Ezekiel 18:20</w:t>
      </w:r>
      <w:r>
        <w:rPr/>
        <w:t xml:space="preserve"> — </w:t>
      </w:r>
      <w:r>
        <w:rPr>
          <w:shd w:fill="B7DDE8" w:val="clear"/>
        </w:rPr>
        <w:t xml:space="preserve">The soul who sins is the one who will die</w:t>
      </w:r>
      <w:r>
        <w:rPr>
          <w:b w:val="false"/>
          <w:i w:val="false"/>
          <w:color w:val="000000"/>
          <w:u w:val="none"/>
        </w:rPr>
        <w:t xml:space="preserve"> [1ISJ]</w:t>
      </w:r>
      <w:r>
        <w:rPr/>
        <w:t xml:space="preserve">. </w:t>
      </w:r>
      <w:r>
        <w:rPr>
          <w:shd w:fill="B7DDE8" w:val="clear"/>
        </w:rPr>
        <w:t xml:space="preserve">A son will not bear the iniquity of his father</w:t>
      </w:r>
      <w:r>
        <w:rPr>
          <w:b w:val="false"/>
          <w:i w:val="false"/>
          <w:color w:val="000000"/>
          <w:u w:val="none"/>
        </w:rPr>
        <w:t xml:space="preserve"> [1ISK]</w:t>
      </w:r>
      <w:r>
        <w:rPr/>
        <w:t xml:space="preserve">, and </w:t>
      </w:r>
      <w:r>
        <w:rPr>
          <w:shd w:fill="B7DDE8" w:val="clear"/>
        </w:rPr>
        <w:t xml:space="preserve">a father will not bear the iniquity of his son</w:t>
      </w:r>
      <w:r>
        <w:rPr>
          <w:b w:val="false"/>
          <w:i w:val="false"/>
          <w:color w:val="000000"/>
          <w:u w:val="none"/>
        </w:rPr>
        <w:t xml:space="preserve"> [1ISL]</w:t>
      </w:r>
      <w:r>
        <w:rPr/>
        <w:t xml:space="preserve">. </w:t>
      </w:r>
      <w:r>
        <w:rPr>
          <w:shd w:fill="B7DDE8" w:val="clear"/>
        </w:rPr>
        <w:t xml:space="preserve">The righteousness of the righteous man will fall upon him</w:t>
      </w:r>
      <w:r>
        <w:rPr>
          <w:b w:val="false"/>
          <w:i w:val="false"/>
          <w:color w:val="000000"/>
          <w:u w:val="none"/>
        </w:rPr>
        <w:t xml:space="preserve"> [1ISM]</w:t>
      </w:r>
      <w:r>
        <w:rPr/>
        <w:t xml:space="preserve">, and </w:t>
      </w:r>
      <w:r>
        <w:rPr>
          <w:shd w:fill="F4B183" w:val="clear" w:color="auto"/>
          <w:color w:val="000000"/>
        </w:rPr>
        <w:t xml:space="preserve">the wickedness of the wicked man will fall upon him</w:t>
      </w:r>
      <w:r>
        <w:rPr>
          <w:b w:val="false"/>
          <w:i w:val="false"/>
          <w:color w:val="000000"/>
          <w:u w:val="none"/>
          <w:shd w:val="clear" w:color="auto" w:fill="F4B183"/>
        </w:rPr>
        <w:t xml:space="preserve"> [1ISN]</w:t>
      </w:r>
      <w:r>
        <w:rPr/>
        <w:t xml:space="preserve">.</w:t>
      </w:r>
    </w:p>
    <w:p>
      <w:pPr>
        <w:pStyle w:val="Yellow"/>
        <w:rPr/>
        <w:pBdr>
          <w:left w:val="single" w:sz="28" w:space="5" w:color="C00000"/>
        </w:pBdr>
      </w:pPr>
      <w:r>
        <w:rPr>
          <w:b/>
        </w:rPr>
        <w:t xml:space="preserve">Ezekiel 28:18</w:t>
      </w:r>
      <w:r>
        <w:rPr/>
        <w:t xml:space="preserve"> — </w:t>
      </w:r>
      <w:r>
        <w:rPr>
          <w:shd w:fill="548235" w:val="clear" w:color="auto"/>
          <w:color w:val="FFFFFF"/>
        </w:rPr>
        <w:t xml:space="preserve">By the multitude of your iniquities and the dishonesty of your trading you have profaned your sanctuaries</w:t>
      </w:r>
      <w:r>
        <w:rPr>
          <w:b w:val="false"/>
          <w:i w:val="false"/>
          <w:color w:val="FFFFFF"/>
          <w:u w:val="none"/>
          <w:shd w:val="clear" w:color="auto" w:fill="548235"/>
        </w:rPr>
        <w:t xml:space="preserve"> [1JPD]</w:t>
      </w:r>
      <w:r>
        <w:rPr/>
        <w:t xml:space="preserve">. So </w:t>
      </w:r>
      <w:r>
        <w:rPr>
          <w:shd w:fill="B7DDE8" w:val="clear"/>
        </w:rPr>
        <w:t xml:space="preserve">I made fire come from within you</w:t>
      </w:r>
      <w:r>
        <w:rPr>
          <w:b w:val="false"/>
          <w:i w:val="false"/>
          <w:color w:val="000000"/>
          <w:u w:val="none"/>
        </w:rPr>
        <w:t xml:space="preserve"> [1JPE]</w:t>
      </w:r>
      <w:r>
        <w:rPr/>
        <w:t xml:space="preserve">, and </w:t>
      </w:r>
      <w:r>
        <w:rPr>
          <w:shd w:fill="B7DDE8" w:val="clear"/>
        </w:rPr>
        <w:t xml:space="preserve">it consumed you</w:t>
      </w:r>
      <w:r>
        <w:rPr>
          <w:b w:val="false"/>
          <w:i w:val="false"/>
          <w:color w:val="000000"/>
          <w:u w:val="none"/>
        </w:rPr>
        <w:t xml:space="preserve"> [1JPF]</w:t>
      </w:r>
      <w:r>
        <w:rPr/>
        <w:t xml:space="preserve">. </w:t>
      </w:r>
      <w:r>
        <w:rPr>
          <w:shd w:fill="B7DDE8" w:val="clear"/>
        </w:rPr>
        <w:t xml:space="preserve">I reduced you to ashes on the ground in the eyes of all who saw you</w:t>
      </w:r>
      <w:r>
        <w:rPr>
          <w:b w:val="false"/>
          <w:i w:val="false"/>
          <w:color w:val="000000"/>
          <w:u w:val="none"/>
        </w:rPr>
        <w:t xml:space="preserve"> [1JPG]</w:t>
      </w:r>
      <w:r>
        <w:rPr/>
        <w:t xml:space="preserve">.</w:t>
      </w:r>
    </w:p>
    <w:p>
      <w:pPr>
        <w:pStyle w:val="Yellow"/>
        <w:rPr/>
      </w:pPr>
      <w:r>
        <w:rPr>
          <w:b/>
          <w:u w:val="none"/>
        </w:rPr>
        <w:t>Hosea 6:1</w:t>
      </w:r>
      <w:r>
        <w:rPr>
          <w:u w:val="none"/>
        </w:rPr>
        <w:t xml:space="preserve"> — </w:t>
      </w:r>
      <w:r>
        <w:rPr>
          <w:u w:val="none"/>
          <w:shd w:fill="B7DDE8" w:val="clear"/>
        </w:rPr>
        <w:t>Come, let us return to the LORD</w:t>
      </w:r>
      <w:r>
        <w:rPr>
          <w:b w:val="false"/>
          <w:i w:val="false"/>
          <w:u w:val="none"/>
          <w:color w:val="000000"/>
        </w:rPr>
        <w:t xml:space="preserve"> [1ERL]</w:t>
      </w:r>
      <w:r>
        <w:rPr>
          <w:u w:val="none"/>
        </w:rPr>
        <w:t xml:space="preserve">. For </w:t>
      </w:r>
      <w:r>
        <w:rPr>
          <w:u w:val="none"/>
          <w:shd w:fill="B7DDE8" w:val="clear"/>
        </w:rPr>
        <w:t>He has torn us to pieces</w:t>
      </w:r>
      <w:r>
        <w:rPr>
          <w:b w:val="false"/>
          <w:i w:val="false"/>
          <w:u w:val="none"/>
          <w:color w:val="000000"/>
        </w:rPr>
        <w:t xml:space="preserve"> [1ERM]</w:t>
      </w:r>
      <w:r>
        <w:rPr>
          <w:u w:val="none"/>
        </w:rPr>
        <w:t xml:space="preserve">, but </w:t>
      </w:r>
      <w:r>
        <w:rPr>
          <w:u w:val="none"/>
          <w:shd w:fill="B7DDE8" w:val="clear"/>
        </w:rPr>
        <w:t>He will heal us</w:t>
      </w:r>
      <w:r>
        <w:rPr>
          <w:b w:val="false"/>
          <w:i w:val="false"/>
          <w:color w:val="000000"/>
          <w:u w:val="none"/>
        </w:rPr>
        <w:t xml:space="preserve"> [3CQU]</w:t>
      </w:r>
      <w:r>
        <w:rPr>
          <w:u w:val="none"/>
        </w:rPr>
        <w:t xml:space="preserve">; </w:t>
      </w:r>
      <w:r>
        <w:rPr>
          <w:u w:val="none"/>
          <w:shd w:fill="B7DDE8" w:val="clear"/>
        </w:rPr>
        <w:t>He has wounded us</w:t>
      </w:r>
      <w:r>
        <w:rPr>
          <w:b w:val="false"/>
          <w:i w:val="false"/>
          <w:u w:val="none"/>
          <w:color w:val="000000"/>
        </w:rPr>
        <w:t xml:space="preserve"> [1ERM]</w:t>
      </w:r>
      <w:r>
        <w:rPr>
          <w:u w:val="none"/>
        </w:rPr>
        <w:t xml:space="preserve">, but </w:t>
      </w:r>
      <w:r>
        <w:rPr>
          <w:u w:val="none"/>
          <w:shd w:fill="B7DDE8" w:val="clear"/>
        </w:rPr>
        <w:t>He will bind up our wounds</w:t>
      </w:r>
      <w:r>
        <w:rPr>
          <w:b w:val="false"/>
          <w:i w:val="false"/>
          <w:color w:val="000000"/>
          <w:u w:val="none"/>
        </w:rPr>
        <w:t xml:space="preserve"> [1MGK]</w:t>
      </w:r>
      <w:r>
        <w:rPr>
          <w:u w:val="none"/>
        </w:rPr>
        <w:t>.</w:t>
      </w:r>
    </w:p>
    <w:p>
      <w:pPr>
        <w:pStyle w:val="Yellow"/>
        <w:rPr/>
      </w:pPr>
      <w:r>
        <w:rPr>
          <w:b/>
        </w:rPr>
        <w:t xml:space="preserve">Hosea 10:13–14</w:t>
      </w:r>
      <w:r>
        <w:rPr/>
        <w:t xml:space="preserve"> — </w:t>
      </w:r>
      <w:r>
        <w:rPr>
          <w:shd w:fill="B7DDE8" w:val="clear"/>
        </w:rPr>
        <w:t xml:space="preserve">You have plowed wickedness and reaped injustice</w:t>
      </w:r>
      <w:r>
        <w:rPr>
          <w:b w:val="false"/>
          <w:i w:val="false"/>
          <w:color w:val="000000"/>
          <w:u w:val="none"/>
        </w:rPr>
        <w:t xml:space="preserve"> [1ICB]</w:t>
      </w:r>
      <w:r>
        <w:rPr/>
        <w:t xml:space="preserve">; </w:t>
      </w:r>
      <w:r>
        <w:rPr>
          <w:shd w:fill="B7DDE8" w:val="clear"/>
        </w:rPr>
        <w:t xml:space="preserve">you have eaten the fruit of lies</w:t>
      </w:r>
      <w:r>
        <w:rPr>
          <w:b w:val="false"/>
          <w:i w:val="false"/>
          <w:color w:val="000000"/>
          <w:u w:val="none"/>
        </w:rPr>
        <w:t xml:space="preserve"> [1ICC]</w:t>
      </w:r>
      <w:r>
        <w:rPr/>
        <w:t xml:space="preserve">. </w:t>
      </w:r>
      <w:r>
        <w:rPr>
          <w:shd w:fill="B7DDE8" w:val="clear"/>
        </w:rPr>
        <w:t xml:space="preserve">Because you have trusted in your own way and in the multitude of your mighty men</w:t>
      </w:r>
      <w:r>
        <w:rPr>
          <w:b w:val="false"/>
          <w:i w:val="false"/>
          <w:u w:val="none"/>
          <w:color w:val="000000"/>
        </w:rPr>
        <w:t xml:space="preserve"> [1ICD]</w:t>
      </w:r>
      <w:r>
        <w:rPr/>
        <w:t xml:space="preserve">, </w:t>
      </w:r>
      <w:r>
        <w:rPr>
          <w:shd w:fill="B7DDE8" w:val="clear"/>
        </w:rPr>
        <w:t xml:space="preserve">the roar of battle will rise against your people</w:t>
      </w:r>
      <w:r>
        <w:rPr>
          <w:b w:val="false"/>
          <w:i w:val="false"/>
          <w:color w:val="000000"/>
          <w:u w:val="none"/>
        </w:rPr>
        <w:t xml:space="preserve"> [1ICE]</w:t>
      </w:r>
      <w:r>
        <w:rPr/>
        <w:t xml:space="preserve">, so that </w:t>
      </w:r>
      <w:r>
        <w:rPr>
          <w:shd w:fill="B7DDE8" w:val="clear"/>
        </w:rPr>
        <w:t xml:space="preserve">all your fortresses will be demolished</w:t>
      </w:r>
      <w:r>
        <w:rPr>
          <w:b w:val="false"/>
          <w:i w:val="false"/>
          <w:color w:val="000000"/>
          <w:u w:val="none"/>
        </w:rPr>
        <w:t xml:space="preserve"> [1ICF]</w:t>
      </w:r>
      <w:r>
        <w:rPr/>
        <w:t xml:space="preserve"> </w:t>
      </w:r>
      <w:r>
        <w:rPr>
          <w:shd w:fill="B7DDE8" w:val="clear"/>
        </w:rPr>
        <w:t xml:space="preserve">as Shalman devastated Beth-arbel in the day of battle, when mothers were dashed to pieces along with their children</w:t>
      </w:r>
      <w:r>
        <w:rPr>
          <w:b w:val="false"/>
          <w:i w:val="false"/>
          <w:color w:val="000000"/>
          <w:u w:val="none"/>
        </w:rPr>
        <w:t xml:space="preserve"> [1ICG]</w:t>
      </w:r>
      <w:r>
        <w:rPr/>
        <w:t xml:space="preserve">.</w:t>
      </w:r>
    </w:p>
    <w:p>
      <w:pPr>
        <w:pStyle w:val="Yellow"/>
        <w:rPr/>
        <w:pBdr>
          <w:left w:val="single" w:sz="28" w:space="5" w:color="C00000"/>
        </w:pBdr>
      </w:pPr>
      <w:r>
        <w:rPr>
          <w:b/>
        </w:rPr>
        <w:t xml:space="preserve">Hosea 12:2</w:t>
      </w:r>
      <w:r>
        <w:rPr/>
        <w:t xml:space="preserve"> — </w:t>
      </w:r>
      <w:r>
        <w:rPr>
          <w:shd w:fill="B7DDE8" w:val="clear"/>
        </w:rPr>
        <w:t xml:space="preserve">The LORD also brings a charge against Judah</w:t>
      </w:r>
      <w:r>
        <w:rPr>
          <w:b w:val="false"/>
          <w:i w:val="false"/>
          <w:color w:val="000000"/>
          <w:u w:val="none"/>
        </w:rPr>
        <w:t xml:space="preserve"> [1IRC]</w:t>
      </w:r>
      <w:r>
        <w:rPr/>
        <w:t xml:space="preserve">. </w:t>
      </w:r>
      <w:r>
        <w:rPr>
          <w:shd w:fill="F4B183" w:val="clear" w:color="auto"/>
          <w:color w:val="000000"/>
        </w:rPr>
        <w:t xml:space="preserve">He will punish Jacob according to his ways</w:t>
      </w:r>
      <w:r>
        <w:rPr>
          <w:b w:val="false"/>
          <w:i w:val="false"/>
          <w:color w:val="000000"/>
          <w:u w:val="none"/>
          <w:shd w:val="clear" w:color="auto" w:fill="F4B183"/>
        </w:rPr>
        <w:t xml:space="preserve"> [1IRD]</w:t>
      </w:r>
      <w:r>
        <w:rPr/>
        <w:t xml:space="preserve"> and </w:t>
      </w:r>
      <w:r>
        <w:rPr>
          <w:shd w:fill="F4B183" w:val="clear" w:color="auto"/>
          <w:color w:val="000000"/>
        </w:rPr>
        <w:t xml:space="preserve">repay him according to his deeds</w:t>
      </w:r>
      <w:r>
        <w:rPr>
          <w:b w:val="false"/>
          <w:i w:val="false"/>
          <w:color w:val="000000"/>
          <w:u w:val="none"/>
          <w:shd w:val="clear" w:color="auto" w:fill="F4B183"/>
        </w:rPr>
        <w:t xml:space="preserve"> [12HT]</w:t>
      </w:r>
      <w:r>
        <w:rPr/>
        <w:t xml:space="preserve">.</w:t>
      </w:r>
    </w:p>
    <w:p>
      <w:pPr>
        <w:pStyle w:val="Yellow"/>
        <w:rPr/>
        <w:pBdr>
          <w:left w:val="single" w:sz="28" w:space="5" w:color="C00000"/>
        </w:pBdr>
      </w:pPr>
      <w:r>
        <w:rPr/>
        <w:t xml:space="preserve">(Joe2:12–17ᶜ after people “return to Me” and priests plead “Spare Your people” / 13ᶜ God is “gracious and compassionate”) </w:t>
      </w:r>
      <w:r>
        <w:rPr>
          <w:b/>
        </w:rPr>
        <w:t xml:space="preserve">Joel 2:25-26</w:t>
      </w:r>
      <w:r>
        <w:rPr/>
        <w:t xml:space="preserve"> — </w:t>
      </w:r>
      <w:r>
        <w:rPr>
          <w:shd w:fill="548235" w:val="clear" w:color="auto"/>
          <w:color w:val="FFFFFF"/>
        </w:rPr>
        <w:t xml:space="preserve">I will repay you for the years eaten by locusts—the swarming locust, the young locust, the destroying locust, and the devouring locust</w:t>
      </w:r>
      <w:r>
        <w:rPr>
          <w:b w:val="false"/>
          <w:i w:val="false"/>
          <w:color w:val="FFFFFF"/>
          <w:u w:val="none"/>
          <w:shd w:val="clear" w:color="auto" w:fill="548235"/>
        </w:rPr>
        <w:t xml:space="preserve"> [1KWA]</w:t>
      </w:r>
      <w:r>
        <w:rPr>
          <w:shd w:val="clear" w:color="auto" w:fill="548235"/>
          <w:color w:val="FFFFFF"/>
        </w:rPr>
        <w:t xml:space="preserve">—</w:t>
      </w:r>
      <w:r>
        <w:rPr>
          <w:shd w:fill="B7DDE8" w:val="clear"/>
        </w:rPr>
        <w:t xml:space="preserve">My great army that I sent against you</w:t>
      </w:r>
      <w:r>
        <w:rPr>
          <w:b w:val="false"/>
          <w:i w:val="false"/>
          <w:u w:val="none"/>
          <w:color w:val="000000"/>
        </w:rPr>
        <w:t xml:space="preserve"> [1KWB]</w:t>
      </w:r>
      <w:r>
        <w:rPr/>
        <w:t xml:space="preserve">. </w:t>
      </w:r>
      <w:r>
        <w:rPr>
          <w:shd w:fill="B7DDE8" w:val="clear"/>
        </w:rPr>
        <w:t xml:space="preserve">You will have plenty to eat, until you are satisfied</w:t>
      </w:r>
      <w:r>
        <w:rPr>
          <w:b w:val="false"/>
          <w:i w:val="false"/>
          <w:color w:val="000000"/>
          <w:u w:val="none"/>
        </w:rPr>
        <w:t xml:space="preserve"> [1KWC]</w:t>
      </w:r>
      <w:r>
        <w:rPr/>
        <w:t xml:space="preserve">.</w:t>
      </w:r>
    </w:p>
    <w:p>
      <w:pPr>
        <w:pStyle w:val="Yellow"/>
        <w:rPr/>
      </w:pPr>
      <w:r>
        <w:rPr>
          <w:b/>
          <w:color w:val="auto"/>
        </w:rPr>
        <w:t>Joel 3:16</w:t>
      </w:r>
      <w:r>
        <w:rPr>
          <w:color w:val="auto"/>
        </w:rPr>
        <w:t xml:space="preserve"> — </w:t>
      </w:r>
      <w:r>
        <w:rPr>
          <w:color w:val="auto"/>
        </w:rPr>
        <w:t>The LORD will roar from Zion</w:t>
      </w:r>
      <w:r>
        <w:rPr>
          <w:b w:val="false"/>
          <w:i w:val="false"/>
          <w:color w:val="auto"/>
          <w:u w:val="none"/>
        </w:rPr>
        <w:t xml:space="preserve"> [1DXR]</w:t>
      </w:r>
      <w:r>
        <w:rPr>
          <w:color w:val="auto"/>
        </w:rPr>
        <w:t xml:space="preserve"> and </w:t>
      </w:r>
      <w:r>
        <w:rPr>
          <w:color w:val="auto"/>
        </w:rPr>
        <w:t>raise His voice from Jerusalem</w:t>
      </w:r>
      <w:r>
        <w:rPr>
          <w:b w:val="false"/>
          <w:i w:val="false"/>
          <w:color w:val="auto"/>
          <w:u w:val="none"/>
        </w:rPr>
        <w:t xml:space="preserve"> [1DXS]</w:t>
      </w:r>
      <w:r>
        <w:rPr>
          <w:color w:val="auto"/>
        </w:rPr>
        <w:t xml:space="preserve">; </w:t>
      </w:r>
      <w:r>
        <w:rPr>
          <w:color w:val="auto"/>
        </w:rPr>
        <w:t>heaven and earth will tremble</w:t>
      </w:r>
      <w:r>
        <w:rPr>
          <w:b w:val="false"/>
          <w:i w:val="false"/>
          <w:color w:val="auto"/>
          <w:u w:val="none"/>
        </w:rPr>
        <w:t xml:space="preserve"> [1DXT]</w:t>
      </w:r>
      <w:r>
        <w:rPr>
          <w:color w:val="auto"/>
        </w:rPr>
        <w:t xml:space="preserve">. But </w:t>
      </w:r>
      <w:r>
        <w:rPr>
          <w:color w:val="auto"/>
        </w:rPr>
        <w:t>the LORD will be a refuge for His people</w:t>
      </w:r>
      <w:r>
        <w:rPr>
          <w:b w:val="false"/>
          <w:i w:val="false"/>
          <w:color w:val="auto"/>
          <w:u w:val="none"/>
        </w:rPr>
        <w:t xml:space="preserve"> [1DXU]</w:t>
      </w:r>
      <w:r>
        <w:rPr>
          <w:color w:val="auto"/>
        </w:rPr>
        <w:t xml:space="preserve">, </w:t>
      </w:r>
      <w:r>
        <w:rPr>
          <w:color w:val="auto"/>
        </w:rPr>
        <w:t>a stronghold for the people of Israel</w:t>
      </w:r>
      <w:r>
        <w:rPr>
          <w:b w:val="false"/>
          <w:i w:val="false"/>
          <w:color w:val="auto"/>
          <w:u w:val="none"/>
        </w:rPr>
        <w:t xml:space="preserve"> [1DXV]</w:t>
      </w:r>
      <w:r>
        <w:rPr>
          <w:color w:val="auto"/>
        </w:rPr>
        <w:t>.</w:t>
      </w:r>
    </w:p>
    <w:p>
      <w:pPr>
        <w:pStyle w:val="Yellow"/>
        <w:rPr/>
      </w:pPr>
      <w:r>
        <w:rPr/>
        <w:t xml:space="preserve">&lt;17&gt;</w:t>
      </w:r>
      <w:r>
        <w:rPr>
          <w:b/>
        </w:rPr>
        <w:t xml:space="preserve">Amos 1:9–10</w:t>
      </w:r>
      <w:r>
        <w:rPr/>
        <w:t xml:space="preserve"> — This is what the LORD says: “</w:t>
      </w:r>
      <w:r>
        <w:rPr>
          <w:shd w:fill="B7DDE8" w:val="clear"/>
        </w:rPr>
        <w:t xml:space="preserve">For three transgressions of Tyre, even four</w:t>
      </w:r>
      <w:r>
        <w:rPr>
          <w:b w:val="false"/>
          <w:i w:val="false"/>
          <w:u w:val="none"/>
          <w:color w:val="000000"/>
        </w:rPr>
        <w:t xml:space="preserve"> [1JPH]</w:t>
      </w:r>
      <w:r>
        <w:rPr/>
        <w:t xml:space="preserve">, </w:t>
      </w:r>
      <w:r>
        <w:rPr>
          <w:shd w:fill="B7DDE8" w:val="clear"/>
        </w:rPr>
        <w:t xml:space="preserve">I will not revoke My judgment</w:t>
      </w:r>
      <w:r>
        <w:rPr>
          <w:b w:val="false"/>
          <w:i w:val="false"/>
          <w:u w:val="none"/>
          <w:color w:val="000000"/>
        </w:rPr>
        <w:t xml:space="preserve"> [4JPI]</w:t>
      </w:r>
      <w:r>
        <w:rPr/>
        <w:t xml:space="preserve">, because </w:t>
      </w:r>
      <w:r>
        <w:rPr>
          <w:shd w:fill="B7DDE8" w:val="clear"/>
        </w:rPr>
        <w:t xml:space="preserve">they delivered up a whole congregation of exiles to Edom</w:t>
      </w:r>
      <w:r>
        <w:rPr>
          <w:b w:val="false"/>
          <w:i w:val="false"/>
          <w:color w:val="000000"/>
          <w:u w:val="none"/>
        </w:rPr>
        <w:t xml:space="preserve"> [1JPJ]</w:t>
      </w:r>
      <w:r>
        <w:rPr/>
        <w:t xml:space="preserve"> and </w:t>
      </w:r>
      <w:r>
        <w:rPr>
          <w:shd w:fill="B7DDE8" w:val="clear"/>
        </w:rPr>
        <w:t xml:space="preserve">broke a covenant of brotherhood</w:t>
      </w:r>
      <w:r>
        <w:rPr>
          <w:b w:val="false"/>
          <w:i w:val="false"/>
          <w:color w:val="000000"/>
          <w:u w:val="none"/>
        </w:rPr>
        <w:t xml:space="preserve"> [1JPK]</w:t>
      </w:r>
      <w:r>
        <w:rPr/>
        <w:t xml:space="preserve">. So </w:t>
      </w:r>
      <w:r>
        <w:rPr>
          <w:shd w:fill="B7DDE8" w:val="clear"/>
        </w:rPr>
        <w:t xml:space="preserve">I will send fire upon the walls of Tyre to consume its citadels</w:t>
      </w:r>
      <w:r>
        <w:rPr>
          <w:b w:val="false"/>
          <w:i w:val="false"/>
          <w:color w:val="000000"/>
          <w:u w:val="none"/>
        </w:rPr>
        <w:t xml:space="preserve"> [1JPL]</w:t>
      </w:r>
      <w:r>
        <w:rPr/>
        <w:t xml:space="preserve">.”</w:t>
      </w:r>
    </w:p>
    <w:p>
      <w:pPr>
        <w:pStyle w:val="Yellow"/>
        <w:rPr/>
      </w:pPr>
      <w:r>
        <w:rPr/>
        <w:t xml:space="preserve">&lt;17&gt;</w:t>
      </w:r>
      <w:r>
        <w:rPr>
          <w:b/>
        </w:rPr>
        <w:t xml:space="preserve">Amos 1:11–12</w:t>
      </w:r>
      <w:r>
        <w:rPr/>
        <w:t xml:space="preserve"> — This is what the LORD says: “</w:t>
      </w:r>
      <w:r>
        <w:rPr>
          <w:shd w:fill="B7DDE8" w:val="clear"/>
        </w:rPr>
        <w:t xml:space="preserve">For three transgressions of Edom, even four</w:t>
      </w:r>
      <w:r>
        <w:rPr>
          <w:b w:val="false"/>
          <w:i w:val="false"/>
          <w:u w:val="none"/>
          <w:color w:val="000000"/>
        </w:rPr>
        <w:t xml:space="preserve"> [1JPM]</w:t>
      </w:r>
      <w:r>
        <w:rPr/>
        <w:t xml:space="preserve">, </w:t>
      </w:r>
      <w:r>
        <w:rPr>
          <w:shd w:fill="B7DDE8" w:val="clear"/>
        </w:rPr>
        <w:t xml:space="preserve">I will not revoke My judgment</w:t>
      </w:r>
      <w:r>
        <w:rPr>
          <w:b w:val="false"/>
          <w:i w:val="false"/>
          <w:u w:val="none"/>
          <w:color w:val="000000"/>
        </w:rPr>
        <w:t xml:space="preserve"> [4JPI]</w:t>
      </w:r>
      <w:r>
        <w:rPr/>
        <w:t xml:space="preserve">, because </w:t>
      </w:r>
      <w:r>
        <w:rPr>
          <w:shd w:fill="B7DDE8" w:val="clear"/>
        </w:rPr>
        <w:t xml:space="preserve">he pursued his brother with the sword and stifled all compassion</w:t>
      </w:r>
      <w:r>
        <w:rPr>
          <w:b w:val="false"/>
          <w:i w:val="false"/>
          <w:color w:val="000000"/>
          <w:u w:val="none"/>
        </w:rPr>
        <w:t xml:space="preserve"> [1JPN]</w:t>
      </w:r>
      <w:r>
        <w:rPr>
          <w:b w:val="false"/>
          <w:i w:val="false"/>
          <w:color w:val="000000"/>
          <w:u w:val="none"/>
        </w:rPr>
        <w:t xml:space="preserve"> [1JPO]</w:t>
      </w:r>
      <w:r>
        <w:rPr/>
        <w:t xml:space="preserve">; </w:t>
      </w:r>
      <w:r>
        <w:rPr>
          <w:shd w:fill="B7DDE8" w:val="clear"/>
        </w:rPr>
        <w:t xml:space="preserve">his anger raged continually</w:t>
      </w:r>
      <w:r>
        <w:rPr>
          <w:b w:val="false"/>
          <w:i w:val="false"/>
          <w:color w:val="000000"/>
          <w:u w:val="none"/>
        </w:rPr>
        <w:t xml:space="preserve"> [1JPP]</w:t>
      </w:r>
      <w:r>
        <w:rPr/>
        <w:t xml:space="preserve">, and </w:t>
      </w:r>
      <w:r>
        <w:rPr>
          <w:shd w:fill="B7DDE8" w:val="clear"/>
        </w:rPr>
        <w:t xml:space="preserve">his fury flamed incessantly</w:t>
      </w:r>
      <w:r>
        <w:rPr>
          <w:b w:val="false"/>
          <w:i w:val="false"/>
          <w:color w:val="000000"/>
          <w:u w:val="none"/>
        </w:rPr>
        <w:t xml:space="preserve"> [1JPQ]</w:t>
      </w:r>
      <w:r>
        <w:rPr/>
        <w:t xml:space="preserve">. So </w:t>
      </w:r>
      <w:r>
        <w:rPr>
          <w:shd w:fill="B7DDE8" w:val="clear"/>
        </w:rPr>
        <w:t xml:space="preserve">I will send fire upon Teman to consume the citadels of Bozrah</w:t>
      </w:r>
      <w:r>
        <w:rPr>
          <w:b w:val="false"/>
          <w:i w:val="false"/>
          <w:color w:val="000000"/>
          <w:u w:val="none"/>
        </w:rPr>
        <w:t xml:space="preserve"> [1JPR]</w:t>
      </w:r>
      <w:r>
        <w:rPr/>
        <w:t xml:space="preserve">.”</w:t>
      </w:r>
    </w:p>
    <w:p>
      <w:pPr>
        <w:pStyle w:val="Yellow"/>
        <w:rPr/>
      </w:pPr>
      <w:r>
        <w:rPr/>
        <w:t xml:space="preserve">&lt;17&gt;</w:t>
      </w:r>
      <w:r>
        <w:rPr>
          <w:b/>
        </w:rPr>
        <w:t xml:space="preserve">Amos 2:4–5</w:t>
      </w:r>
      <w:r>
        <w:rPr/>
        <w:t xml:space="preserve"> — This is what the LORD says: “</w:t>
      </w:r>
      <w:r>
        <w:rPr>
          <w:shd w:fill="B7DDE8" w:val="clear"/>
        </w:rPr>
        <w:t xml:space="preserve">For three transgressions of Judah, even four</w:t>
      </w:r>
      <w:r>
        <w:rPr>
          <w:b w:val="false"/>
          <w:i w:val="false"/>
          <w:u w:val="none"/>
          <w:color w:val="000000"/>
        </w:rPr>
        <w:t xml:space="preserve"> [1JPS]</w:t>
      </w:r>
      <w:r>
        <w:rPr/>
        <w:t xml:space="preserve">, </w:t>
      </w:r>
      <w:r>
        <w:rPr>
          <w:shd w:fill="B7DDE8" w:val="clear"/>
        </w:rPr>
        <w:t xml:space="preserve">I will not revoke My judgment</w:t>
      </w:r>
      <w:r>
        <w:rPr>
          <w:b w:val="false"/>
          <w:i w:val="false"/>
          <w:u w:val="none"/>
          <w:color w:val="000000"/>
        </w:rPr>
        <w:t xml:space="preserve"> [4JPI]</w:t>
      </w:r>
      <w:r>
        <w:rPr/>
        <w:t xml:space="preserve">, because </w:t>
      </w:r>
      <w:r>
        <w:rPr>
          <w:shd w:fill="B7DDE8" w:val="clear"/>
        </w:rPr>
        <w:t xml:space="preserve">they reject the Law of the LORD and fail to keep His statutes</w:t>
      </w:r>
      <w:r>
        <w:rPr>
          <w:b w:val="false"/>
          <w:i w:val="false"/>
          <w:color w:val="000000"/>
          <w:u w:val="none"/>
        </w:rPr>
        <w:t xml:space="preserve"> [1JPT]</w:t>
      </w:r>
      <w:r>
        <w:rPr>
          <w:b w:val="false"/>
          <w:i w:val="false"/>
          <w:color w:val="000000"/>
          <w:u w:val="none"/>
        </w:rPr>
        <w:t xml:space="preserve"> [1JPU]</w:t>
      </w:r>
      <w:r>
        <w:rPr/>
        <w:t xml:space="preserve">; </w:t>
      </w:r>
      <w:r>
        <w:rPr>
          <w:shd w:fill="B7DDE8" w:val="clear"/>
        </w:rPr>
        <w:t xml:space="preserve">they are led astray by the lies in which their fathers walked</w:t>
      </w:r>
      <w:r>
        <w:rPr>
          <w:b w:val="false"/>
          <w:i w:val="false"/>
          <w:color w:val="000000"/>
          <w:u w:val="none"/>
        </w:rPr>
        <w:t xml:space="preserve"> [1JPV]</w:t>
      </w:r>
      <w:r>
        <w:rPr/>
        <w:t xml:space="preserve">. So </w:t>
      </w:r>
      <w:r>
        <w:rPr>
          <w:shd w:fill="B7DDE8" w:val="clear"/>
        </w:rPr>
        <w:t xml:space="preserve">I will send fire upon Judah to consume the citadels of Jerusalem</w:t>
      </w:r>
      <w:r>
        <w:rPr>
          <w:b w:val="false"/>
          <w:i w:val="false"/>
          <w:color w:val="000000"/>
          <w:u w:val="none"/>
        </w:rPr>
        <w:t xml:space="preserve"> [1JPW]</w:t>
      </w:r>
      <w:r>
        <w:rPr/>
        <w:t xml:space="preserve">.”</w:t>
      </w:r>
    </w:p>
    <w:p>
      <w:pPr>
        <w:pStyle w:val="Yellow"/>
        <w:rPr/>
      </w:pPr>
      <w:r>
        <w:rPr/>
        <w:t xml:space="preserve">&lt;17&gt;</w:t>
      </w:r>
      <w:r>
        <w:rPr>
          <w:b/>
        </w:rPr>
        <w:t xml:space="preserve">Amos 2:6–8</w:t>
      </w:r>
      <w:r>
        <w:rPr/>
        <w:t xml:space="preserve"> — This is what the LORD says: “</w:t>
      </w:r>
      <w:r>
        <w:rPr>
          <w:shd w:fill="B7DDE8" w:val="clear"/>
        </w:rPr>
        <w:t xml:space="preserve">For three transgressions of Israel, even four</w:t>
      </w:r>
      <w:r>
        <w:rPr>
          <w:b w:val="false"/>
          <w:i w:val="false"/>
          <w:u w:val="none"/>
          <w:color w:val="000000"/>
        </w:rPr>
        <w:t xml:space="preserve"> [1JPX]</w:t>
      </w:r>
      <w:r>
        <w:rPr/>
        <w:t xml:space="preserve">, </w:t>
      </w:r>
      <w:r>
        <w:rPr>
          <w:shd w:fill="B7DDE8" w:val="clear"/>
        </w:rPr>
        <w:t xml:space="preserve">I will not revoke My judgment</w:t>
      </w:r>
      <w:r>
        <w:rPr>
          <w:b w:val="false"/>
          <w:i w:val="false"/>
          <w:u w:val="none"/>
          <w:color w:val="000000"/>
        </w:rPr>
        <w:t xml:space="preserve"> [4JPI]</w:t>
      </w:r>
      <w:r>
        <w:rPr/>
        <w:t xml:space="preserve">, because </w:t>
      </w:r>
      <w:r>
        <w:rPr>
          <w:shd w:fill="B7DDE8" w:val="clear"/>
        </w:rPr>
        <w:t xml:space="preserve">they sell the righteous for silver and the needy for a pair of sandals</w:t>
      </w:r>
      <w:r>
        <w:rPr>
          <w:b w:val="false"/>
          <w:i w:val="false"/>
          <w:u w:val="none"/>
          <w:color w:val="000000"/>
        </w:rPr>
        <w:t xml:space="preserve"> [1JPY]</w:t>
      </w:r>
      <w:r>
        <w:rPr/>
        <w:t xml:space="preserve">. </w:t>
      </w:r>
      <w:r>
        <w:rPr>
          <w:shd w:fill="B7DDE8" w:val="clear"/>
        </w:rPr>
        <w:t xml:space="preserve">They trample on the heads of the poor as on the dust of the earth</w:t>
      </w:r>
      <w:r>
        <w:rPr>
          <w:b w:val="false"/>
          <w:i w:val="false"/>
          <w:color w:val="000000"/>
          <w:u w:val="none"/>
        </w:rPr>
        <w:t xml:space="preserve"> [1JPZ]</w:t>
      </w:r>
      <w:r>
        <w:rPr/>
        <w:t xml:space="preserve">; </w:t>
      </w:r>
      <w:r>
        <w:rPr>
          <w:shd w:fill="B7DDE8" w:val="clear"/>
        </w:rPr>
        <w:t xml:space="preserve">they push the needy out of their way</w:t>
      </w:r>
      <w:r>
        <w:rPr>
          <w:b w:val="false"/>
          <w:i w:val="false"/>
          <w:color w:val="000000"/>
          <w:u w:val="none"/>
        </w:rPr>
        <w:t xml:space="preserve"> [1JQA]</w:t>
      </w:r>
      <w:r>
        <w:rPr/>
        <w:t xml:space="preserve">. </w:t>
      </w:r>
      <w:r>
        <w:rPr>
          <w:shd w:fill="B7DDE8" w:val="clear"/>
        </w:rPr>
        <w:t xml:space="preserve">A man and his father have relations with the same girl and so profane My holy name</w:t>
      </w:r>
      <w:r>
        <w:rPr>
          <w:b w:val="false"/>
          <w:i w:val="false"/>
          <w:color w:val="000000"/>
          <w:u w:val="none"/>
        </w:rPr>
        <w:t xml:space="preserve"> [1JQB]</w:t>
      </w:r>
      <w:r>
        <w:rPr>
          <w:b w:val="false"/>
          <w:i w:val="false"/>
          <w:color w:val="000000"/>
          <w:u w:val="none"/>
        </w:rPr>
        <w:t xml:space="preserve"> [1JQC]</w:t>
      </w:r>
      <w:r>
        <w:rPr/>
        <w:t xml:space="preserve">. </w:t>
      </w:r>
      <w:r>
        <w:rPr>
          <w:shd w:fill="B7DDE8" w:val="clear"/>
        </w:rPr>
        <w:t xml:space="preserve">They lie down beside every altar on garments taken in pledge</w:t>
      </w:r>
      <w:r>
        <w:rPr>
          <w:b w:val="false"/>
          <w:i w:val="false"/>
          <w:u w:val="none"/>
          <w:color w:val="000000"/>
        </w:rPr>
        <w:t xml:space="preserve"> [1JQD]</w:t>
      </w:r>
      <w:r>
        <w:rPr/>
        <w:t xml:space="preserve">. And </w:t>
      </w:r>
      <w:r>
        <w:rPr>
          <w:shd w:fill="B7DDE8" w:val="clear"/>
        </w:rPr>
        <w:t xml:space="preserve">in the house of their God, they drink wine obtained through fines</w:t>
      </w:r>
      <w:r>
        <w:rPr>
          <w:b w:val="false"/>
          <w:i w:val="false"/>
          <w:u w:val="none"/>
          <w:color w:val="000000"/>
        </w:rPr>
        <w:t xml:space="preserve"> [1JQE]</w:t>
      </w:r>
      <w:r>
        <w:rPr/>
        <w:t xml:space="preserve">.</w:t>
      </w:r>
    </w:p>
    <w:p>
      <w:pPr>
        <w:pStyle w:val="Yellow"/>
        <w:rPr/>
      </w:pPr>
      <w:r>
        <w:rPr>
          <w:b/>
        </w:rPr>
        <w:t xml:space="preserve">Amos 3:6</w:t>
      </w:r>
      <w:r>
        <w:rPr/>
        <w:t xml:space="preserve"> — </w:t>
      </w:r>
      <w:r>
        <w:rPr>
          <w:shd w:fill="B7DDE8" w:val="clear"/>
        </w:rPr>
        <w:t xml:space="preserve">If calamity comes to a city, has not the LORD caused it</w:t>
      </w:r>
      <w:r>
        <w:rPr>
          <w:b w:val="false"/>
          <w:i w:val="false"/>
          <w:color w:val="000000"/>
          <w:u w:val="none"/>
        </w:rPr>
        <w:t xml:space="preserve"> [1JXR]</w:t>
      </w:r>
      <w:r>
        <w:rPr/>
        <w:t xml:space="preserve">?</w:t>
      </w:r>
    </w:p>
    <w:p>
      <w:pPr>
        <w:pStyle w:val="Yellow"/>
        <w:rPr/>
      </w:pPr>
      <w:r>
        <w:rPr/>
        <w:t xml:space="preserve">(Am5:10–12ᶜ because Israel’s people “trample on the poor” and “deprive the poor of justice”) </w:t>
      </w:r>
      <w:r>
        <w:rPr>
          <w:b/>
        </w:rPr>
        <w:t xml:space="preserve">Amos 5:3</w:t>
      </w:r>
      <w:r>
        <w:rPr/>
        <w:t xml:space="preserve"> — This is what the Lord GOD says: “</w:t>
      </w:r>
      <w:r>
        <w:rPr>
          <w:shd w:fill="B7DDE8" w:val="clear"/>
        </w:rPr>
        <w:t xml:space="preserve">The city that marches out a thousand strong will have but a hundred left, and the one that marches out a hundred strong will have but ten left in the house of Israel</w:t>
      </w:r>
      <w:r>
        <w:rPr>
          <w:b w:val="false"/>
          <w:i w:val="false"/>
          <w:color w:val="000000"/>
          <w:u w:val="none"/>
        </w:rPr>
        <w:t xml:space="preserve"> [1KGK]</w:t>
      </w:r>
      <w:r>
        <w:rPr/>
        <w:t xml:space="preserve">.”</w:t>
      </w:r>
    </w:p>
    <w:p>
      <w:pPr>
        <w:pStyle w:val="Yellow"/>
        <w:rPr/>
      </w:pPr>
      <w:r>
        <w:rPr>
          <w:b/>
        </w:rPr>
        <w:t>Amos 5:6</w:t>
      </w:r>
      <w:r>
        <w:rPr/>
        <w:t xml:space="preserve"> — </w:t>
      </w:r>
      <w:r>
        <w:rPr>
          <w:shd w:val="clear" w:fill="F4B183" w:color="auto"/>
          <w:color w:val="000000"/>
        </w:rPr>
        <w:t>Seek the LORD and live</w:t>
      </w:r>
      <w:r>
        <w:rPr>
          <w:b w:val="false"/>
          <w:i w:val="false"/>
          <w:color w:val="000000"/>
          <w:u w:val="none"/>
          <w:shd w:val="clear" w:color="auto" w:fill="F4B183"/>
        </w:rPr>
        <w:t xml:space="preserve"> [2CZB]</w:t>
      </w:r>
      <w:r>
        <w:rPr/>
        <w:t xml:space="preserve">, or </w:t>
      </w:r>
      <w:r>
        <w:rPr>
          <w:shd w:val="clear" w:fill="B7DDE8"/>
        </w:rPr>
        <w:t>He will sweep like fire through the house of Joseph</w:t>
      </w:r>
      <w:r>
        <w:rPr>
          <w:b w:val="false"/>
          <w:i w:val="false"/>
          <w:color w:val="000000"/>
          <w:u w:val="none"/>
        </w:rPr>
        <w:t xml:space="preserve"> [1CZC]</w:t>
      </w:r>
      <w:r>
        <w:rPr/>
        <w:t xml:space="preserve">; </w:t>
      </w:r>
      <w:r>
        <w:rPr>
          <w:shd w:val="clear" w:fill="B7DDE8"/>
        </w:rPr>
        <w:t>it will devour everything</w:t>
      </w:r>
      <w:r>
        <w:rPr>
          <w:b w:val="false"/>
          <w:i w:val="false"/>
          <w:color w:val="000000"/>
          <w:u w:val="none"/>
        </w:rPr>
        <w:t xml:space="preserve"> [1CZD]</w:t>
      </w:r>
      <w:r>
        <w:rPr/>
        <w:t xml:space="preserve">, </w:t>
      </w:r>
      <w:r>
        <w:rPr>
          <w:shd w:val="clear" w:fill="B7DDE8"/>
        </w:rPr>
        <w:t>with no one at Bethel to extinguish it</w:t>
      </w:r>
      <w:r>
        <w:rPr>
          <w:b w:val="false"/>
          <w:i w:val="false"/>
          <w:color w:val="000000"/>
          <w:u w:val="none"/>
        </w:rPr>
        <w:t xml:space="preserve"> [1CZE]</w:t>
      </w:r>
      <w:r>
        <w:rPr/>
        <w:t>.</w:t>
      </w:r>
    </w:p>
    <w:p>
      <w:pPr>
        <w:pStyle w:val="Yellow"/>
        <w:rPr/>
      </w:pPr>
      <w:r>
        <w:rPr>
          <w:b/>
        </w:rPr>
        <w:t>Amos 6:8</w:t>
      </w:r>
      <w:r>
        <w:t xml:space="preserve"> — </w:t>
      </w:r>
      <w:r>
        <w:rPr>
          <w:shd w:val="clear" w:color="auto" w:fill="D9C3E6"/>
        </w:rPr>
        <w:t>The Lord GOD has sworn by Himself</w:t>
      </w:r>
      <w:r>
        <w:rPr>
          <w:b w:val="false"/>
          <w:i w:val="false"/>
          <w:color w:val="000000"/>
          <w:u w:val="none"/>
        </w:rPr>
        <w:t xml:space="preserve"> [6ADT]</w:t>
      </w:r>
      <w:r>
        <w:t>—the LORD, the God of Hosts, has declared: “</w:t>
      </w:r>
      <w:r>
        <w:rPr>
          <w:shd w:fill="B7DDE8" w:val="clear"/>
        </w:rPr>
        <w:t>I abhor Jacob’s pride</w:t>
      </w:r>
      <w:r>
        <w:rPr>
          <w:b w:val="false"/>
          <w:i w:val="false"/>
          <w:color w:val="000000"/>
          <w:u w:val="none"/>
        </w:rPr>
        <w:t xml:space="preserve"> [1CIC]</w:t>
      </w:r>
      <w:r>
        <w:t xml:space="preserve"> and </w:t>
      </w:r>
      <w:r>
        <w:rPr>
          <w:shd w:fill="B7DDE8" w:val="clear"/>
        </w:rPr>
        <w:t>detest his citadels</w:t>
      </w:r>
      <w:r>
        <w:rPr>
          <w:b w:val="false"/>
          <w:i w:val="false"/>
          <w:color w:val="000000"/>
          <w:u w:val="none"/>
        </w:rPr>
        <w:t xml:space="preserve"> [1CID]</w:t>
      </w:r>
      <w:r>
        <w:t xml:space="preserve">, </w:t>
      </w:r>
      <w:r>
        <w:rPr>
          <w:shd w:fill="B7DDE8" w:val="clear"/>
        </w:rPr>
        <w:t>so I will deliver up the city and everything in it</w:t>
      </w:r>
      <w:r>
        <w:rPr>
          <w:b w:val="false"/>
          <w:i w:val="false"/>
          <w:color w:val="000000"/>
          <w:u w:val="none"/>
        </w:rPr>
        <w:t xml:space="preserve"> [1ALG]</w:t>
      </w:r>
      <w:r>
        <w:t>.”</w:t>
      </w:r>
    </w:p>
    <w:p>
      <w:pPr>
        <w:pStyle w:val="Yellow"/>
        <w:rPr/>
      </w:pPr>
      <w:r>
        <w:rPr/>
        <w:t xml:space="preserve">&lt;19&gt;</w:t>
      </w:r>
      <w:r>
        <w:rPr>
          <w:b/>
        </w:rPr>
        <w:t xml:space="preserve">Amos 7:1-6</w:t>
      </w:r>
      <w:r>
        <w:rPr/>
        <w:t xml:space="preserve"> — “This is what the Lord GOD showed me: </w:t>
      </w:r>
      <w:r>
        <w:rPr>
          <w:shd w:fill="B7DDE8" w:val="clear"/>
        </w:rPr>
        <w:t xml:space="preserve">He was preparing swarms of locusts just after the king’s harvest, as the late spring crop was coming up</w:t>
      </w:r>
      <w:r>
        <w:rPr>
          <w:b w:val="false"/>
          <w:i w:val="false"/>
          <w:color w:val="000000"/>
          <w:u w:val="none"/>
        </w:rPr>
        <w:t xml:space="preserve"> [1JBU]</w:t>
      </w:r>
      <w:r>
        <w:rPr/>
        <w:t xml:space="preserve">. And when </w:t>
      </w:r>
      <w:r>
        <w:rPr>
          <w:shd w:fill="B7DDE8" w:val="clear"/>
        </w:rPr>
        <w:t xml:space="preserve">the locusts had eaten every green plant in the land</w:t>
      </w:r>
      <w:r>
        <w:rPr>
          <w:b w:val="false"/>
          <w:i w:val="false"/>
          <w:u w:val="none"/>
          <w:color w:val="000000"/>
        </w:rPr>
        <w:t xml:space="preserve"> [1JBV]</w:t>
      </w:r>
      <w:r>
        <w:rPr/>
        <w:t xml:space="preserve">, I said, “</w:t>
      </w:r>
      <w:r>
        <w:rPr>
          <w:shd w:fill="B7DDE8" w:val="clear"/>
        </w:rPr>
        <w:t xml:space="preserve">Lord GOD, please forgive! How will Jacob survive, since he is so small?</w:t>
      </w:r>
      <w:r>
        <w:rPr>
          <w:b w:val="false"/>
          <w:i w:val="false"/>
          <w:color w:val="000000"/>
          <w:u w:val="none"/>
        </w:rPr>
        <w:t xml:space="preserve"> [1JBW]</w:t>
      </w:r>
      <w:r>
        <w:rPr/>
        <w:t xml:space="preserve">” So </w:t>
      </w:r>
      <w:r>
        <w:rPr>
          <w:shd w:fill="B7DDE8" w:val="clear"/>
        </w:rPr>
        <w:t xml:space="preserve">the LORD relented from this plan</w:t>
      </w:r>
      <w:r>
        <w:rPr>
          <w:b w:val="false"/>
          <w:i w:val="false"/>
          <w:color w:val="000000"/>
          <w:u w:val="none"/>
        </w:rPr>
        <w:t xml:space="preserve"> [1JBX]</w:t>
      </w:r>
      <w:r>
        <w:rPr/>
        <w:t xml:space="preserve">. “</w:t>
      </w:r>
      <w:r>
        <w:rPr>
          <w:shd w:fill="B7DDE8" w:val="clear"/>
        </w:rPr>
        <w:t xml:space="preserve">It will not happen</w:t>
      </w:r>
      <w:r>
        <w:rPr>
          <w:b w:val="false"/>
          <w:i w:val="false"/>
          <w:color w:val="000000"/>
          <w:u w:val="none"/>
        </w:rPr>
        <w:t xml:space="preserve"> [1JBY]</w:t>
      </w:r>
      <w:r>
        <w:rPr/>
        <w:t xml:space="preserve">,” He said. This is what the Lord GOD showed me: </w:t>
      </w:r>
      <w:r>
        <w:rPr>
          <w:shd w:fill="B7DDE8" w:val="clear"/>
        </w:rPr>
        <w:t xml:space="preserve">The Lord GOD was calling for judgment by fire</w:t>
      </w:r>
      <w:r>
        <w:rPr>
          <w:b w:val="false"/>
          <w:i w:val="false"/>
          <w:color w:val="000000"/>
          <w:u w:val="none"/>
        </w:rPr>
        <w:t xml:space="preserve"> [1JBZ]</w:t>
      </w:r>
      <w:r>
        <w:rPr/>
        <w:t xml:space="preserve">. </w:t>
      </w:r>
      <w:r>
        <w:rPr>
          <w:shd w:fill="B7DDE8" w:val="clear"/>
        </w:rPr>
        <w:t xml:space="preserve">It consumed the great deep and devoured the land</w:t>
      </w:r>
      <w:r>
        <w:rPr>
          <w:b w:val="false"/>
          <w:i w:val="false"/>
          <w:color w:val="000000"/>
          <w:u w:val="none"/>
        </w:rPr>
        <w:t xml:space="preserve"> [1JCA]</w:t>
      </w:r>
      <w:r>
        <w:rPr/>
        <w:t xml:space="preserve">. Then I said, “</w:t>
      </w:r>
      <w:r>
        <w:rPr>
          <w:shd w:fill="B7DDE8" w:val="clear"/>
        </w:rPr>
        <w:t xml:space="preserve">Lord GOD, please stop! How will Jacob survive, since he is so small?</w:t>
      </w:r>
      <w:r>
        <w:rPr>
          <w:b w:val="false"/>
          <w:i w:val="false"/>
          <w:color w:val="000000"/>
          <w:u w:val="none"/>
        </w:rPr>
        <w:t xml:space="preserve"> [1JCB]</w:t>
      </w:r>
      <w:r>
        <w:rPr/>
        <w:t xml:space="preserve">” So </w:t>
      </w:r>
      <w:r>
        <w:rPr>
          <w:shd w:fill="B7DDE8" w:val="clear"/>
        </w:rPr>
        <w:t xml:space="preserve">the LORD relented from this plan</w:t>
      </w:r>
      <w:r>
        <w:rPr>
          <w:b w:val="false"/>
          <w:i w:val="false"/>
          <w:color w:val="000000"/>
          <w:u w:val="none"/>
        </w:rPr>
        <w:t xml:space="preserve"> [1JBX]</w:t>
      </w:r>
      <w:r>
        <w:rPr/>
        <w:t xml:space="preserve">. “</w:t>
      </w:r>
      <w:r>
        <w:rPr>
          <w:shd w:fill="B7DDE8" w:val="clear"/>
        </w:rPr>
        <w:t xml:space="preserve">It will not happen either</w:t>
      </w:r>
      <w:r>
        <w:rPr>
          <w:b w:val="false"/>
          <w:i w:val="false"/>
          <w:color w:val="000000"/>
          <w:u w:val="none"/>
        </w:rPr>
        <w:t xml:space="preserve"> [1JCC]</w:t>
      </w:r>
      <w:r>
        <w:rPr/>
        <w:t xml:space="preserve">,” said the Lord GOD.”</w:t>
      </w:r>
    </w:p>
    <w:p>
      <w:pPr>
        <w:pStyle w:val="Yellow"/>
        <w:rPr/>
      </w:pPr>
      <w:r>
        <w:rPr/>
        <w:t xml:space="preserve">&lt;19&gt;(Am6:12–13ᶜ because Israel “turned justice into poison” and boasted “by our own strength” / 7:3,6ᶜ after the LORD “relented from this plan”¹) </w:t>
      </w:r>
      <w:r>
        <w:rPr>
          <w:b/>
        </w:rPr>
        <w:t xml:space="preserve">Amos 7:8</w:t>
      </w:r>
      <w:r>
        <w:rPr/>
        <w:t xml:space="preserve"> — </w:t>
      </w:r>
      <w:r>
        <w:rPr>
          <w:shd w:fill="B7DDE8" w:val="clear"/>
        </w:rPr>
        <w:t xml:space="preserve">I am setting a plumb line among My people Israel</w:t>
      </w:r>
      <w:r>
        <w:rPr>
          <w:b w:val="false"/>
          <w:i w:val="false"/>
          <w:color w:val="000000"/>
          <w:u w:val="none"/>
        </w:rPr>
        <w:t xml:space="preserve"> [1JCD]</w:t>
      </w:r>
      <w:r>
        <w:rPr/>
        <w:t xml:space="preserve">; </w:t>
      </w:r>
      <w:r>
        <w:rPr>
          <w:shd w:fill="B7DDE8" w:val="clear"/>
        </w:rPr>
        <w:t xml:space="preserve">I will {no longer} spare them</w:t>
      </w:r>
      <w:r>
        <w:rPr>
          <w:b w:val="false"/>
          <w:i w:val="false"/>
          <w:color w:val="000000"/>
          <w:u w:val="none"/>
        </w:rPr>
        <w:t xml:space="preserve"> [1JCE]</w:t>
      </w:r>
      <w:r>
        <w:rPr/>
        <w:t xml:space="preserve">.</w:t>
      </w:r>
    </w:p>
    <w:p>
      <w:pPr>
        <w:pStyle w:val="Yellow"/>
        <w:rPr/>
      </w:pPr>
      <w:r>
        <w:t xml:space="preserve">(Am8:4–6ᶜ those who “trample the needy” and use “dishonest scales”¹) </w:t>
      </w:r>
      <w:r>
        <w:rPr>
          <w:b/>
        </w:rPr>
        <w:t>Amos 8:7</w:t>
      </w:r>
      <w:r>
        <w:t xml:space="preserve"> — </w:t>
      </w:r>
      <w:r>
        <w:rPr>
          <w:shd w:val="clear" w:color="auto" w:fill="D9C3E6"/>
        </w:rPr>
        <w:t>The LORD has sworn by the Pride of Jacob</w:t>
      </w:r>
      <w:r>
        <w:rPr>
          <w:b w:val="false"/>
          <w:i w:val="false"/>
          <w:color w:val="000000"/>
          <w:u w:val="none"/>
        </w:rPr>
        <w:t xml:space="preserve"> [6ADT]</w:t>
      </w:r>
      <w:r>
        <w:t>: “</w:t>
      </w:r>
      <w:r>
        <w:rPr>
          <w:shd w:fill="B7DDE8" w:val="clear"/>
        </w:rPr>
        <w:t>I will never forget any of {their} deeds</w:t>
      </w:r>
      <w:r>
        <w:rPr>
          <w:b w:val="false"/>
          <w:i w:val="false"/>
          <w:color w:val="000000"/>
          <w:u w:val="none"/>
        </w:rPr>
        <w:t xml:space="preserve"> [1ALJ]</w:t>
      </w:r>
      <w:r>
        <w:t>.</w:t>
      </w:r>
    </w:p>
    <w:p>
      <w:pPr>
        <w:pStyle w:val="Yellow"/>
        <w:rPr/>
      </w:pPr>
      <w:r>
        <w:rPr/>
        <w:t xml:space="preserve">&lt;20&gt;</w:t>
      </w:r>
      <w:r>
        <w:rPr>
          <w:b/>
        </w:rPr>
        <w:t xml:space="preserve">Amos 9:8</w:t>
      </w:r>
      <w:r>
        <w:rPr/>
        <w:t xml:space="preserve"> — Surely </w:t>
      </w:r>
      <w:r>
        <w:rPr>
          <w:shd w:fill="B7DDE8" w:val="clear"/>
        </w:rPr>
        <w:t xml:space="preserve">the eyes of the Lord GOD are on the sinful kingdom</w:t>
      </w:r>
      <w:r>
        <w:rPr>
          <w:b w:val="false"/>
          <w:i w:val="false"/>
          <w:color w:val="000000"/>
          <w:u w:val="none"/>
        </w:rPr>
        <w:t xml:space="preserve"> [1JTJ]</w:t>
      </w:r>
      <w:r>
        <w:rPr/>
        <w:t xml:space="preserve">, and </w:t>
      </w:r>
      <w:r>
        <w:rPr>
          <w:shd w:fill="B7DDE8" w:val="clear"/>
        </w:rPr>
        <w:t xml:space="preserve">I will destroy it from the face of the earth</w:t>
      </w:r>
      <w:r>
        <w:rPr>
          <w:b w:val="false"/>
          <w:i w:val="false"/>
          <w:color w:val="000000"/>
          <w:u w:val="none"/>
        </w:rPr>
        <w:t xml:space="preserve"> [1JTK]</w:t>
      </w:r>
      <w:r>
        <w:rPr/>
        <w:t xml:space="preserve">. Yet </w:t>
      </w:r>
      <w:r>
        <w:rPr>
          <w:shd w:fill="B7DDE8" w:val="clear"/>
        </w:rPr>
        <w:t xml:space="preserve">I will not utterly destroy the house of Jacob</w:t>
      </w:r>
      <w:r>
        <w:rPr>
          <w:b w:val="false"/>
          <w:i w:val="false"/>
          <w:color w:val="000000"/>
          <w:u w:val="none"/>
        </w:rPr>
        <w:t xml:space="preserve"> [4DOI]</w:t>
      </w:r>
      <w:r>
        <w:rPr/>
        <w:t xml:space="preserve">,” declares the LORD.</w:t>
      </w:r>
    </w:p>
    <w:p>
      <w:pPr>
        <w:pStyle w:val="Yellow"/>
        <w:rPr/>
      </w:pPr>
      <w:r>
        <w:rPr/>
        <w:t xml:space="preserve">&lt;20&gt;(Am9:8ᶜ Because Israel is a “sinful kingdom” / God “will not utterly destroy the house of Jacob”¹) </w:t>
      </w:r>
      <w:r>
        <w:rPr>
          <w:b/>
        </w:rPr>
        <w:t xml:space="preserve">Amos 9:9-10</w:t>
      </w:r>
      <w:r>
        <w:rPr/>
        <w:t xml:space="preserve"> — “{For surely} </w:t>
      </w:r>
      <w:r>
        <w:rPr>
          <w:shd w:fill="B7DDE8" w:val="clear"/>
        </w:rPr>
        <w:t xml:space="preserve">I will give the command</w:t>
      </w:r>
      <w:r>
        <w:rPr>
          <w:b w:val="false"/>
          <w:i w:val="false"/>
          <w:color w:val="000000"/>
          <w:u w:val="none"/>
        </w:rPr>
        <w:t xml:space="preserve"> [1JTL]</w:t>
      </w:r>
      <w:r>
        <w:rPr/>
        <w:t xml:space="preserve">, and </w:t>
      </w:r>
      <w:r>
        <w:rPr>
          <w:shd w:fill="B7DDE8" w:val="clear"/>
        </w:rPr>
        <w:t xml:space="preserve">I will shake the house of Israel among all the nations as grain is sifted in a sieve</w:t>
      </w:r>
      <w:r>
        <w:rPr>
          <w:b w:val="false"/>
          <w:i w:val="false"/>
          <w:color w:val="000000"/>
          <w:u w:val="none"/>
        </w:rPr>
        <w:t xml:space="preserve"> [1JTM]</w:t>
      </w:r>
      <w:r>
        <w:rPr/>
        <w:t xml:space="preserve">; but </w:t>
      </w:r>
      <w:r>
        <w:rPr>
          <w:shd w:fill="B7DDE8" w:val="clear"/>
        </w:rPr>
        <w:t xml:space="preserve">not a pebble will reach the ground</w:t>
      </w:r>
      <w:r>
        <w:rPr>
          <w:b w:val="false"/>
          <w:i w:val="false"/>
          <w:color w:val="000000"/>
          <w:u w:val="none"/>
        </w:rPr>
        <w:t xml:space="preserve"> [1JTN]</w:t>
      </w:r>
      <w:r>
        <w:rPr/>
        <w:t xml:space="preserve">. </w:t>
      </w:r>
      <w:r>
        <w:rPr>
          <w:shd w:fill="B7DDE8" w:val="clear"/>
        </w:rPr>
        <w:t xml:space="preserve">All the sinners among My people will die by the sword</w:t>
      </w:r>
      <w:r>
        <w:rPr>
          <w:b w:val="false"/>
          <w:i w:val="false"/>
          <w:color w:val="000000"/>
          <w:u w:val="none"/>
        </w:rPr>
        <w:t xml:space="preserve"> [1JTO]</w:t>
      </w:r>
      <w:r>
        <w:rPr/>
        <w:t xml:space="preserve">—all those who say, </w:t>
      </w:r>
      <w:r>
        <w:rPr>
          <w:shd w:fill="B7DDE8" w:val="clear"/>
        </w:rPr>
        <w:t xml:space="preserve">‘Disaster will never draw near or confront us.’</w:t>
      </w:r>
      <w:r>
        <w:rPr>
          <w:b w:val="false"/>
          <w:i w:val="false"/>
          <w:u w:val="none"/>
          <w:color w:val="000000"/>
        </w:rPr>
        <w:t xml:space="preserve"> [1JTP]</w:t>
      </w:r>
      <w:r>
        <w:rPr/>
        <w:t xml:space="preserve">”</w:t>
      </w:r>
    </w:p>
    <w:p>
      <w:pPr>
        <w:pStyle w:val="Yellow"/>
        <w:rPr/>
      </w:pPr>
      <w:r>
        <w:rPr/>
        <w:t xml:space="preserve">(Mic6:10–12ᶜ Because the city has “dishonest scales,” “violence,” and “lies”¹) </w:t>
      </w:r>
      <w:r>
        <w:rPr>
          <w:b/>
        </w:rPr>
        <w:t xml:space="preserve">Micah 6:13</w:t>
      </w:r>
      <w:r>
        <w:rPr/>
        <w:t xml:space="preserve"> — {Therefore} </w:t>
      </w:r>
      <w:r>
        <w:rPr>
          <w:shd w:fill="B7DDE8" w:val="clear"/>
        </w:rPr>
        <w:t xml:space="preserve">I am striking you severely</w:t>
      </w:r>
      <w:r>
        <w:rPr>
          <w:b w:val="false"/>
          <w:i w:val="false"/>
          <w:color w:val="000000"/>
          <w:u w:val="none"/>
        </w:rPr>
        <w:t xml:space="preserve"> [1HVL]</w:t>
      </w:r>
      <w:r>
        <w:rPr/>
        <w:t xml:space="preserve">, </w:t>
      </w:r>
      <w:r>
        <w:rPr>
          <w:shd w:fill="B7DDE8" w:val="clear"/>
        </w:rPr>
        <w:t xml:space="preserve">to ruin you because of your sins</w:t>
      </w:r>
      <w:r>
        <w:rPr>
          <w:b w:val="false"/>
          <w:i w:val="false"/>
          <w:color w:val="000000"/>
          <w:u w:val="none"/>
        </w:rPr>
        <w:t xml:space="preserve"> [1HVM]</w:t>
      </w:r>
      <w:r>
        <w:rPr/>
        <w:t xml:space="preserve">.</w:t>
      </w:r>
    </w:p>
    <w:p>
      <w:pPr>
        <w:pStyle w:val="Green"/>
        <w:rPr/>
        <w:pBdr>
          <w:left w:val="single" w:sz="28" w:space="5" w:color="C00000"/>
        </w:pBdr>
      </w:pPr>
      <w:r>
        <w:rPr>
          <w:b/>
          <w:u w:val="none"/>
        </w:rPr>
        <w:t>Nahum 1:3</w:t>
      </w:r>
      <w:r>
        <w:rPr>
          <w:u w:val="none"/>
        </w:rPr>
        <w:t xml:space="preserve"> — </w:t>
      </w:r>
      <w:r>
        <w:rPr>
          <w:u w:val="none"/>
          <w:shd w:fill="B7DDE8" w:val="clear"/>
        </w:rPr>
        <w:t>The LORD is slow to anger</w:t>
      </w:r>
      <w:r>
        <w:rPr>
          <w:b w:val="false"/>
          <w:i w:val="false"/>
          <w:u w:val="none"/>
          <w:color w:val="000000"/>
        </w:rPr>
        <w:t xml:space="preserve"> [9FOC]</w:t>
      </w:r>
      <w:r>
        <w:rPr>
          <w:u w:val="none"/>
        </w:rPr>
        <w:t xml:space="preserve"> and </w:t>
      </w:r>
      <w:r>
        <w:rPr>
          <w:u w:val="none"/>
          <w:shd w:fill="B7DDE8" w:val="clear"/>
        </w:rPr>
        <w:t>great in power</w:t>
      </w:r>
      <w:r>
        <w:rPr>
          <w:b w:val="false"/>
          <w:i w:val="false"/>
          <w:color w:val="000000"/>
          <w:u w:val="none"/>
        </w:rPr>
        <w:t xml:space="preserve"> [4MFN]</w:t>
      </w:r>
      <w:r>
        <w:rPr>
          <w:u w:val="none"/>
        </w:rPr>
        <w:t xml:space="preserve">; </w:t>
      </w:r>
      <w:r>
        <w:rPr>
          <w:u w:val="none"/>
          <w:shd w:fill="B7DDE8" w:val="clear"/>
        </w:rPr>
        <w:t xml:space="preserve">the LORD </w:t>
      </w:r>
      <w:r>
        <w:rPr>
          <w:u w:val="none"/>
          <w:shd w:fill="B7DDE8" w:val="clear"/>
        </w:rPr>
        <w:t>will by no means leave the guilty unpunished</w:t>
      </w:r>
      <w:r>
        <w:rPr>
          <w:b w:val="false"/>
          <w:i w:val="false"/>
          <w:color w:val="000000"/>
          <w:u w:val="none"/>
        </w:rPr>
        <w:t xml:space="preserve"> [3FON]</w:t>
      </w:r>
      <w:r>
        <w:rPr>
          <w:u w:val="none"/>
        </w:rPr>
        <w:t>.</w:t>
      </w:r>
    </w:p>
    <w:p>
      <w:pPr>
        <w:pStyle w:val="Yellow"/>
        <w:rPr/>
      </w:pPr>
      <w:r>
        <w:rPr/>
        <w:t xml:space="preserve">(Hab1:6 “the Chaldeans”) </w:t>
      </w:r>
      <w:r>
        <w:rPr>
          <w:b/>
        </w:rPr>
        <w:t xml:space="preserve">Habakkuk 1:12</w:t>
      </w:r>
      <w:r>
        <w:rPr/>
        <w:t xml:space="preserve"> — O LORD, </w:t>
      </w:r>
      <w:r>
        <w:rPr>
          <w:shd w:fill="B7DDE8" w:val="clear"/>
        </w:rPr>
        <w:t xml:space="preserve">You have appointed {them} to execute judgment</w:t>
      </w:r>
      <w:r>
        <w:rPr>
          <w:b w:val="false"/>
          <w:i w:val="false"/>
          <w:color w:val="000000"/>
          <w:u w:val="none"/>
        </w:rPr>
        <w:t xml:space="preserve"> [1IJZ]</w:t>
      </w:r>
      <w:r>
        <w:rPr/>
        <w:t xml:space="preserve">; O Rock, </w:t>
      </w:r>
      <w:r>
        <w:rPr>
          <w:shd w:fill="B7DDE8" w:val="clear"/>
        </w:rPr>
        <w:t xml:space="preserve">You have established them for correction</w:t>
      </w:r>
      <w:r>
        <w:rPr>
          <w:b w:val="false"/>
          <w:i w:val="false"/>
          <w:color w:val="000000"/>
          <w:u w:val="none"/>
        </w:rPr>
        <w:t xml:space="preserve"> [1IKA]</w:t>
      </w:r>
      <w:r>
        <w:rPr/>
        <w:t xml:space="preserve">.</w:t>
      </w:r>
    </w:p>
    <w:p>
      <w:pPr>
        <w:pStyle w:val="Yellow"/>
        <w:rPr/>
      </w:pPr>
      <w:r>
        <w:rPr>
          <w:b/>
        </w:rPr>
        <w:t xml:space="preserve">Habakkuk 2:15-16</w:t>
      </w:r>
      <w:r>
        <w:rPr/>
        <w:t xml:space="preserve"> — Woe to </w:t>
      </w:r>
      <w:r>
        <w:rPr>
          <w:shd w:fill="548235" w:val="clear" w:color="auto"/>
          <w:color w:val="FFFFFF"/>
        </w:rPr>
        <w:t xml:space="preserve">him who gives drink to his neighbors, pouring it from the wineskin until they are drunk, in order to gaze at their nakedness</w:t>
      </w:r>
      <w:r>
        <w:rPr>
          <w:b w:val="false"/>
          <w:i w:val="false"/>
          <w:color w:val="FFFFFF"/>
          <w:u w:val="none"/>
          <w:shd w:val="clear" w:color="auto" w:fill="548235"/>
        </w:rPr>
        <w:t xml:space="preserve"> [1GBS]</w:t>
      </w:r>
      <w:r>
        <w:rPr/>
        <w:t xml:space="preserve">! </w:t>
      </w:r>
      <w:r>
        <w:rPr>
          <w:shd w:fill="B7DDE8" w:val="clear"/>
        </w:rPr>
        <w:t xml:space="preserve">You will be filled with shame instead of glory</w:t>
      </w:r>
      <w:r>
        <w:rPr>
          <w:b w:val="false"/>
          <w:i w:val="false"/>
          <w:color w:val="000000"/>
          <w:u w:val="none"/>
        </w:rPr>
        <w:t xml:space="preserve"> [1GBT]</w:t>
      </w:r>
      <w:r>
        <w:rPr/>
        <w:t xml:space="preserve">. </w:t>
      </w:r>
      <w:r>
        <w:rPr>
          <w:shd w:fill="B7DDE8" w:val="clear"/>
        </w:rPr>
        <w:t xml:space="preserve">You too must drink and expose your uncircumcision</w:t>
      </w:r>
      <w:r>
        <w:rPr>
          <w:b w:val="false"/>
          <w:i w:val="false"/>
          <w:color w:val="000000"/>
          <w:u w:val="none"/>
        </w:rPr>
        <w:t xml:space="preserve"> [1GBU]</w:t>
      </w:r>
      <w:r>
        <w:rPr/>
        <w:t xml:space="preserve">! </w:t>
      </w:r>
      <w:r>
        <w:rPr>
          <w:shd w:fill="B7DDE8" w:val="clear"/>
        </w:rPr>
        <w:t xml:space="preserve">The cup in the LORD’s right hand will come around to you</w:t>
      </w:r>
      <w:r>
        <w:rPr>
          <w:b w:val="false"/>
          <w:i w:val="false"/>
          <w:color w:val="000000"/>
          <w:u w:val="none"/>
        </w:rPr>
        <w:t xml:space="preserve"> [1GBV]</w:t>
      </w:r>
      <w:r>
        <w:rPr/>
        <w:t xml:space="preserve">, and </w:t>
      </w:r>
      <w:r>
        <w:rPr>
          <w:shd w:fill="B7DDE8" w:val="clear"/>
        </w:rPr>
        <w:t xml:space="preserve">utter disgrace will cover your glory</w:t>
      </w:r>
      <w:r>
        <w:rPr>
          <w:b w:val="false"/>
          <w:i w:val="false"/>
          <w:color w:val="000000"/>
          <w:u w:val="none"/>
        </w:rPr>
        <w:t xml:space="preserve"> [1GBW]</w:t>
      </w:r>
      <w:r>
        <w:rPr/>
        <w:t xml:space="preserve">.</w:t>
      </w:r>
    </w:p>
    <w:p>
      <w:pPr>
        <w:pStyle w:val="Yellow"/>
        <w:rPr/>
      </w:pPr>
      <w:r>
        <w:rPr/>
        <w:t xml:space="preserve">(Zep1:8ᶜ The day God will “punish”¹) </w:t>
      </w:r>
      <w:r>
        <w:rPr>
          <w:b/>
        </w:rPr>
        <w:t xml:space="preserve">Zephaniah 1:12</w:t>
      </w:r>
      <w:r>
        <w:rPr/>
        <w:t xml:space="preserve"> — {And at that time} </w:t>
      </w:r>
      <w:r>
        <w:rPr>
          <w:shd w:fill="B7DDE8" w:val="clear"/>
        </w:rPr>
        <w:t xml:space="preserve">I will search Jerusalem with lamps</w:t>
      </w:r>
      <w:r>
        <w:rPr>
          <w:b w:val="false"/>
          <w:i w:val="false"/>
          <w:color w:val="000000"/>
          <w:u w:val="none"/>
        </w:rPr>
        <w:t xml:space="preserve"> [1INN]</w:t>
      </w:r>
      <w:r>
        <w:rPr/>
        <w:t xml:space="preserve"> and </w:t>
      </w:r>
      <w:r>
        <w:rPr>
          <w:shd w:fill="B7DDE8" w:val="clear"/>
        </w:rPr>
        <w:t xml:space="preserve">punish the men settled in complacency, who say to themselves, ‘The LORD will do nothing, either good or bad.’</w:t>
      </w:r>
      <w:r>
        <w:rPr>
          <w:b w:val="false"/>
          <w:i w:val="false"/>
          <w:color w:val="000000"/>
          <w:u w:val="none"/>
        </w:rPr>
        <w:t xml:space="preserve"> [1INO]</w:t>
      </w:r>
    </w:p>
    <w:p>
      <w:pPr>
        <w:pStyle w:val="Yellow"/>
        <w:rPr/>
      </w:pPr>
      <w:r>
        <w:rPr>
          <w:b/>
        </w:rPr>
        <w:t xml:space="preserve">Zechariah 14:12</w:t>
      </w:r>
      <w:r>
        <w:rPr/>
        <w:t xml:space="preserve"> — And </w:t>
      </w:r>
      <w:r>
        <w:rPr>
          <w:shd w:fill="B7DDE8" w:val="clear"/>
        </w:rPr>
        <w:t xml:space="preserve">this will be the plague with which the LORD strikes all the peoples who have warred against Jerusalem</w:t>
      </w:r>
      <w:r>
        <w:rPr>
          <w:b w:val="false"/>
          <w:i w:val="false"/>
          <w:color w:val="000000"/>
          <w:u w:val="none"/>
        </w:rPr>
        <w:t xml:space="preserve"> [1KJV]</w:t>
      </w:r>
      <w:r>
        <w:rPr/>
        <w:t xml:space="preserve">: </w:t>
      </w:r>
      <w:r>
        <w:rPr>
          <w:shd w:fill="B7DDE8" w:val="clear"/>
        </w:rPr>
        <w:t xml:space="preserve">Their flesh will rot while they stand on their feet, their eyes will rot in their sockets, and their tongues will rot in their mouths</w:t>
      </w:r>
      <w:r>
        <w:rPr>
          <w:b w:val="false"/>
          <w:i w:val="false"/>
          <w:color w:val="000000"/>
          <w:u w:val="none"/>
        </w:rPr>
        <w:t xml:space="preserve"> [1KJW]</w:t>
      </w:r>
      <w:r>
        <w:rPr/>
        <w:t xml:space="preserve">.</w:t>
      </w:r>
    </w:p>
    <w:p>
      <w:pPr>
        <w:pStyle w:val="Yellow"/>
        <w:rPr/>
      </w:pPr>
      <w:r>
        <w:rPr>
          <w:b/>
        </w:rPr>
        <w:t xml:space="preserve">Matthew 5:22</w:t>
      </w:r>
      <w:r>
        <w:rPr/>
        <w:t xml:space="preserve"> — </w:t>
      </w:r>
      <w:r>
        <w:rPr>
          <w:shd w:fill="B7DDE8" w:val="clear"/>
        </w:rPr>
        <w:t xml:space="preserve">anyone who is angry with his brother will be subject to judgment</w:t>
      </w:r>
      <w:r>
        <w:rPr>
          <w:b w:val="false"/>
          <w:i w:val="false"/>
          <w:color w:val="000000"/>
          <w:u w:val="none"/>
        </w:rPr>
        <w:t xml:space="preserve"> [1JWZ]</w:t>
      </w:r>
      <w:r>
        <w:rPr/>
        <w:t xml:space="preserve">. Again, </w:t>
      </w:r>
      <w:r>
        <w:rPr>
          <w:shd w:fill="B7DDE8" w:val="clear"/>
        </w:rPr>
        <w:t xml:space="preserve">anyone who says to his brother, ‘Raca,’ will be subject to the Sanhedrin</w:t>
      </w:r>
      <w:r>
        <w:rPr>
          <w:b w:val="false"/>
          <w:i w:val="false"/>
          <w:color w:val="000000"/>
          <w:u w:val="none"/>
        </w:rPr>
        <w:t xml:space="preserve"> [1JXA]</w:t>
      </w:r>
      <w:r>
        <w:rPr/>
        <w:t xml:space="preserve">. But </w:t>
      </w:r>
      <w:r>
        <w:rPr>
          <w:shd w:fill="B7DDE8" w:val="clear"/>
        </w:rPr>
        <w:t xml:space="preserve">anyone who says, ‘You fool!’ will be subject to the fire of hell</w:t>
      </w:r>
      <w:r>
        <w:rPr>
          <w:b w:val="false"/>
          <w:i w:val="false"/>
          <w:color w:val="000000"/>
          <w:u w:val="none"/>
        </w:rPr>
        <w:t xml:space="preserve"> [1JXB]</w:t>
      </w:r>
      <w:r>
        <w:rPr/>
        <w:t xml:space="preserve">.</w:t>
      </w:r>
    </w:p>
    <w:p>
      <w:pPr>
        <w:pStyle w:val="Yellow"/>
        <w:rPr/>
      </w:pPr>
      <w:r>
        <w:rPr>
          <w:b/>
          <w:color w:val="auto"/>
        </w:rPr>
        <w:t xml:space="preserve">Matthew 7:21-23</w:t>
      </w:r>
      <w:r>
        <w:rPr>
          <w:color w:val="auto"/>
        </w:rPr>
        <w:t xml:space="preserve"> — </w:t>
      </w:r>
      <w:r>
        <w:rPr>
          <w:color w:val="auto"/>
        </w:rPr>
        <w:t xml:space="preserve">Not everyone who says to Me, ‘Lord, Lord,’ will enter the kingdom of heaven</w:t>
      </w:r>
      <w:r>
        <w:rPr>
          <w:b w:val="false"/>
          <w:i w:val="false"/>
          <w:color w:val="auto"/>
          <w:u w:val="none"/>
        </w:rPr>
        <w:t xml:space="preserve"> [1IFP]</w:t>
      </w:r>
      <w:r>
        <w:rPr>
          <w:color w:val="auto"/>
        </w:rPr>
        <w:t xml:space="preserve">, but </w:t>
      </w:r>
      <w:r>
        <w:rPr>
          <w:color w:val="auto"/>
        </w:rPr>
        <w:t xml:space="preserve">only he who does the will of My Father in heaven</w:t>
      </w:r>
      <w:r>
        <w:rPr>
          <w:b w:val="false"/>
          <w:i w:val="false"/>
          <w:color w:val="auto"/>
          <w:u w:val="none"/>
        </w:rPr>
        <w:t xml:space="preserve"> [1IFQ]</w:t>
      </w:r>
      <w:r>
        <w:rPr>
          <w:color w:val="auto"/>
        </w:rPr>
        <w:t xml:space="preserve">. </w:t>
      </w:r>
      <w:r>
        <w:rPr>
          <w:color w:val="auto"/>
        </w:rPr>
        <w:t xml:space="preserve">Many will say to Me on that day, ‘Lord, Lord, did we not prophesy in Your name, and in Your name drive out demons and perform many miracles?’</w:t>
      </w:r>
      <w:r>
        <w:rPr>
          <w:b w:val="false"/>
          <w:i w:val="false"/>
          <w:color w:val="auto"/>
          <w:u w:val="none"/>
        </w:rPr>
        <w:t xml:space="preserve"> [1IFR]</w:t>
      </w:r>
      <w:r>
        <w:rPr>
          <w:color w:val="auto"/>
        </w:rPr>
        <w:t xml:space="preserve"> Then I will tell them plainly, ‘</w:t>
      </w:r>
      <w:r>
        <w:rPr>
          <w:color w:val="auto"/>
        </w:rPr>
        <w:t xml:space="preserve">I never knew you</w:t>
      </w:r>
      <w:r>
        <w:rPr>
          <w:b w:val="false"/>
          <w:i w:val="false"/>
          <w:color w:val="auto"/>
          <w:u w:val="none"/>
        </w:rPr>
        <w:t xml:space="preserve"> [1IFS]</w:t>
      </w:r>
      <w:r>
        <w:rPr>
          <w:color w:val="auto"/>
        </w:rPr>
        <w:t xml:space="preserve">; </w:t>
      </w:r>
      <w:r>
        <w:rPr>
          <w:color w:val="auto"/>
        </w:rPr>
        <w:t xml:space="preserve">depart from Me, you workers of lawlessness</w:t>
      </w:r>
      <w:r>
        <w:rPr>
          <w:b w:val="false"/>
          <w:i w:val="false"/>
          <w:color w:val="auto"/>
          <w:u w:val="none"/>
        </w:rPr>
        <w:t xml:space="preserve"> [1IFT]</w:t>
      </w:r>
      <w:r>
        <w:rPr>
          <w:color w:val="auto"/>
        </w:rPr>
        <w:t xml:space="preserve">!’</w:t>
      </w:r>
    </w:p>
    <w:p>
      <w:pPr>
        <w:pStyle w:val="Yellow"/>
        <w:rPr/>
      </w:pPr>
      <w:r>
        <w:rPr>
          <w:b/>
        </w:rPr>
        <w:t xml:space="preserve">Matthew 12:36-37</w:t>
      </w:r>
      <w:r>
        <w:rPr/>
        <w:t xml:space="preserve"> — </w:t>
      </w:r>
      <w:r>
        <w:rPr>
          <w:shd w:fill="B7DDE8" w:val="clear"/>
        </w:rPr>
        <w:t xml:space="preserve">men will give an account on the day of judgment for every careless word they have spoken</w:t>
      </w:r>
      <w:r>
        <w:rPr>
          <w:b w:val="false"/>
          <w:i w:val="false"/>
          <w:color w:val="000000"/>
          <w:u w:val="none"/>
        </w:rPr>
        <w:t xml:space="preserve"> [1IOQ]</w:t>
      </w:r>
      <w:r>
        <w:rPr/>
        <w:t xml:space="preserve">. For </w:t>
      </w:r>
      <w:r>
        <w:rPr>
          <w:shd w:fill="B7DDE8" w:val="clear"/>
        </w:rPr>
        <w:t xml:space="preserve">by your words you will be acquitted</w:t>
      </w:r>
      <w:r>
        <w:rPr>
          <w:b w:val="false"/>
          <w:i w:val="false"/>
          <w:color w:val="000000"/>
          <w:u w:val="none"/>
        </w:rPr>
        <w:t xml:space="preserve"> [1IOR]</w:t>
      </w:r>
      <w:r>
        <w:rPr/>
        <w:t xml:space="preserve">, and </w:t>
      </w:r>
      <w:r>
        <w:rPr>
          <w:shd w:fill="B7DDE8" w:val="clear"/>
        </w:rPr>
        <w:t xml:space="preserve">by your words you will be condemned</w:t>
      </w:r>
      <w:r>
        <w:rPr>
          <w:b w:val="false"/>
          <w:i w:val="false"/>
          <w:color w:val="000000"/>
          <w:u w:val="none"/>
        </w:rPr>
        <w:t xml:space="preserve"> [1IOS]</w:t>
      </w:r>
      <w:r>
        <w:rPr/>
        <w:t xml:space="preserve">.”</w:t>
      </w:r>
    </w:p>
    <w:p>
      <w:pPr>
        <w:pStyle w:val="Yellow"/>
        <w:rPr/>
      </w:pPr>
      <w:r>
        <w:rPr/>
        <w:t xml:space="preserve">(Mt18:32 “wicked servant”) </w:t>
      </w:r>
      <w:r>
        <w:rPr>
          <w:b/>
        </w:rPr>
        <w:t>Matthew 18:34–35</w:t>
      </w:r>
      <w:r>
        <w:rPr/>
        <w:t xml:space="preserve"> — In anger </w:t>
      </w:r>
      <w:r>
        <w:rPr>
          <w:shd w:val="clear" w:fill="B7DDE8"/>
        </w:rPr>
        <w:t>{his} master turned him over to the jailers to be tortured</w:t>
      </w:r>
      <w:r>
        <w:rPr>
          <w:b w:val="false"/>
          <w:i w:val="false"/>
          <w:color w:val="000000"/>
          <w:u w:val="none"/>
        </w:rPr>
        <w:t xml:space="preserve"> [1CCB]</w:t>
      </w:r>
      <w:r>
        <w:rPr/>
        <w:t xml:space="preserve">, </w:t>
      </w:r>
      <w:r>
        <w:rPr>
          <w:shd w:val="clear" w:fill="B7DDE8"/>
        </w:rPr>
        <w:t>until he should repay all that he owed</w:t>
      </w:r>
      <w:r>
        <w:rPr>
          <w:b w:val="false"/>
          <w:i w:val="false"/>
          <w:color w:val="000000"/>
          <w:u w:val="none"/>
        </w:rPr>
        <w:t xml:space="preserve"> [1CCC]</w:t>
      </w:r>
      <w:r>
        <w:rPr/>
        <w:t xml:space="preserve">. </w:t>
      </w:r>
      <w:r>
        <w:rPr>
          <w:shd w:val="clear" w:fill="B7DDE8"/>
        </w:rPr>
        <w:t>That is how My heavenly Father will treat each of you</w:t>
      </w:r>
      <w:r>
        <w:rPr>
          <w:b w:val="false"/>
          <w:i w:val="false"/>
          <w:color w:val="000000"/>
          <w:u w:val="none"/>
        </w:rPr>
        <w:t xml:space="preserve"> [1CCD]</w:t>
      </w:r>
      <w:r>
        <w:rPr/>
        <w:t xml:space="preserve"> </w:t>
      </w:r>
      <w:r>
        <w:rPr>
          <w:shd w:val="clear" w:fill="B7DDE8"/>
        </w:rPr>
        <w:t>unless you forgive your brother from your heart</w:t>
      </w:r>
      <w:r>
        <w:rPr>
          <w:b w:val="false"/>
          <w:i w:val="false"/>
          <w:color w:val="000000"/>
          <w:u w:val="none"/>
        </w:rPr>
        <w:t xml:space="preserve"> [1CCE]</w:t>
      </w:r>
      <w:r>
        <w:rPr/>
        <w:t>.”</w:t>
      </w:r>
    </w:p>
    <w:p>
      <w:pPr>
        <w:pStyle w:val="Yellow"/>
        <w:rPr/>
      </w:pPr>
      <w:r>
        <w:rPr>
          <w:shd w:val="clear" w:color="auto" w:fill="548235"/>
          <w:color w:val="FFFFFF"/>
        </w:rPr>
        <w:t xml:space="preserve">(Mt25:2–3ᶜ “foolish” virgins “did not take along any extra oil”) </w:t>
      </w:r>
      <w:r>
        <w:rPr>
          <w:b/>
          <w:shd w:val="clear" w:color="auto" w:fill="548235"/>
          <w:color w:val="FFFFFF"/>
        </w:rPr>
        <w:t>Matthew 25:12</w:t>
      </w:r>
      <w:r>
        <w:rPr>
          <w:shd w:val="clear" w:color="auto" w:fill="548235"/>
          <w:color w:val="FFFFFF"/>
        </w:rPr>
        <w:t xml:space="preserve"> — ‘Truly I tell you, </w:t>
      </w:r>
      <w:r>
        <w:rPr>
          <w:shd w:fill="548235" w:val="clear" w:color="auto"/>
          <w:color w:val="FFFFFF"/>
        </w:rPr>
        <w:t>I do not know you</w:t>
      </w:r>
      <w:r>
        <w:rPr>
          <w:b w:val="false"/>
          <w:i w:val="false"/>
          <w:color w:val="FFFFFF"/>
          <w:u w:val="none"/>
          <w:shd w:val="clear" w:color="auto" w:fill="548235"/>
        </w:rPr>
        <w:t xml:space="preserve"> [1MCE]</w:t>
      </w:r>
      <w:r>
        <w:rPr>
          <w:shd w:val="clear" w:color="auto" w:fill="548235"/>
          <w:color w:val="FFFFFF"/>
        </w:rPr>
        <w:t>.’</w:t>
      </w:r>
    </w:p>
    <w:p>
      <w:pPr>
        <w:pStyle w:val="Yellow"/>
        <w:rPr/>
      </w:pPr>
      <w:r>
        <w:rPr>
          <w:b/>
          <w:highlight w:val="cyan"/>
        </w:rPr>
        <w:t>Mark 9:42</w:t>
      </w:r>
      <w:r>
        <w:rPr>
          <w:highlight w:val="cyan"/>
        </w:rPr>
        <w:t xml:space="preserve"> — </w:t>
      </w:r>
      <w:r>
        <w:rPr>
          <w:highlight w:val="cyan"/>
          <w:shd w:val="clear" w:fill="B7DDE8"/>
        </w:rPr>
        <w:t>if anyone causes one of these little ones who believe in Me to stumble, it would be better for him to have a large millstone hung around his neck and to be thrown into the sea</w:t>
      </w:r>
      <w:r>
        <w:rPr>
          <w:b w:val="false"/>
          <w:i w:val="false"/>
          <w:color w:val="000000"/>
          <w:u w:val="none"/>
        </w:rPr>
        <w:t xml:space="preserve"> [2ON]</w:t>
      </w:r>
      <w:r>
        <w:rPr>
          <w:highlight w:val="cyan"/>
        </w:rPr>
        <w:t>.</w:t>
      </w:r>
    </w:p>
    <w:p>
      <w:pPr>
        <w:pStyle w:val="Yellow"/>
        <w:rPr/>
      </w:pPr>
      <w:r>
        <w:rPr>
          <w:b/>
        </w:rPr>
        <w:t xml:space="preserve">Luke 12:47-48</w:t>
      </w:r>
      <w:r>
        <w:rPr/>
        <w:t xml:space="preserve"> — </w:t>
      </w:r>
      <w:r>
        <w:rPr>
          <w:shd w:fill="B7DDE8" w:val="clear"/>
        </w:rPr>
        <w:t xml:space="preserve">That servant who knows his master’s will but does not get ready or follow his instructions</w:t>
      </w:r>
      <w:r>
        <w:rPr>
          <w:b w:val="false"/>
          <w:i w:val="false"/>
          <w:color w:val="000000"/>
          <w:u w:val="none"/>
        </w:rPr>
        <w:t xml:space="preserve"> [1LRV]</w:t>
      </w:r>
      <w:r>
        <w:rPr/>
        <w:t xml:space="preserve"> </w:t>
      </w:r>
      <w:r>
        <w:rPr>
          <w:shd w:fill="B7DDE8" w:val="clear"/>
        </w:rPr>
        <w:t xml:space="preserve">will be beaten with many blows</w:t>
      </w:r>
      <w:r>
        <w:rPr>
          <w:b w:val="false"/>
          <w:i w:val="false"/>
          <w:color w:val="000000"/>
          <w:u w:val="none"/>
        </w:rPr>
        <w:t xml:space="preserve"> [1LRW]</w:t>
      </w:r>
      <w:r>
        <w:rPr/>
        <w:t xml:space="preserve">. But </w:t>
      </w:r>
      <w:r>
        <w:rPr>
          <w:shd w:fill="B7DDE8" w:val="clear"/>
        </w:rPr>
        <w:t xml:space="preserve">the one who unknowingly does things worthy of punishment</w:t>
      </w:r>
      <w:r>
        <w:rPr>
          <w:b w:val="false"/>
          <w:i w:val="false"/>
          <w:color w:val="000000"/>
          <w:u w:val="none"/>
        </w:rPr>
        <w:t xml:space="preserve"> [1LRX]</w:t>
      </w:r>
      <w:r>
        <w:rPr/>
        <w:t xml:space="preserve"> </w:t>
      </w:r>
      <w:r>
        <w:rPr>
          <w:shd w:fill="B7DDE8" w:val="clear"/>
        </w:rPr>
        <w:t xml:space="preserve">will be beaten with few blows</w:t>
      </w:r>
      <w:r>
        <w:rPr>
          <w:b w:val="false"/>
          <w:i w:val="false"/>
          <w:color w:val="000000"/>
          <w:u w:val="none"/>
        </w:rPr>
        <w:t xml:space="preserve"> [1LRY]</w:t>
      </w:r>
      <w:r>
        <w:rPr/>
        <w:t xml:space="preserve">. </w:t>
      </w:r>
      <w:r>
        <w:rPr>
          <w:shd w:fill="B7DDE8" w:val="clear"/>
        </w:rPr>
        <w:t xml:space="preserve">From everyone who has been given much, much will be required; and from him who has been entrusted with much, even more will be demanded</w:t>
      </w:r>
      <w:r>
        <w:rPr>
          <w:b w:val="false"/>
          <w:i w:val="false"/>
          <w:color w:val="000000"/>
          <w:u w:val="none"/>
        </w:rPr>
        <w:t xml:space="preserve"> [1LRZ]</w:t>
      </w:r>
      <w:r>
        <w:rPr/>
        <w:t xml:space="preserve">.</w:t>
      </w:r>
    </w:p>
    <w:p>
      <w:pPr>
        <w:pStyle w:val="Yellow"/>
        <w:rPr/>
      </w:pPr>
      <w:r>
        <w:rPr>
          <w:u w:val="none"/>
          <w:shd w:val="clear" w:color="auto" w:fill="C00000"/>
          <w:color w:val="FFFFFF"/>
        </w:rPr>
        <w:t xml:space="preserve">(Lk13:27ᶜ “all you evildoers”) </w:t>
      </w:r>
      <w:r>
        <w:rPr>
          <w:b/>
          <w:u w:val="none"/>
          <w:shd w:val="clear" w:color="auto" w:fill="C00000"/>
          <w:color w:val="FFFFFF"/>
        </w:rPr>
        <w:t xml:space="preserve">Luke 13:28</w:t>
      </w:r>
      <w:r>
        <w:rPr>
          <w:u w:val="none"/>
          <w:shd w:val="clear" w:color="auto" w:fill="C00000"/>
          <w:color w:val="FFFFFF"/>
        </w:rPr>
        <w:t xml:space="preserve"> — </w:t>
      </w:r>
      <w:r>
        <w:rPr>
          <w:u w:val="none"/>
          <w:shd w:val="clear" w:color="auto" w:fill="C00000"/>
          <w:color w:val="FFFFFF"/>
        </w:rPr>
        <w:t xml:space="preserve">There will be weeping and gnashing of teeth</w:t>
      </w:r>
      <w:r>
        <w:rPr>
          <w:b w:val="false"/>
          <w:i w:val="false"/>
          <w:u w:val="none"/>
          <w:shd w:val="clear" w:color="auto" w:fill="C00000"/>
          <w:color w:val="FFFFFF"/>
        </w:rPr>
        <w:t xml:space="preserve"> [5JVZ]</w:t>
      </w:r>
      <w:r>
        <w:rPr>
          <w:u w:val="none"/>
          <w:shd w:val="clear" w:color="auto" w:fill="C00000"/>
          <w:color w:val="FFFFFF"/>
        </w:rPr>
        <w:t xml:space="preserve"> </w:t>
      </w:r>
      <w:r>
        <w:rPr>
          <w:u w:val="none"/>
          <w:shd w:val="clear" w:color="auto" w:fill="C00000"/>
          <w:color w:val="FFFFFF"/>
        </w:rPr>
        <w:t xml:space="preserve">when you see Abraham, Isaac, Jacob, and all the prophets in the kingdom of God</w:t>
      </w:r>
      <w:r>
        <w:rPr>
          <w:b w:val="false"/>
          <w:i w:val="false"/>
          <w:u w:val="none"/>
          <w:shd w:val="clear" w:color="auto" w:fill="C00000"/>
          <w:color w:val="FFFFFF"/>
        </w:rPr>
        <w:t xml:space="preserve"> [2JWH]</w:t>
      </w:r>
      <w:r>
        <w:rPr>
          <w:u w:val="none"/>
          <w:shd w:val="clear" w:color="auto" w:fill="C00000"/>
          <w:color w:val="FFFFFF"/>
        </w:rPr>
        <w:t xml:space="preserve">, but </w:t>
      </w:r>
      <w:r>
        <w:rPr>
          <w:u w:val="none"/>
          <w:shd w:val="clear" w:color="auto" w:fill="C00000"/>
          <w:color w:val="FFFFFF"/>
        </w:rPr>
        <w:t xml:space="preserve">you yourselves are thrown out</w:t>
      </w:r>
      <w:r>
        <w:rPr>
          <w:b w:val="false"/>
          <w:i w:val="false"/>
          <w:u w:val="none"/>
          <w:shd w:val="clear" w:color="auto" w:fill="C00000"/>
          <w:color w:val="FFFFFF"/>
        </w:rPr>
        <w:t xml:space="preserve"> [2JWI]</w:t>
      </w:r>
      <w:r>
        <w:rPr>
          <w:u w:val="none"/>
          <w:shd w:val="clear" w:color="auto" w:fill="C00000"/>
          <w:color w:val="FFFFFF"/>
        </w:rPr>
        <w:t xml:space="preserve">.</w:t>
      </w:r>
    </w:p>
    <w:p>
      <w:pPr>
        <w:pStyle w:val="Yellow"/>
        <w:rPr/>
      </w:pPr>
      <w:r>
        <w:rPr>
          <w:b/>
          <w:shd w:val="clear" w:color="auto" w:fill="548235"/>
          <w:color w:val="FFFFFF"/>
        </w:rPr>
        <w:t xml:space="preserve">Luke 17:1</w:t>
      </w:r>
      <w:r>
        <w:rPr>
          <w:shd w:val="clear" w:color="auto" w:fill="548235"/>
          <w:color w:val="FFFFFF"/>
        </w:rPr>
        <w:t xml:space="preserve"> — “</w:t>
      </w:r>
      <w:r>
        <w:rPr>
          <w:shd w:fill="548235" w:val="clear" w:color="auto"/>
          <w:color w:val="FFFFFF"/>
        </w:rPr>
        <w:t xml:space="preserve">It is inevitable that stumbling blocks will come</w:t>
      </w:r>
      <w:r>
        <w:rPr>
          <w:b w:val="false"/>
          <w:i w:val="false"/>
          <w:color w:val="FFFFFF"/>
          <w:u w:val="none"/>
          <w:shd w:val="clear" w:color="auto" w:fill="548235"/>
        </w:rPr>
        <w:t xml:space="preserve"> [1LPP]</w:t>
      </w:r>
    </w:p>
    <w:p>
      <w:pPr>
        <w:pStyle w:val="Yellow"/>
        <w:rPr/>
      </w:pPr>
      <w:r>
        <w:rPr/>
        <w:t xml:space="preserve">(Mt18:6ᶜ If anyone “causes one of these little ones who believe in Me to stumble”¹ ²) </w:t>
      </w:r>
      <w:r>
        <w:rPr>
          <w:b/>
        </w:rPr>
        <w:t>Luke 17:2</w:t>
      </w:r>
      <w:r>
        <w:rPr/>
        <w:t xml:space="preserve"> — </w:t>
      </w:r>
      <w:r>
        <w:rPr>
          <w:shd w:val="clear" w:fill="B7DDE8"/>
        </w:rPr>
        <w:t>It would be better for {him} to have a millstone hung around his neck and to be thrown into the sea than to cause one of {these little ones} to stumble</w:t>
      </w:r>
      <w:r>
        <w:rPr>
          <w:b w:val="false"/>
          <w:i w:val="false"/>
          <w:color w:val="000000"/>
          <w:u w:val="none"/>
        </w:rPr>
        <w:t xml:space="preserve"> [2ON]</w:t>
      </w:r>
      <w:r>
        <w:rPr/>
        <w:t>.</w:t>
      </w:r>
    </w:p>
    <w:p>
      <w:pPr>
        <w:pStyle w:val="Yellow"/>
        <w:rPr/>
      </w:pPr>
      <w:r>
        <w:rPr>
          <w:b/>
        </w:rPr>
        <w:t>Acts 13:8-11</w:t>
      </w:r>
      <w:r>
        <w:t xml:space="preserve"> — But </w:t>
      </w:r>
      <w:r>
        <w:rPr>
          <w:shd w:fill="B7DDE8" w:val="clear"/>
        </w:rPr>
        <w:t>Elymas the sorcerer (for that is what his name means) opposed them</w:t>
      </w:r>
      <w:r>
        <w:rPr>
          <w:b w:val="false"/>
          <w:i w:val="false"/>
          <w:color w:val="000000"/>
          <w:u w:val="none"/>
        </w:rPr>
        <w:t xml:space="preserve"> [1CIV]</w:t>
      </w:r>
      <w:r>
        <w:t xml:space="preserve"> and </w:t>
      </w:r>
      <w:r>
        <w:rPr>
          <w:shd w:fill="B7DDE8" w:val="clear"/>
        </w:rPr>
        <w:t>tried to turn the proconsul from the faith</w:t>
      </w:r>
      <w:r>
        <w:rPr>
          <w:b w:val="false"/>
          <w:i w:val="false"/>
          <w:color w:val="000000"/>
          <w:u w:val="none"/>
        </w:rPr>
        <w:t xml:space="preserve"> [1CIW]</w:t>
      </w:r>
      <w:r>
        <w:t xml:space="preserve">. Then </w:t>
      </w:r>
      <w:r>
        <w:rPr>
          <w:shd w:fill="B7DDE8" w:val="clear"/>
        </w:rPr>
        <w:t>Saul, who was also called Paul, filled with the Holy Spirit</w:t>
      </w:r>
      <w:r>
        <w:rPr>
          <w:b w:val="false"/>
          <w:i w:val="false"/>
          <w:color w:val="000000"/>
          <w:u w:val="none"/>
        </w:rPr>
        <w:t xml:space="preserve"> [1BMH]</w:t>
      </w:r>
      <w:r>
        <w:t>, looked directly at Elymas and said, “</w:t>
      </w:r>
      <w:r>
        <w:rPr>
          <w:shd w:fill="B7DDE8" w:val="clear"/>
        </w:rPr>
        <w:t>O child of the devil and enemy of all righteousness</w:t>
      </w:r>
      <w:r>
        <w:rPr>
          <w:b w:val="false"/>
          <w:i w:val="false"/>
          <w:color w:val="000000"/>
          <w:u w:val="none"/>
        </w:rPr>
        <w:t xml:space="preserve"> [1BMI]</w:t>
      </w:r>
      <w:r>
        <w:t xml:space="preserve">, </w:t>
      </w:r>
      <w:r>
        <w:rPr>
          <w:shd w:fill="B7DDE8" w:val="clear"/>
        </w:rPr>
        <w:t>you are full of all kinds of deceit and trickery</w:t>
      </w:r>
      <w:r>
        <w:rPr>
          <w:b w:val="false"/>
          <w:i w:val="false"/>
          <w:color w:val="000000"/>
          <w:u w:val="none"/>
        </w:rPr>
        <w:t xml:space="preserve"> [1BMJ]</w:t>
      </w:r>
      <w:r>
        <w:t xml:space="preserve">! </w:t>
      </w:r>
      <w:r>
        <w:rPr>
          <w:shd w:fill="B7DDE8" w:val="clear"/>
        </w:rPr>
        <w:t>Will you never stop perverting the straight ways of the Lord</w:t>
      </w:r>
      <w:r>
        <w:rPr>
          <w:b w:val="false"/>
          <w:i w:val="false"/>
          <w:u w:val="none"/>
          <w:color w:val="000000"/>
        </w:rPr>
        <w:t xml:space="preserve"> [1BMK]</w:t>
      </w:r>
      <w:r>
        <w:t xml:space="preserve">? Now look, </w:t>
      </w:r>
      <w:r>
        <w:rPr>
          <w:shd w:fill="B7DDE8" w:val="clear"/>
        </w:rPr>
        <w:t>the hand of the Lord is against you</w:t>
      </w:r>
      <w:r>
        <w:rPr>
          <w:b w:val="false"/>
          <w:i w:val="false"/>
          <w:color w:val="000000"/>
          <w:u w:val="none"/>
        </w:rPr>
        <w:t xml:space="preserve"> [1BML]</w:t>
      </w:r>
      <w:r>
        <w:t xml:space="preserve">, and </w:t>
      </w:r>
      <w:r>
        <w:rPr>
          <w:shd w:fill="B7DDE8" w:val="clear"/>
        </w:rPr>
        <w:t>for a time you will be blind and unable to see the light of the sun</w:t>
      </w:r>
      <w:r>
        <w:rPr>
          <w:b w:val="false"/>
          <w:i w:val="false"/>
          <w:color w:val="000000"/>
          <w:u w:val="none"/>
        </w:rPr>
        <w:t xml:space="preserve"> [1BMM]</w:t>
      </w:r>
      <w:r>
        <w:t xml:space="preserve">.” </w:t>
      </w:r>
      <w:r>
        <w:rPr>
          <w:shd w:fill="B7DDE8" w:val="clear"/>
        </w:rPr>
        <w:t>Immediately mist and darkness came over him</w:t>
      </w:r>
      <w:r>
        <w:rPr>
          <w:b w:val="false"/>
          <w:i w:val="false"/>
          <w:color w:val="000000"/>
          <w:u w:val="none"/>
        </w:rPr>
        <w:t xml:space="preserve"> [1BMN]</w:t>
      </w:r>
      <w:r>
        <w:t xml:space="preserve">, and </w:t>
      </w:r>
      <w:r>
        <w:rPr>
          <w:shd w:fill="B7DDE8" w:val="clear"/>
        </w:rPr>
        <w:t>he groped about, seeking someone to lead him by the hand</w:t>
      </w:r>
      <w:r>
        <w:rPr>
          <w:b w:val="false"/>
          <w:i w:val="false"/>
          <w:color w:val="000000"/>
          <w:u w:val="none"/>
        </w:rPr>
        <w:t xml:space="preserve"> [1BMO]</w:t>
      </w:r>
      <w:r>
        <w:t>.</w:t>
      </w:r>
    </w:p>
    <w:p>
      <w:pPr>
        <w:pStyle w:val="Yellow"/>
        <w:rPr/>
      </w:pPr>
      <w:r>
        <w:rPr>
          <w:b/>
          <w:u w:val="none"/>
          <w:shd w:fill="F4CCCC" w:val="clear"/>
        </w:rPr>
        <w:t>Romans 2:6</w:t>
      </w:r>
      <w:r>
        <w:rPr>
          <w:u w:val="none"/>
          <w:shd w:fill="F4CCCC" w:val="clear"/>
        </w:rPr>
        <w:t xml:space="preserve"> — </w:t>
      </w:r>
      <w:r>
        <w:rPr>
          <w:u w:val="none"/>
          <w:shd w:val="clear" w:fill="B7DDE8"/>
        </w:rPr>
        <w:t>God “will repay each one according to his deeds</w:t>
      </w:r>
      <w:r>
        <w:rPr>
          <w:b w:val="false"/>
          <w:i w:val="false"/>
          <w:color w:val="000000"/>
          <w:u w:val="none"/>
        </w:rPr>
        <w:t xml:space="preserve"> [12HT]</w:t>
      </w:r>
      <w:r>
        <w:rPr>
          <w:u w:val="none"/>
          <w:shd w:fill="F4CCCC" w:val="clear"/>
        </w:rPr>
        <w:t>.”</w:t>
      </w:r>
    </w:p>
    <w:p>
      <w:pPr>
        <w:pStyle w:val="Yellow"/>
        <w:rPr/>
      </w:pPr>
      <w:r>
        <w:rPr>
          <w:b/>
        </w:rPr>
        <w:t xml:space="preserve">Romans 2:16</w:t>
      </w:r>
      <w:r>
        <w:rPr/>
        <w:t xml:space="preserve"> — </w:t>
      </w:r>
      <w:r>
        <w:rPr>
          <w:shd w:fill="B7DDE8" w:val="clear"/>
        </w:rPr>
        <w:t xml:space="preserve">God will judge men’s secrets through Christ Jesus</w:t>
      </w:r>
      <w:r>
        <w:rPr>
          <w:b w:val="false"/>
          <w:i w:val="false"/>
          <w:color w:val="000000"/>
          <w:u w:val="none"/>
        </w:rPr>
        <w:t xml:space="preserve"> [1IPG]</w:t>
      </w:r>
      <w:r>
        <w:rPr/>
        <w:t xml:space="preserve">,</w:t>
      </w:r>
    </w:p>
    <w:p>
      <w:pPr>
        <w:pStyle w:val="Yellow"/>
        <w:rPr/>
      </w:pPr>
      <w:r>
        <w:rPr>
          <w:b/>
          <w:shd w:val="clear" w:color="auto" w:fill="C00000"/>
          <w:color w:val="FFFFFF"/>
        </w:rPr>
        <w:t xml:space="preserve">Romans 14:10</w:t>
      </w:r>
      <w:r>
        <w:rPr>
          <w:shd w:val="clear" w:color="auto" w:fill="C00000"/>
          <w:color w:val="FFFFFF"/>
        </w:rPr>
        <w:t xml:space="preserve"> — For </w:t>
      </w:r>
      <w:r>
        <w:rPr>
          <w:shd w:val="clear" w:color="auto" w:fill="C00000"/>
          <w:color w:val="FFFFFF"/>
        </w:rPr>
        <w:t xml:space="preserve">we will all stand before God’s judgment seat</w:t>
      </w:r>
      <w:r>
        <w:rPr>
          <w:b w:val="false"/>
          <w:i w:val="false"/>
          <w:u w:val="none"/>
          <w:shd w:val="clear" w:color="auto" w:fill="C00000"/>
          <w:color w:val="FFFFFF"/>
        </w:rPr>
        <w:t xml:space="preserve"> [1IOX]</w:t>
      </w:r>
      <w:r>
        <w:rPr>
          <w:shd w:val="clear" w:color="auto" w:fill="C00000"/>
          <w:color w:val="FFFFFF"/>
        </w:rPr>
        <w:t xml:space="preserve">.</w:t>
      </w:r>
    </w:p>
    <w:p>
      <w:pPr>
        <w:pStyle w:val="Yellow"/>
        <w:rPr/>
      </w:pPr>
      <w:r>
        <w:rPr/>
        <w:t xml:space="preserve">(Ro14:10 “all stand before God”) </w:t>
      </w:r>
      <w:r>
        <w:rPr>
          <w:b/>
        </w:rPr>
        <w:t xml:space="preserve">Romans 14:12</w:t>
      </w:r>
      <w:r>
        <w:rPr/>
        <w:t xml:space="preserve"> — {So then}, </w:t>
      </w:r>
      <w:r>
        <w:rPr>
          <w:shd w:fill="B7DDE8" w:val="clear"/>
        </w:rPr>
        <w:t xml:space="preserve">each of us will give an account of himself to God</w:t>
      </w:r>
      <w:r>
        <w:rPr>
          <w:b w:val="false"/>
          <w:i w:val="false"/>
          <w:color w:val="000000"/>
          <w:u w:val="none"/>
        </w:rPr>
        <w:t xml:space="preserve"> [1LLK]</w:t>
      </w:r>
      <w:r>
        <w:rPr/>
        <w:t xml:space="preserve">.</w:t>
      </w:r>
    </w:p>
    <w:p>
      <w:pPr>
        <w:pStyle w:val="Yellow"/>
        <w:rPr/>
      </w:pPr>
      <w:r>
        <w:rPr/>
        <w:t xml:space="preserve">(1Co10:1 “our forefathers”) </w:t>
      </w:r>
      <w:r>
        <w:rPr>
          <w:b/>
        </w:rPr>
        <w:t xml:space="preserve">1 Corinthians 10:9</w:t>
      </w:r>
      <w:r>
        <w:rPr/>
        <w:t xml:space="preserve"> — </w:t>
      </w:r>
      <w:r>
        <w:rPr>
          <w:shd w:fill="B7DDE8" w:val="clear"/>
        </w:rPr>
        <w:t xml:space="preserve">We should not test Christ</w:t>
      </w:r>
      <w:r>
        <w:rPr>
          <w:b w:val="false"/>
          <w:i w:val="false"/>
          <w:color w:val="000000"/>
          <w:u w:val="none"/>
        </w:rPr>
        <w:t xml:space="preserve"> [1IYE]</w:t>
      </w:r>
      <w:r>
        <w:rPr/>
        <w:t xml:space="preserve">, as </w:t>
      </w:r>
      <w:r>
        <w:rPr>
          <w:shd w:fill="B7DDE8" w:val="clear"/>
        </w:rPr>
        <w:t xml:space="preserve">some of {them} did, and were killed by snakes</w:t>
      </w:r>
      <w:r>
        <w:rPr>
          <w:b w:val="false"/>
          <w:i w:val="false"/>
          <w:color w:val="000000"/>
          <w:u w:val="none"/>
        </w:rPr>
        <w:t xml:space="preserve"> [1IYF]</w:t>
      </w:r>
      <w:r>
        <w:rPr/>
        <w:t xml:space="preserve">.</w:t>
      </w:r>
    </w:p>
    <w:p>
      <w:pPr>
        <w:pStyle w:val="Yellow"/>
        <w:rPr/>
      </w:pPr>
      <w:r>
        <w:rPr>
          <w:shd w:val="clear" w:color="auto" w:fill="C00000"/>
          <w:color w:val="FFFFFF"/>
        </w:rPr>
        <w:t xml:space="preserve">(1Co10:1 “our forefathers”) </w:t>
      </w:r>
      <w:r>
        <w:rPr>
          <w:b/>
          <w:shd w:val="clear" w:color="auto" w:fill="C00000"/>
          <w:color w:val="FFFFFF"/>
        </w:rPr>
        <w:t xml:space="preserve">1 Corinthians 10:10</w:t>
      </w:r>
      <w:r>
        <w:rPr>
          <w:shd w:val="clear" w:color="auto" w:fill="C00000"/>
          <w:color w:val="FFFFFF"/>
        </w:rPr>
        <w:t xml:space="preserve"> — And </w:t>
      </w:r>
      <w:r>
        <w:rPr>
          <w:shd w:val="clear" w:color="auto" w:fill="C00000"/>
          <w:color w:val="FFFFFF"/>
        </w:rPr>
        <w:t xml:space="preserve">do not complain</w:t>
      </w:r>
      <w:r>
        <w:rPr>
          <w:b w:val="false"/>
          <w:i w:val="false"/>
          <w:u w:val="none"/>
          <w:shd w:val="clear" w:color="auto" w:fill="C00000"/>
          <w:color w:val="FFFFFF"/>
        </w:rPr>
        <w:t xml:space="preserve"> [1IYG]</w:t>
      </w:r>
      <w:r>
        <w:rPr>
          <w:shd w:val="clear" w:color="auto" w:fill="C00000"/>
          <w:color w:val="FFFFFF"/>
        </w:rPr>
        <w:t xml:space="preserve">, as </w:t>
      </w:r>
      <w:r>
        <w:rPr>
          <w:shd w:val="clear" w:color="auto" w:fill="C00000"/>
          <w:color w:val="FFFFFF"/>
        </w:rPr>
        <w:t xml:space="preserve">some of {them} did, and were killed by the destroying angel</w:t>
      </w:r>
      <w:r>
        <w:rPr>
          <w:b w:val="false"/>
          <w:i w:val="false"/>
          <w:u w:val="none"/>
          <w:shd w:val="clear" w:color="auto" w:fill="C00000"/>
          <w:color w:val="FFFFFF"/>
        </w:rPr>
        <w:t xml:space="preserve"> [1IYH]</w:t>
      </w:r>
      <w:r>
        <w:rPr>
          <w:shd w:val="clear" w:color="auto" w:fill="C00000"/>
          <w:color w:val="FFFFFF"/>
        </w:rPr>
        <w:t xml:space="preserve">.</w:t>
      </w:r>
    </w:p>
    <w:p>
      <w:pPr>
        <w:pStyle w:val="Yellow"/>
        <w:rPr/>
      </w:pPr>
      <w:r>
        <w:rPr/>
        <w:t xml:space="preserve">(1Co11:20 “Lord’s Supper”) </w:t>
      </w:r>
      <w:r>
        <w:rPr>
          <w:b/>
        </w:rPr>
        <w:t xml:space="preserve">1 Corinthians 11:28-30</w:t>
      </w:r>
      <w:r>
        <w:rPr/>
        <w:t xml:space="preserve"> — </w:t>
      </w:r>
      <w:r>
        <w:rPr>
          <w:shd w:fill="B7DDE8" w:val="clear"/>
        </w:rPr>
        <w:t xml:space="preserve">Each one must examine himself before he {eats of the bread and drinks of the cup}</w:t>
      </w:r>
      <w:r>
        <w:rPr>
          <w:b w:val="false"/>
          <w:i w:val="false"/>
          <w:color w:val="000000"/>
          <w:u w:val="none"/>
        </w:rPr>
        <w:t xml:space="preserve"> [1IPR]</w:t>
      </w:r>
      <w:r>
        <w:rPr/>
        <w:t xml:space="preserve">. For </w:t>
      </w:r>
      <w:r>
        <w:rPr>
          <w:shd w:fill="B7DDE8" w:val="clear"/>
        </w:rPr>
        <w:t xml:space="preserve">anyone who eats and drinks without recognizing the body eats and drinks judgment on himself</w:t>
      </w:r>
      <w:r>
        <w:rPr>
          <w:b w:val="false"/>
          <w:i w:val="false"/>
          <w:color w:val="000000"/>
          <w:u w:val="none"/>
        </w:rPr>
        <w:t xml:space="preserve"> [1IPS]</w:t>
      </w:r>
      <w:r>
        <w:rPr/>
        <w:t xml:space="preserve">. That is why </w:t>
      </w:r>
      <w:r>
        <w:rPr>
          <w:shd w:fill="B7DDE8" w:val="clear"/>
        </w:rPr>
        <w:t xml:space="preserve">many among you are weak and sick</w:t>
      </w:r>
      <w:r>
        <w:rPr>
          <w:b w:val="false"/>
          <w:i w:val="false"/>
          <w:color w:val="000000"/>
          <w:u w:val="none"/>
        </w:rPr>
        <w:t xml:space="preserve"> [1IPT]</w:t>
      </w:r>
      <w:r>
        <w:rPr/>
        <w:t xml:space="preserve">, and </w:t>
      </w:r>
      <w:r>
        <w:rPr>
          <w:shd w:fill="B7DDE8" w:val="clear"/>
        </w:rPr>
        <w:t xml:space="preserve">a number of you have fallen asleep</w:t>
      </w:r>
      <w:r>
        <w:rPr>
          <w:b w:val="false"/>
          <w:i w:val="false"/>
          <w:color w:val="000000"/>
          <w:u w:val="none"/>
        </w:rPr>
        <w:t xml:space="preserve"> [1IPU]</w:t>
      </w:r>
      <w:r>
        <w:rPr/>
        <w:t xml:space="preserve">.</w:t>
      </w:r>
    </w:p>
    <w:p>
      <w:pPr>
        <w:pStyle w:val="Yellow"/>
        <w:rPr/>
      </w:pPr>
      <w:r>
        <w:rPr>
          <w:b/>
        </w:rPr>
        <w:t xml:space="preserve">2 Corinthians 5:10</w:t>
      </w:r>
      <w:r>
        <w:rPr/>
        <w:t xml:space="preserve"> — For </w:t>
      </w:r>
      <w:r>
        <w:rPr>
          <w:shd w:fill="B7DDE8" w:val="clear"/>
        </w:rPr>
        <w:t xml:space="preserve">we must all appear before the judgment seat of Christ</w:t>
      </w:r>
      <w:r>
        <w:rPr>
          <w:b w:val="false"/>
          <w:i w:val="false"/>
          <w:color w:val="000000"/>
          <w:u w:val="none"/>
        </w:rPr>
        <w:t xml:space="preserve"> [1INQ]</w:t>
      </w:r>
      <w:r>
        <w:rPr/>
        <w:t xml:space="preserve">, that </w:t>
      </w:r>
      <w:r>
        <w:rPr>
          <w:shd w:fill="B7DDE8" w:val="clear"/>
        </w:rPr>
        <w:t xml:space="preserve">each one may receive his due for the things done in the body, whether good or bad</w:t>
      </w:r>
      <w:r>
        <w:rPr>
          <w:b w:val="false"/>
          <w:i w:val="false"/>
          <w:color w:val="000000"/>
          <w:u w:val="none"/>
        </w:rPr>
        <w:t xml:space="preserve"> [1INR]</w:t>
      </w:r>
      <w:r>
        <w:rPr/>
        <w:t xml:space="preserve">.</w:t>
      </w:r>
    </w:p>
    <w:p>
      <w:pPr>
        <w:pStyle w:val="Yellow"/>
        <w:rPr/>
      </w:pPr>
      <w:r>
        <w:rPr>
          <w:b/>
        </w:rPr>
        <w:t xml:space="preserve">Galatians 6:7</w:t>
      </w:r>
      <w:r>
        <w:rPr/>
        <w:t xml:space="preserve"> — Do not be deceived: </w:t>
      </w:r>
      <w:r>
        <w:rPr>
          <w:shd w:fill="B7DDE8" w:val="clear"/>
        </w:rPr>
        <w:t xml:space="preserve">God is not to be mocked</w:t>
      </w:r>
      <w:r>
        <w:rPr>
          <w:b w:val="false"/>
          <w:i w:val="false"/>
          <w:color w:val="000000"/>
          <w:u w:val="none"/>
        </w:rPr>
        <w:t xml:space="preserve"> [1IGA]</w:t>
      </w:r>
      <w:r>
        <w:rPr/>
        <w:t xml:space="preserve">. </w:t>
      </w:r>
      <w:r>
        <w:rPr>
          <w:shd w:fill="B7DDE8" w:val="clear"/>
        </w:rPr>
        <w:t xml:space="preserve">Whatever a man sows, he will reap in return</w:t>
      </w:r>
      <w:r>
        <w:rPr>
          <w:b w:val="false"/>
          <w:i w:val="false"/>
          <w:color w:val="000000"/>
          <w:u w:val="none"/>
        </w:rPr>
        <w:t xml:space="preserve"> [1IGB]</w:t>
      </w:r>
      <w:r>
        <w:rPr/>
        <w:t xml:space="preserve">.</w:t>
      </w:r>
    </w:p>
    <w:p>
      <w:pPr>
        <w:pStyle w:val="Yellow"/>
        <w:rPr/>
        <w:pBdr>
          <w:left w:val="single" w:sz="28" w:space="5" w:color="C00000"/>
        </w:pBdr>
      </w:pPr>
      <w:r>
        <w:rPr>
          <w:b/>
        </w:rPr>
        <w:t>Colossians 3:25</w:t>
      </w:r>
      <w:r>
        <w:rPr/>
        <w:t xml:space="preserve"> — </w:t>
      </w:r>
      <w:r>
        <w:rPr>
          <w:shd w:fill="B7DDE8" w:val="clear"/>
        </w:rPr>
        <w:t>Whoever does wrong will be repaid for his wrong</w:t>
      </w:r>
      <w:r>
        <w:rPr>
          <w:b w:val="false"/>
          <w:i w:val="false"/>
          <w:color w:val="000000"/>
          <w:u w:val="none"/>
        </w:rPr>
        <w:t xml:space="preserve"> [1MAC]</w:t>
      </w:r>
      <w:r>
        <w:rPr/>
        <w:t xml:space="preserve">, and </w:t>
      </w:r>
      <w:r>
        <w:rPr>
          <w:shd w:fill="F4B183" w:val="clear" w:color="auto"/>
          <w:color w:val="000000"/>
        </w:rPr>
        <w:t>there is no favoritism</w:t>
      </w:r>
      <w:r>
        <w:rPr>
          <w:b w:val="false"/>
          <w:i w:val="false"/>
          <w:color w:val="000000"/>
          <w:u w:val="none"/>
          <w:shd w:val="clear" w:color="auto" w:fill="F4B183"/>
        </w:rPr>
        <w:t xml:space="preserve"> [6FIV]</w:t>
      </w:r>
      <w:r>
        <w:rPr/>
        <w:t>.</w:t>
      </w:r>
    </w:p>
    <w:p>
      <w:pPr>
        <w:pStyle w:val="Yellow"/>
        <w:rPr/>
      </w:pPr>
      <w:r>
        <w:rPr>
          <w:b/>
          <w:u w:val="none"/>
        </w:rPr>
        <w:t>2 Timothy 4:14</w:t>
      </w:r>
      <w:r>
        <w:rPr>
          <w:u w:val="none"/>
        </w:rPr>
        <w:t xml:space="preserve"> — </w:t>
      </w:r>
      <w:r>
        <w:rPr>
          <w:u w:val="none"/>
          <w:shd w:val="clear" w:fill="B7DDE8"/>
        </w:rPr>
        <w:t>Alexander the coppersmith did great harm to me</w:t>
      </w:r>
      <w:r>
        <w:rPr>
          <w:b w:val="false"/>
          <w:i w:val="false"/>
          <w:color w:val="000000"/>
          <w:u w:val="none"/>
        </w:rPr>
        <w:t xml:space="preserve"> [1FJT]</w:t>
      </w:r>
      <w:r>
        <w:rPr>
          <w:u w:val="none"/>
        </w:rPr>
        <w:t xml:space="preserve">. </w:t>
      </w:r>
      <w:r>
        <w:rPr>
          <w:u w:val="none"/>
          <w:color w:val="000000"/>
        </w:rPr>
        <w:t>The Lord will repay him according to his deeds</w:t>
      </w:r>
      <w:r>
        <w:rPr>
          <w:b w:val="false"/>
          <w:i w:val="false"/>
          <w:color w:val="000000"/>
          <w:u w:val="none"/>
        </w:rPr>
        <w:t xml:space="preserve"> [12HT]</w:t>
      </w:r>
      <w:r>
        <w:rPr>
          <w:u w:val="none"/>
        </w:rPr>
        <w:t>.</w:t>
      </w:r>
    </w:p>
    <w:p>
      <w:pPr>
        <w:pStyle w:val="Yellow"/>
        <w:rPr/>
        <w:pBdr>
          <w:left w:val="single" w:sz="28" w:space="5" w:color="C00000"/>
        </w:pBdr>
      </w:pPr>
      <w:r>
        <w:rPr/>
        <w:t xml:space="preserve">(Re19:13 “The Word of God”) </w:t>
      </w:r>
      <w:r>
        <w:rPr>
          <w:b/>
        </w:rPr>
        <w:t xml:space="preserve">Revelation 19:15</w:t>
      </w:r>
      <w:r>
        <w:rPr/>
        <w:t xml:space="preserve"> — And </w:t>
      </w:r>
      <w:r>
        <w:rPr>
          <w:shd w:fill="F4B183" w:val="clear" w:color="auto"/>
          <w:color w:val="000000"/>
        </w:rPr>
        <w:t xml:space="preserve">from {His} mouth proceeds a sharp sword with which to strike down the nations</w:t>
      </w:r>
      <w:r>
        <w:rPr>
          <w:b w:val="false"/>
          <w:i w:val="false"/>
          <w:color w:val="000000"/>
          <w:u w:val="none"/>
          <w:shd w:val="clear" w:color="auto" w:fill="F4B183"/>
        </w:rPr>
        <w:t xml:space="preserve"> [1KDT]</w:t>
      </w:r>
      <w:r>
        <w:rPr/>
        <w:t xml:space="preserve">, and </w:t>
      </w:r>
      <w:r>
        <w:rPr>
          <w:shd w:fill="B7DDE8" w:val="clear"/>
        </w:rPr>
        <w:t xml:space="preserve">He will rule them with an iron scepter</w:t>
      </w:r>
      <w:r>
        <w:rPr>
          <w:b w:val="false"/>
          <w:i w:val="false"/>
          <w:color w:val="000000"/>
          <w:u w:val="none"/>
        </w:rPr>
        <w:t xml:space="preserve"> [2AOC]</w:t>
      </w:r>
      <w:r>
        <w:rPr>
          <w:shd w:val="clear" w:color="auto" w:fill="548235"/>
          <w:color w:val="FFFFFF"/>
        </w:rPr>
        <w:t xml:space="preserve">. </w:t>
      </w:r>
      <w:r>
        <w:rPr>
          <w:shd w:fill="548235" w:val="clear" w:color="auto"/>
          <w:color w:val="FFFFFF"/>
        </w:rPr>
        <w:t xml:space="preserve">He treads the winepress of the fury of the wrath of God the Almighty</w:t>
      </w:r>
      <w:r>
        <w:rPr>
          <w:b w:val="false"/>
          <w:i w:val="false"/>
          <w:color w:val="FFFFFF"/>
          <w:u w:val="none"/>
          <w:shd w:val="clear" w:color="auto" w:fill="548235"/>
        </w:rPr>
        <w:t xml:space="preserve"> [1KDU]</w:t>
      </w:r>
      <w:r>
        <w:rPr>
          <w:shd w:val="clear" w:color="auto" w:fill="548235"/>
          <w:color w:val="FFFFFF"/>
        </w:rPr>
        <w:t xml:space="preserve">.</w:t>
      </w:r>
    </w:p>
    <w:p>
      <w:r>
        <w:rPr>
          <w:b/>
          <w:sz w:val="32"/>
        </w:rPr>
        <w:t>Covenant  (57)</w:t>
      </w:r>
    </w:p>
    <w:p>
      <w:pPr>
        <w:pStyle w:val="Yellow"/>
        <w:rPr/>
      </w:pPr>
      <w:r>
        <w:rPr>
          <w:b/>
        </w:rPr>
        <w:t xml:space="preserve">Genesis 8:21</w:t>
      </w:r>
      <w:r>
        <w:rPr/>
        <w:t xml:space="preserve"> — “</w:t>
      </w:r>
      <w:r>
        <w:rPr>
          <w:shd w:fill="B7DDE8" w:val="clear"/>
        </w:rPr>
        <w:t xml:space="preserve">Never again will I curse the ground because of man</w:t>
      </w:r>
      <w:r>
        <w:rPr>
          <w:b w:val="false"/>
          <w:i w:val="false"/>
          <w:color w:val="000000"/>
          <w:u w:val="none"/>
        </w:rPr>
        <w:t xml:space="preserve"> [1JON]</w:t>
      </w:r>
      <w:r>
        <w:rPr/>
        <w:t xml:space="preserve">, even though </w:t>
      </w:r>
      <w:r>
        <w:rPr>
          <w:shd w:fill="B7DDE8" w:val="clear"/>
        </w:rPr>
        <w:t xml:space="preserve">every inclination of his heart is evil from his youth</w:t>
      </w:r>
      <w:r>
        <w:rPr>
          <w:b w:val="false"/>
          <w:i w:val="false"/>
          <w:color w:val="000000"/>
          <w:u w:val="none"/>
        </w:rPr>
        <w:t xml:space="preserve"> [1JOO]</w:t>
      </w:r>
      <w:r>
        <w:rPr/>
        <w:t xml:space="preserve">. And </w:t>
      </w:r>
      <w:r>
        <w:rPr>
          <w:shd w:fill="B7DDE8" w:val="clear"/>
        </w:rPr>
        <w:t xml:space="preserve">never again will I destroy all living creatures as I have done</w:t>
      </w:r>
      <w:r>
        <w:rPr>
          <w:b w:val="false"/>
          <w:i w:val="false"/>
          <w:color w:val="000000"/>
          <w:u w:val="none"/>
        </w:rPr>
        <w:t xml:space="preserve"> [1JOP]</w:t>
      </w:r>
      <w:r>
        <w:rPr/>
        <w:t xml:space="preserve">.”</w:t>
      </w:r>
    </w:p>
    <w:p>
      <w:pPr>
        <w:pStyle w:val="Yellow"/>
        <w:rPr/>
      </w:pPr>
      <w:r>
        <w:rPr>
          <w:b/>
        </w:rPr>
        <w:t>Genesis 9:11</w:t>
      </w:r>
      <w:r>
        <w:rPr/>
        <w:t xml:space="preserve"> — “And </w:t>
      </w:r>
      <w:r>
        <w:rPr>
          <w:shd w:fill="B7DDE8" w:val="clear"/>
        </w:rPr>
        <w:t xml:space="preserve">I establish My </w:t>
      </w:r>
      <w:r>
        <w:rPr>
          <w:shd w:fill="B7DDE8" w:val="clear"/>
        </w:rPr>
        <w:t>covenant</w:t>
      </w:r>
      <w:r>
        <w:rPr>
          <w:shd w:fill="B7DDE8" w:val="clear"/>
        </w:rPr>
        <w:t xml:space="preserve"> with you</w:t>
      </w:r>
      <w:r>
        <w:rPr>
          <w:b w:val="false"/>
          <w:i w:val="false"/>
          <w:color w:val="000000"/>
          <w:u w:val="none"/>
        </w:rPr>
        <w:t xml:space="preserve"> [1ABY]</w:t>
      </w:r>
      <w:r>
        <w:rPr>
          <w:color w:val="auto"/>
        </w:rPr>
        <w:t xml:space="preserve">: </w:t>
      </w:r>
      <w:r>
        <w:rPr>
          <w:color w:val="auto"/>
        </w:rPr>
        <w:t>Never again will all life be cut off by the waters of a flood</w:t>
      </w:r>
      <w:r>
        <w:rPr>
          <w:b w:val="false"/>
          <w:i w:val="false"/>
          <w:color w:val="auto"/>
          <w:u w:val="none"/>
        </w:rPr>
        <w:t xml:space="preserve"> [1ABZ]</w:t>
      </w:r>
      <w:r>
        <w:rPr>
          <w:color w:val="auto"/>
        </w:rPr>
        <w:t xml:space="preserve">; </w:t>
      </w:r>
      <w:r>
        <w:rPr>
          <w:color w:val="auto"/>
        </w:rPr>
        <w:t>never again will there be a flood to destroy the earth</w:t>
      </w:r>
      <w:r>
        <w:rPr>
          <w:b w:val="false"/>
          <w:i w:val="false"/>
          <w:color w:val="auto"/>
          <w:u w:val="none"/>
        </w:rPr>
        <w:t xml:space="preserve"> [1ABZ]</w:t>
      </w:r>
      <w:r>
        <w:rPr>
          <w:color w:val="auto"/>
        </w:rPr>
        <w:t>.”</w:t>
      </w:r>
    </w:p>
    <w:p>
      <w:pPr>
        <w:pStyle w:val="Yellow"/>
        <w:rPr/>
      </w:pPr>
      <w:r>
        <w:rPr>
          <w:b/>
        </w:rPr>
        <w:t>Genesis 9:16</w:t>
      </w:r>
      <w:r>
        <w:t xml:space="preserve"> — And </w:t>
      </w:r>
      <w:r>
        <w:rPr>
          <w:shd w:fill="B7DDE8" w:val="clear"/>
        </w:rPr>
        <w:t>whenever the rainbow appears in the clouds, I will see it and remember the everlasting covenant between God and every living creature of every kind that is on the earth</w:t>
      </w:r>
      <w:r>
        <w:rPr>
          <w:b w:val="false"/>
          <w:i w:val="false"/>
          <w:color w:val="000000"/>
          <w:u w:val="none"/>
        </w:rPr>
        <w:t xml:space="preserve"> [1AES]</w:t>
      </w:r>
      <w:r>
        <w:t>.</w:t>
      </w:r>
    </w:p>
    <w:p>
      <w:pPr>
        <w:pStyle w:val="Yellow"/>
        <w:rPr/>
        <w:shd w:val="clear" w:color="auto" w:fill="E4DFEC"/>
        <w:pBdr>
          <w:left w:val="single" w:sz="28" w:space="5" w:color="B4A7D6"/>
        </w:pBdr>
      </w:pPr>
      <w:r>
        <w:rPr/>
        <w:t xml:space="preserve">(Ge12:1 God tells Abram: “Leave your country” / “go to the land I will show you”) </w:t>
      </w:r>
      <w:r>
        <w:rPr>
          <w:b/>
        </w:rPr>
        <w:t xml:space="preserve">Genesis 12:3</w:t>
      </w:r>
      <w:r>
        <w:rPr/>
        <w:t xml:space="preserve"> — “</w:t>
      </w:r>
      <w:r>
        <w:rPr>
          <w:shd w:fill="B7DDE8" w:val="clear"/>
        </w:rPr>
        <w:t xml:space="preserve">I will bless those who bless you and curse those who curse you</w:t>
      </w:r>
      <w:r>
        <w:rPr>
          <w:b w:val="false"/>
          <w:i w:val="false"/>
          <w:color w:val="000000"/>
          <w:u w:val="none"/>
        </w:rPr>
        <w:t xml:space="preserve"> [2JKY]</w:t>
      </w:r>
      <w:r>
        <w:rPr>
          <w:b w:val="false"/>
          <w:i w:val="false"/>
          <w:color w:val="000000"/>
          <w:u w:val="none"/>
        </w:rPr>
        <w:t xml:space="preserve"> [2JKX]</w:t>
      </w:r>
      <w:r>
        <w:rPr/>
        <w:t xml:space="preserve">; and </w:t>
      </w:r>
      <w:r>
        <w:rPr>
          <w:shd w:fill="B7DDE8" w:val="clear"/>
        </w:rPr>
        <w:t xml:space="preserve">all the families of the earth will be blessed through you</w:t>
      </w:r>
      <w:r>
        <w:rPr>
          <w:b w:val="false"/>
          <w:i w:val="false"/>
          <w:color w:val="000000"/>
          <w:u w:val="none"/>
        </w:rPr>
        <w:t xml:space="preserve"> [2PF]</w:t>
      </w:r>
      <w:r>
        <w:rPr/>
        <w:t xml:space="preserve">.”</w:t>
      </w:r>
    </w:p>
    <w:p>
      <w:pPr>
        <w:pStyle w:val="Yellow"/>
        <w:rPr/>
      </w:pPr>
      <w:r>
        <w:t xml:space="preserve">(Ge17:1 “Walk before Me and be blameless”) </w:t>
      </w:r>
      <w:r>
        <w:rPr>
          <w:b/>
        </w:rPr>
        <w:t>Genesis 17:2</w:t>
      </w:r>
      <w:r>
        <w:t xml:space="preserve"> — </w:t>
      </w:r>
      <w:r>
        <w:rPr>
          <w:shd w:fill="B7DDE8" w:val="clear"/>
        </w:rPr>
        <w:t>I will establish My covenant between Me and you</w:t>
      </w:r>
      <w:r>
        <w:rPr>
          <w:b w:val="false"/>
          <w:i w:val="false"/>
          <w:color w:val="000000"/>
          <w:u w:val="none"/>
        </w:rPr>
        <w:t xml:space="preserve"> [1AEL]</w:t>
      </w:r>
      <w:r>
        <w:t xml:space="preserve">, and </w:t>
      </w:r>
      <w:r>
        <w:rPr>
          <w:shd w:fill="B7DDE8" w:val="clear"/>
        </w:rPr>
        <w:t>I will multiply you exceedingly</w:t>
      </w:r>
      <w:r>
        <w:rPr>
          <w:b w:val="false"/>
          <w:i w:val="false"/>
          <w:color w:val="000000"/>
          <w:u w:val="none"/>
        </w:rPr>
        <w:t xml:space="preserve"> [1AEM]</w:t>
      </w:r>
      <w:r>
        <w:t>.</w:t>
      </w:r>
    </w:p>
    <w:p>
      <w:pPr>
        <w:pStyle w:val="Yellow"/>
        <w:rPr/>
      </w:pPr>
      <w:r>
        <w:rPr>
          <w:u w:val="none"/>
        </w:rPr>
        <w:t xml:space="preserve">(Ex2:23 “their cry for deliverance from bondage ascended to God”) </w:t>
      </w:r>
      <w:r>
        <w:rPr>
          <w:b/>
          <w:u w:val="none"/>
        </w:rPr>
        <w:t>Exodus 2:24–25</w:t>
      </w:r>
      <w:r>
        <w:rPr>
          <w:u w:val="none"/>
        </w:rPr>
        <w:t xml:space="preserve"> — </w:t>
      </w:r>
      <w:r>
        <w:rPr>
          <w:u w:val="none"/>
          <w:color w:val="000000"/>
        </w:rPr>
        <w:t>{So} God heard their groaning</w:t>
      </w:r>
      <w:r>
        <w:rPr>
          <w:b w:val="false"/>
          <w:i w:val="false"/>
          <w:color w:val="000000"/>
          <w:u w:val="none"/>
        </w:rPr>
        <w:t xml:space="preserve"> [2AGI]</w:t>
      </w:r>
      <w:r>
        <w:rPr>
          <w:u w:val="none"/>
        </w:rPr>
        <w:t xml:space="preserve">, and </w:t>
      </w:r>
      <w:r>
        <w:rPr>
          <w:u w:val="none"/>
          <w:shd w:fill="B7DDE8" w:val="clear"/>
        </w:rPr>
        <w:t>He remembered His covenant with Abraham, Isaac, and Jacob</w:t>
      </w:r>
      <w:r>
        <w:rPr>
          <w:b w:val="false"/>
          <w:i w:val="false"/>
          <w:color w:val="000000"/>
          <w:u w:val="none"/>
        </w:rPr>
        <w:t xml:space="preserve"> [1AGJ]</w:t>
      </w:r>
      <w:r>
        <w:rPr>
          <w:u w:val="none"/>
        </w:rPr>
        <w:t xml:space="preserve">. </w:t>
      </w:r>
      <w:r>
        <w:rPr>
          <w:u w:val="none"/>
          <w:shd w:fill="B7DDE8" w:val="clear"/>
        </w:rPr>
        <w:t>God saw the Israelites and took notice</w:t>
      </w:r>
      <w:r>
        <w:rPr>
          <w:b w:val="false"/>
          <w:i w:val="false"/>
          <w:color w:val="000000"/>
          <w:u w:val="none"/>
        </w:rPr>
        <w:t xml:space="preserve"> [1AGK]</w:t>
      </w:r>
      <w:r>
        <w:rPr>
          <w:u w:val="none"/>
        </w:rPr>
        <w:t>.</w:t>
      </w:r>
    </w:p>
    <w:p>
      <w:pPr>
        <w:pStyle w:val="Yellow"/>
        <w:rPr/>
      </w:pPr>
      <w:r>
        <w:t xml:space="preserve">(Le26:33–43 Israel exiled and punished) </w:t>
      </w:r>
      <w:r>
        <w:rPr>
          <w:b/>
        </w:rPr>
        <w:t>Leviticus 26:44</w:t>
      </w:r>
      <w:r>
        <w:t xml:space="preserve"> — </w:t>
      </w:r>
      <w:r>
        <w:rPr>
          <w:shd w:fill="B7DDE8" w:val="clear"/>
        </w:rPr>
        <w:t>{Yet in spite of this}, when they are in the land of their enemies, I will not reject or despise them so as to destroy them and break My covenant with them</w:t>
      </w:r>
      <w:r>
        <w:rPr>
          <w:b w:val="false"/>
          <w:i w:val="false"/>
          <w:color w:val="000000"/>
          <w:u w:val="none"/>
        </w:rPr>
        <w:t xml:space="preserve"> [1ADY]</w:t>
      </w:r>
      <w:r>
        <w:t xml:space="preserve">; </w:t>
      </w:r>
      <w:r>
        <w:rPr>
          <w:shd w:val="clear" w:color="auto" w:fill="D9C3E6"/>
        </w:rPr>
        <w:t xml:space="preserve">for </w:t>
      </w:r>
      <w:r>
        <w:rPr>
          <w:shd w:val="clear" w:color="auto" w:fill="D9C3E6"/>
        </w:rPr>
        <w:t>I am the LORD their God</w:t>
      </w:r>
      <w:r>
        <w:rPr>
          <w:b w:val="false"/>
          <w:i w:val="false"/>
          <w:color w:val="000000"/>
          <w:u w:val="none"/>
        </w:rPr>
        <w:t xml:space="preserve"> [15MP]</w:t>
      </w:r>
      <w:r>
        <w:rPr>
          <w:shd w:val="clear" w:color="auto" w:fill="D9C3E6"/>
        </w:rPr>
        <w:t>.</w:t>
      </w:r>
    </w:p>
    <w:p>
      <w:pPr>
        <w:pStyle w:val="Yellow"/>
        <w:rPr/>
      </w:pPr>
      <w:r>
        <w:rPr/>
        <w:t xml:space="preserve">(Nu22:7 Moabite and Midianite elders / Nu22:5 Israelites) </w:t>
      </w:r>
      <w:r>
        <w:rPr>
          <w:b/>
        </w:rPr>
        <w:t xml:space="preserve">Numbers 22:12</w:t>
      </w:r>
      <w:r>
        <w:rPr/>
        <w:t xml:space="preserve"> — But God said to Balaam, “</w:t>
      </w:r>
      <w:r>
        <w:rPr>
          <w:shd w:fill="B7DDE8" w:val="clear"/>
        </w:rPr>
        <w:t xml:space="preserve">Do not go with {them}</w:t>
      </w:r>
      <w:r>
        <w:rPr>
          <w:b w:val="false"/>
          <w:i w:val="false"/>
          <w:color w:val="000000"/>
          <w:u w:val="none"/>
        </w:rPr>
        <w:t xml:space="preserve"> [1JKZ]</w:t>
      </w:r>
      <w:r>
        <w:rPr/>
        <w:t xml:space="preserve">. </w:t>
      </w:r>
      <w:r>
        <w:rPr>
          <w:shd w:fill="B7DDE8" w:val="clear"/>
        </w:rPr>
        <w:t xml:space="preserve">You are not to curse {this people}</w:t>
      </w:r>
      <w:r>
        <w:rPr>
          <w:b w:val="false"/>
          <w:i w:val="false"/>
          <w:color w:val="000000"/>
          <w:u w:val="none"/>
        </w:rPr>
        <w:t xml:space="preserve"> [1JLA]</w:t>
      </w:r>
      <w:r>
        <w:rPr/>
        <w:t xml:space="preserve">, for </w:t>
      </w:r>
      <w:r>
        <w:rPr>
          <w:shd w:fill="B7DDE8" w:val="clear"/>
        </w:rPr>
        <w:t xml:space="preserve">they are blessed</w:t>
      </w:r>
      <w:r>
        <w:rPr>
          <w:b w:val="false"/>
          <w:i w:val="false"/>
          <w:color w:val="000000"/>
          <w:u w:val="none"/>
        </w:rPr>
        <w:t xml:space="preserve"> [1JLB]</w:t>
      </w:r>
      <w:r>
        <w:rPr/>
        <w:t xml:space="preserve">.”</w:t>
      </w:r>
    </w:p>
    <w:p>
      <w:pPr>
        <w:pStyle w:val="Yellow"/>
        <w:rPr/>
        <w:pBdr>
          <w:left w:val="single" w:sz="28" w:space="5" w:color="C00000"/>
        </w:pBdr>
      </w:pPr>
      <w:r>
        <w:rPr>
          <w:b/>
        </w:rPr>
        <w:t>Deuteronomy 29:9</w:t>
      </w:r>
      <w:r>
        <w:t xml:space="preserve"> — So </w:t>
      </w:r>
      <w:r>
        <w:rPr>
          <w:shd w:fill="B7DDE8" w:val="clear"/>
        </w:rPr>
        <w:t>keep and follow the words of this covenant</w:t>
      </w:r>
      <w:r>
        <w:rPr>
          <w:b w:val="false"/>
          <w:i w:val="false"/>
          <w:color w:val="000000"/>
          <w:u w:val="none"/>
        </w:rPr>
        <w:t xml:space="preserve"> [1AHR]</w:t>
      </w:r>
      <w:r>
        <w:t xml:space="preserve">, </w:t>
      </w:r>
      <w:r>
        <w:rPr>
          <w:shd w:fill="B7DDE8" w:val="clear"/>
        </w:rPr>
        <w:t>that you may prosper in all you do</w:t>
      </w:r>
      <w:r>
        <w:rPr>
          <w:b w:val="false"/>
          <w:i w:val="false"/>
          <w:color w:val="000000"/>
          <w:u w:val="none"/>
        </w:rPr>
        <w:t xml:space="preserve"> [3AHS]</w:t>
      </w:r>
      <w:r>
        <w:t>.</w:t>
      </w:r>
    </w:p>
    <w:p>
      <w:pPr>
        <w:pStyle w:val="Yellow"/>
        <w:rPr/>
      </w:pPr>
      <w:r>
        <w:rPr>
          <w:b/>
        </w:rPr>
        <w:t xml:space="preserve">Joshua 23:16</w:t>
      </w:r>
      <w:r>
        <w:rPr/>
        <w:t xml:space="preserve"> — </w:t>
      </w:r>
      <w:r>
        <w:rPr>
          <w:shd w:fill="B7DDE8" w:val="clear"/>
        </w:rPr>
        <w:t xml:space="preserve">If you transgress the covenant of the LORD your God, which He commanded you, and go and serve other gods and bow down to them</w:t>
      </w:r>
      <w:r>
        <w:rPr>
          <w:b w:val="false"/>
          <w:i w:val="false"/>
          <w:color w:val="000000"/>
          <w:u w:val="none"/>
        </w:rPr>
        <w:t xml:space="preserve"> [1JDM]</w:t>
      </w:r>
      <w:r>
        <w:rPr/>
        <w:t xml:space="preserve">, then </w:t>
      </w:r>
      <w:r>
        <w:rPr>
          <w:shd w:fill="B7DDE8" w:val="clear"/>
        </w:rPr>
        <w:t xml:space="preserve">the anger of the LORD will burn against you</w:t>
      </w:r>
      <w:r>
        <w:rPr>
          <w:b w:val="false"/>
          <w:i w:val="false"/>
          <w:color w:val="000000"/>
          <w:u w:val="none"/>
        </w:rPr>
        <w:t xml:space="preserve"> [1JDN]</w:t>
      </w:r>
      <w:r>
        <w:rPr/>
        <w:t xml:space="preserve">, and </w:t>
      </w:r>
      <w:r>
        <w:rPr>
          <w:shd w:fill="B7DDE8" w:val="clear"/>
        </w:rPr>
        <w:t xml:space="preserve">you will quickly perish from this good land He has given you</w:t>
      </w:r>
      <w:r>
        <w:rPr>
          <w:b w:val="false"/>
          <w:i w:val="false"/>
          <w:color w:val="000000"/>
          <w:u w:val="none"/>
        </w:rPr>
        <w:t xml:space="preserve"> [2JDL]</w:t>
      </w:r>
      <w:r>
        <w:rPr/>
        <w:t xml:space="preserve">.”</w:t>
      </w:r>
    </w:p>
    <w:p>
      <w:pPr>
        <w:pStyle w:val="Yellow"/>
        <w:rPr/>
      </w:pPr>
      <w:r>
        <w:rPr>
          <w:b/>
        </w:rPr>
        <w:t xml:space="preserve">1 Samuel 25:28</w:t>
      </w:r>
      <w:r>
        <w:rPr/>
        <w:t xml:space="preserve"> — </w:t>
      </w:r>
      <w:r>
        <w:rPr>
          <w:shd w:fill="B7DDE8" w:val="clear"/>
        </w:rPr>
        <w:t xml:space="preserve">the LORD will surely make a lasting dynasty for my lord</w:t>
      </w:r>
      <w:r>
        <w:rPr>
          <w:b w:val="false"/>
          <w:i w:val="false"/>
          <w:color w:val="000000"/>
          <w:u w:val="none"/>
        </w:rPr>
        <w:t xml:space="preserve"> [1LDD]</w:t>
      </w:r>
      <w:r>
        <w:rPr/>
        <w:t xml:space="preserve">, because </w:t>
      </w:r>
      <w:r>
        <w:rPr>
          <w:shd w:fill="B7DDE8" w:val="clear"/>
        </w:rPr>
        <w:t xml:space="preserve">he fights the LORD’s battles</w:t>
      </w:r>
      <w:r>
        <w:rPr>
          <w:b w:val="false"/>
          <w:i w:val="false"/>
          <w:color w:val="000000"/>
          <w:u w:val="none"/>
        </w:rPr>
        <w:t xml:space="preserve"> [1LDE]</w:t>
      </w:r>
      <w:r>
        <w:rPr/>
        <w:t xml:space="preserve">.</w:t>
      </w:r>
    </w:p>
    <w:p>
      <w:pPr>
        <w:pStyle w:val="Yellow"/>
        <w:rPr/>
      </w:pPr>
      <w:r>
        <w:rPr>
          <w:b/>
          <w:highlight w:val="cyan"/>
          <w:u w:val="none"/>
        </w:rPr>
        <w:t>1 Kings 8:23</w:t>
      </w:r>
      <w:r>
        <w:rPr>
          <w:highlight w:val="cyan"/>
          <w:u w:val="none"/>
        </w:rPr>
        <w:t xml:space="preserve"> — O LORD, God of Israel, </w:t>
      </w:r>
      <w:r>
        <w:rPr>
          <w:u w:val="none"/>
          <w:shd w:fill="B7DDE8" w:val="clear"/>
        </w:rPr>
        <w:t>there is no God like You in heaven above or on earth below</w:t>
      </w:r>
      <w:r>
        <w:rPr>
          <w:b w:val="false"/>
          <w:i w:val="false"/>
          <w:color w:val="000000"/>
          <w:u w:val="none"/>
        </w:rPr>
        <w:t xml:space="preserve"> [7GB]</w:t>
      </w:r>
      <w:r>
        <w:rPr>
          <w:highlight w:val="cyan"/>
          <w:u w:val="none"/>
        </w:rPr>
        <w:t xml:space="preserve">, </w:t>
      </w:r>
      <w:r>
        <w:rPr>
          <w:highlight w:val="cyan"/>
          <w:u w:val="none"/>
          <w:shd w:fill="B7DDE8" w:val="clear"/>
        </w:rPr>
        <w:t>keeping Your covenant of loving devotion with Your servants who walk before You with all their hearts</w:t>
      </w:r>
      <w:r>
        <w:rPr>
          <w:b w:val="false"/>
          <w:i w:val="false"/>
          <w:color w:val="000000"/>
          <w:u w:val="none"/>
        </w:rPr>
        <w:t xml:space="preserve"> [1GD]</w:t>
      </w:r>
      <w:r>
        <w:rPr>
          <w:highlight w:val="cyan"/>
          <w:u w:val="none"/>
        </w:rPr>
        <w:t>.</w:t>
      </w:r>
    </w:p>
    <w:p>
      <w:pPr>
        <w:pStyle w:val="Yellow"/>
        <w:rPr/>
      </w:pPr>
      <w:r>
        <w:rPr>
          <w:b/>
        </w:rPr>
        <w:t xml:space="preserve">Psalm 22:10</w:t>
      </w:r>
      <w:r>
        <w:rPr/>
        <w:t xml:space="preserve"> — </w:t>
      </w:r>
      <w:r>
        <w:rPr>
          <w:shd w:fill="B7DDE8" w:val="clear"/>
        </w:rPr>
        <w:t xml:space="preserve">From birth I was cast upon You</w:t>
      </w:r>
      <w:r>
        <w:rPr>
          <w:b w:val="false"/>
          <w:i w:val="false"/>
          <w:color w:val="000000"/>
          <w:u w:val="none"/>
        </w:rPr>
        <w:t xml:space="preserve"> [1LPF]</w:t>
      </w:r>
      <w:r>
        <w:rPr/>
        <w:t xml:space="preserve">; </w:t>
      </w:r>
      <w:r>
        <w:rPr>
          <w:shd w:fill="B7DDE8" w:val="clear"/>
        </w:rPr>
        <w:t xml:space="preserve">from my mother’s womb You have been my God</w:t>
      </w:r>
      <w:r>
        <w:rPr>
          <w:b w:val="false"/>
          <w:i w:val="false"/>
          <w:color w:val="000000"/>
          <w:u w:val="none"/>
        </w:rPr>
        <w:t xml:space="preserve"> [1LPG]</w:t>
      </w:r>
      <w:r>
        <w:rPr/>
        <w:t xml:space="preserve">.</w:t>
      </w:r>
    </w:p>
    <w:p>
      <w:pPr>
        <w:pStyle w:val="Yellow"/>
        <w:rPr/>
      </w:pPr>
      <w:r>
        <w:rPr>
          <w:u w:val="none"/>
        </w:rPr>
        <w:t xml:space="preserve">(Ps48:13 “tell the next generation”) </w:t>
      </w:r>
      <w:r>
        <w:rPr>
          <w:b/>
          <w:u w:val="none"/>
        </w:rPr>
        <w:t xml:space="preserve">Psalm 48:14</w:t>
      </w:r>
      <w:r>
        <w:rPr>
          <w:u w:val="none"/>
        </w:rPr>
        <w:t xml:space="preserve"> — {For} </w:t>
      </w:r>
      <w:r>
        <w:rPr>
          <w:u w:val="none"/>
          <w:shd w:fill="B7DDE8" w:val="clear"/>
        </w:rPr>
        <w:t xml:space="preserve">this God is our God forever and ever</w:t>
      </w:r>
      <w:r>
        <w:rPr>
          <w:b w:val="false"/>
          <w:i w:val="false"/>
          <w:color w:val="000000"/>
          <w:u w:val="none"/>
        </w:rPr>
        <w:t xml:space="preserve"> [1IRH]</w:t>
      </w:r>
      <w:r>
        <w:rPr>
          <w:u w:val="none"/>
          <w:color w:val="auto"/>
        </w:rPr>
        <w:t xml:space="preserve">; </w:t>
      </w:r>
      <w:r>
        <w:rPr>
          <w:u w:val="none"/>
          <w:color w:val="auto"/>
        </w:rPr>
        <w:t xml:space="preserve">He will be our guide even till death</w:t>
      </w:r>
      <w:r>
        <w:rPr>
          <w:b w:val="false"/>
          <w:i w:val="false"/>
          <w:color w:val="FFFFFF"/>
          <w:u w:val="none"/>
          <w:shd w:val="clear" w:color="auto" w:fill="548235"/>
        </w:rPr>
        <w:t xml:space="preserve"> [1IRI]</w:t>
      </w:r>
      <w:r>
        <w:rPr>
          <w:u w:val="none"/>
          <w:shd w:val="clear" w:color="auto" w:fill="548235"/>
          <w:color w:val="FFFFFF"/>
        </w:rPr>
        <w:t xml:space="preserve">.</w:t>
      </w:r>
    </w:p>
    <w:p>
      <w:pPr>
        <w:pStyle w:val="Yellow"/>
        <w:rPr/>
      </w:pPr>
      <w:r>
        <w:rPr>
          <w:b/>
        </w:rPr>
        <w:t xml:space="preserve">Psalm 87:4-5</w:t>
      </w:r>
      <w:r>
        <w:rPr/>
        <w:t xml:space="preserve"> — “</w:t>
      </w:r>
      <w:r>
        <w:rPr>
          <w:shd w:fill="B7DDE8" w:val="clear"/>
        </w:rPr>
        <w:t xml:space="preserve">I will mention Rahab and Babylon among those who know Me—along with Philistia, Tyre, and Cush</w:t>
      </w:r>
      <w:r>
        <w:rPr>
          <w:b w:val="false"/>
          <w:i w:val="false"/>
          <w:color w:val="000000"/>
          <w:u w:val="none"/>
        </w:rPr>
        <w:t xml:space="preserve"> [1KAU]</w:t>
      </w:r>
      <w:r>
        <w:rPr/>
        <w:t xml:space="preserve">—when I say, ‘</w:t>
      </w:r>
      <w:r>
        <w:rPr>
          <w:shd w:fill="B7DDE8" w:val="clear"/>
        </w:rPr>
        <w:t xml:space="preserve">This one was born in Zion</w:t>
      </w:r>
      <w:r>
        <w:rPr>
          <w:b w:val="false"/>
          <w:i w:val="false"/>
          <w:color w:val="000000"/>
          <w:u w:val="none"/>
        </w:rPr>
        <w:t xml:space="preserve"> [1KAV]</w:t>
      </w:r>
      <w:r>
        <w:rPr/>
        <w:t xml:space="preserve">.’” And it will be said of Zion: “</w:t>
      </w:r>
      <w:r>
        <w:rPr>
          <w:shd w:fill="B7DDE8" w:val="clear"/>
        </w:rPr>
        <w:t xml:space="preserve">This one and that one were born in her</w:t>
      </w:r>
      <w:r>
        <w:rPr>
          <w:b w:val="false"/>
          <w:i w:val="false"/>
          <w:color w:val="000000"/>
          <w:u w:val="none"/>
        </w:rPr>
        <w:t xml:space="preserve"> [1KAW]</w:t>
      </w:r>
      <w:r>
        <w:rPr/>
        <w:t xml:space="preserve">, and </w:t>
      </w:r>
      <w:r>
        <w:rPr>
          <w:shd w:fill="B7DDE8" w:val="clear"/>
        </w:rPr>
        <w:t xml:space="preserve">the Most High Himself will establish her</w:t>
      </w:r>
      <w:r>
        <w:rPr>
          <w:b w:val="false"/>
          <w:i w:val="false"/>
          <w:color w:val="000000"/>
          <w:u w:val="none"/>
        </w:rPr>
        <w:t xml:space="preserve"> [1KAX]</w:t>
      </w:r>
      <w:r>
        <w:rPr/>
        <w:t xml:space="preserve">.”</w:t>
      </w:r>
    </w:p>
    <w:p>
      <w:pPr>
        <w:pStyle w:val="Yellow"/>
        <w:rPr/>
      </w:pPr>
      <w:r>
        <w:t xml:space="preserve">(Ps89:20 “My servant David”) </w:t>
      </w:r>
      <w:r>
        <w:rPr>
          <w:b/>
        </w:rPr>
        <w:t>Psalm 89:30–34</w:t>
      </w:r>
      <w:r>
        <w:t xml:space="preserve"> — </w:t>
      </w:r>
      <w:r>
        <w:rPr>
          <w:shd w:fill="B7DDE8" w:val="clear"/>
        </w:rPr>
        <w:t>If {his sons} forsake My law and do not walk in My judgments, if they violate My statutes and fail to keep My commandments, I will attend to their transgression with the rod, and to their iniquity with stripes</w:t>
      </w:r>
      <w:r>
        <w:rPr>
          <w:b w:val="false"/>
          <w:i w:val="false"/>
          <w:color w:val="000000"/>
          <w:u w:val="none"/>
        </w:rPr>
        <w:t xml:space="preserve"> [1AIN]</w:t>
      </w:r>
      <w:r>
        <w:t xml:space="preserve">. But </w:t>
      </w:r>
      <w:r>
        <w:rPr>
          <w:shd w:fill="B7DDE8" w:val="clear"/>
        </w:rPr>
        <w:t>I will not withdraw My loving devotion from him</w:t>
      </w:r>
      <w:r>
        <w:rPr>
          <w:b w:val="false"/>
          <w:i w:val="false"/>
          <w:color w:val="000000"/>
          <w:u w:val="none"/>
        </w:rPr>
        <w:t xml:space="preserve"> [2AIO]</w:t>
      </w:r>
      <w:r>
        <w:t xml:space="preserve">, </w:t>
      </w:r>
      <w:r>
        <w:rPr>
          <w:shd w:fill="B7DDE8" w:val="clear"/>
        </w:rPr>
        <w:t>nor ever betray My faithfulness</w:t>
      </w:r>
      <w:r>
        <w:rPr>
          <w:b w:val="false"/>
          <w:i w:val="false"/>
          <w:color w:val="000000"/>
          <w:u w:val="none"/>
        </w:rPr>
        <w:t xml:space="preserve"> [1AIP]</w:t>
      </w:r>
      <w:r>
        <w:t xml:space="preserve">. </w:t>
      </w:r>
      <w:r>
        <w:rPr>
          <w:shd w:fill="B7DDE8" w:val="clear"/>
        </w:rPr>
        <w:t>I will not violate My covenant</w:t>
      </w:r>
      <w:r>
        <w:rPr>
          <w:b w:val="false"/>
          <w:i w:val="false"/>
          <w:color w:val="000000"/>
          <w:u w:val="none"/>
        </w:rPr>
        <w:t xml:space="preserve"> [1AIQ]</w:t>
      </w:r>
      <w:r>
        <w:rPr>
          <w:shd w:val="clear" w:color="auto" w:fill="548235"/>
          <w:color w:val="FFFFFF"/>
        </w:rPr>
        <w:t xml:space="preserve"> </w:t>
      </w:r>
      <w:r>
        <w:rPr>
          <w:shd w:fill="548235" w:val="clear" w:color="auto"/>
          <w:color w:val="FFFFFF"/>
        </w:rPr>
        <w:t>or alter the utterance of My lips</w:t>
      </w:r>
      <w:r>
        <w:rPr>
          <w:b w:val="false"/>
          <w:i w:val="false"/>
          <w:color w:val="FFFFFF"/>
          <w:u w:val="none"/>
          <w:shd w:val="clear" w:color="auto" w:fill="548235"/>
        </w:rPr>
        <w:t xml:space="preserve"> [1AIR]</w:t>
      </w:r>
      <w:r>
        <w:rPr>
          <w:shd w:val="clear" w:color="auto" w:fill="548235"/>
          <w:color w:val="FFFFFF"/>
        </w:rPr>
        <w:t>.</w:t>
      </w:r>
    </w:p>
    <w:p>
      <w:pPr>
        <w:pStyle w:val="Yellow"/>
        <w:rPr/>
      </w:pPr>
      <w:r>
        <w:rPr>
          <w:b/>
        </w:rPr>
        <w:t>Psalm 132:12</w:t>
      </w:r>
      <w:r>
        <w:t xml:space="preserve"> — </w:t>
      </w:r>
      <w:r>
        <w:rPr>
          <w:shd w:fill="B7DDE8" w:val="clear"/>
        </w:rPr>
        <w:t>If your sons keep My covenant and the testimony I will teach them, then their sons will also sit on your throne forever and ever</w:t>
      </w:r>
      <w:r>
        <w:rPr>
          <w:b w:val="false"/>
          <w:i w:val="false"/>
          <w:color w:val="000000"/>
          <w:u w:val="none"/>
        </w:rPr>
        <w:t xml:space="preserve"> [1AIS]</w:t>
      </w:r>
      <w:r>
        <w:t>.”</w:t>
      </w:r>
    </w:p>
    <w:p>
      <w:pPr>
        <w:pStyle w:val="Yellow"/>
        <w:rPr/>
        <w:pBdr>
          <w:left w:val="single" w:sz="28" w:space="5" w:color="C00000"/>
        </w:pBdr>
      </w:pPr>
      <w:r>
        <w:rPr/>
        <w:t xml:space="preserve">(Is13:19–22 after Babylon is overthrown) </w:t>
      </w:r>
      <w:r>
        <w:rPr>
          <w:b/>
        </w:rPr>
        <w:t>Isaiah 14:1</w:t>
      </w:r>
      <w:r>
        <w:rPr/>
        <w:t xml:space="preserve"> — {For} </w:t>
      </w:r>
      <w:r>
        <w:rPr>
          <w:shd w:fill="B7DDE8" w:val="clear"/>
        </w:rPr>
        <w:t>the LORD will have compassion on Jacob</w:t>
      </w:r>
      <w:r>
        <w:rPr>
          <w:b w:val="false"/>
          <w:i w:val="false"/>
          <w:color w:val="000000"/>
          <w:u w:val="none"/>
        </w:rPr>
        <w:t xml:space="preserve"> [1FVQ]</w:t>
      </w:r>
      <w:r>
        <w:rPr/>
        <w:t xml:space="preserve">; </w:t>
      </w:r>
      <w:r>
        <w:rPr>
          <w:shd w:fill="B7DDE8" w:val="clear"/>
        </w:rPr>
        <w:t>once again He will choose Israel</w:t>
      </w:r>
      <w:r>
        <w:rPr>
          <w:b w:val="false"/>
          <w:i w:val="false"/>
          <w:color w:val="000000"/>
          <w:u w:val="none"/>
        </w:rPr>
        <w:t xml:space="preserve"> [1FVR]</w:t>
      </w:r>
      <w:r>
        <w:rPr/>
        <w:t xml:space="preserve"> and </w:t>
      </w:r>
      <w:r>
        <w:rPr>
          <w:shd w:fill="B7DDE8" w:val="clear"/>
        </w:rPr>
        <w:t>settle them in their own land</w:t>
      </w:r>
      <w:r>
        <w:rPr>
          <w:b w:val="false"/>
          <w:i w:val="false"/>
          <w:u w:val="none"/>
          <w:color w:val="000000"/>
        </w:rPr>
        <w:t xml:space="preserve"> [1FVS]</w:t>
      </w:r>
      <w:r>
        <w:rPr>
          <w:shd w:val="clear" w:color="auto" w:fill="548235"/>
          <w:color w:val="FFFFFF"/>
        </w:rPr>
        <w:t xml:space="preserve">. </w:t>
      </w:r>
      <w:r>
        <w:rPr>
          <w:shd w:fill="548235" w:val="clear" w:color="auto"/>
          <w:color w:val="FFFFFF"/>
        </w:rPr>
        <w:t>The foreigner will join them and unite with the house of Jacob</w:t>
      </w:r>
      <w:r>
        <w:rPr>
          <w:b w:val="false"/>
          <w:i w:val="false"/>
          <w:color w:val="FFFFFF"/>
          <w:u w:val="none"/>
          <w:shd w:val="clear" w:color="auto" w:fill="548235"/>
        </w:rPr>
        <w:t xml:space="preserve"> [1FVT]</w:t>
      </w:r>
      <w:r>
        <w:rPr>
          <w:shd w:val="clear" w:color="auto" w:fill="548235"/>
          <w:color w:val="FFFFFF"/>
        </w:rPr>
        <w:t>.</w:t>
      </w:r>
    </w:p>
    <w:p>
      <w:pPr>
        <w:pStyle w:val="Yellow"/>
        <w:rPr/>
      </w:pPr>
      <w:r>
        <w:rPr/>
        <w:t xml:space="preserve">&lt;1&gt;(Is49:14 “Zion”) </w:t>
      </w:r>
      <w:r>
        <w:rPr>
          <w:b/>
        </w:rPr>
        <w:t xml:space="preserve">Isaiah 50:1</w:t>
      </w:r>
      <w:r>
        <w:rPr/>
        <w:t xml:space="preserve"> — This is what the LORD says: “</w:t>
      </w:r>
      <w:r>
        <w:rPr>
          <w:shd w:fill="B7DDE8" w:val="clear"/>
        </w:rPr>
        <w:t xml:space="preserve">Where is {your mother’s} certificate of divorce with which I sent her away</w:t>
      </w:r>
      <w:r>
        <w:rPr>
          <w:b w:val="false"/>
          <w:i w:val="false"/>
          <w:color w:val="000000"/>
          <w:u w:val="none"/>
        </w:rPr>
        <w:t xml:space="preserve"> [1GNI]</w:t>
      </w:r>
      <w:r>
        <w:rPr/>
        <w:t xml:space="preserve">? Or </w:t>
      </w:r>
      <w:r>
        <w:rPr>
          <w:shd w:fill="B7DDE8" w:val="clear"/>
        </w:rPr>
        <w:t xml:space="preserve">to which of My creditors did I sell you</w:t>
      </w:r>
      <w:r>
        <w:rPr>
          <w:b w:val="false"/>
          <w:i w:val="false"/>
          <w:color w:val="000000"/>
          <w:u w:val="none"/>
        </w:rPr>
        <w:t xml:space="preserve"> [1GNJ]</w:t>
      </w:r>
      <w:r>
        <w:rPr/>
        <w:t xml:space="preserve">? Look, </w:t>
      </w:r>
      <w:r>
        <w:rPr>
          <w:shd w:fill="B7DDE8" w:val="clear"/>
        </w:rPr>
        <w:t xml:space="preserve">you were sold for your iniquities</w:t>
      </w:r>
      <w:r>
        <w:rPr>
          <w:b w:val="false"/>
          <w:i w:val="false"/>
          <w:color w:val="000000"/>
          <w:u w:val="none"/>
        </w:rPr>
        <w:t xml:space="preserve"> [1GNK]</w:t>
      </w:r>
      <w:r>
        <w:rPr/>
        <w:t xml:space="preserve">, and </w:t>
      </w:r>
      <w:r>
        <w:rPr>
          <w:shd w:fill="B7DDE8" w:val="clear"/>
        </w:rPr>
        <w:t xml:space="preserve">for your transgressions your mother was sent away</w:t>
      </w:r>
      <w:r>
        <w:rPr>
          <w:b w:val="false"/>
          <w:i w:val="false"/>
          <w:color w:val="000000"/>
          <w:u w:val="none"/>
        </w:rPr>
        <w:t xml:space="preserve"> [1GNL]</w:t>
      </w:r>
      <w:r>
        <w:rPr/>
        <w:t xml:space="preserve">.</w:t>
      </w:r>
    </w:p>
    <w:p>
      <w:pPr>
        <w:pStyle w:val="Yellow"/>
        <w:rPr/>
      </w:pPr>
      <w:r>
        <w:rPr/>
        <w:t xml:space="preserve">&lt;1&gt;</w:t>
      </w:r>
      <w:r>
        <w:rPr>
          <w:b/>
        </w:rPr>
        <w:t xml:space="preserve">Isaiah 50:2</w:t>
      </w:r>
      <w:r>
        <w:rPr/>
        <w:t xml:space="preserve"> — </w:t>
      </w:r>
      <w:r>
        <w:rPr>
          <w:shd w:fill="B7DDE8" w:val="clear"/>
        </w:rPr>
        <w:t xml:space="preserve">Is My hand too short to redeem you</w:t>
      </w:r>
      <w:r>
        <w:rPr>
          <w:b w:val="false"/>
          <w:i w:val="false"/>
          <w:color w:val="000000"/>
          <w:u w:val="none"/>
        </w:rPr>
        <w:t xml:space="preserve"> [1GNM]</w:t>
      </w:r>
      <w:r>
        <w:rPr/>
        <w:t xml:space="preserve">? Or </w:t>
      </w:r>
      <w:r>
        <w:rPr>
          <w:shd w:fill="B7DDE8" w:val="clear"/>
        </w:rPr>
        <w:t xml:space="preserve">do I lack the strength to deliver you</w:t>
      </w:r>
      <w:r>
        <w:rPr>
          <w:b w:val="false"/>
          <w:i w:val="false"/>
          <w:color w:val="000000"/>
          <w:u w:val="none"/>
        </w:rPr>
        <w:t xml:space="preserve"> [1GNN]</w:t>
      </w:r>
      <w:r>
        <w:rPr/>
        <w:t xml:space="preserve">? Behold, </w:t>
      </w:r>
      <w:r>
        <w:rPr>
          <w:shd w:fill="B7DDE8" w:val="clear"/>
        </w:rPr>
        <w:t xml:space="preserve">My rebuke dries up the sea</w:t>
      </w:r>
      <w:r>
        <w:rPr>
          <w:b w:val="false"/>
          <w:i w:val="false"/>
          <w:color w:val="000000"/>
          <w:u w:val="none"/>
        </w:rPr>
        <w:t xml:space="preserve"> [1GNO]</w:t>
      </w:r>
      <w:r>
        <w:rPr/>
        <w:t xml:space="preserve">; </w:t>
      </w:r>
      <w:r>
        <w:rPr>
          <w:shd w:fill="B7DDE8" w:val="clear"/>
        </w:rPr>
        <w:t xml:space="preserve">I turn the rivers into a desert</w:t>
      </w:r>
      <w:r>
        <w:rPr>
          <w:b w:val="false"/>
          <w:i w:val="false"/>
          <w:color w:val="000000"/>
          <w:u w:val="none"/>
        </w:rPr>
        <w:t xml:space="preserve"> [2ECW]</w:t>
      </w:r>
      <w:r>
        <w:rPr/>
        <w:t xml:space="preserve">; </w:t>
      </w:r>
      <w:r>
        <w:rPr>
          <w:shd w:fill="B7DDE8" w:val="clear"/>
        </w:rPr>
        <w:t xml:space="preserve">the fish rot for lack of water and die of thirst</w:t>
      </w:r>
      <w:r>
        <w:rPr>
          <w:b w:val="false"/>
          <w:i w:val="false"/>
          <w:color w:val="000000"/>
          <w:u w:val="none"/>
        </w:rPr>
        <w:t xml:space="preserve"> [1GNP]</w:t>
      </w:r>
      <w:r>
        <w:rPr/>
        <w:t xml:space="preserve">.</w:t>
      </w:r>
    </w:p>
    <w:p>
      <w:pPr>
        <w:pStyle w:val="Yellow"/>
        <w:rPr/>
      </w:pPr>
      <w:r>
        <w:rPr/>
        <w:t xml:space="preserve">&lt;3&gt;(Is54:5 “your husband is your Maker”) </w:t>
      </w:r>
      <w:r>
        <w:rPr>
          <w:b/>
        </w:rPr>
        <w:t>Isaiah 54:6</w:t>
      </w:r>
      <w:r>
        <w:rPr/>
        <w:t xml:space="preserve"> — {For} </w:t>
      </w:r>
      <w:r>
        <w:rPr>
          <w:shd w:fill="B7DDE8" w:val="clear"/>
        </w:rPr>
        <w:t>the LORD has called you back, like a wife deserted and wounded in spirit, like the rejected wife of one’s youth</w:t>
      </w:r>
      <w:r>
        <w:rPr>
          <w:b w:val="false"/>
          <w:i w:val="false"/>
          <w:color w:val="000000"/>
          <w:u w:val="none"/>
        </w:rPr>
        <w:t xml:space="preserve"> [1FUT]</w:t>
      </w:r>
      <w:r>
        <w:rPr/>
        <w:t>,” says your God.</w:t>
      </w:r>
    </w:p>
    <w:p>
      <w:pPr>
        <w:pStyle w:val="Yellow"/>
        <w:rPr/>
      </w:pPr>
      <w:r>
        <w:rPr/>
        <w:t>&lt;3&gt;</w:t>
      </w:r>
      <w:r>
        <w:rPr>
          <w:b/>
        </w:rPr>
        <w:t>Isaiah 54:7</w:t>
      </w:r>
      <w:r>
        <w:rPr/>
        <w:t xml:space="preserve"> — “</w:t>
      </w:r>
      <w:r>
        <w:rPr>
          <w:shd w:fill="B7DDE8" w:val="clear"/>
        </w:rPr>
        <w:t>For a brief moment I forsook you</w:t>
      </w:r>
      <w:r>
        <w:rPr>
          <w:b w:val="false"/>
          <w:i w:val="false"/>
          <w:color w:val="000000"/>
          <w:u w:val="none"/>
        </w:rPr>
        <w:t xml:space="preserve"> [1FUU]</w:t>
      </w:r>
      <w:r>
        <w:rPr/>
        <w:t xml:space="preserve">, but </w:t>
      </w:r>
      <w:r>
        <w:rPr>
          <w:shd w:fill="B7DDE8" w:val="clear"/>
        </w:rPr>
        <w:t>with great compassion I will bring you back</w:t>
      </w:r>
      <w:r>
        <w:rPr>
          <w:b w:val="false"/>
          <w:i w:val="false"/>
          <w:color w:val="000000"/>
          <w:u w:val="none"/>
        </w:rPr>
        <w:t xml:space="preserve"> [1FUV]</w:t>
      </w:r>
      <w:r>
        <w:rPr/>
        <w:t>.</w:t>
      </w:r>
    </w:p>
    <w:p>
      <w:pPr>
        <w:pStyle w:val="Yellow"/>
        <w:rPr/>
      </w:pPr>
      <w:r>
        <w:rPr/>
        <w:t>&lt;3&gt;</w:t>
      </w:r>
      <w:r>
        <w:rPr>
          <w:b/>
        </w:rPr>
        <w:t>Isaiah 54:8</w:t>
      </w:r>
      <w:r>
        <w:rPr/>
        <w:t xml:space="preserve"> — </w:t>
      </w:r>
      <w:r>
        <w:rPr>
          <w:shd w:fill="B7DDE8" w:val="clear"/>
        </w:rPr>
        <w:t>In a surge of anger I hid My face from you for a moment</w:t>
      </w:r>
      <w:r>
        <w:rPr>
          <w:b w:val="false"/>
          <w:i w:val="false"/>
          <w:color w:val="000000"/>
          <w:u w:val="none"/>
        </w:rPr>
        <w:t xml:space="preserve"> [1FUW]</w:t>
      </w:r>
      <w:r>
        <w:rPr/>
        <w:t xml:space="preserve">, but </w:t>
      </w:r>
      <w:r>
        <w:rPr>
          <w:shd w:fill="B7DDE8" w:val="clear"/>
        </w:rPr>
        <w:t>with everlasting kindness I will have compassion on you</w:t>
      </w:r>
      <w:r>
        <w:rPr>
          <w:b w:val="false"/>
          <w:i w:val="false"/>
          <w:u w:val="none"/>
          <w:color w:val="000000"/>
        </w:rPr>
        <w:t xml:space="preserve"> [1FUX]</w:t>
      </w:r>
      <w:r>
        <w:rPr/>
        <w:t>,” says the LORD your Redeemer.</w:t>
      </w:r>
    </w:p>
    <w:p>
      <w:pPr>
        <w:pStyle w:val="Yellow"/>
        <w:rPr/>
      </w:pPr>
      <w:r>
        <w:rPr>
          <w:b/>
          <w:u w:val="none"/>
        </w:rPr>
        <w:t>Isaiah 55:3</w:t>
      </w:r>
      <w:r>
        <w:rPr>
          <w:u w:val="none"/>
        </w:rPr>
        <w:t xml:space="preserve"> — </w:t>
      </w:r>
      <w:r>
        <w:rPr>
          <w:u w:val="none"/>
          <w:shd w:fill="B7DDE8" w:val="clear"/>
        </w:rPr>
        <w:t>Incline your ear and come to Me; listen</w:t>
      </w:r>
      <w:r>
        <w:rPr>
          <w:b w:val="false"/>
          <w:i w:val="false"/>
          <w:color w:val="000000"/>
          <w:u w:val="none"/>
        </w:rPr>
        <w:t xml:space="preserve"> [1AEV]</w:t>
      </w:r>
      <w:r>
        <w:rPr>
          <w:u w:val="none"/>
        </w:rPr>
        <w:t xml:space="preserve">, </w:t>
      </w:r>
      <w:r>
        <w:rPr>
          <w:u w:val="none"/>
          <w:shd w:fill="B7DDE8" w:val="clear"/>
        </w:rPr>
        <w:t>so that your soul may live</w:t>
      </w:r>
      <w:r>
        <w:rPr>
          <w:b w:val="false"/>
          <w:i w:val="false"/>
          <w:color w:val="000000"/>
          <w:u w:val="none"/>
        </w:rPr>
        <w:t xml:space="preserve"> [1AEW]</w:t>
      </w:r>
      <w:r>
        <w:rPr>
          <w:u w:val="none"/>
        </w:rPr>
        <w:t xml:space="preserve">. </w:t>
      </w:r>
      <w:r>
        <w:rPr>
          <w:u w:val="none"/>
          <w:shd w:fill="B7DDE8" w:val="clear"/>
        </w:rPr>
        <w:t>I will make with you an everlasting covenant</w:t>
      </w:r>
      <w:r>
        <w:rPr>
          <w:b w:val="false"/>
          <w:i w:val="false"/>
          <w:color w:val="000000"/>
          <w:u w:val="none"/>
        </w:rPr>
        <w:t xml:space="preserve"> [1AEX]</w:t>
      </w:r>
      <w:r>
        <w:rPr>
          <w:u w:val="none"/>
        </w:rPr>
        <w:t>—</w:t>
      </w:r>
      <w:r>
        <w:rPr>
          <w:u w:val="none"/>
          <w:shd w:fill="548235" w:val="clear" w:color="auto"/>
          <w:color w:val="FFFFFF"/>
        </w:rPr>
        <w:t>My loving devotion promised to David</w:t>
      </w:r>
      <w:r>
        <w:rPr>
          <w:b w:val="false"/>
          <w:i w:val="false"/>
          <w:color w:val="FFFFFF"/>
          <w:u w:val="none"/>
          <w:shd w:val="clear" w:color="auto" w:fill="548235"/>
        </w:rPr>
        <w:t xml:space="preserve"> [1AEY]</w:t>
      </w:r>
      <w:r>
        <w:rPr>
          <w:u w:val="none"/>
        </w:rPr>
        <w:t>.</w:t>
      </w:r>
    </w:p>
    <w:p>
      <w:pPr>
        <w:pStyle w:val="Yellow"/>
        <w:rPr/>
      </w:pPr>
      <w:r>
        <w:t xml:space="preserve">(Is59:20 “those in Jacob who turn from transgression”) </w:t>
      </w:r>
      <w:r>
        <w:rPr>
          <w:b/>
        </w:rPr>
        <w:t>Isaiah 59:21</w:t>
      </w:r>
      <w:r>
        <w:t xml:space="preserve"> — “As for Me, </w:t>
      </w:r>
      <w:r>
        <w:rPr>
          <w:shd w:val="clear" w:color="auto" w:fill="D9C3E6"/>
        </w:rPr>
        <w:t>this is My covenant with {them}</w:t>
      </w:r>
      <w:r>
        <w:rPr>
          <w:b w:val="false"/>
          <w:i w:val="false"/>
          <w:color w:val="000000"/>
          <w:u w:val="none"/>
        </w:rPr>
        <w:t xml:space="preserve"> [2AJI]</w:t>
      </w:r>
      <w:r>
        <w:t>,” says the LORD. “</w:t>
      </w:r>
      <w:r>
        <w:rPr>
          <w:shd w:fill="B7DDE8" w:val="clear"/>
        </w:rPr>
        <w:t>My Spirit will not depart from you</w:t>
      </w:r>
      <w:r>
        <w:rPr>
          <w:b w:val="false"/>
          <w:i w:val="false"/>
          <w:color w:val="000000"/>
          <w:u w:val="none"/>
        </w:rPr>
        <w:t xml:space="preserve"> [1AJJ]</w:t>
      </w:r>
      <w:r>
        <w:t xml:space="preserve">, and </w:t>
      </w:r>
      <w:r>
        <w:rPr>
          <w:shd w:fill="B7DDE8" w:val="clear"/>
        </w:rPr>
        <w:t>My words that I have put in your mouth will not depart from your mouth or from the mouths of your children and grandchildren, from now on and forevermore</w:t>
      </w:r>
      <w:r>
        <w:rPr>
          <w:b w:val="false"/>
          <w:i w:val="false"/>
          <w:color w:val="000000"/>
          <w:u w:val="none"/>
        </w:rPr>
        <w:t xml:space="preserve"> [1AJK]</w:t>
      </w:r>
      <w:r>
        <w:t>,” says the LORD.</w:t>
      </w:r>
    </w:p>
    <w:p>
      <w:pPr>
        <w:pStyle w:val="Green"/>
        <w:rPr/>
      </w:pPr>
      <w:r>
        <w:rPr/>
        <w:t xml:space="preserve">&lt;6&gt;</w:t>
      </w:r>
      <w:r>
        <w:rPr>
          <w:b/>
        </w:rPr>
        <w:t xml:space="preserve">Jeremiah 3:8-9</w:t>
      </w:r>
      <w:r>
        <w:rPr/>
        <w:t xml:space="preserve"> — She saw that </w:t>
      </w:r>
      <w:r>
        <w:rPr>
          <w:shd w:fill="B7DDE8" w:val="clear"/>
        </w:rPr>
        <w:t xml:space="preserve">because faithless Israel had committed adultery</w:t>
      </w:r>
      <w:r>
        <w:rPr>
          <w:b w:val="false"/>
          <w:i w:val="false"/>
          <w:color w:val="000000"/>
          <w:u w:val="none"/>
        </w:rPr>
        <w:t xml:space="preserve"> [1GRO]</w:t>
      </w:r>
      <w:r>
        <w:rPr/>
        <w:t xml:space="preserve">, </w:t>
      </w:r>
      <w:r>
        <w:rPr>
          <w:shd w:fill="B7DDE8" w:val="clear"/>
        </w:rPr>
        <w:t xml:space="preserve">I gave her a certificate of divorce</w:t>
      </w:r>
      <w:r>
        <w:rPr>
          <w:b w:val="false"/>
          <w:i w:val="false"/>
          <w:color w:val="000000"/>
          <w:u w:val="none"/>
        </w:rPr>
        <w:t xml:space="preserve"> [1GRP]</w:t>
      </w:r>
      <w:r>
        <w:rPr/>
        <w:t xml:space="preserve"> and </w:t>
      </w:r>
      <w:r>
        <w:rPr>
          <w:shd w:fill="B7DDE8" w:val="clear"/>
        </w:rPr>
        <w:t xml:space="preserve">sent her away</w:t>
      </w:r>
      <w:r>
        <w:rPr>
          <w:b w:val="false"/>
          <w:i w:val="false"/>
          <w:color w:val="000000"/>
          <w:u w:val="none"/>
        </w:rPr>
        <w:t xml:space="preserve"> [1GRQ]</w:t>
      </w:r>
      <w:r>
        <w:rPr/>
        <w:t xml:space="preserve">. Yet </w:t>
      </w:r>
      <w:r>
        <w:rPr>
          <w:shd w:fill="B7DDE8" w:val="clear"/>
        </w:rPr>
        <w:t xml:space="preserve">that unfaithful sister Judah had no fear</w:t>
      </w:r>
      <w:r>
        <w:rPr>
          <w:b w:val="false"/>
          <w:i w:val="false"/>
          <w:color w:val="000000"/>
          <w:u w:val="none"/>
        </w:rPr>
        <w:t xml:space="preserve"> [1GRR]</w:t>
      </w:r>
      <w:r>
        <w:rPr/>
        <w:t xml:space="preserve"> and </w:t>
      </w:r>
      <w:r>
        <w:rPr>
          <w:shd w:fill="B7DDE8" w:val="clear"/>
        </w:rPr>
        <w:t xml:space="preserve">prostituted herself as well</w:t>
      </w:r>
      <w:r>
        <w:rPr>
          <w:b w:val="false"/>
          <w:i w:val="false"/>
          <w:color w:val="000000"/>
          <w:u w:val="none"/>
        </w:rPr>
        <w:t xml:space="preserve"> [1GRS]</w:t>
      </w:r>
      <w:r>
        <w:rPr/>
        <w:t xml:space="preserve">. Indifferent to her own infidelity, </w:t>
      </w:r>
      <w:r>
        <w:rPr>
          <w:shd w:fill="B7DDE8" w:val="clear"/>
        </w:rPr>
        <w:t xml:space="preserve">Israel had defiled the land</w:t>
      </w:r>
      <w:r>
        <w:rPr>
          <w:b w:val="false"/>
          <w:i w:val="false"/>
          <w:color w:val="000000"/>
          <w:u w:val="none"/>
        </w:rPr>
        <w:t xml:space="preserve"> [1GRT]</w:t>
      </w:r>
      <w:r>
        <w:rPr/>
        <w:t xml:space="preserve"> and </w:t>
      </w:r>
      <w:r>
        <w:rPr>
          <w:shd w:fill="B7DDE8" w:val="clear"/>
        </w:rPr>
        <w:t xml:space="preserve">committed adultery with stones and trees</w:t>
      </w:r>
      <w:r>
        <w:rPr>
          <w:b w:val="false"/>
          <w:i w:val="false"/>
          <w:color w:val="000000"/>
          <w:u w:val="none"/>
        </w:rPr>
        <w:t xml:space="preserve"> [1GRU]</w:t>
      </w:r>
      <w:r>
        <w:rPr/>
        <w:t xml:space="preserve">.</w:t>
      </w:r>
    </w:p>
    <w:p>
      <w:pPr>
        <w:pStyle w:val="Green"/>
        <w:rPr/>
      </w:pPr>
      <w:r>
        <w:rPr/>
        <w:t xml:space="preserve">&lt;6&gt;</w:t>
      </w:r>
      <w:r>
        <w:rPr>
          <w:b/>
        </w:rPr>
        <w:t xml:space="preserve">Jeremiah 3:12–13</w:t>
      </w:r>
      <w:r>
        <w:rPr/>
        <w:t xml:space="preserve"> — ‘</w:t>
      </w:r>
      <w:r>
        <w:rPr>
          <w:shd w:fill="B7DDE8" w:val="clear"/>
        </w:rPr>
        <w:t xml:space="preserve">Return, O faithless Israel</w:t>
      </w:r>
      <w:r>
        <w:rPr>
          <w:b w:val="false"/>
          <w:i w:val="false"/>
          <w:u w:val="none"/>
          <w:color w:val="000000"/>
        </w:rPr>
        <w:t xml:space="preserve"> [5BZM]</w:t>
      </w:r>
      <w:r>
        <w:rPr/>
        <w:t xml:space="preserve">,’ declares the LORD. ‘</w:t>
      </w:r>
      <w:r>
        <w:rPr>
          <w:shd w:fill="B7DDE8" w:val="clear"/>
        </w:rPr>
        <w:t xml:space="preserve">I will no longer look on you with anger</w:t>
      </w:r>
      <w:r>
        <w:rPr>
          <w:b w:val="false"/>
          <w:i w:val="false"/>
          <w:u w:val="none"/>
          <w:color w:val="000000"/>
        </w:rPr>
        <w:t xml:space="preserve"> [1GRV]</w:t>
      </w:r>
      <w:r>
        <w:rPr/>
        <w:t xml:space="preserve">, for </w:t>
      </w:r>
      <w:r>
        <w:rPr>
          <w:shd w:fill="B7DDE8" w:val="clear"/>
        </w:rPr>
        <w:t xml:space="preserve">I am merciful</w:t>
      </w:r>
      <w:r>
        <w:rPr>
          <w:b w:val="false"/>
          <w:i w:val="false"/>
          <w:u w:val="none"/>
          <w:color w:val="000000"/>
        </w:rPr>
        <w:t xml:space="preserve"> [19FI]</w:t>
      </w:r>
      <w:r>
        <w:rPr/>
        <w:t xml:space="preserve">,’ declares the LORD. ‘</w:t>
      </w:r>
      <w:r>
        <w:rPr>
          <w:shd w:fill="B7DDE8" w:val="clear"/>
        </w:rPr>
        <w:t xml:space="preserve">I will not be angry forever</w:t>
      </w:r>
      <w:r>
        <w:rPr>
          <w:b w:val="false"/>
          <w:i w:val="false"/>
          <w:u w:val="none"/>
          <w:color w:val="000000"/>
        </w:rPr>
        <w:t xml:space="preserve"> [4AHP]</w:t>
      </w:r>
      <w:r>
        <w:rPr/>
        <w:t xml:space="preserve">. Only </w:t>
      </w:r>
      <w:r>
        <w:rPr>
          <w:shd w:fill="B7DDE8" w:val="clear"/>
        </w:rPr>
        <w:t xml:space="preserve">acknowledge your guilt</w:t>
      </w:r>
      <w:r>
        <w:rPr>
          <w:b w:val="false"/>
          <w:i w:val="false"/>
          <w:u w:val="none"/>
          <w:color w:val="000000"/>
        </w:rPr>
        <w:t xml:space="preserve"> [1GRW]</w:t>
      </w:r>
      <w:r>
        <w:rPr/>
        <w:t xml:space="preserve">, that </w:t>
      </w:r>
      <w:r>
        <w:rPr>
          <w:shd w:fill="B7DDE8" w:val="clear"/>
        </w:rPr>
        <w:t xml:space="preserve">you have rebelled against the LORD your God</w:t>
      </w:r>
      <w:r>
        <w:rPr>
          <w:b w:val="false"/>
          <w:i w:val="false"/>
          <w:color w:val="000000"/>
          <w:u w:val="none"/>
        </w:rPr>
        <w:t xml:space="preserve"> [1GRX]</w:t>
      </w:r>
      <w:r>
        <w:rPr/>
        <w:t xml:space="preserve">. </w:t>
      </w:r>
      <w:r>
        <w:rPr>
          <w:shd w:fill="B7DDE8" w:val="clear"/>
        </w:rPr>
        <w:t xml:space="preserve">You have scattered your favors to foreign gods under every green tree</w:t>
      </w:r>
      <w:r>
        <w:rPr>
          <w:b w:val="false"/>
          <w:i w:val="false"/>
          <w:color w:val="000000"/>
          <w:u w:val="none"/>
        </w:rPr>
        <w:t xml:space="preserve"> [1GRY]</w:t>
      </w:r>
      <w:r>
        <w:rPr/>
        <w:t xml:space="preserve"> and </w:t>
      </w:r>
      <w:r>
        <w:rPr>
          <w:shd w:fill="B7DDE8" w:val="clear"/>
        </w:rPr>
        <w:t xml:space="preserve">have not obeyed My voice</w:t>
      </w:r>
      <w:r>
        <w:rPr>
          <w:b w:val="false"/>
          <w:i w:val="false"/>
          <w:color w:val="000000"/>
          <w:u w:val="none"/>
        </w:rPr>
        <w:t xml:space="preserve"> [1GRZ]</w:t>
      </w:r>
      <w:r>
        <w:rPr/>
        <w:t xml:space="preserve">,’” declares the LORD.</w:t>
      </w:r>
    </w:p>
    <w:p>
      <w:pPr>
        <w:pStyle w:val="Yellow"/>
        <w:rPr/>
      </w:pPr>
      <w:r>
        <w:rPr>
          <w:b/>
        </w:rPr>
        <w:t>Jeremiah 4:1–2</w:t>
      </w:r>
      <w:r>
        <w:rPr/>
        <w:t xml:space="preserve"> — “</w:t>
      </w:r>
      <w:r>
        <w:rPr>
          <w:shd w:val="clear" w:fill="F4B183" w:color="auto"/>
          <w:color w:val="000000"/>
        </w:rPr>
        <w:t>If you will return, O Israel, return to Me</w:t>
      </w:r>
      <w:r>
        <w:rPr>
          <w:b w:val="false"/>
          <w:i w:val="false"/>
          <w:color w:val="000000"/>
          <w:u w:val="none"/>
          <w:shd w:val="clear" w:color="auto" w:fill="F4B183"/>
        </w:rPr>
        <w:t xml:space="preserve"> [1ERV]</w:t>
      </w:r>
      <w:r>
        <w:rPr/>
        <w:t>,” declares the LORD. “</w:t>
      </w:r>
      <w:r>
        <w:rPr>
          <w:shd w:val="clear" w:fill="B7DDE8"/>
        </w:rPr>
        <w:t>If you will remove your detestable idols from My sight and no longer waver, and if you can swear, ‘As surely as the LORD lives,’ in truth, in justice, and in righteousness, then the nations will be blessed by Him, and in Him they will glory</w:t>
      </w:r>
      <w:r>
        <w:rPr>
          <w:b w:val="false"/>
          <w:i w:val="false"/>
          <w:color w:val="000000"/>
          <w:u w:val="none"/>
        </w:rPr>
        <w:t xml:space="preserve"> [1ERW]</w:t>
      </w:r>
      <w:r>
        <w:rPr/>
        <w:t>.”</w:t>
      </w:r>
    </w:p>
    <w:p>
      <w:pPr>
        <w:pStyle w:val="Yellow"/>
        <w:rPr/>
      </w:pPr>
      <w:r>
        <w:t xml:space="preserve">(Je11:7 Israel’s fathers) </w:t>
      </w:r>
      <w:r>
        <w:rPr>
          <w:b/>
        </w:rPr>
        <w:t>Jeremiah 11:8</w:t>
      </w:r>
      <w:r>
        <w:t xml:space="preserve"> — </w:t>
      </w:r>
      <w:r>
        <w:rPr>
          <w:shd w:fill="B7DDE8" w:val="clear"/>
        </w:rPr>
        <w:t>{They} would not obey or incline their ears</w:t>
      </w:r>
      <w:r>
        <w:rPr>
          <w:b w:val="false"/>
          <w:i w:val="false"/>
          <w:color w:val="000000"/>
          <w:u w:val="none"/>
        </w:rPr>
        <w:t xml:space="preserve"> [1AHT]</w:t>
      </w:r>
      <w:r>
        <w:t xml:space="preserve">, but </w:t>
      </w:r>
      <w:r>
        <w:rPr>
          <w:shd w:fill="B7DDE8" w:val="clear"/>
        </w:rPr>
        <w:t>each one followed the stubbornness of his evil heart</w:t>
      </w:r>
      <w:r>
        <w:rPr>
          <w:b w:val="false"/>
          <w:i w:val="false"/>
          <w:color w:val="000000"/>
          <w:u w:val="none"/>
        </w:rPr>
        <w:t xml:space="preserve"> [1AHU]</w:t>
      </w:r>
      <w:r>
        <w:t xml:space="preserve">. </w:t>
      </w:r>
      <w:r>
        <w:rPr>
          <w:shd w:fill="B7DDE8" w:val="clear"/>
        </w:rPr>
        <w:t>So I brought on them all the curses of this covenant</w:t>
      </w:r>
      <w:r>
        <w:rPr>
          <w:b w:val="false"/>
          <w:i w:val="false"/>
          <w:color w:val="000000"/>
          <w:u w:val="none"/>
        </w:rPr>
        <w:t xml:space="preserve"> [1AHV]</w:t>
      </w:r>
      <w:r>
        <w:t xml:space="preserve"> </w:t>
      </w:r>
      <w:r>
        <w:rPr>
          <w:shd w:fill="B7DDE8" w:val="clear"/>
        </w:rPr>
        <w:t>I had commanded them to follow but they did not keep</w:t>
      </w:r>
      <w:r>
        <w:rPr>
          <w:b w:val="false"/>
          <w:i w:val="false"/>
          <w:color w:val="000000"/>
          <w:u w:val="none"/>
        </w:rPr>
        <w:t xml:space="preserve"> [1AHW]</w:t>
      </w:r>
      <w:r>
        <w:t>.</w:t>
      </w:r>
    </w:p>
    <w:p>
      <w:pPr>
        <w:pStyle w:val="Yellow"/>
        <w:rPr/>
      </w:pPr>
      <w:r>
        <w:rPr>
          <w:highlight w:val="cyan"/>
          <w:u w:val="none"/>
        </w:rPr>
        <w:t xml:space="preserve">(Je31:31ᶜ under “new covenant” with “Israel”¹) </w:t>
      </w:r>
      <w:r>
        <w:rPr>
          <w:b/>
          <w:highlight w:val="cyan"/>
          <w:u w:val="none"/>
        </w:rPr>
        <w:t>Jeremiah 31:34</w:t>
      </w:r>
      <w:r>
        <w:rPr>
          <w:highlight w:val="cyan"/>
          <w:u w:val="none"/>
        </w:rPr>
        <w:t xml:space="preserve"> — </w:t>
      </w:r>
      <w:r>
        <w:rPr>
          <w:highlight w:val="cyan"/>
          <w:u w:val="none"/>
          <w:shd w:val="clear" w:fill="B7DDE8"/>
        </w:rPr>
        <w:t>No longer will each man teach his neighbor or his brother, saying, ‘Know the LORD</w:t>
      </w:r>
      <w:r>
        <w:rPr>
          <w:b w:val="false"/>
          <w:i w:val="false"/>
          <w:color w:val="000000"/>
          <w:u w:val="none"/>
        </w:rPr>
        <w:t xml:space="preserve"> [1CEK]</w:t>
      </w:r>
      <w:r>
        <w:rPr>
          <w:highlight w:val="cyan"/>
          <w:u w:val="none"/>
        </w:rPr>
        <w:t xml:space="preserve">,’ because </w:t>
      </w:r>
      <w:r>
        <w:rPr>
          <w:highlight w:val="cyan"/>
          <w:u w:val="none"/>
          <w:shd w:val="clear" w:fill="B7DDE8"/>
        </w:rPr>
        <w:t>{they} will all know Me</w:t>
      </w:r>
      <w:r>
        <w:rPr>
          <w:b w:val="false"/>
          <w:i w:val="false"/>
          <w:color w:val="000000"/>
          <w:u w:val="none"/>
        </w:rPr>
        <w:t xml:space="preserve"> [1CEL]</w:t>
      </w:r>
      <w:r>
        <w:rPr>
          <w:highlight w:val="cyan"/>
          <w:u w:val="none"/>
        </w:rPr>
        <w:t xml:space="preserve">, </w:t>
      </w:r>
      <w:r>
        <w:rPr>
          <w:highlight w:val="cyan"/>
          <w:u w:val="none"/>
          <w:shd w:val="clear" w:fill="B7DDE8"/>
        </w:rPr>
        <w:t>from the least of them to the greatest</w:t>
      </w:r>
      <w:r>
        <w:rPr>
          <w:b w:val="false"/>
          <w:i w:val="false"/>
          <w:color w:val="000000"/>
          <w:u w:val="none"/>
        </w:rPr>
        <w:t xml:space="preserve"> [1CEM]</w:t>
      </w:r>
      <w:r>
        <w:rPr>
          <w:highlight w:val="cyan"/>
          <w:u w:val="none"/>
        </w:rPr>
        <w:t>, declares the LORD.</w:t>
      </w:r>
      <w:r>
        <w:rPr>
          <w:u w:val="none"/>
          <w:shd w:fill="F4CCCC" w:val="clear"/>
        </w:rPr>
        <w:t xml:space="preserve"> For </w:t>
      </w:r>
      <w:r>
        <w:rPr>
          <w:u w:val="none"/>
          <w:shd w:val="clear" w:fill="B7DDE8"/>
        </w:rPr>
        <w:t>I will forgive their iniquities</w:t>
      </w:r>
      <w:r>
        <w:rPr>
          <w:b w:val="false"/>
          <w:i w:val="false"/>
          <w:u w:val="none"/>
          <w:color w:val="000000"/>
        </w:rPr>
        <w:t xml:space="preserve"> [1CEN]</w:t>
      </w:r>
      <w:r>
        <w:rPr>
          <w:u w:val="none"/>
          <w:shd w:fill="F4CCCC" w:val="clear"/>
        </w:rPr>
        <w:t xml:space="preserve"> and </w:t>
      </w:r>
      <w:r>
        <w:rPr>
          <w:u w:val="none"/>
          <w:shd w:val="clear" w:fill="B7DDE8"/>
        </w:rPr>
        <w:t>will remember their sins no more</w:t>
      </w:r>
      <w:r>
        <w:rPr>
          <w:b w:val="false"/>
          <w:i w:val="false"/>
          <w:color w:val="000000"/>
          <w:u w:val="none"/>
        </w:rPr>
        <w:t xml:space="preserve"> [3ACC]</w:t>
      </w:r>
      <w:r>
        <w:rPr>
          <w:u w:val="none"/>
          <w:shd w:fill="F4CCCC" w:val="clear"/>
        </w:rPr>
        <w:t>.</w:t>
      </w:r>
      <w:r>
        <w:rPr>
          <w:highlight w:val="cyan"/>
          <w:u w:val="none"/>
        </w:rPr>
        <w:t>”</w:t>
      </w:r>
    </w:p>
    <w:p>
      <w:pPr>
        <w:pStyle w:val="Yellow"/>
        <w:rPr/>
      </w:pPr>
      <w:r>
        <w:rPr>
          <w:b/>
        </w:rPr>
        <w:t>Jeremiah 31:37</w:t>
      </w:r>
      <w:r>
        <w:rPr/>
        <w:t xml:space="preserve"> — This is what the LORD says: “</w:t>
      </w:r>
      <w:r>
        <w:rPr>
          <w:shd w:val="clear" w:fill="B7DDE8"/>
        </w:rPr>
        <w:t>Only if the heavens above could be measured and the foundations of the earth below searched out would I reject all of Israel’s descendants because of all they have done</w:t>
      </w:r>
      <w:r>
        <w:rPr>
          <w:b w:val="false"/>
          <w:i w:val="false"/>
          <w:color w:val="000000"/>
          <w:u w:val="none"/>
        </w:rPr>
        <w:t xml:space="preserve"> [1EGL]</w:t>
      </w:r>
      <w:r>
        <w:rPr/>
        <w:t>,” declares the LORD.</w:t>
      </w:r>
    </w:p>
    <w:p>
      <w:pPr>
        <w:pStyle w:val="Yellow"/>
        <w:rPr/>
        <w:pBdr>
          <w:left w:val="single" w:sz="28" w:space="5" w:color="C00000"/>
        </w:pBdr>
      </w:pPr>
      <w:r>
        <w:rPr>
          <w:u w:val="none"/>
        </w:rPr>
        <w:t xml:space="preserve">(Eze16:59ᶜ after God deals with Jerusalem “according to your deeds”¹) </w:t>
      </w:r>
      <w:r>
        <w:rPr>
          <w:b/>
          <w:u w:val="none"/>
        </w:rPr>
        <w:t>Ezekiel 16:60</w:t>
      </w:r>
      <w:r>
        <w:rPr>
          <w:u w:val="none"/>
        </w:rPr>
        <w:t xml:space="preserve"> — </w:t>
      </w:r>
      <w:r>
        <w:rPr>
          <w:u w:val="none"/>
          <w:shd w:fill="B7DDE8" w:val="clear"/>
        </w:rPr>
        <w:t>{But} I will remember the covenant I made with you in the days of your youth</w:t>
      </w:r>
      <w:r>
        <w:rPr>
          <w:b w:val="false"/>
          <w:i w:val="false"/>
          <w:color w:val="000000"/>
          <w:u w:val="none"/>
        </w:rPr>
        <w:t xml:space="preserve"> [1AER]</w:t>
      </w:r>
      <w:r>
        <w:rPr>
          <w:u w:val="none"/>
          <w:shd w:fill="F4CCCC" w:val="clear"/>
        </w:rPr>
        <w:t xml:space="preserve">, and </w:t>
      </w:r>
      <w:r>
        <w:rPr>
          <w:u w:val="none"/>
          <w:shd w:fill="F4B183" w:val="clear" w:color="auto"/>
          <w:color w:val="000000"/>
        </w:rPr>
        <w:t>I will establish an everlasting covenant with you</w:t>
      </w:r>
      <w:r>
        <w:rPr>
          <w:b w:val="false"/>
          <w:i w:val="false"/>
          <w:color w:val="000000"/>
          <w:u w:val="none"/>
          <w:shd w:val="clear" w:color="auto" w:fill="F4B183"/>
        </w:rPr>
        <w:t xml:space="preserve"> [4AEO]</w:t>
      </w:r>
      <w:r>
        <w:rPr>
          <w:u w:val="none"/>
        </w:rPr>
        <w:t>.</w:t>
      </w:r>
    </w:p>
    <w:p>
      <w:pPr>
        <w:pStyle w:val="Yellow"/>
        <w:rPr/>
      </w:pPr>
      <w:r>
        <w:t xml:space="preserve">(Eze17:12–15 Jerusalem’s “king”¹) </w:t>
      </w:r>
      <w:r>
        <w:rPr>
          <w:b/>
        </w:rPr>
        <w:t>Ezekiel 17:18–20</w:t>
      </w:r>
      <w:r>
        <w:t xml:space="preserve"> — </w:t>
      </w:r>
      <w:r>
        <w:rPr>
          <w:shd w:fill="B7DDE8" w:val="clear"/>
        </w:rPr>
        <w:t>{He} despised the oath by breaking the covenant</w:t>
      </w:r>
      <w:r>
        <w:rPr>
          <w:b w:val="false"/>
          <w:i w:val="false"/>
          <w:color w:val="000000"/>
          <w:u w:val="none"/>
        </w:rPr>
        <w:t xml:space="preserve"> [1ADR]</w:t>
      </w:r>
      <w:r>
        <w:t xml:space="preserve">. </w:t>
      </w:r>
      <w:r>
        <w:rPr>
          <w:shd w:fill="B7DDE8" w:val="clear"/>
        </w:rPr>
        <w:t>Seeing that he gave his hand in pledge yet did all these things, he will not escape</w:t>
      </w:r>
      <w:r>
        <w:rPr>
          <w:b w:val="false"/>
          <w:i w:val="false"/>
          <w:color w:val="000000"/>
          <w:u w:val="none"/>
        </w:rPr>
        <w:t xml:space="preserve"> [1ADS]</w:t>
      </w:r>
      <w:r>
        <w:t>!’ Therefore this is what the Lord GOD says: ‘</w:t>
      </w:r>
      <w:r>
        <w:rPr>
          <w:shd w:fill="B7DDE8" w:val="clear"/>
        </w:rPr>
        <w:t>As surely as I live</w:t>
      </w:r>
      <w:r>
        <w:rPr>
          <w:b w:val="false"/>
          <w:i w:val="false"/>
          <w:color w:val="000000"/>
          <w:u w:val="none"/>
        </w:rPr>
        <w:t xml:space="preserve"> [6ADT]</w:t>
      </w:r>
      <w:r>
        <w:t xml:space="preserve">, </w:t>
      </w:r>
      <w:r>
        <w:rPr>
          <w:shd w:fill="B7DDE8" w:val="clear"/>
        </w:rPr>
        <w:t>I will bring down upon his head My oath that he despised and My covenant that he broke</w:t>
      </w:r>
      <w:r>
        <w:rPr>
          <w:b w:val="false"/>
          <w:i w:val="false"/>
          <w:color w:val="000000"/>
          <w:u w:val="none"/>
        </w:rPr>
        <w:t xml:space="preserve"> [1ADU]</w:t>
      </w:r>
      <w:r>
        <w:t xml:space="preserve">. </w:t>
      </w:r>
      <w:r>
        <w:rPr>
          <w:shd w:fill="B7DDE8" w:val="clear"/>
        </w:rPr>
        <w:t>I will spread My net over him and catch him in My snare</w:t>
      </w:r>
      <w:r>
        <w:rPr>
          <w:b w:val="false"/>
          <w:i w:val="false"/>
          <w:color w:val="000000"/>
          <w:u w:val="none"/>
        </w:rPr>
        <w:t xml:space="preserve"> [1ADV]</w:t>
      </w:r>
      <w:r>
        <w:t xml:space="preserve">. </w:t>
      </w:r>
      <w:r>
        <w:rPr>
          <w:shd w:fill="B7DDE8" w:val="clear"/>
        </w:rPr>
        <w:t>I will bring him to Babylon</w:t>
      </w:r>
      <w:r>
        <w:rPr>
          <w:b w:val="false"/>
          <w:i w:val="false"/>
          <w:color w:val="000000"/>
          <w:u w:val="none"/>
        </w:rPr>
        <w:t xml:space="preserve"> [1ADW]</w:t>
      </w:r>
      <w:r>
        <w:t xml:space="preserve"> and </w:t>
      </w:r>
      <w:r>
        <w:rPr>
          <w:shd w:fill="B7DDE8" w:val="clear"/>
        </w:rPr>
        <w:t>execute judgment upon him there for the treason he committed against Me</w:t>
      </w:r>
      <w:r>
        <w:rPr>
          <w:b w:val="false"/>
          <w:i w:val="false"/>
          <w:color w:val="000000"/>
          <w:u w:val="none"/>
        </w:rPr>
        <w:t xml:space="preserve"> [1ADX]</w:t>
      </w:r>
      <w:r>
        <w:t>.</w:t>
      </w:r>
    </w:p>
    <w:p>
      <w:pPr>
        <w:pStyle w:val="Yellow"/>
        <w:rPr/>
      </w:pPr>
      <w:r>
        <w:rPr>
          <w:u w:val="none"/>
        </w:rPr>
        <w:t xml:space="preserve">(Eze37:21 “the Israelites”) </w:t>
      </w:r>
      <w:r>
        <w:rPr>
          <w:b/>
          <w:u w:val="none"/>
        </w:rPr>
        <w:t>Ezekiel 37:26</w:t>
      </w:r>
      <w:r>
        <w:rPr>
          <w:u w:val="none"/>
        </w:rPr>
        <w:t xml:space="preserve"> — And </w:t>
      </w:r>
      <w:r>
        <w:rPr>
          <w:u w:val="none"/>
          <w:shd w:fill="B7DDE8" w:val="clear"/>
        </w:rPr>
        <w:t>I will make a covenant of peace with {them}</w:t>
      </w:r>
      <w:r>
        <w:rPr>
          <w:b w:val="false"/>
          <w:i w:val="false"/>
          <w:color w:val="000000"/>
          <w:u w:val="none"/>
        </w:rPr>
        <w:t xml:space="preserve"> [1AEN]</w:t>
      </w:r>
      <w:r>
        <w:rPr>
          <w:u w:val="none"/>
        </w:rPr>
        <w:t xml:space="preserve">; </w:t>
      </w:r>
      <w:r>
        <w:rPr>
          <w:u w:val="none"/>
          <w:shd w:fill="B7DDE8" w:val="clear"/>
        </w:rPr>
        <w:t>it will be an everlasting covenant</w:t>
      </w:r>
      <w:r>
        <w:rPr>
          <w:b w:val="false"/>
          <w:i w:val="false"/>
          <w:color w:val="000000"/>
          <w:u w:val="none"/>
        </w:rPr>
        <w:t xml:space="preserve"> [4AEO]</w:t>
      </w:r>
      <w:r>
        <w:rPr>
          <w:u w:val="none"/>
        </w:rPr>
        <w:t xml:space="preserve">. </w:t>
      </w:r>
      <w:r>
        <w:rPr>
          <w:u w:val="none"/>
          <w:shd w:fill="B7DDE8" w:val="clear"/>
        </w:rPr>
        <w:t>I will establish them</w:t>
      </w:r>
      <w:r>
        <w:rPr>
          <w:b w:val="false"/>
          <w:i w:val="false"/>
          <w:u w:val="none"/>
          <w:color w:val="000000"/>
        </w:rPr>
        <w:t xml:space="preserve"> [1CHT]</w:t>
      </w:r>
      <w:r>
        <w:rPr>
          <w:u w:val="none"/>
        </w:rPr>
        <w:t xml:space="preserve"> and </w:t>
      </w:r>
      <w:r>
        <w:rPr>
          <w:u w:val="none"/>
          <w:shd w:fill="B7DDE8" w:val="clear"/>
        </w:rPr>
        <w:t>multiply them</w:t>
      </w:r>
      <w:r>
        <w:rPr>
          <w:b w:val="false"/>
          <w:i w:val="false"/>
          <w:u w:val="none"/>
          <w:color w:val="000000"/>
        </w:rPr>
        <w:t xml:space="preserve"> [4CHS]</w:t>
      </w:r>
      <w:r>
        <w:rPr>
          <w:u w:val="none"/>
        </w:rPr>
        <w:t xml:space="preserve">, and </w:t>
      </w:r>
      <w:r>
        <w:rPr>
          <w:u w:val="none"/>
          <w:shd w:fill="B7DDE8" w:val="clear"/>
        </w:rPr>
        <w:t>I will set My sanctuary among them forever</w:t>
      </w:r>
      <w:r>
        <w:rPr>
          <w:b w:val="false"/>
          <w:i w:val="false"/>
          <w:color w:val="000000"/>
          <w:u w:val="none"/>
        </w:rPr>
        <w:t xml:space="preserve"> [1AEQ]</w:t>
      </w:r>
      <w:r>
        <w:rPr>
          <w:u w:val="none"/>
        </w:rPr>
        <w:t>.</w:t>
      </w:r>
    </w:p>
    <w:p>
      <w:pPr>
        <w:pStyle w:val="Yellow"/>
        <w:rPr/>
      </w:pPr>
      <w:r>
        <w:rPr>
          <w:b/>
          <w:highlight w:val="cyan"/>
          <w:u w:val="none"/>
        </w:rPr>
        <w:t>Daniel 9:4</w:t>
      </w:r>
      <w:r>
        <w:rPr>
          <w:highlight w:val="cyan"/>
          <w:u w:val="none"/>
        </w:rPr>
        <w:t xml:space="preserve"> — O, Lord, </w:t>
      </w:r>
      <w:r>
        <w:rPr>
          <w:highlight w:val="cyan"/>
          <w:u w:val="none"/>
          <w:shd w:fill="B7DDE8" w:val="clear"/>
        </w:rPr>
        <w:t xml:space="preserve">the great and awesome </w:t>
      </w:r>
      <w:r>
        <w:rPr>
          <w:u w:val="none"/>
          <w:shd w:fill="B7DDE8" w:val="clear"/>
        </w:rPr>
        <w:t>God</w:t>
      </w:r>
      <w:r>
        <w:rPr>
          <w:b w:val="false"/>
          <w:i w:val="false"/>
          <w:color w:val="000000"/>
          <w:u w:val="none"/>
        </w:rPr>
        <w:t xml:space="preserve"> [2AIK]</w:t>
      </w:r>
      <w:r>
        <w:rPr>
          <w:u w:val="none"/>
        </w:rPr>
        <w:t xml:space="preserve">, </w:t>
      </w:r>
      <w:r>
        <w:rPr>
          <w:u w:val="none"/>
          <w:shd w:fill="B7DDE8" w:val="clear"/>
        </w:rPr>
        <w:t>who keeps His covenant of loving devotion</w:t>
      </w:r>
      <w:r>
        <w:rPr>
          <w:highlight w:val="cyan"/>
          <w:u w:val="none"/>
          <w:shd w:fill="B7DDE8" w:val="clear"/>
        </w:rPr>
        <w:t xml:space="preserve"> to those who love Him and keep His commandments</w:t>
      </w:r>
      <w:r>
        <w:rPr>
          <w:b w:val="false"/>
          <w:i w:val="false"/>
          <w:color w:val="000000"/>
          <w:u w:val="none"/>
        </w:rPr>
        <w:t xml:space="preserve"> [1AIL]</w:t>
      </w:r>
      <w:r>
        <w:rPr>
          <w:highlight w:val="cyan"/>
          <w:u w:val="none"/>
        </w:rPr>
        <w:t>,</w:t>
      </w:r>
    </w:p>
    <w:p>
      <w:pPr>
        <w:pStyle w:val="Yellow"/>
        <w:rPr/>
      </w:pPr>
      <w:r>
        <w:rPr/>
        <w:t xml:space="preserve">&lt;14&gt;(Ho1:6 The “house of Israel”) </w:t>
      </w:r>
      <w:r>
        <w:rPr>
          <w:b/>
        </w:rPr>
        <w:t xml:space="preserve">Hosea 2:13</w:t>
      </w:r>
      <w:r>
        <w:rPr/>
        <w:t xml:space="preserve"> — </w:t>
      </w:r>
      <w:r>
        <w:rPr>
          <w:shd w:fill="B7DDE8" w:val="clear"/>
        </w:rPr>
        <w:t xml:space="preserve">I will punish {her} for the days of the Baals when she burned incense to them, when she adorned herself with rings and jewelry, and went after her lovers</w:t>
      </w:r>
      <w:r>
        <w:rPr>
          <w:b w:val="false"/>
          <w:i w:val="false"/>
          <w:color w:val="000000"/>
          <w:u w:val="none"/>
        </w:rPr>
        <w:t xml:space="preserve"> [1JAI]</w:t>
      </w:r>
      <w:r>
        <w:rPr/>
        <w:t xml:space="preserve">. But </w:t>
      </w:r>
      <w:r>
        <w:rPr>
          <w:shd w:fill="B7DDE8" w:val="clear"/>
        </w:rPr>
        <w:t xml:space="preserve">Me she forgot</w:t>
      </w:r>
      <w:r>
        <w:rPr>
          <w:b w:val="false"/>
          <w:i w:val="false"/>
          <w:color w:val="000000"/>
          <w:u w:val="none"/>
        </w:rPr>
        <w:t xml:space="preserve"> [1JAJ]</w:t>
      </w:r>
      <w:r>
        <w:rPr/>
        <w:t xml:space="preserve">,” declares the LORD.</w:t>
      </w:r>
    </w:p>
    <w:p>
      <w:pPr>
        <w:pStyle w:val="Yellow"/>
        <w:rPr/>
      </w:pPr>
      <w:r>
        <w:rPr/>
        <w:t xml:space="preserve">&lt;14&gt;</w:t>
      </w:r>
      <w:r>
        <w:rPr>
          <w:b/>
        </w:rPr>
        <w:t xml:space="preserve">Hosea 2:14</w:t>
      </w:r>
      <w:r>
        <w:rPr/>
        <w:t xml:space="preserve"> — “Therefore, behold, </w:t>
      </w:r>
      <w:r>
        <w:rPr>
          <w:shd w:fill="B7DDE8" w:val="clear"/>
        </w:rPr>
        <w:t xml:space="preserve">I will allure {her}</w:t>
      </w:r>
      <w:r>
        <w:rPr>
          <w:b w:val="false"/>
          <w:i w:val="false"/>
          <w:color w:val="000000"/>
          <w:u w:val="none"/>
        </w:rPr>
        <w:t xml:space="preserve"> [1JAK]</w:t>
      </w:r>
      <w:r>
        <w:rPr/>
        <w:t xml:space="preserve"> and </w:t>
      </w:r>
      <w:r>
        <w:rPr>
          <w:shd w:fill="B7DDE8" w:val="clear"/>
        </w:rPr>
        <w:t xml:space="preserve">lead her to the wilderness</w:t>
      </w:r>
      <w:r>
        <w:rPr>
          <w:b w:val="false"/>
          <w:i w:val="false"/>
          <w:color w:val="000000"/>
          <w:u w:val="none"/>
        </w:rPr>
        <w:t xml:space="preserve"> [1JAL]</w:t>
      </w:r>
      <w:r>
        <w:rPr/>
        <w:t xml:space="preserve">, and </w:t>
      </w:r>
      <w:r>
        <w:rPr>
          <w:shd w:fill="B7DDE8" w:val="clear"/>
        </w:rPr>
        <w:t xml:space="preserve">speak to her tenderly</w:t>
      </w:r>
      <w:r>
        <w:rPr>
          <w:b w:val="false"/>
          <w:i w:val="false"/>
          <w:color w:val="000000"/>
          <w:u w:val="none"/>
        </w:rPr>
        <w:t xml:space="preserve"> [1JAM]</w:t>
      </w:r>
      <w:r>
        <w:rPr/>
        <w:t xml:space="preserve">.</w:t>
      </w:r>
    </w:p>
    <w:p>
      <w:pPr>
        <w:pStyle w:val="Yellow"/>
        <w:rPr/>
      </w:pPr>
      <w:r>
        <w:rPr/>
        <w:t xml:space="preserve">&lt;14&gt;(Ho2:14ᶜ When God will “allure” Israel¹) </w:t>
      </w:r>
      <w:r>
        <w:rPr>
          <w:b/>
        </w:rPr>
        <w:t xml:space="preserve">Hosea 2:16–17</w:t>
      </w:r>
      <w:r>
        <w:rPr/>
        <w:t xml:space="preserve"> — “In {that day},” declares the LORD, “</w:t>
      </w:r>
      <w:r>
        <w:rPr>
          <w:shd w:fill="B7DDE8" w:val="clear"/>
        </w:rPr>
        <w:t xml:space="preserve">you will call Me ‘my Husband,’ and no longer call Me ‘my Master.’</w:t>
      </w:r>
      <w:r>
        <w:rPr>
          <w:b w:val="false"/>
          <w:i w:val="false"/>
          <w:color w:val="000000"/>
          <w:u w:val="none"/>
        </w:rPr>
        <w:t xml:space="preserve"> [1JAN]</w:t>
      </w:r>
      <w:r>
        <w:rPr/>
        <w:t xml:space="preserve"> For </w:t>
      </w:r>
      <w:r>
        <w:rPr>
          <w:shd w:fill="B7DDE8" w:val="clear"/>
        </w:rPr>
        <w:t xml:space="preserve">I will remove from her lips the names of the Baals</w:t>
      </w:r>
      <w:r>
        <w:rPr>
          <w:b w:val="false"/>
          <w:i w:val="false"/>
          <w:color w:val="000000"/>
          <w:u w:val="none"/>
        </w:rPr>
        <w:t xml:space="preserve"> [1JAO]</w:t>
      </w:r>
      <w:r>
        <w:rPr/>
        <w:t xml:space="preserve">; </w:t>
      </w:r>
      <w:r>
        <w:rPr>
          <w:shd w:fill="B7DDE8" w:val="clear"/>
        </w:rPr>
        <w:t xml:space="preserve">no longer will their names be invoked</w:t>
      </w:r>
      <w:r>
        <w:rPr>
          <w:b w:val="false"/>
          <w:i w:val="false"/>
          <w:color w:val="000000"/>
          <w:u w:val="none"/>
        </w:rPr>
        <w:t xml:space="preserve"> [1JAP]</w:t>
      </w:r>
      <w:r>
        <w:rPr/>
        <w:t xml:space="preserve">.</w:t>
      </w:r>
    </w:p>
    <w:p>
      <w:pPr>
        <w:pStyle w:val="Yellow"/>
        <w:rPr/>
      </w:pPr>
      <w:r>
        <w:rPr/>
        <w:t xml:space="preserve">&lt;14&gt;(Ho2:18ᶜ After God will “make a covenant” and grant “safety”¹) </w:t>
      </w:r>
      <w:r>
        <w:rPr>
          <w:b/>
        </w:rPr>
        <w:t xml:space="preserve">Hosea 2:19</w:t>
      </w:r>
      <w:r>
        <w:rPr/>
        <w:t xml:space="preserve"> — {So} </w:t>
      </w:r>
      <w:r>
        <w:rPr>
          <w:shd w:fill="B7DDE8" w:val="clear"/>
        </w:rPr>
        <w:t xml:space="preserve">I will betroth you to Me forever</w:t>
      </w:r>
      <w:r>
        <w:rPr>
          <w:b w:val="false"/>
          <w:i w:val="false"/>
          <w:color w:val="000000"/>
          <w:u w:val="none"/>
        </w:rPr>
        <w:t xml:space="preserve"> [1JAQ]</w:t>
      </w:r>
      <w:r>
        <w:rPr/>
        <w:t xml:space="preserve">; </w:t>
      </w:r>
      <w:r>
        <w:rPr>
          <w:shd w:fill="B7DDE8" w:val="clear"/>
        </w:rPr>
        <w:t xml:space="preserve">I will betroth you in righteousness and justice</w:t>
      </w:r>
      <w:r>
        <w:rPr>
          <w:b w:val="false"/>
          <w:i w:val="false"/>
          <w:color w:val="000000"/>
          <w:u w:val="none"/>
        </w:rPr>
        <w:t xml:space="preserve"> [1JAR]</w:t>
      </w:r>
      <w:r>
        <w:rPr/>
        <w:t xml:space="preserve">, </w:t>
      </w:r>
      <w:r>
        <w:rPr>
          <w:shd w:fill="B7DDE8" w:val="clear"/>
        </w:rPr>
        <w:t xml:space="preserve">in loving devotion and compassion</w:t>
      </w:r>
      <w:r>
        <w:rPr>
          <w:b w:val="false"/>
          <w:i w:val="false"/>
          <w:color w:val="000000"/>
          <w:u w:val="none"/>
        </w:rPr>
        <w:t xml:space="preserve"> [1JAS]</w:t>
      </w:r>
      <w:r>
        <w:rPr/>
        <w:t xml:space="preserve">.</w:t>
      </w:r>
    </w:p>
    <w:p>
      <w:pPr>
        <w:pStyle w:val="Yellow"/>
        <w:rPr/>
      </w:pPr>
      <w:r>
        <w:rPr/>
        <w:t xml:space="preserve">&lt;14&gt;</w:t>
      </w:r>
      <w:r>
        <w:rPr>
          <w:b/>
        </w:rPr>
        <w:t xml:space="preserve">Hosea 2:23</w:t>
      </w:r>
      <w:r>
        <w:rPr/>
        <w:t xml:space="preserve"> —And </w:t>
      </w:r>
      <w:r>
        <w:rPr>
          <w:shd w:fill="B7DDE8" w:val="clear"/>
        </w:rPr>
        <w:t xml:space="preserve">I will sow her as My own in the land</w:t>
      </w:r>
      <w:r>
        <w:rPr>
          <w:b w:val="false"/>
          <w:i w:val="false"/>
          <w:u w:val="none"/>
          <w:color w:val="000000"/>
        </w:rPr>
        <w:t xml:space="preserve"> [1JAT]</w:t>
      </w:r>
      <w:r>
        <w:rPr/>
        <w:t xml:space="preserve">, and </w:t>
      </w:r>
      <w:r>
        <w:rPr>
          <w:shd w:fill="B7DDE8" w:val="clear"/>
        </w:rPr>
        <w:t xml:space="preserve">I will have compassion on ‘No Compassion.’</w:t>
      </w:r>
      <w:r>
        <w:rPr>
          <w:b w:val="false"/>
          <w:i w:val="false"/>
          <w:color w:val="000000"/>
          <w:u w:val="none"/>
        </w:rPr>
        <w:t xml:space="preserve"> [1JAU]</w:t>
      </w:r>
      <w:r>
        <w:rPr/>
        <w:t xml:space="preserve"> </w:t>
      </w:r>
      <w:r>
        <w:rPr>
          <w:shd w:fill="B7DDE8" w:val="clear"/>
        </w:rPr>
        <w:t xml:space="preserve">I will say to those called ‘Not My People,’ ‘You are My people,’</w:t>
      </w:r>
      <w:r>
        <w:rPr>
          <w:b w:val="false"/>
          <w:i w:val="false"/>
          <w:color w:val="000000"/>
          <w:u w:val="none"/>
        </w:rPr>
        <w:t xml:space="preserve"> [2JAV]</w:t>
      </w:r>
      <w:r>
        <w:rPr/>
        <w:t xml:space="preserve"> and </w:t>
      </w:r>
      <w:r>
        <w:rPr>
          <w:shd w:fill="B7DDE8" w:val="clear"/>
        </w:rPr>
        <w:t xml:space="preserve">they will say, ‘You are my God.’</w:t>
      </w:r>
      <w:r>
        <w:rPr>
          <w:b w:val="false"/>
          <w:i w:val="false"/>
          <w:color w:val="000000"/>
          <w:u w:val="none"/>
        </w:rPr>
        <w:t xml:space="preserve"> [3BYU]</w:t>
      </w:r>
      <w:r>
        <w:rPr/>
        <w:t xml:space="preserve">”</w:t>
      </w:r>
    </w:p>
    <w:p>
      <w:pPr>
        <w:pStyle w:val="Yellow"/>
        <w:rPr/>
      </w:pPr>
      <w:r>
        <w:rPr>
          <w:b/>
        </w:rPr>
        <w:t>Zechariah 9:11</w:t>
      </w:r>
      <w:r>
        <w:t xml:space="preserve"> — As for you, </w:t>
      </w:r>
      <w:r>
        <w:rPr>
          <w:shd w:fill="B7DDE8" w:val="clear"/>
        </w:rPr>
        <w:t>because of the blood of My covenant, I will release your prisoners from the waterless pit</w:t>
      </w:r>
      <w:r>
        <w:rPr>
          <w:b w:val="false"/>
          <w:i w:val="false"/>
          <w:color w:val="000000"/>
          <w:u w:val="none"/>
        </w:rPr>
        <w:t xml:space="preserve"> [1AFU]</w:t>
      </w:r>
      <w:r>
        <w:t>.</w:t>
      </w:r>
    </w:p>
    <w:p>
      <w:pPr>
        <w:pStyle w:val="Yellow"/>
        <w:rPr/>
      </w:pPr>
      <w:r>
        <w:t xml:space="preserve">(Zec11:7–8ᶜ Because the “flock marked for slaughter” “detested me”) </w:t>
      </w:r>
      <w:r>
        <w:rPr>
          <w:b/>
        </w:rPr>
        <w:t>Zechariah 11:10</w:t>
      </w:r>
      <w:r>
        <w:t xml:space="preserve"> — </w:t>
      </w:r>
      <w:r>
        <w:rPr>
          <w:shd w:fill="B7DDE8" w:val="clear"/>
        </w:rPr>
        <w:t>I took my staff called Favor and cut it in two</w:t>
      </w:r>
      <w:r>
        <w:rPr>
          <w:b w:val="false"/>
          <w:i w:val="false"/>
          <w:color w:val="000000"/>
          <w:u w:val="none"/>
        </w:rPr>
        <w:t xml:space="preserve"> [1AKM]</w:t>
      </w:r>
      <w:r>
        <w:t xml:space="preserve">, </w:t>
      </w:r>
      <w:r>
        <w:rPr>
          <w:shd w:fill="B7DDE8" w:val="clear"/>
        </w:rPr>
        <w:t>revoking the covenant I had made with all the nations</w:t>
      </w:r>
      <w:r>
        <w:rPr>
          <w:b w:val="false"/>
          <w:i w:val="false"/>
          <w:color w:val="000000"/>
          <w:u w:val="none"/>
        </w:rPr>
        <w:t xml:space="preserve"> [1AKN]</w:t>
      </w:r>
      <w:r>
        <w:t>.</w:t>
      </w:r>
    </w:p>
    <w:p>
      <w:pPr>
        <w:pStyle w:val="Yellow"/>
        <w:rPr/>
      </w:pPr>
      <w:r>
        <w:rPr>
          <w:b/>
          <w:shd w:val="clear" w:color="auto" w:fill="548235"/>
          <w:color w:val="FFFFFF"/>
        </w:rPr>
        <w:t>Matthew 26:28</w:t>
      </w:r>
      <w:r>
        <w:rPr>
          <w:shd w:val="clear" w:color="auto" w:fill="548235"/>
          <w:color w:val="FFFFFF"/>
        </w:rPr>
        <w:t xml:space="preserve"> — </w:t>
      </w:r>
      <w:r>
        <w:rPr>
          <w:shd w:fill="548235" w:val="clear" w:color="auto"/>
          <w:color w:val="FFFFFF"/>
        </w:rPr>
        <w:t>This is My blood of the covenant</w:t>
      </w:r>
      <w:r>
        <w:rPr>
          <w:b w:val="false"/>
          <w:i w:val="false"/>
          <w:color w:val="FFFFFF"/>
          <w:u w:val="none"/>
          <w:shd w:val="clear" w:color="auto" w:fill="548235"/>
        </w:rPr>
        <w:t xml:space="preserve"> [1AFS]</w:t>
      </w:r>
      <w:r>
        <w:rPr>
          <w:shd w:val="clear" w:color="auto" w:fill="548235"/>
          <w:color w:val="FFFFFF"/>
        </w:rPr>
        <w:t xml:space="preserve">, </w:t>
      </w:r>
      <w:r>
        <w:rPr>
          <w:shd w:fill="548235" w:val="clear" w:color="auto"/>
          <w:color w:val="FFFFFF"/>
        </w:rPr>
        <w:t>which is poured out for many for the forgiveness of sins</w:t>
      </w:r>
      <w:r>
        <w:rPr>
          <w:b w:val="false"/>
          <w:i w:val="false"/>
          <w:color w:val="FFFFFF"/>
          <w:u w:val="none"/>
          <w:shd w:val="clear" w:color="auto" w:fill="548235"/>
        </w:rPr>
        <w:t xml:space="preserve"> [1AFT]</w:t>
      </w:r>
      <w:r>
        <w:rPr>
          <w:shd w:val="clear" w:color="auto" w:fill="548235"/>
          <w:color w:val="FFFFFF"/>
        </w:rPr>
        <w:t>.</w:t>
      </w:r>
    </w:p>
    <w:p>
      <w:pPr>
        <w:pStyle w:val="Yellow"/>
        <w:rPr/>
      </w:pPr>
      <w:r>
        <w:rPr>
          <w:b/>
          <w:u w:val="none"/>
        </w:rPr>
        <w:t>Luke 20:37</w:t>
      </w:r>
      <w:r>
        <w:rPr>
          <w:u w:val="none"/>
        </w:rPr>
        <w:t xml:space="preserve"> — </w:t>
      </w:r>
      <w:r>
        <w:rPr>
          <w:u w:val="none"/>
          <w:shd w:val="clear" w:fill="B7DDE8"/>
        </w:rPr>
        <w:t>Even Moses demonstrates that the dead are raised</w:t>
      </w:r>
      <w:r>
        <w:rPr>
          <w:b w:val="false"/>
          <w:i w:val="false"/>
          <w:color w:val="000000"/>
          <w:u w:val="none"/>
        </w:rPr>
        <w:t xml:space="preserve"> [1EVF]</w:t>
      </w:r>
      <w:r>
        <w:rPr>
          <w:u w:val="none"/>
        </w:rPr>
        <w:t xml:space="preserve">, in the passage about the burning bush. For </w:t>
      </w:r>
      <w:r>
        <w:rPr>
          <w:u w:val="none"/>
          <w:shd w:val="clear" w:fill="B7DDE8"/>
        </w:rPr>
        <w:t>he calls the Lord ‘the God of Abraham, the God of Isaac, and the God of Jacob</w:t>
      </w:r>
      <w:r>
        <w:rPr>
          <w:b w:val="false"/>
          <w:i w:val="false"/>
          <w:color w:val="000000"/>
          <w:u w:val="none"/>
        </w:rPr>
        <w:t xml:space="preserve"> [1EVG]</w:t>
      </w:r>
      <w:r>
        <w:rPr>
          <w:u w:val="none"/>
        </w:rPr>
        <w:t xml:space="preserve">.’ </w:t>
      </w:r>
      <w:r>
        <w:rPr>
          <w:u w:val="none"/>
          <w:shd w:val="clear" w:fill="B7DDE8"/>
        </w:rPr>
        <w:t>He is not the God of the dead, but of the living</w:t>
      </w:r>
      <w:r>
        <w:rPr>
          <w:b w:val="false"/>
          <w:i w:val="false"/>
          <w:color w:val="000000"/>
          <w:u w:val="none"/>
        </w:rPr>
        <w:t xml:space="preserve"> [3EVH]</w:t>
      </w:r>
      <w:r>
        <w:rPr>
          <w:u w:val="none"/>
        </w:rPr>
        <w:t xml:space="preserve">, for </w:t>
      </w:r>
      <w:r>
        <w:rPr>
          <w:u w:val="none"/>
          <w:shd w:val="clear" w:fill="B7DDE8"/>
        </w:rPr>
        <w:t>to Him all are alive</w:t>
      </w:r>
      <w:r>
        <w:rPr>
          <w:b w:val="false"/>
          <w:i w:val="false"/>
          <w:color w:val="000000"/>
          <w:u w:val="none"/>
        </w:rPr>
        <w:t xml:space="preserve"> [2EVI]</w:t>
      </w:r>
      <w:r>
        <w:rPr>
          <w:u w:val="none"/>
        </w:rPr>
        <w:t>.”</w:t>
      </w:r>
    </w:p>
    <w:p>
      <w:pPr>
        <w:pStyle w:val="Yellow"/>
        <w:rPr/>
      </w:pPr>
      <w:r>
        <w:rPr/>
        <w:t xml:space="preserve">(Ro4:9–10 “Abraham’s² faith was credited to him as righteousness” before circumcision¹) </w:t>
      </w:r>
      <w:r>
        <w:rPr>
          <w:b/>
        </w:rPr>
        <w:t>Romans 4:11</w:t>
      </w:r>
      <w:r>
        <w:rPr/>
        <w:t xml:space="preserve"> — {So then}, </w:t>
      </w:r>
      <w:r>
        <w:rPr>
          <w:shd w:val="clear" w:fill="B7DDE8"/>
        </w:rPr>
        <w:t>{he} is the father of all who believe but are not circumcised</w:t>
      </w:r>
      <w:r>
        <w:rPr>
          <w:b w:val="false"/>
          <w:i w:val="false"/>
          <w:color w:val="000000"/>
          <w:u w:val="none"/>
        </w:rPr>
        <w:t xml:space="preserve"> [1DEA]</w:t>
      </w:r>
      <w:r>
        <w:rPr/>
        <w:t xml:space="preserve">, </w:t>
      </w:r>
      <w:r>
        <w:rPr>
          <w:shd w:val="clear" w:fill="B7DDE8"/>
        </w:rPr>
        <w:t>in order that righteousness might be credited to them</w:t>
      </w:r>
      <w:r>
        <w:rPr>
          <w:b w:val="false"/>
          <w:i w:val="false"/>
          <w:color w:val="000000"/>
          <w:u w:val="none"/>
        </w:rPr>
        <w:t xml:space="preserve"> [1DEB]</w:t>
      </w:r>
      <w:r>
        <w:rPr/>
        <w:t xml:space="preserve">. And </w:t>
      </w:r>
      <w:r>
        <w:rPr>
          <w:shd w:val="clear" w:fill="B7DDE8"/>
        </w:rPr>
        <w:t>he is also the father of the circumcised who not only are circumcised, but who also walk in the footsteps of the faith that our father Abraham had before he was circumcised</w:t>
      </w:r>
      <w:r>
        <w:rPr>
          <w:b w:val="false"/>
          <w:i w:val="false"/>
          <w:color w:val="000000"/>
          <w:u w:val="none"/>
        </w:rPr>
        <w:t xml:space="preserve"> [1DEC]</w:t>
      </w:r>
      <w:r>
        <w:rPr/>
        <w:t>.</w:t>
      </w:r>
    </w:p>
    <w:p>
      <w:pPr>
        <w:pStyle w:val="Yellow"/>
        <w:rPr/>
      </w:pPr>
      <w:r>
        <w:rPr/>
        <w:t xml:space="preserve">&lt;37&gt;</w:t>
      </w:r>
      <w:r>
        <w:rPr>
          <w:b/>
        </w:rPr>
        <w:t xml:space="preserve">Romans 9:22-24</w:t>
      </w:r>
      <w:r>
        <w:rPr/>
        <w:t xml:space="preserve"> — What if </w:t>
      </w:r>
      <w:r>
        <w:rPr>
          <w:shd w:fill="B7DDE8" w:val="clear"/>
        </w:rPr>
        <w:t xml:space="preserve">God, intending to show His wrath and make His power known, bore with great patience the vessels of His wrath, prepared for destruction</w:t>
      </w:r>
      <w:r>
        <w:rPr>
          <w:b w:val="false"/>
          <w:i w:val="false"/>
          <w:color w:val="000000"/>
          <w:u w:val="none"/>
        </w:rPr>
        <w:t xml:space="preserve"> [1JBD]</w:t>
      </w:r>
      <w:r>
        <w:rPr/>
        <w:t xml:space="preserve">?  What if </w:t>
      </w:r>
      <w:r>
        <w:rPr>
          <w:shd w:fill="B7DDE8" w:val="clear"/>
        </w:rPr>
        <w:t xml:space="preserve">He did this to make the riches of His glory known to the vessels of His mercy</w:t>
      </w:r>
      <w:r>
        <w:rPr>
          <w:b w:val="false"/>
          <w:i w:val="false"/>
          <w:color w:val="000000"/>
          <w:u w:val="none"/>
        </w:rPr>
        <w:t xml:space="preserve"> [1JBE]</w:t>
      </w:r>
      <w:r>
        <w:rPr/>
        <w:t xml:space="preserve">, </w:t>
      </w:r>
      <w:r>
        <w:rPr>
          <w:shd w:fill="B7DDE8" w:val="clear"/>
        </w:rPr>
        <w:t xml:space="preserve">whom He prepared in advance for glory</w:t>
      </w:r>
      <w:r>
        <w:rPr>
          <w:b w:val="false"/>
          <w:i w:val="false"/>
          <w:u w:val="none"/>
          <w:color w:val="000000"/>
        </w:rPr>
        <w:t xml:space="preserve"> [1JBF]</w:t>
      </w:r>
      <w:r>
        <w:rPr/>
        <w:t xml:space="preserve">— </w:t>
      </w:r>
      <w:r>
        <w:rPr>
          <w:shd w:fill="B7DDE8" w:val="clear"/>
        </w:rPr>
        <w:t xml:space="preserve">including us, whom He has called not only from the Jews, but also from the Gentiles</w:t>
      </w:r>
      <w:r>
        <w:rPr>
          <w:b w:val="false"/>
          <w:i w:val="false"/>
          <w:color w:val="000000"/>
          <w:u w:val="none"/>
        </w:rPr>
        <w:t xml:space="preserve"> [1JBG]</w:t>
      </w:r>
      <w:r>
        <w:rPr/>
        <w:t xml:space="preserve">?</w:t>
      </w:r>
    </w:p>
    <w:p>
      <w:pPr>
        <w:pStyle w:val="Yellow"/>
        <w:rPr/>
      </w:pPr>
      <w:r>
        <w:rPr/>
        <w:t xml:space="preserve">&lt;37&gt;</w:t>
      </w:r>
      <w:r>
        <w:rPr>
          <w:b/>
        </w:rPr>
        <w:t xml:space="preserve">Romans 9:25-26</w:t>
      </w:r>
      <w:r>
        <w:rPr/>
        <w:t xml:space="preserve"> — As {He} says in Hosea: “</w:t>
      </w:r>
      <w:r>
        <w:rPr>
          <w:shd w:fill="B7DDE8" w:val="clear"/>
        </w:rPr>
        <w:t xml:space="preserve">I will call them ‘My People’ who are not My people</w:t>
      </w:r>
      <w:r>
        <w:rPr>
          <w:b w:val="false"/>
          <w:i w:val="false"/>
          <w:color w:val="000000"/>
          <w:u w:val="none"/>
        </w:rPr>
        <w:t xml:space="preserve"> [2JAV]</w:t>
      </w:r>
      <w:r>
        <w:rPr/>
        <w:t xml:space="preserve">, and </w:t>
      </w:r>
      <w:r>
        <w:rPr>
          <w:shd w:fill="B7DDE8" w:val="clear"/>
        </w:rPr>
        <w:t xml:space="preserve">I will call her ‘My Beloved’ who is not My beloved</w:t>
      </w:r>
      <w:r>
        <w:rPr>
          <w:b w:val="false"/>
          <w:i w:val="false"/>
          <w:color w:val="000000"/>
          <w:u w:val="none"/>
        </w:rPr>
        <w:t xml:space="preserve"> [1JBH]</w:t>
      </w:r>
      <w:r>
        <w:rPr/>
        <w:t xml:space="preserve">,” and, “</w:t>
      </w:r>
      <w:r>
        <w:rPr>
          <w:shd w:fill="B7DDE8" w:val="clear"/>
        </w:rPr>
        <w:t xml:space="preserve">It will happen that in the very place where it was said to them, ‘You are not My people,’ they will be called ‘sons of the living God.’</w:t>
      </w:r>
      <w:r>
        <w:rPr>
          <w:b w:val="false"/>
          <w:i w:val="false"/>
          <w:color w:val="000000"/>
          <w:u w:val="none"/>
        </w:rPr>
        <w:t xml:space="preserve"> [1JBI]</w:t>
      </w:r>
      <w:r>
        <w:rPr/>
        <w:t xml:space="preserve">”</w:t>
      </w:r>
    </w:p>
    <w:p>
      <w:pPr>
        <w:pStyle w:val="Yellow"/>
        <w:rPr/>
      </w:pPr>
      <w:r>
        <w:rPr/>
        <w:t xml:space="preserve">(2Co3:5 “our competence comes from God”) </w:t>
      </w:r>
      <w:r>
        <w:rPr>
          <w:b/>
        </w:rPr>
        <w:t>2 Corinthians 3:6</w:t>
      </w:r>
      <w:r>
        <w:rPr/>
        <w:t xml:space="preserve"> — And </w:t>
      </w:r>
      <w:r>
        <w:rPr>
          <w:shd w:fill="B7DDE8" w:val="clear"/>
        </w:rPr>
        <w:t xml:space="preserve">{He} has qualified us as ministers of </w:t>
      </w:r>
      <w:r>
        <w:rPr>
          <w:shd w:fill="B7DDE8" w:val="clear"/>
        </w:rPr>
        <w:t xml:space="preserve">a new </w:t>
      </w:r>
      <w:r>
        <w:rPr>
          <w:shd w:fill="B7DDE8" w:val="clear"/>
        </w:rPr>
        <w:t>covenant</w:t>
      </w:r>
      <w:r>
        <w:rPr>
          <w:b w:val="false"/>
          <w:i w:val="false"/>
          <w:color w:val="000000"/>
          <w:u w:val="none"/>
        </w:rPr>
        <w:t xml:space="preserve"> [1ADA]</w:t>
      </w:r>
      <w:r>
        <w:rPr/>
        <w:t xml:space="preserve">, </w:t>
      </w:r>
      <w:r>
        <w:rPr>
          <w:shd w:fill="B7DDE8" w:val="clear"/>
        </w:rPr>
        <w:t>not of the letter but of the Spirit</w:t>
      </w:r>
      <w:r>
        <w:rPr>
          <w:b w:val="false"/>
          <w:i w:val="false"/>
          <w:color w:val="000000"/>
          <w:u w:val="none"/>
        </w:rPr>
        <w:t xml:space="preserve"> [1ADB]</w:t>
      </w:r>
      <w:r>
        <w:rPr/>
        <w:t xml:space="preserve">; for </w:t>
      </w:r>
      <w:r>
        <w:rPr>
          <w:shd w:fill="B7DDE8" w:val="clear"/>
        </w:rPr>
        <w:t>the letter kills</w:t>
      </w:r>
      <w:r>
        <w:rPr>
          <w:b w:val="false"/>
          <w:i w:val="false"/>
          <w:color w:val="000000"/>
          <w:u w:val="none"/>
        </w:rPr>
        <w:t xml:space="preserve"> [1ADC]</w:t>
      </w:r>
      <w:r>
        <w:rPr>
          <w:color w:val="auto"/>
        </w:rPr>
        <w:t xml:space="preserve">, but </w:t>
      </w:r>
      <w:r>
        <w:rPr>
          <w:color w:val="auto"/>
        </w:rPr>
        <w:t xml:space="preserve">the Spirit gives </w:t>
      </w:r>
      <w:r>
        <w:rPr>
          <w:color w:val="auto"/>
        </w:rPr>
        <w:t>life</w:t>
      </w:r>
      <w:r>
        <w:rPr>
          <w:b w:val="false"/>
          <w:i w:val="false"/>
          <w:color w:val="auto"/>
          <w:u w:val="none"/>
        </w:rPr>
        <w:t xml:space="preserve"> [2ADD]</w:t>
      </w:r>
      <w:r>
        <w:rPr>
          <w:color w:val="auto"/>
        </w:rPr>
        <w:t>.</w:t>
      </w:r>
    </w:p>
    <w:p>
      <w:pPr>
        <w:pStyle w:val="Yellow"/>
        <w:rPr/>
      </w:pPr>
      <w:r>
        <w:rPr>
          <w:b/>
        </w:rPr>
        <w:t xml:space="preserve">2 Corinthians 3:7–9</w:t>
      </w:r>
      <w:r>
        <w:rPr/>
        <w:t xml:space="preserve"> — Now if </w:t>
      </w:r>
      <w:r>
        <w:rPr>
          <w:shd w:fill="B7DDE8" w:val="clear"/>
        </w:rPr>
        <w:t xml:space="preserve">the ministry of death, which was engraved in letters on stone, came with such glory</w:t>
      </w:r>
      <w:r>
        <w:rPr>
          <w:b w:val="false"/>
          <w:i w:val="false"/>
          <w:color w:val="000000"/>
          <w:u w:val="none"/>
        </w:rPr>
        <w:t xml:space="preserve"> [1GKI]</w:t>
      </w:r>
      <w:r>
        <w:rPr/>
        <w:t xml:space="preserve"> that </w:t>
      </w:r>
      <w:r>
        <w:rPr>
          <w:shd w:fill="B7DDE8" w:val="clear"/>
        </w:rPr>
        <w:t xml:space="preserve">the Israelites could not gaze at the face of Moses because of its fleeting glory</w:t>
      </w:r>
      <w:r>
        <w:rPr>
          <w:b w:val="false"/>
          <w:i w:val="false"/>
          <w:color w:val="000000"/>
          <w:u w:val="none"/>
        </w:rPr>
        <w:t xml:space="preserve"> [1GKJ]</w:t>
      </w:r>
      <w:r>
        <w:rPr/>
        <w:t xml:space="preserve">, </w:t>
      </w:r>
      <w:r>
        <w:rPr>
          <w:shd w:fill="B7DDE8" w:val="clear"/>
        </w:rPr>
        <w:t xml:space="preserve">will not the ministry of the Spirit be even more glorious</w:t>
      </w:r>
      <w:r>
        <w:rPr>
          <w:b w:val="false"/>
          <w:i w:val="false"/>
          <w:color w:val="000000"/>
          <w:u w:val="none"/>
        </w:rPr>
        <w:t xml:space="preserve"> [1GKK]</w:t>
      </w:r>
      <w:r>
        <w:rPr/>
        <w:t xml:space="preserve">? For if </w:t>
      </w:r>
      <w:r>
        <w:rPr>
          <w:shd w:fill="B7DDE8" w:val="clear"/>
        </w:rPr>
        <w:t xml:space="preserve">the ministry of condemnation was glorious</w:t>
      </w:r>
      <w:r>
        <w:rPr>
          <w:b w:val="false"/>
          <w:i w:val="false"/>
          <w:color w:val="000000"/>
          <w:u w:val="none"/>
        </w:rPr>
        <w:t xml:space="preserve"> [1GKI]</w:t>
      </w:r>
      <w:r>
        <w:rPr/>
        <w:t xml:space="preserve">, </w:t>
      </w:r>
      <w:r>
        <w:rPr>
          <w:shd w:fill="B7DDE8" w:val="clear"/>
        </w:rPr>
        <w:t xml:space="preserve">how much more glorious is the ministry of righteousness</w:t>
      </w:r>
      <w:r>
        <w:rPr>
          <w:b w:val="false"/>
          <w:i w:val="false"/>
          <w:color w:val="000000"/>
          <w:u w:val="none"/>
        </w:rPr>
        <w:t xml:space="preserve"> [1GKK]</w:t>
      </w:r>
      <w:r>
        <w:rPr/>
        <w:t xml:space="preserve">! Indeed, </w:t>
      </w:r>
      <w:r>
        <w:rPr>
          <w:shd w:fill="B7DDE8" w:val="clear"/>
        </w:rPr>
        <w:t xml:space="preserve">what was once glorious has no glory now in comparison to the glory that surpasses it</w:t>
      </w:r>
      <w:r>
        <w:rPr>
          <w:b w:val="false"/>
          <w:i w:val="false"/>
          <w:color w:val="000000"/>
          <w:u w:val="none"/>
        </w:rPr>
        <w:t xml:space="preserve"> [1GKK]</w:t>
      </w:r>
      <w:r>
        <w:rPr/>
        <w:t xml:space="preserve">.</w:t>
      </w:r>
    </w:p>
    <w:p>
      <w:pPr>
        <w:pStyle w:val="Yellow"/>
        <w:rPr/>
      </w:pPr>
      <w:r>
        <w:rPr/>
        <w:t xml:space="preserve">(Ga3:8 “All nations will be blessed through you”) </w:t>
      </w:r>
      <w:r>
        <w:rPr>
          <w:b/>
        </w:rPr>
        <w:t>Galatians 3:9</w:t>
      </w:r>
      <w:r>
        <w:rPr/>
        <w:t xml:space="preserve"> — {So} </w:t>
      </w:r>
      <w:r>
        <w:rPr>
          <w:shd w:val="clear" w:fill="B7DDE8"/>
        </w:rPr>
        <w:t>those who have faith are blessed along with Abraham, the man of faith</w:t>
      </w:r>
      <w:r>
        <w:rPr>
          <w:b w:val="false"/>
          <w:i w:val="false"/>
          <w:color w:val="000000"/>
          <w:u w:val="none"/>
        </w:rPr>
        <w:t xml:space="preserve"> [1DED]</w:t>
      </w:r>
      <w:r>
        <w:rPr/>
        <w:t>.</w:t>
      </w:r>
    </w:p>
    <w:p>
      <w:pPr>
        <w:pStyle w:val="Yellow"/>
        <w:rPr/>
      </w:pPr>
      <w:r>
        <w:t xml:space="preserve">(Ga3:13 “Christ”) </w:t>
      </w:r>
      <w:r>
        <w:rPr>
          <w:b/>
        </w:rPr>
        <w:t>Galatians 3:14</w:t>
      </w:r>
      <w:r>
        <w:t xml:space="preserve"> — </w:t>
      </w:r>
      <w:r>
        <w:rPr>
          <w:shd w:fill="B7DDE8" w:val="clear"/>
        </w:rPr>
        <w:t>{He} redeemed us</w:t>
      </w:r>
      <w:r>
        <w:rPr>
          <w:b w:val="false"/>
          <w:i w:val="false"/>
          <w:color w:val="000000"/>
          <w:u w:val="none"/>
        </w:rPr>
        <w:t xml:space="preserve"> [1AGV]</w:t>
      </w:r>
      <w:r>
        <w:rPr>
          <w:shd w:fill="B7DDE8" w:val="clear"/>
        </w:rPr>
        <w:t xml:space="preserve"> in order that the blessing promised to Abraham would come to the Gentiles in Christ Jesus</w:t>
      </w:r>
      <w:r>
        <w:rPr>
          <w:b w:val="false"/>
          <w:i w:val="false"/>
          <w:color w:val="000000"/>
          <w:u w:val="none"/>
        </w:rPr>
        <w:t xml:space="preserve"> [1AGW]</w:t>
      </w:r>
      <w:r>
        <w:t xml:space="preserve">, </w:t>
      </w:r>
      <w:r>
        <w:rPr>
          <w:shd w:fill="B7DDE8" w:val="clear"/>
        </w:rPr>
        <w:t>so that by faith we might receive the promise of the Spirit</w:t>
      </w:r>
      <w:r>
        <w:rPr>
          <w:b w:val="false"/>
          <w:i w:val="false"/>
          <w:color w:val="000000"/>
          <w:u w:val="none"/>
        </w:rPr>
        <w:t xml:space="preserve"> [1AGX]</w:t>
      </w:r>
      <w:r>
        <w:t>.</w:t>
      </w:r>
    </w:p>
    <w:p>
      <w:pPr>
        <w:pStyle w:val="Yellow"/>
        <w:rPr/>
      </w:pPr>
      <w:r>
        <w:rPr>
          <w:b/>
          <w:u w:val="none"/>
        </w:rPr>
        <w:t>1 Timothy 2:5-6</w:t>
      </w:r>
      <w:r>
        <w:rPr>
          <w:u w:val="none"/>
        </w:rPr>
        <w:t xml:space="preserve"> — For </w:t>
      </w:r>
      <w:r>
        <w:rPr>
          <w:u w:val="none"/>
          <w:color w:val="000000"/>
        </w:rPr>
        <w:t>there is one God</w:t>
      </w:r>
      <w:r>
        <w:rPr>
          <w:b w:val="false"/>
          <w:i w:val="false"/>
          <w:color w:val="000000"/>
          <w:u w:val="none"/>
        </w:rPr>
        <w:t xml:space="preserve"> [19FQ]</w:t>
      </w:r>
      <w:r>
        <w:rPr>
          <w:u w:val="none"/>
        </w:rPr>
        <w:t xml:space="preserve">, and </w:t>
      </w:r>
      <w:r>
        <w:rPr>
          <w:u w:val="none"/>
          <w:shd w:fill="B7DDE8" w:val="clear"/>
        </w:rPr>
        <w:t>there is one mediator between God and men, the man Christ Jesus</w:t>
      </w:r>
      <w:r>
        <w:rPr>
          <w:b w:val="false"/>
          <w:i w:val="false"/>
          <w:color w:val="000000"/>
          <w:u w:val="none"/>
        </w:rPr>
        <w:t xml:space="preserve"> [1BEB]</w:t>
      </w:r>
      <w:r>
        <w:rPr>
          <w:u w:val="none"/>
        </w:rPr>
        <w:t xml:space="preserve">, </w:t>
      </w:r>
      <w:r>
        <w:rPr>
          <w:u w:val="none"/>
          <w:shd w:fill="B7DDE8" w:val="clear"/>
        </w:rPr>
        <w:t>who gave Himself as a ransom for all</w:t>
      </w:r>
      <w:r>
        <w:rPr>
          <w:b w:val="false"/>
          <w:i w:val="false"/>
          <w:color w:val="000000"/>
          <w:u w:val="none"/>
        </w:rPr>
        <w:t xml:space="preserve"> [1BED]</w:t>
      </w:r>
    </w:p>
    <w:p>
      <w:pPr>
        <w:pStyle w:val="Yellow"/>
        <w:rPr/>
      </w:pPr>
      <w:r>
        <w:rPr>
          <w:highlight w:val="cyan"/>
        </w:rPr>
        <w:t xml:space="preserve">(He8:9ᶜ Days of former “covenant”) </w:t>
      </w:r>
      <w:r>
        <w:rPr>
          <w:b/>
          <w:highlight w:val="cyan"/>
        </w:rPr>
        <w:t>Hebrews 8:10</w:t>
      </w:r>
      <w:r>
        <w:rPr>
          <w:highlight w:val="cyan"/>
        </w:rPr>
        <w:t xml:space="preserve"> — For </w:t>
      </w:r>
      <w:r>
        <w:rPr>
          <w:highlight w:val="cyan"/>
          <w:shd w:fill="B7DDE8" w:val="clear"/>
        </w:rPr>
        <w:t xml:space="preserve">this is the </w:t>
      </w:r>
      <w:r>
        <w:rPr>
          <w:highlight w:val="cyan"/>
          <w:shd w:fill="B7DDE8" w:val="clear"/>
        </w:rPr>
        <w:t>covenant</w:t>
      </w:r>
      <w:r>
        <w:rPr>
          <w:highlight w:val="cyan"/>
          <w:shd w:fill="B7DDE8" w:val="clear"/>
        </w:rPr>
        <w:t xml:space="preserve"> I will make with the house of Israel after {those days}</w:t>
      </w:r>
      <w:r>
        <w:rPr>
          <w:b w:val="false"/>
          <w:i w:val="false"/>
          <w:color w:val="000000"/>
          <w:u w:val="none"/>
        </w:rPr>
        <w:t xml:space="preserve"> [2ACA]</w:t>
      </w:r>
      <w:r>
        <w:rPr>
          <w:highlight w:val="cyan"/>
        </w:rPr>
        <w:t xml:space="preserve">, declares the Lord. </w:t>
      </w:r>
      <w:r>
        <w:rPr>
          <w:highlight w:val="cyan"/>
          <w:shd w:fill="B7DDE8" w:val="clear"/>
        </w:rPr>
        <w:t xml:space="preserve">I will put My </w:t>
      </w:r>
      <w:r>
        <w:rPr>
          <w:highlight w:val="cyan"/>
          <w:shd w:fill="B7DDE8" w:val="clear"/>
        </w:rPr>
        <w:t>laws</w:t>
      </w:r>
      <w:r>
        <w:rPr>
          <w:highlight w:val="cyan"/>
          <w:shd w:fill="B7DDE8" w:val="clear"/>
        </w:rPr>
        <w:t xml:space="preserve"> in their minds and inscribe them on their hearts</w:t>
      </w:r>
      <w:r>
        <w:rPr>
          <w:b w:val="false"/>
          <w:i w:val="false"/>
          <w:color w:val="000000"/>
          <w:u w:val="none"/>
        </w:rPr>
        <w:t xml:space="preserve"> [2ACB]</w:t>
      </w:r>
      <w:r>
        <w:rPr>
          <w:highlight w:val="cyan"/>
        </w:rPr>
        <w:t xml:space="preserve">. And </w:t>
      </w:r>
      <w:r>
        <w:rPr>
          <w:shd w:fill="B7DDE8" w:val="clear"/>
        </w:rPr>
        <w:t>I will be their God, and they will be My people</w:t>
      </w:r>
      <w:r>
        <w:rPr>
          <w:b w:val="false"/>
          <w:i w:val="false"/>
          <w:color w:val="000000"/>
          <w:u w:val="none"/>
        </w:rPr>
        <w:t xml:space="preserve"> [9ACE]</w:t>
      </w:r>
      <w:r>
        <w:rPr>
          <w:highlight w:val="cyan"/>
        </w:rPr>
        <w:t>.</w:t>
      </w:r>
    </w:p>
    <w:p>
      <w:pPr>
        <w:pStyle w:val="Yellow"/>
        <w:rPr/>
      </w:pPr>
      <w:r>
        <w:rPr/>
        <w:t xml:space="preserve">(He8:8 “God”) </w:t>
      </w:r>
      <w:r>
        <w:rPr>
          <w:b/>
        </w:rPr>
        <w:t>Hebrews 8:13</w:t>
      </w:r>
      <w:r>
        <w:rPr/>
        <w:t xml:space="preserve"> — </w:t>
      </w:r>
      <w:r>
        <w:rPr>
          <w:shd w:fill="B7DDE8" w:val="clear"/>
        </w:rPr>
        <w:t xml:space="preserve">By speaking of </w:t>
      </w:r>
      <w:r>
        <w:rPr>
          <w:shd w:fill="B7DDE8" w:val="clear"/>
        </w:rPr>
        <w:t xml:space="preserve">a new </w:t>
      </w:r>
      <w:r>
        <w:rPr>
          <w:shd w:fill="B7DDE8" w:val="clear"/>
        </w:rPr>
        <w:t>covenant</w:t>
      </w:r>
      <w:r>
        <w:rPr>
          <w:shd w:fill="B7DDE8" w:val="clear"/>
        </w:rPr>
        <w:t>, {He} has made the first one obsolete</w:t>
      </w:r>
      <w:r>
        <w:rPr>
          <w:b w:val="false"/>
          <w:i w:val="false"/>
          <w:color w:val="000000"/>
          <w:u w:val="none"/>
        </w:rPr>
        <w:t xml:space="preserve"> [1ACH]</w:t>
      </w:r>
      <w:r>
        <w:rPr/>
        <w:t xml:space="preserve">; and </w:t>
      </w:r>
      <w:r>
        <w:rPr>
          <w:shd w:fill="B7DDE8" w:val="clear"/>
        </w:rPr>
        <w:t>what is obsolete and aging will soon disappear</w:t>
      </w:r>
      <w:r>
        <w:rPr>
          <w:b w:val="false"/>
          <w:i w:val="false"/>
          <w:color w:val="000000"/>
          <w:u w:val="none"/>
        </w:rPr>
        <w:t xml:space="preserve"> [1ACI]</w:t>
      </w:r>
      <w:r>
        <w:rPr/>
        <w:t>.</w:t>
      </w:r>
    </w:p>
    <w:p>
      <w:pPr>
        <w:pStyle w:val="Yellow"/>
        <w:rPr/>
      </w:pPr>
      <w:r>
        <w:rPr>
          <w:b/>
          <w:color w:val="auto"/>
        </w:rPr>
        <w:t>Hebrews 9:15</w:t>
      </w:r>
      <w:r>
        <w:rPr>
          <w:color w:val="auto"/>
        </w:rPr>
        <w:t xml:space="preserve"> — Therefore </w:t>
      </w:r>
      <w:r>
        <w:rPr>
          <w:color w:val="auto"/>
        </w:rPr>
        <w:t xml:space="preserve">Christ is the mediator of </w:t>
      </w:r>
      <w:r>
        <w:rPr>
          <w:color w:val="auto"/>
        </w:rPr>
        <w:t xml:space="preserve">a new </w:t>
      </w:r>
      <w:r>
        <w:rPr>
          <w:color w:val="auto"/>
        </w:rPr>
        <w:t>covenant</w:t>
      </w:r>
      <w:r>
        <w:rPr>
          <w:b w:val="false"/>
          <w:i w:val="false"/>
          <w:color w:val="auto"/>
          <w:u w:val="none"/>
        </w:rPr>
        <w:t xml:space="preserve"> [1ACV]</w:t>
      </w:r>
      <w:r>
        <w:rPr>
          <w:color w:val="auto"/>
        </w:rPr>
        <w:t xml:space="preserve">, so that </w:t>
      </w:r>
      <w:r>
        <w:rPr>
          <w:color w:val="auto"/>
        </w:rPr>
        <w:t xml:space="preserve">those who are called may receive the </w:t>
      </w:r>
      <w:r>
        <w:rPr>
          <w:color w:val="auto"/>
        </w:rPr>
        <w:t>promised</w:t>
      </w:r>
      <w:r>
        <w:rPr>
          <w:color w:val="auto"/>
        </w:rPr>
        <w:t xml:space="preserve"> eternal inheritance</w:t>
      </w:r>
      <w:r>
        <w:rPr>
          <w:b w:val="false"/>
          <w:i w:val="false"/>
          <w:color w:val="auto"/>
          <w:u w:val="none"/>
        </w:rPr>
        <w:t xml:space="preserve"> [1ACW]</w:t>
      </w:r>
    </w:p>
    <w:p>
      <w:pPr>
        <w:pStyle w:val="Yellow"/>
        <w:rPr/>
      </w:pPr>
      <w:r>
        <w:rPr/>
        <w:t xml:space="preserve">(He8:9ᶜ After former “covenant”² / 10 “Israel”¹) </w:t>
      </w:r>
      <w:r>
        <w:rPr>
          <w:b/>
        </w:rPr>
        <w:t>Hebrews 10:16-18</w:t>
      </w:r>
      <w:r>
        <w:rPr/>
        <w:t xml:space="preserve"> — “</w:t>
      </w:r>
      <w:r>
        <w:rPr>
          <w:shd w:val="clear" w:color="auto" w:fill="D9C3E6"/>
        </w:rPr>
        <w:t xml:space="preserve">This is the </w:t>
      </w:r>
      <w:r>
        <w:rPr>
          <w:shd w:val="clear" w:color="auto" w:fill="D9C3E6"/>
        </w:rPr>
        <w:t>covenant</w:t>
      </w:r>
      <w:r>
        <w:rPr>
          <w:shd w:val="clear" w:color="auto" w:fill="D9C3E6"/>
        </w:rPr>
        <w:t xml:space="preserve"> I will make with {them} after {those days}</w:t>
      </w:r>
      <w:r>
        <w:rPr>
          <w:b w:val="false"/>
          <w:i w:val="false"/>
          <w:color w:val="000000"/>
          <w:u w:val="none"/>
        </w:rPr>
        <w:t xml:space="preserve"> [2ACA]</w:t>
      </w:r>
      <w:r>
        <w:rPr>
          <w:shd w:val="clear" w:color="auto" w:fill="D9C3E6"/>
        </w:rPr>
        <w:t xml:space="preserve">, declares the Lord. </w:t>
      </w:r>
      <w:r>
        <w:rPr>
          <w:shd w:fill="B7DDE8" w:val="clear"/>
        </w:rPr>
        <w:t xml:space="preserve">I will put My </w:t>
      </w:r>
      <w:r>
        <w:rPr>
          <w:shd w:fill="B7DDE8" w:val="clear"/>
        </w:rPr>
        <w:t>laws</w:t>
      </w:r>
      <w:r>
        <w:rPr>
          <w:shd w:fill="B7DDE8" w:val="clear"/>
        </w:rPr>
        <w:t xml:space="preserve"> in their hearts and inscribe them on their minds</w:t>
      </w:r>
      <w:r>
        <w:rPr>
          <w:b w:val="false"/>
          <w:i w:val="false"/>
          <w:color w:val="000000"/>
          <w:u w:val="none"/>
        </w:rPr>
        <w:t xml:space="preserve"> [2ACB]</w:t>
      </w:r>
      <w:r>
        <w:rPr/>
        <w:t xml:space="preserve">.” </w:t>
      </w:r>
      <w:r>
        <w:rPr>
          <w:shd w:fill="B7DDE8" w:val="clear"/>
        </w:rPr>
        <w:t>Their sins and lawless acts I will remember no more</w:t>
      </w:r>
      <w:r>
        <w:rPr>
          <w:b w:val="false"/>
          <w:i w:val="false"/>
          <w:color w:val="000000"/>
          <w:u w:val="none"/>
        </w:rPr>
        <w:t xml:space="preserve"> [3ACC]</w:t>
      </w:r>
      <w:r>
        <w:rPr/>
        <w:t xml:space="preserve">.” And </w:t>
      </w:r>
      <w:r>
        <w:rPr>
          <w:shd w:fill="B7DDE8" w:val="clear"/>
        </w:rPr>
        <w:t>where these have been forgiven, an offering for sin is no longer needed</w:t>
      </w:r>
      <w:r>
        <w:rPr>
          <w:b w:val="false"/>
          <w:i w:val="false"/>
          <w:color w:val="000000"/>
          <w:u w:val="none"/>
        </w:rPr>
        <w:t xml:space="preserve"> [1ACD]</w:t>
      </w:r>
      <w:r>
        <w:rPr/>
        <w:t>.</w:t>
      </w:r>
    </w:p>
    <w:p>
      <w:pPr>
        <w:pStyle w:val="Yellow"/>
        <w:rPr/>
      </w:pPr>
      <w:r>
        <w:rPr>
          <w:b/>
        </w:rPr>
        <w:t xml:space="preserve">Hebrews 13:20-21</w:t>
      </w:r>
      <w:r>
        <w:rPr/>
        <w:t xml:space="preserve"> — Now may </w:t>
      </w:r>
      <w:r>
        <w:rPr>
          <w:shd w:fill="B7DDE8" w:val="clear"/>
        </w:rPr>
        <w:t xml:space="preserve">the God of peace</w:t>
      </w:r>
      <w:r>
        <w:rPr>
          <w:b w:val="false"/>
          <w:i w:val="false"/>
          <w:color w:val="000000"/>
          <w:u w:val="none"/>
        </w:rPr>
        <w:t xml:space="preserve"> [1GAI]</w:t>
      </w:r>
      <w:r>
        <w:rPr/>
        <w:t xml:space="preserve">, who </w:t>
      </w:r>
      <w:r>
        <w:rPr>
          <w:shd w:fill="B7DDE8" w:val="clear"/>
        </w:rPr>
        <w:t xml:space="preserve">through the blood of the eternal covenant brought back from the dead our Lord Jesus</w:t>
      </w:r>
      <w:r>
        <w:rPr>
          <w:b w:val="false"/>
          <w:i w:val="false"/>
          <w:color w:val="000000"/>
          <w:u w:val="none"/>
        </w:rPr>
        <w:t xml:space="preserve"> [1GAJ]</w:t>
      </w:r>
      <w:r>
        <w:rPr/>
        <w:t xml:space="preserve">, </w:t>
      </w:r>
      <w:r>
        <w:rPr>
          <w:shd w:fill="B7DDE8" w:val="clear"/>
        </w:rPr>
        <w:t xml:space="preserve">that great Shepherd of the sheep</w:t>
      </w:r>
      <w:r>
        <w:rPr>
          <w:b w:val="false"/>
          <w:i w:val="false"/>
          <w:color w:val="000000"/>
          <w:u w:val="none"/>
        </w:rPr>
        <w:t xml:space="preserve"> [1GAK]</w:t>
      </w:r>
      <w:r>
        <w:rPr/>
        <w:t xml:space="preserve">, </w:t>
      </w:r>
      <w:r>
        <w:rPr>
          <w:shd w:fill="B7DDE8" w:val="clear"/>
        </w:rPr>
        <w:t xml:space="preserve">equip you with every good thing to do His will</w:t>
      </w:r>
      <w:r>
        <w:rPr>
          <w:b w:val="false"/>
          <w:i w:val="false"/>
          <w:u w:val="none"/>
          <w:color w:val="000000"/>
        </w:rPr>
        <w:t xml:space="preserve"> [1GAL]</w:t>
      </w:r>
      <w:r>
        <w:rPr/>
        <w:t xml:space="preserve">. And </w:t>
      </w:r>
      <w:r>
        <w:rPr>
          <w:shd w:fill="B7DDE8" w:val="clear"/>
        </w:rPr>
        <w:t xml:space="preserve">may He accomplish in us what is pleasing in His sight through Jesus Christ</w:t>
      </w:r>
      <w:r>
        <w:rPr>
          <w:b w:val="false"/>
          <w:i w:val="false"/>
          <w:color w:val="000000"/>
          <w:u w:val="none"/>
        </w:rPr>
        <w:t xml:space="preserve"> [1GAM]</w:t>
      </w:r>
      <w:r>
        <w:rPr/>
        <w:t xml:space="preserve">, </w:t>
      </w:r>
      <w:r>
        <w:rPr>
          <w:shd w:fill="B7DDE8" w:val="clear"/>
        </w:rPr>
        <w:t xml:space="preserve">to whom be glory forever and ever</w:t>
      </w:r>
      <w:r>
        <w:rPr>
          <w:b w:val="false"/>
          <w:i w:val="false"/>
          <w:color w:val="000000"/>
          <w:u w:val="none"/>
        </w:rPr>
        <w:t xml:space="preserve"> [1GAN]</w:t>
      </w:r>
      <w:r>
        <w:rPr/>
        <w:t xml:space="preserve">. Amen.</w:t>
      </w:r>
    </w:p>
    <w:p>
      <w:r>
        <w:rPr>
          <w:b/>
          <w:sz w:val="32"/>
        </w:rPr>
        <w:t>Fruitfulness  (33)</w:t>
      </w:r>
    </w:p>
    <w:p>
      <w:pPr>
        <w:pStyle w:val="Yellow"/>
        <w:rPr/>
        <w:pBdr>
          <w:left w:val="single" w:sz="28" w:space="5" w:color="C00000"/>
        </w:pBdr>
      </w:pPr>
      <w:r>
        <w:rPr>
          <w:b/>
        </w:rPr>
        <w:t>Psalm 67:6–7</w:t>
      </w:r>
      <w:r>
        <w:rPr/>
        <w:t xml:space="preserve"> — </w:t>
      </w:r>
      <w:r>
        <w:rPr>
          <w:color w:val="000000"/>
          <w:shd w:val="clear" w:color="auto" w:fill="D9C3E6"/>
        </w:rPr>
        <w:t>The earth has yielded its harvest</w:t>
      </w:r>
      <w:r>
        <w:rPr>
          <w:b w:val="false"/>
          <w:i w:val="false"/>
          <w:color w:val="000000"/>
          <w:u w:val="none"/>
          <w:shd w:val="clear" w:color="auto" w:fill="F4B183"/>
        </w:rPr>
        <w:t xml:space="preserve"> [2CST]</w:t>
      </w:r>
      <w:r>
        <w:rPr>
          <w:shd w:val="clear" w:color="auto" w:fill="D9C3E6"/>
        </w:rPr>
        <w:t xml:space="preserve">; </w:t>
      </w:r>
      <w:r>
        <w:rPr>
          <w:shd w:val="clear" w:fill="F4B183" w:color="auto"/>
          <w:color w:val="000000"/>
        </w:rPr>
        <w:t>God, our God, blesses us</w:t>
      </w:r>
      <w:r>
        <w:rPr>
          <w:b w:val="false"/>
          <w:i w:val="false"/>
          <w:color w:val="000000"/>
          <w:u w:val="none"/>
          <w:shd w:val="clear" w:color="auto" w:fill="F4B183"/>
        </w:rPr>
        <w:t xml:space="preserve"> [2EDC]</w:t>
      </w:r>
      <w:r>
        <w:rPr/>
        <w:t xml:space="preserve">. </w:t>
      </w:r>
      <w:r>
        <w:rPr>
          <w:shd w:val="clear" w:fill="F4B183" w:color="auto"/>
          <w:color w:val="000000"/>
        </w:rPr>
        <w:t>God blesses us</w:t>
      </w:r>
      <w:r>
        <w:rPr>
          <w:b w:val="false"/>
          <w:i w:val="false"/>
          <w:color w:val="000000"/>
          <w:u w:val="none"/>
          <w:shd w:val="clear" w:color="auto" w:fill="F4B183"/>
        </w:rPr>
        <w:t xml:space="preserve"> [2EDC]</w:t>
      </w:r>
      <w:r>
        <w:rPr/>
        <w:t xml:space="preserve">, that </w:t>
      </w:r>
      <w:r>
        <w:rPr>
          <w:shd w:val="clear" w:fill="B7DDE8"/>
        </w:rPr>
        <w:t>all the ends of the earth shall fear Him</w:t>
      </w:r>
      <w:r>
        <w:rPr>
          <w:b w:val="false"/>
          <w:i w:val="false"/>
          <w:color w:val="000000"/>
          <w:u w:val="none"/>
        </w:rPr>
        <w:t xml:space="preserve"> [1EJR]</w:t>
      </w:r>
      <w:r>
        <w:rPr/>
        <w:t>.</w:t>
      </w:r>
    </w:p>
    <w:p>
      <w:pPr>
        <w:pStyle w:val="Yellow"/>
        <w:rPr/>
      </w:pPr>
      <w:r>
        <w:rPr/>
        <w:t xml:space="preserve">(Ps80:1 “Israel”) </w:t>
      </w:r>
      <w:r>
        <w:rPr>
          <w:b/>
        </w:rPr>
        <w:t xml:space="preserve">Psalm 80:8–9</w:t>
      </w:r>
      <w:r>
        <w:rPr/>
        <w:t xml:space="preserve"> — </w:t>
      </w:r>
      <w:r>
        <w:rPr>
          <w:shd w:fill="B7DDE8" w:val="clear"/>
        </w:rPr>
        <w:t xml:space="preserve">You uprooted {a vine} from Egypt</w:t>
      </w:r>
      <w:r>
        <w:rPr>
          <w:b w:val="false"/>
          <w:i w:val="false"/>
          <w:color w:val="000000"/>
          <w:u w:val="none"/>
        </w:rPr>
        <w:t xml:space="preserve"> [1KEB]</w:t>
      </w:r>
      <w:r>
        <w:rPr/>
        <w:t xml:space="preserve">; </w:t>
      </w:r>
      <w:r>
        <w:rPr>
          <w:shd w:fill="B7DDE8" w:val="clear"/>
        </w:rPr>
        <w:t xml:space="preserve">You drove out the nations and transplanted it</w:t>
      </w:r>
      <w:r>
        <w:rPr>
          <w:b w:val="false"/>
          <w:i w:val="false"/>
          <w:color w:val="000000"/>
          <w:u w:val="none"/>
        </w:rPr>
        <w:t xml:space="preserve"> [1KEC]</w:t>
      </w:r>
      <w:r>
        <w:rPr/>
        <w:t xml:space="preserve">. </w:t>
      </w:r>
      <w:r>
        <w:rPr>
          <w:shd w:fill="B7DDE8" w:val="clear"/>
        </w:rPr>
        <w:t xml:space="preserve">You cleared the ground for it</w:t>
      </w:r>
      <w:r>
        <w:rPr>
          <w:b w:val="false"/>
          <w:i w:val="false"/>
          <w:color w:val="000000"/>
          <w:u w:val="none"/>
        </w:rPr>
        <w:t xml:space="preserve"> [1KED]</w:t>
      </w:r>
      <w:r>
        <w:rPr/>
        <w:t xml:space="preserve">, and </w:t>
      </w:r>
      <w:r>
        <w:rPr>
          <w:shd w:fill="B7DDE8" w:val="clear"/>
        </w:rPr>
        <w:t xml:space="preserve">it took root and filled the land</w:t>
      </w:r>
      <w:r>
        <w:rPr>
          <w:b w:val="false"/>
          <w:i w:val="false"/>
          <w:color w:val="000000"/>
          <w:u w:val="none"/>
        </w:rPr>
        <w:t xml:space="preserve"> [1KEE]</w:t>
      </w:r>
      <w:r>
        <w:rPr/>
        <w:t xml:space="preserve">.</w:t>
      </w:r>
    </w:p>
    <w:p>
      <w:pPr>
        <w:pStyle w:val="Yellow"/>
        <w:rPr/>
      </w:pPr>
      <w:r>
        <w:rPr>
          <w:b/>
          <w:shd w:val="clear" w:color="auto" w:fill="548235"/>
          <w:color w:val="FFFFFF"/>
        </w:rPr>
        <w:t>Psalm 92:12–14</w:t>
      </w:r>
      <w:r>
        <w:rPr>
          <w:shd w:val="clear" w:color="auto" w:fill="548235"/>
          <w:color w:val="FFFFFF"/>
        </w:rPr>
        <w:t xml:space="preserve"> — </w:t>
      </w:r>
      <w:r>
        <w:rPr>
          <w:shd w:val="clear" w:fill="548235" w:color="auto"/>
          <w:color w:val="FFFFFF"/>
        </w:rPr>
        <w:t>The righteous will flourish like a palm tree, and grow like a cedar in Lebanon</w:t>
      </w:r>
      <w:r>
        <w:rPr>
          <w:b w:val="false"/>
          <w:i w:val="false"/>
          <w:color w:val="FFFFFF"/>
          <w:u w:val="none"/>
          <w:shd w:val="clear" w:color="auto" w:fill="548235"/>
        </w:rPr>
        <w:t xml:space="preserve"> [1FEF]</w:t>
      </w:r>
      <w:r>
        <w:rPr>
          <w:b w:val="false"/>
          <w:i w:val="false"/>
          <w:color w:val="FFFFFF"/>
          <w:u w:val="none"/>
          <w:shd w:val="clear" w:color="auto" w:fill="548235"/>
        </w:rPr>
        <w:t xml:space="preserve"> [1FEG]</w:t>
      </w:r>
      <w:r>
        <w:rPr>
          <w:shd w:val="clear" w:color="auto" w:fill="548235"/>
          <w:color w:val="FFFFFF"/>
        </w:rPr>
        <w:t xml:space="preserve">. </w:t>
      </w:r>
      <w:r>
        <w:rPr>
          <w:shd w:val="clear" w:fill="548235" w:color="auto"/>
          <w:color w:val="FFFFFF"/>
        </w:rPr>
        <w:t>Planted in the house of the LORD, they will flourish in the courts of our God</w:t>
      </w:r>
      <w:r>
        <w:rPr>
          <w:b w:val="false"/>
          <w:i w:val="false"/>
          <w:color w:val="FFFFFF"/>
          <w:u w:val="none"/>
          <w:shd w:val="clear" w:color="auto" w:fill="548235"/>
        </w:rPr>
        <w:t xml:space="preserve"> [1FEH]</w:t>
      </w:r>
      <w:r>
        <w:rPr>
          <w:shd w:val="clear" w:color="auto" w:fill="548235"/>
          <w:color w:val="FFFFFF"/>
        </w:rPr>
        <w:t xml:space="preserve">. </w:t>
      </w:r>
      <w:r>
        <w:rPr>
          <w:shd w:val="clear" w:fill="548235" w:color="auto"/>
          <w:color w:val="FFFFFF"/>
        </w:rPr>
        <w:t>In old age they will still bear fruit</w:t>
      </w:r>
      <w:r>
        <w:rPr>
          <w:b w:val="false"/>
          <w:i w:val="false"/>
          <w:color w:val="FFFFFF"/>
          <w:u w:val="none"/>
          <w:shd w:val="clear" w:color="auto" w:fill="548235"/>
        </w:rPr>
        <w:t xml:space="preserve"> [1FEI]</w:t>
      </w:r>
      <w:r>
        <w:rPr>
          <w:shd w:val="clear" w:color="auto" w:fill="548235"/>
          <w:color w:val="FFFFFF"/>
        </w:rPr>
        <w:t xml:space="preserve">; </w:t>
      </w:r>
      <w:r>
        <w:rPr>
          <w:shd w:val="clear" w:fill="548235" w:color="auto"/>
          <w:color w:val="FFFFFF"/>
        </w:rPr>
        <w:t>healthy and green they will remain</w:t>
      </w:r>
      <w:r>
        <w:rPr>
          <w:b w:val="false"/>
          <w:i w:val="false"/>
          <w:color w:val="FFFFFF"/>
          <w:u w:val="none"/>
          <w:shd w:val="clear" w:color="auto" w:fill="548235"/>
        </w:rPr>
        <w:t xml:space="preserve"> [1FEJ]</w:t>
      </w:r>
      <w:r>
        <w:rPr>
          <w:shd w:val="clear" w:color="auto" w:fill="548235"/>
          <w:color w:val="FFFFFF"/>
        </w:rPr>
        <w:t>,</w:t>
      </w:r>
    </w:p>
    <w:p>
      <w:pPr>
        <w:pStyle w:val="Yellow"/>
        <w:rPr/>
      </w:pPr>
      <w:r>
        <w:rPr/>
        <w:t xml:space="preserve">(Ps107:31 “the LORD”) </w:t>
      </w:r>
      <w:r>
        <w:rPr>
          <w:b/>
        </w:rPr>
        <w:t>Psalm 107:35</w:t>
      </w:r>
      <w:r>
        <w:rPr/>
        <w:t xml:space="preserve">- 38 — </w:t>
      </w:r>
      <w:r>
        <w:rPr>
          <w:color w:val="auto"/>
        </w:rPr>
        <w:t>{He} turns a desert into pools of water and a dry land into flowing springs</w:t>
      </w:r>
      <w:r>
        <w:rPr>
          <w:b w:val="false"/>
          <w:i w:val="false"/>
          <w:color w:val="FFFFFF"/>
          <w:u w:val="none"/>
          <w:shd w:val="clear" w:color="auto" w:fill="548235"/>
        </w:rPr>
        <w:t xml:space="preserve"> [2ECZ]</w:t>
      </w:r>
      <w:r>
        <w:rPr>
          <w:color w:val="auto"/>
        </w:rPr>
        <w:t xml:space="preserve">. </w:t>
      </w:r>
      <w:r>
        <w:rPr>
          <w:shd w:val="clear" w:fill="548235" w:color="auto"/>
          <w:color w:val="FFFFFF"/>
        </w:rPr>
        <w:t>He causes the hungry to settle there, that they may establish a city in which to dwell</w:t>
      </w:r>
      <w:r>
        <w:rPr>
          <w:b w:val="false"/>
          <w:i w:val="false"/>
          <w:color w:val="FFFFFF"/>
          <w:u w:val="none"/>
          <w:shd w:val="clear" w:color="auto" w:fill="548235"/>
        </w:rPr>
        <w:t xml:space="preserve"> [1EDA]</w:t>
      </w:r>
      <w:r>
        <w:rPr/>
        <w:t xml:space="preserve">. </w:t>
      </w:r>
      <w:r>
        <w:rPr>
          <w:shd w:val="clear" w:fill="B7DDE8"/>
        </w:rPr>
        <w:t>They sow fields and plant vineyards that yield a fruitful harvest</w:t>
      </w:r>
      <w:r>
        <w:rPr>
          <w:b w:val="false"/>
          <w:i w:val="false"/>
          <w:color w:val="000000"/>
          <w:u w:val="none"/>
        </w:rPr>
        <w:t xml:space="preserve"> [1EDB]</w:t>
      </w:r>
      <w:r>
        <w:rPr/>
        <w:t xml:space="preserve">. </w:t>
      </w:r>
      <w:r>
        <w:rPr>
          <w:shd w:val="clear" w:fill="B7DDE8"/>
        </w:rPr>
        <w:t>He blesses them</w:t>
      </w:r>
      <w:r>
        <w:rPr>
          <w:b w:val="false"/>
          <w:i w:val="false"/>
          <w:color w:val="000000"/>
          <w:u w:val="none"/>
        </w:rPr>
        <w:t xml:space="preserve"> [2EDC]</w:t>
      </w:r>
      <w:r>
        <w:rPr/>
        <w:t xml:space="preserve">, and </w:t>
      </w:r>
      <w:r>
        <w:rPr>
          <w:shd w:val="clear" w:fill="B7DDE8"/>
        </w:rPr>
        <w:t>they multiply greatly</w:t>
      </w:r>
      <w:r>
        <w:rPr>
          <w:b w:val="false"/>
          <w:i w:val="false"/>
          <w:color w:val="000000"/>
          <w:u w:val="none"/>
        </w:rPr>
        <w:t xml:space="preserve"> [4CHS]</w:t>
      </w:r>
      <w:r>
        <w:rPr/>
        <w:t xml:space="preserve">; </w:t>
      </w:r>
      <w:r>
        <w:rPr>
          <w:shd w:val="clear" w:fill="B7DDE8"/>
        </w:rPr>
        <w:t>He does not let their herds diminish</w:t>
      </w:r>
      <w:r>
        <w:rPr>
          <w:b w:val="false"/>
          <w:i w:val="false"/>
          <w:color w:val="000000"/>
          <w:u w:val="none"/>
        </w:rPr>
        <w:t xml:space="preserve"> [1EDD]</w:t>
      </w:r>
      <w:r>
        <w:rPr/>
        <w:t>.</w:t>
      </w:r>
    </w:p>
    <w:p>
      <w:pPr>
        <w:pStyle w:val="Green"/>
        <w:rPr/>
      </w:pPr>
      <w:r>
        <w:rPr/>
        <w:t xml:space="preserve">(Ps113:5 “the LORD our God”) </w:t>
      </w:r>
      <w:r>
        <w:rPr>
          <w:b/>
        </w:rPr>
        <w:t xml:space="preserve">Psalm 113:9</w:t>
      </w:r>
      <w:r>
        <w:rPr/>
        <w:t xml:space="preserve"> — </w:t>
      </w:r>
      <w:r>
        <w:rPr>
          <w:shd w:fill="B7DDE8" w:val="clear"/>
        </w:rPr>
        <w:t xml:space="preserve">{He} settles the barren woman in her home as a joyful mother to her children</w:t>
      </w:r>
      <w:r>
        <w:rPr>
          <w:b w:val="false"/>
          <w:i w:val="false"/>
          <w:color w:val="000000"/>
          <w:u w:val="none"/>
        </w:rPr>
        <w:t xml:space="preserve"> [1FYQ]</w:t>
      </w:r>
      <w:r>
        <w:rPr/>
        <w:t xml:space="preserve">. Hallelujah!</w:t>
      </w:r>
    </w:p>
    <w:p>
      <w:pPr>
        <w:pStyle w:val="Yellow"/>
        <w:rPr/>
      </w:pPr>
      <w:r>
        <w:rPr>
          <w:b/>
        </w:rPr>
        <w:t xml:space="preserve">Psalm 128:3–4</w:t>
      </w:r>
      <w:r>
        <w:rPr/>
        <w:t xml:space="preserve"> — </w:t>
      </w:r>
      <w:r>
        <w:rPr>
          <w:shd w:fill="B7DDE8" w:val="clear"/>
        </w:rPr>
        <w:t xml:space="preserve">Your wife will be like a fruitful vine flourishing within your house</w:t>
      </w:r>
      <w:r>
        <w:rPr>
          <w:b w:val="false"/>
          <w:i w:val="false"/>
          <w:color w:val="000000"/>
          <w:u w:val="none"/>
        </w:rPr>
        <w:t xml:space="preserve"> [1GTZ]</w:t>
      </w:r>
      <w:r>
        <w:rPr/>
        <w:t xml:space="preserve">, </w:t>
      </w:r>
      <w:r>
        <w:rPr>
          <w:shd w:fill="B7DDE8" w:val="clear"/>
        </w:rPr>
        <w:t xml:space="preserve">your sons like olive shoots sitting around your table</w:t>
      </w:r>
      <w:r>
        <w:rPr>
          <w:b w:val="false"/>
          <w:i w:val="false"/>
          <w:color w:val="000000"/>
          <w:u w:val="none"/>
        </w:rPr>
        <w:t xml:space="preserve"> [1GUA]</w:t>
      </w:r>
      <w:r>
        <w:rPr/>
        <w:t xml:space="preserve">. </w:t>
      </w:r>
      <w:r>
        <w:rPr>
          <w:shd w:fill="B7DDE8" w:val="clear"/>
        </w:rPr>
        <w:t xml:space="preserve">In this way indeed shall blessing come to the man who fears the LORD</w:t>
      </w:r>
      <w:r>
        <w:rPr>
          <w:b w:val="false"/>
          <w:i w:val="false"/>
          <w:color w:val="000000"/>
          <w:u w:val="none"/>
        </w:rPr>
        <w:t xml:space="preserve"> [1GUB]</w:t>
      </w:r>
      <w:r>
        <w:rPr/>
        <w:t xml:space="preserve">.</w:t>
      </w:r>
    </w:p>
    <w:p>
      <w:pPr>
        <w:pStyle w:val="Yellow"/>
        <w:rPr/>
      </w:pPr>
      <w:r>
        <w:rPr>
          <w:b/>
        </w:rPr>
        <w:t xml:space="preserve">Proverbs 11:30</w:t>
      </w:r>
      <w:r>
        <w:rPr/>
        <w:t xml:space="preserve"> — </w:t>
      </w:r>
      <w:r>
        <w:rPr>
          <w:shd w:fill="B7DDE8" w:val="clear"/>
        </w:rPr>
        <w:t xml:space="preserve">The fruit of the righteous is a tree of life</w:t>
      </w:r>
      <w:r>
        <w:rPr>
          <w:b w:val="false"/>
          <w:i w:val="false"/>
          <w:color w:val="000000"/>
          <w:u w:val="none"/>
        </w:rPr>
        <w:t xml:space="preserve"> [1HKC]</w:t>
      </w:r>
      <w:r>
        <w:rPr/>
        <w:t xml:space="preserve">, and </w:t>
      </w:r>
      <w:r>
        <w:rPr>
          <w:shd w:fill="B7DDE8" w:val="clear"/>
        </w:rPr>
        <w:t xml:space="preserve">he who wins souls is wise</w:t>
      </w:r>
      <w:r>
        <w:rPr>
          <w:b w:val="false"/>
          <w:i w:val="false"/>
          <w:color w:val="000000"/>
          <w:u w:val="none"/>
        </w:rPr>
        <w:t xml:space="preserve"> [1HKD]</w:t>
      </w:r>
      <w:r>
        <w:rPr/>
        <w:t xml:space="preserve">.</w:t>
      </w:r>
    </w:p>
    <w:p>
      <w:pPr>
        <w:pStyle w:val="Yellow"/>
        <w:rPr/>
      </w:pPr>
      <w:r>
        <w:rPr/>
        <w:t xml:space="preserve">(Is51:2 God blessed and multiplied Abraham) </w:t>
      </w:r>
      <w:r>
        <w:rPr>
          <w:b/>
        </w:rPr>
        <w:t>Isaiah 51:3</w:t>
      </w:r>
      <w:r>
        <w:rPr/>
        <w:t xml:space="preserve"> — {For} </w:t>
      </w:r>
      <w:r>
        <w:rPr>
          <w:shd w:fill="F4B183" w:val="clear" w:color="auto"/>
          <w:color w:val="000000"/>
        </w:rPr>
        <w:t>the LORD will comfort Zion</w:t>
      </w:r>
      <w:r>
        <w:rPr>
          <w:b w:val="false"/>
          <w:i w:val="false"/>
          <w:color w:val="000000"/>
          <w:u w:val="none"/>
          <w:shd w:val="clear" w:color="auto" w:fill="F4B183"/>
        </w:rPr>
        <w:t xml:space="preserve"> [1FUY]</w:t>
      </w:r>
      <w:r>
        <w:rPr/>
        <w:t xml:space="preserve"> and </w:t>
      </w:r>
      <w:r>
        <w:rPr>
          <w:shd w:fill="F4B183" w:val="clear" w:color="auto"/>
          <w:color w:val="000000"/>
        </w:rPr>
        <w:t>will look with compassion on all her ruins</w:t>
      </w:r>
      <w:r>
        <w:rPr>
          <w:b w:val="false"/>
          <w:i w:val="false"/>
          <w:color w:val="000000"/>
          <w:u w:val="none"/>
          <w:shd w:val="clear" w:color="auto" w:fill="F4B183"/>
        </w:rPr>
        <w:t xml:space="preserve"> [1FUZ]</w:t>
      </w:r>
      <w:r>
        <w:rPr/>
        <w:t xml:space="preserve">; </w:t>
      </w:r>
      <w:r>
        <w:rPr>
          <w:shd w:fill="B7DDE8" w:val="clear"/>
        </w:rPr>
        <w:t>He will make her wilderness like Eden and her desert like the garden of the LORD</w:t>
      </w:r>
      <w:r>
        <w:rPr>
          <w:b w:val="false"/>
          <w:i w:val="false"/>
          <w:color w:val="000000"/>
          <w:u w:val="none"/>
        </w:rPr>
        <w:t xml:space="preserve"> [1FVA]</w:t>
      </w:r>
      <w:r>
        <w:rPr>
          <w:shd w:val="clear" w:color="auto" w:fill="548235"/>
          <w:color w:val="FFFFFF"/>
        </w:rPr>
        <w:t xml:space="preserve">. </w:t>
      </w:r>
      <w:r>
        <w:rPr>
          <w:shd w:fill="548235" w:val="clear" w:color="auto"/>
          <w:color w:val="FFFFFF"/>
        </w:rPr>
        <w:t>Joy and gladness will be found in her, thanksgiving and melodious song</w:t>
      </w:r>
      <w:r>
        <w:rPr>
          <w:b w:val="false"/>
          <w:i w:val="false"/>
          <w:color w:val="FFFFFF"/>
          <w:u w:val="none"/>
          <w:shd w:val="clear" w:color="auto" w:fill="548235"/>
        </w:rPr>
        <w:t xml:space="preserve"> [1FVB]</w:t>
      </w:r>
      <w:r>
        <w:rPr>
          <w:shd w:val="clear" w:color="auto" w:fill="548235"/>
          <w:color w:val="FFFFFF"/>
        </w:rPr>
        <w:t>.</w:t>
      </w:r>
    </w:p>
    <w:p>
      <w:pPr>
        <w:pStyle w:val="Yellow"/>
        <w:rPr/>
      </w:pPr>
      <w:r>
        <w:rPr>
          <w:b/>
        </w:rPr>
        <w:t xml:space="preserve">Isaiah 55:13</w:t>
      </w:r>
      <w:r>
        <w:rPr/>
        <w:t xml:space="preserve"> — </w:t>
      </w:r>
      <w:r>
        <w:rPr>
          <w:shd w:fill="B7DDE8" w:val="clear"/>
        </w:rPr>
        <w:t xml:space="preserve">Instead of the thornbush, the cypress will grow</w:t>
      </w:r>
      <w:r>
        <w:rPr>
          <w:b w:val="false"/>
          <w:i w:val="false"/>
          <w:color w:val="000000"/>
          <w:u w:val="none"/>
        </w:rPr>
        <w:t xml:space="preserve"> [1JOG]</w:t>
      </w:r>
      <w:r>
        <w:rPr/>
        <w:t xml:space="preserve">, and </w:t>
      </w:r>
      <w:r>
        <w:rPr>
          <w:shd w:fill="B7DDE8" w:val="clear"/>
        </w:rPr>
        <w:t xml:space="preserve">instead of the brier, the myrtle will spring up</w:t>
      </w:r>
      <w:r>
        <w:rPr>
          <w:b w:val="false"/>
          <w:i w:val="false"/>
          <w:color w:val="000000"/>
          <w:u w:val="none"/>
        </w:rPr>
        <w:t xml:space="preserve"> [1JOH]</w:t>
      </w:r>
      <w:r>
        <w:rPr/>
        <w:t xml:space="preserve">; </w:t>
      </w:r>
      <w:r>
        <w:rPr>
          <w:shd w:fill="B7DDE8" w:val="clear"/>
        </w:rPr>
        <w:t xml:space="preserve">this will make a name for the LORD</w:t>
      </w:r>
      <w:r>
        <w:rPr>
          <w:b w:val="false"/>
          <w:i w:val="false"/>
          <w:color w:val="000000"/>
          <w:u w:val="none"/>
        </w:rPr>
        <w:t xml:space="preserve"> [1JOI]</w:t>
      </w:r>
      <w:r>
        <w:rPr/>
        <w:t xml:space="preserve">, </w:t>
      </w:r>
      <w:r>
        <w:rPr>
          <w:shd w:fill="B7DDE8" w:val="clear"/>
        </w:rPr>
        <w:t xml:space="preserve">an everlasting sign, never to be destroyed</w:t>
      </w:r>
      <w:r>
        <w:rPr>
          <w:b w:val="false"/>
          <w:i w:val="false"/>
          <w:color w:val="000000"/>
          <w:u w:val="none"/>
        </w:rPr>
        <w:t xml:space="preserve"> [1JOJ]</w:t>
      </w:r>
      <w:r>
        <w:rPr/>
        <w:t xml:space="preserve">.”</w:t>
      </w:r>
    </w:p>
    <w:p>
      <w:pPr>
        <w:pStyle w:val="Yellow"/>
        <w:rPr/>
      </w:pPr>
      <w:r>
        <w:rPr>
          <w:b/>
        </w:rPr>
        <w:t>Isaiah 60:21</w:t>
      </w:r>
      <w:r>
        <w:rPr/>
        <w:t xml:space="preserve"> — </w:t>
      </w:r>
      <w:r>
        <w:rPr>
          <w:shd w:fill="B7DDE8" w:val="clear"/>
        </w:rPr>
        <w:t>All your people will be righteous</w:t>
      </w:r>
      <w:r>
        <w:rPr>
          <w:b w:val="false"/>
          <w:i w:val="false"/>
          <w:color w:val="000000"/>
          <w:u w:val="none"/>
        </w:rPr>
        <w:t xml:space="preserve"> [1ABD]</w:t>
      </w:r>
      <w:r>
        <w:rPr/>
        <w:t xml:space="preserve">; </w:t>
      </w:r>
      <w:r>
        <w:rPr>
          <w:shd w:fill="B7DDE8" w:val="clear"/>
        </w:rPr>
        <w:t xml:space="preserve">they will </w:t>
      </w:r>
      <w:r>
        <w:rPr>
          <w:shd w:fill="B7DDE8" w:val="clear"/>
        </w:rPr>
        <w:t>possess</w:t>
      </w:r>
      <w:r>
        <w:rPr>
          <w:shd w:fill="B7DDE8" w:val="clear"/>
        </w:rPr>
        <w:t xml:space="preserve"> the land </w:t>
      </w:r>
      <w:r>
        <w:rPr>
          <w:shd w:fill="B7DDE8" w:val="clear"/>
        </w:rPr>
        <w:t>forever</w:t>
      </w:r>
      <w:r>
        <w:rPr>
          <w:b w:val="false"/>
          <w:i w:val="false"/>
          <w:color w:val="000000"/>
          <w:u w:val="none"/>
        </w:rPr>
        <w:t xml:space="preserve"> [1ABE]</w:t>
      </w:r>
      <w:r>
        <w:rPr/>
        <w:t xml:space="preserve">; </w:t>
      </w:r>
      <w:r>
        <w:rPr>
          <w:shd w:fill="B7DDE8" w:val="clear"/>
        </w:rPr>
        <w:t>they are the branch of My planting, the work of My hands</w:t>
      </w:r>
      <w:r>
        <w:rPr>
          <w:b w:val="false"/>
          <w:i w:val="false"/>
          <w:color w:val="000000"/>
          <w:u w:val="none"/>
        </w:rPr>
        <w:t xml:space="preserve"> [1ABF]</w:t>
      </w:r>
      <w:r>
        <w:rPr/>
        <w:t xml:space="preserve">, </w:t>
      </w:r>
      <w:r>
        <w:rPr>
          <w:shd w:fill="B7DDE8" w:val="clear"/>
        </w:rPr>
        <w:t>so that I may be glorified</w:t>
      </w:r>
      <w:r>
        <w:rPr>
          <w:b w:val="false"/>
          <w:i w:val="false"/>
          <w:u w:val="none"/>
          <w:color w:val="000000"/>
        </w:rPr>
        <w:t xml:space="preserve"> [2ABG]</w:t>
      </w:r>
      <w:r>
        <w:rPr/>
        <w:t>.</w:t>
      </w:r>
    </w:p>
    <w:p>
      <w:pPr>
        <w:pStyle w:val="Yellow"/>
        <w:rPr/>
      </w:pPr>
      <w:r>
        <w:rPr>
          <w:b/>
        </w:rPr>
        <w:t xml:space="preserve">Isaiah 60:22</w:t>
      </w:r>
      <w:r>
        <w:rPr/>
        <w:t xml:space="preserve"> — </w:t>
      </w:r>
      <w:r>
        <w:rPr>
          <w:shd w:fill="B7DDE8" w:val="clear"/>
        </w:rPr>
        <w:t xml:space="preserve">The least of you will become a thousand, and the smallest a mighty nation</w:t>
      </w:r>
      <w:r>
        <w:rPr>
          <w:b w:val="false"/>
          <w:i w:val="false"/>
          <w:color w:val="000000"/>
          <w:u w:val="none"/>
        </w:rPr>
        <w:t xml:space="preserve"> [1LOX]</w:t>
      </w:r>
      <w:r>
        <w:rPr/>
        <w:t xml:space="preserve">. </w:t>
      </w:r>
      <w:r>
        <w:rPr>
          <w:shd w:fill="B7DDE8" w:val="clear"/>
        </w:rPr>
        <w:t xml:space="preserve">I am the LORD</w:t>
      </w:r>
      <w:r>
        <w:rPr>
          <w:b w:val="false"/>
          <w:i w:val="false"/>
          <w:color w:val="000000"/>
          <w:u w:val="none"/>
        </w:rPr>
        <w:t xml:space="preserve"> [5MA]</w:t>
      </w:r>
      <w:r>
        <w:rPr/>
        <w:t xml:space="preserve">; </w:t>
      </w:r>
      <w:r>
        <w:rPr>
          <w:shd w:fill="B7DDE8" w:val="clear"/>
        </w:rPr>
        <w:t xml:space="preserve">in its time I will accomplish it quickly</w:t>
      </w:r>
      <w:r>
        <w:rPr>
          <w:b w:val="false"/>
          <w:i w:val="false"/>
          <w:color w:val="000000"/>
          <w:u w:val="none"/>
        </w:rPr>
        <w:t xml:space="preserve"> [1LOY]</w:t>
      </w:r>
      <w:r>
        <w:rPr/>
        <w:t xml:space="preserve">.</w:t>
      </w:r>
    </w:p>
    <w:p>
      <w:pPr>
        <w:pStyle w:val="Yellow"/>
        <w:rPr/>
      </w:pPr>
      <w:r>
        <w:rPr/>
        <w:t xml:space="preserve">(Jer11:17ᶜ “provoking Me to anger by burning incense to Baal”) </w:t>
      </w:r>
      <w:r>
        <w:rPr>
          <w:b/>
        </w:rPr>
        <w:t>Jeremiah 11:16</w:t>
      </w:r>
      <w:r>
        <w:rPr/>
        <w:t xml:space="preserve"> — </w:t>
      </w:r>
      <w:r>
        <w:rPr>
          <w:shd w:fill="B7DDE8" w:val="clear"/>
        </w:rPr>
        <w:t>The LORD once called you a flourishing olive tree, beautiful with well-formed fruit</w:t>
      </w:r>
      <w:r>
        <w:rPr>
          <w:b w:val="false"/>
          <w:i w:val="false"/>
          <w:color w:val="000000"/>
          <w:u w:val="none"/>
        </w:rPr>
        <w:t xml:space="preserve"> [1LE]</w:t>
      </w:r>
      <w:r>
        <w:rPr/>
        <w:t xml:space="preserve">. But </w:t>
      </w:r>
      <w:r>
        <w:rPr>
          <w:shd w:fill="B7DDE8" w:val="clear"/>
        </w:rPr>
        <w:t>with a mighty roar He will set it on fire, and its branches will be consumed</w:t>
      </w:r>
      <w:r>
        <w:rPr>
          <w:b w:val="false"/>
          <w:i w:val="false"/>
          <w:color w:val="000000"/>
          <w:u w:val="none"/>
        </w:rPr>
        <w:t xml:space="preserve"> [1ID]</w:t>
      </w:r>
      <w:r>
        <w:rPr/>
        <w:t>.</w:t>
      </w:r>
    </w:p>
    <w:p>
      <w:pPr>
        <w:pStyle w:val="Yellow"/>
        <w:rPr/>
      </w:pPr>
      <w:r>
        <w:rPr>
          <w:b/>
        </w:rPr>
        <w:t xml:space="preserve">Jeremiah 17:5–6</w:t>
      </w:r>
      <w:r>
        <w:rPr/>
        <w:t xml:space="preserve"> — “</w:t>
      </w:r>
      <w:r>
        <w:rPr>
          <w:shd w:fill="B7DDE8" w:val="clear"/>
        </w:rPr>
        <w:t xml:space="preserve">Cursed is the man who trusts in mankind, who makes the flesh his strength and turns his heart from the LORD</w:t>
      </w:r>
      <w:r>
        <w:rPr>
          <w:b w:val="false"/>
          <w:i w:val="false"/>
          <w:color w:val="000000"/>
          <w:u w:val="none"/>
        </w:rPr>
        <w:t xml:space="preserve"> [1JEA]</w:t>
      </w:r>
      <w:r>
        <w:rPr/>
        <w:t xml:space="preserve">. </w:t>
      </w:r>
      <w:r>
        <w:rPr>
          <w:shd w:fill="B7DDE8" w:val="clear"/>
        </w:rPr>
        <w:t xml:space="preserve">He will be like a shrub in the desert</w:t>
      </w:r>
      <w:r>
        <w:rPr>
          <w:b w:val="false"/>
          <w:i w:val="false"/>
          <w:color w:val="000000"/>
          <w:u w:val="none"/>
        </w:rPr>
        <w:t xml:space="preserve"> [1JEB]</w:t>
      </w:r>
      <w:r>
        <w:rPr/>
        <w:t xml:space="preserve">; </w:t>
      </w:r>
      <w:r>
        <w:rPr>
          <w:shd w:fill="B7DDE8" w:val="clear"/>
        </w:rPr>
        <w:t xml:space="preserve">he will not see when prosperity comes</w:t>
      </w:r>
      <w:r>
        <w:rPr>
          <w:b w:val="false"/>
          <w:i w:val="false"/>
          <w:color w:val="000000"/>
          <w:u w:val="none"/>
        </w:rPr>
        <w:t xml:space="preserve"> [1JEC]</w:t>
      </w:r>
      <w:r>
        <w:rPr/>
        <w:t xml:space="preserve">. </w:t>
      </w:r>
      <w:r>
        <w:rPr>
          <w:shd w:fill="B7DDE8" w:val="clear"/>
        </w:rPr>
        <w:t xml:space="preserve">He will dwell in the parched places of the desert, in a salt land where no one lives</w:t>
      </w:r>
      <w:r>
        <w:rPr>
          <w:b w:val="false"/>
          <w:i w:val="false"/>
          <w:color w:val="000000"/>
          <w:u w:val="none"/>
        </w:rPr>
        <w:t xml:space="preserve"> [1JED]</w:t>
      </w:r>
      <w:r>
        <w:rPr/>
        <w:t xml:space="preserve">.</w:t>
      </w:r>
    </w:p>
    <w:p>
      <w:pPr>
        <w:pStyle w:val="Yellow"/>
        <w:rPr/>
      </w:pPr>
      <w:r>
        <w:rPr/>
        <w:t xml:space="preserve">(Ho14:2–4ᶜ if Israel obeys “return to the LORD” and renounces “Our gods!” / because “I will freely love them”) </w:t>
      </w:r>
      <w:r>
        <w:rPr>
          <w:b/>
        </w:rPr>
        <w:t xml:space="preserve">Hosea 14:5-6</w:t>
      </w:r>
      <w:r>
        <w:rPr/>
        <w:t xml:space="preserve"> — </w:t>
      </w:r>
      <w:r>
        <w:rPr>
          <w:shd w:fill="B7DDE8" w:val="clear"/>
        </w:rPr>
        <w:t xml:space="preserve">I will be like the dew to Israel</w:t>
      </w:r>
      <w:r>
        <w:rPr>
          <w:b w:val="false"/>
          <w:i w:val="false"/>
          <w:color w:val="000000"/>
          <w:u w:val="none"/>
        </w:rPr>
        <w:t xml:space="preserve"> [1KLR]</w:t>
      </w:r>
      <w:r>
        <w:rPr/>
        <w:t xml:space="preserve">; </w:t>
      </w:r>
      <w:r>
        <w:rPr>
          <w:shd w:fill="B7DDE8" w:val="clear"/>
        </w:rPr>
        <w:t xml:space="preserve">he will blossom like the lily</w:t>
      </w:r>
      <w:r>
        <w:rPr>
          <w:b w:val="false"/>
          <w:i w:val="false"/>
          <w:color w:val="000000"/>
          <w:u w:val="none"/>
        </w:rPr>
        <w:t xml:space="preserve"> [1KLS]</w:t>
      </w:r>
      <w:r>
        <w:rPr/>
        <w:t xml:space="preserve"> and </w:t>
      </w:r>
      <w:r>
        <w:rPr>
          <w:shd w:fill="B7DDE8" w:val="clear"/>
        </w:rPr>
        <w:t xml:space="preserve">take root like the cedars of Lebanon</w:t>
      </w:r>
      <w:r>
        <w:rPr>
          <w:b w:val="false"/>
          <w:i w:val="false"/>
          <w:color w:val="000000"/>
          <w:u w:val="none"/>
        </w:rPr>
        <w:t xml:space="preserve"> [1KLT]</w:t>
      </w:r>
      <w:r>
        <w:rPr/>
        <w:t xml:space="preserve">. </w:t>
      </w:r>
      <w:r>
        <w:rPr>
          <w:shd w:fill="B7DDE8" w:val="clear"/>
        </w:rPr>
        <w:t xml:space="preserve">His shoots will sprout</w:t>
      </w:r>
      <w:r>
        <w:rPr>
          <w:b w:val="false"/>
          <w:i w:val="false"/>
          <w:color w:val="000000"/>
          <w:u w:val="none"/>
        </w:rPr>
        <w:t xml:space="preserve"> [1KLU]</w:t>
      </w:r>
      <w:r>
        <w:rPr/>
        <w:t xml:space="preserve">, and </w:t>
      </w:r>
      <w:r>
        <w:rPr>
          <w:shd w:fill="B7DDE8" w:val="clear"/>
        </w:rPr>
        <w:t xml:space="preserve">his splendor will be like the olive tree</w:t>
      </w:r>
      <w:r>
        <w:rPr>
          <w:b w:val="false"/>
          <w:i w:val="false"/>
          <w:color w:val="000000"/>
          <w:u w:val="none"/>
        </w:rPr>
        <w:t xml:space="preserve"> [1KLV]</w:t>
      </w:r>
      <w:r>
        <w:rPr/>
        <w:t xml:space="preserve">, </w:t>
      </w:r>
      <w:r>
        <w:rPr>
          <w:shd w:fill="B7DDE8" w:val="clear"/>
        </w:rPr>
        <w:t xml:space="preserve">his fragrance like the cedars of Lebanon</w:t>
      </w:r>
      <w:r>
        <w:rPr>
          <w:b w:val="false"/>
          <w:i w:val="false"/>
          <w:color w:val="000000"/>
          <w:u w:val="none"/>
        </w:rPr>
        <w:t xml:space="preserve"> [1KLW]</w:t>
      </w:r>
      <w:r>
        <w:rPr/>
        <w:t xml:space="preserve">.</w:t>
      </w:r>
    </w:p>
    <w:p>
      <w:pPr>
        <w:pStyle w:val="Yellow"/>
        <w:rPr/>
      </w:pPr>
      <w:r>
        <w:rPr/>
        <w:t xml:space="preserve">(Hag1:12ᶜ Because the remnant “obeyed the voice of the LORD”) </w:t>
      </w:r>
      <w:r>
        <w:rPr>
          <w:b/>
        </w:rPr>
        <w:t>Haggai 2:19</w:t>
      </w:r>
      <w:r>
        <w:rPr/>
        <w:t xml:space="preserve"> — </w:t>
      </w:r>
      <w:r>
        <w:rPr>
          <w:shd w:val="clear" w:fill="B7DDE8"/>
        </w:rPr>
        <w:t>Is there still seed in the barn</w:t>
      </w:r>
      <w:r>
        <w:rPr>
          <w:b w:val="false"/>
          <w:i w:val="false"/>
          <w:color w:val="000000"/>
          <w:u w:val="none"/>
        </w:rPr>
        <w:t xml:space="preserve"> [1EDT]</w:t>
      </w:r>
      <w:r>
        <w:rPr/>
        <w:t xml:space="preserve">? </w:t>
      </w:r>
      <w:r>
        <w:rPr>
          <w:shd w:val="clear" w:fill="B7DDE8"/>
        </w:rPr>
        <w:t>The vine, the fig, the pomegranate, and the olive tree have not yet yielded fruit</w:t>
      </w:r>
      <w:r>
        <w:rPr>
          <w:b w:val="false"/>
          <w:i w:val="false"/>
          <w:color w:val="000000"/>
          <w:u w:val="none"/>
        </w:rPr>
        <w:t xml:space="preserve"> [1EDU]</w:t>
      </w:r>
      <w:r>
        <w:rPr/>
        <w:t xml:space="preserve">. But </w:t>
      </w:r>
      <w:r>
        <w:rPr>
          <w:shd w:val="clear" w:fill="B7DDE8"/>
        </w:rPr>
        <w:t>from this day on, I will bless you</w:t>
      </w:r>
      <w:r>
        <w:rPr>
          <w:b w:val="false"/>
          <w:i w:val="false"/>
          <w:color w:val="000000"/>
          <w:u w:val="none"/>
        </w:rPr>
        <w:t xml:space="preserve"> [1EDV]</w:t>
      </w:r>
      <w:r>
        <w:rPr/>
        <w:t>.”</w:t>
      </w:r>
    </w:p>
    <w:p>
      <w:pPr>
        <w:pStyle w:val="Yellow"/>
        <w:rPr/>
      </w:pPr>
      <w:r>
        <w:rPr>
          <w:b/>
          <w:u w:val="none"/>
          <w:shd w:fill="F4CCCC" w:val="clear"/>
        </w:rPr>
        <w:t>Matthew 3:10</w:t>
      </w:r>
      <w:r>
        <w:rPr>
          <w:u w:val="none"/>
          <w:shd w:fill="F4CCCC" w:val="clear"/>
        </w:rPr>
        <w:t xml:space="preserve"> — </w:t>
      </w:r>
      <w:r>
        <w:rPr>
          <w:u w:val="none"/>
          <w:shd w:fill="B7DDE8" w:val="clear"/>
        </w:rPr>
        <w:t>every tree that does not produce good fruit will be cut down and thrown into the fire</w:t>
      </w:r>
      <w:r>
        <w:rPr>
          <w:b w:val="false"/>
          <w:i w:val="false"/>
          <w:color w:val="000000"/>
          <w:u w:val="none"/>
        </w:rPr>
        <w:t xml:space="preserve"> [3MDI]</w:t>
      </w:r>
      <w:r>
        <w:rPr>
          <w:u w:val="none"/>
          <w:shd w:fill="F4CCCC" w:val="clear"/>
        </w:rPr>
        <w:t>.</w:t>
      </w:r>
    </w:p>
    <w:p>
      <w:pPr>
        <w:pStyle w:val="Yellow"/>
        <w:rPr/>
      </w:pPr>
      <w:r>
        <w:rPr/>
        <w:t xml:space="preserve">(Mt7:15–16 Regarding “false prophets”: “By their fruit you will recognize them”¹) </w:t>
      </w:r>
      <w:r>
        <w:rPr>
          <w:b/>
        </w:rPr>
        <w:t>Matthew 7:17</w:t>
      </w:r>
      <w:r>
        <w:rPr/>
        <w:t xml:space="preserve"> — {Likewise}, </w:t>
      </w:r>
      <w:r>
        <w:rPr>
          <w:shd w:fill="B7DDE8" w:val="clear"/>
        </w:rPr>
        <w:t>every good tree bears good fruit</w:t>
      </w:r>
      <w:r>
        <w:rPr>
          <w:b w:val="false"/>
          <w:i w:val="false"/>
          <w:color w:val="000000"/>
          <w:u w:val="none"/>
        </w:rPr>
        <w:t xml:space="preserve"> [1MDE]</w:t>
      </w:r>
      <w:r>
        <w:rPr/>
        <w:t xml:space="preserve">, but </w:t>
      </w:r>
      <w:r>
        <w:rPr>
          <w:shd w:fill="B7DDE8" w:val="clear"/>
        </w:rPr>
        <w:t>a bad tree bears bad fruit</w:t>
      </w:r>
      <w:r>
        <w:rPr>
          <w:b w:val="false"/>
          <w:i w:val="false"/>
          <w:color w:val="000000"/>
          <w:u w:val="none"/>
        </w:rPr>
        <w:t xml:space="preserve"> [1MDF]</w:t>
      </w:r>
      <w:r>
        <w:rPr/>
        <w:t>.</w:t>
      </w:r>
    </w:p>
    <w:p>
      <w:pPr>
        <w:pStyle w:val="Yellow"/>
        <w:rPr/>
      </w:pPr>
      <w:r>
        <w:rPr>
          <w:b/>
        </w:rPr>
        <w:t>Matthew 7:18</w:t>
      </w:r>
      <w:r>
        <w:rPr/>
        <w:t xml:space="preserve"> — </w:t>
      </w:r>
      <w:r>
        <w:rPr>
          <w:shd w:fill="B7DDE8" w:val="clear"/>
        </w:rPr>
        <w:t>A good tree cannot bear bad fruit</w:t>
      </w:r>
      <w:r>
        <w:rPr>
          <w:b w:val="false"/>
          <w:i w:val="false"/>
          <w:color w:val="000000"/>
          <w:u w:val="none"/>
        </w:rPr>
        <w:t xml:space="preserve"> [1MDG]</w:t>
      </w:r>
      <w:r>
        <w:rPr/>
        <w:t xml:space="preserve">, and </w:t>
      </w:r>
      <w:r>
        <w:rPr>
          <w:shd w:fill="B7DDE8" w:val="clear"/>
        </w:rPr>
        <w:t>a bad tree cannot bear good fruit</w:t>
      </w:r>
      <w:r>
        <w:rPr>
          <w:b w:val="false"/>
          <w:i w:val="false"/>
          <w:color w:val="000000"/>
          <w:u w:val="none"/>
        </w:rPr>
        <w:t xml:space="preserve"> [1MDH]</w:t>
      </w:r>
      <w:r>
        <w:rPr/>
        <w:t>.</w:t>
      </w:r>
    </w:p>
    <w:p>
      <w:pPr>
        <w:pStyle w:val="Yellow"/>
        <w:rPr/>
      </w:pPr>
      <w:r>
        <w:rPr>
          <w:b/>
          <w:highlight w:val="cyan"/>
          <w:u w:val="none"/>
          <w:shd w:val="clear" w:color="auto" w:fill="548235"/>
          <w:color w:val="FFFFFF"/>
        </w:rPr>
        <w:t>Matthew 7:19</w:t>
      </w:r>
      <w:r>
        <w:rPr>
          <w:highlight w:val="cyan"/>
          <w:u w:val="none"/>
          <w:shd w:val="clear" w:color="auto" w:fill="548235"/>
          <w:color w:val="FFFFFF"/>
        </w:rPr>
        <w:t xml:space="preserve"> — </w:t>
      </w:r>
      <w:r>
        <w:rPr>
          <w:u w:val="none"/>
          <w:shd w:fill="548235" w:val="clear" w:color="auto"/>
          <w:color w:val="FFFFFF"/>
        </w:rPr>
        <w:t>Every tree that does not bear good fruit is cut down and thrown into the fire</w:t>
      </w:r>
      <w:r>
        <w:rPr>
          <w:b w:val="false"/>
          <w:i w:val="false"/>
          <w:color w:val="FFFFFF"/>
          <w:u w:val="none"/>
          <w:shd w:val="clear" w:color="auto" w:fill="548235"/>
        </w:rPr>
        <w:t xml:space="preserve"> [3MDI]</w:t>
      </w:r>
      <w:r>
        <w:rPr>
          <w:highlight w:val="cyan"/>
          <w:u w:val="none"/>
          <w:shd w:val="clear" w:color="auto" w:fill="548235"/>
          <w:color w:val="FFFFFF"/>
        </w:rPr>
        <w:t>.</w:t>
      </w:r>
    </w:p>
    <w:p>
      <w:pPr>
        <w:pStyle w:val="Yellow"/>
        <w:rPr/>
      </w:pPr>
      <w:r>
        <w:rPr/>
        <w:t xml:space="preserve">(Mt7:15 “false prophets”) </w:t>
      </w:r>
      <w:r>
        <w:rPr>
          <w:b/>
        </w:rPr>
        <w:t>Matthew 7:20</w:t>
      </w:r>
      <w:r>
        <w:rPr/>
        <w:t xml:space="preserve"> — So then, </w:t>
      </w:r>
      <w:r>
        <w:rPr>
          <w:shd w:fill="B7DDE8" w:val="clear"/>
        </w:rPr>
        <w:t>by {their} fruit you will recognize them</w:t>
      </w:r>
      <w:r>
        <w:rPr>
          <w:b w:val="false"/>
          <w:i w:val="false"/>
          <w:color w:val="000000"/>
          <w:u w:val="none"/>
        </w:rPr>
        <w:t xml:space="preserve"> [1MDA]</w:t>
      </w:r>
      <w:r>
        <w:rPr/>
        <w:t>.</w:t>
      </w:r>
    </w:p>
    <w:p>
      <w:pPr>
        <w:pStyle w:val="Yellow"/>
        <w:rPr/>
      </w:pPr>
      <w:r>
        <w:rPr>
          <w:b/>
        </w:rPr>
        <w:t>Matthew 12:33</w:t>
      </w:r>
      <w:r>
        <w:rPr/>
        <w:t xml:space="preserve"> — </w:t>
      </w:r>
      <w:r>
        <w:rPr>
          <w:shd w:fill="B7DDE8" w:val="clear"/>
        </w:rPr>
        <w:t>Make a tree good and its fruit will be good</w:t>
      </w:r>
      <w:r>
        <w:rPr>
          <w:b w:val="false"/>
          <w:i w:val="false"/>
          <w:color w:val="000000"/>
          <w:u w:val="none"/>
        </w:rPr>
        <w:t xml:space="preserve"> [1MDB]</w:t>
      </w:r>
      <w:r>
        <w:rPr/>
        <w:t xml:space="preserve">, or </w:t>
      </w:r>
      <w:r>
        <w:rPr>
          <w:shd w:fill="B7DDE8" w:val="clear"/>
        </w:rPr>
        <w:t>make a tree bad and its fruit will be bad</w:t>
      </w:r>
      <w:r>
        <w:rPr>
          <w:b w:val="false"/>
          <w:i w:val="false"/>
          <w:color w:val="000000"/>
          <w:u w:val="none"/>
        </w:rPr>
        <w:t xml:space="preserve"> [1MDC]</w:t>
      </w:r>
      <w:r>
        <w:rPr/>
        <w:t xml:space="preserve">; for </w:t>
      </w:r>
      <w:r>
        <w:rPr>
          <w:shd w:fill="B7DDE8" w:val="clear"/>
        </w:rPr>
        <w:t>a tree is known by its fruit</w:t>
      </w:r>
      <w:r>
        <w:rPr>
          <w:b w:val="false"/>
          <w:i w:val="false"/>
          <w:color w:val="000000"/>
          <w:u w:val="none"/>
        </w:rPr>
        <w:t xml:space="preserve"> [1MDD]</w:t>
      </w:r>
      <w:r>
        <w:rPr/>
        <w:t>.</w:t>
      </w:r>
    </w:p>
    <w:p>
      <w:pPr>
        <w:pStyle w:val="Yellow"/>
        <w:rPr/>
      </w:pPr>
      <w:r>
        <w:rPr>
          <w:b/>
        </w:rPr>
        <w:t>Matthew 13:31–32</w:t>
      </w:r>
      <w:r>
        <w:t xml:space="preserve"> — “</w:t>
      </w:r>
      <w:r>
        <w:rPr>
          <w:shd w:fill="B7DDE8" w:val="clear"/>
        </w:rPr>
        <w:t>The kingdom of heaven is like a mustard seed</w:t>
      </w:r>
      <w:r>
        <w:rPr>
          <w:b w:val="false"/>
          <w:i w:val="false"/>
          <w:color w:val="000000"/>
          <w:u w:val="none"/>
        </w:rPr>
        <w:t xml:space="preserve"> [2OF]</w:t>
      </w:r>
      <w:r>
        <w:t xml:space="preserve"> </w:t>
      </w:r>
      <w:r>
        <w:t xml:space="preserve">that </w:t>
      </w:r>
      <w:r>
        <w:rPr>
          <w:shd w:fill="B7DDE8" w:val="clear"/>
        </w:rPr>
        <w:t>a man took</w:t>
      </w:r>
      <w:r>
        <w:rPr>
          <w:b w:val="false"/>
          <w:i w:val="false"/>
          <w:color w:val="000000"/>
          <w:u w:val="none"/>
        </w:rPr>
        <w:t xml:space="preserve"> [1CJJ]</w:t>
      </w:r>
      <w:r>
        <w:t xml:space="preserve"> and </w:t>
      </w:r>
      <w:r>
        <w:rPr>
          <w:shd w:fill="B7DDE8" w:val="clear"/>
        </w:rPr>
        <w:t>planted in his field</w:t>
      </w:r>
      <w:r>
        <w:rPr>
          <w:b w:val="false"/>
          <w:i w:val="false"/>
          <w:color w:val="000000"/>
          <w:u w:val="none"/>
        </w:rPr>
        <w:t xml:space="preserve"> [1CJK]</w:t>
      </w:r>
      <w:r>
        <w:t xml:space="preserve">. </w:t>
      </w:r>
      <w:r>
        <w:rPr>
          <w:shd w:fill="B7DDE8" w:val="clear"/>
        </w:rPr>
        <w:t>Although it is the smallest of all seeds</w:t>
      </w:r>
      <w:r>
        <w:rPr>
          <w:b w:val="false"/>
          <w:i w:val="false"/>
          <w:color w:val="000000"/>
          <w:u w:val="none"/>
        </w:rPr>
        <w:t xml:space="preserve"> [2OG]</w:t>
      </w:r>
      <w:r>
        <w:t xml:space="preserve">, yet </w:t>
      </w:r>
      <w:r>
        <w:rPr>
          <w:shd w:fill="B7DDE8" w:val="clear"/>
        </w:rPr>
        <w:t>it grows into the largest of garden plants and becomes a tree</w:t>
      </w:r>
      <w:r>
        <w:rPr>
          <w:b w:val="false"/>
          <w:i w:val="false"/>
          <w:color w:val="000000"/>
          <w:u w:val="none"/>
        </w:rPr>
        <w:t xml:space="preserve"> [2OH]</w:t>
      </w:r>
      <w:r>
        <w:t xml:space="preserve">, </w:t>
      </w:r>
      <w:r>
        <w:rPr>
          <w:shd w:fill="B7DDE8" w:val="clear"/>
        </w:rPr>
        <w:t>so that the birds of the air come and nest in its branches</w:t>
      </w:r>
      <w:r>
        <w:rPr>
          <w:b w:val="false"/>
          <w:i w:val="false"/>
          <w:color w:val="000000"/>
          <w:u w:val="none"/>
        </w:rPr>
        <w:t xml:space="preserve"> [1ARW]</w:t>
      </w:r>
      <w:r>
        <w:t>.”</w:t>
      </w:r>
    </w:p>
    <w:p>
      <w:pPr>
        <w:pStyle w:val="Yellow"/>
        <w:rPr/>
      </w:pPr>
      <w:r>
        <w:rPr>
          <w:b/>
        </w:rPr>
        <w:t>Matthew 13:33</w:t>
      </w:r>
      <w:r>
        <w:t xml:space="preserve"> — “</w:t>
      </w:r>
      <w:r>
        <w:rPr>
          <w:shd w:fill="B7DDE8" w:val="clear"/>
        </w:rPr>
        <w:t>The kingdom of heaven is like leaven</w:t>
      </w:r>
      <w:r>
        <w:rPr>
          <w:b w:val="false"/>
          <w:i w:val="false"/>
          <w:color w:val="000000"/>
          <w:u w:val="none"/>
        </w:rPr>
        <w:t xml:space="preserve"> [1ARX]</w:t>
      </w:r>
      <w:r>
        <w:t xml:space="preserve"> that </w:t>
      </w:r>
      <w:r>
        <w:rPr>
          <w:shd w:fill="B7DDE8" w:val="clear"/>
        </w:rPr>
        <w:t>a woman took</w:t>
      </w:r>
      <w:r>
        <w:rPr>
          <w:b w:val="false"/>
          <w:i w:val="false"/>
          <w:color w:val="000000"/>
          <w:u w:val="none"/>
        </w:rPr>
        <w:t xml:space="preserve"> [1CJL]</w:t>
      </w:r>
      <w:r>
        <w:t xml:space="preserve"> and </w:t>
      </w:r>
      <w:r>
        <w:rPr>
          <w:shd w:fill="B7DDE8" w:val="clear"/>
        </w:rPr>
        <w:t>mixed into three measures of flour</w:t>
      </w:r>
      <w:r>
        <w:rPr>
          <w:b w:val="false"/>
          <w:i w:val="false"/>
          <w:color w:val="000000"/>
          <w:u w:val="none"/>
        </w:rPr>
        <w:t xml:space="preserve"> [1CJM]</w:t>
      </w:r>
      <w:r>
        <w:t xml:space="preserve">, </w:t>
      </w:r>
      <w:r>
        <w:rPr>
          <w:shd w:fill="B7DDE8" w:val="clear"/>
        </w:rPr>
        <w:t>until all of it was leavened</w:t>
      </w:r>
      <w:r>
        <w:rPr>
          <w:b w:val="false"/>
          <w:i w:val="false"/>
          <w:color w:val="000000"/>
          <w:u w:val="none"/>
        </w:rPr>
        <w:t xml:space="preserve"> [1ARZ]</w:t>
      </w:r>
      <w:r>
        <w:t>.”</w:t>
      </w:r>
    </w:p>
    <w:p>
      <w:pPr>
        <w:pStyle w:val="Yellow"/>
        <w:rPr/>
      </w:pPr>
      <w:r>
        <w:rPr>
          <w:b/>
        </w:rPr>
        <w:t>Mark 4:26–28</w:t>
      </w:r>
      <w:r>
        <w:rPr/>
        <w:t xml:space="preserve"> — “</w:t>
      </w:r>
      <w:r>
        <w:rPr>
          <w:shd w:val="clear" w:fill="B7DDE8"/>
        </w:rPr>
        <w:t>The kingdom of God is like a man who scatters seed on the ground</w:t>
      </w:r>
      <w:r>
        <w:rPr>
          <w:b w:val="false"/>
          <w:i w:val="false"/>
          <w:color w:val="000000"/>
          <w:u w:val="none"/>
        </w:rPr>
        <w:t xml:space="preserve"> [1ENL]</w:t>
      </w:r>
      <w:r>
        <w:rPr/>
        <w:t xml:space="preserve">. </w:t>
      </w:r>
      <w:r>
        <w:rPr>
          <w:shd w:val="clear" w:fill="B7DDE8"/>
        </w:rPr>
        <w:t>Night and day he sleeps and wakes</w:t>
      </w:r>
      <w:r>
        <w:rPr>
          <w:b w:val="false"/>
          <w:i w:val="false"/>
          <w:color w:val="000000"/>
          <w:u w:val="none"/>
        </w:rPr>
        <w:t xml:space="preserve"> [1ENM]</w:t>
      </w:r>
      <w:r>
        <w:rPr/>
        <w:t xml:space="preserve">, and </w:t>
      </w:r>
      <w:r>
        <w:rPr>
          <w:shd w:val="clear" w:fill="B7DDE8"/>
        </w:rPr>
        <w:t>the seed sprouts and grows</w:t>
      </w:r>
      <w:r>
        <w:rPr>
          <w:b w:val="false"/>
          <w:i w:val="false"/>
          <w:color w:val="000000"/>
          <w:u w:val="none"/>
        </w:rPr>
        <w:t xml:space="preserve"> [1ENN]</w:t>
      </w:r>
      <w:r>
        <w:rPr/>
        <w:t xml:space="preserve">, though </w:t>
      </w:r>
      <w:r>
        <w:rPr>
          <w:shd w:val="clear" w:fill="B7DDE8"/>
        </w:rPr>
        <w:t>he knows not how</w:t>
      </w:r>
      <w:r>
        <w:rPr>
          <w:b w:val="false"/>
          <w:i w:val="false"/>
          <w:color w:val="000000"/>
          <w:u w:val="none"/>
        </w:rPr>
        <w:t xml:space="preserve"> [1ENO]</w:t>
      </w:r>
      <w:r>
        <w:rPr/>
        <w:t xml:space="preserve">. </w:t>
      </w:r>
      <w:r>
        <w:rPr>
          <w:shd w:val="clear" w:fill="B7DDE8"/>
        </w:rPr>
        <w:t>All by itself the earth produces a crop—first the stalk, then the head, then grain that ripens within</w:t>
      </w:r>
      <w:r>
        <w:rPr>
          <w:b w:val="false"/>
          <w:i w:val="false"/>
          <w:color w:val="000000"/>
          <w:u w:val="none"/>
        </w:rPr>
        <w:t xml:space="preserve"> [1ENP]</w:t>
      </w:r>
      <w:r>
        <w:rPr/>
        <w:t>.</w:t>
      </w:r>
    </w:p>
    <w:p>
      <w:pPr>
        <w:pStyle w:val="Yellow"/>
        <w:rPr/>
      </w:pPr>
      <w:r>
        <w:rPr/>
        <w:t xml:space="preserve">(Mk4:30 “the kingdom of God”) </w:t>
      </w:r>
      <w:r>
        <w:rPr>
          <w:b/>
        </w:rPr>
        <w:t>Mark 4:31–32</w:t>
      </w:r>
      <w:r>
        <w:rPr/>
        <w:t xml:space="preserve"> — </w:t>
      </w:r>
      <w:r>
        <w:rPr>
          <w:shd w:val="clear" w:color="auto" w:fill="D9C3E6"/>
        </w:rPr>
        <w:t>{It} is like a mustard seed</w:t>
      </w:r>
      <w:r>
        <w:rPr>
          <w:b w:val="false"/>
          <w:i w:val="false"/>
          <w:color w:val="000000"/>
          <w:u w:val="none"/>
        </w:rPr>
        <w:t xml:space="preserve"> [2OF]</w:t>
      </w:r>
      <w:r>
        <w:rPr>
          <w:shd w:val="clear" w:color="auto" w:fill="D9C3E6"/>
        </w:rPr>
        <w:t xml:space="preserve">, </w:t>
      </w:r>
      <w:r>
        <w:rPr>
          <w:shd w:val="clear" w:color="auto" w:fill="D9C3E6"/>
        </w:rPr>
        <w:t>which is the smallest of all seeds sown upon the earth</w:t>
      </w:r>
      <w:r>
        <w:rPr>
          <w:b w:val="false"/>
          <w:i w:val="false"/>
          <w:color w:val="000000"/>
          <w:u w:val="none"/>
        </w:rPr>
        <w:t xml:space="preserve"> [2OG]</w:t>
      </w:r>
      <w:r>
        <w:rPr/>
        <w:t xml:space="preserve">. But </w:t>
      </w:r>
      <w:r>
        <w:rPr>
          <w:shd w:val="clear" w:fill="B7DDE8"/>
        </w:rPr>
        <w:t>after it is planted, it grows to be the largest of all garden plants and puts forth great branches</w:t>
      </w:r>
      <w:r>
        <w:rPr>
          <w:b w:val="false"/>
          <w:i w:val="false"/>
          <w:color w:val="000000"/>
          <w:u w:val="none"/>
        </w:rPr>
        <w:t xml:space="preserve"> [2OH]</w:t>
      </w:r>
      <w:r>
        <w:rPr/>
        <w:t xml:space="preserve">, </w:t>
      </w:r>
      <w:r>
        <w:rPr>
          <w:shd w:val="clear" w:fill="B7DDE8"/>
        </w:rPr>
        <w:t>so that the birds of the air nest in its shade</w:t>
      </w:r>
      <w:r>
        <w:rPr>
          <w:b w:val="false"/>
          <w:i w:val="false"/>
          <w:color w:val="000000"/>
          <w:u w:val="none"/>
        </w:rPr>
        <w:t xml:space="preserve"> [1OI]</w:t>
      </w:r>
      <w:r>
        <w:rPr/>
        <w:t>.”</w:t>
      </w:r>
    </w:p>
    <w:p>
      <w:pPr>
        <w:pStyle w:val="Yellow"/>
        <w:rPr/>
      </w:pPr>
      <w:r>
        <w:rPr>
          <w:highlight w:val="cyan"/>
          <w:u w:val="none"/>
          <w:shd w:val="clear" w:color="auto" w:fill="C00000"/>
          <w:color w:val="FFFFFF"/>
        </w:rPr>
        <w:t xml:space="preserve">(Lk3:7–8ᶜ Crowds told to “Produce fruit, then, in keeping with repentance”) </w:t>
      </w:r>
      <w:r>
        <w:rPr>
          <w:b/>
          <w:highlight w:val="cyan"/>
          <w:u w:val="none"/>
          <w:shd w:val="clear" w:color="auto" w:fill="C00000"/>
          <w:color w:val="FFFFFF"/>
        </w:rPr>
        <w:t>Luke 3:9</w:t>
      </w:r>
      <w:r>
        <w:rPr>
          <w:highlight w:val="cyan"/>
          <w:u w:val="none"/>
          <w:shd w:val="clear" w:color="auto" w:fill="C00000"/>
          <w:color w:val="FFFFFF"/>
        </w:rPr>
        <w:t xml:space="preserve"> — </w:t>
      </w:r>
      <w:r>
        <w:rPr>
          <w:u w:val="none"/>
          <w:shd w:val="clear" w:color="auto" w:fill="C00000"/>
          <w:color w:val="FFFFFF"/>
        </w:rPr>
        <w:t>every tree that does not produce good fruit will be cut down and thrown into the fire</w:t>
      </w:r>
      <w:r>
        <w:rPr>
          <w:b w:val="false"/>
          <w:i w:val="false"/>
          <w:u w:val="none"/>
          <w:shd w:val="clear" w:color="auto" w:fill="C00000"/>
          <w:color w:val="FFFFFF"/>
        </w:rPr>
        <w:t xml:space="preserve"> [3MDI]</w:t>
      </w:r>
      <w:r>
        <w:rPr>
          <w:highlight w:val="cyan"/>
          <w:u w:val="none"/>
          <w:shd w:val="clear" w:color="auto" w:fill="C00000"/>
          <w:color w:val="FFFFFF"/>
        </w:rPr>
        <w:t>.”</w:t>
      </w:r>
    </w:p>
    <w:p>
      <w:pPr>
        <w:pStyle w:val="Yellow"/>
        <w:rPr/>
      </w:pPr>
      <w:r>
        <w:rPr>
          <w:b/>
        </w:rPr>
        <w:t>John 12:24</w:t>
      </w:r>
      <w:r>
        <w:rPr/>
        <w:t xml:space="preserve"> — Truly, truly, I tell you, </w:t>
      </w:r>
      <w:r>
        <w:rPr>
          <w:shd w:fill="B7DDE8" w:val="clear"/>
        </w:rPr>
        <w:t>unless a kernel of wheat falls to the ground and dies, it remains only a seed</w:t>
      </w:r>
      <w:r>
        <w:rPr>
          <w:b w:val="false"/>
          <w:i w:val="false"/>
          <w:color w:val="000000"/>
          <w:u w:val="none"/>
        </w:rPr>
        <w:t xml:space="preserve"> [1MCS]</w:t>
      </w:r>
      <w:r>
        <w:rPr/>
        <w:t xml:space="preserve">. But </w:t>
      </w:r>
      <w:r>
        <w:rPr>
          <w:shd w:fill="B7DDE8" w:val="clear"/>
        </w:rPr>
        <w:t>if it dies, it bears much fruit</w:t>
      </w:r>
      <w:r>
        <w:rPr>
          <w:b w:val="false"/>
          <w:i w:val="false"/>
          <w:color w:val="000000"/>
          <w:u w:val="none"/>
        </w:rPr>
        <w:t xml:space="preserve"> [1MCT]</w:t>
      </w:r>
      <w:r>
        <w:rPr/>
        <w:t>.</w:t>
      </w:r>
    </w:p>
    <w:p>
      <w:pPr>
        <w:pStyle w:val="Yellow"/>
        <w:rPr/>
      </w:pPr>
      <w:r>
        <w:rPr/>
        <w:t xml:space="preserve">(Jn15:5 “you are the branches”) </w:t>
      </w:r>
      <w:r>
        <w:rPr>
          <w:b/>
        </w:rPr>
        <w:t>John 15:1</w:t>
      </w:r>
      <w:r>
        <w:rPr/>
        <w:t xml:space="preserve"> — “</w:t>
      </w:r>
      <w:r>
        <w:rPr>
          <w:shd w:val="clear" w:fill="B7DDE8"/>
        </w:rPr>
        <w:t>I am the true vine</w:t>
      </w:r>
      <w:r>
        <w:rPr>
          <w:b w:val="false"/>
          <w:i w:val="false"/>
          <w:color w:val="000000"/>
          <w:u w:val="none"/>
        </w:rPr>
        <w:t xml:space="preserve"> [1EDP]</w:t>
      </w:r>
      <w:r>
        <w:rPr/>
        <w:t xml:space="preserve">, and </w:t>
      </w:r>
      <w:r>
        <w:rPr>
          <w:shd w:val="clear" w:fill="B7DDE8"/>
        </w:rPr>
        <w:t>My Father is the keeper of the vineyard</w:t>
      </w:r>
      <w:r>
        <w:rPr>
          <w:b w:val="false"/>
          <w:i w:val="false"/>
          <w:color w:val="000000"/>
          <w:u w:val="none"/>
        </w:rPr>
        <w:t xml:space="preserve"> [1EDQ]</w:t>
      </w:r>
      <w:r>
        <w:rPr/>
        <w:t xml:space="preserve">. </w:t>
      </w:r>
      <w:r>
        <w:rPr>
          <w:shd w:val="clear" w:fill="B7DDE8"/>
        </w:rPr>
        <w:t>He cuts off every {branch} in Me that bears no fruit</w:t>
      </w:r>
      <w:r>
        <w:rPr>
          <w:b w:val="false"/>
          <w:i w:val="false"/>
          <w:color w:val="000000"/>
          <w:u w:val="none"/>
        </w:rPr>
        <w:t xml:space="preserve"> [2EDR]</w:t>
      </w:r>
      <w:r>
        <w:rPr/>
        <w:t xml:space="preserve">, and </w:t>
      </w:r>
      <w:r>
        <w:rPr>
          <w:shd w:val="clear" w:fill="B7DDE8"/>
        </w:rPr>
        <w:t>every branch that does bear fruit, He prunes to make it even more fruitful</w:t>
      </w:r>
      <w:r>
        <w:rPr>
          <w:b w:val="false"/>
          <w:i w:val="false"/>
          <w:color w:val="000000"/>
          <w:u w:val="none"/>
        </w:rPr>
        <w:t xml:space="preserve"> [2EDS]</w:t>
      </w:r>
      <w:r>
        <w:rPr/>
        <w:t>.</w:t>
      </w:r>
    </w:p>
    <w:p>
      <w:pPr>
        <w:pStyle w:val="Yellow"/>
        <w:rPr/>
        <w:shd w:val="clear" w:color="auto" w:fill="E4DFEC"/>
        <w:pBdr>
          <w:left w:val="single" w:sz="28" w:space="5" w:color="7030A0"/>
        </w:pBdr>
      </w:pPr>
      <w:r>
        <w:rPr/>
        <w:t xml:space="preserve">(Jn15:1 “My Father”¹ / 5 “you are the branches”²) </w:t>
      </w:r>
      <w:r>
        <w:rPr>
          <w:b/>
        </w:rPr>
        <w:t>John 15:2</w:t>
      </w:r>
      <w:r>
        <w:rPr/>
        <w:t xml:space="preserve"> — </w:t>
      </w:r>
      <w:r>
        <w:rPr>
          <w:shd w:val="clear" w:fill="B7DDE8"/>
        </w:rPr>
        <w:t>{He}¹ cuts off every {branch}² in Me that bears no fruit</w:t>
      </w:r>
      <w:r>
        <w:rPr>
          <w:b w:val="false"/>
          <w:i w:val="false"/>
          <w:color w:val="000000"/>
          <w:u w:val="none"/>
        </w:rPr>
        <w:t xml:space="preserve"> [2EDR]</w:t>
      </w:r>
      <w:r>
        <w:rPr/>
        <w:t xml:space="preserve">, and </w:t>
      </w:r>
      <w:r>
        <w:rPr>
          <w:shd w:val="clear" w:fill="B7DDE8"/>
        </w:rPr>
        <w:t>every branch that does bear fruit, He prunes to make it even more fruitful</w:t>
      </w:r>
      <w:r>
        <w:rPr>
          <w:b w:val="false"/>
          <w:i w:val="false"/>
          <w:color w:val="000000"/>
          <w:u w:val="none"/>
        </w:rPr>
        <w:t xml:space="preserve"> [2EDS]</w:t>
      </w:r>
      <w:r>
        <w:rPr/>
        <w:t>.</w:t>
      </w:r>
    </w:p>
    <w:p>
      <w:pPr>
        <w:pStyle w:val="Yellow"/>
        <w:rPr/>
      </w:pPr>
      <w:r>
        <w:rPr>
          <w:b/>
        </w:rPr>
        <w:t>John 15:4</w:t>
      </w:r>
      <w:r>
        <w:rPr/>
        <w:t xml:space="preserve"> — </w:t>
      </w:r>
      <w:r>
        <w:rPr>
          <w:shd w:fill="B7DDE8" w:val="clear"/>
        </w:rPr>
        <w:t>Remain in Me, and I will remain in you</w:t>
      </w:r>
      <w:r>
        <w:rPr>
          <w:b w:val="false"/>
          <w:i w:val="false"/>
          <w:color w:val="000000"/>
          <w:u w:val="none"/>
        </w:rPr>
        <w:t xml:space="preserve"> [1MCX]</w:t>
      </w:r>
      <w:r>
        <w:rPr/>
        <w:t xml:space="preserve">. Just as </w:t>
      </w:r>
      <w:r>
        <w:rPr>
          <w:shd w:fill="B7DDE8" w:val="clear"/>
        </w:rPr>
        <w:t>no branch can bear fruit by itself unless it remains in the vine</w:t>
      </w:r>
      <w:r>
        <w:rPr>
          <w:b w:val="false"/>
          <w:i w:val="false"/>
          <w:color w:val="000000"/>
          <w:u w:val="none"/>
        </w:rPr>
        <w:t xml:space="preserve"> [1MCY]</w:t>
      </w:r>
      <w:r>
        <w:rPr/>
        <w:t xml:space="preserve">, </w:t>
      </w:r>
      <w:r>
        <w:rPr>
          <w:shd w:fill="B7DDE8" w:val="clear"/>
        </w:rPr>
        <w:t>neither can you bear fruit unless you remain in Me</w:t>
      </w:r>
      <w:r>
        <w:rPr>
          <w:b w:val="false"/>
          <w:i w:val="false"/>
          <w:color w:val="000000"/>
          <w:u w:val="none"/>
        </w:rPr>
        <w:t xml:space="preserve"> [1MCZ]</w:t>
      </w:r>
      <w:r>
        <w:rPr/>
        <w:t>.</w:t>
      </w:r>
    </w:p>
    <w:p>
      <w:pPr>
        <w:pStyle w:val="Yellow"/>
        <w:rPr/>
      </w:pPr>
      <w:r>
        <w:rPr>
          <w:b/>
          <w:shd w:val="clear" w:color="auto" w:fill="548235"/>
          <w:color w:val="FFFFFF"/>
        </w:rPr>
        <w:t>John 15:5</w:t>
      </w:r>
      <w:r>
        <w:rPr>
          <w:shd w:val="clear" w:color="auto" w:fill="548235"/>
          <w:color w:val="FFFFFF"/>
        </w:rPr>
        <w:t xml:space="preserve"> — </w:t>
      </w:r>
      <w:r>
        <w:rPr>
          <w:shd w:fill="548235" w:val="clear" w:color="auto"/>
          <w:color w:val="FFFFFF"/>
        </w:rPr>
        <w:t>I am the vine and you are the branches</w:t>
      </w:r>
      <w:r>
        <w:rPr>
          <w:b w:val="false"/>
          <w:i w:val="false"/>
          <w:color w:val="FFFFFF"/>
          <w:u w:val="none"/>
          <w:shd w:val="clear" w:color="auto" w:fill="548235"/>
        </w:rPr>
        <w:t xml:space="preserve"> [1MCU]</w:t>
      </w:r>
      <w:r>
        <w:rPr>
          <w:shd w:val="clear" w:color="auto" w:fill="548235"/>
          <w:color w:val="FFFFFF"/>
        </w:rPr>
        <w:t xml:space="preserve">. </w:t>
      </w:r>
      <w:r>
        <w:rPr>
          <w:shd w:fill="548235" w:val="clear" w:color="auto"/>
          <w:color w:val="FFFFFF"/>
        </w:rPr>
        <w:t>The one who remains in Me, and I in him, will bear much fruit</w:t>
      </w:r>
      <w:r>
        <w:rPr>
          <w:b w:val="false"/>
          <w:i w:val="false"/>
          <w:color w:val="FFFFFF"/>
          <w:u w:val="none"/>
          <w:shd w:val="clear" w:color="auto" w:fill="548235"/>
        </w:rPr>
        <w:t xml:space="preserve"> [1MCV]</w:t>
      </w:r>
      <w:r>
        <w:rPr>
          <w:shd w:val="clear" w:color="auto" w:fill="548235"/>
          <w:color w:val="FFFFFF"/>
        </w:rPr>
        <w:t xml:space="preserve">. For </w:t>
      </w:r>
      <w:r>
        <w:rPr>
          <w:shd w:fill="548235" w:val="clear" w:color="auto"/>
          <w:color w:val="FFFFFF"/>
        </w:rPr>
        <w:t>apart from Me you can do nothing</w:t>
      </w:r>
      <w:r>
        <w:rPr>
          <w:b w:val="false"/>
          <w:i w:val="false"/>
          <w:color w:val="FFFFFF"/>
          <w:u w:val="none"/>
          <w:shd w:val="clear" w:color="auto" w:fill="548235"/>
        </w:rPr>
        <w:t xml:space="preserve"> [1MCW]</w:t>
      </w:r>
      <w:r>
        <w:rPr>
          <w:shd w:val="clear" w:color="auto" w:fill="548235"/>
          <w:color w:val="FFFFFF"/>
        </w:rPr>
        <w:t>.</w:t>
      </w:r>
    </w:p>
    <w:p>
      <w:pPr>
        <w:pStyle w:val="Yellow"/>
        <w:rPr/>
      </w:pPr>
      <w:r>
        <w:rPr>
          <w:b/>
        </w:rPr>
        <w:t xml:space="preserve">John 15:6</w:t>
      </w:r>
      <w:r>
        <w:rPr/>
        <w:t xml:space="preserve"> — </w:t>
      </w:r>
      <w:r>
        <w:rPr>
          <w:shd w:fill="B7DDE8" w:val="clear"/>
        </w:rPr>
        <w:t xml:space="preserve">If anyone does not remain in Me, he is like a branch that is thrown away and withers</w:t>
      </w:r>
      <w:r>
        <w:rPr>
          <w:b w:val="false"/>
          <w:i w:val="false"/>
          <w:color w:val="000000"/>
          <w:u w:val="none"/>
        </w:rPr>
        <w:t xml:space="preserve"> [1JWO]</w:t>
      </w:r>
      <w:r>
        <w:rPr/>
        <w:t xml:space="preserve">. </w:t>
      </w:r>
      <w:r>
        <w:rPr>
          <w:shd w:fill="B7DDE8" w:val="clear"/>
        </w:rPr>
        <w:t xml:space="preserve">Such branches are gathered up, thrown into the fire, and burned</w:t>
      </w:r>
      <w:r>
        <w:rPr>
          <w:b w:val="false"/>
          <w:i w:val="false"/>
          <w:color w:val="000000"/>
          <w:u w:val="none"/>
        </w:rPr>
        <w:t xml:space="preserve"> [1JWP]</w:t>
      </w:r>
      <w:r>
        <w:rPr/>
        <w:t xml:space="preserve">.</w:t>
      </w:r>
    </w:p>
    <w:p>
      <w:pPr>
        <w:pStyle w:val="Yellow"/>
        <w:rPr/>
        <w:pBdr>
          <w:left w:val="single" w:sz="28" w:space="5" w:color="C00000"/>
        </w:pBdr>
      </w:pPr>
      <w:r>
        <w:rPr/>
        <w:t xml:space="preserve">(Ja1:17 “the Father”) </w:t>
      </w:r>
      <w:r>
        <w:rPr>
          <w:b/>
        </w:rPr>
        <w:t>James 1:18</w:t>
      </w:r>
      <w:r>
        <w:rPr/>
        <w:t xml:space="preserve"> — </w:t>
      </w:r>
      <w:r>
        <w:rPr>
          <w:shd w:val="clear" w:fill="F4B183" w:color="auto"/>
          <w:color w:val="000000"/>
        </w:rPr>
        <w:t>{He} chose to give us birth through the word of truth</w:t>
      </w:r>
      <w:r>
        <w:rPr>
          <w:b w:val="false"/>
          <w:i w:val="false"/>
          <w:color w:val="000000"/>
          <w:u w:val="none"/>
          <w:shd w:val="clear" w:color="auto" w:fill="F4B183"/>
        </w:rPr>
        <w:t xml:space="preserve"> [1QX]</w:t>
      </w:r>
      <w:r>
        <w:rPr/>
        <w:t xml:space="preserve">, </w:t>
      </w:r>
      <w:r>
        <w:rPr>
          <w:shd w:val="clear" w:fill="B7DDE8"/>
        </w:rPr>
        <w:t>that we would be a kind of firstfruits of His creation</w:t>
      </w:r>
      <w:r>
        <w:rPr>
          <w:b w:val="false"/>
          <w:i w:val="false"/>
          <w:color w:val="000000"/>
          <w:u w:val="none"/>
        </w:rPr>
        <w:t xml:space="preserve"> [1QY]</w:t>
      </w:r>
      <w:r>
        <w:rPr/>
        <w:t>.</w:t>
      </w:r>
    </w:p>
    <w:p>
      <w:r>
        <w:rPr>
          <w:b/>
          <w:sz w:val="32"/>
        </w:rPr>
        <w:t>Weakness  (23)</w:t>
      </w:r>
    </w:p>
    <w:p>
      <w:pPr>
        <w:pStyle w:val="Yellow"/>
        <w:rPr/>
      </w:pPr>
      <w:r>
        <w:rPr>
          <w:b/>
        </w:rPr>
        <w:t xml:space="preserve">Psalm 31:10</w:t>
      </w:r>
      <w:r>
        <w:rPr/>
        <w:t xml:space="preserve"> — </w:t>
      </w:r>
      <w:r>
        <w:rPr>
          <w:shd w:fill="B7DDE8" w:val="clear"/>
        </w:rPr>
        <w:t xml:space="preserve">my iniquity has drained my strength</w:t>
      </w:r>
      <w:r>
        <w:rPr>
          <w:b w:val="false"/>
          <w:i w:val="false"/>
          <w:color w:val="000000"/>
          <w:u w:val="none"/>
        </w:rPr>
        <w:t xml:space="preserve"> [1HUG]</w:t>
      </w:r>
      <w:r>
        <w:rPr/>
        <w:t xml:space="preserve">, and </w:t>
      </w:r>
      <w:r>
        <w:rPr>
          <w:shd w:fill="B7DDE8" w:val="clear"/>
        </w:rPr>
        <w:t xml:space="preserve">my bones are wasting away</w:t>
      </w:r>
      <w:r>
        <w:rPr>
          <w:b w:val="false"/>
          <w:i w:val="false"/>
          <w:color w:val="000000"/>
          <w:u w:val="none"/>
        </w:rPr>
        <w:t xml:space="preserve"> [1HUH]</w:t>
      </w:r>
      <w:r>
        <w:rPr/>
        <w:t xml:space="preserve">.</w:t>
      </w:r>
    </w:p>
    <w:p>
      <w:pPr>
        <w:pStyle w:val="Yellow"/>
        <w:rPr/>
      </w:pPr>
      <w:r>
        <w:rPr>
          <w:b/>
        </w:rPr>
        <w:t xml:space="preserve">Psalm 39:5</w:t>
      </w:r>
      <w:r>
        <w:rPr/>
        <w:t xml:space="preserve"> — </w:t>
      </w:r>
      <w:r>
        <w:rPr>
          <w:shd w:fill="B7DDE8" w:val="clear"/>
        </w:rPr>
        <w:t xml:space="preserve">You, indeed, have made my days as handbreadths</w:t>
      </w:r>
      <w:r>
        <w:rPr>
          <w:b w:val="false"/>
          <w:i w:val="false"/>
          <w:color w:val="000000"/>
          <w:u w:val="none"/>
        </w:rPr>
        <w:t xml:space="preserve"> [1LAQ]</w:t>
      </w:r>
      <w:r>
        <w:rPr/>
        <w:t xml:space="preserve">, and </w:t>
      </w:r>
      <w:r>
        <w:rPr>
          <w:shd w:fill="B7DDE8" w:val="clear"/>
        </w:rPr>
        <w:t xml:space="preserve">my lifetime as nothing before You</w:t>
      </w:r>
      <w:r>
        <w:rPr>
          <w:b w:val="false"/>
          <w:i w:val="false"/>
          <w:color w:val="000000"/>
          <w:u w:val="none"/>
        </w:rPr>
        <w:t xml:space="preserve"> [1LAR]</w:t>
      </w:r>
      <w:r>
        <w:rPr/>
        <w:t xml:space="preserve">.</w:t>
      </w:r>
    </w:p>
    <w:p>
      <w:pPr>
        <w:pStyle w:val="Yellow"/>
        <w:rPr/>
      </w:pPr>
      <w:r>
        <w:rPr/>
        <w:t xml:space="preserve">(Ps78:35–37 “God” / though Israel “deceived Him” and was “unfaithful to His covenant”) </w:t>
      </w:r>
      <w:r>
        <w:rPr>
          <w:b/>
        </w:rPr>
        <w:t xml:space="preserve">Psalm 78:38–39</w:t>
      </w:r>
      <w:r>
        <w:rPr/>
        <w:t xml:space="preserve"> — {And yet} </w:t>
      </w:r>
      <w:r>
        <w:rPr>
          <w:shd w:val="clear" w:color="auto" w:fill="D9C3E6"/>
        </w:rPr>
        <w:t xml:space="preserve">{He} was compassionate</w:t>
      </w:r>
      <w:r>
        <w:rPr>
          <w:b w:val="false"/>
          <w:i w:val="false"/>
          <w:color w:val="000000"/>
          <w:u w:val="none"/>
        </w:rPr>
        <w:t xml:space="preserve"> [19FI]</w:t>
      </w:r>
      <w:r>
        <w:rPr>
          <w:shd w:val="clear" w:color="auto" w:fill="D9C3E6"/>
        </w:rPr>
        <w:t xml:space="preserve">; </w:t>
      </w:r>
      <w:r>
        <w:rPr>
          <w:shd w:fill="B7DDE8" w:val="clear"/>
        </w:rPr>
        <w:t xml:space="preserve">He forgave {their} iniquity</w:t>
      </w:r>
      <w:r>
        <w:rPr>
          <w:b w:val="false"/>
          <w:i w:val="false"/>
          <w:color w:val="000000"/>
          <w:u w:val="none"/>
        </w:rPr>
        <w:t xml:space="preserve"> [2JHA]</w:t>
      </w:r>
      <w:r>
        <w:rPr/>
        <w:t xml:space="preserve"> and </w:t>
      </w:r>
      <w:r>
        <w:rPr>
          <w:shd w:fill="B7DDE8" w:val="clear"/>
        </w:rPr>
        <w:t xml:space="preserve">did not destroy them</w:t>
      </w:r>
      <w:r>
        <w:rPr>
          <w:b w:val="false"/>
          <w:i w:val="false"/>
          <w:u w:val="none"/>
          <w:color w:val="000000"/>
        </w:rPr>
        <w:t xml:space="preserve"> [1JHB]</w:t>
      </w:r>
      <w:r>
        <w:rPr/>
        <w:t xml:space="preserve">. </w:t>
      </w:r>
      <w:r>
        <w:rPr>
          <w:shd w:fill="B7DDE8" w:val="clear"/>
        </w:rPr>
        <w:t xml:space="preserve">He often restrained His anger</w:t>
      </w:r>
      <w:r>
        <w:rPr>
          <w:b w:val="false"/>
          <w:i w:val="false"/>
          <w:color w:val="000000"/>
          <w:u w:val="none"/>
        </w:rPr>
        <w:t xml:space="preserve"> [1JHC]</w:t>
      </w:r>
      <w:r>
        <w:rPr/>
        <w:t xml:space="preserve"> and </w:t>
      </w:r>
      <w:r>
        <w:rPr>
          <w:shd w:fill="B7DDE8" w:val="clear"/>
        </w:rPr>
        <w:t xml:space="preserve">did not unleash His full wrath</w:t>
      </w:r>
      <w:r>
        <w:rPr>
          <w:b w:val="false"/>
          <w:i w:val="false"/>
          <w:color w:val="000000"/>
          <w:u w:val="none"/>
        </w:rPr>
        <w:t xml:space="preserve"> [1JHD]</w:t>
      </w:r>
      <w:r>
        <w:rPr>
          <w:shd w:val="clear" w:color="auto" w:fill="548235"/>
          <w:color w:val="FFFFFF"/>
        </w:rPr>
        <w:t xml:space="preserve">. </w:t>
      </w:r>
      <w:r>
        <w:rPr>
          <w:shd w:fill="548235" w:val="clear" w:color="auto"/>
          <w:color w:val="FFFFFF"/>
        </w:rPr>
        <w:t xml:space="preserve">He remembered that they were but flesh, a passing breeze that does not return</w:t>
      </w:r>
      <w:r>
        <w:rPr>
          <w:b w:val="false"/>
          <w:i w:val="false"/>
          <w:color w:val="FFFFFF"/>
          <w:u w:val="none"/>
          <w:shd w:val="clear" w:color="auto" w:fill="548235"/>
        </w:rPr>
        <w:t xml:space="preserve"> [1JHE]</w:t>
      </w:r>
      <w:r>
        <w:rPr>
          <w:shd w:val="clear" w:color="auto" w:fill="548235"/>
          <w:color w:val="FFFFFF"/>
        </w:rPr>
        <w:t xml:space="preserve">.</w:t>
      </w:r>
    </w:p>
    <w:p>
      <w:pPr>
        <w:pStyle w:val="Yellow"/>
        <w:rPr/>
      </w:pPr>
      <w:r>
        <w:rPr>
          <w:b/>
          <w:u w:val="none"/>
          <w:shd w:fill="F4CCCC" w:val="clear"/>
        </w:rPr>
        <w:t xml:space="preserve">Psalm 118:13</w:t>
      </w:r>
      <w:r>
        <w:rPr>
          <w:u w:val="none"/>
          <w:shd w:fill="F4CCCC" w:val="clear"/>
        </w:rPr>
        <w:t xml:space="preserve"> — </w:t>
      </w:r>
      <w:r>
        <w:rPr>
          <w:u w:val="none"/>
          <w:shd w:fill="B7DDE8" w:val="clear"/>
        </w:rPr>
        <w:t xml:space="preserve">I was pushed so hard I was falling</w:t>
      </w:r>
      <w:r>
        <w:rPr>
          <w:b w:val="false"/>
          <w:i w:val="false"/>
          <w:color w:val="000000"/>
          <w:u w:val="none"/>
        </w:rPr>
        <w:t xml:space="preserve"> [1LKR]</w:t>
      </w:r>
      <w:r>
        <w:rPr>
          <w:u w:val="none"/>
          <w:shd w:fill="F4CCCC" w:val="clear"/>
        </w:rPr>
        <w:t xml:space="preserve">, but </w:t>
      </w:r>
      <w:r>
        <w:rPr>
          <w:u w:val="none"/>
          <w:shd w:fill="B7DDE8" w:val="clear"/>
        </w:rPr>
        <w:t xml:space="preserve">the LORD helped me</w:t>
      </w:r>
      <w:r>
        <w:rPr>
          <w:b w:val="false"/>
          <w:i w:val="false"/>
          <w:color w:val="000000"/>
          <w:u w:val="none"/>
        </w:rPr>
        <w:t xml:space="preserve"> [2KKD]</w:t>
      </w:r>
      <w:r>
        <w:rPr>
          <w:u w:val="none"/>
          <w:shd w:fill="F4CCCC" w:val="clear"/>
        </w:rPr>
        <w:t xml:space="preserve">.</w:t>
      </w:r>
    </w:p>
    <w:p>
      <w:pPr>
        <w:pStyle w:val="Yellow"/>
        <w:rPr/>
      </w:pPr>
      <w:r>
        <w:rPr>
          <w:b/>
          <w:color w:val="auto"/>
        </w:rPr>
        <w:t>Psalm 144:3</w:t>
      </w:r>
      <w:r>
        <w:rPr>
          <w:color w:val="auto"/>
        </w:rPr>
        <w:t xml:space="preserve"> — O LORD, </w:t>
      </w:r>
      <w:r>
        <w:rPr>
          <w:color w:val="auto"/>
        </w:rPr>
        <w:t>what is man, that You regard him</w:t>
      </w:r>
      <w:r>
        <w:rPr>
          <w:b w:val="false"/>
          <w:i w:val="false"/>
          <w:color w:val="auto"/>
          <w:u w:val="none"/>
        </w:rPr>
        <w:t xml:space="preserve"> [1ASX]</w:t>
      </w:r>
      <w:r>
        <w:rPr>
          <w:color w:val="auto"/>
        </w:rPr>
        <w:t xml:space="preserve">, </w:t>
      </w:r>
      <w:r>
        <w:rPr>
          <w:color w:val="auto"/>
        </w:rPr>
        <w:t>the son of man that You think of him</w:t>
      </w:r>
      <w:r>
        <w:rPr>
          <w:b w:val="false"/>
          <w:i w:val="false"/>
          <w:color w:val="auto"/>
          <w:u w:val="none"/>
        </w:rPr>
        <w:t xml:space="preserve"> [1ASX]</w:t>
      </w:r>
      <w:r>
        <w:rPr>
          <w:color w:val="auto"/>
        </w:rPr>
        <w:t>?</w:t>
      </w:r>
    </w:p>
    <w:p>
      <w:pPr>
        <w:pStyle w:val="Yellow"/>
        <w:rPr/>
        <w:shd w:val="clear" w:color="auto" w:fill="E4DFEC"/>
        <w:pBdr>
          <w:left w:val="single" w:sz="28" w:space="5" w:color="7030A0"/>
        </w:pBdr>
      </w:pPr>
      <w:r>
        <w:rPr>
          <w:b/>
          <w:u w:val="none"/>
        </w:rPr>
        <w:t xml:space="preserve">Isaiah 40:8</w:t>
      </w:r>
      <w:r>
        <w:rPr>
          <w:u w:val="none"/>
        </w:rPr>
        <w:t xml:space="preserve"> — </w:t>
      </w:r>
      <w:r>
        <w:rPr>
          <w:u w:val="none"/>
          <w:shd w:fill="B7DDE8" w:val="clear"/>
        </w:rPr>
        <w:t xml:space="preserve">The grass withers and the flowers fall</w:t>
      </w:r>
      <w:r>
        <w:rPr>
          <w:b w:val="false"/>
          <w:i w:val="false"/>
          <w:u w:val="none"/>
          <w:color w:val="000000"/>
        </w:rPr>
        <w:t xml:space="preserve"> [2BHT]</w:t>
      </w:r>
      <w:r>
        <w:rPr>
          <w:u w:val="none"/>
        </w:rPr>
        <w:t xml:space="preserve">, but </w:t>
      </w:r>
      <w:r>
        <w:rPr>
          <w:u w:val="none"/>
          <w:shd w:fill="B7DDE8" w:val="clear"/>
        </w:rPr>
        <w:t xml:space="preserve">the word of our God stands forever</w:t>
      </w:r>
      <w:r>
        <w:rPr>
          <w:b w:val="false"/>
          <w:i w:val="false"/>
          <w:color w:val="000000"/>
          <w:u w:val="none"/>
        </w:rPr>
        <w:t xml:space="preserve"> [3TA]</w:t>
      </w:r>
      <w:r>
        <w:rPr>
          <w:u w:val="none"/>
        </w:rPr>
        <w:t xml:space="preserve">.”</w:t>
      </w:r>
    </w:p>
    <w:p>
      <w:pPr>
        <w:pStyle w:val="Yellow"/>
        <w:rPr/>
        <w:pBdr>
          <w:left w:val="single" w:sz="28" w:space="5" w:color="C00000"/>
        </w:pBdr>
      </w:pPr>
      <w:r>
        <w:rPr>
          <w:b/>
          <w:shd w:val="clear" w:color="auto" w:fill="F4B183"/>
          <w:color w:val="000000"/>
        </w:rPr>
        <w:t>Isaiah 51:12</w:t>
      </w:r>
      <w:r>
        <w:rPr>
          <w:shd w:val="clear" w:color="auto" w:fill="F4B183"/>
          <w:color w:val="000000"/>
        </w:rPr>
        <w:t xml:space="preserve"> — “</w:t>
      </w:r>
      <w:r>
        <w:rPr>
          <w:shd w:fill="F4B183" w:val="clear" w:color="auto"/>
          <w:color w:val="000000"/>
        </w:rPr>
        <w:t>I, even I, am He who comforts you</w:t>
      </w:r>
      <w:r>
        <w:rPr>
          <w:b w:val="false"/>
          <w:i w:val="false"/>
          <w:color w:val="000000"/>
          <w:u w:val="none"/>
          <w:shd w:val="clear" w:color="auto" w:fill="F4B183"/>
        </w:rPr>
        <w:t xml:space="preserve"> [1ASG]</w:t>
      </w:r>
      <w:r>
        <w:rPr>
          <w:shd w:val="clear" w:color="auto" w:fill="F4B183"/>
          <w:color w:val="000000"/>
        </w:rPr>
        <w:t xml:space="preserve">. </w:t>
      </w:r>
      <w:r>
        <w:rPr>
          <w:shd w:fill="F4B183" w:val="clear" w:color="auto"/>
          <w:color w:val="000000"/>
        </w:rPr>
        <w:t>Why should you be afraid of mortal man</w:t>
      </w:r>
      <w:r>
        <w:rPr>
          <w:b w:val="false"/>
          <w:i w:val="false"/>
          <w:color w:val="000000"/>
          <w:u w:val="none"/>
          <w:shd w:val="clear" w:color="auto" w:fill="F4B183"/>
        </w:rPr>
        <w:t xml:space="preserve"> [1CII]</w:t>
      </w:r>
      <w:r>
        <w:rPr>
          <w:shd w:val="clear" w:color="auto" w:fill="F4B183"/>
          <w:color w:val="000000"/>
        </w:rPr>
        <w:t xml:space="preserve">, of </w:t>
      </w:r>
      <w:r>
        <w:rPr>
          <w:shd w:fill="F4B183" w:val="clear" w:color="auto"/>
          <w:color w:val="000000"/>
        </w:rPr>
        <w:t>a son of man who withers like grass</w:t>
      </w:r>
      <w:r>
        <w:rPr>
          <w:b w:val="false"/>
          <w:i w:val="false"/>
          <w:color w:val="000000"/>
          <w:u w:val="none"/>
          <w:shd w:val="clear" w:color="auto" w:fill="F4B183"/>
        </w:rPr>
        <w:t xml:space="preserve"> [1ASH]</w:t>
      </w:r>
      <w:r>
        <w:rPr>
          <w:shd w:val="clear" w:color="auto" w:fill="F4B183"/>
          <w:color w:val="000000"/>
        </w:rPr>
        <w:t>?</w:t>
      </w:r>
    </w:p>
    <w:p>
      <w:pPr>
        <w:pStyle w:val="Yellow"/>
        <w:rPr/>
      </w:pPr>
      <w:r>
        <w:rPr>
          <w:b/>
        </w:rPr>
        <w:t xml:space="preserve">Isaiah 57:16</w:t>
      </w:r>
      <w:r>
        <w:rPr/>
        <w:t xml:space="preserve"> — </w:t>
      </w:r>
      <w:r>
        <w:rPr>
          <w:shd w:fill="B7DDE8" w:val="clear"/>
        </w:rPr>
        <w:t xml:space="preserve">I will not accuse you forever</w:t>
      </w:r>
      <w:r>
        <w:rPr>
          <w:b w:val="false"/>
          <w:i w:val="false"/>
          <w:color w:val="000000"/>
          <w:u w:val="none"/>
        </w:rPr>
        <w:t xml:space="preserve"> [1IRE]</w:t>
      </w:r>
      <w:r>
        <w:rPr/>
        <w:t xml:space="preserve">, </w:t>
      </w:r>
      <w:r>
        <w:rPr>
          <w:shd w:fill="B7DDE8" w:val="clear"/>
        </w:rPr>
        <w:t xml:space="preserve">nor will I always be angry</w:t>
      </w:r>
      <w:r>
        <w:rPr>
          <w:b w:val="false"/>
          <w:i w:val="false"/>
          <w:color w:val="000000"/>
          <w:u w:val="none"/>
        </w:rPr>
        <w:t xml:space="preserve"> [4AHP]</w:t>
      </w:r>
      <w:r>
        <w:rPr/>
        <w:t xml:space="preserve">; for </w:t>
      </w:r>
      <w:r>
        <w:rPr>
          <w:shd w:fill="B7DDE8" w:val="clear"/>
        </w:rPr>
        <w:t xml:space="preserve">then the spirit of man would grow weak before Me</w:t>
      </w:r>
      <w:r>
        <w:rPr>
          <w:b w:val="false"/>
          <w:i w:val="false"/>
          <w:color w:val="000000"/>
          <w:u w:val="none"/>
        </w:rPr>
        <w:t xml:space="preserve"> [1IRF]</w:t>
      </w:r>
      <w:r>
        <w:rPr/>
        <w:t xml:space="preserve">—</w:t>
      </w:r>
      <w:r>
        <w:rPr>
          <w:shd w:fill="B7DDE8" w:val="clear"/>
        </w:rPr>
        <w:t xml:space="preserve">the breath of life I have made</w:t>
      </w:r>
      <w:r>
        <w:rPr>
          <w:b w:val="false"/>
          <w:i w:val="false"/>
          <w:color w:val="000000"/>
          <w:u w:val="none"/>
        </w:rPr>
        <w:t xml:space="preserve"> [1IRG]</w:t>
      </w:r>
      <w:r>
        <w:rPr/>
        <w:t xml:space="preserve">.</w:t>
      </w:r>
    </w:p>
    <w:p>
      <w:pPr>
        <w:pStyle w:val="Yellow"/>
        <w:rPr/>
      </w:pPr>
      <w:r>
        <w:rPr>
          <w:b/>
        </w:rPr>
        <w:t xml:space="preserve">Romans 7:18</w:t>
      </w:r>
      <w:r>
        <w:rPr/>
        <w:t xml:space="preserve"> — I know that </w:t>
      </w:r>
      <w:r>
        <w:rPr>
          <w:shd w:fill="B7DDE8" w:val="clear"/>
        </w:rPr>
        <w:t xml:space="preserve">nothing good lives in me, that is, in my flesh</w:t>
      </w:r>
      <w:r>
        <w:rPr>
          <w:b w:val="false"/>
          <w:i w:val="false"/>
          <w:color w:val="000000"/>
          <w:u w:val="none"/>
        </w:rPr>
        <w:t xml:space="preserve"> [1IEZ]</w:t>
      </w:r>
      <w:r>
        <w:rPr/>
        <w:t xml:space="preserve">; for </w:t>
      </w:r>
      <w:r>
        <w:rPr>
          <w:shd w:fill="B7DDE8" w:val="clear"/>
        </w:rPr>
        <w:t xml:space="preserve">I have the desire to do what is good</w:t>
      </w:r>
      <w:r>
        <w:rPr>
          <w:b w:val="false"/>
          <w:i w:val="false"/>
          <w:color w:val="000000"/>
          <w:u w:val="none"/>
        </w:rPr>
        <w:t xml:space="preserve"> [1IFA]</w:t>
      </w:r>
      <w:r>
        <w:rPr/>
        <w:t xml:space="preserve">, but </w:t>
      </w:r>
      <w:r>
        <w:rPr>
          <w:shd w:fill="B7DDE8" w:val="clear"/>
        </w:rPr>
        <w:t xml:space="preserve">I cannot carry it out</w:t>
      </w:r>
      <w:r>
        <w:rPr>
          <w:b w:val="false"/>
          <w:i w:val="false"/>
          <w:color w:val="000000"/>
          <w:u w:val="none"/>
        </w:rPr>
        <w:t xml:space="preserve"> [1IFB]</w:t>
      </w:r>
      <w:r>
        <w:rPr/>
        <w:t xml:space="preserve">.</w:t>
      </w:r>
    </w:p>
    <w:p>
      <w:pPr>
        <w:pStyle w:val="Yellow"/>
        <w:rPr/>
      </w:pPr>
      <w:r>
        <w:t xml:space="preserve">(Ro8:23–25 Those with “the Spirit” have “hope”) </w:t>
      </w:r>
      <w:r>
        <w:rPr>
          <w:b/>
        </w:rPr>
        <w:t>Romans 8:26</w:t>
      </w:r>
      <w:r>
        <w:t xml:space="preserve"> — </w:t>
      </w:r>
      <w:r>
        <w:rPr>
          <w:shd w:fill="B7DDE8" w:val="clear"/>
        </w:rPr>
        <w:t>{In the same way}, the Spirit helps us in our weakness</w:t>
      </w:r>
      <w:r>
        <w:rPr>
          <w:b w:val="false"/>
          <w:i w:val="false"/>
          <w:color w:val="000000"/>
          <w:u w:val="none"/>
        </w:rPr>
        <w:t xml:space="preserve"> [1AUH]</w:t>
      </w:r>
      <w:r>
        <w:t xml:space="preserve">. </w:t>
      </w:r>
      <w:r>
        <w:rPr/>
        <w:t xml:space="preserve">For </w:t>
      </w:r>
      <w:r>
        <w:rPr>
          <w:shd w:fill="B7DDE8" w:val="clear"/>
        </w:rPr>
        <w:t>we do not know how we ought to pray</w:t>
      </w:r>
      <w:r>
        <w:rPr>
          <w:b w:val="false"/>
          <w:i w:val="false"/>
          <w:color w:val="000000"/>
          <w:u w:val="none"/>
        </w:rPr>
        <w:t xml:space="preserve"> [1AUI]</w:t>
      </w:r>
      <w:r>
        <w:rPr/>
        <w:t xml:space="preserve">, but </w:t>
      </w:r>
      <w:r>
        <w:rPr>
          <w:shd w:fill="B7DDE8" w:val="clear"/>
        </w:rPr>
        <w:t>the Spirit Himself intercedes for us with groans too deep for words</w:t>
      </w:r>
      <w:r>
        <w:rPr>
          <w:b w:val="false"/>
          <w:i w:val="false"/>
          <w:color w:val="000000"/>
          <w:u w:val="none"/>
        </w:rPr>
        <w:t xml:space="preserve"> [1AUJ]</w:t>
      </w:r>
      <w:r>
        <w:t>.</w:t>
      </w:r>
    </w:p>
    <w:p>
      <w:pPr>
        <w:pStyle w:val="Yellow"/>
        <w:rPr/>
      </w:pPr>
      <w:r>
        <w:rPr/>
        <w:t>&lt;40&gt;</w:t>
      </w:r>
      <w:r>
        <w:rPr>
          <w:b/>
        </w:rPr>
        <w:t>Romans 14:1-4</w:t>
      </w:r>
      <w:r>
        <w:rPr/>
        <w:t xml:space="preserve"> —  </w:t>
      </w:r>
      <w:r>
        <w:rPr>
          <w:shd w:val="clear" w:fill="B7DDE8"/>
        </w:rPr>
        <w:t>Accept him whose faith is weak, without passing judgment on his opinions</w:t>
      </w:r>
      <w:r>
        <w:rPr>
          <w:b w:val="false"/>
          <w:i w:val="false"/>
          <w:color w:val="000000"/>
          <w:u w:val="none"/>
        </w:rPr>
        <w:t xml:space="preserve"> [1DCH]</w:t>
      </w:r>
      <w:r>
        <w:rPr/>
        <w:t xml:space="preserve">. For </w:t>
      </w:r>
      <w:r>
        <w:rPr>
          <w:shd w:val="clear" w:fill="B7DDE8"/>
        </w:rPr>
        <w:t>one person has faith to eat all things</w:t>
      </w:r>
      <w:r>
        <w:rPr>
          <w:b w:val="false"/>
          <w:i w:val="false"/>
          <w:color w:val="000000"/>
          <w:u w:val="none"/>
        </w:rPr>
        <w:t xml:space="preserve"> [1DCI]</w:t>
      </w:r>
      <w:r>
        <w:rPr/>
        <w:t xml:space="preserve">, while </w:t>
      </w:r>
      <w:r>
        <w:rPr>
          <w:shd w:val="clear" w:fill="B7DDE8"/>
        </w:rPr>
        <w:t>another, who is weak, eats only vegetables</w:t>
      </w:r>
      <w:r>
        <w:rPr>
          <w:b w:val="false"/>
          <w:i w:val="false"/>
          <w:color w:val="000000"/>
          <w:u w:val="none"/>
        </w:rPr>
        <w:t xml:space="preserve"> [1DCJ]</w:t>
      </w:r>
      <w:r>
        <w:rPr/>
        <w:t xml:space="preserve">. </w:t>
      </w:r>
      <w:r>
        <w:rPr>
          <w:shd w:val="clear" w:fill="B7DDE8"/>
        </w:rPr>
        <w:t>The one who eats everything must not belittle the one who does not</w:t>
      </w:r>
      <w:r>
        <w:rPr>
          <w:b w:val="false"/>
          <w:i w:val="false"/>
          <w:color w:val="000000"/>
          <w:u w:val="none"/>
        </w:rPr>
        <w:t xml:space="preserve"> [1DCK]</w:t>
      </w:r>
      <w:r>
        <w:rPr/>
        <w:t xml:space="preserve">, and </w:t>
      </w:r>
      <w:r>
        <w:rPr>
          <w:shd w:val="clear" w:fill="B7DDE8"/>
        </w:rPr>
        <w:t>the one who does not eat everything must not judge the one who does</w:t>
      </w:r>
      <w:r>
        <w:rPr>
          <w:b w:val="false"/>
          <w:i w:val="false"/>
          <w:color w:val="000000"/>
          <w:u w:val="none"/>
        </w:rPr>
        <w:t xml:space="preserve"> [1DCL]</w:t>
      </w:r>
      <w:r>
        <w:rPr/>
        <w:t xml:space="preserve">, for </w:t>
      </w:r>
      <w:r>
        <w:rPr>
          <w:shd w:val="clear" w:fill="B7DDE8"/>
        </w:rPr>
        <w:t>God has accepted him</w:t>
      </w:r>
      <w:r>
        <w:rPr>
          <w:b w:val="false"/>
          <w:i w:val="false"/>
          <w:color w:val="000000"/>
          <w:u w:val="none"/>
        </w:rPr>
        <w:t xml:space="preserve"> [1DCM]</w:t>
      </w:r>
      <w:r>
        <w:rPr/>
        <w:t xml:space="preserve">. </w:t>
      </w:r>
      <w:r>
        <w:rPr>
          <w:shd w:val="clear" w:fill="B7DDE8"/>
        </w:rPr>
        <w:t>Who are you to judge someone else’s servant</w:t>
      </w:r>
      <w:r>
        <w:rPr>
          <w:b w:val="false"/>
          <w:i w:val="false"/>
          <w:color w:val="000000"/>
          <w:u w:val="none"/>
        </w:rPr>
        <w:t xml:space="preserve"> [1DCN]</w:t>
      </w:r>
      <w:r>
        <w:rPr/>
        <w:t xml:space="preserve">? </w:t>
      </w:r>
      <w:r>
        <w:rPr>
          <w:shd w:val="clear" w:fill="B7DDE8"/>
        </w:rPr>
        <w:t>To his own master he stands or falls</w:t>
      </w:r>
      <w:r>
        <w:rPr>
          <w:b w:val="false"/>
          <w:i w:val="false"/>
          <w:color w:val="000000"/>
          <w:u w:val="none"/>
        </w:rPr>
        <w:t xml:space="preserve"> [1DCO]</w:t>
      </w:r>
      <w:r>
        <w:rPr/>
        <w:t xml:space="preserve">. And </w:t>
      </w:r>
      <w:r>
        <w:rPr>
          <w:shd w:val="clear" w:fill="B7DDE8"/>
        </w:rPr>
        <w:t>he will stand</w:t>
      </w:r>
      <w:r>
        <w:rPr>
          <w:b w:val="false"/>
          <w:i w:val="false"/>
          <w:color w:val="000000"/>
          <w:u w:val="none"/>
        </w:rPr>
        <w:t xml:space="preserve"> [1DCP]</w:t>
      </w:r>
      <w:r>
        <w:rPr/>
        <w:t xml:space="preserve">, for </w:t>
      </w:r>
      <w:r>
        <w:rPr>
          <w:shd w:val="clear" w:fill="B7DDE8"/>
        </w:rPr>
        <w:t>the Lord is able to make him stand</w:t>
      </w:r>
      <w:r>
        <w:rPr>
          <w:b w:val="false"/>
          <w:i w:val="false"/>
          <w:color w:val="000000"/>
          <w:u w:val="none"/>
        </w:rPr>
        <w:t xml:space="preserve"> [1DCQ]</w:t>
      </w:r>
      <w:r>
        <w:rPr/>
        <w:t>.</w:t>
      </w:r>
    </w:p>
    <w:p>
      <w:pPr>
        <w:pStyle w:val="Yellow"/>
        <w:rPr/>
      </w:pPr>
      <w:r>
        <w:rPr/>
        <w:t>&lt;40&gt;</w:t>
      </w:r>
      <w:r>
        <w:rPr>
          <w:b/>
        </w:rPr>
        <w:t>Romans 14:23</w:t>
      </w:r>
      <w:r>
        <w:rPr/>
        <w:t xml:space="preserve"> — {But} </w:t>
      </w:r>
      <w:r>
        <w:rPr>
          <w:shd w:val="clear" w:fill="B7DDE8"/>
        </w:rPr>
        <w:t>the one who has doubts is condemned if he eats</w:t>
      </w:r>
      <w:r>
        <w:rPr>
          <w:b w:val="false"/>
          <w:i w:val="false"/>
          <w:color w:val="000000"/>
          <w:u w:val="none"/>
        </w:rPr>
        <w:t xml:space="preserve"> [1DCR]</w:t>
      </w:r>
      <w:r>
        <w:rPr/>
        <w:t xml:space="preserve">, because </w:t>
      </w:r>
      <w:r>
        <w:rPr>
          <w:shd w:val="clear" w:fill="B7DDE8"/>
        </w:rPr>
        <w:t>his eating is not from faith</w:t>
      </w:r>
      <w:r>
        <w:rPr>
          <w:b w:val="false"/>
          <w:i w:val="false"/>
          <w:color w:val="000000"/>
          <w:u w:val="none"/>
        </w:rPr>
        <w:t xml:space="preserve"> [1DCS]</w:t>
      </w:r>
      <w:r>
        <w:rPr/>
        <w:t xml:space="preserve">; and </w:t>
      </w:r>
      <w:r>
        <w:rPr>
          <w:shd w:val="clear" w:fill="B7DDE8"/>
        </w:rPr>
        <w:t>everything that is not from faith is sin</w:t>
      </w:r>
      <w:r>
        <w:rPr>
          <w:b w:val="false"/>
          <w:i w:val="false"/>
          <w:color w:val="000000"/>
          <w:u w:val="none"/>
        </w:rPr>
        <w:t xml:space="preserve"> [1DCT]</w:t>
      </w:r>
      <w:r>
        <w:rPr/>
        <w:t>.</w:t>
      </w:r>
    </w:p>
    <w:p>
      <w:pPr>
        <w:pStyle w:val="Yellow"/>
        <w:rPr/>
        <w:pBdr>
          <w:left w:val="single" w:sz="28" w:space="4" w:color="C00000"/>
        </w:pBdr>
      </w:pPr>
      <w:r>
        <w:rPr>
          <w:b/>
          <w:highlight w:val="cyan"/>
          <w:u w:val="none"/>
        </w:rPr>
        <w:t>Romans 14:20</w:t>
      </w:r>
      <w:r>
        <w:rPr>
          <w:highlight w:val="cyan"/>
          <w:u w:val="none"/>
        </w:rPr>
        <w:t xml:space="preserve"> — </w:t>
      </w:r>
      <w:r>
        <w:rPr>
          <w:u w:val="none"/>
          <w:shd w:val="clear" w:fill="B7DDE8"/>
        </w:rPr>
        <w:t>All food is clean</w:t>
      </w:r>
      <w:r>
        <w:rPr>
          <w:b w:val="false"/>
          <w:i w:val="false"/>
          <w:u w:val="none"/>
          <w:color w:val="000000"/>
        </w:rPr>
        <w:t xml:space="preserve"> [3EES]</w:t>
      </w:r>
      <w:r>
        <w:rPr>
          <w:highlight w:val="cyan"/>
          <w:u w:val="none"/>
        </w:rPr>
        <w:t xml:space="preserve">, but </w:t>
      </w:r>
      <w:r>
        <w:rPr>
          <w:highlight w:val="cyan"/>
          <w:u w:val="none"/>
          <w:shd w:val="clear" w:fill="B7DDE8"/>
        </w:rPr>
        <w:t>it is wrong for a man to let his eating be a stumbling block</w:t>
      </w:r>
      <w:r>
        <w:rPr>
          <w:b w:val="false"/>
          <w:i w:val="false"/>
          <w:color w:val="000000"/>
          <w:u w:val="none"/>
        </w:rPr>
        <w:t xml:space="preserve"> [2EET]</w:t>
      </w:r>
      <w:r>
        <w:rPr>
          <w:highlight w:val="cyan"/>
          <w:u w:val="none"/>
        </w:rPr>
        <w:t>.</w:t>
      </w:r>
    </w:p>
    <w:p>
      <w:pPr>
        <w:pStyle w:val="Yellow"/>
        <w:rPr/>
      </w:pPr>
      <w:r>
        <w:rPr>
          <w:highlight w:val="cyan"/>
          <w:u w:val="none"/>
          <w:color w:val="auto"/>
        </w:rPr>
        <w:t xml:space="preserve">(Ro14:21 “cause your brother to stumble”) </w:t>
      </w:r>
      <w:r>
        <w:rPr>
          <w:b/>
          <w:highlight w:val="cyan"/>
          <w:u w:val="none"/>
          <w:color w:val="auto"/>
        </w:rPr>
        <w:t>Romans 14:20</w:t>
      </w:r>
      <w:r>
        <w:rPr>
          <w:highlight w:val="cyan"/>
          <w:u w:val="none"/>
          <w:color w:val="auto"/>
        </w:rPr>
        <w:t xml:space="preserve"> — </w:t>
      </w:r>
      <w:r>
        <w:rPr>
          <w:u w:val="none"/>
          <w:color w:val="auto"/>
        </w:rPr>
        <w:t>All food is clean</w:t>
      </w:r>
      <w:r>
        <w:rPr>
          <w:b w:val="false"/>
          <w:i w:val="false"/>
          <w:u w:val="none"/>
          <w:color w:val="auto"/>
        </w:rPr>
        <w:t xml:space="preserve"> [3EES]</w:t>
      </w:r>
      <w:r>
        <w:rPr>
          <w:highlight w:val="cyan"/>
          <w:u w:val="none"/>
          <w:color w:val="auto"/>
        </w:rPr>
        <w:t xml:space="preserve">, but </w:t>
      </w:r>
      <w:r>
        <w:rPr>
          <w:highlight w:val="cyan"/>
          <w:u w:val="none"/>
          <w:color w:val="auto"/>
        </w:rPr>
        <w:t>it is wrong for a man to let his eating be a {stumbling block}</w:t>
      </w:r>
      <w:r>
        <w:rPr>
          <w:b w:val="false"/>
          <w:i w:val="false"/>
          <w:u w:val="none"/>
          <w:color w:val="auto"/>
        </w:rPr>
        <w:t xml:space="preserve"> [2EET]</w:t>
      </w:r>
      <w:r>
        <w:rPr>
          <w:highlight w:val="cyan"/>
          <w:u w:val="none"/>
          <w:color w:val="auto"/>
        </w:rPr>
        <w:t>.</w:t>
      </w:r>
    </w:p>
    <w:p>
      <w:pPr>
        <w:pStyle w:val="Yellow"/>
        <w:rPr/>
      </w:pPr>
      <w:r>
        <w:rPr>
          <w:color w:val="auto"/>
        </w:rPr>
        <w:t xml:space="preserve">(1Co1:26 “Not many of you were wise” or “powerful”) </w:t>
      </w:r>
      <w:r>
        <w:rPr>
          <w:b/>
          <w:color w:val="auto"/>
        </w:rPr>
        <w:t xml:space="preserve">1 Corinthians 1:27</w:t>
      </w:r>
      <w:r>
        <w:rPr>
          <w:color w:val="auto"/>
        </w:rPr>
        <w:t xml:space="preserve"> — {But} </w:t>
      </w:r>
      <w:r>
        <w:rPr>
          <w:color w:val="auto"/>
        </w:rPr>
        <w:t xml:space="preserve">God chose the foolish things of the world to shame the wise</w:t>
      </w:r>
      <w:r>
        <w:rPr>
          <w:b w:val="false"/>
          <w:i w:val="false"/>
          <w:color w:val="auto"/>
          <w:u w:val="none"/>
        </w:rPr>
        <w:t xml:space="preserve"> [1HHG]</w:t>
      </w:r>
      <w:r>
        <w:rPr>
          <w:color w:val="auto"/>
        </w:rPr>
        <w:t xml:space="preserve">; </w:t>
      </w:r>
      <w:r>
        <w:rPr>
          <w:color w:val="auto"/>
        </w:rPr>
        <w:t xml:space="preserve">God chose the weak things of the world to shame the strong</w:t>
      </w:r>
      <w:r>
        <w:rPr>
          <w:b w:val="false"/>
          <w:i w:val="false"/>
          <w:color w:val="auto"/>
          <w:u w:val="none"/>
        </w:rPr>
        <w:t xml:space="preserve"> [1HHG]</w:t>
      </w:r>
      <w:r>
        <w:rPr>
          <w:color w:val="auto"/>
        </w:rPr>
        <w:t xml:space="preserve">.</w:t>
      </w:r>
    </w:p>
    <w:p>
      <w:pPr>
        <w:pStyle w:val="Yellow"/>
        <w:rPr/>
      </w:pPr>
      <w:r>
        <w:rPr/>
        <w:t xml:space="preserve">(1Co1:27 “God”) </w:t>
      </w:r>
      <w:r>
        <w:rPr>
          <w:b/>
        </w:rPr>
        <w:t>1 Corinthians 1:28</w:t>
      </w:r>
      <w:r>
        <w:rPr/>
        <w:t xml:space="preserve"> — </w:t>
      </w:r>
      <w:r>
        <w:rPr>
          <w:shd w:fill="B7DDE8" w:val="clear"/>
        </w:rPr>
        <w:t>{He} chose the lowly and despised things of the world, and the things that are not, to nullify the things that are</w:t>
      </w:r>
      <w:r>
        <w:rPr>
          <w:b w:val="false"/>
          <w:i w:val="false"/>
          <w:color w:val="000000"/>
          <w:u w:val="none"/>
        </w:rPr>
        <w:t xml:space="preserve"> [1LWI]</w:t>
      </w:r>
      <w:r>
        <w:rPr/>
        <w:t xml:space="preserve">, </w:t>
      </w:r>
      <w:r>
        <w:rPr>
          <w:shd w:fill="548235" w:val="clear" w:color="auto"/>
          <w:color w:val="FFFFFF"/>
        </w:rPr>
        <w:t>so that no one may boast in His presence</w:t>
      </w:r>
      <w:r>
        <w:rPr>
          <w:b w:val="false"/>
          <w:i w:val="false"/>
          <w:color w:val="FFFFFF"/>
          <w:u w:val="none"/>
          <w:shd w:val="clear" w:color="auto" w:fill="548235"/>
        </w:rPr>
        <w:t xml:space="preserve"> [2BXK]</w:t>
      </w:r>
      <w:r>
        <w:rPr/>
        <w:t>.</w:t>
      </w:r>
    </w:p>
    <w:p>
      <w:pPr>
        <w:pStyle w:val="Yellow"/>
        <w:rPr/>
      </w:pPr>
      <w:r>
        <w:rPr>
          <w:b/>
        </w:rPr>
        <w:t xml:space="preserve">1 Corinthians 8:7</w:t>
      </w:r>
      <w:r>
        <w:rPr/>
        <w:t xml:space="preserve"> — </w:t>
      </w:r>
      <w:r>
        <w:rPr>
          <w:shd w:fill="B7DDE8" w:val="clear"/>
        </w:rPr>
        <w:t xml:space="preserve">Some people are still so accustomed to idols that they eat such food as if it were sacrificed to an idol</w:t>
      </w:r>
      <w:r>
        <w:rPr>
          <w:b w:val="false"/>
          <w:i w:val="false"/>
          <w:color w:val="000000"/>
          <w:u w:val="none"/>
        </w:rPr>
        <w:t xml:space="preserve"> [1IEE]</w:t>
      </w:r>
      <w:r>
        <w:rPr/>
        <w:t xml:space="preserve">. And </w:t>
      </w:r>
      <w:r>
        <w:rPr>
          <w:shd w:fill="B7DDE8" w:val="clear"/>
        </w:rPr>
        <w:t xml:space="preserve">since their conscience is weak, it is defiled</w:t>
      </w:r>
      <w:r>
        <w:rPr>
          <w:b w:val="false"/>
          <w:i w:val="false"/>
          <w:color w:val="000000"/>
          <w:u w:val="none"/>
        </w:rPr>
        <w:t xml:space="preserve"> [1IEF]</w:t>
      </w:r>
      <w:r>
        <w:rPr/>
        <w:t xml:space="preserve">.</w:t>
      </w:r>
    </w:p>
    <w:p>
      <w:pPr>
        <w:pStyle w:val="Yellow"/>
        <w:rPr/>
      </w:pPr>
      <w:r>
        <w:rPr>
          <w:b/>
          <w:u w:val="none"/>
        </w:rPr>
        <w:t xml:space="preserve">1 Corinthians 8:9-12</w:t>
      </w:r>
      <w:r>
        <w:rPr>
          <w:u w:val="none"/>
        </w:rPr>
        <w:t xml:space="preserve"> — </w:t>
      </w:r>
      <w:r>
        <w:rPr>
          <w:u w:val="none"/>
          <w:shd w:fill="B7DDE8" w:val="clear"/>
        </w:rPr>
        <w:t xml:space="preserve">Be careful, however, that your freedom does not become a stumbling block to the weak</w:t>
      </w:r>
      <w:r>
        <w:rPr>
          <w:b w:val="false"/>
          <w:i w:val="false"/>
          <w:color w:val="000000"/>
          <w:u w:val="none"/>
        </w:rPr>
        <w:t xml:space="preserve"> [1JRT]</w:t>
      </w:r>
      <w:r>
        <w:rPr>
          <w:u w:val="none"/>
        </w:rPr>
        <w:t xml:space="preserve">. For </w:t>
      </w:r>
      <w:r>
        <w:rPr>
          <w:u w:val="none"/>
          <w:shd w:fill="B7DDE8" w:val="clear"/>
        </w:rPr>
        <w:t xml:space="preserve">if someone with a weak conscience sees you who are well informed eating in an idol’s temple, will he not be encouraged to </w:t>
      </w:r>
      <w:r>
        <w:rPr>
          <w:u w:val="none"/>
          <w:shd w:fill="B7DDE8" w:val="clear"/>
        </w:rPr>
        <w:t xml:space="preserve">eat food sacrificed to idols</w:t>
      </w:r>
      <w:r>
        <w:rPr>
          <w:b w:val="false"/>
          <w:i w:val="false"/>
          <w:color w:val="000000"/>
          <w:u w:val="none"/>
        </w:rPr>
        <w:t xml:space="preserve"> [1JRU]</w:t>
      </w:r>
      <w:r>
        <w:rPr>
          <w:u w:val="none"/>
        </w:rPr>
        <w:t xml:space="preserve">? So </w:t>
      </w:r>
      <w:r>
        <w:rPr>
          <w:u w:val="none"/>
          <w:shd w:fill="B7DDE8" w:val="clear"/>
        </w:rPr>
        <w:t xml:space="preserve">this weak brother, for whom Christ died, is destroyed by your knowledge</w:t>
      </w:r>
      <w:r>
        <w:rPr>
          <w:b w:val="false"/>
          <w:i w:val="false"/>
          <w:color w:val="000000"/>
          <w:u w:val="none"/>
        </w:rPr>
        <w:t xml:space="preserve"> [1JRV]</w:t>
      </w:r>
      <w:r>
        <w:rPr>
          <w:b w:val="false"/>
          <w:i w:val="false"/>
          <w:color w:val="000000"/>
          <w:u w:val="none"/>
        </w:rPr>
        <w:t xml:space="preserve"> [1JRW]</w:t>
      </w:r>
      <w:r>
        <w:rPr>
          <w:u w:val="none"/>
        </w:rPr>
        <w:t xml:space="preserve">. </w:t>
      </w:r>
      <w:r>
        <w:rPr>
          <w:u w:val="none"/>
          <w:shd w:fill="B7DDE8" w:val="clear"/>
        </w:rPr>
        <w:t xml:space="preserve">By sinning against your brothers in this way and wounding their weak conscience, you sin against Christ</w:t>
      </w:r>
      <w:r>
        <w:rPr>
          <w:b w:val="false"/>
          <w:i w:val="false"/>
          <w:color w:val="000000"/>
          <w:u w:val="none"/>
        </w:rPr>
        <w:t xml:space="preserve"> [1JRX]</w:t>
      </w:r>
      <w:r>
        <w:rPr>
          <w:b w:val="false"/>
          <w:i w:val="false"/>
          <w:color w:val="000000"/>
          <w:u w:val="none"/>
        </w:rPr>
        <w:t xml:space="preserve"> [1JRY]</w:t>
      </w:r>
      <w:r>
        <w:rPr>
          <w:b w:val="false"/>
          <w:i w:val="false"/>
          <w:color w:val="000000"/>
          <w:u w:val="none"/>
        </w:rPr>
        <w:t xml:space="preserve"> [1JRZ]</w:t>
      </w:r>
      <w:r>
        <w:rPr>
          <w:u w:val="none"/>
        </w:rPr>
        <w:t xml:space="preserve">.</w:t>
      </w:r>
    </w:p>
    <w:p>
      <w:pPr>
        <w:pStyle w:val="Yellow"/>
        <w:rPr/>
      </w:pPr>
      <w:r>
        <w:rPr>
          <w:b/>
        </w:rPr>
        <w:t xml:space="preserve">2 Corinthians 1:8-9</w:t>
      </w:r>
      <w:r>
        <w:rPr/>
        <w:t xml:space="preserve"> — </w:t>
      </w:r>
      <w:r>
        <w:rPr>
          <w:shd w:fill="B7DDE8" w:val="clear"/>
        </w:rPr>
        <w:t xml:space="preserve">We were under a burden far beyond our ability to endure</w:t>
      </w:r>
      <w:r>
        <w:rPr>
          <w:b w:val="false"/>
          <w:i w:val="false"/>
          <w:color w:val="000000"/>
          <w:u w:val="none"/>
        </w:rPr>
        <w:t xml:space="preserve"> [1IWB]</w:t>
      </w:r>
      <w:r>
        <w:rPr/>
        <w:t xml:space="preserve">, so that </w:t>
      </w:r>
      <w:r>
        <w:rPr>
          <w:shd w:fill="B7DDE8" w:val="clear"/>
        </w:rPr>
        <w:t xml:space="preserve">we despaired even of life</w:t>
      </w:r>
      <w:r>
        <w:rPr>
          <w:b w:val="false"/>
          <w:i w:val="false"/>
          <w:color w:val="000000"/>
          <w:u w:val="none"/>
        </w:rPr>
        <w:t xml:space="preserve"> [1IWC]</w:t>
      </w:r>
      <w:r>
        <w:rPr/>
        <w:t xml:space="preserve">. Indeed, </w:t>
      </w:r>
      <w:r>
        <w:rPr>
          <w:shd w:fill="B7DDE8" w:val="clear"/>
        </w:rPr>
        <w:t xml:space="preserve">we felt we were under the sentence of death</w:t>
      </w:r>
      <w:r>
        <w:rPr>
          <w:b w:val="false"/>
          <w:i w:val="false"/>
          <w:color w:val="000000"/>
          <w:u w:val="none"/>
        </w:rPr>
        <w:t xml:space="preserve"> [1IWD]</w:t>
      </w:r>
      <w:r>
        <w:rPr/>
        <w:t xml:space="preserve">, in order that </w:t>
      </w:r>
      <w:r>
        <w:rPr>
          <w:shd w:fill="B7DDE8" w:val="clear"/>
        </w:rPr>
        <w:t xml:space="preserve">we would not trust in ourselves, but in God, who raises the dead</w:t>
      </w:r>
      <w:r>
        <w:rPr>
          <w:b w:val="false"/>
          <w:i w:val="false"/>
          <w:color w:val="000000"/>
          <w:u w:val="none"/>
        </w:rPr>
        <w:t xml:space="preserve"> [1IWE]</w:t>
      </w:r>
      <w:r>
        <w:rPr>
          <w:b w:val="false"/>
          <w:i w:val="false"/>
          <w:color w:val="000000"/>
          <w:u w:val="none"/>
        </w:rPr>
        <w:t xml:space="preserve"> [2IQI]</w:t>
      </w:r>
      <w:r>
        <w:rPr/>
        <w:t xml:space="preserve">.</w:t>
      </w:r>
    </w:p>
    <w:p>
      <w:pPr>
        <w:pStyle w:val="Yellow"/>
        <w:rPr/>
      </w:pPr>
      <w:r>
        <w:rPr>
          <w:b/>
        </w:rPr>
        <w:t xml:space="preserve">2 Corinthians 3:5</w:t>
      </w:r>
      <w:r>
        <w:rPr/>
        <w:t xml:space="preserve"> — </w:t>
      </w:r>
      <w:r>
        <w:rPr>
          <w:shd w:fill="B7DDE8" w:val="clear"/>
        </w:rPr>
        <w:t xml:space="preserve">Not that we are competent in ourselves to claim that anything comes from us</w:t>
      </w:r>
      <w:r>
        <w:rPr>
          <w:b w:val="false"/>
          <w:i w:val="false"/>
          <w:color w:val="000000"/>
          <w:u w:val="none"/>
        </w:rPr>
        <w:t xml:space="preserve"> [1LRL]</w:t>
      </w:r>
      <w:r>
        <w:rPr/>
        <w:t xml:space="preserve">, but </w:t>
      </w:r>
      <w:r>
        <w:rPr>
          <w:shd w:fill="B7DDE8" w:val="clear"/>
        </w:rPr>
        <w:t xml:space="preserve">our competence comes from God</w:t>
      </w:r>
      <w:r>
        <w:rPr>
          <w:b w:val="false"/>
          <w:i w:val="false"/>
          <w:color w:val="000000"/>
          <w:u w:val="none"/>
        </w:rPr>
        <w:t xml:space="preserve"> [1LRM]</w:t>
      </w:r>
      <w:r>
        <w:rPr/>
        <w:t xml:space="preserve">.</w:t>
      </w:r>
    </w:p>
    <w:p>
      <w:pPr>
        <w:pStyle w:val="Yellow"/>
        <w:rPr/>
      </w:pPr>
      <w:r>
        <w:rPr>
          <w:shd w:val="clear" w:color="auto" w:fill="548235"/>
          <w:color w:val="FFFFFF"/>
        </w:rPr>
        <w:t xml:space="preserve">(2Co4:6 “knowledge of the glory of God”) </w:t>
      </w:r>
      <w:r>
        <w:rPr>
          <w:b/>
          <w:shd w:val="clear" w:color="auto" w:fill="548235"/>
          <w:color w:val="FFFFFF"/>
        </w:rPr>
        <w:t xml:space="preserve">2 Corinthians 4:7-10</w:t>
      </w:r>
      <w:r>
        <w:rPr>
          <w:shd w:val="clear" w:color="auto" w:fill="548235"/>
          <w:color w:val="FFFFFF"/>
        </w:rPr>
        <w:t xml:space="preserve"> — Now </w:t>
      </w:r>
      <w:r>
        <w:rPr>
          <w:shd w:fill="548235" w:val="clear" w:color="auto"/>
          <w:color w:val="FFFFFF"/>
        </w:rPr>
        <w:t xml:space="preserve">we have {this treasure} in jars of clay</w:t>
      </w:r>
      <w:r>
        <w:rPr>
          <w:b w:val="false"/>
          <w:i w:val="false"/>
          <w:color w:val="FFFFFF"/>
          <w:u w:val="none"/>
          <w:shd w:val="clear" w:color="auto" w:fill="548235"/>
        </w:rPr>
        <w:t xml:space="preserve"> [1IVJ]</w:t>
      </w:r>
      <w:r>
        <w:rPr>
          <w:shd w:val="clear" w:color="auto" w:fill="548235"/>
          <w:color w:val="FFFFFF"/>
        </w:rPr>
        <w:t xml:space="preserve"> to show that </w:t>
      </w:r>
      <w:r>
        <w:rPr>
          <w:shd w:fill="548235" w:val="clear" w:color="auto"/>
          <w:color w:val="FFFFFF"/>
        </w:rPr>
        <w:t xml:space="preserve">this surpassingly great power is from God and not from us</w:t>
      </w:r>
      <w:r>
        <w:rPr>
          <w:b w:val="false"/>
          <w:i w:val="false"/>
          <w:color w:val="FFFFFF"/>
          <w:u w:val="none"/>
          <w:shd w:val="clear" w:color="auto" w:fill="548235"/>
        </w:rPr>
        <w:t xml:space="preserve"> [1IVK]</w:t>
      </w:r>
      <w:r>
        <w:rPr>
          <w:shd w:val="clear" w:color="auto" w:fill="548235"/>
          <w:color w:val="FFFFFF"/>
        </w:rPr>
        <w:t xml:space="preserve">. </w:t>
      </w:r>
      <w:r>
        <w:rPr>
          <w:shd w:fill="548235" w:val="clear" w:color="auto"/>
          <w:color w:val="FFFFFF"/>
        </w:rPr>
        <w:t xml:space="preserve">We are hard pressed on all sides, but not crushed</w:t>
      </w:r>
      <w:r>
        <w:rPr>
          <w:b w:val="false"/>
          <w:i w:val="false"/>
          <w:color w:val="FFFFFF"/>
          <w:u w:val="none"/>
          <w:shd w:val="clear" w:color="auto" w:fill="548235"/>
        </w:rPr>
        <w:t xml:space="preserve"> [1IVL]</w:t>
      </w:r>
      <w:r>
        <w:rPr>
          <w:shd w:val="clear" w:color="auto" w:fill="548235"/>
          <w:color w:val="FFFFFF"/>
        </w:rPr>
        <w:t xml:space="preserve">; </w:t>
      </w:r>
      <w:r>
        <w:rPr>
          <w:shd w:fill="548235" w:val="clear" w:color="auto"/>
          <w:color w:val="FFFFFF"/>
        </w:rPr>
        <w:t xml:space="preserve">perplexed, but not in despair</w:t>
      </w:r>
      <w:r>
        <w:rPr>
          <w:b w:val="false"/>
          <w:i w:val="false"/>
          <w:color w:val="FFFFFF"/>
          <w:u w:val="none"/>
          <w:shd w:val="clear" w:color="auto" w:fill="548235"/>
        </w:rPr>
        <w:t xml:space="preserve"> [1IVM]</w:t>
      </w:r>
      <w:r>
        <w:rPr>
          <w:shd w:val="clear" w:color="auto" w:fill="548235"/>
          <w:color w:val="FFFFFF"/>
        </w:rPr>
        <w:t xml:space="preserve">; </w:t>
      </w:r>
      <w:r>
        <w:rPr>
          <w:shd w:fill="548235" w:val="clear" w:color="auto"/>
          <w:color w:val="FFFFFF"/>
        </w:rPr>
        <w:t xml:space="preserve">persecuted, but not forsaken</w:t>
      </w:r>
      <w:r>
        <w:rPr>
          <w:b w:val="false"/>
          <w:i w:val="false"/>
          <w:color w:val="FFFFFF"/>
          <w:u w:val="none"/>
          <w:shd w:val="clear" w:color="auto" w:fill="548235"/>
        </w:rPr>
        <w:t xml:space="preserve"> [1IVN]</w:t>
      </w:r>
      <w:r>
        <w:rPr>
          <w:shd w:val="clear" w:color="auto" w:fill="548235"/>
          <w:color w:val="FFFFFF"/>
        </w:rPr>
        <w:t xml:space="preserve">; </w:t>
      </w:r>
      <w:r>
        <w:rPr>
          <w:shd w:fill="548235" w:val="clear" w:color="auto"/>
          <w:color w:val="FFFFFF"/>
        </w:rPr>
        <w:t xml:space="preserve">struck down, but not destroyed</w:t>
      </w:r>
      <w:r>
        <w:rPr>
          <w:b w:val="false"/>
          <w:i w:val="false"/>
          <w:color w:val="FFFFFF"/>
          <w:u w:val="none"/>
          <w:shd w:val="clear" w:color="auto" w:fill="548235"/>
        </w:rPr>
        <w:t xml:space="preserve"> [1IVO]</w:t>
      </w:r>
      <w:r>
        <w:rPr>
          <w:shd w:val="clear" w:color="auto" w:fill="548235"/>
          <w:color w:val="FFFFFF"/>
        </w:rPr>
        <w:t xml:space="preserve">. </w:t>
      </w:r>
      <w:r>
        <w:rPr>
          <w:shd w:fill="548235" w:val="clear" w:color="auto"/>
          <w:color w:val="FFFFFF"/>
        </w:rPr>
        <w:t xml:space="preserve">We always carry around in our body the death of Jesus</w:t>
      </w:r>
      <w:r>
        <w:rPr>
          <w:b w:val="false"/>
          <w:i w:val="false"/>
          <w:color w:val="FFFFFF"/>
          <w:u w:val="none"/>
          <w:shd w:val="clear" w:color="auto" w:fill="548235"/>
        </w:rPr>
        <w:t xml:space="preserve"> [1IVP]</w:t>
      </w:r>
      <w:r>
        <w:rPr>
          <w:shd w:val="clear" w:color="auto" w:fill="548235"/>
          <w:color w:val="FFFFFF"/>
        </w:rPr>
        <w:t xml:space="preserve">, </w:t>
      </w:r>
      <w:r>
        <w:rPr>
          <w:shd w:fill="548235" w:val="clear" w:color="auto"/>
          <w:color w:val="FFFFFF"/>
        </w:rPr>
        <w:t xml:space="preserve">so that the life of Jesus may also be revealed in our body</w:t>
      </w:r>
      <w:r>
        <w:rPr>
          <w:b w:val="false"/>
          <w:i w:val="false"/>
          <w:color w:val="FFFFFF"/>
          <w:u w:val="none"/>
          <w:shd w:val="clear" w:color="auto" w:fill="548235"/>
        </w:rPr>
        <w:t xml:space="preserve"> [1IVQ]</w:t>
      </w:r>
      <w:r>
        <w:rPr>
          <w:shd w:val="clear" w:color="auto" w:fill="548235"/>
          <w:color w:val="FFFFFF"/>
        </w:rPr>
        <w:t xml:space="preserve">.</w:t>
      </w:r>
    </w:p>
    <w:p>
      <w:pPr>
        <w:pStyle w:val="Yellow"/>
        <w:rPr/>
      </w:pPr>
      <w:r>
        <w:rPr>
          <w:b/>
        </w:rPr>
        <w:t>2 Corinthians 13:3</w:t>
      </w:r>
      <w:r>
        <w:rPr/>
        <w:t xml:space="preserve"> — </w:t>
      </w:r>
      <w:r>
        <w:rPr>
          <w:shd w:fill="B7DDE8" w:val="clear"/>
        </w:rPr>
        <w:t>Christ is speaking through me</w:t>
      </w:r>
      <w:r>
        <w:rPr>
          <w:b w:val="false"/>
          <w:i w:val="false"/>
          <w:color w:val="000000"/>
          <w:u w:val="none"/>
        </w:rPr>
        <w:t xml:space="preserve"> [1LWZ]</w:t>
      </w:r>
      <w:r>
        <w:rPr/>
        <w:t xml:space="preserve">. </w:t>
      </w:r>
      <w:r>
        <w:rPr>
          <w:shd w:fill="B7DDE8" w:val="clear"/>
        </w:rPr>
        <w:t>He is not weak in dealing with you</w:t>
      </w:r>
      <w:r>
        <w:rPr>
          <w:b w:val="false"/>
          <w:i w:val="false"/>
          <w:color w:val="000000"/>
          <w:u w:val="none"/>
        </w:rPr>
        <w:t xml:space="preserve"> [1LXA]</w:t>
      </w:r>
      <w:r>
        <w:rPr/>
        <w:t xml:space="preserve">, but </w:t>
      </w:r>
      <w:r>
        <w:rPr>
          <w:shd w:fill="B7DDE8" w:val="clear"/>
        </w:rPr>
        <w:t>is powerful among you</w:t>
      </w:r>
      <w:r>
        <w:rPr>
          <w:b w:val="false"/>
          <w:i w:val="false"/>
          <w:color w:val="000000"/>
          <w:u w:val="none"/>
        </w:rPr>
        <w:t xml:space="preserve"> [1LXB]</w:t>
      </w:r>
      <w:r>
        <w:rPr/>
        <w:t>.</w:t>
      </w:r>
    </w:p>
    <w:p>
      <w:pPr>
        <w:pStyle w:val="Yellow"/>
        <w:rPr/>
      </w:pPr>
      <w:r>
        <w:rPr>
          <w:b/>
          <w:shd w:val="clear" w:color="auto" w:fill="548235"/>
          <w:color w:val="FFFFFF"/>
        </w:rPr>
        <w:t>2 Corinthians 13:4</w:t>
      </w:r>
      <w:r>
        <w:rPr>
          <w:shd w:val="clear" w:color="auto" w:fill="548235"/>
          <w:color w:val="FFFFFF"/>
        </w:rPr>
        <w:t xml:space="preserve"> — For </w:t>
      </w:r>
      <w:r>
        <w:rPr>
          <w:shd w:fill="548235" w:val="clear" w:color="auto"/>
          <w:color w:val="FFFFFF"/>
        </w:rPr>
        <w:t>He was indeed crucified in weakness</w:t>
      </w:r>
      <w:r>
        <w:rPr>
          <w:b w:val="false"/>
          <w:i w:val="false"/>
          <w:color w:val="FFFFFF"/>
          <w:u w:val="none"/>
          <w:shd w:val="clear" w:color="auto" w:fill="548235"/>
        </w:rPr>
        <w:t xml:space="preserve"> [1AZF]</w:t>
      </w:r>
      <w:r>
        <w:rPr>
          <w:shd w:val="clear" w:color="auto" w:fill="548235"/>
          <w:color w:val="FFFFFF"/>
        </w:rPr>
        <w:t xml:space="preserve">, yet </w:t>
      </w:r>
      <w:r>
        <w:rPr>
          <w:shd w:fill="548235" w:val="clear" w:color="auto"/>
          <w:color w:val="FFFFFF"/>
        </w:rPr>
        <w:t>He lives by God’s power</w:t>
      </w:r>
      <w:r>
        <w:rPr>
          <w:b w:val="false"/>
          <w:i w:val="false"/>
          <w:color w:val="FFFFFF"/>
          <w:u w:val="none"/>
          <w:shd w:val="clear" w:color="auto" w:fill="548235"/>
        </w:rPr>
        <w:t xml:space="preserve"> [1AZG]</w:t>
      </w:r>
      <w:r>
        <w:rPr>
          <w:shd w:val="clear" w:color="auto" w:fill="548235"/>
          <w:color w:val="FFFFFF"/>
        </w:rPr>
        <w:t xml:space="preserve">. And </w:t>
      </w:r>
      <w:r>
        <w:rPr>
          <w:shd w:fill="548235" w:val="clear" w:color="auto"/>
          <w:color w:val="FFFFFF"/>
        </w:rPr>
        <w:t>though we are weak in Him</w:t>
      </w:r>
      <w:r>
        <w:rPr>
          <w:b w:val="false"/>
          <w:i w:val="false"/>
          <w:color w:val="FFFFFF"/>
          <w:u w:val="none"/>
          <w:shd w:val="clear" w:color="auto" w:fill="548235"/>
        </w:rPr>
        <w:t xml:space="preserve"> [1AZH]</w:t>
      </w:r>
      <w:r>
        <w:rPr>
          <w:shd w:fill="548235" w:val="clear" w:color="auto"/>
          <w:color w:val="FFFFFF"/>
        </w:rPr>
        <w:t>, yet by God’s power we will live with Him to serve you</w:t>
      </w:r>
      <w:r>
        <w:rPr>
          <w:b w:val="false"/>
          <w:i w:val="false"/>
          <w:color w:val="FFFFFF"/>
          <w:u w:val="none"/>
          <w:shd w:val="clear" w:color="auto" w:fill="548235"/>
        </w:rPr>
        <w:t xml:space="preserve"> [1AZI]</w:t>
      </w:r>
      <w:r>
        <w:rPr>
          <w:shd w:val="clear" w:color="auto" w:fill="548235"/>
          <w:color w:val="FFFFFF"/>
        </w:rPr>
        <w:t>.</w:t>
      </w:r>
    </w:p>
    <w:p>
      <w:r>
        <w:rPr>
          <w:b/>
          <w:sz w:val="32"/>
        </w:rPr>
        <w:t>Weariness  (8)</w:t>
      </w:r>
    </w:p>
    <w:p>
      <w:pPr>
        <w:pStyle w:val="Yellow"/>
        <w:rPr/>
      </w:pPr>
      <w:r>
        <w:rPr/>
        <w:t xml:space="preserve">(Ps68:7 “Your people”) </w:t>
      </w:r>
      <w:r>
        <w:rPr>
          <w:b/>
        </w:rPr>
        <w:t>Psalm 68:9</w:t>
      </w:r>
      <w:r>
        <w:rPr/>
        <w:t xml:space="preserve"> — </w:t>
      </w:r>
      <w:r>
        <w:rPr>
          <w:color w:val="auto"/>
        </w:rPr>
        <w:t>You sent abundant rain, O God</w:t>
      </w:r>
      <w:r>
        <w:rPr>
          <w:b w:val="false"/>
          <w:i w:val="false"/>
          <w:color w:val="auto"/>
          <w:u w:val="none"/>
        </w:rPr>
        <w:t xml:space="preserve"> [1EGE]</w:t>
      </w:r>
      <w:r>
        <w:rPr/>
        <w:t xml:space="preserve">; </w:t>
      </w:r>
      <w:r>
        <w:rPr>
          <w:shd w:val="clear" w:fill="B7DDE8"/>
        </w:rPr>
        <w:t>You refreshed {Your weary inheritance}</w:t>
      </w:r>
      <w:r>
        <w:rPr>
          <w:b w:val="false"/>
          <w:i w:val="false"/>
          <w:color w:val="000000"/>
          <w:u w:val="none"/>
        </w:rPr>
        <w:t xml:space="preserve"> [1EGF]</w:t>
      </w:r>
      <w:r>
        <w:rPr/>
        <w:t>.</w:t>
      </w:r>
    </w:p>
    <w:p>
      <w:pPr>
        <w:pStyle w:val="Yellow"/>
        <w:rPr/>
      </w:pPr>
      <w:r>
        <w:rPr>
          <w:b/>
          <w:shd w:val="clear" w:color="auto" w:fill="548235"/>
          <w:color w:val="FFFFFF"/>
        </w:rPr>
        <w:t xml:space="preserve">Ecclesiastes 12:12</w:t>
      </w:r>
      <w:r>
        <w:rPr>
          <w:shd w:val="clear" w:color="auto" w:fill="548235"/>
          <w:color w:val="FFFFFF"/>
        </w:rPr>
        <w:t xml:space="preserve"> — </w:t>
      </w:r>
      <w:r>
        <w:rPr>
          <w:shd w:fill="548235" w:val="clear" w:color="auto"/>
          <w:color w:val="FFFFFF"/>
        </w:rPr>
        <w:t xml:space="preserve">much study wearies the body</w:t>
      </w:r>
      <w:r>
        <w:rPr>
          <w:b w:val="false"/>
          <w:i w:val="false"/>
          <w:color w:val="FFFFFF"/>
          <w:u w:val="none"/>
          <w:shd w:val="clear" w:color="auto" w:fill="548235"/>
        </w:rPr>
        <w:t xml:space="preserve"> [1GZT]</w:t>
      </w:r>
      <w:r>
        <w:rPr>
          <w:shd w:val="clear" w:color="auto" w:fill="548235"/>
          <w:color w:val="FFFFFF"/>
        </w:rPr>
        <w:t xml:space="preserve">.</w:t>
      </w:r>
    </w:p>
    <w:p>
      <w:pPr>
        <w:pStyle w:val="Yellow"/>
        <w:rPr/>
      </w:pPr>
      <w:r>
        <w:rPr>
          <w:b/>
        </w:rPr>
        <w:t xml:space="preserve">Isaiah 40:31</w:t>
      </w:r>
      <w:r>
        <w:rPr/>
        <w:t xml:space="preserve"> — </w:t>
      </w:r>
      <w:r>
        <w:rPr>
          <w:shd w:fill="B7DDE8" w:val="clear"/>
        </w:rPr>
        <w:t xml:space="preserve">Even youths grow tired and weary</w:t>
      </w:r>
      <w:r>
        <w:rPr>
          <w:b w:val="false"/>
          <w:i w:val="false"/>
          <w:color w:val="000000"/>
          <w:u w:val="none"/>
        </w:rPr>
        <w:t xml:space="preserve"> [1KNP]</w:t>
      </w:r>
      <w:r>
        <w:rPr/>
        <w:t xml:space="preserve">, and </w:t>
      </w:r>
      <w:r>
        <w:rPr>
          <w:shd w:fill="B7DDE8" w:val="clear"/>
        </w:rPr>
        <w:t xml:space="preserve">young men stumble and fall</w:t>
      </w:r>
      <w:r>
        <w:rPr>
          <w:b w:val="false"/>
          <w:i w:val="false"/>
          <w:color w:val="000000"/>
          <w:u w:val="none"/>
        </w:rPr>
        <w:t xml:space="preserve"> [1KNQ]</w:t>
      </w:r>
      <w:r>
        <w:rPr/>
        <w:t xml:space="preserve">. But </w:t>
      </w:r>
      <w:r>
        <w:rPr>
          <w:shd w:fill="B7DDE8" w:val="clear"/>
        </w:rPr>
        <w:t xml:space="preserve">those who wait upon the LORD will renew their strength</w:t>
      </w:r>
      <w:r>
        <w:rPr>
          <w:b w:val="false"/>
          <w:i w:val="false"/>
          <w:color w:val="000000"/>
          <w:u w:val="none"/>
        </w:rPr>
        <w:t xml:space="preserve"> [1KNR]</w:t>
      </w:r>
      <w:r>
        <w:rPr/>
        <w:t xml:space="preserve">; </w:t>
      </w:r>
      <w:r>
        <w:rPr>
          <w:shd w:fill="B7DDE8" w:val="clear"/>
        </w:rPr>
        <w:t xml:space="preserve">they will mount up with wings like eagles</w:t>
      </w:r>
      <w:r>
        <w:rPr>
          <w:b w:val="false"/>
          <w:i w:val="false"/>
          <w:color w:val="000000"/>
          <w:u w:val="none"/>
        </w:rPr>
        <w:t xml:space="preserve"> [1KNS]</w:t>
      </w:r>
      <w:r>
        <w:rPr/>
        <w:t xml:space="preserve">; </w:t>
      </w:r>
      <w:r>
        <w:rPr>
          <w:shd w:fill="B7DDE8" w:val="clear"/>
        </w:rPr>
        <w:t xml:space="preserve">they will run and not grow weary</w:t>
      </w:r>
      <w:r>
        <w:rPr>
          <w:b w:val="false"/>
          <w:i w:val="false"/>
          <w:color w:val="000000"/>
          <w:u w:val="none"/>
        </w:rPr>
        <w:t xml:space="preserve"> [1KNT]</w:t>
      </w:r>
      <w:r>
        <w:rPr/>
        <w:t xml:space="preserve">, </w:t>
      </w:r>
      <w:r>
        <w:rPr>
          <w:shd w:fill="B7DDE8" w:val="clear"/>
        </w:rPr>
        <w:t xml:space="preserve">they will walk and not faint</w:t>
      </w:r>
      <w:r>
        <w:rPr>
          <w:b w:val="false"/>
          <w:i w:val="false"/>
          <w:color w:val="000000"/>
          <w:u w:val="none"/>
        </w:rPr>
        <w:t xml:space="preserve"> [1KNU]</w:t>
      </w:r>
      <w:r>
        <w:rPr/>
        <w:t xml:space="preserve">.</w:t>
      </w:r>
    </w:p>
    <w:p>
      <w:pPr>
        <w:pStyle w:val="Yellow"/>
        <w:rPr/>
      </w:pPr>
      <w:r>
        <w:rPr/>
        <w:t xml:space="preserve">(Je31:3ᶜ God’s “everlasting love” / 23–24ᶜ when God will “restore” Judah¹) </w:t>
      </w:r>
      <w:r>
        <w:rPr>
          <w:b/>
        </w:rPr>
        <w:t xml:space="preserve">Jeremiah 31:25</w:t>
      </w:r>
      <w:r>
        <w:rPr/>
        <w:t xml:space="preserve"> — {for} </w:t>
      </w:r>
      <w:r>
        <w:rPr>
          <w:shd w:fill="B7DDE8" w:val="clear"/>
        </w:rPr>
        <w:t xml:space="preserve">I will refresh the weary soul</w:t>
      </w:r>
      <w:r>
        <w:rPr>
          <w:b w:val="false"/>
          <w:i w:val="false"/>
          <w:color w:val="000000"/>
          <w:u w:val="none"/>
        </w:rPr>
        <w:t xml:space="preserve"> [1KYI]</w:t>
      </w:r>
      <w:r>
        <w:rPr/>
        <w:t xml:space="preserve"> and </w:t>
      </w:r>
      <w:r>
        <w:rPr>
          <w:shd w:fill="B7DDE8" w:val="clear"/>
        </w:rPr>
        <w:t xml:space="preserve">replenish all who are weak</w:t>
      </w:r>
      <w:r>
        <w:rPr>
          <w:b w:val="false"/>
          <w:i w:val="false"/>
          <w:color w:val="000000"/>
          <w:u w:val="none"/>
        </w:rPr>
        <w:t xml:space="preserve"> [1KYI]</w:t>
      </w:r>
      <w:r>
        <w:rPr/>
        <w:t xml:space="preserve">.”</w:t>
      </w:r>
    </w:p>
    <w:p>
      <w:pPr>
        <w:pStyle w:val="Yellow"/>
        <w:rPr/>
      </w:pPr>
      <w:r>
        <w:rPr>
          <w:b/>
          <w:u w:val="none"/>
        </w:rPr>
        <w:t>Matthew 11:28</w:t>
      </w:r>
      <w:r>
        <w:rPr>
          <w:u w:val="none"/>
        </w:rPr>
        <w:t xml:space="preserve"> — </w:t>
      </w:r>
      <w:r>
        <w:rPr>
          <w:u w:val="none"/>
          <w:shd w:val="clear" w:fill="B7DDE8"/>
        </w:rPr>
        <w:t>Come to Me, all you who are weary and burdened, and I will give you rest</w:t>
      </w:r>
      <w:r>
        <w:rPr>
          <w:b w:val="false"/>
          <w:i w:val="false"/>
          <w:color w:val="000000"/>
          <w:u w:val="none"/>
        </w:rPr>
        <w:t xml:space="preserve"> [1EYQ]</w:t>
      </w:r>
      <w:r>
        <w:rPr>
          <w:u w:val="none"/>
        </w:rPr>
        <w:t>.</w:t>
      </w:r>
    </w:p>
    <w:p>
      <w:pPr>
        <w:pStyle w:val="Yellow"/>
        <w:rPr/>
      </w:pPr>
      <w:r>
        <w:rPr>
          <w:b/>
          <w:shd w:val="clear" w:color="auto" w:fill="548235"/>
          <w:color w:val="FFFFFF"/>
        </w:rPr>
        <w:t>Matthew 11:30</w:t>
      </w:r>
      <w:r>
        <w:rPr>
          <w:shd w:val="clear" w:color="auto" w:fill="548235"/>
          <w:color w:val="FFFFFF"/>
        </w:rPr>
        <w:t xml:space="preserve"> — </w:t>
      </w:r>
      <w:r>
        <w:rPr>
          <w:shd w:fill="548235" w:val="clear" w:color="auto"/>
          <w:color w:val="FFFFFF"/>
        </w:rPr>
        <w:t>My yoke is easy</w:t>
      </w:r>
      <w:r>
        <w:rPr>
          <w:b w:val="false"/>
          <w:i w:val="false"/>
          <w:color w:val="FFFFFF"/>
          <w:u w:val="none"/>
          <w:shd w:val="clear" w:color="auto" w:fill="548235"/>
        </w:rPr>
        <w:t xml:space="preserve"> [1MEJ]</w:t>
      </w:r>
      <w:r>
        <w:rPr>
          <w:shd w:val="clear" w:color="auto" w:fill="548235"/>
          <w:color w:val="FFFFFF"/>
        </w:rPr>
        <w:t xml:space="preserve"> and </w:t>
      </w:r>
      <w:r>
        <w:rPr>
          <w:shd w:fill="548235" w:val="clear" w:color="auto"/>
          <w:color w:val="FFFFFF"/>
        </w:rPr>
        <w:t>My burden is light</w:t>
      </w:r>
      <w:r>
        <w:rPr>
          <w:b w:val="false"/>
          <w:i w:val="false"/>
          <w:color w:val="FFFFFF"/>
          <w:u w:val="none"/>
          <w:shd w:val="clear" w:color="auto" w:fill="548235"/>
        </w:rPr>
        <w:t xml:space="preserve"> [1MEK]</w:t>
      </w:r>
      <w:r>
        <w:rPr>
          <w:shd w:val="clear" w:color="auto" w:fill="548235"/>
          <w:color w:val="FFFFFF"/>
        </w:rPr>
        <w:t>.”</w:t>
      </w:r>
    </w:p>
    <w:p>
      <w:pPr>
        <w:pStyle w:val="Yellow"/>
        <w:rPr/>
      </w:pPr>
      <w:r>
        <w:rPr>
          <w:b/>
        </w:rPr>
        <w:t>Galatians 6:9</w:t>
      </w:r>
      <w:r>
        <w:rPr/>
        <w:t xml:space="preserve"> — </w:t>
      </w:r>
      <w:r>
        <w:rPr>
          <w:shd w:val="clear" w:fill="B7DDE8"/>
        </w:rPr>
        <w:t>Let us not grow weary in well-doing</w:t>
      </w:r>
      <w:r>
        <w:rPr>
          <w:b w:val="false"/>
          <w:i w:val="false"/>
          <w:color w:val="000000"/>
          <w:u w:val="none"/>
        </w:rPr>
        <w:t xml:space="preserve"> [1EFW]</w:t>
      </w:r>
      <w:r>
        <w:rPr/>
        <w:t xml:space="preserve">, for </w:t>
      </w:r>
      <w:r>
        <w:rPr>
          <w:shd w:val="clear" w:fill="B7DDE8"/>
        </w:rPr>
        <w:t>in due time we will reap a harvest if we do not give up</w:t>
      </w:r>
      <w:r>
        <w:rPr>
          <w:b w:val="false"/>
          <w:i w:val="false"/>
          <w:color w:val="000000"/>
          <w:u w:val="none"/>
        </w:rPr>
        <w:t xml:space="preserve"> [1EFX]</w:t>
      </w:r>
      <w:r>
        <w:rPr/>
        <w:t>.</w:t>
      </w:r>
    </w:p>
    <w:p>
      <w:pPr>
        <w:pStyle w:val="Yellow"/>
        <w:rPr/>
      </w:pPr>
      <w:r>
        <w:rPr>
          <w:b/>
          <w:u w:val="none"/>
        </w:rPr>
        <w:t>Hebrews 12:2-3</w:t>
      </w:r>
      <w:r>
        <w:rPr>
          <w:u w:val="none"/>
        </w:rPr>
        <w:t xml:space="preserve"> — </w:t>
      </w:r>
      <w:r>
        <w:rPr>
          <w:u w:val="none"/>
          <w:shd w:fill="B7DDE8" w:val="clear"/>
        </w:rPr>
        <w:t>Let us fix our eyes on Jesus</w:t>
      </w:r>
      <w:r>
        <w:rPr>
          <w:b w:val="false"/>
          <w:i w:val="false"/>
          <w:color w:val="000000"/>
          <w:u w:val="none"/>
        </w:rPr>
        <w:t xml:space="preserve"> [1BCV]</w:t>
      </w:r>
      <w:r>
        <w:rPr>
          <w:u w:val="none"/>
        </w:rPr>
        <w:t xml:space="preserve">, </w:t>
      </w:r>
      <w:r>
        <w:rPr>
          <w:u w:val="none"/>
          <w:shd w:fill="B7DDE8" w:val="clear"/>
        </w:rPr>
        <w:t>the author and perfecter of our faith</w:t>
      </w:r>
      <w:r>
        <w:rPr>
          <w:b w:val="false"/>
          <w:i w:val="false"/>
          <w:color w:val="000000"/>
          <w:u w:val="none"/>
        </w:rPr>
        <w:t xml:space="preserve"> [1BCW]</w:t>
      </w:r>
      <w:r>
        <w:rPr>
          <w:u w:val="none"/>
        </w:rPr>
        <w:t xml:space="preserve">, who </w:t>
      </w:r>
      <w:r>
        <w:rPr>
          <w:u w:val="none"/>
          <w:shd w:fill="B7DDE8" w:val="clear"/>
        </w:rPr>
        <w:t>for the joy set before Him endured the cross, scorning its shame</w:t>
      </w:r>
      <w:r>
        <w:rPr>
          <w:b w:val="false"/>
          <w:i w:val="false"/>
          <w:color w:val="000000"/>
          <w:u w:val="none"/>
        </w:rPr>
        <w:t xml:space="preserve"> [1BCX]</w:t>
      </w:r>
      <w:r>
        <w:rPr>
          <w:u w:val="none"/>
        </w:rPr>
        <w:t xml:space="preserve">, and </w:t>
      </w:r>
      <w:r>
        <w:rPr>
          <w:u w:val="none"/>
          <w:shd w:fill="B7DDE8" w:val="clear"/>
        </w:rPr>
        <w:t>sat down at the right hand of the throne of God</w:t>
      </w:r>
      <w:r>
        <w:rPr>
          <w:b w:val="false"/>
          <w:i w:val="false"/>
          <w:u w:val="none"/>
          <w:color w:val="000000"/>
        </w:rPr>
        <w:t xml:space="preserve"> [4BCY]</w:t>
      </w:r>
      <w:r>
        <w:rPr>
          <w:u w:val="none"/>
        </w:rPr>
        <w:t xml:space="preserve">. </w:t>
      </w:r>
      <w:r>
        <w:rPr>
          <w:u w:val="none"/>
          <w:shd w:fill="B7DDE8" w:val="clear"/>
        </w:rPr>
        <w:t>Consider Him who endured such hostility from sinners, so that you will not grow weary and lose heart</w:t>
      </w:r>
      <w:r>
        <w:rPr>
          <w:b w:val="false"/>
          <w:i w:val="false"/>
          <w:color w:val="000000"/>
          <w:u w:val="none"/>
        </w:rPr>
        <w:t xml:space="preserve"> [1BCZ]</w:t>
      </w:r>
      <w:r>
        <w:rPr>
          <w:u w:val="none"/>
        </w:rPr>
        <w:t>.</w:t>
      </w:r>
    </w:p>
    <w:p>
      <w:r>
        <w:rPr>
          <w:b/>
          <w:sz w:val="32"/>
        </w:rPr>
        <w:t>End Times  (43)</w:t>
      </w:r>
    </w:p>
    <w:p>
      <w:pPr>
        <w:pStyle w:val="Yellow"/>
        <w:rPr/>
      </w:pPr>
      <w:r>
        <w:rPr>
          <w:b/>
        </w:rPr>
        <w:t xml:space="preserve">Genesis 27:29</w:t>
      </w:r>
      <w:r>
        <w:rPr/>
        <w:t xml:space="preserve"> — </w:t>
      </w:r>
      <w:r>
        <w:rPr>
          <w:shd w:fill="B7DDE8" w:val="clear"/>
        </w:rPr>
        <w:t xml:space="preserve">May peoples serve you and nations bow down to you</w:t>
      </w:r>
      <w:r>
        <w:rPr>
          <w:b w:val="false"/>
          <w:i w:val="false"/>
          <w:color w:val="000000"/>
          <w:u w:val="none"/>
        </w:rPr>
        <w:t xml:space="preserve"> [1JKU]</w:t>
      </w:r>
      <w:r>
        <w:rPr/>
        <w:t xml:space="preserve">. </w:t>
      </w:r>
      <w:r>
        <w:rPr>
          <w:shd w:fill="B7DDE8" w:val="clear"/>
        </w:rPr>
        <w:t xml:space="preserve">May you be the master of your brothers</w:t>
      </w:r>
      <w:r>
        <w:rPr>
          <w:b w:val="false"/>
          <w:i w:val="false"/>
          <w:color w:val="000000"/>
          <w:u w:val="none"/>
        </w:rPr>
        <w:t xml:space="preserve"> [1JKV]</w:t>
      </w:r>
      <w:r>
        <w:rPr/>
        <w:t xml:space="preserve">, and </w:t>
      </w:r>
      <w:r>
        <w:rPr>
          <w:shd w:fill="B7DDE8" w:val="clear"/>
        </w:rPr>
        <w:t xml:space="preserve">may the sons of your mother bow down to you</w:t>
      </w:r>
      <w:r>
        <w:rPr>
          <w:b w:val="false"/>
          <w:i w:val="false"/>
          <w:color w:val="000000"/>
          <w:u w:val="none"/>
        </w:rPr>
        <w:t xml:space="preserve"> [1JKW]</w:t>
      </w:r>
      <w:r>
        <w:rPr>
          <w:color w:val="auto"/>
        </w:rPr>
        <w:t xml:space="preserve">. </w:t>
      </w:r>
      <w:r>
        <w:rPr>
          <w:color w:val="auto"/>
        </w:rPr>
        <w:t xml:space="preserve">May those who curse you be cursed, and those who bless you be blessed</w:t>
      </w:r>
      <w:r>
        <w:rPr>
          <w:b w:val="false"/>
          <w:i w:val="false"/>
          <w:color w:val="auto"/>
          <w:u w:val="none"/>
        </w:rPr>
        <w:t xml:space="preserve"> [2JKX]</w:t>
      </w:r>
      <w:r>
        <w:rPr>
          <w:b w:val="false"/>
          <w:i w:val="false"/>
          <w:color w:val="auto"/>
          <w:u w:val="none"/>
        </w:rPr>
        <w:t xml:space="preserve"> [2JKY]</w:t>
      </w:r>
      <w:r>
        <w:rPr>
          <w:color w:val="auto"/>
        </w:rPr>
        <w:t xml:space="preserve">.”</w:t>
      </w:r>
    </w:p>
    <w:p>
      <w:pPr>
        <w:pStyle w:val="Yellow"/>
        <w:rPr/>
        <w:pBdr>
          <w:left w:val="single" w:sz="28" w:space="5" w:color="C00000"/>
        </w:pBdr>
      </w:pPr>
      <w:r>
        <w:rPr>
          <w:b/>
          <w:highlight w:val="cyan"/>
        </w:rPr>
        <w:t xml:space="preserve">Psalm 45:7</w:t>
      </w:r>
      <w:r>
        <w:rPr>
          <w:highlight w:val="cyan"/>
        </w:rPr>
        <w:t xml:space="preserve"> — </w:t>
      </w:r>
      <w:r>
        <w:rPr>
          <w:highlight w:val="cyan"/>
          <w:shd w:fill="F4B183" w:val="clear" w:color="auto"/>
          <w:color w:val="000000"/>
        </w:rPr>
        <w:t xml:space="preserve">You have loved righteousness and hated wickedness</w:t>
      </w:r>
      <w:r>
        <w:rPr>
          <w:b w:val="false"/>
          <w:i w:val="false"/>
          <w:color w:val="000000"/>
          <w:u w:val="none"/>
          <w:shd w:val="clear" w:color="auto" w:fill="F4B183"/>
        </w:rPr>
        <w:t xml:space="preserve"> [2HXQ]</w:t>
      </w:r>
      <w:r>
        <w:rPr>
          <w:highlight w:val="cyan"/>
        </w:rPr>
        <w:t xml:space="preserve">; therefore </w:t>
      </w:r>
      <w:r>
        <w:rPr>
          <w:highlight w:val="cyan"/>
          <w:shd w:fill="B7DDE8" w:val="clear"/>
        </w:rPr>
        <w:t xml:space="preserve">God, your God, has anointed you above your companions with the oil of joy</w:t>
      </w:r>
      <w:r>
        <w:rPr>
          <w:b w:val="false"/>
          <w:i w:val="false"/>
          <w:color w:val="000000"/>
          <w:u w:val="none"/>
        </w:rPr>
        <w:t xml:space="preserve"> [2HXR]</w:t>
      </w:r>
      <w:r>
        <w:rPr>
          <w:highlight w:val="cyan"/>
        </w:rPr>
        <w:t xml:space="preserve">.</w:t>
      </w:r>
    </w:p>
    <w:p>
      <w:pPr>
        <w:pStyle w:val="Yellow"/>
        <w:rPr/>
      </w:pPr>
      <w:r>
        <w:rPr>
          <w:b/>
        </w:rPr>
        <w:t>Psalm 46:2–3</w:t>
      </w:r>
      <w:r>
        <w:t xml:space="preserve"> — </w:t>
      </w:r>
      <w:r>
        <w:rPr>
          <w:shd w:fill="B7DDE8" w:val="clear"/>
        </w:rPr>
        <w:t>God is our refuge and strength</w:t>
      </w:r>
      <w:r>
        <w:rPr>
          <w:b w:val="false"/>
          <w:i w:val="false"/>
          <w:color w:val="000000"/>
          <w:u w:val="none"/>
        </w:rPr>
        <w:t xml:space="preserve"> [7DXY]</w:t>
      </w:r>
      <w:r>
        <w:rPr>
          <w:b w:val="false"/>
          <w:i w:val="false"/>
          <w:color w:val="000000"/>
          <w:u w:val="none"/>
        </w:rPr>
        <w:t xml:space="preserve"> [7LI]</w:t>
      </w:r>
      <w:r>
        <w:t xml:space="preserve">, </w:t>
      </w:r>
      <w:r>
        <w:rPr>
          <w:shd w:fill="B7DDE8" w:val="clear"/>
        </w:rPr>
        <w:t>an ever-present help in times of trouble</w:t>
      </w:r>
      <w:r>
        <w:rPr>
          <w:b w:val="false"/>
          <w:i w:val="false"/>
          <w:u w:val="none"/>
          <w:color w:val="000000"/>
        </w:rPr>
        <w:t xml:space="preserve"> [1BNI]</w:t>
      </w:r>
      <w:r>
        <w:t xml:space="preserve">. Therefore  </w:t>
      </w:r>
      <w:r>
        <w:rPr>
          <w:shd w:fill="B7DDE8" w:val="clear"/>
        </w:rPr>
        <w:t>we will not fear</w:t>
      </w:r>
      <w:r>
        <w:rPr>
          <w:b w:val="false"/>
          <w:i w:val="false"/>
          <w:color w:val="000000"/>
          <w:u w:val="none"/>
        </w:rPr>
        <w:t xml:space="preserve"> [1BNJ]</w:t>
      </w:r>
      <w:r>
        <w:rPr>
          <w:shd w:val="clear" w:color="auto" w:fill="548235"/>
          <w:color w:val="FFFFFF"/>
        </w:rPr>
        <w:t xml:space="preserve">, </w:t>
      </w:r>
      <w:r>
        <w:rPr>
          <w:shd w:fill="548235" w:val="clear" w:color="auto"/>
          <w:color w:val="FFFFFF"/>
        </w:rPr>
        <w:t>though the earth is transformed and the mountains are toppled into the depths of the seas</w:t>
      </w:r>
      <w:r>
        <w:rPr>
          <w:b w:val="false"/>
          <w:i w:val="false"/>
          <w:color w:val="FFFFFF"/>
          <w:u w:val="none"/>
          <w:shd w:val="clear" w:color="auto" w:fill="548235"/>
        </w:rPr>
        <w:t xml:space="preserve"> [1BNK]</w:t>
      </w:r>
      <w:r>
        <w:rPr>
          <w:shd w:val="clear" w:color="auto" w:fill="548235"/>
          <w:color w:val="FFFFFF"/>
        </w:rPr>
        <w:t xml:space="preserve">, </w:t>
      </w:r>
      <w:r>
        <w:rPr>
          <w:shd w:fill="548235" w:val="clear" w:color="auto"/>
          <w:color w:val="FFFFFF"/>
        </w:rPr>
        <w:t>though their waters roar and foam and the mountains quake in the surge</w:t>
      </w:r>
      <w:r>
        <w:rPr>
          <w:b w:val="false"/>
          <w:i w:val="false"/>
          <w:color w:val="FFFFFF"/>
          <w:u w:val="none"/>
          <w:shd w:val="clear" w:color="auto" w:fill="548235"/>
        </w:rPr>
        <w:t xml:space="preserve"> [1BNL]</w:t>
      </w:r>
      <w:r>
        <w:t>. Selah</w:t>
      </w:r>
    </w:p>
    <w:p>
      <w:pPr>
        <w:pStyle w:val="Yellow"/>
        <w:rPr/>
      </w:pPr>
      <w:r>
        <w:rPr>
          <w:b/>
        </w:rPr>
        <w:t>Isaiah 2:2</w:t>
      </w:r>
      <w:r>
        <w:rPr/>
        <w:t xml:space="preserve"> — </w:t>
      </w:r>
      <w:r>
        <w:rPr>
          <w:shd w:val="clear" w:fill="B7DDE8"/>
        </w:rPr>
        <w:t>In the last days the mountain of the house of the LORD will be established as the chief of the mountains</w:t>
      </w:r>
      <w:r>
        <w:rPr>
          <w:b w:val="false"/>
          <w:i w:val="false"/>
          <w:color w:val="000000"/>
          <w:u w:val="none"/>
        </w:rPr>
        <w:t xml:space="preserve"> [1NM]</w:t>
      </w:r>
      <w:r>
        <w:rPr/>
        <w:t xml:space="preserve">; </w:t>
      </w:r>
      <w:r>
        <w:rPr>
          <w:shd w:val="clear" w:fill="B7DDE8"/>
        </w:rPr>
        <w:t>it will be raised above the hills</w:t>
      </w:r>
      <w:r>
        <w:rPr>
          <w:b w:val="false"/>
          <w:i w:val="false"/>
          <w:color w:val="000000"/>
          <w:u w:val="none"/>
        </w:rPr>
        <w:t xml:space="preserve"> [1NN]</w:t>
      </w:r>
      <w:r>
        <w:rPr/>
        <w:t xml:space="preserve">, and </w:t>
      </w:r>
      <w:r>
        <w:rPr>
          <w:shd w:val="clear" w:fill="B7DDE8"/>
        </w:rPr>
        <w:t>all nations will stream to it</w:t>
      </w:r>
      <w:r>
        <w:rPr>
          <w:b w:val="false"/>
          <w:i w:val="false"/>
          <w:color w:val="000000"/>
          <w:u w:val="none"/>
        </w:rPr>
        <w:t xml:space="preserve"> [1NO]</w:t>
      </w:r>
      <w:r>
        <w:rPr/>
        <w:t>.</w:t>
      </w:r>
    </w:p>
    <w:p>
      <w:pPr>
        <w:pStyle w:val="Yellow"/>
        <w:rPr/>
      </w:pPr>
      <w:r>
        <w:rPr/>
        <w:t xml:space="preserve">(Is11:6–8 animals and children living together) </w:t>
      </w:r>
      <w:r>
        <w:rPr>
          <w:b/>
        </w:rPr>
        <w:t xml:space="preserve">Isaiah 11:8–9</w:t>
      </w:r>
      <w:r>
        <w:rPr/>
        <w:t xml:space="preserve"> — </w:t>
      </w:r>
      <w:r>
        <w:rPr>
          <w:color w:val="auto"/>
        </w:rPr>
        <w:t xml:space="preserve">The infant will play by the cobra’s den</w:t>
      </w:r>
      <w:r>
        <w:rPr>
          <w:b w:val="false"/>
          <w:i w:val="false"/>
          <w:color w:val="auto"/>
          <w:u w:val="none"/>
        </w:rPr>
        <w:t xml:space="preserve"> [1JVQ]</w:t>
      </w:r>
      <w:r>
        <w:rPr>
          <w:color w:val="auto"/>
        </w:rPr>
        <w:t xml:space="preserve">, and </w:t>
      </w:r>
      <w:r>
        <w:rPr>
          <w:color w:val="auto"/>
        </w:rPr>
        <w:t xml:space="preserve">the toddler will reach into the viper’s nest</w:t>
      </w:r>
      <w:r>
        <w:rPr>
          <w:b w:val="false"/>
          <w:i w:val="false"/>
          <w:color w:val="auto"/>
          <w:u w:val="none"/>
        </w:rPr>
        <w:t xml:space="preserve"> [1JVR]</w:t>
      </w:r>
      <w:r>
        <w:rPr>
          <w:color w:val="auto"/>
        </w:rPr>
        <w:t xml:space="preserve">. </w:t>
      </w:r>
      <w:r>
        <w:rPr>
          <w:shd w:fill="B7DDE8" w:val="clear"/>
        </w:rPr>
        <w:t xml:space="preserve">{They} will neither harm nor destroy on all My holy mountain</w:t>
      </w:r>
      <w:r>
        <w:rPr>
          <w:b w:val="false"/>
          <w:i w:val="false"/>
          <w:color w:val="000000"/>
          <w:u w:val="none"/>
        </w:rPr>
        <w:t xml:space="preserve"> [2ASN]</w:t>
      </w:r>
      <w:r>
        <w:rPr/>
        <w:t xml:space="preserve">, for </w:t>
      </w:r>
      <w:r>
        <w:rPr>
          <w:shd w:fill="B7DDE8" w:val="clear"/>
        </w:rPr>
        <w:t xml:space="preserve">the earth will be full of the knowledge of the LORD as the sea is full of water</w:t>
      </w:r>
      <w:r>
        <w:rPr>
          <w:b w:val="false"/>
          <w:i w:val="false"/>
          <w:color w:val="000000"/>
          <w:u w:val="none"/>
        </w:rPr>
        <w:t xml:space="preserve"> [1JVS]</w:t>
      </w:r>
      <w:r>
        <w:rPr/>
        <w:t xml:space="preserve">.</w:t>
      </w:r>
    </w:p>
    <w:p>
      <w:pPr>
        <w:pStyle w:val="Yellow"/>
        <w:rPr/>
      </w:pPr>
      <w:r>
        <w:rPr>
          <w:b/>
          <w:u w:val="none"/>
        </w:rPr>
        <w:t>Isaiah 49:23</w:t>
      </w:r>
      <w:r>
        <w:rPr>
          <w:u w:val="none"/>
        </w:rPr>
        <w:t xml:space="preserve"> — </w:t>
      </w:r>
      <w:r>
        <w:rPr>
          <w:u w:val="none"/>
          <w:shd w:val="clear" w:fill="B7DDE8"/>
        </w:rPr>
        <w:t>Kings will be your foster fathers, and their queens your nursing mothers</w:t>
      </w:r>
      <w:r>
        <w:rPr>
          <w:b w:val="false"/>
          <w:i w:val="false"/>
          <w:color w:val="000000"/>
          <w:u w:val="none"/>
        </w:rPr>
        <w:t xml:space="preserve"> [1DHR]</w:t>
      </w:r>
      <w:r>
        <w:rPr>
          <w:u w:val="none"/>
        </w:rPr>
        <w:t xml:space="preserve">. </w:t>
      </w:r>
      <w:r>
        <w:rPr>
          <w:u w:val="none"/>
          <w:shd w:val="clear" w:fill="B7DDE8"/>
        </w:rPr>
        <w:t>They will bow to you facedown</w:t>
      </w:r>
      <w:r>
        <w:rPr>
          <w:b w:val="false"/>
          <w:i w:val="false"/>
          <w:color w:val="000000"/>
          <w:u w:val="none"/>
        </w:rPr>
        <w:t xml:space="preserve"> [1DHS]</w:t>
      </w:r>
      <w:r>
        <w:rPr>
          <w:u w:val="none"/>
        </w:rPr>
        <w:t xml:space="preserve"> and </w:t>
      </w:r>
      <w:r>
        <w:rPr>
          <w:u w:val="none"/>
          <w:shd w:val="clear" w:fill="B7DDE8"/>
        </w:rPr>
        <w:t>lick the dust at your feet</w:t>
      </w:r>
      <w:r>
        <w:rPr>
          <w:b w:val="false"/>
          <w:i w:val="false"/>
          <w:color w:val="000000"/>
          <w:u w:val="none"/>
        </w:rPr>
        <w:t xml:space="preserve"> [1DHT]</w:t>
      </w:r>
      <w:r>
        <w:rPr>
          <w:u w:val="none"/>
        </w:rPr>
        <w:t xml:space="preserve">. Then </w:t>
      </w:r>
      <w:r>
        <w:rPr>
          <w:u w:val="none"/>
          <w:shd w:val="clear" w:fill="B7DDE8"/>
        </w:rPr>
        <w:t>you will know that I am the LORD</w:t>
      </w:r>
      <w:r>
        <w:rPr>
          <w:b w:val="false"/>
          <w:i w:val="false"/>
          <w:color w:val="000000"/>
          <w:u w:val="none"/>
        </w:rPr>
        <w:t xml:space="preserve"> [4DHU]</w:t>
      </w:r>
      <w:r>
        <w:rPr>
          <w:u w:val="none"/>
          <w:shd w:val="clear" w:color="auto" w:fill="548235"/>
          <w:color w:val="FFFFFF"/>
        </w:rPr>
        <w:t xml:space="preserve">; </w:t>
      </w:r>
      <w:r>
        <w:rPr>
          <w:u w:val="none"/>
          <w:shd w:val="clear" w:fill="548235" w:color="auto"/>
          <w:color w:val="FFFFFF"/>
        </w:rPr>
        <w:t>those who hope in Me will never be put to shame</w:t>
      </w:r>
      <w:r>
        <w:rPr>
          <w:b w:val="false"/>
          <w:i w:val="false"/>
          <w:color w:val="FFFFFF"/>
          <w:u w:val="none"/>
          <w:shd w:val="clear" w:color="auto" w:fill="548235"/>
        </w:rPr>
        <w:t xml:space="preserve"> [1DHV]</w:t>
      </w:r>
      <w:r>
        <w:rPr>
          <w:u w:val="none"/>
          <w:shd w:val="clear" w:color="auto" w:fill="548235"/>
          <w:color w:val="FFFFFF"/>
        </w:rPr>
        <w:t>.”</w:t>
      </w:r>
    </w:p>
    <w:p>
      <w:pPr>
        <w:pStyle w:val="Yellow"/>
        <w:rPr/>
      </w:pPr>
      <w:r>
        <w:rPr>
          <w:b/>
        </w:rPr>
        <w:t xml:space="preserve">Isaiah 60:3</w:t>
      </w:r>
      <w:r>
        <w:rPr/>
        <w:t xml:space="preserve"> — </w:t>
      </w:r>
      <w:r>
        <w:rPr>
          <w:shd w:fill="B7DDE8" w:val="clear"/>
        </w:rPr>
        <w:t xml:space="preserve">Nations will come to your light</w:t>
      </w:r>
      <w:r>
        <w:rPr>
          <w:b w:val="false"/>
          <w:i w:val="false"/>
          <w:color w:val="000000"/>
          <w:u w:val="none"/>
        </w:rPr>
        <w:t xml:space="preserve"> [1KSS]</w:t>
      </w:r>
      <w:r>
        <w:rPr/>
        <w:t xml:space="preserve">, and </w:t>
      </w:r>
      <w:r>
        <w:rPr>
          <w:shd w:fill="B7DDE8" w:val="clear"/>
        </w:rPr>
        <w:t xml:space="preserve">kings to the brightness of your dawn</w:t>
      </w:r>
      <w:r>
        <w:rPr>
          <w:b w:val="false"/>
          <w:i w:val="false"/>
          <w:color w:val="000000"/>
          <w:u w:val="none"/>
        </w:rPr>
        <w:t xml:space="preserve"> [1KSS]</w:t>
      </w:r>
      <w:r>
        <w:rPr/>
        <w:t xml:space="preserve">.</w:t>
      </w:r>
    </w:p>
    <w:p>
      <w:pPr>
        <w:pStyle w:val="Yellow"/>
        <w:rPr/>
      </w:pPr>
      <w:r>
        <w:rPr>
          <w:b/>
        </w:rPr>
        <w:t>Isaiah 60:14</w:t>
      </w:r>
      <w:r>
        <w:t xml:space="preserve"> — </w:t>
      </w:r>
      <w:r>
        <w:rPr>
          <w:shd w:val="clear" w:color="auto" w:fill="D9C3E6"/>
        </w:rPr>
        <w:t>The sons of your oppressors will come and bow down to you</w:t>
      </w:r>
      <w:r>
        <w:rPr>
          <w:b w:val="false"/>
          <w:i w:val="false"/>
          <w:color w:val="000000"/>
          <w:u w:val="none"/>
        </w:rPr>
        <w:t xml:space="preserve"> [2FYN]</w:t>
      </w:r>
      <w:r>
        <w:rPr>
          <w:shd w:val="clear" w:color="auto" w:fill="D9C3E6"/>
        </w:rPr>
        <w:t xml:space="preserve">; </w:t>
      </w:r>
      <w:r>
        <w:rPr>
          <w:shd w:fill="B7DDE8" w:val="clear"/>
        </w:rPr>
        <w:t>all who reviled you will fall facedown at your feet</w:t>
      </w:r>
      <w:r>
        <w:rPr>
          <w:b w:val="false"/>
          <w:i w:val="false"/>
          <w:color w:val="000000"/>
          <w:u w:val="none"/>
        </w:rPr>
        <w:t xml:space="preserve"> [2FYN]</w:t>
      </w:r>
      <w:r>
        <w:t xml:space="preserve"> and </w:t>
      </w:r>
      <w:r>
        <w:rPr>
          <w:shd w:fill="B7DDE8" w:val="clear"/>
        </w:rPr>
        <w:t>call you the City of the LORD, Zion of the Holy One of Israel</w:t>
      </w:r>
      <w:r>
        <w:rPr>
          <w:b w:val="false"/>
          <w:i w:val="false"/>
          <w:color w:val="000000"/>
          <w:u w:val="none"/>
        </w:rPr>
        <w:t xml:space="preserve"> [1FYO]</w:t>
      </w:r>
      <w:r>
        <w:t>.</w:t>
      </w:r>
    </w:p>
    <w:p>
      <w:pPr>
        <w:pStyle w:val="Yellow"/>
        <w:rPr/>
      </w:pPr>
      <w:r>
        <w:rPr>
          <w:b/>
        </w:rPr>
        <w:t xml:space="preserve">Isaiah 61:5</w:t>
      </w:r>
      <w:r>
        <w:rPr/>
        <w:t xml:space="preserve"> — </w:t>
      </w:r>
      <w:r>
        <w:rPr>
          <w:shd w:fill="B7DDE8" w:val="clear"/>
        </w:rPr>
        <w:t xml:space="preserve">Strangers will stand and feed your flocks</w:t>
      </w:r>
      <w:r>
        <w:rPr>
          <w:b w:val="false"/>
          <w:i w:val="false"/>
          <w:color w:val="000000"/>
          <w:u w:val="none"/>
        </w:rPr>
        <w:t xml:space="preserve"> [1KYN]</w:t>
      </w:r>
      <w:r>
        <w:rPr/>
        <w:t xml:space="preserve">, and </w:t>
      </w:r>
      <w:r>
        <w:rPr>
          <w:shd w:fill="B7DDE8" w:val="clear"/>
        </w:rPr>
        <w:t xml:space="preserve">foreigners will be your plowmen and vinedressers</w:t>
      </w:r>
      <w:r>
        <w:rPr>
          <w:b w:val="false"/>
          <w:i w:val="false"/>
          <w:color w:val="000000"/>
          <w:u w:val="none"/>
        </w:rPr>
        <w:t xml:space="preserve"> [1KYO]</w:t>
      </w:r>
      <w:r>
        <w:rPr/>
        <w:t xml:space="preserve">.</w:t>
      </w:r>
    </w:p>
    <w:p>
      <w:pPr>
        <w:pStyle w:val="Yellow"/>
        <w:rPr/>
      </w:pPr>
      <w:r>
        <w:rPr/>
        <w:t xml:space="preserve">(Eze37:21 “the Israelites”) </w:t>
      </w:r>
      <w:r>
        <w:rPr>
          <w:b/>
        </w:rPr>
        <w:t xml:space="preserve">Ezekiel 37:24</w:t>
      </w:r>
      <w:r>
        <w:rPr/>
        <w:t xml:space="preserve"> — </w:t>
      </w:r>
      <w:r>
        <w:rPr>
          <w:shd w:fill="B7DDE8" w:val="clear"/>
        </w:rPr>
        <w:t xml:space="preserve">My servant David will be king over {them}</w:t>
      </w:r>
      <w:r>
        <w:rPr>
          <w:b w:val="false"/>
          <w:i w:val="false"/>
          <w:color w:val="000000"/>
          <w:u w:val="none"/>
        </w:rPr>
        <w:t xml:space="preserve"> [1KXE]</w:t>
      </w:r>
      <w:r>
        <w:rPr/>
        <w:t xml:space="preserve">, and </w:t>
      </w:r>
      <w:r>
        <w:rPr>
          <w:shd w:fill="B7DDE8" w:val="clear"/>
        </w:rPr>
        <w:t xml:space="preserve">there will be one shepherd for all of them</w:t>
      </w:r>
      <w:r>
        <w:rPr>
          <w:b w:val="false"/>
          <w:i w:val="false"/>
          <w:color w:val="000000"/>
          <w:u w:val="none"/>
        </w:rPr>
        <w:t xml:space="preserve"> [1KXF]</w:t>
      </w:r>
      <w:r>
        <w:rPr>
          <w:shd w:val="clear" w:color="auto" w:fill="548235"/>
          <w:color w:val="FFFFFF"/>
        </w:rPr>
        <w:t xml:space="preserve">. </w:t>
      </w:r>
      <w:r>
        <w:rPr>
          <w:color w:val="auto"/>
          <w:shd w:val="clear" w:color="auto" w:fill="D9C3E6"/>
        </w:rPr>
        <w:t xml:space="preserve">They will follow My ordinances and keep and observe My statutes</w:t>
      </w:r>
      <w:r>
        <w:rPr>
          <w:b w:val="false"/>
          <w:i w:val="false"/>
          <w:color w:val="FFFFFF"/>
          <w:u w:val="none"/>
          <w:shd w:val="clear" w:color="auto" w:fill="548235"/>
        </w:rPr>
        <w:t xml:space="preserve"> [2BGX]</w:t>
      </w:r>
      <w:r>
        <w:rPr>
          <w:color w:val="auto"/>
          <w:shd w:val="clear" w:color="auto" w:fill="D9C3E6"/>
        </w:rPr>
        <w:t xml:space="preserve">.</w:t>
      </w:r>
    </w:p>
    <w:p>
      <w:pPr>
        <w:pStyle w:val="Yellow"/>
        <w:rPr/>
      </w:pPr>
      <w:r>
        <w:rPr>
          <w:b/>
          <w:u w:val="none"/>
        </w:rPr>
        <w:t>Daniel 7:13–14</w:t>
      </w:r>
      <w:r>
        <w:rPr>
          <w:u w:val="none"/>
        </w:rPr>
        <w:t xml:space="preserve"> — </w:t>
      </w:r>
      <w:r>
        <w:rPr>
          <w:u w:val="none"/>
          <w:shd w:fill="B7DDE8" w:val="clear"/>
        </w:rPr>
        <w:t>In my vision in the night I continued to watch</w:t>
      </w:r>
      <w:r>
        <w:rPr>
          <w:b w:val="false"/>
          <w:i w:val="false"/>
          <w:color w:val="000000"/>
          <w:u w:val="none"/>
        </w:rPr>
        <w:t xml:space="preserve"> [1CJF]</w:t>
      </w:r>
      <w:r>
        <w:rPr>
          <w:u w:val="none"/>
        </w:rPr>
        <w:t xml:space="preserve">, and </w:t>
      </w:r>
      <w:r>
        <w:rPr>
          <w:u w:val="none"/>
          <w:shd w:fill="B7DDE8" w:val="clear"/>
        </w:rPr>
        <w:t xml:space="preserve">I saw </w:t>
      </w:r>
      <w:r>
        <w:rPr>
          <w:u w:val="none"/>
          <w:shd w:fill="B7DDE8" w:val="clear"/>
        </w:rPr>
        <w:t>One like the Son of Man coming with the clouds of heaven</w:t>
      </w:r>
      <w:r>
        <w:rPr>
          <w:b w:val="false"/>
          <w:i w:val="false"/>
          <w:color w:val="000000"/>
          <w:u w:val="none"/>
        </w:rPr>
        <w:t xml:space="preserve"> [1CJG]</w:t>
      </w:r>
      <w:r>
        <w:rPr>
          <w:u w:val="none"/>
        </w:rPr>
        <w:t xml:space="preserve">. </w:t>
      </w:r>
      <w:r>
        <w:rPr>
          <w:u w:val="none"/>
          <w:shd w:fill="B7DDE8" w:val="clear"/>
        </w:rPr>
        <w:t>He approached the Ancient of Days</w:t>
      </w:r>
      <w:r>
        <w:rPr>
          <w:b w:val="false"/>
          <w:i w:val="false"/>
          <w:color w:val="000000"/>
          <w:u w:val="none"/>
        </w:rPr>
        <w:t xml:space="preserve"> [1CJH]</w:t>
      </w:r>
      <w:r>
        <w:rPr>
          <w:u w:val="none"/>
        </w:rPr>
        <w:t xml:space="preserve"> and </w:t>
      </w:r>
      <w:r>
        <w:rPr>
          <w:u w:val="none"/>
          <w:shd w:fill="B7DDE8" w:val="clear"/>
        </w:rPr>
        <w:t>was led into His presence</w:t>
      </w:r>
      <w:r>
        <w:rPr>
          <w:b w:val="false"/>
          <w:i w:val="false"/>
          <w:color w:val="000000"/>
          <w:u w:val="none"/>
        </w:rPr>
        <w:t xml:space="preserve"> [1CJI]</w:t>
      </w:r>
      <w:r>
        <w:rPr>
          <w:u w:val="none"/>
        </w:rPr>
        <w:t xml:space="preserve">. And </w:t>
      </w:r>
      <w:r>
        <w:rPr>
          <w:u w:val="none"/>
          <w:shd w:fill="B7DDE8" w:val="clear"/>
        </w:rPr>
        <w:t>He was given dominion, glory, and kingship</w:t>
      </w:r>
      <w:r>
        <w:rPr>
          <w:b w:val="false"/>
          <w:i w:val="false"/>
          <w:color w:val="000000"/>
          <w:u w:val="none"/>
        </w:rPr>
        <w:t xml:space="preserve"> [1ARD]</w:t>
      </w:r>
      <w:r>
        <w:rPr>
          <w:u w:val="none"/>
        </w:rPr>
        <w:t xml:space="preserve">, </w:t>
      </w:r>
      <w:r>
        <w:rPr>
          <w:u w:val="none"/>
          <w:shd w:fill="B7DDE8" w:val="clear"/>
        </w:rPr>
        <w:t>that the people of every nation and language should serve Him</w:t>
      </w:r>
      <w:r>
        <w:rPr>
          <w:b w:val="false"/>
          <w:i w:val="false"/>
          <w:color w:val="000000"/>
          <w:u w:val="none"/>
        </w:rPr>
        <w:t xml:space="preserve"> [1ARE]</w:t>
      </w:r>
      <w:r>
        <w:rPr>
          <w:u w:val="none"/>
        </w:rPr>
        <w:t xml:space="preserve">. </w:t>
      </w:r>
      <w:r>
        <w:rPr>
          <w:u w:val="none"/>
          <w:shd w:val="clear" w:color="auto" w:fill="D9C3E6"/>
        </w:rPr>
        <w:t>His dominion is an everlasting dominion that will not pass away, and His kingdom is one that will never be destroyed</w:t>
      </w:r>
      <w:r>
        <w:rPr>
          <w:b w:val="false"/>
          <w:i w:val="false"/>
          <w:color w:val="000000"/>
          <w:u w:val="none"/>
        </w:rPr>
        <w:t xml:space="preserve"> [5HE]</w:t>
      </w:r>
      <w:r>
        <w:rPr>
          <w:u w:val="none"/>
          <w:shd w:val="clear" w:color="auto" w:fill="D9C3E6"/>
        </w:rPr>
        <w:t>.</w:t>
      </w:r>
    </w:p>
    <w:p>
      <w:pPr>
        <w:pStyle w:val="Yellow"/>
        <w:rPr/>
      </w:pPr>
      <w:r>
        <w:rPr/>
        <w:t xml:space="preserve">(Da12:2ᶜ after many “will awake”¹) </w:t>
      </w:r>
      <w:r>
        <w:rPr>
          <w:b/>
        </w:rPr>
        <w:t>Daniel 12:3</w:t>
      </w:r>
      <w:r>
        <w:rPr/>
        <w:t xml:space="preserve"> — </w:t>
      </w:r>
      <w:r>
        <w:rPr>
          <w:shd w:val="clear" w:fill="B7DDE8"/>
        </w:rPr>
        <w:t>{Then} the wise will shine like the brightness of the heavens</w:t>
      </w:r>
      <w:r>
        <w:rPr>
          <w:b w:val="false"/>
          <w:i w:val="false"/>
          <w:color w:val="000000"/>
          <w:u w:val="none"/>
        </w:rPr>
        <w:t xml:space="preserve"> [1DME]</w:t>
      </w:r>
      <w:r>
        <w:rPr/>
        <w:t xml:space="preserve">, and </w:t>
      </w:r>
      <w:r>
        <w:rPr>
          <w:shd w:val="clear" w:fill="B7DDE8"/>
        </w:rPr>
        <w:t>those who lead many to righteousness will shine like the stars forever and ever</w:t>
      </w:r>
      <w:r>
        <w:rPr>
          <w:b w:val="false"/>
          <w:i w:val="false"/>
          <w:color w:val="000000"/>
          <w:u w:val="none"/>
        </w:rPr>
        <w:t xml:space="preserve"> [1DMF]</w:t>
      </w:r>
      <w:r>
        <w:rPr/>
        <w:t>.</w:t>
      </w:r>
    </w:p>
    <w:p>
      <w:pPr>
        <w:pStyle w:val="Yellow"/>
        <w:rPr/>
      </w:pPr>
      <w:r>
        <w:rPr/>
        <w:t xml:space="preserve">(Joe3:16ᶜ when the LORD will “roar from Zion” and be “a refuge”¹) </w:t>
      </w:r>
      <w:r>
        <w:rPr>
          <w:b/>
        </w:rPr>
        <w:t>Joel 3:18</w:t>
      </w:r>
      <w:r>
        <w:rPr/>
        <w:t xml:space="preserve"> — {And in that day} </w:t>
      </w:r>
      <w:r>
        <w:rPr>
          <w:shd w:val="clear" w:fill="B7DDE8"/>
        </w:rPr>
        <w:t>the mountains will drip with sweet wine</w:t>
      </w:r>
      <w:r>
        <w:rPr>
          <w:b w:val="false"/>
          <w:i w:val="false"/>
          <w:color w:val="000000"/>
          <w:u w:val="none"/>
        </w:rPr>
        <w:t xml:space="preserve"> [1ECR]</w:t>
      </w:r>
      <w:r>
        <w:rPr/>
        <w:t xml:space="preserve">, and </w:t>
      </w:r>
      <w:r>
        <w:rPr>
          <w:shd w:val="clear" w:fill="B7DDE8"/>
        </w:rPr>
        <w:t>the hills will flow with milk</w:t>
      </w:r>
      <w:r>
        <w:rPr>
          <w:b w:val="false"/>
          <w:i w:val="false"/>
          <w:color w:val="000000"/>
          <w:u w:val="none"/>
        </w:rPr>
        <w:t xml:space="preserve"> [1ECS]</w:t>
      </w:r>
      <w:r>
        <w:rPr/>
        <w:t xml:space="preserve">. </w:t>
      </w:r>
      <w:r>
        <w:rPr>
          <w:shd w:val="clear" w:fill="B7DDE8"/>
        </w:rPr>
        <w:t>All the streams of Judah will run with water</w:t>
      </w:r>
      <w:r>
        <w:rPr>
          <w:b w:val="false"/>
          <w:i w:val="false"/>
          <w:color w:val="000000"/>
          <w:u w:val="none"/>
        </w:rPr>
        <w:t xml:space="preserve"> [1ECT]</w:t>
      </w:r>
      <w:r>
        <w:rPr/>
        <w:t xml:space="preserve">, and </w:t>
      </w:r>
      <w:r>
        <w:rPr>
          <w:shd w:val="clear" w:fill="B7DDE8"/>
        </w:rPr>
        <w:t>a spring will flow from the house of the LORD to water the Valley of Acacias</w:t>
      </w:r>
      <w:r>
        <w:rPr>
          <w:b w:val="false"/>
          <w:i w:val="false"/>
          <w:color w:val="000000"/>
          <w:u w:val="none"/>
        </w:rPr>
        <w:t xml:space="preserve"> [1ECU]</w:t>
      </w:r>
      <w:r>
        <w:rPr/>
        <w:t>.</w:t>
      </w:r>
    </w:p>
    <w:p>
      <w:pPr>
        <w:pStyle w:val="Yellow"/>
        <w:rPr/>
      </w:pPr>
      <w:r>
        <w:rPr>
          <w:highlight w:val="cyan"/>
        </w:rPr>
        <w:t xml:space="preserve">(Mic4:1ᶜ During “the last days”) </w:t>
      </w:r>
      <w:r>
        <w:rPr>
          <w:b/>
          <w:highlight w:val="cyan"/>
        </w:rPr>
        <w:t>Micah 4:2</w:t>
      </w:r>
      <w:r>
        <w:rPr>
          <w:highlight w:val="cyan"/>
        </w:rPr>
        <w:t xml:space="preserve"> — And </w:t>
      </w:r>
      <w:r>
        <w:rPr>
          <w:highlight w:val="cyan"/>
          <w:shd w:fill="B7DDE8" w:val="clear"/>
        </w:rPr>
        <w:t>many nations will come and say: “Come, let us go up to the mountain of the LORD, to the house of the God of Jacob</w:t>
      </w:r>
      <w:r>
        <w:rPr>
          <w:b w:val="false"/>
          <w:i w:val="false"/>
          <w:color w:val="000000"/>
          <w:u w:val="none"/>
        </w:rPr>
        <w:t xml:space="preserve"> [1ZX]</w:t>
      </w:r>
      <w:r>
        <w:rPr>
          <w:highlight w:val="cyan"/>
        </w:rPr>
        <w:t xml:space="preserve">. </w:t>
      </w:r>
      <w:r>
        <w:rPr>
          <w:highlight w:val="cyan"/>
          <w:shd w:fill="B7DDE8" w:val="clear"/>
        </w:rPr>
        <w:t>He will teach us His ways, so that we may walk in His paths</w:t>
      </w:r>
      <w:r>
        <w:rPr>
          <w:b w:val="false"/>
          <w:i w:val="false"/>
          <w:color w:val="000000"/>
          <w:u w:val="none"/>
        </w:rPr>
        <w:t xml:space="preserve"> [1ZY]</w:t>
      </w:r>
      <w:r>
        <w:rPr>
          <w:highlight w:val="cyan"/>
        </w:rPr>
        <w:t xml:space="preserve">.” For </w:t>
      </w:r>
      <w:r>
        <w:rPr>
          <w:highlight w:val="cyan"/>
          <w:shd w:fill="B7DDE8" w:val="clear"/>
        </w:rPr>
        <w:t xml:space="preserve">the </w:t>
      </w:r>
      <w:r>
        <w:rPr>
          <w:highlight w:val="cyan"/>
          <w:shd w:fill="B7DDE8" w:val="clear"/>
        </w:rPr>
        <w:t>law</w:t>
      </w:r>
      <w:r>
        <w:rPr>
          <w:highlight w:val="cyan"/>
          <w:shd w:fill="B7DDE8" w:val="clear"/>
        </w:rPr>
        <w:t xml:space="preserve"> will go forth from Zion and </w:t>
      </w:r>
      <w:r>
        <w:rPr>
          <w:highlight w:val="cyan"/>
          <w:shd w:fill="B7DDE8" w:val="clear"/>
        </w:rPr>
        <w:t>the word</w:t>
      </w:r>
      <w:r>
        <w:rPr>
          <w:highlight w:val="cyan"/>
          <w:shd w:fill="B7DDE8" w:val="clear"/>
        </w:rPr>
        <w:t xml:space="preserve"> of the LORD from Jerusalem</w:t>
      </w:r>
      <w:r>
        <w:rPr>
          <w:b w:val="false"/>
          <w:i w:val="false"/>
          <w:color w:val="000000"/>
          <w:u w:val="none"/>
        </w:rPr>
        <w:t xml:space="preserve"> [1ZZ]</w:t>
      </w:r>
      <w:r>
        <w:rPr>
          <w:highlight w:val="cyan"/>
        </w:rPr>
        <w:t>.</w:t>
      </w:r>
    </w:p>
    <w:p>
      <w:pPr>
        <w:pStyle w:val="Yellow"/>
        <w:rPr/>
      </w:pPr>
      <w:r>
        <w:rPr>
          <w:b/>
          <w:shd w:val="clear" w:color="auto" w:fill="548235"/>
          <w:color w:val="FFFFFF"/>
        </w:rPr>
        <w:t xml:space="preserve">Habakkuk 2:14</w:t>
      </w:r>
      <w:r>
        <w:rPr>
          <w:shd w:val="clear" w:color="auto" w:fill="548235"/>
          <w:color w:val="FFFFFF"/>
        </w:rPr>
        <w:t xml:space="preserve"> — For </w:t>
      </w:r>
      <w:r>
        <w:rPr>
          <w:shd w:fill="548235" w:val="clear" w:color="auto"/>
          <w:color w:val="FFFFFF"/>
        </w:rPr>
        <w:t xml:space="preserve">the earth will be filled with the knowledge of the glory of the LORD as the waters cover the sea</w:t>
      </w:r>
      <w:r>
        <w:rPr>
          <w:b w:val="false"/>
          <w:i w:val="false"/>
          <w:color w:val="FFFFFF"/>
          <w:u w:val="none"/>
          <w:shd w:val="clear" w:color="auto" w:fill="548235"/>
        </w:rPr>
        <w:t xml:space="preserve"> [1GBA]</w:t>
      </w:r>
      <w:r>
        <w:rPr>
          <w:shd w:val="clear" w:color="auto" w:fill="548235"/>
          <w:color w:val="FFFFFF"/>
        </w:rPr>
        <w:t xml:space="preserve">.</w:t>
      </w:r>
    </w:p>
    <w:p>
      <w:pPr>
        <w:pStyle w:val="Yellow"/>
        <w:rPr/>
      </w:pPr>
      <w:r>
        <w:rPr>
          <w:b/>
          <w:color w:val="auto"/>
        </w:rPr>
        <w:t xml:space="preserve">Zechariah 2:4–5</w:t>
      </w:r>
      <w:r>
        <w:rPr>
          <w:color w:val="auto"/>
        </w:rPr>
        <w:t xml:space="preserve"> — ‘</w:t>
      </w:r>
      <w:r>
        <w:rPr>
          <w:color w:val="auto"/>
        </w:rPr>
        <w:t xml:space="preserve">Jerusalem will be a city without walls because of the multitude of men and livestock within it</w:t>
      </w:r>
      <w:r>
        <w:rPr>
          <w:b w:val="false"/>
          <w:i w:val="false"/>
          <w:color w:val="auto"/>
          <w:u w:val="none"/>
        </w:rPr>
        <w:t xml:space="preserve"> [1GEF]</w:t>
      </w:r>
      <w:r>
        <w:rPr>
          <w:color w:val="auto"/>
        </w:rPr>
        <w:t xml:space="preserve">. For </w:t>
      </w:r>
      <w:r>
        <w:rPr>
          <w:color w:val="auto"/>
        </w:rPr>
        <w:t xml:space="preserve">I will be a wall of fire around it</w:t>
      </w:r>
      <w:r>
        <w:rPr>
          <w:b w:val="false"/>
          <w:i w:val="false"/>
          <w:color w:val="auto"/>
          <w:u w:val="none"/>
        </w:rPr>
        <w:t xml:space="preserve"> [1GEG]</w:t>
      </w:r>
      <w:r>
        <w:rPr>
          <w:color w:val="auto"/>
        </w:rPr>
        <w:t xml:space="preserve">, declares the LORD, and </w:t>
      </w:r>
      <w:r>
        <w:rPr>
          <w:color w:val="auto"/>
        </w:rPr>
        <w:t xml:space="preserve">I will be the glory within it</w:t>
      </w:r>
      <w:r>
        <w:rPr>
          <w:b w:val="false"/>
          <w:i w:val="false"/>
          <w:color w:val="auto"/>
          <w:u w:val="none"/>
        </w:rPr>
        <w:t xml:space="preserve"> [1GEH]</w:t>
      </w:r>
      <w:r>
        <w:rPr>
          <w:color w:val="auto"/>
        </w:rPr>
        <w:t xml:space="preserve">.’</w:t>
      </w:r>
    </w:p>
    <w:p>
      <w:pPr>
        <w:pStyle w:val="Yellow"/>
        <w:rPr/>
      </w:pPr>
      <w:r>
        <w:rPr>
          <w:b/>
          <w:shd w:val="clear" w:color="auto" w:fill="548235"/>
          <w:color w:val="FFFFFF"/>
        </w:rPr>
        <w:t>Zechariah 14:8</w:t>
      </w:r>
      <w:r>
        <w:rPr>
          <w:shd w:val="clear" w:color="auto" w:fill="548235"/>
          <w:color w:val="FFFFFF"/>
        </w:rPr>
        <w:t xml:space="preserve"> — And on that day </w:t>
      </w:r>
      <w:r>
        <w:rPr>
          <w:shd w:val="clear" w:fill="548235" w:color="auto"/>
          <w:color w:val="FFFFFF"/>
        </w:rPr>
        <w:t>living water will flow out from Jerusalem</w:t>
      </w:r>
      <w:r>
        <w:rPr>
          <w:b w:val="false"/>
          <w:i w:val="false"/>
          <w:color w:val="FFFFFF"/>
          <w:u w:val="none"/>
          <w:shd w:val="clear" w:color="auto" w:fill="548235"/>
        </w:rPr>
        <w:t xml:space="preserve"> [1ECO]</w:t>
      </w:r>
      <w:r>
        <w:rPr>
          <w:shd w:val="clear" w:color="auto" w:fill="548235"/>
          <w:color w:val="FFFFFF"/>
        </w:rPr>
        <w:t xml:space="preserve">, </w:t>
      </w:r>
      <w:r>
        <w:rPr>
          <w:shd w:val="clear" w:fill="548235" w:color="auto"/>
          <w:color w:val="FFFFFF"/>
        </w:rPr>
        <w:t>half of it toward the Eastern Sea and the other half toward the Western Sea</w:t>
      </w:r>
      <w:r>
        <w:rPr>
          <w:b w:val="false"/>
          <w:i w:val="false"/>
          <w:color w:val="FFFFFF"/>
          <w:u w:val="none"/>
          <w:shd w:val="clear" w:color="auto" w:fill="548235"/>
        </w:rPr>
        <w:t xml:space="preserve"> [1ECP]</w:t>
      </w:r>
      <w:r>
        <w:rPr>
          <w:shd w:val="clear" w:color="auto" w:fill="548235"/>
          <w:color w:val="FFFFFF"/>
        </w:rPr>
        <w:t xml:space="preserve">, </w:t>
      </w:r>
      <w:r>
        <w:rPr>
          <w:shd w:val="clear" w:fill="548235" w:color="auto"/>
          <w:color w:val="FFFFFF"/>
        </w:rPr>
        <w:t>in summer and winter alike</w:t>
      </w:r>
      <w:r>
        <w:rPr>
          <w:b w:val="false"/>
          <w:i w:val="false"/>
          <w:color w:val="FFFFFF"/>
          <w:u w:val="none"/>
          <w:shd w:val="clear" w:color="auto" w:fill="548235"/>
        </w:rPr>
        <w:t xml:space="preserve"> [1ECQ]</w:t>
      </w:r>
      <w:r>
        <w:rPr>
          <w:shd w:val="clear" w:color="auto" w:fill="548235"/>
          <w:color w:val="FFFFFF"/>
        </w:rPr>
        <w:t>.</w:t>
      </w:r>
    </w:p>
    <w:p>
      <w:pPr>
        <w:pStyle w:val="Yellow"/>
        <w:rPr/>
      </w:pPr>
      <w:r>
        <w:rPr>
          <w:highlight w:val="cyan"/>
        </w:rPr>
        <w:t xml:space="preserve">(Mt3:13 “Jesus”) </w:t>
      </w:r>
      <w:r>
        <w:rPr>
          <w:b/>
          <w:highlight w:val="cyan"/>
        </w:rPr>
        <w:t xml:space="preserve">Matthew 3:12</w:t>
      </w:r>
      <w:r>
        <w:rPr>
          <w:highlight w:val="cyan"/>
        </w:rPr>
        <w:t xml:space="preserve"> — </w:t>
      </w:r>
      <w:r>
        <w:rPr>
          <w:highlight w:val="cyan"/>
          <w:shd w:fill="B7DDE8" w:val="clear"/>
        </w:rPr>
        <w:t xml:space="preserve">{His} winnowing fork is in His hand to clear His threshing floor</w:t>
      </w:r>
      <w:r>
        <w:rPr>
          <w:b w:val="false"/>
          <w:i w:val="false"/>
          <w:color w:val="000000"/>
          <w:u w:val="none"/>
        </w:rPr>
        <w:t xml:space="preserve"> [2KNM]</w:t>
      </w:r>
      <w:r>
        <w:rPr>
          <w:highlight w:val="cyan"/>
        </w:rPr>
        <w:t xml:space="preserve"> and to </w:t>
      </w:r>
      <w:r>
        <w:rPr>
          <w:highlight w:val="cyan"/>
          <w:shd w:fill="B7DDE8" w:val="clear"/>
        </w:rPr>
        <w:t xml:space="preserve">gather His wheat into the barn</w:t>
      </w:r>
      <w:r>
        <w:rPr>
          <w:b w:val="false"/>
          <w:i w:val="false"/>
          <w:color w:val="000000"/>
          <w:u w:val="none"/>
        </w:rPr>
        <w:t xml:space="preserve"> [2KNN]</w:t>
      </w:r>
      <w:r>
        <w:rPr>
          <w:highlight w:val="cyan"/>
        </w:rPr>
        <w:t xml:space="preserve">; but </w:t>
      </w:r>
      <w:r>
        <w:rPr>
          <w:highlight w:val="cyan"/>
          <w:shd w:fill="B7DDE8" w:val="clear"/>
        </w:rPr>
        <w:t xml:space="preserve">He will burn up the chaff with unquenchable fire</w:t>
      </w:r>
      <w:r>
        <w:rPr>
          <w:b w:val="false"/>
          <w:i w:val="false"/>
          <w:color w:val="000000"/>
          <w:u w:val="none"/>
        </w:rPr>
        <w:t xml:space="preserve"> [2KNO]</w:t>
      </w:r>
      <w:r>
        <w:rPr>
          <w:highlight w:val="cyan"/>
        </w:rPr>
        <w:t xml:space="preserve">.”</w:t>
      </w:r>
    </w:p>
    <w:p>
      <w:pPr>
        <w:pStyle w:val="Yellow"/>
        <w:rPr/>
      </w:pPr>
      <w:r>
        <w:rPr>
          <w:b/>
        </w:rPr>
        <w:t xml:space="preserve">Matthew 8:11</w:t>
      </w:r>
      <w:r>
        <w:rPr/>
        <w:t xml:space="preserve"> — I say to you that </w:t>
      </w:r>
      <w:r>
        <w:rPr>
          <w:shd w:fill="B7DDE8" w:val="clear"/>
        </w:rPr>
        <w:t xml:space="preserve">many will come from the east and the west</w:t>
      </w:r>
      <w:r>
        <w:rPr>
          <w:b w:val="false"/>
          <w:i w:val="false"/>
          <w:color w:val="000000"/>
          <w:u w:val="none"/>
        </w:rPr>
        <w:t xml:space="preserve"> [1GZR]</w:t>
      </w:r>
      <w:r>
        <w:rPr/>
        <w:t xml:space="preserve"> </w:t>
      </w:r>
      <w:r>
        <w:rPr>
          <w:shd w:fill="B7DDE8" w:val="clear"/>
        </w:rPr>
        <w:t xml:space="preserve">to share the banquet with Abraham, Isaac, and Jacob in the kingdom of heaven</w:t>
      </w:r>
      <w:r>
        <w:rPr>
          <w:b w:val="false"/>
          <w:i w:val="false"/>
          <w:color w:val="000000"/>
          <w:u w:val="none"/>
        </w:rPr>
        <w:t xml:space="preserve"> [1GZS]</w:t>
      </w:r>
      <w:r>
        <w:rPr/>
        <w:t xml:space="preserve">.</w:t>
      </w:r>
    </w:p>
    <w:p>
      <w:pPr>
        <w:pStyle w:val="Yellow"/>
        <w:rPr/>
      </w:pPr>
      <w:r>
        <w:rPr>
          <w:b/>
          <w:u w:val="none"/>
        </w:rPr>
        <w:t xml:space="preserve">Matthew 13:40-42</w:t>
      </w:r>
      <w:r>
        <w:rPr>
          <w:u w:val="none"/>
        </w:rPr>
        <w:t xml:space="preserve"> — </w:t>
      </w:r>
      <w:r>
        <w:rPr>
          <w:u w:val="none"/>
          <w:shd w:val="clear" w:color="auto" w:fill="D9C3E6"/>
        </w:rPr>
        <w:t xml:space="preserve">at the end of the age</w:t>
      </w:r>
      <w:r>
        <w:rPr>
          <w:b w:val="false"/>
          <w:i w:val="false"/>
          <w:color w:val="000000"/>
          <w:u w:val="none"/>
        </w:rPr>
        <w:t xml:space="preserve"> [2KOX]</w:t>
      </w:r>
      <w:r>
        <w:rPr>
          <w:u w:val="none"/>
          <w:shd w:val="clear" w:color="auto" w:fill="D9C3E6"/>
        </w:rPr>
        <w:t xml:space="preserve">. </w:t>
      </w:r>
      <w:r>
        <w:rPr>
          <w:u w:val="none"/>
          <w:shd w:fill="B7DDE8" w:val="clear"/>
        </w:rPr>
        <w:t xml:space="preserve">The Son of Man will send out His angels</w:t>
      </w:r>
      <w:r>
        <w:rPr>
          <w:b w:val="false"/>
          <w:i w:val="false"/>
          <w:color w:val="000000"/>
          <w:u w:val="none"/>
        </w:rPr>
        <w:t xml:space="preserve"> [1KOY]</w:t>
      </w:r>
      <w:r>
        <w:rPr>
          <w:u w:val="none"/>
        </w:rPr>
        <w:t xml:space="preserve">, and </w:t>
      </w:r>
      <w:r>
        <w:rPr>
          <w:u w:val="none"/>
          <w:shd w:fill="B7DDE8" w:val="clear"/>
        </w:rPr>
        <w:t xml:space="preserve">they will weed out of His kingdom every cause of sin and all who practice lawlessness</w:t>
      </w:r>
      <w:r>
        <w:rPr>
          <w:b w:val="false"/>
          <w:i w:val="false"/>
          <w:color w:val="000000"/>
          <w:u w:val="none"/>
        </w:rPr>
        <w:t xml:space="preserve"> [1KOZ]</w:t>
      </w:r>
      <w:r>
        <w:rPr>
          <w:u w:val="none"/>
        </w:rPr>
        <w:t xml:space="preserve">. </w:t>
      </w:r>
      <w:r>
        <w:rPr>
          <w:u w:val="none"/>
          <w:shd w:val="clear" w:color="auto" w:fill="D9C3E6"/>
        </w:rPr>
        <w:t xml:space="preserve">they will throw them into the fiery furnace</w:t>
      </w:r>
      <w:r>
        <w:rPr>
          <w:b w:val="false"/>
          <w:i w:val="false"/>
          <w:color w:val="000000"/>
          <w:u w:val="none"/>
        </w:rPr>
        <w:t xml:space="preserve"> [2KPA]</w:t>
      </w:r>
      <w:r>
        <w:rPr>
          <w:u w:val="none"/>
          <w:shd w:val="clear" w:color="auto" w:fill="D9C3E6"/>
        </w:rPr>
        <w:t xml:space="preserve">, where </w:t>
      </w:r>
      <w:r>
        <w:rPr>
          <w:u w:val="none"/>
          <w:shd w:val="clear" w:color="auto" w:fill="D9C3E6"/>
        </w:rPr>
        <w:t xml:space="preserve">there will be weeping and gnashing of teeth</w:t>
      </w:r>
      <w:r>
        <w:rPr>
          <w:b w:val="false"/>
          <w:i w:val="false"/>
          <w:color w:val="000000"/>
          <w:u w:val="none"/>
        </w:rPr>
        <w:t xml:space="preserve"> [5JVZ]</w:t>
      </w:r>
      <w:r>
        <w:rPr>
          <w:u w:val="none"/>
          <w:shd w:val="clear" w:color="auto" w:fill="D9C3E6"/>
        </w:rPr>
        <w:t xml:space="preserve">.</w:t>
      </w:r>
    </w:p>
    <w:p>
      <w:pPr>
        <w:pStyle w:val="Yellow"/>
        <w:rPr/>
      </w:pPr>
      <w:r>
        <w:rPr>
          <w:u w:val="none"/>
        </w:rPr>
        <w:t xml:space="preserve">(Mt13:48 “sorted the good fish into containers, but threw the bad away”¹) </w:t>
      </w:r>
      <w:r>
        <w:rPr>
          <w:b/>
          <w:u w:val="none"/>
        </w:rPr>
        <w:t xml:space="preserve">Matthew 13:49–50</w:t>
      </w:r>
      <w:r>
        <w:rPr>
          <w:u w:val="none"/>
        </w:rPr>
        <w:t xml:space="preserve"> — {So} will it be </w:t>
      </w:r>
      <w:r>
        <w:rPr>
          <w:u w:val="none"/>
        </w:rPr>
        <w:t xml:space="preserve">at the end of the age</w:t>
      </w:r>
      <w:r>
        <w:rPr>
          <w:b w:val="false"/>
          <w:i w:val="false"/>
          <w:color w:val="000000"/>
          <w:u w:val="none"/>
        </w:rPr>
        <w:t xml:space="preserve"> [2KOX]</w:t>
      </w:r>
      <w:r>
        <w:rPr>
          <w:u w:val="none"/>
        </w:rPr>
        <w:t xml:space="preserve">: </w:t>
      </w:r>
      <w:r>
        <w:rPr>
          <w:u w:val="none"/>
          <w:shd w:fill="B7DDE8" w:val="clear"/>
        </w:rPr>
        <w:t xml:space="preserve">The angels will come</w:t>
      </w:r>
      <w:r>
        <w:rPr>
          <w:b w:val="false"/>
          <w:i w:val="false"/>
          <w:color w:val="000000"/>
          <w:u w:val="none"/>
        </w:rPr>
        <w:t xml:space="preserve"> [1KPB]</w:t>
      </w:r>
      <w:r>
        <w:rPr>
          <w:u w:val="none"/>
        </w:rPr>
        <w:t xml:space="preserve"> and </w:t>
      </w:r>
      <w:r>
        <w:rPr>
          <w:u w:val="none"/>
          <w:shd w:fill="B7DDE8" w:val="clear"/>
        </w:rPr>
        <w:t xml:space="preserve">separate the wicked from the righteous</w:t>
      </w:r>
      <w:r>
        <w:rPr>
          <w:b w:val="false"/>
          <w:i w:val="false"/>
          <w:color w:val="000000"/>
          <w:u w:val="none"/>
        </w:rPr>
        <w:t xml:space="preserve"> [1KPC]</w:t>
      </w:r>
      <w:r>
        <w:rPr>
          <w:u w:val="none"/>
        </w:rPr>
        <w:t xml:space="preserve"> and </w:t>
      </w:r>
      <w:r>
        <w:rPr>
          <w:u w:val="none"/>
          <w:shd w:fill="B7DDE8" w:val="clear"/>
        </w:rPr>
        <w:t xml:space="preserve">throw them into the fiery furnace</w:t>
      </w:r>
      <w:r>
        <w:rPr>
          <w:b w:val="false"/>
          <w:i w:val="false"/>
          <w:color w:val="000000"/>
          <w:u w:val="none"/>
        </w:rPr>
        <w:t xml:space="preserve"> [2KPA]</w:t>
      </w:r>
      <w:r>
        <w:rPr>
          <w:u w:val="none"/>
        </w:rPr>
        <w:t xml:space="preserve">, where </w:t>
      </w:r>
      <w:r>
        <w:rPr>
          <w:u w:val="none"/>
          <w:shd w:fill="B7DDE8" w:val="clear"/>
        </w:rPr>
        <w:t xml:space="preserve">there will be weeping and gnashing of teeth</w:t>
      </w:r>
      <w:r>
        <w:rPr>
          <w:b w:val="false"/>
          <w:i w:val="false"/>
          <w:color w:val="000000"/>
          <w:u w:val="none"/>
        </w:rPr>
        <w:t xml:space="preserve"> [5JVZ]</w:t>
      </w:r>
      <w:r>
        <w:rPr>
          <w:u w:val="none"/>
        </w:rPr>
        <w:t xml:space="preserve">.</w:t>
      </w:r>
    </w:p>
    <w:p>
      <w:pPr>
        <w:pStyle w:val="Yellow"/>
        <w:rPr/>
        <w:pBdr>
          <w:left w:val="single" w:sz="28" w:space="5" w:color="C00000"/>
        </w:pBdr>
      </w:pPr>
      <w:r>
        <w:rPr>
          <w:b/>
          <w:u w:val="none"/>
        </w:rPr>
        <w:t>Matthew 16:27</w:t>
      </w:r>
      <w:r>
        <w:rPr>
          <w:u w:val="none"/>
        </w:rPr>
        <w:t xml:space="preserve"> — </w:t>
      </w:r>
      <w:r>
        <w:rPr>
          <w:u w:val="none"/>
          <w:shd w:fill="B7DDE8" w:val="clear"/>
        </w:rPr>
        <w:t>the Son of Man will come in His Father’s glory with His angels</w:t>
      </w:r>
      <w:r>
        <w:rPr>
          <w:b w:val="false"/>
          <w:i w:val="false"/>
          <w:color w:val="000000"/>
          <w:u w:val="none"/>
        </w:rPr>
        <w:t xml:space="preserve"> [1APK]</w:t>
      </w:r>
      <w:r>
        <w:rPr>
          <w:u w:val="none"/>
        </w:rPr>
        <w:t xml:space="preserve">, and then </w:t>
      </w:r>
      <w:r>
        <w:rPr>
          <w:u w:val="none"/>
          <w:shd w:fill="B7DDE8" w:val="clear"/>
        </w:rPr>
        <w:t>He will repay each one according to what he has done</w:t>
      </w:r>
      <w:r>
        <w:rPr>
          <w:b w:val="false"/>
          <w:i w:val="false"/>
          <w:u w:val="none"/>
          <w:color w:val="000000"/>
        </w:rPr>
        <w:t xml:space="preserve"> [12HT]</w:t>
      </w:r>
      <w:r>
        <w:rPr>
          <w:u w:val="none"/>
        </w:rPr>
        <w:t>.</w:t>
      </w:r>
    </w:p>
    <w:p>
      <w:pPr>
        <w:pStyle w:val="Yellow"/>
        <w:rPr/>
      </w:pPr>
      <w:r>
        <w:rPr>
          <w:b/>
        </w:rPr>
        <w:t xml:space="preserve">Matthew 24:27</w:t>
      </w:r>
      <w:r>
        <w:rPr/>
        <w:t xml:space="preserve"> — </w:t>
      </w:r>
      <w:r>
        <w:rPr>
          <w:shd w:fill="B7DDE8" w:val="clear"/>
        </w:rPr>
        <w:t xml:space="preserve">just as the lightning comes from the east and flashes as far as the west, so will be the coming of the Son of Man</w:t>
      </w:r>
      <w:r>
        <w:rPr>
          <w:b w:val="false"/>
          <w:i w:val="false"/>
          <w:color w:val="000000"/>
          <w:u w:val="none"/>
        </w:rPr>
        <w:t xml:space="preserve"> [2AOA]</w:t>
      </w:r>
      <w:r>
        <w:rPr/>
        <w:t xml:space="preserve">.</w:t>
      </w:r>
    </w:p>
    <w:p>
      <w:pPr>
        <w:pStyle w:val="Yellow"/>
        <w:rPr/>
      </w:pPr>
      <w:r>
        <w:rPr>
          <w:b/>
        </w:rPr>
        <w:t>Matthew 25:31</w:t>
      </w:r>
      <w:r>
        <w:t xml:space="preserve"> — </w:t>
      </w:r>
      <w:r>
        <w:rPr>
          <w:shd w:fill="B7DDE8" w:val="clear"/>
        </w:rPr>
        <w:t>When the Son of Man comes in His glory, and all the angels with Him</w:t>
      </w:r>
      <w:r>
        <w:rPr>
          <w:b w:val="false"/>
          <w:i w:val="false"/>
          <w:color w:val="000000"/>
          <w:u w:val="none"/>
        </w:rPr>
        <w:t xml:space="preserve"> [1APN]</w:t>
      </w:r>
      <w:r>
        <w:rPr/>
        <w:t xml:space="preserve">, </w:t>
      </w:r>
      <w:r>
        <w:rPr>
          <w:shd w:fill="B7DDE8" w:val="clear"/>
        </w:rPr>
        <w:t>He will sit on His glorious throne</w:t>
      </w:r>
      <w:r>
        <w:rPr>
          <w:b w:val="false"/>
          <w:i w:val="false"/>
          <w:color w:val="000000"/>
          <w:u w:val="none"/>
        </w:rPr>
        <w:t xml:space="preserve"> [1APO]</w:t>
      </w:r>
      <w:r>
        <w:t>.</w:t>
      </w:r>
    </w:p>
    <w:p>
      <w:pPr>
        <w:pStyle w:val="Yellow"/>
        <w:rPr/>
      </w:pPr>
      <w:r>
        <w:rPr>
          <w:u w:val="none"/>
          <w:color w:val="auto"/>
        </w:rPr>
        <w:t xml:space="preserve">(Mk13:24ᶜ “after that tribulation”¹ / Mt24:30 “all the tribes of the earth”²) </w:t>
      </w:r>
      <w:r>
        <w:rPr>
          <w:b/>
          <w:u w:val="none"/>
          <w:color w:val="auto"/>
        </w:rPr>
        <w:t>Mark 13:26</w:t>
      </w:r>
      <w:r>
        <w:rPr>
          <w:u w:val="none"/>
          <w:color w:val="auto"/>
        </w:rPr>
        <w:t xml:space="preserve"> — </w:t>
      </w:r>
      <w:r>
        <w:rPr>
          <w:u w:val="none"/>
          <w:color w:val="auto"/>
        </w:rPr>
        <w:t xml:space="preserve">{At that time} {they} will see </w:t>
      </w:r>
      <w:r>
        <w:rPr>
          <w:u w:val="none"/>
          <w:color w:val="auto"/>
        </w:rPr>
        <w:t>the Son of Man coming in the clouds with great power and glory</w:t>
      </w:r>
      <w:r>
        <w:rPr>
          <w:b w:val="false"/>
          <w:i w:val="false"/>
          <w:u w:val="none"/>
          <w:color w:val="auto"/>
        </w:rPr>
        <w:t xml:space="preserve"> [2ARF]</w:t>
      </w:r>
      <w:r>
        <w:rPr>
          <w:u w:val="none"/>
          <w:color w:val="auto"/>
        </w:rPr>
        <w:t>.</w:t>
      </w:r>
    </w:p>
    <w:p>
      <w:pPr>
        <w:pStyle w:val="Yellow"/>
        <w:rPr/>
      </w:pPr>
      <w:r>
        <w:rPr>
          <w:highlight w:val="cyan"/>
          <w:shd w:val="clear" w:color="auto" w:fill="C00000"/>
          <w:color w:val="FFFFFF"/>
        </w:rPr>
        <w:t xml:space="preserve">(Lk3:21 “Jesus”) </w:t>
      </w:r>
      <w:r>
        <w:rPr>
          <w:b/>
          <w:highlight w:val="cyan"/>
          <w:shd w:val="clear" w:color="auto" w:fill="C00000"/>
          <w:color w:val="FFFFFF"/>
        </w:rPr>
        <w:t xml:space="preserve">Luke 3:17</w:t>
      </w:r>
      <w:r>
        <w:rPr>
          <w:highlight w:val="cyan"/>
          <w:shd w:val="clear" w:color="auto" w:fill="C00000"/>
          <w:color w:val="FFFFFF"/>
        </w:rPr>
        <w:t xml:space="preserve"> — </w:t>
      </w:r>
      <w:r>
        <w:rPr>
          <w:highlight w:val="cyan"/>
          <w:shd w:val="clear" w:color="auto" w:fill="C00000"/>
          <w:color w:val="FFFFFF"/>
        </w:rPr>
        <w:t xml:space="preserve">{His} winnowing fork is in His hand to clear His threshing floor</w:t>
      </w:r>
      <w:r>
        <w:rPr>
          <w:b w:val="false"/>
          <w:i w:val="false"/>
          <w:u w:val="none"/>
          <w:shd w:val="clear" w:color="auto" w:fill="C00000"/>
          <w:color w:val="FFFFFF"/>
        </w:rPr>
        <w:t xml:space="preserve"> [2KNM]</w:t>
      </w:r>
      <w:r>
        <w:rPr>
          <w:highlight w:val="cyan"/>
          <w:shd w:val="clear" w:color="auto" w:fill="C00000"/>
          <w:color w:val="FFFFFF"/>
        </w:rPr>
        <w:t xml:space="preserve"> and to </w:t>
      </w:r>
      <w:r>
        <w:rPr>
          <w:highlight w:val="cyan"/>
          <w:shd w:val="clear" w:color="auto" w:fill="C00000"/>
          <w:color w:val="FFFFFF"/>
        </w:rPr>
        <w:t xml:space="preserve">gather the wheat into His barn</w:t>
      </w:r>
      <w:r>
        <w:rPr>
          <w:b w:val="false"/>
          <w:i w:val="false"/>
          <w:u w:val="none"/>
          <w:shd w:val="clear" w:color="auto" w:fill="C00000"/>
          <w:color w:val="FFFFFF"/>
        </w:rPr>
        <w:t xml:space="preserve"> [2KNN]</w:t>
      </w:r>
      <w:r>
        <w:rPr>
          <w:highlight w:val="cyan"/>
          <w:shd w:val="clear" w:color="auto" w:fill="C00000"/>
          <w:color w:val="FFFFFF"/>
        </w:rPr>
        <w:t xml:space="preserve">; but </w:t>
      </w:r>
      <w:r>
        <w:rPr>
          <w:highlight w:val="cyan"/>
          <w:shd w:val="clear" w:color="auto" w:fill="C00000"/>
          <w:color w:val="FFFFFF"/>
        </w:rPr>
        <w:t xml:space="preserve">He will burn up the chaff with unquenchable fire</w:t>
      </w:r>
      <w:r>
        <w:rPr>
          <w:b w:val="false"/>
          <w:i w:val="false"/>
          <w:u w:val="none"/>
          <w:shd w:val="clear" w:color="auto" w:fill="C00000"/>
          <w:color w:val="FFFFFF"/>
        </w:rPr>
        <w:t xml:space="preserve"> [2KNO]</w:t>
      </w:r>
      <w:r>
        <w:rPr>
          <w:highlight w:val="cyan"/>
          <w:shd w:val="clear" w:color="auto" w:fill="C00000"/>
          <w:color w:val="FFFFFF"/>
        </w:rPr>
        <w:t xml:space="preserve">.”</w:t>
      </w:r>
    </w:p>
    <w:p>
      <w:pPr>
        <w:pStyle w:val="Yellow"/>
        <w:rPr/>
      </w:pPr>
      <w:r>
        <w:rPr>
          <w:b/>
          <w:shd w:val="clear" w:color="auto" w:fill="548235"/>
          <w:color w:val="FFFFFF"/>
        </w:rPr>
        <w:t>Luke 13:29</w:t>
      </w:r>
      <w:r>
        <w:rPr>
          <w:shd w:val="clear" w:color="auto" w:fill="548235"/>
          <w:color w:val="FFFFFF"/>
        </w:rPr>
        <w:t xml:space="preserve"> — </w:t>
      </w:r>
      <w:r>
        <w:rPr>
          <w:shd w:fill="548235" w:val="clear" w:color="auto"/>
          <w:color w:val="FFFFFF"/>
        </w:rPr>
        <w:t>People will come from east and west and north and south</w:t>
      </w:r>
      <w:r>
        <w:rPr>
          <w:b w:val="false"/>
          <w:i w:val="false"/>
          <w:color w:val="FFFFFF"/>
          <w:u w:val="none"/>
          <w:shd w:val="clear" w:color="auto" w:fill="548235"/>
        </w:rPr>
        <w:t xml:space="preserve"> [1ARQ]</w:t>
      </w:r>
      <w:r>
        <w:rPr>
          <w:shd w:val="clear" w:color="auto" w:fill="548235"/>
          <w:color w:val="FFFFFF"/>
        </w:rPr>
        <w:t xml:space="preserve">, and </w:t>
      </w:r>
      <w:r>
        <w:rPr>
          <w:shd w:fill="548235" w:val="clear" w:color="auto"/>
          <w:color w:val="FFFFFF"/>
        </w:rPr>
        <w:t>will recline at the table in the kingdom of God</w:t>
      </w:r>
      <w:r>
        <w:rPr>
          <w:b w:val="false"/>
          <w:i w:val="false"/>
          <w:color w:val="FFFFFF"/>
          <w:u w:val="none"/>
          <w:shd w:val="clear" w:color="auto" w:fill="548235"/>
        </w:rPr>
        <w:t xml:space="preserve"> [1ARR]</w:t>
      </w:r>
      <w:r>
        <w:rPr>
          <w:shd w:val="clear" w:color="auto" w:fill="548235"/>
          <w:color w:val="FFFFFF"/>
        </w:rPr>
        <w:t>.</w:t>
      </w:r>
    </w:p>
    <w:p>
      <w:pPr>
        <w:pStyle w:val="Yellow"/>
        <w:rPr/>
      </w:pPr>
      <w:r>
        <w:rPr>
          <w:b/>
        </w:rPr>
        <w:t>Luke 14:15</w:t>
      </w:r>
      <w:r>
        <w:rPr/>
        <w:t xml:space="preserve"> — “</w:t>
      </w:r>
      <w:r>
        <w:rPr>
          <w:shd w:val="clear" w:fill="B7DDE8"/>
        </w:rPr>
        <w:t>Blessed is everyone who will eat at the feast in the kingdom of God</w:t>
      </w:r>
      <w:r>
        <w:rPr>
          <w:b w:val="false"/>
          <w:i w:val="false"/>
          <w:color w:val="000000"/>
          <w:u w:val="none"/>
        </w:rPr>
        <w:t xml:space="preserve"> [1EJD]</w:t>
      </w:r>
      <w:r>
        <w:rPr/>
        <w:t>.”</w:t>
      </w:r>
    </w:p>
    <w:p>
      <w:pPr>
        <w:pStyle w:val="Yellow"/>
        <w:rPr/>
      </w:pPr>
      <w:r>
        <w:rPr>
          <w:b/>
          <w:shd w:val="clear" w:color="auto" w:fill="C00000"/>
          <w:color w:val="FFFFFF"/>
        </w:rPr>
        <w:t>Luke 17:24</w:t>
      </w:r>
      <w:r>
        <w:rPr>
          <w:shd w:val="clear" w:color="auto" w:fill="C00000"/>
          <w:color w:val="FFFFFF"/>
        </w:rPr>
        <w:t xml:space="preserve"> — </w:t>
      </w:r>
      <w:r>
        <w:rPr>
          <w:shd w:val="clear" w:color="auto" w:fill="C00000"/>
          <w:color w:val="FFFFFF"/>
        </w:rPr>
        <w:t>just as the lightning flashes and lights up the sky from one end to the other, so will be the Son of Man in His day</w:t>
      </w:r>
      <w:r>
        <w:rPr>
          <w:b w:val="false"/>
          <w:i w:val="false"/>
          <w:u w:val="none"/>
          <w:shd w:val="clear" w:color="auto" w:fill="C00000"/>
          <w:color w:val="FFFFFF"/>
        </w:rPr>
        <w:t xml:space="preserve"> [2AOA]</w:t>
      </w:r>
      <w:r>
        <w:rPr>
          <w:shd w:val="clear" w:color="auto" w:fill="C00000"/>
          <w:color w:val="FFFFFF"/>
        </w:rPr>
        <w:t>.</w:t>
      </w:r>
    </w:p>
    <w:p>
      <w:pPr>
        <w:pStyle w:val="Yellow"/>
        <w:rPr/>
      </w:pPr>
      <w:r>
        <w:rPr>
          <w:color w:val="auto"/>
        </w:rPr>
        <w:t xml:space="preserve">(Lk17:30ᶜ When “the Son of Man is revealed”) </w:t>
      </w:r>
      <w:r>
        <w:rPr>
          <w:b/>
          <w:color w:val="auto"/>
        </w:rPr>
        <w:t>Luke 17:34</w:t>
      </w:r>
      <w:r>
        <w:rPr>
          <w:color w:val="auto"/>
        </w:rPr>
        <w:t xml:space="preserve"> — I tell you, </w:t>
      </w:r>
      <w:r>
        <w:rPr>
          <w:color w:val="auto"/>
        </w:rPr>
        <w:t>on {that night} two people will be in one bed</w:t>
      </w:r>
      <w:r>
        <w:rPr>
          <w:b w:val="false"/>
          <w:i w:val="false"/>
          <w:color w:val="FFFFFF"/>
          <w:u w:val="none"/>
          <w:shd w:val="clear" w:color="auto" w:fill="548235"/>
        </w:rPr>
        <w:t xml:space="preserve"> [1MCD]</w:t>
      </w:r>
      <w:r>
        <w:rPr>
          <w:shd w:val="clear" w:color="auto" w:fill="548235"/>
          <w:color w:val="FFFFFF"/>
        </w:rPr>
        <w:t xml:space="preserve">: </w:t>
      </w:r>
      <w:r>
        <w:rPr>
          <w:color w:val="auto"/>
        </w:rPr>
        <w:t>one will be taken and the other left</w:t>
      </w:r>
      <w:r>
        <w:rPr>
          <w:b w:val="false"/>
          <w:i w:val="false"/>
          <w:color w:val="FFFFFF"/>
          <w:u w:val="none"/>
          <w:shd w:val="clear" w:color="auto" w:fill="548235"/>
        </w:rPr>
        <w:t xml:space="preserve"> [2ELW]</w:t>
      </w:r>
      <w:r>
        <w:rPr>
          <w:color w:val="auto"/>
        </w:rPr>
        <w:t>.</w:t>
      </w:r>
    </w:p>
    <w:p>
      <w:pPr>
        <w:pStyle w:val="Yellow"/>
        <w:rPr/>
      </w:pPr>
      <w:r>
        <w:rPr/>
        <w:t xml:space="preserve">(Lk17:30ᶜ When “the Son of Man is revealed”) </w:t>
      </w:r>
      <w:r>
        <w:rPr>
          <w:b/>
        </w:rPr>
        <w:t>Luke 17:35</w:t>
      </w:r>
      <w:r>
        <w:rPr/>
        <w:t xml:space="preserve"> — </w:t>
      </w:r>
      <w:r>
        <w:rPr>
          <w:shd w:val="clear" w:fill="B7DDE8"/>
        </w:rPr>
        <w:t>Two women will be grinding grain together</w:t>
      </w:r>
      <w:r>
        <w:rPr>
          <w:b w:val="false"/>
          <w:i w:val="false"/>
          <w:color w:val="000000"/>
          <w:u w:val="none"/>
        </w:rPr>
        <w:t xml:space="preserve"> [1ELV]</w:t>
      </w:r>
      <w:r>
        <w:rPr/>
        <w:t xml:space="preserve">: </w:t>
      </w:r>
      <w:r>
        <w:rPr>
          <w:shd w:val="clear" w:color="auto" w:fill="D9C3E6"/>
        </w:rPr>
        <w:t>one will be taken and the other left</w:t>
      </w:r>
      <w:r>
        <w:rPr>
          <w:b w:val="false"/>
          <w:i w:val="false"/>
          <w:color w:val="000000"/>
          <w:u w:val="none"/>
        </w:rPr>
        <w:t xml:space="preserve"> [2ELW]</w:t>
      </w:r>
      <w:r>
        <w:rPr>
          <w:shd w:val="clear" w:color="auto" w:fill="D9C3E6"/>
        </w:rPr>
        <w:t>.”</w:t>
      </w:r>
    </w:p>
    <w:p>
      <w:pPr>
        <w:pStyle w:val="Yellow"/>
        <w:rPr/>
      </w:pPr>
      <w:r>
        <w:rPr>
          <w:u w:val="none"/>
          <w:shd w:val="clear" w:color="auto" w:fill="C00000"/>
          <w:color w:val="FFFFFF"/>
        </w:rPr>
        <w:t xml:space="preserve">(Lk21:26 “Men”) </w:t>
      </w:r>
      <w:r>
        <w:rPr>
          <w:b/>
          <w:u w:val="none"/>
          <w:shd w:val="clear" w:color="auto" w:fill="C00000"/>
          <w:color w:val="FFFFFF"/>
        </w:rPr>
        <w:t>Luke 21:27</w:t>
      </w:r>
      <w:r>
        <w:rPr>
          <w:u w:val="none"/>
          <w:shd w:val="clear" w:color="auto" w:fill="C00000"/>
          <w:color w:val="FFFFFF"/>
        </w:rPr>
        <w:t xml:space="preserve"> — </w:t>
      </w:r>
      <w:r>
        <w:rPr>
          <w:u w:val="none"/>
          <w:shd w:val="clear" w:color="auto" w:fill="C00000"/>
          <w:color w:val="FFFFFF"/>
        </w:rPr>
        <w:t xml:space="preserve">{they} will see </w:t>
      </w:r>
      <w:r>
        <w:rPr>
          <w:u w:val="none"/>
          <w:shd w:val="clear" w:color="auto" w:fill="C00000"/>
          <w:color w:val="FFFFFF"/>
        </w:rPr>
        <w:t>the Son of Man coming in a cloud with power and great glory</w:t>
      </w:r>
      <w:r>
        <w:rPr>
          <w:b w:val="false"/>
          <w:i w:val="false"/>
          <w:u w:val="none"/>
          <w:shd w:val="clear" w:color="auto" w:fill="C00000"/>
          <w:color w:val="FFFFFF"/>
        </w:rPr>
        <w:t xml:space="preserve"> [2ARF]</w:t>
      </w:r>
      <w:r>
        <w:rPr>
          <w:u w:val="none"/>
          <w:shd w:val="clear" w:color="auto" w:fill="C00000"/>
          <w:color w:val="FFFFFF"/>
        </w:rPr>
        <w:t>.</w:t>
      </w:r>
    </w:p>
    <w:p>
      <w:pPr>
        <w:pStyle w:val="Yellow"/>
        <w:rPr/>
      </w:pPr>
      <w:r>
        <w:rPr/>
        <w:t xml:space="preserve">(1Co13:12 “we shall see face to face” and “know fully, even as I am fully known”) </w:t>
      </w:r>
      <w:r>
        <w:rPr>
          <w:b/>
        </w:rPr>
        <w:t>1 Corinthians 13:8-10</w:t>
      </w:r>
      <w:r>
        <w:rPr/>
        <w:t xml:space="preserve"> — </w:t>
      </w:r>
      <w:r>
        <w:rPr>
          <w:shd w:val="clear" w:fill="B7DDE8"/>
        </w:rPr>
        <w:t>Love never fails</w:t>
      </w:r>
      <w:r>
        <w:rPr>
          <w:b w:val="false"/>
          <w:i w:val="false"/>
          <w:color w:val="000000"/>
          <w:u w:val="none"/>
        </w:rPr>
        <w:t xml:space="preserve"> [1RO]</w:t>
      </w:r>
      <w:r>
        <w:rPr/>
        <w:t xml:space="preserve">. But </w:t>
      </w:r>
      <w:r>
        <w:rPr>
          <w:shd w:val="clear" w:fill="B7DDE8"/>
        </w:rPr>
        <w:t>where there are prophecies, they will cease; where there are tongues, they will be restrained; where there is knowledge, it will be dismissed</w:t>
      </w:r>
      <w:r>
        <w:rPr>
          <w:b w:val="false"/>
          <w:i w:val="false"/>
          <w:color w:val="000000"/>
          <w:u w:val="none"/>
        </w:rPr>
        <w:t xml:space="preserve"> [1RP]</w:t>
      </w:r>
      <w:r>
        <w:rPr/>
        <w:t xml:space="preserve">. For </w:t>
      </w:r>
      <w:r>
        <w:rPr>
          <w:shd w:val="clear" w:fill="B7DDE8"/>
        </w:rPr>
        <w:t>we know in part and we prophesy in part</w:t>
      </w:r>
      <w:r>
        <w:rPr>
          <w:b w:val="false"/>
          <w:i w:val="false"/>
          <w:color w:val="000000"/>
          <w:u w:val="none"/>
        </w:rPr>
        <w:t xml:space="preserve"> [1RQ]</w:t>
      </w:r>
      <w:r>
        <w:rPr/>
        <w:t xml:space="preserve">, but </w:t>
      </w:r>
      <w:r>
        <w:rPr>
          <w:shd w:val="clear" w:fill="B7DDE8"/>
        </w:rPr>
        <w:t>when the {perfect comes}, the partial passes away</w:t>
      </w:r>
      <w:r>
        <w:rPr>
          <w:b w:val="false"/>
          <w:i w:val="false"/>
          <w:color w:val="000000"/>
          <w:u w:val="none"/>
        </w:rPr>
        <w:t xml:space="preserve"> [1RR]</w:t>
      </w:r>
      <w:r>
        <w:rPr/>
        <w:t>.</w:t>
      </w:r>
    </w:p>
    <w:p>
      <w:pPr>
        <w:pStyle w:val="Yellow"/>
        <w:rPr/>
      </w:pPr>
      <w:r>
        <w:rPr>
          <w:b/>
        </w:rPr>
        <w:t xml:space="preserve">1 Corinthians 13:12</w:t>
      </w:r>
      <w:r>
        <w:rPr/>
        <w:t xml:space="preserve"> — </w:t>
      </w:r>
      <w:r>
        <w:rPr>
          <w:shd w:fill="B7DDE8" w:val="clear"/>
        </w:rPr>
        <w:t xml:space="preserve">Now we see but a dim reflection as in a mirror</w:t>
      </w:r>
      <w:r>
        <w:rPr>
          <w:b w:val="false"/>
          <w:i w:val="false"/>
          <w:color w:val="000000"/>
          <w:u w:val="none"/>
        </w:rPr>
        <w:t xml:space="preserve"> [1LAL]</w:t>
      </w:r>
      <w:r>
        <w:rPr/>
        <w:t xml:space="preserve">; </w:t>
      </w:r>
      <w:r>
        <w:rPr>
          <w:shd w:fill="B7DDE8" w:val="clear"/>
        </w:rPr>
        <w:t xml:space="preserve">{then} we shall see face to face</w:t>
      </w:r>
      <w:r>
        <w:rPr>
          <w:b w:val="false"/>
          <w:i w:val="false"/>
          <w:color w:val="000000"/>
          <w:u w:val="none"/>
        </w:rPr>
        <w:t xml:space="preserve"> [1LAM]</w:t>
      </w:r>
      <w:r>
        <w:rPr/>
        <w:t xml:space="preserve">. </w:t>
      </w:r>
      <w:r>
        <w:rPr>
          <w:shd w:fill="B7DDE8" w:val="clear"/>
        </w:rPr>
        <w:t xml:space="preserve">Now I know in part</w:t>
      </w:r>
      <w:r>
        <w:rPr>
          <w:b w:val="false"/>
          <w:i w:val="false"/>
          <w:color w:val="000000"/>
          <w:u w:val="none"/>
        </w:rPr>
        <w:t xml:space="preserve"> [1LAN]</w:t>
      </w:r>
      <w:r>
        <w:rPr/>
        <w:t xml:space="preserve">; </w:t>
      </w:r>
      <w:r>
        <w:rPr>
          <w:shd w:fill="B7DDE8" w:val="clear"/>
        </w:rPr>
        <w:t xml:space="preserve">then I shall know fully</w:t>
      </w:r>
      <w:r>
        <w:rPr>
          <w:b w:val="false"/>
          <w:i w:val="false"/>
          <w:color w:val="000000"/>
          <w:u w:val="none"/>
        </w:rPr>
        <w:t xml:space="preserve"> [1LAO]</w:t>
      </w:r>
      <w:r>
        <w:rPr/>
        <w:t xml:space="preserve">, even as </w:t>
      </w:r>
      <w:r>
        <w:rPr>
          <w:shd w:fill="B7DDE8" w:val="clear"/>
        </w:rPr>
        <w:t xml:space="preserve">I am fully known</w:t>
      </w:r>
      <w:r>
        <w:rPr>
          <w:b w:val="false"/>
          <w:i w:val="false"/>
          <w:color w:val="000000"/>
          <w:u w:val="none"/>
        </w:rPr>
        <w:t xml:space="preserve"> [1LAP]</w:t>
      </w:r>
      <w:r>
        <w:rPr/>
        <w:t xml:space="preserve">.</w:t>
      </w:r>
    </w:p>
    <w:p>
      <w:pPr>
        <w:pStyle w:val="Yellow"/>
        <w:rPr/>
      </w:pPr>
      <w:r>
        <w:rPr>
          <w:b/>
        </w:rPr>
        <w:t xml:space="preserve">Colossians 3:4</w:t>
      </w:r>
      <w:r>
        <w:rPr/>
        <w:t xml:space="preserve"> — </w:t>
      </w:r>
      <w:r>
        <w:rPr>
          <w:shd w:fill="B7DDE8" w:val="clear"/>
        </w:rPr>
        <w:t xml:space="preserve">When Christ, who is your life, appears</w:t>
      </w:r>
      <w:r>
        <w:rPr>
          <w:b w:val="false"/>
          <w:i w:val="false"/>
          <w:color w:val="000000"/>
          <w:u w:val="none"/>
        </w:rPr>
        <w:t xml:space="preserve"> [1GCX]</w:t>
      </w:r>
      <w:r>
        <w:rPr/>
        <w:t xml:space="preserve">, then </w:t>
      </w:r>
      <w:r>
        <w:rPr>
          <w:shd w:fill="B7DDE8" w:val="clear"/>
        </w:rPr>
        <w:t xml:space="preserve">you also will appear with Him in glory</w:t>
      </w:r>
      <w:r>
        <w:rPr>
          <w:b w:val="false"/>
          <w:i w:val="false"/>
          <w:color w:val="000000"/>
          <w:u w:val="none"/>
        </w:rPr>
        <w:t xml:space="preserve"> [1GCY]</w:t>
      </w:r>
      <w:r>
        <w:rPr/>
        <w:t xml:space="preserve">.</w:t>
      </w:r>
    </w:p>
    <w:p>
      <w:pPr>
        <w:pStyle w:val="Yellow"/>
        <w:rPr/>
      </w:pPr>
      <w:r>
        <w:rPr>
          <w:b/>
        </w:rPr>
        <w:t xml:space="preserve">2 Thessalonians 1:6–10</w:t>
      </w:r>
      <w:r>
        <w:rPr/>
        <w:t xml:space="preserve"> — After all, </w:t>
      </w:r>
      <w:r>
        <w:rPr>
          <w:shd w:fill="B7DDE8" w:val="clear"/>
        </w:rPr>
        <w:t xml:space="preserve">it is only right for God to repay with affliction those who afflict you</w:t>
      </w:r>
      <w:r>
        <w:rPr>
          <w:b w:val="false"/>
          <w:i w:val="false"/>
          <w:color w:val="000000"/>
          <w:u w:val="none"/>
        </w:rPr>
        <w:t xml:space="preserve"> [1GLA]</w:t>
      </w:r>
      <w:r>
        <w:rPr/>
        <w:t xml:space="preserve">, and </w:t>
      </w:r>
      <w:r>
        <w:rPr>
          <w:shd w:fill="B7DDE8" w:val="clear"/>
        </w:rPr>
        <w:t xml:space="preserve">to grant relief to you who are oppressed and to us as well</w:t>
      </w:r>
      <w:r>
        <w:rPr>
          <w:b w:val="false"/>
          <w:i w:val="false"/>
          <w:color w:val="000000"/>
          <w:u w:val="none"/>
        </w:rPr>
        <w:t xml:space="preserve"> [1GLB]</w:t>
      </w:r>
      <w:r>
        <w:rPr/>
        <w:t xml:space="preserve">. </w:t>
      </w:r>
      <w:r>
        <w:rPr>
          <w:shd w:fill="B7DDE8" w:val="clear"/>
        </w:rPr>
        <w:t xml:space="preserve">This will take place when the Lord Jesus is revealed from heaven with His mighty angels in blazing fire</w:t>
      </w:r>
      <w:r>
        <w:rPr>
          <w:b w:val="false"/>
          <w:i w:val="false"/>
          <w:color w:val="000000"/>
          <w:u w:val="none"/>
        </w:rPr>
        <w:t xml:space="preserve"> [1GLC]</w:t>
      </w:r>
      <w:r>
        <w:rPr/>
        <w:t xml:space="preserve">, </w:t>
      </w:r>
      <w:r>
        <w:rPr>
          <w:shd w:fill="B7DDE8" w:val="clear"/>
        </w:rPr>
        <w:t xml:space="preserve">inflicting vengeance on those who do not know God and do not obey the gospel of our Lord Jesus</w:t>
      </w:r>
      <w:r>
        <w:rPr>
          <w:b w:val="false"/>
          <w:i w:val="false"/>
          <w:color w:val="000000"/>
          <w:u w:val="none"/>
        </w:rPr>
        <w:t xml:space="preserve"> [1GLD]</w:t>
      </w:r>
      <w:r>
        <w:rPr/>
        <w:t xml:space="preserve">. </w:t>
      </w:r>
      <w:r>
        <w:rPr>
          <w:shd w:fill="B7DDE8" w:val="clear"/>
        </w:rPr>
        <w:t xml:space="preserve">They will suffer the penalty of eternal destruction, separated from the presence of the Lord and the glory of His might</w:t>
      </w:r>
      <w:r>
        <w:rPr>
          <w:b w:val="false"/>
          <w:i w:val="false"/>
          <w:color w:val="000000"/>
          <w:u w:val="none"/>
        </w:rPr>
        <w:t xml:space="preserve"> [1GLE]</w:t>
      </w:r>
      <w:r>
        <w:rPr/>
        <w:t xml:space="preserve">, </w:t>
      </w:r>
      <w:r>
        <w:rPr>
          <w:shd w:fill="B7DDE8" w:val="clear"/>
        </w:rPr>
        <w:t xml:space="preserve">on the day He comes to be glorified in His saints</w:t>
      </w:r>
      <w:r>
        <w:rPr>
          <w:b w:val="false"/>
          <w:i w:val="false"/>
          <w:color w:val="000000"/>
          <w:u w:val="none"/>
        </w:rPr>
        <w:t xml:space="preserve"> [1GLF]</w:t>
      </w:r>
      <w:r>
        <w:rPr/>
        <w:t xml:space="preserve"> and </w:t>
      </w:r>
      <w:r>
        <w:rPr>
          <w:shd w:fill="B7DDE8" w:val="clear"/>
        </w:rPr>
        <w:t xml:space="preserve">regarded with wonder by all who have believed</w:t>
      </w:r>
      <w:r>
        <w:rPr>
          <w:b w:val="false"/>
          <w:i w:val="false"/>
          <w:color w:val="000000"/>
          <w:u w:val="none"/>
        </w:rPr>
        <w:t xml:space="preserve"> [1GLG]</w:t>
      </w:r>
      <w:r>
        <w:rPr/>
        <w:t xml:space="preserve">, </w:t>
      </w:r>
      <w:r>
        <w:rPr>
          <w:shd w:fill="B7DDE8" w:val="clear"/>
        </w:rPr>
        <w:t xml:space="preserve">including you who have believed our testimony</w:t>
      </w:r>
      <w:r>
        <w:rPr>
          <w:b w:val="false"/>
          <w:i w:val="false"/>
          <w:color w:val="000000"/>
          <w:u w:val="none"/>
        </w:rPr>
        <w:t xml:space="preserve"> [1GLH]</w:t>
      </w:r>
      <w:r>
        <w:rPr/>
        <w:t xml:space="preserve">.</w:t>
      </w:r>
    </w:p>
    <w:p>
      <w:pPr>
        <w:pStyle w:val="Yellow"/>
        <w:rPr/>
      </w:pPr>
      <w:r>
        <w:rPr>
          <w:color w:val="auto"/>
        </w:rPr>
        <w:t xml:space="preserve">(He9:28 “Christ”) </w:t>
      </w:r>
      <w:r>
        <w:rPr>
          <w:b/>
          <w:color w:val="auto"/>
        </w:rPr>
        <w:t xml:space="preserve">Hebrews 10:37</w:t>
      </w:r>
      <w:r>
        <w:rPr>
          <w:color w:val="auto"/>
        </w:rPr>
        <w:t xml:space="preserve"> — In just a little while, </w:t>
      </w:r>
      <w:r>
        <w:rPr>
          <w:color w:val="auto"/>
        </w:rPr>
        <w:t xml:space="preserve">{He} who is coming will come</w:t>
      </w:r>
      <w:r>
        <w:rPr>
          <w:b w:val="false"/>
          <w:i w:val="false"/>
          <w:color w:val="auto"/>
          <w:u w:val="none"/>
        </w:rPr>
        <w:t xml:space="preserve"> [1LSC]</w:t>
      </w:r>
      <w:r>
        <w:rPr>
          <w:color w:val="auto"/>
        </w:rPr>
        <w:t xml:space="preserve"> and </w:t>
      </w:r>
      <w:r>
        <w:rPr>
          <w:color w:val="auto"/>
        </w:rPr>
        <w:t xml:space="preserve">will not delay</w:t>
      </w:r>
      <w:r>
        <w:rPr>
          <w:b w:val="false"/>
          <w:i w:val="false"/>
          <w:color w:val="auto"/>
          <w:u w:val="none"/>
        </w:rPr>
        <w:t xml:space="preserve"> [1LSD]</w:t>
      </w:r>
      <w:r>
        <w:rPr>
          <w:color w:val="auto"/>
        </w:rPr>
        <w:t xml:space="preserve">.</w:t>
      </w:r>
    </w:p>
    <w:p>
      <w:pPr>
        <w:pStyle w:val="Yellow"/>
        <w:rPr/>
      </w:pPr>
      <w:r>
        <w:rPr>
          <w:b/>
        </w:rPr>
        <w:t>1 Peter 4:7</w:t>
      </w:r>
      <w:r>
        <w:rPr/>
        <w:t xml:space="preserve"> — </w:t>
      </w:r>
      <w:r>
        <w:rPr>
          <w:shd w:val="clear" w:fill="B7DDE8"/>
        </w:rPr>
        <w:t>The end of all things is near</w:t>
      </w:r>
      <w:r>
        <w:rPr>
          <w:b w:val="false"/>
          <w:i w:val="false"/>
          <w:color w:val="000000"/>
          <w:u w:val="none"/>
        </w:rPr>
        <w:t xml:space="preserve"> [1COB]</w:t>
      </w:r>
      <w:r>
        <w:rPr/>
        <w:t xml:space="preserve">. Therefore </w:t>
      </w:r>
      <w:r>
        <w:rPr>
          <w:shd w:val="clear" w:fill="B7DDE8"/>
        </w:rPr>
        <w:t>be clear-minded</w:t>
      </w:r>
      <w:r>
        <w:rPr>
          <w:b w:val="false"/>
          <w:i w:val="false"/>
          <w:color w:val="000000"/>
          <w:u w:val="none"/>
        </w:rPr>
        <w:t xml:space="preserve"> [1COC]</w:t>
      </w:r>
      <w:r>
        <w:rPr/>
        <w:t xml:space="preserve"> and </w:t>
      </w:r>
      <w:r>
        <w:rPr>
          <w:shd w:val="clear" w:fill="B7DDE8"/>
        </w:rPr>
        <w:t>sober</w:t>
      </w:r>
      <w:r>
        <w:rPr>
          <w:b w:val="false"/>
          <w:i w:val="false"/>
          <w:color w:val="000000"/>
          <w:u w:val="none"/>
        </w:rPr>
        <w:t xml:space="preserve"> [2BYY]</w:t>
      </w:r>
      <w:r>
        <w:rPr/>
        <w:t xml:space="preserve">, </w:t>
      </w:r>
      <w:r>
        <w:rPr>
          <w:shd w:val="clear" w:fill="B7DDE8"/>
        </w:rPr>
        <w:t>so that you can pray</w:t>
      </w:r>
      <w:r>
        <w:rPr>
          <w:b w:val="false"/>
          <w:i w:val="false"/>
          <w:color w:val="000000"/>
          <w:u w:val="none"/>
        </w:rPr>
        <w:t xml:space="preserve"> [1COD]</w:t>
      </w:r>
      <w:r>
        <w:rPr/>
        <w:t>.</w:t>
      </w:r>
    </w:p>
    <w:p>
      <w:pPr>
        <w:pStyle w:val="Yellow"/>
        <w:rPr/>
      </w:pPr>
      <w:r>
        <w:rPr/>
        <w:t xml:space="preserve">(Re1:1 “Jesus Christ”) </w:t>
      </w:r>
      <w:r>
        <w:rPr>
          <w:b/>
        </w:rPr>
        <w:t xml:space="preserve">Revelation 1:7</w:t>
      </w:r>
      <w:r>
        <w:rPr/>
        <w:t xml:space="preserve"> — Behold, </w:t>
      </w:r>
      <w:r>
        <w:rPr>
          <w:shd w:fill="B7DDE8" w:val="clear"/>
        </w:rPr>
        <w:t xml:space="preserve">{He} is coming with the clouds</w:t>
      </w:r>
      <w:r>
        <w:rPr>
          <w:b w:val="false"/>
          <w:i w:val="false"/>
          <w:color w:val="000000"/>
          <w:u w:val="none"/>
        </w:rPr>
        <w:t xml:space="preserve"> [1KSH]</w:t>
      </w:r>
      <w:r>
        <w:rPr/>
        <w:t xml:space="preserve">, and </w:t>
      </w:r>
      <w:r>
        <w:rPr>
          <w:shd w:fill="B7DDE8" w:val="clear"/>
        </w:rPr>
        <w:t xml:space="preserve">every eye will see Him—even those who pierced Him</w:t>
      </w:r>
      <w:r>
        <w:rPr>
          <w:b w:val="false"/>
          <w:i w:val="false"/>
          <w:color w:val="000000"/>
          <w:u w:val="none"/>
        </w:rPr>
        <w:t xml:space="preserve"> [1KSI]</w:t>
      </w:r>
      <w:r>
        <w:rPr/>
        <w:t xml:space="preserve">. And </w:t>
      </w:r>
      <w:r>
        <w:rPr>
          <w:shd w:fill="B7DDE8" w:val="clear"/>
        </w:rPr>
        <w:t xml:space="preserve">all the tribes of the earth will mourn because of Him</w:t>
      </w:r>
      <w:r>
        <w:rPr>
          <w:b w:val="false"/>
          <w:i w:val="false"/>
          <w:color w:val="000000"/>
          <w:u w:val="none"/>
        </w:rPr>
        <w:t xml:space="preserve"> [1KSJ]</w:t>
      </w:r>
      <w:r>
        <w:rPr/>
        <w:t xml:space="preserve">. So shall it be! Amen.</w:t>
      </w:r>
    </w:p>
    <w:p>
      <w:pPr>
        <w:pStyle w:val="Yellow"/>
        <w:rPr/>
      </w:pPr>
      <w:r>
        <w:rPr>
          <w:b/>
        </w:rPr>
        <w:t xml:space="preserve">Revelation 19:6-8</w:t>
      </w:r>
      <w:r>
        <w:rPr/>
        <w:t xml:space="preserve"> — “Hallelujah! For </w:t>
      </w:r>
      <w:r>
        <w:rPr/>
        <w:t xml:space="preserve">the Lord our God the Almighty reigns</w:t>
      </w:r>
      <w:r>
        <w:rPr>
          <w:b w:val="false"/>
          <w:i w:val="false"/>
          <w:color w:val="000000"/>
          <w:u w:val="none"/>
        </w:rPr>
        <w:t xml:space="preserve"> [2EYM]</w:t>
      </w:r>
      <w:r>
        <w:rPr/>
        <w:t xml:space="preserve">. </w:t>
      </w:r>
      <w:r>
        <w:rPr>
          <w:shd w:fill="B7DDE8" w:val="clear"/>
        </w:rPr>
        <w:t xml:space="preserve">Let us rejoice and be glad and give Him the glory</w:t>
      </w:r>
      <w:r>
        <w:rPr>
          <w:b w:val="false"/>
          <w:i w:val="false"/>
          <w:u w:val="none"/>
          <w:color w:val="000000"/>
        </w:rPr>
        <w:t xml:space="preserve"> [1GEQ]</w:t>
      </w:r>
      <w:r>
        <w:rPr/>
        <w:t xml:space="preserve">. For </w:t>
      </w:r>
      <w:r>
        <w:rPr>
          <w:shd w:fill="B7DDE8" w:val="clear"/>
        </w:rPr>
        <w:t xml:space="preserve">the marriage of the Lamb has come</w:t>
      </w:r>
      <w:r>
        <w:rPr>
          <w:b w:val="false"/>
          <w:i w:val="false"/>
          <w:color w:val="000000"/>
          <w:u w:val="none"/>
        </w:rPr>
        <w:t xml:space="preserve"> [1GER]</w:t>
      </w:r>
      <w:r>
        <w:rPr/>
        <w:t xml:space="preserve">, and </w:t>
      </w:r>
      <w:r>
        <w:rPr>
          <w:shd w:fill="B7DDE8" w:val="clear"/>
        </w:rPr>
        <w:t xml:space="preserve">His bride has made herself ready</w:t>
      </w:r>
      <w:r>
        <w:rPr>
          <w:b w:val="false"/>
          <w:i w:val="false"/>
          <w:color w:val="000000"/>
          <w:u w:val="none"/>
        </w:rPr>
        <w:t xml:space="preserve"> [1GES]</w:t>
      </w:r>
      <w:r>
        <w:rPr/>
        <w:t xml:space="preserve">. </w:t>
      </w:r>
      <w:r>
        <w:rPr>
          <w:shd w:fill="B7DDE8" w:val="clear"/>
        </w:rPr>
        <w:t xml:space="preserve">She was given clothing of fine linen, bright and pure</w:t>
      </w:r>
      <w:r>
        <w:rPr>
          <w:b w:val="false"/>
          <w:i w:val="false"/>
          <w:color w:val="000000"/>
          <w:u w:val="none"/>
        </w:rPr>
        <w:t xml:space="preserve"> [1GET]</w:t>
      </w:r>
      <w:r>
        <w:rPr/>
        <w:t xml:space="preserve">.” For </w:t>
      </w:r>
      <w:r>
        <w:rPr>
          <w:shd w:fill="B7DDE8" w:val="clear"/>
        </w:rPr>
        <w:t xml:space="preserve">the fine linen she wears is the righteous acts of the saints</w:t>
      </w:r>
      <w:r>
        <w:rPr>
          <w:b w:val="false"/>
          <w:i w:val="false"/>
          <w:u w:val="none"/>
          <w:color w:val="000000"/>
        </w:rPr>
        <w:t xml:space="preserve"> [1GEU]</w:t>
      </w:r>
      <w:r>
        <w:rPr/>
        <w:t xml:space="preserve">.</w:t>
      </w:r>
    </w:p>
    <w:p>
      <w:pPr>
        <w:pStyle w:val="Yellow"/>
        <w:rPr/>
        <w:pBdr>
          <w:left w:val="single" w:sz="28" w:space="5" w:color="C00000"/>
        </w:pBdr>
      </w:pPr>
      <w:r>
        <w:rPr>
          <w:b/>
        </w:rPr>
        <w:t xml:space="preserve">Revelation 20:4</w:t>
      </w:r>
      <w:r>
        <w:rPr/>
        <w:t xml:space="preserve"> — And I saw </w:t>
      </w:r>
      <w:r>
        <w:rPr>
          <w:shd w:fill="B7DDE8" w:val="clear"/>
        </w:rPr>
        <w:t xml:space="preserve">the souls of those who had been beheaded for their testimony of Jesus and for the word of God</w:t>
      </w:r>
      <w:r>
        <w:rPr>
          <w:b w:val="false"/>
          <w:i w:val="false"/>
          <w:color w:val="000000"/>
          <w:u w:val="none"/>
        </w:rPr>
        <w:t xml:space="preserve"> [1KQD]</w:t>
      </w:r>
      <w:r>
        <w:rPr/>
        <w:t xml:space="preserve">, and </w:t>
      </w:r>
      <w:r>
        <w:rPr>
          <w:shd w:fill="B7DDE8" w:val="clear"/>
        </w:rPr>
        <w:t xml:space="preserve">those who had not worshiped the beast or its image and had not received its mark on their foreheads or hands</w:t>
      </w:r>
      <w:r>
        <w:rPr>
          <w:b w:val="false"/>
          <w:i w:val="false"/>
          <w:color w:val="000000"/>
          <w:u w:val="none"/>
        </w:rPr>
        <w:t xml:space="preserve"> [1KQE]</w:t>
      </w:r>
      <w:r>
        <w:rPr/>
        <w:t xml:space="preserve">. And </w:t>
      </w:r>
      <w:r>
        <w:rPr>
          <w:shd w:fill="B7DDE8" w:val="clear"/>
        </w:rPr>
        <w:t xml:space="preserve">they came to life</w:t>
      </w:r>
      <w:r>
        <w:rPr>
          <w:b w:val="false"/>
          <w:i w:val="false"/>
          <w:color w:val="000000"/>
          <w:u w:val="none"/>
        </w:rPr>
        <w:t xml:space="preserve"> [1KQF]</w:t>
      </w:r>
      <w:r>
        <w:rPr/>
        <w:t xml:space="preserve"> and </w:t>
      </w:r>
      <w:r>
        <w:rPr>
          <w:shd w:fill="B7DDE8" w:val="clear"/>
        </w:rPr>
        <w:t xml:space="preserve">reigned with Christ for a thousand years</w:t>
      </w:r>
      <w:r>
        <w:rPr>
          <w:b w:val="false"/>
          <w:i w:val="false"/>
          <w:u w:val="none"/>
          <w:color w:val="000000"/>
        </w:rPr>
        <w:t xml:space="preserve"> [2AXB]</w:t>
      </w:r>
      <w:r>
        <w:rPr/>
        <w:t xml:space="preserve">.</w:t>
      </w:r>
    </w:p>
    <w:p>
      <w:pPr>
        <w:pStyle w:val="Yellow"/>
        <w:rPr/>
      </w:pPr>
      <w:r>
        <w:rPr>
          <w:b/>
        </w:rPr>
        <w:t>Revelation 20:6</w:t>
      </w:r>
      <w:r>
        <w:t xml:space="preserve"> — </w:t>
      </w:r>
      <w:r>
        <w:rPr>
          <w:shd w:fill="B7DDE8" w:val="clear"/>
        </w:rPr>
        <w:t>Blessed and holy are those who share in the first resurrection</w:t>
      </w:r>
      <w:r>
        <w:rPr>
          <w:b w:val="false"/>
          <w:i w:val="false"/>
          <w:color w:val="000000"/>
          <w:u w:val="none"/>
        </w:rPr>
        <w:t xml:space="preserve"> [1AWY]</w:t>
      </w:r>
      <w:r>
        <w:t xml:space="preserve">! </w:t>
      </w:r>
      <w:r>
        <w:rPr>
          <w:shd w:fill="B7DDE8" w:val="clear"/>
        </w:rPr>
        <w:t>The second death has no power over them</w:t>
      </w:r>
      <w:r>
        <w:rPr>
          <w:b w:val="false"/>
          <w:i w:val="false"/>
          <w:color w:val="000000"/>
          <w:u w:val="none"/>
        </w:rPr>
        <w:t xml:space="preserve"> [1AWZ]</w:t>
      </w:r>
      <w:r>
        <w:t xml:space="preserve">, but </w:t>
      </w:r>
      <w:r>
        <w:rPr>
          <w:shd w:fill="B7DDE8" w:val="clear"/>
        </w:rPr>
        <w:t>they will be priests of God and of Christ</w:t>
      </w:r>
      <w:r>
        <w:rPr>
          <w:b w:val="false"/>
          <w:i w:val="false"/>
          <w:color w:val="000000"/>
          <w:u w:val="none"/>
        </w:rPr>
        <w:t xml:space="preserve"> [1AXA]</w:t>
      </w:r>
      <w:r>
        <w:t xml:space="preserve"> and </w:t>
      </w:r>
      <w:r>
        <w:rPr>
          <w:shd w:fill="B7DDE8" w:val="clear"/>
        </w:rPr>
        <w:t>will reign with Him for a thousand years</w:t>
      </w:r>
      <w:r>
        <w:rPr>
          <w:b w:val="false"/>
          <w:i w:val="false"/>
          <w:color w:val="000000"/>
          <w:u w:val="none"/>
        </w:rPr>
        <w:t xml:space="preserve"> [2AXB]</w:t>
      </w:r>
      <w:r>
        <w:t>.</w:t>
      </w:r>
    </w:p>
    <w:p>
      <w:pPr>
        <w:pStyle w:val="Yellow"/>
        <w:rPr/>
      </w:pPr>
      <w:r>
        <w:rPr>
          <w:b/>
          <w:u w:val="none"/>
          <w:shd w:val="clear" w:color="auto" w:fill="C00000"/>
          <w:color w:val="FFFFFF"/>
        </w:rPr>
        <w:t xml:space="preserve">Revelation 22:20</w:t>
      </w:r>
      <w:r>
        <w:rPr>
          <w:u w:val="none"/>
          <w:shd w:val="clear" w:color="auto" w:fill="C00000"/>
          <w:color w:val="FFFFFF"/>
        </w:rPr>
        <w:t xml:space="preserve"> — Yes, </w:t>
      </w:r>
      <w:r>
        <w:rPr>
          <w:u w:val="none"/>
          <w:shd w:val="clear" w:color="auto" w:fill="C00000"/>
          <w:color w:val="FFFFFF"/>
        </w:rPr>
        <w:t xml:space="preserve">I am coming soon</w:t>
      </w:r>
      <w:r>
        <w:rPr>
          <w:b w:val="false"/>
          <w:i w:val="false"/>
          <w:u w:val="none"/>
          <w:shd w:val="clear" w:color="auto" w:fill="C00000"/>
          <w:color w:val="FFFFFF"/>
        </w:rPr>
        <w:t xml:space="preserve"> [4EKT]</w:t>
      </w:r>
      <w:r>
        <w:rPr>
          <w:u w:val="none"/>
          <w:shd w:val="clear" w:color="auto" w:fill="C00000"/>
          <w:color w:val="FFFFFF"/>
        </w:rPr>
        <w:t xml:space="preserve">.</w:t>
      </w:r>
    </w:p>
    <w:p>
      <w:r>
        <w:rPr>
          <w:b/>
          <w:sz w:val="32"/>
          <w:highlight w:val="yellow"/>
        </w:rPr>
        <w:t>Belief in Jesus  (10)</w:t>
      </w:r>
    </w:p>
    <w:p>
      <w:pPr>
        <w:pStyle w:val="Yellow"/>
        <w:rPr/>
      </w:pPr>
      <w:r>
        <w:rPr>
          <w:b/>
          <w:u w:val="none"/>
        </w:rPr>
        <w:t>Isaiah 43:10–11</w:t>
      </w:r>
      <w:r>
        <w:rPr>
          <w:u w:val="none"/>
        </w:rPr>
        <w:t xml:space="preserve"> — “</w:t>
      </w:r>
      <w:r>
        <w:rPr>
          <w:u w:val="none"/>
          <w:shd w:fill="B7DDE8" w:val="clear"/>
        </w:rPr>
        <w:t>You are My witnesses</w:t>
      </w:r>
      <w:r>
        <w:rPr>
          <w:b w:val="false"/>
          <w:i w:val="false"/>
          <w:color w:val="000000"/>
          <w:u w:val="none"/>
        </w:rPr>
        <w:t xml:space="preserve"> [3IG]</w:t>
      </w:r>
      <w:r>
        <w:rPr>
          <w:u w:val="none"/>
        </w:rPr>
        <w:t xml:space="preserve">,” declares the LORD, “and </w:t>
      </w:r>
      <w:r>
        <w:rPr>
          <w:u w:val="none"/>
          <w:shd w:fill="B7DDE8" w:val="clear"/>
        </w:rPr>
        <w:t>My servant whom I have chosen</w:t>
      </w:r>
      <w:r>
        <w:rPr>
          <w:b w:val="false"/>
          <w:i w:val="false"/>
          <w:color w:val="000000"/>
          <w:u w:val="none"/>
        </w:rPr>
        <w:t xml:space="preserve"> [3LU]</w:t>
      </w:r>
      <w:r>
        <w:rPr>
          <w:u w:val="none"/>
        </w:rPr>
        <w:t xml:space="preserve">, </w:t>
      </w:r>
      <w:r>
        <w:rPr>
          <w:u w:val="none"/>
          <w:shd w:fill="B7DDE8" w:val="clear"/>
        </w:rPr>
        <w:t>so that you may consider and believe Me and understand that I am He</w:t>
      </w:r>
      <w:r>
        <w:rPr>
          <w:b w:val="false"/>
          <w:i w:val="false"/>
          <w:color w:val="000000"/>
          <w:u w:val="none"/>
        </w:rPr>
        <w:t xml:space="preserve"> [1LF]</w:t>
      </w:r>
      <w:r>
        <w:rPr>
          <w:u w:val="none"/>
        </w:rPr>
        <w:t xml:space="preserve">. </w:t>
      </w:r>
      <w:r>
        <w:rPr>
          <w:u w:val="none"/>
          <w:shd w:fill="B7DDE8" w:val="clear"/>
        </w:rPr>
        <w:t>Before Me no god was formed, and after Me none will come</w:t>
      </w:r>
      <w:r>
        <w:rPr>
          <w:b w:val="false"/>
          <w:i w:val="false"/>
          <w:color w:val="000000"/>
          <w:u w:val="none"/>
        </w:rPr>
        <w:t xml:space="preserve"> [1IH]</w:t>
      </w:r>
      <w:r>
        <w:rPr>
          <w:u w:val="none"/>
        </w:rPr>
        <w:t xml:space="preserve">. I, yes I, am the LORD, and </w:t>
      </w:r>
      <w:r>
        <w:rPr>
          <w:u w:val="none"/>
          <w:color w:val="000000"/>
        </w:rPr>
        <w:t>there is no Savior but Me</w:t>
      </w:r>
      <w:r>
        <w:rPr>
          <w:b w:val="false"/>
          <w:i w:val="false"/>
          <w:color w:val="000000"/>
          <w:u w:val="none"/>
          <w:shd w:val="clear" w:color="auto" w:fill="F4B183"/>
        </w:rPr>
        <w:t xml:space="preserve"> [2GA]</w:t>
      </w:r>
      <w:r>
        <w:rPr>
          <w:u w:val="none"/>
        </w:rPr>
        <w:t>.</w:t>
      </w:r>
    </w:p>
    <w:p>
      <w:pPr>
        <w:pStyle w:val="Yellow"/>
        <w:rPr/>
      </w:pPr>
      <w:r>
        <w:rPr/>
        <w:t xml:space="preserve">(Jn8:12 Jesus) </w:t>
      </w:r>
      <w:r>
        <w:rPr>
          <w:b/>
        </w:rPr>
        <w:t>John 12:36</w:t>
      </w:r>
      <w:r>
        <w:rPr/>
        <w:t xml:space="preserve"> — </w:t>
      </w:r>
      <w:r>
        <w:rPr>
          <w:shd w:val="clear" w:fill="B7DDE8"/>
        </w:rPr>
        <w:t>While you have {the Light}, believe in the Light</w:t>
      </w:r>
      <w:r>
        <w:rPr>
          <w:b w:val="false"/>
          <w:i w:val="false"/>
          <w:color w:val="000000"/>
          <w:u w:val="none"/>
        </w:rPr>
        <w:t xml:space="preserve"> [1CYE]</w:t>
      </w:r>
      <w:r>
        <w:rPr>
          <w:shd w:val="clear" w:color="auto" w:fill="548235"/>
          <w:color w:val="FFFFFF"/>
        </w:rPr>
        <w:t xml:space="preserve">, </w:t>
      </w:r>
      <w:r>
        <w:rPr>
          <w:shd w:val="clear" w:fill="548235" w:color="auto"/>
          <w:color w:val="FFFFFF"/>
        </w:rPr>
        <w:t>so that you may become sons of light</w:t>
      </w:r>
      <w:r>
        <w:rPr>
          <w:b w:val="false"/>
          <w:i w:val="false"/>
          <w:color w:val="FFFFFF"/>
          <w:u w:val="none"/>
          <w:shd w:val="clear" w:color="auto" w:fill="548235"/>
        </w:rPr>
        <w:t xml:space="preserve"> [1CYF]</w:t>
      </w:r>
      <w:r>
        <w:rPr>
          <w:shd w:val="clear" w:color="auto" w:fill="548235"/>
          <w:color w:val="FFFFFF"/>
        </w:rPr>
        <w:t>.</w:t>
      </w:r>
    </w:p>
    <w:p>
      <w:pPr>
        <w:pStyle w:val="Yellow"/>
        <w:rPr/>
      </w:pPr>
      <w:r>
        <w:rPr>
          <w:shd w:val="clear" w:color="auto" w:fill="548235"/>
          <w:color w:val="FFFFFF"/>
        </w:rPr>
        <w:t xml:space="preserve">(Jn12:49 The Father) </w:t>
      </w:r>
      <w:r>
        <w:rPr>
          <w:b/>
          <w:shd w:val="clear" w:color="auto" w:fill="548235"/>
          <w:color w:val="FFFFFF"/>
        </w:rPr>
        <w:t>John 12:44</w:t>
      </w:r>
      <w:r>
        <w:rPr>
          <w:shd w:val="clear" w:color="auto" w:fill="548235"/>
          <w:color w:val="FFFFFF"/>
        </w:rPr>
        <w:t xml:space="preserve"> — </w:t>
      </w:r>
      <w:r>
        <w:rPr>
          <w:shd w:val="clear" w:fill="548235" w:color="auto"/>
          <w:color w:val="FFFFFF"/>
        </w:rPr>
        <w:t>Whoever believes in Me does not believe in Me alone, but in {the One who sent Me}</w:t>
      </w:r>
      <w:r>
        <w:rPr>
          <w:b w:val="false"/>
          <w:i w:val="false"/>
          <w:color w:val="FFFFFF"/>
          <w:u w:val="none"/>
          <w:shd w:val="clear" w:color="auto" w:fill="548235"/>
        </w:rPr>
        <w:t xml:space="preserve"> [1DIP]</w:t>
      </w:r>
      <w:r>
        <w:rPr>
          <w:shd w:val="clear" w:color="auto" w:fill="548235"/>
          <w:color w:val="FFFFFF"/>
        </w:rPr>
        <w:t>.</w:t>
      </w:r>
    </w:p>
    <w:p>
      <w:pPr>
        <w:pStyle w:val="Yellow"/>
        <w:rPr/>
        <w:pBdr>
          <w:left w:val="single" w:sz="28" w:space="5" w:color="C00000"/>
        </w:pBdr>
      </w:pPr>
      <w:r>
        <w:rPr>
          <w:b/>
          <w:shd w:val="clear" w:color="auto" w:fill="548235"/>
          <w:color w:val="FFFFFF"/>
        </w:rPr>
        <w:t>John 20:29</w:t>
      </w:r>
      <w:r>
        <w:rPr>
          <w:shd w:val="clear" w:color="auto" w:fill="548235"/>
          <w:color w:val="FFFFFF"/>
        </w:rPr>
        <w:t xml:space="preserve"> — </w:t>
      </w:r>
      <w:r>
        <w:rPr>
          <w:shd w:val="clear" w:fill="548235" w:color="auto"/>
          <w:color w:val="FFFFFF"/>
        </w:rPr>
        <w:t>blessed are those who have not seen and yet have believed</w:t>
      </w:r>
      <w:r>
        <w:rPr>
          <w:b w:val="false"/>
          <w:i w:val="false"/>
          <w:color w:val="FFFFFF"/>
          <w:u w:val="none"/>
          <w:shd w:val="clear" w:color="auto" w:fill="548235"/>
        </w:rPr>
        <w:t xml:space="preserve"> [1CYA]</w:t>
      </w:r>
      <w:r>
        <w:rPr>
          <w:shd w:val="clear" w:color="auto" w:fill="548235"/>
          <w:color w:val="FFFFFF"/>
        </w:rPr>
        <w:t>.</w:t>
      </w:r>
    </w:p>
    <w:p>
      <w:pPr>
        <w:pStyle w:val="Yellow"/>
        <w:rPr/>
      </w:pPr>
      <w:r>
        <w:rPr>
          <w:b/>
        </w:rPr>
        <w:t>John 20:30-31</w:t>
      </w:r>
      <w:r>
        <w:t xml:space="preserve"> — </w:t>
      </w:r>
      <w:r>
        <w:rPr>
          <w:shd w:fill="B7DDE8" w:val="clear"/>
        </w:rPr>
        <w:t>Jesus performed many other signs in the presence of His disciples</w:t>
      </w:r>
      <w:r>
        <w:rPr>
          <w:b w:val="false"/>
          <w:i w:val="false"/>
          <w:color w:val="000000"/>
          <w:u w:val="none"/>
        </w:rPr>
        <w:t xml:space="preserve"> [1ATE]</w:t>
      </w:r>
      <w:r>
        <w:t xml:space="preserve">, </w:t>
      </w:r>
      <w:r>
        <w:rPr>
          <w:shd w:fill="B7DDE8" w:val="clear"/>
        </w:rPr>
        <w:t>which are not written in this book</w:t>
      </w:r>
      <w:r>
        <w:rPr>
          <w:b w:val="false"/>
          <w:i w:val="false"/>
          <w:color w:val="000000"/>
          <w:u w:val="none"/>
        </w:rPr>
        <w:t xml:space="preserve"> [1ATF]</w:t>
      </w:r>
      <w:r>
        <w:t xml:space="preserve">. But </w:t>
      </w:r>
      <w:r>
        <w:rPr>
          <w:shd w:fill="B7DDE8" w:val="clear"/>
        </w:rPr>
        <w:t xml:space="preserve">these are written so that you may believe that </w:t>
      </w:r>
      <w:r>
        <w:rPr>
          <w:shd w:fill="B7DDE8" w:val="clear"/>
        </w:rPr>
        <w:t>Jesus is the Christ</w:t>
      </w:r>
      <w:r>
        <w:rPr>
          <w:b w:val="false"/>
          <w:i w:val="false"/>
          <w:color w:val="000000"/>
          <w:u w:val="none"/>
        </w:rPr>
        <w:t xml:space="preserve"> [1CIK]</w:t>
      </w:r>
      <w:r>
        <w:t xml:space="preserve">, </w:t>
      </w:r>
      <w:r>
        <w:rPr>
          <w:shd w:fill="B7DDE8" w:val="clear"/>
        </w:rPr>
        <w:t>the Son of God</w:t>
      </w:r>
      <w:r>
        <w:rPr>
          <w:b w:val="false"/>
          <w:i w:val="false"/>
          <w:color w:val="000000"/>
          <w:u w:val="none"/>
        </w:rPr>
        <w:t xml:space="preserve"> [7AMS]</w:t>
      </w:r>
      <w:r>
        <w:t xml:space="preserve">, and </w:t>
      </w:r>
      <w:r>
        <w:rPr>
          <w:shd w:fill="B7DDE8" w:val="clear"/>
        </w:rPr>
        <w:t>that by believing you may have life in His name</w:t>
      </w:r>
      <w:r>
        <w:rPr>
          <w:b w:val="false"/>
          <w:i w:val="false"/>
          <w:color w:val="000000"/>
          <w:u w:val="none"/>
        </w:rPr>
        <w:t xml:space="preserve"> [1ATH]</w:t>
      </w:r>
      <w:r>
        <w:t>.</w:t>
      </w:r>
    </w:p>
    <w:p>
      <w:pPr>
        <w:pStyle w:val="Yellow"/>
        <w:rPr/>
        <w:pBdr>
          <w:left w:val="single" w:sz="28" w:space="5" w:color="C00000"/>
        </w:pBdr>
      </w:pPr>
      <w:r>
        <w:rPr>
          <w:b/>
        </w:rPr>
        <w:t>Acts 14:1</w:t>
      </w:r>
      <w:r>
        <w:rPr/>
        <w:t xml:space="preserve"> — Paul and Barnabas went as usual into the Jewish synagogue, where </w:t>
      </w:r>
      <w:r>
        <w:rPr>
          <w:shd w:val="clear" w:fill="B7DDE8"/>
        </w:rPr>
        <w:t>they spoke so well</w:t>
      </w:r>
      <w:r>
        <w:rPr>
          <w:b w:val="false"/>
          <w:i w:val="false"/>
          <w:color w:val="000000"/>
          <w:u w:val="none"/>
        </w:rPr>
        <w:t xml:space="preserve"> [1DBV]</w:t>
      </w:r>
      <w:r>
        <w:rPr/>
        <w:t xml:space="preserve"> that </w:t>
      </w:r>
      <w:r>
        <w:rPr>
          <w:shd w:val="clear" w:fill="B7DDE8"/>
        </w:rPr>
        <w:t>a great number of Jews and Greeks believed</w:t>
      </w:r>
      <w:r>
        <w:rPr>
          <w:b w:val="false"/>
          <w:i w:val="false"/>
          <w:u w:val="none"/>
          <w:color w:val="000000"/>
        </w:rPr>
        <w:t xml:space="preserve"> [1DBW]</w:t>
      </w:r>
      <w:r>
        <w:rPr/>
        <w:t>.</w:t>
      </w:r>
    </w:p>
    <w:p>
      <w:pPr>
        <w:pStyle w:val="Yellow"/>
        <w:rPr/>
      </w:pPr>
      <w:r>
        <w:rPr/>
        <w:t xml:space="preserve">(Ac18:5 Paul testified “Jesus is the Christ”) </w:t>
      </w:r>
      <w:r>
        <w:rPr>
          <w:b/>
        </w:rPr>
        <w:t>Acts 18:8</w:t>
      </w:r>
      <w:r>
        <w:rPr/>
        <w:t xml:space="preserve"> — And </w:t>
      </w:r>
      <w:r>
        <w:rPr>
          <w:shd w:val="clear" w:fill="B7DDE8"/>
        </w:rPr>
        <w:t>many of the Corinthians who heard {the message} believed</w:t>
      </w:r>
      <w:r>
        <w:rPr>
          <w:b w:val="false"/>
          <w:i w:val="false"/>
          <w:color w:val="000000"/>
          <w:u w:val="none"/>
        </w:rPr>
        <w:t xml:space="preserve"> [1DAM]</w:t>
      </w:r>
      <w:r>
        <w:rPr>
          <w:shd w:val="clear" w:color="auto" w:fill="548235"/>
          <w:color w:val="FFFFFF"/>
        </w:rPr>
        <w:t xml:space="preserve"> and </w:t>
      </w:r>
      <w:r>
        <w:rPr>
          <w:shd w:val="clear" w:fill="548235" w:color="auto"/>
          <w:color w:val="FFFFFF"/>
        </w:rPr>
        <w:t>were baptized</w:t>
      </w:r>
      <w:r>
        <w:rPr>
          <w:b w:val="false"/>
          <w:i w:val="false"/>
          <w:color w:val="FFFFFF"/>
          <w:u w:val="none"/>
          <w:shd w:val="clear" w:color="auto" w:fill="548235"/>
        </w:rPr>
        <w:t xml:space="preserve"> [1DAN]</w:t>
      </w:r>
      <w:r>
        <w:rPr>
          <w:shd w:val="clear" w:color="auto" w:fill="548235"/>
          <w:color w:val="FFFFFF"/>
        </w:rPr>
        <w:t>.</w:t>
      </w:r>
    </w:p>
    <w:p>
      <w:pPr>
        <w:pStyle w:val="Yellow"/>
        <w:rPr/>
      </w:pPr>
      <w:r>
        <w:rPr>
          <w:u w:val="none"/>
          <w:shd w:val="clear" w:color="auto" w:fill="C00000"/>
          <w:color w:val="FFFFFF"/>
        </w:rPr>
        <w:t xml:space="preserve">(Ro10:9 “Jesus”) </w:t>
      </w:r>
      <w:r>
        <w:rPr>
          <w:b/>
          <w:u w:val="none"/>
          <w:shd w:val="clear" w:color="auto" w:fill="C00000"/>
          <w:color w:val="FFFFFF"/>
        </w:rPr>
        <w:t>Romans 10:11</w:t>
      </w:r>
      <w:r>
        <w:rPr>
          <w:u w:val="none"/>
          <w:shd w:val="clear" w:color="auto" w:fill="C00000"/>
          <w:color w:val="FFFFFF"/>
        </w:rPr>
        <w:t xml:space="preserve"> — “</w:t>
      </w:r>
      <w:r>
        <w:rPr>
          <w:u w:val="none"/>
          <w:shd w:val="clear" w:color="auto" w:fill="C00000"/>
          <w:color w:val="FFFFFF"/>
        </w:rPr>
        <w:t>Anyone who believes in {Him} will never be put to shame</w:t>
      </w:r>
      <w:r>
        <w:rPr>
          <w:b w:val="false"/>
          <w:i w:val="false"/>
          <w:u w:val="none"/>
          <w:shd w:val="clear" w:color="auto" w:fill="C00000"/>
          <w:color w:val="FFFFFF"/>
        </w:rPr>
        <w:t xml:space="preserve"> [3AAD]</w:t>
      </w:r>
      <w:r>
        <w:rPr>
          <w:u w:val="none"/>
          <w:shd w:val="clear" w:color="auto" w:fill="C00000"/>
          <w:color w:val="FFFFFF"/>
        </w:rPr>
        <w:t>.”</w:t>
      </w:r>
    </w:p>
    <w:p>
      <w:pPr>
        <w:pStyle w:val="Yellow"/>
        <w:rPr/>
        <w:pBdr>
          <w:left w:val="single" w:sz="28" w:space="5" w:color="C00000"/>
        </w:pBdr>
      </w:pPr>
      <w:r>
        <w:rPr>
          <w:b/>
          <w:shd w:val="clear" w:color="auto" w:fill="F4B183"/>
          <w:color w:val="000000"/>
        </w:rPr>
        <w:t>1 John 5:5</w:t>
      </w:r>
      <w:r>
        <w:rPr>
          <w:shd w:val="clear" w:color="auto" w:fill="F4B183"/>
          <w:color w:val="000000"/>
        </w:rPr>
        <w:t xml:space="preserve"> — </w:t>
      </w:r>
      <w:r>
        <w:rPr>
          <w:shd w:fill="F4B183" w:val="clear" w:color="auto"/>
          <w:color w:val="000000"/>
        </w:rPr>
        <w:t xml:space="preserve">Who then overcomes the world? Only he who believes that </w:t>
      </w:r>
      <w:r>
        <w:rPr>
          <w:shd w:fill="F4B183" w:val="clear" w:color="auto"/>
          <w:color w:val="000000"/>
        </w:rPr>
        <w:t>Jesus is the Son of God</w:t>
      </w:r>
      <w:r>
        <w:rPr>
          <w:b w:val="false"/>
          <w:i w:val="false"/>
          <w:color w:val="000000"/>
          <w:u w:val="none"/>
          <w:shd w:val="clear" w:color="auto" w:fill="F4B183"/>
        </w:rPr>
        <w:t xml:space="preserve"> [1ATB]</w:t>
      </w:r>
      <w:r>
        <w:rPr>
          <w:shd w:val="clear" w:color="auto" w:fill="F4B183"/>
          <w:color w:val="000000"/>
        </w:rPr>
        <w:t>.</w:t>
      </w:r>
    </w:p>
    <w:p>
      <w:pPr>
        <w:pStyle w:val="Yellow"/>
        <w:rPr/>
      </w:pPr>
      <w:r>
        <w:rPr>
          <w:b/>
          <w:u w:val="none"/>
        </w:rPr>
        <w:t>1 John 5:13</w:t>
      </w:r>
      <w:r>
        <w:rPr>
          <w:u w:val="none"/>
        </w:rPr>
        <w:t xml:space="preserve"> — </w:t>
      </w:r>
      <w:r>
        <w:rPr>
          <w:u w:val="none"/>
          <w:shd w:val="clear" w:fill="B7DDE8"/>
        </w:rPr>
        <w:t>I have written these things to you who believe in the name of the Son of God</w:t>
      </w:r>
      <w:r>
        <w:rPr>
          <w:b w:val="false"/>
          <w:i w:val="false"/>
          <w:color w:val="000000"/>
          <w:u w:val="none"/>
        </w:rPr>
        <w:t xml:space="preserve"> [1CLD]</w:t>
      </w:r>
      <w:r>
        <w:rPr>
          <w:u w:val="none"/>
          <w:shd w:val="clear" w:color="auto" w:fill="548235"/>
          <w:color w:val="FFFFFF"/>
        </w:rPr>
        <w:t xml:space="preserve">, </w:t>
      </w:r>
      <w:r>
        <w:rPr>
          <w:u w:val="none"/>
          <w:shd w:val="clear" w:fill="548235" w:color="auto"/>
          <w:color w:val="FFFFFF"/>
        </w:rPr>
        <w:t>so that you may know that you have eternal life</w:t>
      </w:r>
      <w:r>
        <w:rPr>
          <w:b w:val="false"/>
          <w:i w:val="false"/>
          <w:color w:val="FFFFFF"/>
          <w:u w:val="none"/>
          <w:shd w:val="clear" w:color="auto" w:fill="548235"/>
        </w:rPr>
        <w:t xml:space="preserve"> [1CLE]</w:t>
      </w:r>
      <w:r>
        <w:rPr>
          <w:u w:val="none"/>
          <w:shd w:val="clear" w:color="auto" w:fill="548235"/>
          <w:color w:val="FFFFFF"/>
        </w:rPr>
        <w:t>.</w:t>
      </w:r>
    </w:p>
    <w:p>
      <w:r>
        <w:rPr>
          <w:b/>
          <w:sz w:val="32"/>
          <w:highlight w:val="yellow"/>
        </w:rPr>
        <w:t>Blessings of the Righteous  (30)</w:t>
      </w:r>
    </w:p>
    <w:p>
      <w:pPr>
        <w:pStyle w:val="Green"/>
        <w:rPr/>
      </w:pPr>
      <w:r>
        <w:rPr>
          <w:b/>
        </w:rPr>
        <w:t>Psalm 1:1–3</w:t>
      </w:r>
      <w:r>
        <w:rPr/>
        <w:t xml:space="preserve"> — </w:t>
      </w:r>
      <w:r>
        <w:rPr>
          <w:shd w:val="clear" w:fill="B7DDE8"/>
        </w:rPr>
        <w:t>Blessed is the man who does not walk in the counsel of the wicked, or set foot on the path of sinners, or sit in the seat of mockers</w:t>
      </w:r>
      <w:r>
        <w:rPr>
          <w:b w:val="false"/>
          <w:i w:val="false"/>
          <w:u w:val="none"/>
          <w:color w:val="000000"/>
        </w:rPr>
        <w:t xml:space="preserve"> [1EIM]</w:t>
      </w:r>
      <w:r>
        <w:rPr/>
        <w:t xml:space="preserve">. But </w:t>
      </w:r>
      <w:r>
        <w:rPr>
          <w:shd w:val="clear" w:fill="B7DDE8"/>
        </w:rPr>
        <w:t>his delight is in the Law of the LORD</w:t>
      </w:r>
      <w:r>
        <w:rPr>
          <w:b w:val="false"/>
          <w:i w:val="false"/>
          <w:color w:val="000000"/>
          <w:u w:val="none"/>
        </w:rPr>
        <w:t xml:space="preserve"> [1EIN]</w:t>
      </w:r>
      <w:r>
        <w:rPr/>
        <w:t xml:space="preserve">, and </w:t>
      </w:r>
      <w:r>
        <w:rPr>
          <w:shd w:val="clear" w:fill="B7DDE8"/>
        </w:rPr>
        <w:t>on His law he meditates day and night</w:t>
      </w:r>
      <w:r>
        <w:rPr>
          <w:b w:val="false"/>
          <w:i w:val="false"/>
          <w:color w:val="000000"/>
          <w:u w:val="none"/>
        </w:rPr>
        <w:t xml:space="preserve"> [1EIO]</w:t>
      </w:r>
      <w:r>
        <w:rPr/>
        <w:t xml:space="preserve">. </w:t>
      </w:r>
      <w:r>
        <w:rPr>
          <w:shd w:val="clear" w:fill="B7DDE8"/>
        </w:rPr>
        <w:t>He is like a tree planted by streams of water, yielding its fruit in season, whose leaf does not wither</w:t>
      </w:r>
      <w:r>
        <w:rPr>
          <w:b w:val="false"/>
          <w:i w:val="false"/>
          <w:color w:val="000000"/>
          <w:u w:val="none"/>
        </w:rPr>
        <w:t xml:space="preserve"> [1EIP]</w:t>
      </w:r>
      <w:r>
        <w:rPr/>
        <w:t xml:space="preserve">, and </w:t>
      </w:r>
      <w:r>
        <w:rPr>
          <w:shd w:val="clear" w:fill="B7DDE8"/>
        </w:rPr>
        <w:t>who prospers in all he does</w:t>
      </w:r>
      <w:r>
        <w:rPr>
          <w:b w:val="false"/>
          <w:i w:val="false"/>
          <w:u w:val="none"/>
          <w:color w:val="000000"/>
        </w:rPr>
        <w:t xml:space="preserve"> [3AHS]</w:t>
      </w:r>
      <w:r>
        <w:rPr/>
        <w:t>.</w:t>
      </w:r>
    </w:p>
    <w:p>
      <w:pPr>
        <w:pStyle w:val="Yellow"/>
        <w:rPr/>
        <w:pBdr>
          <w:left w:val="single" w:sz="28" w:space="5" w:color="C00000"/>
        </w:pBdr>
      </w:pPr>
      <w:r>
        <w:rPr>
          <w:b/>
        </w:rPr>
        <w:t>Psalm 7:10</w:t>
      </w:r>
      <w:r>
        <w:rPr/>
        <w:t xml:space="preserve"> — </w:t>
      </w:r>
      <w:r>
        <w:rPr>
          <w:shd w:val="clear" w:fill="548235" w:color="auto"/>
          <w:color w:val="FFFFFF"/>
        </w:rPr>
        <w:t>My shield is with God</w:t>
      </w:r>
      <w:r>
        <w:rPr>
          <w:b w:val="false"/>
          <w:i w:val="false"/>
          <w:color w:val="FFFFFF"/>
          <w:u w:val="none"/>
          <w:shd w:val="clear" w:color="auto" w:fill="548235"/>
        </w:rPr>
        <w:t xml:space="preserve"> [1DWG]</w:t>
      </w:r>
      <w:r>
        <w:rPr/>
        <w:t xml:space="preserve">, </w:t>
      </w:r>
      <w:r>
        <w:rPr>
          <w:shd w:val="clear" w:fill="B7DDE8"/>
        </w:rPr>
        <w:t>who saves the upright in heart</w:t>
      </w:r>
      <w:r>
        <w:rPr>
          <w:b w:val="false"/>
          <w:i w:val="false"/>
          <w:color w:val="000000"/>
          <w:u w:val="none"/>
        </w:rPr>
        <w:t xml:space="preserve"> [1DWH]</w:t>
      </w:r>
      <w:r>
        <w:rPr/>
        <w:t>.</w:t>
      </w:r>
    </w:p>
    <w:p>
      <w:pPr>
        <w:pStyle w:val="Green"/>
        <w:rPr/>
      </w:pPr>
      <w:r>
        <w:rPr>
          <w:b/>
          <w:u w:val="none"/>
        </w:rPr>
        <w:t>Psalm 11:7</w:t>
      </w:r>
      <w:r>
        <w:rPr>
          <w:u w:val="none"/>
        </w:rPr>
        <w:t xml:space="preserve"> — </w:t>
      </w:r>
      <w:r>
        <w:rPr>
          <w:u w:val="none"/>
          <w:color w:val="000000"/>
        </w:rPr>
        <w:t>the LORD is righteous</w:t>
      </w:r>
      <w:r>
        <w:rPr>
          <w:b w:val="false"/>
          <w:i w:val="false"/>
          <w:color w:val="000000"/>
          <w:u w:val="none"/>
        </w:rPr>
        <w:t xml:space="preserve"> [16FJ]</w:t>
      </w:r>
      <w:r>
        <w:rPr>
          <w:u w:val="none"/>
        </w:rPr>
        <w:t xml:space="preserve">; </w:t>
      </w:r>
      <w:r>
        <w:rPr>
          <w:u w:val="none"/>
          <w:shd w:fill="B7DDE8" w:val="clear"/>
        </w:rPr>
        <w:t>He loves justice</w:t>
      </w:r>
      <w:r>
        <w:rPr>
          <w:b w:val="false"/>
          <w:i w:val="false"/>
          <w:color w:val="000000"/>
          <w:u w:val="none"/>
        </w:rPr>
        <w:t xml:space="preserve"> [4KY]</w:t>
      </w:r>
      <w:r>
        <w:rPr>
          <w:u w:val="none"/>
        </w:rPr>
        <w:t xml:space="preserve">. </w:t>
      </w:r>
      <w:r>
        <w:rPr>
          <w:u w:val="none"/>
          <w:shd w:fill="B7DDE8" w:val="clear"/>
        </w:rPr>
        <w:t>The upright will see His face</w:t>
      </w:r>
      <w:r>
        <w:rPr>
          <w:b w:val="false"/>
          <w:i w:val="false"/>
          <w:color w:val="000000"/>
          <w:u w:val="none"/>
        </w:rPr>
        <w:t xml:space="preserve"> [1KZ]</w:t>
      </w:r>
      <w:r>
        <w:rPr>
          <w:u w:val="none"/>
        </w:rPr>
        <w:t>.</w:t>
      </w:r>
    </w:p>
    <w:p>
      <w:pPr>
        <w:pStyle w:val="Yellow"/>
        <w:rPr/>
        <w:shd w:val="clear" w:color="auto" w:fill="E4DFEC"/>
        <w:pBdr>
          <w:left w:val="single" w:sz="28" w:space="5" w:color="7030A0"/>
        </w:pBdr>
      </w:pPr>
      <w:r>
        <w:rPr>
          <w:b/>
        </w:rPr>
        <w:t>Psalm 34:15</w:t>
      </w:r>
      <w:r>
        <w:rPr/>
        <w:t xml:space="preserve"> — </w:t>
      </w:r>
      <w:r>
        <w:rPr>
          <w:shd w:val="clear" w:fill="B7DDE8"/>
        </w:rPr>
        <w:t>The eyes of the LORD are on the righteous</w:t>
      </w:r>
      <w:r>
        <w:rPr>
          <w:b w:val="false"/>
          <w:i w:val="false"/>
          <w:color w:val="000000"/>
          <w:u w:val="none"/>
        </w:rPr>
        <w:t xml:space="preserve"> [2CSI]</w:t>
      </w:r>
      <w:r>
        <w:rPr/>
        <w:t xml:space="preserve">, and </w:t>
      </w:r>
      <w:r>
        <w:rPr>
          <w:shd w:val="clear" w:fill="B7DDE8"/>
        </w:rPr>
        <w:t>His ears are inclined to their cry</w:t>
      </w:r>
      <w:r>
        <w:rPr>
          <w:b w:val="false"/>
          <w:i w:val="false"/>
          <w:color w:val="000000"/>
          <w:u w:val="none"/>
        </w:rPr>
        <w:t xml:space="preserve"> [4CQW]</w:t>
      </w:r>
      <w:r>
        <w:rPr/>
        <w:t>.</w:t>
      </w:r>
    </w:p>
    <w:p>
      <w:pPr>
        <w:pStyle w:val="Yellow"/>
        <w:rPr/>
      </w:pPr>
      <w:r>
        <w:rPr>
          <w:b/>
        </w:rPr>
        <w:t>Psalm 37:25</w:t>
      </w:r>
      <w:r>
        <w:rPr/>
        <w:t xml:space="preserve"> — </w:t>
      </w:r>
      <w:r>
        <w:rPr>
          <w:shd w:val="clear" w:fill="B7DDE8"/>
        </w:rPr>
        <w:t>I once was young and now am old, yet never have I seen the righteous abandoned or their children begging for bread</w:t>
      </w:r>
      <w:r>
        <w:rPr>
          <w:b w:val="false"/>
          <w:i w:val="false"/>
          <w:color w:val="000000"/>
          <w:u w:val="none"/>
        </w:rPr>
        <w:t xml:space="preserve"> [1EGY]</w:t>
      </w:r>
      <w:r>
        <w:rPr/>
        <w:t>.</w:t>
      </w:r>
    </w:p>
    <w:p>
      <w:pPr>
        <w:pStyle w:val="Yellow"/>
        <w:rPr/>
      </w:pPr>
      <w:r>
        <w:rPr>
          <w:b/>
        </w:rPr>
        <w:t>Psalm 55:22</w:t>
      </w:r>
      <w:r>
        <w:rPr/>
        <w:t xml:space="preserve"> — </w:t>
      </w:r>
      <w:r>
        <w:rPr>
          <w:color w:val="000000"/>
        </w:rPr>
        <w:t>Cast your burden upon the LORD</w:t>
      </w:r>
      <w:r>
        <w:rPr>
          <w:b w:val="false"/>
          <w:i w:val="false"/>
          <w:color w:val="000000"/>
          <w:u w:val="none"/>
        </w:rPr>
        <w:t xml:space="preserve"> [2FFS]</w:t>
      </w:r>
      <w:r>
        <w:rPr/>
        <w:t xml:space="preserve"> and </w:t>
      </w:r>
      <w:r>
        <w:rPr>
          <w:color w:val="000000"/>
        </w:rPr>
        <w:t>He will sustain you</w:t>
      </w:r>
      <w:r>
        <w:rPr>
          <w:b w:val="false"/>
          <w:i w:val="false"/>
          <w:color w:val="000000"/>
          <w:u w:val="none"/>
        </w:rPr>
        <w:t xml:space="preserve"> [1FFT]</w:t>
      </w:r>
      <w:r>
        <w:rPr/>
        <w:t xml:space="preserve">; </w:t>
      </w:r>
      <w:r>
        <w:rPr>
          <w:shd w:val="clear" w:fill="B7DDE8"/>
        </w:rPr>
        <w:t>He will never let the righteous be shaken</w:t>
      </w:r>
      <w:r>
        <w:rPr>
          <w:b w:val="false"/>
          <w:i w:val="false"/>
          <w:color w:val="000000"/>
          <w:u w:val="none"/>
        </w:rPr>
        <w:t xml:space="preserve"> [1FFU]</w:t>
      </w:r>
      <w:r>
        <w:rPr/>
        <w:t>.</w:t>
      </w:r>
    </w:p>
    <w:p>
      <w:pPr>
        <w:pStyle w:val="Yellow"/>
        <w:rPr/>
      </w:pPr>
      <w:r>
        <w:rPr>
          <w:color w:val="000000"/>
        </w:rPr>
        <w:t xml:space="preserve">(Ps68:2 “the wicked will perish”) </w:t>
      </w:r>
      <w:r>
        <w:rPr>
          <w:b/>
          <w:color w:val="000000"/>
        </w:rPr>
        <w:t>Psalm 68:3</w:t>
      </w:r>
      <w:r>
        <w:rPr>
          <w:color w:val="000000"/>
        </w:rPr>
        <w:t xml:space="preserve"> — {But} </w:t>
      </w:r>
      <w:r>
        <w:rPr>
          <w:color w:val="000000"/>
        </w:rPr>
        <w:t>the righteous will be glad and rejoice before God</w:t>
      </w:r>
      <w:r>
        <w:rPr>
          <w:b w:val="false"/>
          <w:i w:val="false"/>
          <w:color w:val="000000"/>
          <w:u w:val="none"/>
        </w:rPr>
        <w:t xml:space="preserve"> [1EYO]</w:t>
      </w:r>
      <w:r>
        <w:rPr>
          <w:color w:val="000000"/>
        </w:rPr>
        <w:t xml:space="preserve">; </w:t>
      </w:r>
      <w:r>
        <w:rPr>
          <w:color w:val="000000"/>
        </w:rPr>
        <w:t>they will celebrate with joy</w:t>
      </w:r>
      <w:r>
        <w:rPr>
          <w:b w:val="false"/>
          <w:i w:val="false"/>
          <w:color w:val="000000"/>
          <w:u w:val="none"/>
        </w:rPr>
        <w:t xml:space="preserve"> [1EYO]</w:t>
      </w:r>
      <w:r>
        <w:rPr>
          <w:color w:val="000000"/>
        </w:rPr>
        <w:t>.</w:t>
      </w:r>
    </w:p>
    <w:p>
      <w:pPr>
        <w:pStyle w:val="Yellow"/>
        <w:rPr/>
      </w:pPr>
      <w:r>
        <w:rPr>
          <w:b/>
        </w:rPr>
        <w:t>Psalm 97:11</w:t>
      </w:r>
      <w:r>
        <w:rPr/>
        <w:t xml:space="preserve"> — </w:t>
      </w:r>
      <w:r>
        <w:rPr>
          <w:shd w:val="clear" w:fill="B7DDE8"/>
        </w:rPr>
        <w:t>Light shines on the righteous</w:t>
      </w:r>
      <w:r>
        <w:rPr>
          <w:b w:val="false"/>
          <w:i w:val="false"/>
          <w:color w:val="000000"/>
          <w:u w:val="none"/>
        </w:rPr>
        <w:t xml:space="preserve"> [1FFI]</w:t>
      </w:r>
      <w:r>
        <w:rPr/>
        <w:t xml:space="preserve">, </w:t>
      </w:r>
      <w:r>
        <w:rPr>
          <w:shd w:val="clear" w:fill="B7DDE8"/>
        </w:rPr>
        <w:t>gladness on the upright in heart</w:t>
      </w:r>
      <w:r>
        <w:rPr>
          <w:b w:val="false"/>
          <w:i w:val="false"/>
          <w:color w:val="000000"/>
          <w:u w:val="none"/>
        </w:rPr>
        <w:t xml:space="preserve"> [1FFJ]</w:t>
      </w:r>
      <w:r>
        <w:rPr/>
        <w:t>.</w:t>
      </w:r>
    </w:p>
    <w:p>
      <w:pPr>
        <w:pStyle w:val="Yellow"/>
        <w:rPr/>
        <w:pBdr>
          <w:left w:val="single" w:sz="28" w:space="5" w:color="C00000"/>
        </w:pBdr>
      </w:pPr>
      <w:r>
        <w:rPr/>
        <w:t xml:space="preserve">(Ps112:1 “the man who fears the LORD”) </w:t>
      </w:r>
      <w:r>
        <w:rPr>
          <w:b/>
        </w:rPr>
        <w:t>Psalm 112:6</w:t>
      </w:r>
      <w:r>
        <w:rPr/>
        <w:t xml:space="preserve"> — Surely </w:t>
      </w:r>
      <w:r>
        <w:rPr>
          <w:shd w:val="clear" w:color="auto" w:fill="D9C3E6"/>
        </w:rPr>
        <w:t>{he} will never be shaken</w:t>
      </w:r>
      <w:r>
        <w:rPr>
          <w:b w:val="false"/>
          <w:i w:val="false"/>
          <w:u w:val="none"/>
          <w:color w:val="000000"/>
        </w:rPr>
        <w:t xml:space="preserve"> [1FFV]</w:t>
      </w:r>
      <w:r>
        <w:rPr>
          <w:shd w:val="clear" w:color="auto" w:fill="D9C3E6"/>
        </w:rPr>
        <w:t xml:space="preserve">; </w:t>
      </w:r>
      <w:r>
        <w:rPr>
          <w:shd w:val="clear" w:fill="B7DDE8"/>
        </w:rPr>
        <w:t>the righteous man will be remembered forever</w:t>
      </w:r>
      <w:r>
        <w:rPr>
          <w:b w:val="false"/>
          <w:i w:val="false"/>
          <w:color w:val="000000"/>
          <w:u w:val="none"/>
        </w:rPr>
        <w:t xml:space="preserve"> [1FFW]</w:t>
      </w:r>
      <w:r>
        <w:rPr/>
        <w:t>.</w:t>
      </w:r>
    </w:p>
    <w:p>
      <w:pPr>
        <w:pStyle w:val="Yellow"/>
        <w:rPr/>
      </w:pPr>
      <w:r>
        <w:rPr>
          <w:b/>
        </w:rPr>
        <w:t>Psalm 118:7</w:t>
      </w:r>
      <w:r>
        <w:rPr/>
        <w:t xml:space="preserve"> — </w:t>
      </w:r>
      <w:r>
        <w:rPr>
          <w:shd w:val="clear" w:fill="B7DDE8"/>
        </w:rPr>
        <w:t>The LORD is on my side</w:t>
      </w:r>
      <w:r>
        <w:rPr>
          <w:b w:val="false"/>
          <w:i w:val="false"/>
          <w:color w:val="000000"/>
          <w:u w:val="none"/>
        </w:rPr>
        <w:t xml:space="preserve"> [2DSA]</w:t>
      </w:r>
      <w:r>
        <w:rPr/>
        <w:t xml:space="preserve">; </w:t>
      </w:r>
      <w:r>
        <w:rPr>
          <w:shd w:val="clear" w:fill="B7DDE8"/>
        </w:rPr>
        <w:t>He is my helper</w:t>
      </w:r>
      <w:r>
        <w:rPr>
          <w:b w:val="false"/>
          <w:i w:val="false"/>
          <w:color w:val="000000"/>
          <w:u w:val="none"/>
        </w:rPr>
        <w:t xml:space="preserve"> [5DSB]</w:t>
      </w:r>
      <w:r>
        <w:rPr/>
        <w:t xml:space="preserve">. Therefore </w:t>
      </w:r>
      <w:r>
        <w:rPr>
          <w:shd w:val="clear" w:fill="F4B183" w:color="auto"/>
          <w:color w:val="000000"/>
        </w:rPr>
        <w:t>I will look in triumph on those who hate me</w:t>
      </w:r>
      <w:r>
        <w:rPr>
          <w:b w:val="false"/>
          <w:i w:val="false"/>
          <w:color w:val="000000"/>
          <w:u w:val="none"/>
          <w:shd w:val="clear" w:color="auto" w:fill="F4B183"/>
        </w:rPr>
        <w:t xml:space="preserve"> [1DSC]</w:t>
      </w:r>
      <w:r>
        <w:rPr/>
        <w:t>.</w:t>
      </w:r>
    </w:p>
    <w:p>
      <w:pPr>
        <w:pStyle w:val="Yellow"/>
        <w:rPr/>
        <w:pBdr>
          <w:left w:val="single" w:sz="28" w:space="5" w:color="C00000"/>
        </w:pBdr>
      </w:pPr>
      <w:r>
        <w:rPr>
          <w:b/>
        </w:rPr>
        <w:t>Psalm 125:3</w:t>
      </w:r>
      <w:r>
        <w:t xml:space="preserve"> — For </w:t>
      </w:r>
      <w:r>
        <w:rPr>
          <w:shd w:fill="B7DDE8" w:val="clear"/>
        </w:rPr>
        <w:t>the scepter of the wicked will not rest upon the land allotted to the righteous</w:t>
      </w:r>
      <w:r>
        <w:rPr>
          <w:b w:val="false"/>
          <w:i w:val="false"/>
          <w:u w:val="none"/>
          <w:color w:val="000000"/>
        </w:rPr>
        <w:t xml:space="preserve"> [1AMT]</w:t>
      </w:r>
      <w:r>
        <w:t xml:space="preserve">, </w:t>
      </w:r>
      <w:r>
        <w:rPr>
          <w:shd w:fill="B7DDE8" w:val="clear"/>
        </w:rPr>
        <w:t>so that the righteous will not put forth their hands to injustice</w:t>
      </w:r>
      <w:r>
        <w:rPr>
          <w:b w:val="false"/>
          <w:i w:val="false"/>
          <w:color w:val="000000"/>
          <w:u w:val="none"/>
        </w:rPr>
        <w:t xml:space="preserve"> [1AMU]</w:t>
      </w:r>
      <w:r>
        <w:t>.</w:t>
      </w:r>
    </w:p>
    <w:p>
      <w:pPr>
        <w:pStyle w:val="Yellow"/>
        <w:rPr/>
        <w:pBdr>
          <w:left w:val="single" w:sz="28" w:space="5" w:color="C00000"/>
        </w:pBdr>
      </w:pPr>
      <w:r>
        <w:rPr>
          <w:b/>
          <w:u w:val="none"/>
        </w:rPr>
        <w:t>Psalm 128:1–2</w:t>
      </w:r>
      <w:r>
        <w:rPr>
          <w:u w:val="none"/>
        </w:rPr>
        <w:t xml:space="preserve"> — </w:t>
      </w:r>
      <w:r>
        <w:rPr>
          <w:u w:val="none"/>
          <w:shd w:val="clear" w:fill="B7DDE8"/>
        </w:rPr>
        <w:t>Blessed are all who fear the LORD, who walk in His ways</w:t>
      </w:r>
      <w:r>
        <w:rPr>
          <w:b w:val="false"/>
          <w:i w:val="false"/>
          <w:color w:val="000000"/>
          <w:u w:val="none"/>
        </w:rPr>
        <w:t xml:space="preserve"> [1FEM]</w:t>
      </w:r>
      <w:r>
        <w:rPr>
          <w:u w:val="none"/>
        </w:rPr>
        <w:t xml:space="preserve">! For </w:t>
      </w:r>
      <w:r>
        <w:rPr>
          <w:u w:val="none"/>
          <w:shd w:val="clear" w:fill="F4B183" w:color="auto"/>
          <w:color w:val="000000"/>
        </w:rPr>
        <w:t>when you eat the fruit of your labor, blessings and prosperity will be yours</w:t>
      </w:r>
      <w:r>
        <w:rPr>
          <w:b w:val="false"/>
          <w:i w:val="false"/>
          <w:color w:val="000000"/>
          <w:u w:val="none"/>
          <w:shd w:val="clear" w:color="auto" w:fill="F4B183"/>
        </w:rPr>
        <w:t xml:space="preserve"> [1FEN]</w:t>
      </w:r>
      <w:r>
        <w:rPr>
          <w:u w:val="none"/>
        </w:rPr>
        <w:t>.</w:t>
      </w:r>
    </w:p>
    <w:p>
      <w:pPr>
        <w:pStyle w:val="Yellow"/>
        <w:rPr/>
        <w:pBdr>
          <w:left w:val="single" w:sz="28" w:space="5" w:color="C00000"/>
        </w:pBdr>
      </w:pPr>
      <w:r>
        <w:rPr>
          <w:b/>
          <w:shd w:val="clear" w:color="auto" w:fill="548235"/>
          <w:color w:val="FFFFFF"/>
        </w:rPr>
        <w:t>Proverbs 4:18</w:t>
      </w:r>
      <w:r>
        <w:rPr>
          <w:shd w:val="clear" w:color="auto" w:fill="548235"/>
          <w:color w:val="FFFFFF"/>
        </w:rPr>
        <w:t xml:space="preserve"> — </w:t>
      </w:r>
      <w:r>
        <w:rPr>
          <w:shd w:val="clear" w:fill="548235" w:color="auto"/>
          <w:color w:val="FFFFFF"/>
        </w:rPr>
        <w:t>The path of the righteous is like the first gleam of dawn, shining brighter and brighter until midday</w:t>
      </w:r>
      <w:r>
        <w:rPr>
          <w:b w:val="false"/>
          <w:i w:val="false"/>
          <w:color w:val="FFFFFF"/>
          <w:u w:val="none"/>
          <w:shd w:val="clear" w:color="auto" w:fill="548235"/>
        </w:rPr>
        <w:t xml:space="preserve"> [1FFH]</w:t>
      </w:r>
      <w:r>
        <w:rPr>
          <w:shd w:val="clear" w:color="auto" w:fill="548235"/>
          <w:color w:val="FFFFFF"/>
        </w:rPr>
        <w:t>.</w:t>
      </w:r>
    </w:p>
    <w:p>
      <w:pPr>
        <w:pStyle w:val="Yellow"/>
        <w:rPr/>
      </w:pPr>
      <w:r>
        <w:rPr>
          <w:b/>
        </w:rPr>
        <w:t>Proverbs 10:3</w:t>
      </w:r>
      <w:r>
        <w:rPr/>
        <w:t xml:space="preserve"> — </w:t>
      </w:r>
      <w:r>
        <w:rPr>
          <w:shd w:val="clear" w:fill="B7DDE8"/>
        </w:rPr>
        <w:t>The LORD does not let the righteous go hungry</w:t>
      </w:r>
      <w:r>
        <w:rPr>
          <w:b w:val="false"/>
          <w:i w:val="false"/>
          <w:color w:val="000000"/>
          <w:u w:val="none"/>
        </w:rPr>
        <w:t xml:space="preserve"> [1FHP]</w:t>
      </w:r>
      <w:r>
        <w:rPr/>
        <w:t xml:space="preserve">, but </w:t>
      </w:r>
      <w:r>
        <w:rPr>
          <w:shd w:val="clear" w:fill="B7DDE8"/>
        </w:rPr>
        <w:t>He denies the craving of the wicked</w:t>
      </w:r>
      <w:r>
        <w:rPr>
          <w:b w:val="false"/>
          <w:i w:val="false"/>
          <w:color w:val="000000"/>
          <w:u w:val="none"/>
        </w:rPr>
        <w:t xml:space="preserve"> [1FHQ]</w:t>
      </w:r>
      <w:r>
        <w:rPr/>
        <w:t>.</w:t>
      </w:r>
    </w:p>
    <w:p>
      <w:pPr>
        <w:pStyle w:val="Yellow"/>
        <w:rPr/>
        <w:pBdr>
          <w:left w:val="single" w:sz="28" w:space="5" w:color="C00000"/>
        </w:pBdr>
      </w:pPr>
      <w:r>
        <w:rPr>
          <w:b/>
          <w:u w:val="none"/>
        </w:rPr>
        <w:t xml:space="preserve">Proverbs 10:29</w:t>
      </w:r>
      <w:r>
        <w:rPr>
          <w:u w:val="none"/>
        </w:rPr>
        <w:t xml:space="preserve"> — </w:t>
      </w:r>
      <w:r>
        <w:rPr>
          <w:u w:val="none"/>
          <w:shd w:fill="B7DDE8" w:val="clear"/>
        </w:rPr>
        <w:t xml:space="preserve">The way of </w:t>
      </w:r>
      <w:r>
        <w:rPr>
          <w:u w:val="none"/>
          <w:shd w:fill="B7DDE8" w:val="clear"/>
        </w:rPr>
        <w:t xml:space="preserve">the LORD is a refuge</w:t>
      </w:r>
      <w:r>
        <w:rPr>
          <w:u w:val="none"/>
          <w:shd w:fill="B7DDE8" w:val="clear"/>
        </w:rPr>
        <w:t xml:space="preserve"> to the upright</w:t>
      </w:r>
      <w:r>
        <w:rPr>
          <w:b w:val="false"/>
          <w:i w:val="false"/>
          <w:u w:val="none"/>
          <w:color w:val="000000"/>
        </w:rPr>
        <w:t xml:space="preserve"> [1JSZ]</w:t>
      </w:r>
      <w:r>
        <w:rPr>
          <w:u w:val="none"/>
        </w:rPr>
        <w:t xml:space="preserve">, but </w:t>
      </w:r>
      <w:r>
        <w:rPr>
          <w:u w:val="none"/>
          <w:shd w:fill="B7DDE8" w:val="clear"/>
        </w:rPr>
        <w:t xml:space="preserve">destruction awaits those who do evil</w:t>
      </w:r>
      <w:r>
        <w:rPr>
          <w:b w:val="false"/>
          <w:i w:val="false"/>
          <w:color w:val="000000"/>
          <w:u w:val="none"/>
        </w:rPr>
        <w:t xml:space="preserve"> [1JTA]</w:t>
      </w:r>
      <w:r>
        <w:rPr>
          <w:u w:val="none"/>
        </w:rPr>
        <w:t xml:space="preserve">.</w:t>
      </w:r>
    </w:p>
    <w:p>
      <w:pPr>
        <w:pStyle w:val="Yellow"/>
        <w:rPr/>
        <w:pBdr>
          <w:left w:val="single" w:sz="28" w:space="5" w:color="C00000"/>
        </w:pBdr>
      </w:pPr>
      <w:r>
        <w:rPr>
          <w:b/>
          <w:u w:val="none"/>
        </w:rPr>
        <w:t>Proverbs 11:21</w:t>
      </w:r>
      <w:r>
        <w:rPr>
          <w:u w:val="none"/>
        </w:rPr>
        <w:t xml:space="preserve"> — Be assured that </w:t>
      </w:r>
      <w:r>
        <w:rPr>
          <w:u w:val="none"/>
          <w:shd w:val="clear" w:fill="B7DDE8"/>
        </w:rPr>
        <w:t>the wicked will not go unpunished</w:t>
      </w:r>
      <w:r>
        <w:rPr>
          <w:b w:val="false"/>
          <w:i w:val="false"/>
          <w:color w:val="000000"/>
          <w:u w:val="none"/>
        </w:rPr>
        <w:t xml:space="preserve"> [1FHN]</w:t>
      </w:r>
      <w:r>
        <w:rPr>
          <w:u w:val="none"/>
        </w:rPr>
        <w:t xml:space="preserve">, but </w:t>
      </w:r>
      <w:r>
        <w:rPr>
          <w:u w:val="none"/>
          <w:shd w:val="clear" w:fill="B7DDE8"/>
        </w:rPr>
        <w:t>the offspring of the righteous will escape</w:t>
      </w:r>
      <w:r>
        <w:rPr>
          <w:b w:val="false"/>
          <w:i w:val="false"/>
          <w:u w:val="none"/>
          <w:color w:val="000000"/>
        </w:rPr>
        <w:t xml:space="preserve"> [1FHO]</w:t>
      </w:r>
      <w:r>
        <w:rPr>
          <w:u w:val="none"/>
        </w:rPr>
        <w:t>.</w:t>
      </w:r>
    </w:p>
    <w:p>
      <w:pPr>
        <w:pStyle w:val="Yellow"/>
        <w:rPr/>
        <w:pBdr>
          <w:left w:val="single" w:sz="28" w:space="5" w:color="C00000"/>
        </w:pBdr>
      </w:pPr>
      <w:r>
        <w:rPr>
          <w:b/>
        </w:rPr>
        <w:t>Proverbs 11:28</w:t>
      </w:r>
      <w:r>
        <w:rPr/>
        <w:t xml:space="preserve"> — </w:t>
      </w:r>
      <w:r>
        <w:rPr>
          <w:shd w:val="clear" w:fill="B7DDE8"/>
        </w:rPr>
        <w:t>He who trusts in his riches will fall</w:t>
      </w:r>
      <w:r>
        <w:rPr>
          <w:b w:val="false"/>
          <w:i w:val="false"/>
          <w:color w:val="000000"/>
          <w:u w:val="none"/>
        </w:rPr>
        <w:t xml:space="preserve"> [1CXI]</w:t>
      </w:r>
      <w:r>
        <w:rPr/>
        <w:t xml:space="preserve">, but </w:t>
      </w:r>
      <w:r>
        <w:rPr>
          <w:shd w:val="clear" w:fill="F4B183" w:color="auto"/>
          <w:color w:val="000000"/>
        </w:rPr>
        <w:t>the righteous will thrive like foliage</w:t>
      </w:r>
      <w:r>
        <w:rPr>
          <w:b w:val="false"/>
          <w:i w:val="false"/>
          <w:color w:val="000000"/>
          <w:u w:val="none"/>
          <w:shd w:val="clear" w:color="auto" w:fill="F4B183"/>
        </w:rPr>
        <w:t xml:space="preserve"> [1CXJ]</w:t>
      </w:r>
      <w:r>
        <w:rPr/>
        <w:t>.</w:t>
      </w:r>
    </w:p>
    <w:p>
      <w:pPr>
        <w:pStyle w:val="Yellow"/>
        <w:rPr/>
      </w:pPr>
      <w:r>
        <w:rPr>
          <w:b/>
          <w:shd w:val="clear" w:color="auto" w:fill="C00000"/>
          <w:color w:val="FFFFFF"/>
        </w:rPr>
        <w:t xml:space="preserve">Proverbs 12:3</w:t>
      </w:r>
      <w:r>
        <w:rPr>
          <w:shd w:val="clear" w:color="auto" w:fill="C00000"/>
          <w:color w:val="FFFFFF"/>
        </w:rPr>
        <w:t xml:space="preserve"> — </w:t>
      </w:r>
      <w:r>
        <w:rPr>
          <w:shd w:val="clear" w:color="auto" w:fill="C00000"/>
          <w:color w:val="FFFFFF"/>
        </w:rPr>
        <w:t xml:space="preserve">A man cannot be established through wickedness</w:t>
      </w:r>
      <w:r>
        <w:rPr>
          <w:b w:val="false"/>
          <w:i w:val="false"/>
          <w:u w:val="none"/>
          <w:shd w:val="clear" w:color="auto" w:fill="C00000"/>
          <w:color w:val="FFFFFF"/>
        </w:rPr>
        <w:t xml:space="preserve"> [1IFD]</w:t>
      </w:r>
      <w:r>
        <w:rPr>
          <w:shd w:val="clear" w:color="auto" w:fill="C00000"/>
          <w:color w:val="FFFFFF"/>
        </w:rPr>
        <w:t xml:space="preserve">, but </w:t>
      </w:r>
      <w:r>
        <w:rPr>
          <w:shd w:val="clear" w:color="auto" w:fill="C00000"/>
          <w:color w:val="FFFFFF"/>
        </w:rPr>
        <w:t xml:space="preserve">the righteous cannot be uprooted</w:t>
      </w:r>
      <w:r>
        <w:rPr>
          <w:b w:val="false"/>
          <w:i w:val="false"/>
          <w:u w:val="none"/>
          <w:shd w:val="clear" w:color="auto" w:fill="C00000"/>
          <w:color w:val="FFFFFF"/>
        </w:rPr>
        <w:t xml:space="preserve"> [1IFE]</w:t>
      </w:r>
      <w:r>
        <w:rPr>
          <w:shd w:val="clear" w:color="auto" w:fill="C00000"/>
          <w:color w:val="FFFFFF"/>
        </w:rPr>
        <w:t xml:space="preserve">.</w:t>
      </w:r>
    </w:p>
    <w:p>
      <w:pPr>
        <w:pStyle w:val="Yellow"/>
        <w:rPr/>
      </w:pPr>
      <w:r>
        <w:rPr>
          <w:b/>
        </w:rPr>
        <w:t xml:space="preserve">Proverbs 12:7</w:t>
      </w:r>
      <w:r>
        <w:rPr/>
        <w:t xml:space="preserve"> — </w:t>
      </w:r>
      <w:r>
        <w:rPr>
          <w:shd w:fill="B7DDE8" w:val="clear"/>
        </w:rPr>
        <w:t xml:space="preserve">The wicked are overthrown and perish</w:t>
      </w:r>
      <w:r>
        <w:rPr>
          <w:b w:val="false"/>
          <w:i w:val="false"/>
          <w:color w:val="000000"/>
          <w:u w:val="none"/>
        </w:rPr>
        <w:t xml:space="preserve"> [1JNR]</w:t>
      </w:r>
      <w:r>
        <w:rPr/>
        <w:t xml:space="preserve">, but </w:t>
      </w:r>
      <w:r>
        <w:rPr>
          <w:shd w:fill="B7DDE8" w:val="clear"/>
        </w:rPr>
        <w:t xml:space="preserve">the house of the righteous will stand</w:t>
      </w:r>
      <w:r>
        <w:rPr>
          <w:b w:val="false"/>
          <w:i w:val="false"/>
          <w:color w:val="000000"/>
          <w:u w:val="none"/>
        </w:rPr>
        <w:t xml:space="preserve"> [1JNS]</w:t>
      </w:r>
      <w:r>
        <w:rPr/>
        <w:t xml:space="preserve">.</w:t>
      </w:r>
    </w:p>
    <w:p>
      <w:pPr>
        <w:pStyle w:val="Yellow"/>
        <w:rPr/>
        <w:pBdr>
          <w:left w:val="single" w:sz="28" w:space="5" w:color="C00000"/>
        </w:pBdr>
      </w:pPr>
      <w:r>
        <w:rPr>
          <w:b/>
          <w:shd w:val="clear" w:color="auto" w:fill="548235"/>
          <w:color w:val="FFFFFF"/>
        </w:rPr>
        <w:t>Proverbs 12:12</w:t>
      </w:r>
      <w:r>
        <w:rPr>
          <w:shd w:val="clear" w:color="auto" w:fill="548235"/>
          <w:color w:val="FFFFFF"/>
        </w:rPr>
        <w:t xml:space="preserve"> — </w:t>
      </w:r>
      <w:r>
        <w:rPr>
          <w:shd w:val="clear" w:fill="548235" w:color="auto"/>
          <w:color w:val="FFFFFF"/>
        </w:rPr>
        <w:t>The wicked desire the plunder of evil men</w:t>
      </w:r>
      <w:r>
        <w:rPr>
          <w:b w:val="false"/>
          <w:i w:val="false"/>
          <w:color w:val="FFFFFF"/>
          <w:u w:val="none"/>
          <w:shd w:val="clear" w:color="auto" w:fill="548235"/>
        </w:rPr>
        <w:t xml:space="preserve"> [1FHZ]</w:t>
      </w:r>
      <w:r>
        <w:rPr>
          <w:shd w:val="clear" w:color="auto" w:fill="548235"/>
          <w:color w:val="FFFFFF"/>
        </w:rPr>
        <w:t xml:space="preserve">, but </w:t>
      </w:r>
      <w:r>
        <w:rPr>
          <w:shd w:val="clear" w:fill="548235" w:color="auto"/>
          <w:color w:val="FFFFFF"/>
        </w:rPr>
        <w:t>the root of the righteous flourishes</w:t>
      </w:r>
      <w:r>
        <w:rPr>
          <w:b w:val="false"/>
          <w:i w:val="false"/>
          <w:color w:val="FFFFFF"/>
          <w:u w:val="none"/>
          <w:shd w:val="clear" w:color="auto" w:fill="548235"/>
        </w:rPr>
        <w:t xml:space="preserve"> [1FIA]</w:t>
      </w:r>
      <w:r>
        <w:rPr>
          <w:shd w:val="clear" w:color="auto" w:fill="548235"/>
          <w:color w:val="FFFFFF"/>
        </w:rPr>
        <w:t>.</w:t>
      </w:r>
    </w:p>
    <w:p>
      <w:pPr>
        <w:pStyle w:val="Yellow"/>
        <w:rPr/>
      </w:pPr>
      <w:r>
        <w:rPr>
          <w:b/>
        </w:rPr>
        <w:t>Proverbs 13:9</w:t>
      </w:r>
      <w:r>
        <w:rPr/>
        <w:t xml:space="preserve"> — </w:t>
      </w:r>
      <w:r>
        <w:rPr>
          <w:shd w:val="clear" w:fill="B7DDE8"/>
        </w:rPr>
        <w:t>The light of the righteous shines brightly</w:t>
      </w:r>
      <w:r>
        <w:rPr>
          <w:b w:val="false"/>
          <w:i w:val="false"/>
          <w:color w:val="000000"/>
          <w:u w:val="none"/>
        </w:rPr>
        <w:t xml:space="preserve"> [1FFK]</w:t>
      </w:r>
      <w:r>
        <w:rPr/>
        <w:t xml:space="preserve">, but </w:t>
      </w:r>
      <w:r>
        <w:rPr>
          <w:shd w:val="clear" w:fill="B7DDE8"/>
        </w:rPr>
        <w:t>the lamp of the wicked is extinguished</w:t>
      </w:r>
      <w:r>
        <w:rPr>
          <w:b w:val="false"/>
          <w:i w:val="false"/>
          <w:color w:val="000000"/>
          <w:u w:val="none"/>
        </w:rPr>
        <w:t xml:space="preserve"> [2FFL]</w:t>
      </w:r>
      <w:r>
        <w:rPr/>
        <w:t>.</w:t>
      </w:r>
    </w:p>
    <w:p>
      <w:pPr>
        <w:pStyle w:val="Yellow"/>
        <w:rPr/>
      </w:pPr>
      <w:r>
        <w:rPr>
          <w:b/>
          <w:shd w:val="clear" w:color="auto" w:fill="548235"/>
          <w:color w:val="FFFFFF"/>
        </w:rPr>
        <w:t>Proverbs 13:21</w:t>
      </w:r>
      <w:r>
        <w:rPr>
          <w:shd w:val="clear" w:color="auto" w:fill="548235"/>
          <w:color w:val="FFFFFF"/>
        </w:rPr>
        <w:t xml:space="preserve"> — </w:t>
      </w:r>
      <w:r>
        <w:rPr>
          <w:shd w:val="clear" w:fill="548235" w:color="auto"/>
          <w:color w:val="FFFFFF"/>
        </w:rPr>
        <w:t>Disaster pursues sinners</w:t>
      </w:r>
      <w:r>
        <w:rPr>
          <w:b w:val="false"/>
          <w:i w:val="false"/>
          <w:color w:val="FFFFFF"/>
          <w:u w:val="none"/>
          <w:shd w:val="clear" w:color="auto" w:fill="548235"/>
        </w:rPr>
        <w:t xml:space="preserve"> [1FGR]</w:t>
      </w:r>
      <w:r>
        <w:rPr>
          <w:shd w:val="clear" w:color="auto" w:fill="548235"/>
          <w:color w:val="FFFFFF"/>
        </w:rPr>
        <w:t xml:space="preserve">, but </w:t>
      </w:r>
      <w:r>
        <w:rPr>
          <w:shd w:val="clear" w:fill="548235" w:color="auto"/>
          <w:color w:val="FFFFFF"/>
        </w:rPr>
        <w:t>prosperity is the reward of the righteous</w:t>
      </w:r>
      <w:r>
        <w:rPr>
          <w:b w:val="false"/>
          <w:i w:val="false"/>
          <w:color w:val="FFFFFF"/>
          <w:u w:val="none"/>
          <w:shd w:val="clear" w:color="auto" w:fill="548235"/>
        </w:rPr>
        <w:t xml:space="preserve"> [1FGS]</w:t>
      </w:r>
      <w:r>
        <w:rPr>
          <w:shd w:val="clear" w:color="auto" w:fill="548235"/>
          <w:color w:val="FFFFFF"/>
        </w:rPr>
        <w:t>.</w:t>
      </w:r>
    </w:p>
    <w:p>
      <w:pPr>
        <w:pStyle w:val="Yellow"/>
        <w:rPr/>
      </w:pPr>
      <w:r>
        <w:rPr>
          <w:b/>
        </w:rPr>
        <w:t>Proverbs 13:25</w:t>
      </w:r>
      <w:r>
        <w:rPr/>
        <w:t xml:space="preserve"> — </w:t>
      </w:r>
      <w:r>
        <w:rPr>
          <w:shd w:val="clear" w:fill="B7DDE8"/>
        </w:rPr>
        <w:t>A righteous man eats to his heart’s content</w:t>
      </w:r>
      <w:r>
        <w:rPr>
          <w:b w:val="false"/>
          <w:i w:val="false"/>
          <w:color w:val="000000"/>
          <w:u w:val="none"/>
        </w:rPr>
        <w:t xml:space="preserve"> [1FHL]</w:t>
      </w:r>
      <w:r>
        <w:rPr/>
        <w:t xml:space="preserve">, but </w:t>
      </w:r>
      <w:r>
        <w:rPr>
          <w:shd w:val="clear" w:fill="548235" w:color="auto"/>
          <w:color w:val="FFFFFF"/>
        </w:rPr>
        <w:t>the stomach of the wicked is empty</w:t>
      </w:r>
      <w:r>
        <w:rPr>
          <w:b w:val="false"/>
          <w:i w:val="false"/>
          <w:color w:val="FFFFFF"/>
          <w:u w:val="none"/>
          <w:shd w:val="clear" w:color="auto" w:fill="548235"/>
        </w:rPr>
        <w:t xml:space="preserve"> [1FHM]</w:t>
      </w:r>
      <w:r>
        <w:rPr/>
        <w:t>.</w:t>
      </w:r>
    </w:p>
    <w:p>
      <w:pPr>
        <w:pStyle w:val="Yellow"/>
        <w:rPr/>
      </w:pPr>
      <w:r>
        <w:rPr>
          <w:b/>
        </w:rPr>
        <w:t>Proverbs 14:9</w:t>
      </w:r>
      <w:r>
        <w:rPr/>
        <w:t xml:space="preserve"> — </w:t>
      </w:r>
      <w:r>
        <w:rPr>
          <w:shd w:val="clear" w:fill="B7DDE8"/>
        </w:rPr>
        <w:t>Fools mock the making of amends</w:t>
      </w:r>
      <w:r>
        <w:rPr>
          <w:b w:val="false"/>
          <w:i w:val="false"/>
          <w:u w:val="none"/>
          <w:color w:val="000000"/>
        </w:rPr>
        <w:t xml:space="preserve"> [1FIP]</w:t>
      </w:r>
      <w:r>
        <w:rPr/>
        <w:t xml:space="preserve">, but </w:t>
      </w:r>
      <w:r>
        <w:rPr>
          <w:shd w:val="clear" w:fill="B7DDE8"/>
        </w:rPr>
        <w:t>goodwill is found among the upright</w:t>
      </w:r>
      <w:r>
        <w:rPr>
          <w:b w:val="false"/>
          <w:i w:val="false"/>
          <w:color w:val="000000"/>
          <w:u w:val="none"/>
        </w:rPr>
        <w:t xml:space="preserve"> [1FIQ]</w:t>
      </w:r>
      <w:r>
        <w:rPr/>
        <w:t>.</w:t>
      </w:r>
    </w:p>
    <w:p>
      <w:pPr>
        <w:pStyle w:val="Yellow"/>
        <w:rPr/>
      </w:pPr>
      <w:r>
        <w:rPr>
          <w:b/>
        </w:rPr>
        <w:t xml:space="preserve">Proverbs 15:6</w:t>
      </w:r>
      <w:r>
        <w:rPr/>
        <w:t xml:space="preserve"> — </w:t>
      </w:r>
      <w:r>
        <w:rPr>
          <w:shd w:fill="B7DDE8" w:val="clear"/>
        </w:rPr>
        <w:t xml:space="preserve">The house of the righteous has great treasure</w:t>
      </w:r>
      <w:r>
        <w:rPr>
          <w:b w:val="false"/>
          <w:i w:val="false"/>
          <w:color w:val="000000"/>
          <w:u w:val="none"/>
        </w:rPr>
        <w:t xml:space="preserve"> [1IJM]</w:t>
      </w:r>
      <w:r>
        <w:rPr/>
        <w:t xml:space="preserve">, but </w:t>
      </w:r>
      <w:r>
        <w:rPr>
          <w:shd w:fill="B7DDE8" w:val="clear"/>
        </w:rPr>
        <w:t xml:space="preserve">the income of the wicked is trouble</w:t>
      </w:r>
      <w:r>
        <w:rPr>
          <w:b w:val="false"/>
          <w:i w:val="false"/>
          <w:color w:val="000000"/>
          <w:u w:val="none"/>
        </w:rPr>
        <w:t xml:space="preserve"> [1IJN]</w:t>
      </w:r>
      <w:r>
        <w:rPr/>
        <w:t xml:space="preserve">.</w:t>
      </w:r>
    </w:p>
    <w:p>
      <w:pPr>
        <w:pStyle w:val="Yellow"/>
        <w:rPr/>
        <w:pBdr>
          <w:left w:val="single" w:sz="28" w:space="5" w:color="C00000"/>
        </w:pBdr>
      </w:pPr>
      <w:r>
        <w:rPr>
          <w:b/>
          <w:shd w:val="clear" w:color="auto" w:fill="548235"/>
          <w:color w:val="FFFFFF"/>
        </w:rPr>
        <w:t>Proverbs 28:1</w:t>
      </w:r>
      <w:r>
        <w:rPr>
          <w:shd w:val="clear" w:color="auto" w:fill="548235"/>
          <w:color w:val="FFFFFF"/>
        </w:rPr>
        <w:t xml:space="preserve"> — </w:t>
      </w:r>
      <w:r>
        <w:rPr>
          <w:shd w:val="clear" w:fill="548235" w:color="auto"/>
          <w:color w:val="FFFFFF"/>
        </w:rPr>
        <w:t>The wicked flee when no one pursues</w:t>
      </w:r>
      <w:r>
        <w:rPr>
          <w:b w:val="false"/>
          <w:i w:val="false"/>
          <w:color w:val="FFFFFF"/>
          <w:u w:val="none"/>
          <w:shd w:val="clear" w:color="auto" w:fill="548235"/>
        </w:rPr>
        <w:t xml:space="preserve"> [1FHT]</w:t>
      </w:r>
      <w:r>
        <w:rPr>
          <w:shd w:val="clear" w:color="auto" w:fill="548235"/>
          <w:color w:val="FFFFFF"/>
        </w:rPr>
        <w:t xml:space="preserve">, but </w:t>
      </w:r>
      <w:r>
        <w:rPr>
          <w:shd w:val="clear" w:fill="548235" w:color="auto"/>
          <w:color w:val="FFFFFF"/>
        </w:rPr>
        <w:t>the righteous are as bold as a lion</w:t>
      </w:r>
      <w:r>
        <w:rPr>
          <w:b w:val="false"/>
          <w:i w:val="false"/>
          <w:color w:val="FFFFFF"/>
          <w:u w:val="none"/>
          <w:shd w:val="clear" w:color="auto" w:fill="548235"/>
        </w:rPr>
        <w:t xml:space="preserve"> [1FHU]</w:t>
      </w:r>
      <w:r>
        <w:rPr>
          <w:shd w:val="clear" w:color="auto" w:fill="548235"/>
          <w:color w:val="FFFFFF"/>
        </w:rPr>
        <w:t>.</w:t>
      </w:r>
    </w:p>
    <w:p>
      <w:pPr>
        <w:pStyle w:val="Yellow"/>
        <w:rPr/>
      </w:pPr>
      <w:r>
        <w:rPr>
          <w:b/>
        </w:rPr>
        <w:t>Isaiah 3:10</w:t>
      </w:r>
      <w:r>
        <w:rPr/>
        <w:t xml:space="preserve"> — Tell the righteous </w:t>
      </w:r>
      <w:r>
        <w:rPr>
          <w:shd w:val="clear" w:fill="B7DDE8"/>
        </w:rPr>
        <w:t>it will be well with them</w:t>
      </w:r>
      <w:r>
        <w:rPr>
          <w:b w:val="false"/>
          <w:i w:val="false"/>
          <w:color w:val="000000"/>
          <w:u w:val="none"/>
        </w:rPr>
        <w:t xml:space="preserve"> [1FEK]</w:t>
      </w:r>
      <w:r>
        <w:rPr/>
        <w:t xml:space="preserve">, for </w:t>
      </w:r>
      <w:r>
        <w:rPr>
          <w:shd w:val="clear" w:fill="B7DDE8"/>
        </w:rPr>
        <w:t>they will enjoy the fruit of their labor</w:t>
      </w:r>
      <w:r>
        <w:rPr>
          <w:b w:val="false"/>
          <w:i w:val="false"/>
          <w:color w:val="000000"/>
          <w:u w:val="none"/>
        </w:rPr>
        <w:t xml:space="preserve"> [1FEL]</w:t>
      </w:r>
      <w:r>
        <w:rPr/>
        <w:t>.</w:t>
      </w:r>
    </w:p>
    <w:p>
      <w:pPr>
        <w:pStyle w:val="Yellow"/>
        <w:rPr/>
      </w:pPr>
      <w:r>
        <w:rPr>
          <w:u w:val="none"/>
        </w:rPr>
        <w:t xml:space="preserve">(Je17:5–6 the man who “trusts in mankind” is “Cursed”¹) </w:t>
      </w:r>
      <w:r>
        <w:rPr>
          <w:b/>
          <w:u w:val="none"/>
        </w:rPr>
        <w:t>Jeremiah 17:7–8</w:t>
      </w:r>
      <w:r>
        <w:rPr>
          <w:u w:val="none"/>
        </w:rPr>
        <w:t xml:space="preserve"> — {But} </w:t>
      </w:r>
      <w:r>
        <w:rPr>
          <w:u w:val="none"/>
        </w:rPr>
        <w:t>blessed is the man who trusts in the LORD, whose confidence is in Him</w:t>
      </w:r>
      <w:r>
        <w:rPr>
          <w:b w:val="false"/>
          <w:i w:val="false"/>
          <w:color w:val="000000"/>
          <w:u w:val="none"/>
        </w:rPr>
        <w:t xml:space="preserve"> [3CXQ]</w:t>
      </w:r>
      <w:r>
        <w:rPr>
          <w:u w:val="none"/>
        </w:rPr>
        <w:t xml:space="preserve">. </w:t>
      </w:r>
      <w:r>
        <w:rPr>
          <w:u w:val="none"/>
          <w:shd w:val="clear" w:fill="B7DDE8"/>
        </w:rPr>
        <w:t>He is like a tree planted by the waters that sends out its roots toward the stream</w:t>
      </w:r>
      <w:r>
        <w:rPr>
          <w:b w:val="false"/>
          <w:i w:val="false"/>
          <w:color w:val="000000"/>
          <w:u w:val="none"/>
        </w:rPr>
        <w:t xml:space="preserve"> [1CXR]</w:t>
      </w:r>
      <w:r>
        <w:rPr>
          <w:u w:val="none"/>
        </w:rPr>
        <w:t xml:space="preserve">. </w:t>
      </w:r>
      <w:r>
        <w:rPr>
          <w:u w:val="none"/>
          <w:shd w:val="clear" w:fill="B7DDE8"/>
        </w:rPr>
        <w:t>It does not fear when the heat comes</w:t>
      </w:r>
      <w:r>
        <w:rPr>
          <w:b w:val="false"/>
          <w:i w:val="false"/>
          <w:color w:val="000000"/>
          <w:u w:val="none"/>
        </w:rPr>
        <w:t xml:space="preserve"> [1CXS]</w:t>
      </w:r>
      <w:r>
        <w:rPr>
          <w:u w:val="none"/>
        </w:rPr>
        <w:t xml:space="preserve">, and </w:t>
      </w:r>
      <w:r>
        <w:rPr>
          <w:u w:val="none"/>
          <w:shd w:val="clear" w:fill="B7DDE8"/>
        </w:rPr>
        <w:t>its leaves are always green</w:t>
      </w:r>
      <w:r>
        <w:rPr>
          <w:b w:val="false"/>
          <w:i w:val="false"/>
          <w:color w:val="000000"/>
          <w:u w:val="none"/>
        </w:rPr>
        <w:t xml:space="preserve"> [1CXT]</w:t>
      </w:r>
      <w:r>
        <w:rPr>
          <w:u w:val="none"/>
        </w:rPr>
        <w:t xml:space="preserve">. </w:t>
      </w:r>
      <w:r>
        <w:rPr>
          <w:u w:val="none"/>
          <w:shd w:val="clear" w:fill="B7DDE8"/>
        </w:rPr>
        <w:t>It does not worry in a year of drought</w:t>
      </w:r>
      <w:r>
        <w:rPr>
          <w:b w:val="false"/>
          <w:i w:val="false"/>
          <w:color w:val="000000"/>
          <w:u w:val="none"/>
        </w:rPr>
        <w:t xml:space="preserve"> [1CXU]</w:t>
      </w:r>
      <w:r>
        <w:rPr>
          <w:u w:val="none"/>
        </w:rPr>
        <w:t xml:space="preserve">, </w:t>
      </w:r>
      <w:r>
        <w:rPr>
          <w:u w:val="none"/>
          <w:shd w:val="clear" w:fill="B7DDE8"/>
        </w:rPr>
        <w:t>nor does it cease to produce fruit</w:t>
      </w:r>
      <w:r>
        <w:rPr>
          <w:b w:val="false"/>
          <w:i w:val="false"/>
          <w:color w:val="000000"/>
          <w:u w:val="none"/>
        </w:rPr>
        <w:t xml:space="preserve"> [1CXV]</w:t>
      </w:r>
      <w:r>
        <w:rPr>
          <w:u w:val="none"/>
        </w:rPr>
        <w:t>.</w:t>
      </w:r>
    </w:p>
    <w:p>
      <w:pPr>
        <w:pStyle w:val="Yellow"/>
        <w:rPr/>
      </w:pPr>
      <w:r>
        <w:rPr>
          <w:b/>
        </w:rPr>
        <w:t xml:space="preserve">Micah 7:8</w:t>
      </w:r>
      <w:r>
        <w:rPr/>
        <w:t xml:space="preserve"> — </w:t>
      </w:r>
      <w:r>
        <w:rPr>
          <w:shd w:fill="548235" w:val="clear" w:color="auto"/>
          <w:color w:val="FFFFFF"/>
        </w:rPr>
        <w:t xml:space="preserve">Do not gloat over me, my enemy</w:t>
      </w:r>
      <w:r>
        <w:rPr>
          <w:b w:val="false"/>
          <w:i w:val="false"/>
          <w:color w:val="FFFFFF"/>
          <w:u w:val="none"/>
          <w:shd w:val="clear" w:color="auto" w:fill="548235"/>
        </w:rPr>
        <w:t xml:space="preserve"> [1JYF]</w:t>
      </w:r>
      <w:r>
        <w:rPr>
          <w:shd w:val="clear" w:color="auto" w:fill="548235"/>
          <w:color w:val="FFFFFF"/>
        </w:rPr>
        <w:t xml:space="preserve">! </w:t>
      </w:r>
      <w:r>
        <w:rPr>
          <w:shd w:fill="B7DDE8" w:val="clear"/>
        </w:rPr>
        <w:t xml:space="preserve">Though I have fallen, I will arise</w:t>
      </w:r>
      <w:r>
        <w:rPr>
          <w:b w:val="false"/>
          <w:i w:val="false"/>
          <w:color w:val="000000"/>
          <w:u w:val="none"/>
        </w:rPr>
        <w:t xml:space="preserve"> [1JYG]</w:t>
      </w:r>
      <w:r>
        <w:rPr/>
        <w:t xml:space="preserve">; </w:t>
      </w:r>
      <w:r>
        <w:rPr>
          <w:shd w:fill="B7DDE8" w:val="clear"/>
        </w:rPr>
        <w:t xml:space="preserve">though I sit in darkness, the LORD will be my light</w:t>
      </w:r>
      <w:r>
        <w:rPr>
          <w:b w:val="false"/>
          <w:i w:val="false"/>
          <w:color w:val="000000"/>
          <w:u w:val="none"/>
        </w:rPr>
        <w:t xml:space="preserve"> [1JYH]</w:t>
      </w:r>
      <w:r>
        <w:rPr/>
        <w:t xml:space="preserve">.</w:t>
      </w:r>
    </w:p>
    <w:p>
      <w:pPr>
        <w:pStyle w:val="Yellow"/>
        <w:rPr/>
      </w:pPr>
      <w:r>
        <w:rPr/>
        <w:t xml:space="preserve">(Mt13:41–42ᶜ After “all who practice lawlessness” are burned¹) </w:t>
      </w:r>
      <w:r>
        <w:rPr>
          <w:b/>
        </w:rPr>
        <w:t>Matthew 13:43</w:t>
      </w:r>
      <w:r>
        <w:rPr/>
        <w:t xml:space="preserve"> — </w:t>
      </w:r>
      <w:r>
        <w:rPr>
          <w:shd w:val="clear" w:fill="B7DDE8"/>
        </w:rPr>
        <w:t>{Then} the righteous will shine like the sun in the kingdom of their Father</w:t>
      </w:r>
      <w:r>
        <w:rPr>
          <w:b w:val="false"/>
          <w:i w:val="false"/>
          <w:color w:val="000000"/>
          <w:u w:val="none"/>
        </w:rPr>
        <w:t xml:space="preserve"> [1FFG]</w:t>
      </w:r>
      <w:r>
        <w:rPr/>
        <w:t>.</w:t>
      </w:r>
    </w:p>
    <w:p>
      <w:r>
        <w:rPr>
          <w:b/>
          <w:sz w:val="32"/>
          <w:highlight w:val="yellow"/>
        </w:rPr>
        <w:t>Caught in Their Own Snare  (14)</w:t>
      </w:r>
    </w:p>
    <w:p>
      <w:pPr>
        <w:pStyle w:val="Yellow"/>
        <w:rPr/>
      </w:pPr>
      <w:r>
        <w:rPr/>
        <w:t xml:space="preserve">(Ps7:14 the wicked man) </w:t>
      </w:r>
      <w:r>
        <w:rPr>
          <w:b/>
        </w:rPr>
        <w:t xml:space="preserve">Psalm 7:15–16</w:t>
      </w:r>
      <w:r>
        <w:rPr/>
        <w:t xml:space="preserve"> — </w:t>
      </w:r>
      <w:r>
        <w:rPr>
          <w:shd w:fill="B7DDE8" w:val="clear"/>
        </w:rPr>
        <w:t xml:space="preserve">{He} has dug a hole and hollowed it out</w:t>
      </w:r>
      <w:r>
        <w:rPr>
          <w:b w:val="false"/>
          <w:i w:val="false"/>
          <w:color w:val="000000"/>
          <w:u w:val="none"/>
        </w:rPr>
        <w:t xml:space="preserve"> [1IJQ]</w:t>
      </w:r>
      <w:r>
        <w:rPr/>
        <w:t xml:space="preserve">; </w:t>
      </w:r>
      <w:r>
        <w:rPr>
          <w:shd w:fill="B7DDE8" w:val="clear"/>
        </w:rPr>
        <w:t xml:space="preserve">he has fallen into a pit of his own making</w:t>
      </w:r>
      <w:r>
        <w:rPr>
          <w:b w:val="false"/>
          <w:i w:val="false"/>
          <w:color w:val="000000"/>
          <w:u w:val="none"/>
        </w:rPr>
        <w:t xml:space="preserve"> [2IJR]</w:t>
      </w:r>
      <w:r>
        <w:rPr/>
        <w:t xml:space="preserve">. </w:t>
      </w:r>
      <w:r>
        <w:rPr>
          <w:shd w:fill="B7DDE8" w:val="clear"/>
        </w:rPr>
        <w:t xml:space="preserve">His trouble recoils on himself</w:t>
      </w:r>
      <w:r>
        <w:rPr>
          <w:b w:val="false"/>
          <w:i w:val="false"/>
          <w:color w:val="000000"/>
          <w:u w:val="none"/>
        </w:rPr>
        <w:t xml:space="preserve"> [1IJS]</w:t>
      </w:r>
      <w:r>
        <w:rPr/>
        <w:t xml:space="preserve">, and </w:t>
      </w:r>
      <w:r>
        <w:rPr>
          <w:shd w:fill="B7DDE8" w:val="clear"/>
        </w:rPr>
        <w:t xml:space="preserve">his violence falls on his own head</w:t>
      </w:r>
      <w:r>
        <w:rPr>
          <w:b w:val="false"/>
          <w:i w:val="false"/>
          <w:color w:val="000000"/>
          <w:u w:val="none"/>
        </w:rPr>
        <w:t xml:space="preserve"> [1IJS]</w:t>
      </w:r>
      <w:r>
        <w:rPr/>
        <w:t xml:space="preserve">.</w:t>
      </w:r>
    </w:p>
    <w:p>
      <w:pPr>
        <w:pStyle w:val="Yellow"/>
        <w:rPr/>
      </w:pPr>
      <w:r>
        <w:rPr>
          <w:b/>
          <w:shd w:val="clear" w:color="auto" w:fill="548235"/>
          <w:color w:val="FFFFFF"/>
        </w:rPr>
        <w:t xml:space="preserve">Psalm 9:15</w:t>
      </w:r>
      <w:r>
        <w:rPr>
          <w:shd w:val="clear" w:color="auto" w:fill="548235"/>
          <w:color w:val="FFFFFF"/>
        </w:rPr>
        <w:t xml:space="preserve"> — </w:t>
      </w:r>
      <w:r>
        <w:rPr>
          <w:color w:val="auto"/>
          <w:shd w:val="clear" w:color="auto" w:fill="D9C3E6"/>
        </w:rPr>
        <w:t xml:space="preserve">The nations have fallen into a pit of their making</w:t>
      </w:r>
      <w:r>
        <w:rPr>
          <w:b w:val="false"/>
          <w:i w:val="false"/>
          <w:color w:val="FFFFFF"/>
          <w:u w:val="none"/>
          <w:shd w:val="clear" w:color="auto" w:fill="548235"/>
        </w:rPr>
        <w:t xml:space="preserve"> [2IJR]</w:t>
      </w:r>
      <w:r>
        <w:rPr>
          <w:color w:val="auto"/>
          <w:shd w:val="clear" w:color="auto" w:fill="D9C3E6"/>
        </w:rPr>
        <w:t xml:space="preserve">; </w:t>
      </w:r>
      <w:r>
        <w:rPr>
          <w:shd w:fill="548235" w:val="clear" w:color="auto"/>
          <w:color w:val="FFFFFF"/>
        </w:rPr>
        <w:t xml:space="preserve">their feet are caught in the net they have hidden</w:t>
      </w:r>
      <w:r>
        <w:rPr>
          <w:b w:val="false"/>
          <w:i w:val="false"/>
          <w:color w:val="FFFFFF"/>
          <w:u w:val="none"/>
          <w:shd w:val="clear" w:color="auto" w:fill="548235"/>
        </w:rPr>
        <w:t xml:space="preserve"> [1LOL]</w:t>
      </w:r>
      <w:r>
        <w:rPr>
          <w:shd w:val="clear" w:color="auto" w:fill="548235"/>
          <w:color w:val="FFFFFF"/>
        </w:rPr>
        <w:t xml:space="preserve">.</w:t>
      </w:r>
    </w:p>
    <w:p>
      <w:pPr>
        <w:pStyle w:val="Yellow"/>
        <w:rPr/>
        <w:pBdr>
          <w:left w:val="single" w:sz="28" w:space="5" w:color="C00000"/>
        </w:pBdr>
      </w:pPr>
      <w:r>
        <w:rPr>
          <w:b/>
          <w:shd w:val="clear" w:color="auto" w:fill="F4B183"/>
          <w:color w:val="000000"/>
        </w:rPr>
        <w:t xml:space="preserve">Psalm 9:16</w:t>
      </w:r>
      <w:r>
        <w:rPr>
          <w:shd w:val="clear" w:color="auto" w:fill="F4B183"/>
          <w:color w:val="000000"/>
        </w:rPr>
        <w:t xml:space="preserve"> — </w:t>
      </w:r>
      <w:r>
        <w:rPr>
          <w:shd w:fill="F4B183" w:val="clear" w:color="auto"/>
          <w:color w:val="000000"/>
        </w:rPr>
        <w:t xml:space="preserve">The LORD is known by the justice He brings</w:t>
      </w:r>
      <w:r>
        <w:rPr>
          <w:b w:val="false"/>
          <w:i w:val="false"/>
          <w:color w:val="000000"/>
          <w:u w:val="none"/>
          <w:shd w:val="clear" w:color="auto" w:fill="F4B183"/>
        </w:rPr>
        <w:t xml:space="preserve"> [1GVH]</w:t>
      </w:r>
      <w:r>
        <w:rPr>
          <w:shd w:val="clear" w:color="auto" w:fill="F4B183"/>
          <w:color w:val="000000"/>
        </w:rPr>
        <w:t xml:space="preserve">; </w:t>
      </w:r>
      <w:r>
        <w:rPr>
          <w:shd w:fill="F4B183" w:val="clear" w:color="auto"/>
          <w:color w:val="000000"/>
        </w:rPr>
        <w:t xml:space="preserve">the wicked are ensnared by the work of their hands</w:t>
      </w:r>
      <w:r>
        <w:rPr>
          <w:b w:val="false"/>
          <w:i w:val="false"/>
          <w:color w:val="000000"/>
          <w:u w:val="none"/>
          <w:shd w:val="clear" w:color="auto" w:fill="F4B183"/>
        </w:rPr>
        <w:t xml:space="preserve"> [1GVI]</w:t>
      </w:r>
      <w:r>
        <w:rPr>
          <w:shd w:val="clear" w:color="auto" w:fill="F4B183"/>
          <w:color w:val="000000"/>
        </w:rPr>
        <w:t xml:space="preserve">.</w:t>
      </w:r>
    </w:p>
    <w:p>
      <w:pPr>
        <w:pStyle w:val="Yellow"/>
        <w:rPr/>
      </w:pPr>
      <w:r>
        <w:rPr/>
        <w:t xml:space="preserve">(Ps73:12 “the wicked”) </w:t>
      </w:r>
      <w:r>
        <w:rPr>
          <w:b/>
        </w:rPr>
        <w:t xml:space="preserve">Psalm 73:18–20</w:t>
      </w:r>
      <w:r>
        <w:rPr/>
        <w:t xml:space="preserve"> — Surely </w:t>
      </w:r>
      <w:r>
        <w:rPr>
          <w:shd w:fill="B7DDE8" w:val="clear"/>
        </w:rPr>
        <w:t xml:space="preserve">You set {them} on slick ground</w:t>
      </w:r>
      <w:r>
        <w:rPr>
          <w:b w:val="false"/>
          <w:i w:val="false"/>
          <w:color w:val="000000"/>
          <w:u w:val="none"/>
        </w:rPr>
        <w:t xml:space="preserve"> [1LNF]</w:t>
      </w:r>
      <w:r>
        <w:rPr/>
        <w:t xml:space="preserve">; </w:t>
      </w:r>
      <w:r>
        <w:rPr>
          <w:shd w:fill="B7DDE8" w:val="clear"/>
        </w:rPr>
        <w:t xml:space="preserve">You cast them down into ruin</w:t>
      </w:r>
      <w:r>
        <w:rPr>
          <w:b w:val="false"/>
          <w:i w:val="false"/>
          <w:color w:val="000000"/>
          <w:u w:val="none"/>
        </w:rPr>
        <w:t xml:space="preserve"> [1LNG]</w:t>
      </w:r>
      <w:r>
        <w:rPr/>
        <w:t xml:space="preserve">. </w:t>
      </w:r>
      <w:r>
        <w:rPr>
          <w:shd w:fill="B7DDE8" w:val="clear"/>
        </w:rPr>
        <w:t xml:space="preserve">How suddenly they are laid waste, completely swept away by terrors</w:t>
      </w:r>
      <w:r>
        <w:rPr>
          <w:b w:val="false"/>
          <w:i w:val="false"/>
          <w:color w:val="000000"/>
          <w:u w:val="none"/>
        </w:rPr>
        <w:t xml:space="preserve"> [1LNH]</w:t>
      </w:r>
      <w:r>
        <w:rPr/>
        <w:t xml:space="preserve">! </w:t>
      </w:r>
      <w:r>
        <w:rPr>
          <w:shd w:fill="B7DDE8" w:val="clear"/>
        </w:rPr>
        <w:t xml:space="preserve">Like one waking from a dream, so You, O Lord, awaken and despise their form</w:t>
      </w:r>
      <w:r>
        <w:rPr>
          <w:b w:val="false"/>
          <w:i w:val="false"/>
          <w:color w:val="000000"/>
          <w:u w:val="none"/>
        </w:rPr>
        <w:t xml:space="preserve"> [1LNI]</w:t>
      </w:r>
      <w:r>
        <w:rPr/>
        <w:t xml:space="preserve">.</w:t>
      </w:r>
    </w:p>
    <w:p>
      <w:pPr>
        <w:pStyle w:val="Yellow"/>
        <w:rPr/>
      </w:pPr>
      <w:r>
        <w:rPr/>
        <w:t xml:space="preserve">(Pr1:29–30 because the simple, scoffers, and fools hated knowledge and rejected counsel) </w:t>
      </w:r>
      <w:r>
        <w:rPr>
          <w:b/>
        </w:rPr>
        <w:t xml:space="preserve">Proverbs 1:31</w:t>
      </w:r>
      <w:r>
        <w:rPr/>
        <w:t xml:space="preserve"> — {So} </w:t>
      </w:r>
      <w:r>
        <w:rPr>
          <w:shd w:fill="B7DDE8" w:val="clear"/>
        </w:rPr>
        <w:t xml:space="preserve">{they} will eat the fruit of their own way</w:t>
      </w:r>
      <w:r>
        <w:rPr>
          <w:b w:val="false"/>
          <w:i w:val="false"/>
          <w:color w:val="000000"/>
          <w:u w:val="none"/>
        </w:rPr>
        <w:t xml:space="preserve"> [1HPZ]</w:t>
      </w:r>
      <w:r>
        <w:rPr/>
        <w:t xml:space="preserve">, and </w:t>
      </w:r>
      <w:r>
        <w:rPr>
          <w:shd w:fill="B7DDE8" w:val="clear"/>
        </w:rPr>
        <w:t xml:space="preserve">be filled with their own devices</w:t>
      </w:r>
      <w:r>
        <w:rPr>
          <w:b w:val="false"/>
          <w:i w:val="false"/>
          <w:color w:val="000000"/>
          <w:u w:val="none"/>
        </w:rPr>
        <w:t xml:space="preserve"> [1HPZ]</w:t>
      </w:r>
      <w:r>
        <w:rPr/>
        <w:t xml:space="preserve">.</w:t>
      </w:r>
    </w:p>
    <w:p>
      <w:pPr>
        <w:pStyle w:val="Yellow"/>
        <w:rPr/>
      </w:pPr>
      <w:r>
        <w:rPr>
          <w:b/>
        </w:rPr>
        <w:t>Proverbs 11:6</w:t>
      </w:r>
      <w:r>
        <w:rPr/>
        <w:t xml:space="preserve"> — </w:t>
      </w:r>
      <w:r>
        <w:rPr>
          <w:shd w:val="clear" w:fill="B7DDE8"/>
        </w:rPr>
        <w:t>The righteousness of the upright delivers them</w:t>
      </w:r>
      <w:r>
        <w:rPr>
          <w:b w:val="false"/>
          <w:i w:val="false"/>
          <w:color w:val="000000"/>
          <w:u w:val="none"/>
        </w:rPr>
        <w:t xml:space="preserve"> [1FFC]</w:t>
      </w:r>
      <w:r>
        <w:rPr/>
        <w:t xml:space="preserve">, but </w:t>
      </w:r>
      <w:r>
        <w:rPr>
          <w:shd w:val="clear" w:fill="B7DDE8"/>
        </w:rPr>
        <w:t>the faithless are trapped by their own desires</w:t>
      </w:r>
      <w:r>
        <w:rPr>
          <w:b w:val="false"/>
          <w:i w:val="false"/>
          <w:color w:val="000000"/>
          <w:u w:val="none"/>
        </w:rPr>
        <w:t xml:space="preserve"> [1FFD]</w:t>
      </w:r>
      <w:r>
        <w:rPr/>
        <w:t>.</w:t>
      </w:r>
    </w:p>
    <w:p>
      <w:pPr>
        <w:pStyle w:val="Yellow"/>
        <w:rPr/>
      </w:pPr>
      <w:r>
        <w:rPr>
          <w:b/>
        </w:rPr>
        <w:t xml:space="preserve">Proverbs 12:13</w:t>
      </w:r>
      <w:r>
        <w:rPr/>
        <w:t xml:space="preserve"> — </w:t>
      </w:r>
      <w:r>
        <w:rPr>
          <w:shd w:fill="B7DDE8" w:val="clear"/>
        </w:rPr>
        <w:t xml:space="preserve">An evil man is trapped by his rebellious speech</w:t>
      </w:r>
      <w:r>
        <w:rPr>
          <w:b w:val="false"/>
          <w:i w:val="false"/>
          <w:color w:val="000000"/>
          <w:u w:val="none"/>
        </w:rPr>
        <w:t xml:space="preserve"> [1HSK]</w:t>
      </w:r>
      <w:r>
        <w:rPr/>
        <w:t xml:space="preserve">, but </w:t>
      </w:r>
      <w:r>
        <w:rPr>
          <w:shd w:fill="B7DDE8" w:val="clear"/>
        </w:rPr>
        <w:t xml:space="preserve">a righteous man escapes from trouble</w:t>
      </w:r>
      <w:r>
        <w:rPr>
          <w:b w:val="false"/>
          <w:i w:val="false"/>
          <w:color w:val="000000"/>
          <w:u w:val="none"/>
        </w:rPr>
        <w:t xml:space="preserve"> [1HSL]</w:t>
      </w:r>
      <w:r>
        <w:rPr/>
        <w:t xml:space="preserve">.</w:t>
      </w:r>
    </w:p>
    <w:p>
      <w:pPr>
        <w:pStyle w:val="Yellow"/>
        <w:rPr/>
      </w:pPr>
      <w:r>
        <w:rPr>
          <w:b/>
        </w:rPr>
        <w:t xml:space="preserve">Proverbs 14:14</w:t>
      </w:r>
      <w:r>
        <w:rPr/>
        <w:t xml:space="preserve"> — </w:t>
      </w:r>
      <w:r>
        <w:rPr>
          <w:shd w:fill="B7DDE8" w:val="clear"/>
        </w:rPr>
        <w:t xml:space="preserve">The backslider in heart receives the fill of his own ways</w:t>
      </w:r>
      <w:r>
        <w:rPr>
          <w:b w:val="false"/>
          <w:i w:val="false"/>
          <w:color w:val="000000"/>
          <w:u w:val="none"/>
        </w:rPr>
        <w:t xml:space="preserve"> [1HPX]</w:t>
      </w:r>
      <w:r>
        <w:rPr/>
        <w:t xml:space="preserve">, but </w:t>
      </w:r>
      <w:r>
        <w:rPr>
          <w:shd w:fill="B7DDE8" w:val="clear"/>
        </w:rPr>
        <w:t xml:space="preserve">a good man is rewarded for his ways</w:t>
      </w:r>
      <w:r>
        <w:rPr>
          <w:b w:val="false"/>
          <w:i w:val="false"/>
          <w:color w:val="000000"/>
          <w:u w:val="none"/>
        </w:rPr>
        <w:t xml:space="preserve"> [1HPY]</w:t>
      </w:r>
      <w:r>
        <w:rPr/>
        <w:t xml:space="preserve">.</w:t>
      </w:r>
    </w:p>
    <w:p>
      <w:pPr>
        <w:pStyle w:val="Yellow"/>
        <w:rPr/>
        <w:pBdr>
          <w:left w:val="single" w:sz="28" w:space="5" w:color="C00000"/>
        </w:pBdr>
      </w:pPr>
      <w:r>
        <w:rPr>
          <w:b/>
        </w:rPr>
        <w:t xml:space="preserve">Proverbs 14:32</w:t>
      </w:r>
      <w:r>
        <w:rPr/>
        <w:t xml:space="preserve"> — </w:t>
      </w:r>
      <w:r>
        <w:rPr>
          <w:shd w:fill="B7DDE8" w:val="clear"/>
        </w:rPr>
        <w:t xml:space="preserve">The wicked man is thrown down by his own sin</w:t>
      </w:r>
      <w:r>
        <w:rPr>
          <w:b w:val="false"/>
          <w:i w:val="false"/>
          <w:color w:val="000000"/>
          <w:u w:val="none"/>
        </w:rPr>
        <w:t xml:space="preserve"> [1JMX]</w:t>
      </w:r>
      <w:r>
        <w:rPr/>
        <w:t xml:space="preserve">, but </w:t>
      </w:r>
      <w:r>
        <w:rPr>
          <w:shd w:fill="548235" w:val="clear" w:color="auto"/>
          <w:color w:val="FFFFFF"/>
        </w:rPr>
        <w:t xml:space="preserve">the righteous man has a refuge even in death</w:t>
      </w:r>
      <w:r>
        <w:rPr>
          <w:b w:val="false"/>
          <w:i w:val="false"/>
          <w:color w:val="FFFFFF"/>
          <w:u w:val="none"/>
          <w:shd w:val="clear" w:color="auto" w:fill="548235"/>
        </w:rPr>
        <w:t xml:space="preserve"> [1JMY]</w:t>
      </w:r>
      <w:r>
        <w:rPr/>
        <w:t xml:space="preserve">.</w:t>
      </w:r>
    </w:p>
    <w:p>
      <w:pPr>
        <w:pStyle w:val="Yellow"/>
        <w:rPr/>
      </w:pPr>
      <w:r>
        <w:rPr>
          <w:b/>
          <w:shd w:val="clear" w:color="auto" w:fill="548235"/>
          <w:color w:val="FFFFFF"/>
        </w:rPr>
        <w:t xml:space="preserve">Proverbs 17:13</w:t>
      </w:r>
      <w:r>
        <w:rPr>
          <w:shd w:val="clear" w:color="auto" w:fill="548235"/>
          <w:color w:val="FFFFFF"/>
        </w:rPr>
        <w:t xml:space="preserve"> — </w:t>
      </w:r>
      <w:r>
        <w:rPr>
          <w:shd w:fill="548235" w:val="clear" w:color="auto"/>
          <w:color w:val="FFFFFF"/>
        </w:rPr>
        <w:t xml:space="preserve">If anyone returns evil for good, evil will never leave his house</w:t>
      </w:r>
      <w:r>
        <w:rPr>
          <w:b w:val="false"/>
          <w:i w:val="false"/>
          <w:color w:val="FFFFFF"/>
          <w:u w:val="none"/>
          <w:shd w:val="clear" w:color="auto" w:fill="548235"/>
        </w:rPr>
        <w:t xml:space="preserve"> [1HSC]</w:t>
      </w:r>
      <w:r>
        <w:rPr>
          <w:shd w:val="clear" w:color="auto" w:fill="548235"/>
          <w:color w:val="FFFFFF"/>
        </w:rPr>
        <w:t xml:space="preserve">.</w:t>
      </w:r>
    </w:p>
    <w:p>
      <w:pPr>
        <w:pStyle w:val="Yellow"/>
        <w:rPr/>
      </w:pPr>
      <w:r>
        <w:rPr>
          <w:b/>
        </w:rPr>
        <w:t xml:space="preserve">Proverbs 22:5</w:t>
      </w:r>
      <w:r>
        <w:rPr/>
        <w:t xml:space="preserve"> — </w:t>
      </w:r>
      <w:r>
        <w:rPr>
          <w:shd w:fill="B7DDE8" w:val="clear"/>
        </w:rPr>
        <w:t xml:space="preserve">Thorns and snares lie on the path of the perverse</w:t>
      </w:r>
      <w:r>
        <w:rPr>
          <w:b w:val="false"/>
          <w:i w:val="false"/>
          <w:color w:val="000000"/>
          <w:u w:val="none"/>
        </w:rPr>
        <w:t xml:space="preserve"> [1IBF]</w:t>
      </w:r>
      <w:r>
        <w:rPr/>
        <w:t xml:space="preserve">; </w:t>
      </w:r>
      <w:r>
        <w:rPr>
          <w:shd w:fill="548235" w:val="clear" w:color="auto"/>
          <w:color w:val="FFFFFF"/>
        </w:rPr>
        <w:t xml:space="preserve">he who guards his soul stays far from them</w:t>
      </w:r>
      <w:r>
        <w:rPr>
          <w:b w:val="false"/>
          <w:i w:val="false"/>
          <w:color w:val="FFFFFF"/>
          <w:u w:val="none"/>
          <w:shd w:val="clear" w:color="auto" w:fill="548235"/>
        </w:rPr>
        <w:t xml:space="preserve"> [1IBG]</w:t>
      </w:r>
      <w:r>
        <w:rPr/>
        <w:t xml:space="preserve">.</w:t>
      </w:r>
    </w:p>
    <w:p>
      <w:pPr>
        <w:pStyle w:val="Yellow"/>
        <w:rPr/>
      </w:pPr>
      <w:r>
        <w:rPr>
          <w:b/>
        </w:rPr>
        <w:t xml:space="preserve">Isaiah 3:11</w:t>
      </w:r>
      <w:r>
        <w:rPr/>
        <w:t xml:space="preserve"> — </w:t>
      </w:r>
      <w:r>
        <w:rPr>
          <w:shd w:fill="B7DDE8" w:val="clear"/>
        </w:rPr>
        <w:t xml:space="preserve">Woe to the wicked; disaster is upon them</w:t>
      </w:r>
      <w:r>
        <w:rPr>
          <w:b w:val="false"/>
          <w:i w:val="false"/>
          <w:color w:val="000000"/>
          <w:u w:val="none"/>
        </w:rPr>
        <w:t xml:space="preserve"> [1JGH]</w:t>
      </w:r>
      <w:r>
        <w:rPr/>
        <w:t xml:space="preserve">! For </w:t>
      </w:r>
      <w:r>
        <w:rPr>
          <w:shd w:fill="B7DDE8" w:val="clear"/>
        </w:rPr>
        <w:t xml:space="preserve">they will be repaid with what their hands have done</w:t>
      </w:r>
      <w:r>
        <w:rPr>
          <w:b w:val="false"/>
          <w:i w:val="false"/>
          <w:color w:val="000000"/>
          <w:u w:val="none"/>
        </w:rPr>
        <w:t xml:space="preserve"> [12HT]</w:t>
      </w:r>
      <w:r>
        <w:rPr/>
        <w:t xml:space="preserve">.</w:t>
      </w:r>
    </w:p>
    <w:p>
      <w:pPr>
        <w:pStyle w:val="Yellow"/>
        <w:rPr/>
      </w:pPr>
      <w:r>
        <w:rPr>
          <w:b/>
        </w:rPr>
        <w:t xml:space="preserve">Jeremiah 2:19</w:t>
      </w:r>
      <w:r>
        <w:rPr/>
        <w:t xml:space="preserve"> — </w:t>
      </w:r>
      <w:r>
        <w:rPr>
          <w:shd w:fill="B7DDE8" w:val="clear"/>
        </w:rPr>
        <w:t xml:space="preserve">Your own evil will discipline you</w:t>
      </w:r>
      <w:r>
        <w:rPr>
          <w:b w:val="false"/>
          <w:i w:val="false"/>
          <w:color w:val="000000"/>
          <w:u w:val="none"/>
        </w:rPr>
        <w:t xml:space="preserve"> [1ILF]</w:t>
      </w:r>
      <w:r>
        <w:rPr/>
        <w:t xml:space="preserve">; </w:t>
      </w:r>
      <w:r>
        <w:rPr>
          <w:shd w:fill="B7DDE8" w:val="clear"/>
        </w:rPr>
        <w:t xml:space="preserve">your own apostasies will reprimand you</w:t>
      </w:r>
      <w:r>
        <w:rPr>
          <w:b w:val="false"/>
          <w:i w:val="false"/>
          <w:color w:val="000000"/>
          <w:u w:val="none"/>
        </w:rPr>
        <w:t xml:space="preserve"> [1ILF]</w:t>
      </w:r>
      <w:r>
        <w:rPr/>
        <w:t xml:space="preserve">.</w:t>
      </w:r>
    </w:p>
    <w:p>
      <w:pPr>
        <w:pStyle w:val="Yellow"/>
        <w:rPr/>
      </w:pPr>
      <w:r>
        <w:rPr/>
        <w:t xml:space="preserve">(Hab2:5–6ᶜ Because the “arrogant man” “amasses what is not his”) </w:t>
      </w:r>
      <w:r>
        <w:rPr>
          <w:b/>
        </w:rPr>
        <w:t xml:space="preserve">Habakkuk 2:7</w:t>
      </w:r>
      <w:r>
        <w:rPr/>
        <w:t xml:space="preserve"> — </w:t>
      </w:r>
      <w:r>
        <w:rPr>
          <w:shd w:fill="B7DDE8" w:val="clear"/>
        </w:rPr>
        <w:t xml:space="preserve">Will not your creditors suddenly arise and those who disturb you awaken</w:t>
      </w:r>
      <w:r>
        <w:rPr>
          <w:b w:val="false"/>
          <w:i w:val="false"/>
          <w:color w:val="000000"/>
          <w:u w:val="none"/>
        </w:rPr>
        <w:t xml:space="preserve"> [1LOZ]</w:t>
      </w:r>
      <w:r>
        <w:rPr/>
        <w:t xml:space="preserve">? Then </w:t>
      </w:r>
      <w:r>
        <w:rPr>
          <w:shd w:fill="548235" w:val="clear" w:color="auto"/>
          <w:color w:val="FFFFFF"/>
        </w:rPr>
        <w:t xml:space="preserve">you will become their prey</w:t>
      </w:r>
      <w:r>
        <w:rPr>
          <w:b w:val="false"/>
          <w:i w:val="false"/>
          <w:color w:val="FFFFFF"/>
          <w:u w:val="none"/>
          <w:shd w:val="clear" w:color="auto" w:fill="548235"/>
        </w:rPr>
        <w:t xml:space="preserve"> [1LPA]</w:t>
      </w:r>
      <w:r>
        <w:rPr/>
        <w:t xml:space="preserve">.</w:t>
      </w:r>
    </w:p>
    <w:p>
      <w:r>
        <w:rPr>
          <w:b/>
          <w:sz w:val="32"/>
          <w:highlight w:val="yellow"/>
        </w:rPr>
        <w:t>Church and Unity  (20)</w:t>
      </w:r>
    </w:p>
    <w:p>
      <w:pPr>
        <w:pStyle w:val="Yellow"/>
        <w:rPr/>
      </w:pPr>
      <w:r>
        <w:rPr>
          <w:u w:val="none"/>
        </w:rPr>
        <w:t xml:space="preserve">(Jn17:8,20–21ᶜ All who “believe”¹) </w:t>
      </w:r>
      <w:r>
        <w:rPr>
          <w:b/>
          <w:u w:val="none"/>
        </w:rPr>
        <w:t xml:space="preserve">John 17:22-23</w:t>
      </w:r>
      <w:r>
        <w:rPr>
          <w:u w:val="none"/>
        </w:rPr>
        <w:t xml:space="preserve"> — </w:t>
      </w:r>
      <w:r>
        <w:rPr>
          <w:u w:val="none"/>
          <w:shd w:fill="B7DDE8" w:val="clear"/>
        </w:rPr>
        <w:t xml:space="preserve">I have given {them} the glory You gave Me</w:t>
      </w:r>
      <w:r>
        <w:rPr>
          <w:b w:val="false"/>
          <w:i w:val="false"/>
          <w:color w:val="000000"/>
          <w:u w:val="none"/>
        </w:rPr>
        <w:t xml:space="preserve"> [1GBJ]</w:t>
      </w:r>
      <w:r>
        <w:rPr>
          <w:u w:val="none"/>
        </w:rPr>
        <w:t xml:space="preserve">, so that </w:t>
      </w:r>
      <w:r>
        <w:rPr>
          <w:u w:val="none"/>
          <w:shd w:fill="B7DDE8" w:val="clear"/>
        </w:rPr>
        <w:t xml:space="preserve">they may be one as We are one</w:t>
      </w:r>
      <w:r>
        <w:rPr>
          <w:b w:val="false"/>
          <w:i w:val="false"/>
          <w:color w:val="000000"/>
          <w:u w:val="none"/>
        </w:rPr>
        <w:t xml:space="preserve"> [1GBK]</w:t>
      </w:r>
      <w:r>
        <w:rPr>
          <w:u w:val="none"/>
        </w:rPr>
        <w:t xml:space="preserve">— </w:t>
      </w:r>
      <w:r>
        <w:rPr>
          <w:u w:val="none"/>
          <w:shd w:fill="B7DDE8" w:val="clear"/>
        </w:rPr>
        <w:t xml:space="preserve">I in them and You in Me</w:t>
      </w:r>
      <w:r>
        <w:rPr>
          <w:b w:val="false"/>
          <w:i w:val="false"/>
          <w:u w:val="none"/>
          <w:color w:val="000000"/>
        </w:rPr>
        <w:t xml:space="preserve"> [1GBL]</w:t>
      </w:r>
      <w:r>
        <w:rPr>
          <w:u w:val="none"/>
        </w:rPr>
        <w:t xml:space="preserve">—</w:t>
      </w:r>
      <w:r>
        <w:rPr>
          <w:u w:val="none"/>
          <w:shd w:fill="B7DDE8" w:val="clear"/>
        </w:rPr>
        <w:t xml:space="preserve">that they may be perfectly united</w:t>
      </w:r>
      <w:r>
        <w:rPr>
          <w:b w:val="false"/>
          <w:i w:val="false"/>
          <w:color w:val="000000"/>
          <w:u w:val="none"/>
        </w:rPr>
        <w:t xml:space="preserve"> [1GBM]</w:t>
      </w:r>
      <w:r>
        <w:rPr>
          <w:u w:val="none"/>
        </w:rPr>
        <w:t xml:space="preserve">, so that </w:t>
      </w:r>
      <w:r>
        <w:rPr>
          <w:u w:val="none"/>
          <w:shd w:fill="B7DDE8" w:val="clear"/>
        </w:rPr>
        <w:t xml:space="preserve">the world may know that You sent Me</w:t>
      </w:r>
      <w:r>
        <w:rPr>
          <w:b w:val="false"/>
          <w:i w:val="false"/>
          <w:color w:val="000000"/>
          <w:u w:val="none"/>
        </w:rPr>
        <w:t xml:space="preserve"> [1GBN]</w:t>
      </w:r>
      <w:r>
        <w:rPr>
          <w:u w:val="none"/>
        </w:rPr>
        <w:t xml:space="preserve"> and </w:t>
      </w:r>
      <w:r>
        <w:rPr>
          <w:u w:val="none"/>
          <w:shd w:fill="B7DDE8" w:val="clear"/>
        </w:rPr>
        <w:t xml:space="preserve">have loved them just as You have loved Me</w:t>
      </w:r>
      <w:r>
        <w:rPr>
          <w:b w:val="false"/>
          <w:i w:val="false"/>
          <w:u w:val="none"/>
          <w:color w:val="000000"/>
        </w:rPr>
        <w:t xml:space="preserve"> [11ALI]</w:t>
      </w:r>
      <w:r>
        <w:rPr>
          <w:u w:val="none"/>
        </w:rPr>
        <w:t xml:space="preserve">.</w:t>
      </w:r>
    </w:p>
    <w:p>
      <w:pPr>
        <w:pStyle w:val="Yellow"/>
        <w:rPr/>
      </w:pPr>
      <w:r>
        <w:rPr>
          <w:b/>
        </w:rPr>
        <w:t>Acts 9:31</w:t>
      </w:r>
      <w:r>
        <w:t xml:space="preserve"> — Then </w:t>
      </w:r>
      <w:r>
        <w:rPr>
          <w:shd w:fill="B7DDE8" w:val="clear"/>
        </w:rPr>
        <w:t>the church throughout Judea, Galilee, and Samaria experienced a time of peace</w:t>
      </w:r>
      <w:r>
        <w:rPr>
          <w:b w:val="false"/>
          <w:i w:val="false"/>
          <w:color w:val="000000"/>
          <w:u w:val="none"/>
        </w:rPr>
        <w:t xml:space="preserve"> [1BND]</w:t>
      </w:r>
      <w:r>
        <w:t xml:space="preserve">. </w:t>
      </w:r>
      <w:r>
        <w:rPr>
          <w:shd w:fill="B7DDE8" w:val="clear"/>
        </w:rPr>
        <w:t>It grew in strength and numbers</w:t>
      </w:r>
      <w:r>
        <w:rPr>
          <w:b w:val="false"/>
          <w:i w:val="false"/>
          <w:color w:val="000000"/>
          <w:u w:val="none"/>
        </w:rPr>
        <w:t xml:space="preserve"> [1BNE]</w:t>
      </w:r>
      <w:r>
        <w:t xml:space="preserve">, </w:t>
      </w:r>
      <w:r>
        <w:rPr>
          <w:shd w:fill="B7DDE8" w:val="clear"/>
        </w:rPr>
        <w:t>living in the fear of the Lord</w:t>
      </w:r>
      <w:r>
        <w:rPr>
          <w:b w:val="false"/>
          <w:i w:val="false"/>
          <w:u w:val="none"/>
          <w:color w:val="000000"/>
        </w:rPr>
        <w:t xml:space="preserve"> [1BNF]</w:t>
      </w:r>
      <w:r>
        <w:t xml:space="preserve"> and </w:t>
      </w:r>
      <w:r>
        <w:rPr>
          <w:shd w:fill="B7DDE8" w:val="clear"/>
        </w:rPr>
        <w:t>the encouragement of the Holy Spirit</w:t>
      </w:r>
      <w:r>
        <w:rPr>
          <w:b w:val="false"/>
          <w:i w:val="false"/>
          <w:color w:val="000000"/>
          <w:u w:val="none"/>
        </w:rPr>
        <w:t xml:space="preserve"> [1BNG]</w:t>
      </w:r>
      <w:r>
        <w:t>.</w:t>
      </w:r>
    </w:p>
    <w:p>
      <w:pPr>
        <w:pStyle w:val="Yellow"/>
        <w:rPr/>
      </w:pPr>
      <w:r>
        <w:rPr/>
        <w:t xml:space="preserve">(Ro10:9 “Jesus”) </w:t>
      </w:r>
      <w:r>
        <w:rPr>
          <w:b/>
        </w:rPr>
        <w:t xml:space="preserve">Romans 10:12</w:t>
      </w:r>
      <w:r>
        <w:rPr/>
        <w:t xml:space="preserve"> — For </w:t>
      </w:r>
      <w:r>
        <w:rPr>
          <w:shd w:fill="B7DDE8" w:val="clear"/>
        </w:rPr>
        <w:t xml:space="preserve">there is no difference between Jew and Greek</w:t>
      </w:r>
      <w:r>
        <w:rPr>
          <w:b w:val="false"/>
          <w:i w:val="false"/>
          <w:color w:val="000000"/>
          <w:u w:val="none"/>
        </w:rPr>
        <w:t xml:space="preserve"> [1LUA]</w:t>
      </w:r>
      <w:r>
        <w:rPr/>
        <w:t xml:space="preserve">: </w:t>
      </w:r>
      <w:r>
        <w:rPr>
          <w:shd w:fill="B7DDE8" w:val="clear"/>
        </w:rPr>
        <w:t xml:space="preserve">The {same Lord} is Lord of all</w:t>
      </w:r>
      <w:r>
        <w:rPr>
          <w:b w:val="false"/>
          <w:i w:val="false"/>
          <w:color w:val="000000"/>
          <w:u w:val="none"/>
        </w:rPr>
        <w:t xml:space="preserve"> [1LUB]</w:t>
      </w:r>
      <w:r>
        <w:rPr/>
        <w:t xml:space="preserve">, and </w:t>
      </w:r>
      <w:r>
        <w:rPr>
          <w:shd w:fill="B7DDE8" w:val="clear"/>
        </w:rPr>
        <w:t xml:space="preserve">gives richly to all who call on Him</w:t>
      </w:r>
      <w:r>
        <w:rPr>
          <w:b w:val="false"/>
          <w:i w:val="false"/>
          <w:color w:val="000000"/>
          <w:u w:val="none"/>
        </w:rPr>
        <w:t xml:space="preserve"> [1LUC]</w:t>
      </w:r>
      <w:r>
        <w:rPr/>
        <w:t xml:space="preserve">,</w:t>
      </w:r>
    </w:p>
    <w:p>
      <w:pPr>
        <w:pStyle w:val="Yellow"/>
        <w:rPr/>
      </w:pPr>
      <w:r>
        <w:rPr>
          <w:b/>
        </w:rPr>
        <w:t xml:space="preserve">Romans 12:4-5</w:t>
      </w:r>
      <w:r>
        <w:rPr/>
        <w:t xml:space="preserve"> — Just as </w:t>
      </w:r>
      <w:r>
        <w:rPr>
          <w:shd w:fill="B7DDE8" w:val="clear"/>
        </w:rPr>
        <w:t xml:space="preserve">each of us has one body with many members</w:t>
      </w:r>
      <w:r>
        <w:rPr>
          <w:b w:val="false"/>
          <w:i w:val="false"/>
          <w:color w:val="000000"/>
          <w:u w:val="none"/>
        </w:rPr>
        <w:t xml:space="preserve"> [1GHF]</w:t>
      </w:r>
      <w:r>
        <w:rPr/>
        <w:t xml:space="preserve">, and </w:t>
      </w:r>
      <w:r>
        <w:rPr>
          <w:shd w:fill="B7DDE8" w:val="clear"/>
        </w:rPr>
        <w:t xml:space="preserve">not all members have the same function</w:t>
      </w:r>
      <w:r>
        <w:rPr>
          <w:b w:val="false"/>
          <w:i w:val="false"/>
          <w:color w:val="000000"/>
          <w:u w:val="none"/>
        </w:rPr>
        <w:t xml:space="preserve"> [1GHG]</w:t>
      </w:r>
      <w:r>
        <w:rPr/>
        <w:t xml:space="preserve">, so </w:t>
      </w:r>
      <w:r>
        <w:rPr>
          <w:shd w:fill="B7DDE8" w:val="clear"/>
        </w:rPr>
        <w:t xml:space="preserve">in Christ we who are many are one body</w:t>
      </w:r>
      <w:r>
        <w:rPr>
          <w:b w:val="false"/>
          <w:i w:val="false"/>
          <w:color w:val="000000"/>
          <w:u w:val="none"/>
        </w:rPr>
        <w:t xml:space="preserve"> [1GHH]</w:t>
      </w:r>
      <w:r>
        <w:rPr/>
        <w:t xml:space="preserve">, and </w:t>
      </w:r>
      <w:r>
        <w:rPr>
          <w:shd w:fill="B7DDE8" w:val="clear"/>
        </w:rPr>
        <w:t xml:space="preserve">each member belongs to one another</w:t>
      </w:r>
      <w:r>
        <w:rPr>
          <w:b w:val="false"/>
          <w:i w:val="false"/>
          <w:color w:val="000000"/>
          <w:u w:val="none"/>
        </w:rPr>
        <w:t xml:space="preserve"> [1GHI]</w:t>
      </w:r>
      <w:r>
        <w:rPr/>
        <w:t xml:space="preserve">.</w:t>
      </w:r>
    </w:p>
    <w:p>
      <w:pPr>
        <w:pStyle w:val="Yellow"/>
        <w:rPr/>
      </w:pPr>
      <w:r>
        <w:rPr>
          <w:b/>
        </w:rPr>
        <w:t xml:space="preserve">1 Corinthians 1:9</w:t>
      </w:r>
      <w:r>
        <w:rPr/>
        <w:t xml:space="preserve"> — </w:t>
      </w:r>
      <w:r>
        <w:rPr>
          <w:shd w:fill="B7DDE8" w:val="clear"/>
        </w:rPr>
        <w:t xml:space="preserve">God, who has called you into fellowship with His Son Jesus Christ our Lord, is faithful</w:t>
      </w:r>
      <w:r>
        <w:rPr>
          <w:b w:val="false"/>
          <w:i w:val="false"/>
          <w:color w:val="000000"/>
          <w:u w:val="none"/>
        </w:rPr>
        <w:t xml:space="preserve"> [1GGT]</w:t>
      </w:r>
      <w:r>
        <w:rPr>
          <w:b w:val="false"/>
          <w:i w:val="false"/>
          <w:color w:val="000000"/>
          <w:u w:val="none"/>
        </w:rPr>
        <w:t xml:space="preserve"> [11GW]</w:t>
      </w:r>
      <w:r>
        <w:rPr/>
        <w:t xml:space="preserve">.</w:t>
      </w:r>
    </w:p>
    <w:p>
      <w:pPr>
        <w:pStyle w:val="Yellow"/>
        <w:rPr/>
      </w:pPr>
      <w:r>
        <w:rPr>
          <w:b/>
        </w:rPr>
        <w:t xml:space="preserve">1 Corinthians 3:8</w:t>
      </w:r>
      <w:r>
        <w:rPr/>
        <w:t xml:space="preserve"> — </w:t>
      </w:r>
      <w:r>
        <w:rPr>
          <w:shd w:fill="B7DDE8" w:val="clear"/>
        </w:rPr>
        <w:t xml:space="preserve">He who plants and he who waters are one in purpose</w:t>
      </w:r>
      <w:r>
        <w:rPr>
          <w:b w:val="false"/>
          <w:i w:val="false"/>
          <w:color w:val="000000"/>
          <w:u w:val="none"/>
        </w:rPr>
        <w:t xml:space="preserve"> [1HCP]</w:t>
      </w:r>
      <w:r>
        <w:rPr/>
        <w:t xml:space="preserve">, and </w:t>
      </w:r>
      <w:r>
        <w:rPr>
          <w:shd w:fill="B7DDE8" w:val="clear"/>
        </w:rPr>
        <w:t xml:space="preserve">each will be rewarded according to his own labor</w:t>
      </w:r>
      <w:r>
        <w:rPr>
          <w:b w:val="false"/>
          <w:i w:val="false"/>
          <w:color w:val="000000"/>
          <w:u w:val="none"/>
        </w:rPr>
        <w:t xml:space="preserve"> [1HCQ]</w:t>
      </w:r>
      <w:r>
        <w:rPr/>
        <w:t xml:space="preserve">.</w:t>
      </w:r>
    </w:p>
    <w:p>
      <w:pPr>
        <w:pStyle w:val="Yellow"/>
        <w:rPr/>
      </w:pPr>
      <w:r>
        <w:rPr>
          <w:shd w:val="clear" w:color="auto" w:fill="C00000"/>
          <w:color w:val="FFFFFF"/>
        </w:rPr>
        <w:t xml:space="preserve">(1Co12:27 “you are the body of Christ”) </w:t>
      </w:r>
      <w:r>
        <w:rPr>
          <w:b/>
          <w:shd w:val="clear" w:color="auto" w:fill="C00000"/>
          <w:color w:val="FFFFFF"/>
        </w:rPr>
        <w:t xml:space="preserve">1 Corinthians 12:18</w:t>
      </w:r>
      <w:r>
        <w:rPr>
          <w:shd w:val="clear" w:color="auto" w:fill="C00000"/>
          <w:color w:val="FFFFFF"/>
        </w:rPr>
        <w:t xml:space="preserve"> — </w:t>
      </w:r>
      <w:r>
        <w:rPr>
          <w:shd w:val="clear" w:color="auto" w:fill="C00000"/>
          <w:color w:val="FFFFFF"/>
        </w:rPr>
        <w:t xml:space="preserve">God has arranged the {members of the body}, every one of them, according to His design</w:t>
      </w:r>
      <w:r>
        <w:rPr>
          <w:b w:val="false"/>
          <w:i w:val="false"/>
          <w:u w:val="none"/>
          <w:shd w:val="clear" w:color="auto" w:fill="C00000"/>
          <w:color w:val="FFFFFF"/>
        </w:rPr>
        <w:t xml:space="preserve"> [1LLR]</w:t>
      </w:r>
      <w:r>
        <w:rPr>
          <w:shd w:val="clear" w:color="auto" w:fill="C00000"/>
          <w:color w:val="FFFFFF"/>
        </w:rPr>
        <w:t xml:space="preserve">.</w:t>
      </w:r>
    </w:p>
    <w:p>
      <w:pPr>
        <w:pStyle w:val="Yellow"/>
        <w:rPr/>
      </w:pPr>
      <w:r>
        <w:rPr/>
        <w:t xml:space="preserve">(1Co12:27 “you are the body of Christ”) </w:t>
      </w:r>
      <w:r>
        <w:rPr>
          <w:b/>
        </w:rPr>
        <w:t xml:space="preserve">1 Corinthians 12:24–25</w:t>
      </w:r>
      <w:r>
        <w:rPr/>
        <w:t xml:space="preserve"> — </w:t>
      </w:r>
      <w:r>
        <w:rPr>
          <w:shd w:fill="B7DDE8" w:val="clear"/>
        </w:rPr>
        <w:t xml:space="preserve">God has composed the {body} and has given greater honor to the parts that lacked it</w:t>
      </w:r>
      <w:r>
        <w:rPr>
          <w:b w:val="false"/>
          <w:i w:val="false"/>
          <w:color w:val="000000"/>
          <w:u w:val="none"/>
        </w:rPr>
        <w:t xml:space="preserve"> [1FYR]</w:t>
      </w:r>
      <w:r>
        <w:rPr>
          <w:b w:val="false"/>
          <w:i w:val="false"/>
          <w:color w:val="000000"/>
          <w:u w:val="none"/>
        </w:rPr>
        <w:t xml:space="preserve"> [1FYS]</w:t>
      </w:r>
      <w:r>
        <w:rPr/>
        <w:t xml:space="preserve">, so that </w:t>
      </w:r>
      <w:r>
        <w:rPr>
          <w:shd w:fill="B7DDE8" w:val="clear"/>
        </w:rPr>
        <w:t xml:space="preserve">there should be no division in the body</w:t>
      </w:r>
      <w:r>
        <w:rPr>
          <w:b w:val="false"/>
          <w:i w:val="false"/>
          <w:color w:val="000000"/>
          <w:u w:val="none"/>
        </w:rPr>
        <w:t xml:space="preserve"> [1FYT]</w:t>
      </w:r>
      <w:r>
        <w:rPr/>
        <w:t xml:space="preserve">, but that </w:t>
      </w:r>
      <w:r>
        <w:rPr>
          <w:shd w:fill="B7DDE8" w:val="clear"/>
        </w:rPr>
        <w:t xml:space="preserve">its members should have mutual concern for one another</w:t>
      </w:r>
      <w:r>
        <w:rPr>
          <w:b w:val="false"/>
          <w:i w:val="false"/>
          <w:color w:val="000000"/>
          <w:u w:val="none"/>
        </w:rPr>
        <w:t xml:space="preserve"> [1FYU]</w:t>
      </w:r>
      <w:r>
        <w:rPr/>
        <w:t xml:space="preserve">.</w:t>
      </w:r>
    </w:p>
    <w:p>
      <w:pPr>
        <w:pStyle w:val="Yellow"/>
        <w:rPr/>
      </w:pPr>
      <w:r>
        <w:rPr>
          <w:b/>
          <w:shd w:val="clear" w:color="auto" w:fill="C00000"/>
          <w:color w:val="FFFFFF"/>
        </w:rPr>
        <w:t xml:space="preserve">1 Corinthians 12:27</w:t>
      </w:r>
      <w:r>
        <w:rPr>
          <w:shd w:val="clear" w:color="auto" w:fill="C00000"/>
          <w:color w:val="FFFFFF"/>
        </w:rPr>
        <w:t xml:space="preserve"> — Now </w:t>
      </w:r>
      <w:r>
        <w:rPr>
          <w:shd w:val="clear" w:color="auto" w:fill="C00000"/>
          <w:color w:val="FFFFFF"/>
        </w:rPr>
        <w:t xml:space="preserve">you are the body of Christ</w:t>
      </w:r>
      <w:r>
        <w:rPr>
          <w:b w:val="false"/>
          <w:i w:val="false"/>
          <w:u w:val="none"/>
          <w:shd w:val="clear" w:color="auto" w:fill="C00000"/>
          <w:color w:val="FFFFFF"/>
        </w:rPr>
        <w:t xml:space="preserve"> [2GHC]</w:t>
      </w:r>
      <w:r>
        <w:rPr>
          <w:shd w:val="clear" w:color="auto" w:fill="C00000"/>
          <w:color w:val="FFFFFF"/>
        </w:rPr>
        <w:t xml:space="preserve">, and </w:t>
      </w:r>
      <w:r>
        <w:rPr>
          <w:shd w:val="clear" w:color="auto" w:fill="C00000"/>
          <w:color w:val="FFFFFF"/>
        </w:rPr>
        <w:t xml:space="preserve">each of you is a member of it</w:t>
      </w:r>
      <w:r>
        <w:rPr>
          <w:b w:val="false"/>
          <w:i w:val="false"/>
          <w:u w:val="none"/>
          <w:shd w:val="clear" w:color="auto" w:fill="C00000"/>
          <w:color w:val="FFFFFF"/>
        </w:rPr>
        <w:t xml:space="preserve"> [1GHE]</w:t>
      </w:r>
      <w:r>
        <w:rPr>
          <w:shd w:val="clear" w:color="auto" w:fill="C00000"/>
          <w:color w:val="FFFFFF"/>
        </w:rPr>
        <w:t xml:space="preserve">.</w:t>
      </w:r>
    </w:p>
    <w:p>
      <w:pPr>
        <w:pStyle w:val="Yellow"/>
        <w:rPr/>
      </w:pPr>
      <w:r>
        <w:rPr>
          <w:b/>
        </w:rPr>
        <w:t xml:space="preserve">Galatians 3:28</w:t>
      </w:r>
      <w:r>
        <w:rPr/>
        <w:t xml:space="preserve"> — </w:t>
      </w:r>
      <w:r>
        <w:rPr>
          <w:shd w:fill="B7DDE8" w:val="clear"/>
        </w:rPr>
        <w:t xml:space="preserve">There is neither Jew nor Greek, slave nor free, male nor female</w:t>
      </w:r>
      <w:r>
        <w:rPr>
          <w:b w:val="false"/>
          <w:i w:val="false"/>
          <w:color w:val="000000"/>
          <w:u w:val="none"/>
        </w:rPr>
        <w:t xml:space="preserve"> [1LUD]</w:t>
      </w:r>
      <w:r>
        <w:rPr/>
        <w:t xml:space="preserve">, for </w:t>
      </w:r>
      <w:r>
        <w:rPr>
          <w:shd w:fill="B7DDE8" w:val="clear"/>
        </w:rPr>
        <w:t xml:space="preserve">you are all one in Christ Jesus</w:t>
      </w:r>
      <w:r>
        <w:rPr>
          <w:b w:val="false"/>
          <w:i w:val="false"/>
          <w:color w:val="000000"/>
          <w:u w:val="none"/>
        </w:rPr>
        <w:t xml:space="preserve"> [1LUE]</w:t>
      </w:r>
      <w:r>
        <w:rPr/>
        <w:t xml:space="preserve">.</w:t>
      </w:r>
    </w:p>
    <w:p>
      <w:pPr>
        <w:pStyle w:val="Yellow"/>
        <w:rPr/>
      </w:pPr>
      <w:r>
        <w:rPr/>
        <w:t xml:space="preserve">(Ep1:20 “Christ”) </w:t>
      </w:r>
      <w:r>
        <w:rPr>
          <w:b/>
        </w:rPr>
        <w:t xml:space="preserve">Ephesians 1:22</w:t>
      </w:r>
      <w:r>
        <w:rPr/>
        <w:t xml:space="preserve"> — And </w:t>
      </w:r>
      <w:r>
        <w:rPr>
          <w:shd w:fill="B7DDE8" w:val="clear"/>
        </w:rPr>
        <w:t xml:space="preserve">God put everything under {His} feet</w:t>
      </w:r>
      <w:r>
        <w:rPr>
          <w:b w:val="false"/>
          <w:i w:val="false"/>
          <w:color w:val="000000"/>
          <w:u w:val="none"/>
        </w:rPr>
        <w:t xml:space="preserve"> [3GCA]</w:t>
      </w:r>
      <w:r>
        <w:rPr/>
        <w:t xml:space="preserve"> and </w:t>
      </w:r>
      <w:r>
        <w:rPr>
          <w:shd w:fill="B7DDE8" w:val="clear"/>
        </w:rPr>
        <w:t xml:space="preserve">made Him head over everything for the church</w:t>
      </w:r>
      <w:r>
        <w:rPr>
          <w:b w:val="false"/>
          <w:i w:val="false"/>
          <w:color w:val="000000"/>
          <w:u w:val="none"/>
        </w:rPr>
        <w:t xml:space="preserve"> [1GHB]</w:t>
      </w:r>
      <w:r>
        <w:rPr/>
        <w:t xml:space="preserve">, </w:t>
      </w:r>
      <w:r>
        <w:rPr>
          <w:shd w:fill="B7DDE8" w:val="clear"/>
        </w:rPr>
        <w:t xml:space="preserve">which is His body</w:t>
      </w:r>
      <w:r>
        <w:rPr>
          <w:b w:val="false"/>
          <w:i w:val="false"/>
          <w:color w:val="000000"/>
          <w:u w:val="none"/>
        </w:rPr>
        <w:t xml:space="preserve"> [2GHC]</w:t>
      </w:r>
      <w:r>
        <w:rPr/>
        <w:t xml:space="preserve">, </w:t>
      </w:r>
      <w:r>
        <w:rPr>
          <w:shd w:fill="B7DDE8" w:val="clear"/>
        </w:rPr>
        <w:t xml:space="preserve">the fullness of Him who fills all in all</w:t>
      </w:r>
      <w:r>
        <w:rPr>
          <w:b w:val="false"/>
          <w:i w:val="false"/>
          <w:u w:val="none"/>
          <w:color w:val="000000"/>
        </w:rPr>
        <w:t xml:space="preserve"> [1GHD]</w:t>
      </w:r>
      <w:r>
        <w:rPr/>
        <w:t xml:space="preserve">.</w:t>
      </w:r>
    </w:p>
    <w:p>
      <w:pPr>
        <w:pStyle w:val="Yellow"/>
        <w:rPr/>
      </w:pPr>
      <w:r>
        <w:t xml:space="preserve">(Ep2:18 “we both have access to the Father”) </w:t>
      </w:r>
      <w:r>
        <w:rPr>
          <w:b/>
        </w:rPr>
        <w:t>Ephesians 2:19–21</w:t>
      </w:r>
      <w:r>
        <w:t xml:space="preserve"> — </w:t>
      </w:r>
      <w:r>
        <w:rPr>
          <w:shd w:fill="B7DDE8" w:val="clear"/>
        </w:rPr>
        <w:t>{Therefore} you are no longer strangers and foreigners, but fellow citizens with the saints</w:t>
      </w:r>
      <w:r>
        <w:rPr>
          <w:b w:val="false"/>
          <w:i w:val="false"/>
          <w:color w:val="000000"/>
          <w:u w:val="none"/>
        </w:rPr>
        <w:t xml:space="preserve"> [1ANO]</w:t>
      </w:r>
      <w:r>
        <w:t xml:space="preserve"> and </w:t>
      </w:r>
      <w:r>
        <w:rPr>
          <w:shd w:fill="B7DDE8" w:val="clear"/>
        </w:rPr>
        <w:t>members of God’s household</w:t>
      </w:r>
      <w:r>
        <w:rPr>
          <w:b w:val="false"/>
          <w:i w:val="false"/>
          <w:color w:val="000000"/>
          <w:u w:val="none"/>
        </w:rPr>
        <w:t xml:space="preserve"> [1ANP]</w:t>
      </w:r>
      <w:r>
        <w:t xml:space="preserve">, </w:t>
      </w:r>
      <w:r>
        <w:rPr>
          <w:shd w:fill="B7DDE8" w:val="clear"/>
        </w:rPr>
        <w:t>built on the foundation of the apostles and prophets</w:t>
      </w:r>
      <w:r>
        <w:rPr>
          <w:b w:val="false"/>
          <w:i w:val="false"/>
          <w:color w:val="000000"/>
          <w:u w:val="none"/>
        </w:rPr>
        <w:t xml:space="preserve"> [1ANQ]</w:t>
      </w:r>
      <w:r>
        <w:t xml:space="preserve">, </w:t>
      </w:r>
      <w:r>
        <w:rPr>
          <w:shd w:fill="B7DDE8" w:val="clear"/>
        </w:rPr>
        <w:t>with Christ Jesus Himself as the cornerstone</w:t>
      </w:r>
      <w:r>
        <w:rPr>
          <w:b w:val="false"/>
          <w:i w:val="false"/>
          <w:color w:val="000000"/>
          <w:u w:val="none"/>
        </w:rPr>
        <w:t xml:space="preserve"> [1ANH]</w:t>
      </w:r>
      <w:r>
        <w:t xml:space="preserve">. </w:t>
      </w:r>
      <w:r>
        <w:rPr>
          <w:shd w:fill="B7DDE8" w:val="clear"/>
        </w:rPr>
        <w:t>In Him the {whole building} is fitted together</w:t>
      </w:r>
      <w:r>
        <w:rPr>
          <w:b w:val="false"/>
          <w:i w:val="false"/>
          <w:color w:val="000000"/>
          <w:u w:val="none"/>
        </w:rPr>
        <w:t xml:space="preserve"> [1ANR]</w:t>
      </w:r>
      <w:r>
        <w:t xml:space="preserve"> and </w:t>
      </w:r>
      <w:r>
        <w:rPr>
          <w:shd w:fill="B7DDE8" w:val="clear"/>
        </w:rPr>
        <w:t>grows into a holy temple in the Lord</w:t>
      </w:r>
      <w:r>
        <w:rPr>
          <w:b w:val="false"/>
          <w:i w:val="false"/>
          <w:color w:val="000000"/>
          <w:u w:val="none"/>
        </w:rPr>
        <w:t xml:space="preserve"> [1ANS]</w:t>
      </w:r>
      <w:r>
        <w:t>.</w:t>
      </w:r>
    </w:p>
    <w:p>
      <w:pPr>
        <w:pStyle w:val="Yellow"/>
        <w:rPr/>
      </w:pPr>
      <w:r>
        <w:rPr/>
        <w:t xml:space="preserve">(Ep2:20 “Jesus”¹) </w:t>
      </w:r>
      <w:r>
        <w:rPr>
          <w:b/>
        </w:rPr>
        <w:t xml:space="preserve">Ephesians 2:22</w:t>
      </w:r>
      <w:r>
        <w:rPr/>
        <w:t xml:space="preserve"> — And </w:t>
      </w:r>
      <w:r>
        <w:rPr>
          <w:shd w:fill="B7DDE8" w:val="clear"/>
        </w:rPr>
        <w:t xml:space="preserve">in {Him} you too are being built together</w:t>
      </w:r>
      <w:r>
        <w:rPr>
          <w:b w:val="false"/>
          <w:i w:val="false"/>
          <w:color w:val="000000"/>
          <w:u w:val="none"/>
        </w:rPr>
        <w:t xml:space="preserve"> [1KYL]</w:t>
      </w:r>
      <w:r>
        <w:rPr/>
        <w:t xml:space="preserve"> </w:t>
      </w:r>
      <w:r>
        <w:rPr>
          <w:shd w:fill="B7DDE8" w:val="clear"/>
        </w:rPr>
        <w:t xml:space="preserve">into a dwelling place for God in His Spirit</w:t>
      </w:r>
      <w:r>
        <w:rPr>
          <w:b w:val="false"/>
          <w:i w:val="false"/>
          <w:color w:val="000000"/>
          <w:u w:val="none"/>
        </w:rPr>
        <w:t xml:space="preserve"> [1KYM]</w:t>
      </w:r>
      <w:r>
        <w:rPr/>
        <w:t xml:space="preserve">.</w:t>
      </w:r>
    </w:p>
    <w:p>
      <w:pPr>
        <w:pStyle w:val="Yellow"/>
        <w:rPr/>
      </w:pPr>
      <w:r>
        <w:rPr>
          <w:shd w:val="clear" w:color="auto" w:fill="C00000"/>
          <w:color w:val="FFFFFF"/>
        </w:rPr>
        <w:t xml:space="preserve">(Ep5:29 “Christ”) </w:t>
      </w:r>
      <w:r>
        <w:rPr>
          <w:b/>
          <w:shd w:val="clear" w:color="auto" w:fill="C00000"/>
          <w:color w:val="FFFFFF"/>
        </w:rPr>
        <w:t xml:space="preserve">Ephesians 5:30</w:t>
      </w:r>
      <w:r>
        <w:rPr>
          <w:shd w:val="clear" w:color="auto" w:fill="C00000"/>
          <w:color w:val="FFFFFF"/>
        </w:rPr>
        <w:t xml:space="preserve"> — For </w:t>
      </w:r>
      <w:r>
        <w:rPr>
          <w:shd w:val="clear" w:color="auto" w:fill="C00000"/>
          <w:color w:val="FFFFFF"/>
        </w:rPr>
        <w:t xml:space="preserve">we are members of {His} body</w:t>
      </w:r>
      <w:r>
        <w:rPr>
          <w:b w:val="false"/>
          <w:i w:val="false"/>
          <w:u w:val="none"/>
          <w:shd w:val="clear" w:color="auto" w:fill="C00000"/>
          <w:color w:val="FFFFFF"/>
        </w:rPr>
        <w:t xml:space="preserve"> [1LLQ]</w:t>
      </w:r>
      <w:r>
        <w:rPr>
          <w:shd w:val="clear" w:color="auto" w:fill="C00000"/>
          <w:color w:val="FFFFFF"/>
        </w:rPr>
        <w:t xml:space="preserve">.</w:t>
      </w:r>
    </w:p>
    <w:p>
      <w:pPr>
        <w:pStyle w:val="Yellow"/>
        <w:rPr/>
      </w:pPr>
      <w:r>
        <w:rPr/>
        <w:t xml:space="preserve">(Ep5:23 “Christ is the head”) </w:t>
      </w:r>
      <w:r>
        <w:rPr>
          <w:b/>
        </w:rPr>
        <w:t xml:space="preserve">Colossians 2:19</w:t>
      </w:r>
      <w:r>
        <w:rPr/>
        <w:t xml:space="preserve"> — </w:t>
      </w:r>
      <w:r>
        <w:rPr>
          <w:shd w:fill="B7DDE8" w:val="clear"/>
        </w:rPr>
        <w:t xml:space="preserve">He has lost connection to the {head}</w:t>
      </w:r>
      <w:r>
        <w:rPr>
          <w:b w:val="false"/>
          <w:i w:val="false"/>
          <w:color w:val="000000"/>
          <w:u w:val="none"/>
        </w:rPr>
        <w:t xml:space="preserve"> [1LBH]</w:t>
      </w:r>
      <w:r>
        <w:rPr/>
        <w:t xml:space="preserve">, </w:t>
      </w:r>
      <w:r>
        <w:rPr>
          <w:shd w:fill="B7DDE8" w:val="clear"/>
        </w:rPr>
        <w:t xml:space="preserve">from whom the whole body, supported and knit together by its joints and ligaments</w:t>
      </w:r>
      <w:r>
        <w:rPr>
          <w:b w:val="false"/>
          <w:i w:val="false"/>
          <w:color w:val="000000"/>
          <w:u w:val="none"/>
        </w:rPr>
        <w:t xml:space="preserve"> [2GZW]</w:t>
      </w:r>
      <w:r>
        <w:rPr/>
        <w:t xml:space="preserve">, </w:t>
      </w:r>
      <w:r>
        <w:rPr>
          <w:shd w:fill="B7DDE8" w:val="clear"/>
        </w:rPr>
        <w:t xml:space="preserve">grows as God causes it to grow</w:t>
      </w:r>
      <w:r>
        <w:rPr>
          <w:b w:val="false"/>
          <w:i w:val="false"/>
          <w:color w:val="000000"/>
          <w:u w:val="none"/>
        </w:rPr>
        <w:t xml:space="preserve"> [1LBI]</w:t>
      </w:r>
      <w:r>
        <w:rPr/>
        <w:t xml:space="preserve">.</w:t>
      </w:r>
    </w:p>
    <w:p>
      <w:pPr>
        <w:pStyle w:val="Yellow"/>
        <w:rPr/>
      </w:pPr>
      <w:r>
        <w:rPr>
          <w:b/>
        </w:rPr>
        <w:t>Colossians 3:15</w:t>
      </w:r>
      <w:r>
        <w:rPr/>
        <w:t xml:space="preserve"> — </w:t>
      </w:r>
      <w:r>
        <w:rPr>
          <w:shd w:val="clear" w:fill="B7DDE8"/>
        </w:rPr>
        <w:t>Let the peace of Christ rule in your hearts, for to this you were called as members of one body</w:t>
      </w:r>
      <w:r>
        <w:rPr>
          <w:b w:val="false"/>
          <w:i w:val="false"/>
          <w:color w:val="000000"/>
          <w:u w:val="none"/>
        </w:rPr>
        <w:t xml:space="preserve"> [1EZV]</w:t>
      </w:r>
      <w:r>
        <w:rPr/>
        <w:t>.</w:t>
      </w:r>
    </w:p>
    <w:p>
      <w:pPr>
        <w:pStyle w:val="Yellow"/>
        <w:rPr/>
      </w:pPr>
      <w:r>
        <w:rPr>
          <w:b/>
        </w:rPr>
        <w:t xml:space="preserve">1 Timothy 3:15</w:t>
      </w:r>
      <w:r>
        <w:rPr/>
        <w:t xml:space="preserve"> — </w:t>
      </w:r>
      <w:r>
        <w:rPr>
          <w:shd w:fill="B7DDE8" w:val="clear"/>
        </w:rPr>
        <w:t xml:space="preserve">God’s household, which is the church of the living God</w:t>
      </w:r>
      <w:r>
        <w:rPr>
          <w:b w:val="false"/>
          <w:i w:val="false"/>
          <w:color w:val="000000"/>
          <w:u w:val="none"/>
        </w:rPr>
        <w:t xml:space="preserve"> [1GMQ]</w:t>
      </w:r>
      <w:r>
        <w:rPr/>
        <w:t xml:space="preserve">, </w:t>
      </w:r>
      <w:r>
        <w:rPr>
          <w:shd w:fill="B7DDE8" w:val="clear"/>
        </w:rPr>
        <w:t xml:space="preserve">the pillar and foundation of the truth</w:t>
      </w:r>
      <w:r>
        <w:rPr>
          <w:b w:val="false"/>
          <w:i w:val="false"/>
          <w:color w:val="000000"/>
          <w:u w:val="none"/>
        </w:rPr>
        <w:t xml:space="preserve"> [1GMR]</w:t>
      </w:r>
      <w:r>
        <w:rPr/>
        <w:t xml:space="preserve">.</w:t>
      </w:r>
    </w:p>
    <w:p>
      <w:pPr>
        <w:pStyle w:val="Yellow"/>
        <w:rPr/>
      </w:pPr>
      <w:r>
        <w:rPr/>
        <w:t xml:space="preserve">(1Pe2:21 “Christ”) </w:t>
      </w:r>
      <w:r>
        <w:rPr>
          <w:b/>
        </w:rPr>
        <w:t>1 Peter 2:4–5</w:t>
      </w:r>
      <w:r>
        <w:rPr/>
        <w:t xml:space="preserve"> — </w:t>
      </w:r>
      <w:r>
        <w:rPr>
          <w:shd w:val="clear" w:fill="B7DDE8"/>
        </w:rPr>
        <w:t>As you come to {Him}</w:t>
      </w:r>
      <w:r>
        <w:rPr>
          <w:b w:val="false"/>
          <w:i w:val="false"/>
          <w:color w:val="000000"/>
          <w:u w:val="none"/>
        </w:rPr>
        <w:t xml:space="preserve"> [1ESC]</w:t>
      </w:r>
      <w:r>
        <w:rPr/>
        <w:t xml:space="preserve">, </w:t>
      </w:r>
      <w:r>
        <w:rPr>
          <w:shd w:val="clear" w:fill="B7DDE8"/>
        </w:rPr>
        <w:t>the living stone</w:t>
      </w:r>
      <w:r>
        <w:rPr>
          <w:b w:val="false"/>
          <w:i w:val="false"/>
          <w:color w:val="000000"/>
          <w:u w:val="none"/>
        </w:rPr>
        <w:t xml:space="preserve"> [1ESD]</w:t>
      </w:r>
      <w:r>
        <w:rPr/>
        <w:t xml:space="preserve">, </w:t>
      </w:r>
      <w:r>
        <w:rPr>
          <w:shd w:val="clear" w:fill="B7DDE8"/>
        </w:rPr>
        <w:t>rejected by men</w:t>
      </w:r>
      <w:r>
        <w:rPr>
          <w:b w:val="false"/>
          <w:i w:val="false"/>
          <w:color w:val="000000"/>
          <w:u w:val="none"/>
        </w:rPr>
        <w:t xml:space="preserve"> [1ESE]</w:t>
      </w:r>
      <w:r>
        <w:rPr/>
        <w:t xml:space="preserve"> but </w:t>
      </w:r>
      <w:r>
        <w:rPr>
          <w:shd w:val="clear" w:fill="B7DDE8"/>
        </w:rPr>
        <w:t>chosen and precious in God’s sight</w:t>
      </w:r>
      <w:r>
        <w:rPr>
          <w:b w:val="false"/>
          <w:i w:val="false"/>
          <w:color w:val="000000"/>
          <w:u w:val="none"/>
        </w:rPr>
        <w:t xml:space="preserve"> [1ESF]</w:t>
      </w:r>
      <w:r>
        <w:rPr/>
        <w:t xml:space="preserve">, </w:t>
      </w:r>
      <w:r>
        <w:rPr>
          <w:shd w:val="clear" w:fill="B7DDE8"/>
        </w:rPr>
        <w:t>you also, like living stones, are being built into a spiritual house to be a holy priesthood</w:t>
      </w:r>
      <w:r>
        <w:rPr>
          <w:b w:val="false"/>
          <w:i w:val="false"/>
          <w:color w:val="000000"/>
          <w:u w:val="none"/>
        </w:rPr>
        <w:t xml:space="preserve"> [1ESG]</w:t>
      </w:r>
      <w:r>
        <w:rPr/>
        <w:t xml:space="preserve">, </w:t>
      </w:r>
      <w:r>
        <w:rPr>
          <w:shd w:val="clear" w:fill="B7DDE8"/>
        </w:rPr>
        <w:t>offering spiritual sacrifices acceptable to God through Jesus Christ</w:t>
      </w:r>
      <w:r>
        <w:rPr>
          <w:b w:val="false"/>
          <w:i w:val="false"/>
          <w:color w:val="000000"/>
          <w:u w:val="none"/>
        </w:rPr>
        <w:t xml:space="preserve"> [1ESH]</w:t>
      </w:r>
      <w:r>
        <w:rPr/>
        <w:t>.</w:t>
      </w:r>
    </w:p>
    <w:p>
      <w:pPr>
        <w:pStyle w:val="Yellow"/>
        <w:rPr/>
        <w:pBdr>
          <w:left w:val="single" w:sz="28" w:space="5" w:color="C00000"/>
        </w:pBdr>
      </w:pPr>
      <w:r>
        <w:rPr>
          <w:b/>
          <w:u w:val="none"/>
        </w:rPr>
        <w:t xml:space="preserve">1 John 1:3-4</w:t>
      </w:r>
      <w:r>
        <w:rPr>
          <w:u w:val="none"/>
        </w:rPr>
        <w:t xml:space="preserve"> — </w:t>
      </w:r>
      <w:r>
        <w:rPr>
          <w:u w:val="none"/>
          <w:shd w:fill="B7DDE8" w:val="clear"/>
        </w:rPr>
        <w:t xml:space="preserve">We proclaim to you what we have seen and heard</w:t>
      </w:r>
      <w:r>
        <w:rPr>
          <w:b w:val="false"/>
          <w:i w:val="false"/>
          <w:color w:val="000000"/>
          <w:u w:val="none"/>
        </w:rPr>
        <w:t xml:space="preserve"> [1GIU]</w:t>
      </w:r>
      <w:r>
        <w:rPr>
          <w:u w:val="none"/>
        </w:rPr>
        <w:t xml:space="preserve">, </w:t>
      </w:r>
      <w:r>
        <w:rPr>
          <w:u w:val="none"/>
          <w:shd w:fill="B7DDE8" w:val="clear"/>
        </w:rPr>
        <w:t xml:space="preserve">so that you also may have fellowship with us</w:t>
      </w:r>
      <w:r>
        <w:rPr>
          <w:b w:val="false"/>
          <w:i w:val="false"/>
          <w:color w:val="000000"/>
          <w:u w:val="none"/>
        </w:rPr>
        <w:t xml:space="preserve"> [1GIV]</w:t>
      </w:r>
      <w:r>
        <w:rPr>
          <w:u w:val="none"/>
        </w:rPr>
        <w:t xml:space="preserve">. And </w:t>
      </w:r>
      <w:r>
        <w:rPr>
          <w:u w:val="none"/>
          <w:shd w:fill="B7DDE8" w:val="clear"/>
        </w:rPr>
        <w:t xml:space="preserve">this fellowship of ours is with the Father and with His Son, Jesus Christ</w:t>
      </w:r>
      <w:r>
        <w:rPr>
          <w:b w:val="false"/>
          <w:i w:val="false"/>
          <w:color w:val="000000"/>
          <w:u w:val="none"/>
        </w:rPr>
        <w:t xml:space="preserve"> [1GIW]</w:t>
      </w:r>
      <w:r>
        <w:rPr>
          <w:u w:val="none"/>
        </w:rPr>
        <w:t xml:space="preserve">. We write these things so that </w:t>
      </w:r>
      <w:r>
        <w:rPr>
          <w:u w:val="none"/>
          <w:color w:val="000000"/>
          <w:shd w:val="clear" w:color="auto" w:fill="D9C3E6"/>
        </w:rPr>
        <w:t xml:space="preserve">our </w:t>
      </w:r>
      <w:r>
        <w:rPr>
          <w:u w:val="none"/>
          <w:color w:val="000000"/>
          <w:shd w:val="clear" w:color="auto" w:fill="D9C3E6"/>
        </w:rPr>
        <w:t xml:space="preserve">joy may be complete</w:t>
      </w:r>
      <w:r>
        <w:rPr>
          <w:b w:val="false"/>
          <w:i w:val="false"/>
          <w:color w:val="000000"/>
          <w:u w:val="none"/>
          <w:shd w:val="clear" w:color="auto" w:fill="F4B183"/>
        </w:rPr>
        <w:t xml:space="preserve"> [2CTM]</w:t>
      </w:r>
      <w:r>
        <w:rPr>
          <w:u w:val="none"/>
          <w:shd w:val="clear" w:color="auto" w:fill="D9C3E6"/>
        </w:rPr>
        <w:t xml:space="preserve">.</w:t>
      </w:r>
    </w:p>
    <w:p>
      <w:pPr>
        <w:pStyle w:val="Yellow"/>
        <w:rPr/>
      </w:pPr>
      <w:r>
        <w:rPr>
          <w:u w:val="none"/>
        </w:rPr>
        <w:t xml:space="preserve">(1Jn1:5 “God”) </w:t>
      </w:r>
      <w:r>
        <w:rPr>
          <w:b/>
          <w:u w:val="none"/>
        </w:rPr>
        <w:t>1 John 1:7</w:t>
      </w:r>
      <w:r>
        <w:rPr>
          <w:u w:val="none"/>
        </w:rPr>
        <w:t xml:space="preserve"> — But </w:t>
      </w:r>
      <w:r>
        <w:rPr>
          <w:u w:val="none"/>
          <w:shd w:fill="B7DDE8" w:val="clear"/>
        </w:rPr>
        <w:t>if we walk in the light as {He} is in the light, we have fellowship with one another</w:t>
      </w:r>
      <w:r>
        <w:rPr>
          <w:b w:val="false"/>
          <w:i w:val="false"/>
          <w:color w:val="000000"/>
          <w:u w:val="none"/>
        </w:rPr>
        <w:t xml:space="preserve"> [1BDE]</w:t>
      </w:r>
      <w:r>
        <w:rPr>
          <w:u w:val="none"/>
        </w:rPr>
        <w:t xml:space="preserve">, and </w:t>
      </w:r>
      <w:r>
        <w:rPr>
          <w:u w:val="none"/>
        </w:rPr>
        <w:t xml:space="preserve">the blood of </w:t>
      </w:r>
      <w:r>
        <w:rPr>
          <w:u w:val="none"/>
          <w:shd w:fill="B7DDE8" w:val="clear"/>
        </w:rPr>
        <w:t>Jesus His Son</w:t>
      </w:r>
      <w:r>
        <w:rPr>
          <w:b w:val="false"/>
          <w:i w:val="false"/>
          <w:color w:val="000000"/>
          <w:u w:val="none"/>
        </w:rPr>
        <w:t xml:space="preserve"> [7AMS]</w:t>
      </w:r>
      <w:r>
        <w:rPr>
          <w:u w:val="none"/>
          <w:shd w:fill="B7DDE8" w:val="clear"/>
        </w:rPr>
        <w:t xml:space="preserve"> cleanses us from all sin</w:t>
      </w:r>
      <w:r>
        <w:rPr>
          <w:b w:val="false"/>
          <w:i w:val="false"/>
          <w:color w:val="000000"/>
          <w:u w:val="none"/>
        </w:rPr>
        <w:t xml:space="preserve"> [1BDF]</w:t>
      </w:r>
      <w:r>
        <w:rPr>
          <w:u w:val="none"/>
        </w:rPr>
        <w:t>.</w:t>
      </w:r>
    </w:p>
    <w:p>
      <w:r>
        <w:rPr>
          <w:b/>
          <w:sz w:val="32"/>
          <w:highlight w:val="yellow"/>
        </w:rPr>
        <w:t>Condemnation  (31)</w:t>
      </w:r>
    </w:p>
    <w:p>
      <w:pPr>
        <w:pStyle w:val="Yellow"/>
        <w:rPr/>
      </w:pPr>
      <w:r>
        <w:rPr>
          <w:b/>
          <w:u w:val="none"/>
        </w:rPr>
        <w:t>Psalm 34:22</w:t>
      </w:r>
      <w:r>
        <w:rPr>
          <w:u w:val="none"/>
        </w:rPr>
        <w:t xml:space="preserve"> — </w:t>
      </w:r>
      <w:r>
        <w:rPr>
          <w:u w:val="none"/>
          <w:shd w:val="clear" w:fill="F4B183" w:color="auto"/>
          <w:color w:val="000000"/>
        </w:rPr>
        <w:t>The LORD redeems His servants</w:t>
      </w:r>
      <w:r>
        <w:rPr>
          <w:b w:val="false"/>
          <w:i w:val="false"/>
          <w:color w:val="000000"/>
          <w:u w:val="none"/>
          <w:shd w:val="clear" w:color="auto" w:fill="F4B183"/>
        </w:rPr>
        <w:t xml:space="preserve"> [1CUP]</w:t>
      </w:r>
      <w:r>
        <w:rPr>
          <w:u w:val="none"/>
        </w:rPr>
        <w:t xml:space="preserve">, and </w:t>
      </w:r>
      <w:r>
        <w:rPr>
          <w:u w:val="none"/>
          <w:shd w:val="clear" w:fill="B7DDE8"/>
        </w:rPr>
        <w:t>none who take refuge in Him will be condemned</w:t>
      </w:r>
      <w:r>
        <w:rPr>
          <w:b w:val="false"/>
          <w:i w:val="false"/>
          <w:color w:val="000000"/>
          <w:u w:val="none"/>
        </w:rPr>
        <w:t xml:space="preserve"> [1CUQ]</w:t>
      </w:r>
      <w:r>
        <w:rPr>
          <w:u w:val="none"/>
        </w:rPr>
        <w:t>.</w:t>
      </w:r>
    </w:p>
    <w:p>
      <w:pPr>
        <w:pStyle w:val="Yellow"/>
        <w:rPr/>
      </w:pPr>
      <w:r>
        <w:rPr/>
        <w:t xml:space="preserve">(Is66:23 “all mankind”) </w:t>
      </w:r>
      <w:r>
        <w:rPr>
          <w:b/>
        </w:rPr>
        <w:t>Isaiah 66:24</w:t>
      </w:r>
      <w:r>
        <w:rPr/>
        <w:t xml:space="preserve"> — “</w:t>
      </w:r>
      <w:r>
        <w:rPr>
          <w:shd w:val="clear" w:fill="B7DDE8"/>
        </w:rPr>
        <w:t>As {they} go forth, they will see the corpses of the men who have rebelled against Me</w:t>
      </w:r>
      <w:r>
        <w:rPr>
          <w:b w:val="false"/>
          <w:i w:val="false"/>
          <w:color w:val="000000"/>
          <w:u w:val="none"/>
        </w:rPr>
        <w:t xml:space="preserve"> [1BZZ]</w:t>
      </w:r>
      <w:r>
        <w:rPr/>
        <w:t xml:space="preserve">; for </w:t>
      </w:r>
      <w:r>
        <w:rPr>
          <w:shd w:val="clear" w:fill="B7DDE8"/>
        </w:rPr>
        <w:t>their worm will never die</w:t>
      </w:r>
      <w:r>
        <w:rPr>
          <w:b w:val="false"/>
          <w:i w:val="false"/>
          <w:color w:val="000000"/>
          <w:u w:val="none"/>
        </w:rPr>
        <w:t xml:space="preserve"> [1CAA]</w:t>
      </w:r>
      <w:r>
        <w:rPr/>
        <w:t xml:space="preserve">, </w:t>
      </w:r>
      <w:r>
        <w:rPr>
          <w:shd w:val="clear" w:fill="B7DDE8"/>
        </w:rPr>
        <w:t>their fire will never be quenched</w:t>
      </w:r>
      <w:r>
        <w:rPr>
          <w:b w:val="false"/>
          <w:i w:val="false"/>
          <w:color w:val="000000"/>
          <w:u w:val="none"/>
        </w:rPr>
        <w:t xml:space="preserve"> [1CAB]</w:t>
      </w:r>
      <w:r>
        <w:rPr/>
        <w:t xml:space="preserve">, and </w:t>
      </w:r>
      <w:r>
        <w:rPr>
          <w:shd w:val="clear" w:fill="B7DDE8"/>
        </w:rPr>
        <w:t>they will be a horror to all mankind</w:t>
      </w:r>
      <w:r>
        <w:rPr>
          <w:b w:val="false"/>
          <w:i w:val="false"/>
          <w:color w:val="000000"/>
          <w:u w:val="none"/>
        </w:rPr>
        <w:t xml:space="preserve"> [1CAC]</w:t>
      </w:r>
      <w:r>
        <w:rPr/>
        <w:t>.”</w:t>
      </w:r>
    </w:p>
    <w:p>
      <w:pPr>
        <w:pStyle w:val="Yellow"/>
        <w:rPr/>
      </w:pPr>
      <w:r>
        <w:rPr>
          <w:b/>
        </w:rPr>
        <w:t xml:space="preserve">Malachi 4:1</w:t>
      </w:r>
      <w:r>
        <w:rPr/>
        <w:t xml:space="preserve"> — </w:t>
      </w:r>
      <w:r>
        <w:rPr>
          <w:shd w:fill="B7DDE8" w:val="clear"/>
        </w:rPr>
        <w:t xml:space="preserve">the day is coming</w:t>
      </w:r>
      <w:r>
        <w:rPr>
          <w:b w:val="false"/>
          <w:i w:val="false"/>
          <w:color w:val="000000"/>
          <w:u w:val="none"/>
        </w:rPr>
        <w:t xml:space="preserve"> [1LIF]</w:t>
      </w:r>
      <w:r>
        <w:rPr/>
        <w:t xml:space="preserve">, </w:t>
      </w:r>
      <w:r>
        <w:rPr>
          <w:shd w:fill="B7DDE8" w:val="clear"/>
        </w:rPr>
        <w:t xml:space="preserve">burning like a furnace</w:t>
      </w:r>
      <w:r>
        <w:rPr>
          <w:b w:val="false"/>
          <w:i w:val="false"/>
          <w:color w:val="000000"/>
          <w:u w:val="none"/>
        </w:rPr>
        <w:t xml:space="preserve"> [1LIG]</w:t>
      </w:r>
      <w:r>
        <w:rPr/>
        <w:t xml:space="preserve">, when </w:t>
      </w:r>
      <w:r>
        <w:rPr>
          <w:shd w:fill="B7DDE8" w:val="clear"/>
        </w:rPr>
        <w:t xml:space="preserve">all the arrogant and every evildoer will be stubble</w:t>
      </w:r>
      <w:r>
        <w:rPr>
          <w:b w:val="false"/>
          <w:i w:val="false"/>
          <w:color w:val="000000"/>
          <w:u w:val="none"/>
        </w:rPr>
        <w:t xml:space="preserve"> [1LIH]</w:t>
      </w:r>
      <w:r>
        <w:rPr/>
        <w:t xml:space="preserve">; </w:t>
      </w:r>
      <w:r>
        <w:rPr>
          <w:shd w:fill="B7DDE8" w:val="clear"/>
        </w:rPr>
        <w:t xml:space="preserve">the day is coming</w:t>
      </w:r>
      <w:r>
        <w:rPr>
          <w:b w:val="false"/>
          <w:i w:val="false"/>
          <w:color w:val="000000"/>
          <w:u w:val="none"/>
        </w:rPr>
        <w:t xml:space="preserve"> [1LIF]</w:t>
      </w:r>
      <w:r>
        <w:rPr/>
        <w:t xml:space="preserve"> when </w:t>
      </w:r>
      <w:r>
        <w:rPr>
          <w:shd w:fill="B7DDE8" w:val="clear"/>
        </w:rPr>
        <w:t xml:space="preserve">I will set them ablaze</w:t>
      </w:r>
      <w:r>
        <w:rPr>
          <w:b w:val="false"/>
          <w:i w:val="false"/>
          <w:color w:val="000000"/>
          <w:u w:val="none"/>
        </w:rPr>
        <w:t xml:space="preserve"> [1LII]</w:t>
      </w:r>
      <w:r>
        <w:rPr/>
        <w:t xml:space="preserve">,” says the LORD of Hosts. “</w:t>
      </w:r>
      <w:r>
        <w:rPr>
          <w:shd w:fill="B7DDE8" w:val="clear"/>
        </w:rPr>
        <w:t xml:space="preserve">Not a root or branch will be left to them</w:t>
      </w:r>
      <w:r>
        <w:rPr>
          <w:b w:val="false"/>
          <w:i w:val="false"/>
          <w:color w:val="000000"/>
          <w:u w:val="none"/>
        </w:rPr>
        <w:t xml:space="preserve"> [1LIJ]</w:t>
      </w:r>
      <w:r>
        <w:rPr/>
        <w:t xml:space="preserve">.”</w:t>
      </w:r>
    </w:p>
    <w:p>
      <w:pPr>
        <w:pStyle w:val="Yellow"/>
        <w:rPr/>
      </w:pPr>
      <w:r>
        <w:rPr>
          <w:b/>
          <w:u w:val="none"/>
          <w:color w:val="auto"/>
        </w:rPr>
        <w:t xml:space="preserve">Matthew 7:1–2</w:t>
      </w:r>
      <w:r>
        <w:rPr>
          <w:u w:val="none"/>
          <w:color w:val="auto"/>
        </w:rPr>
        <w:t xml:space="preserve"> — </w:t>
      </w:r>
      <w:r>
        <w:rPr>
          <w:u w:val="none"/>
          <w:color w:val="auto"/>
        </w:rPr>
        <w:t xml:space="preserve">Do not judge</w:t>
      </w:r>
      <w:r>
        <w:rPr>
          <w:b w:val="false"/>
          <w:i w:val="false"/>
          <w:color w:val="auto"/>
          <w:u w:val="none"/>
        </w:rPr>
        <w:t xml:space="preserve"> [2CCF]</w:t>
      </w:r>
      <w:r>
        <w:rPr>
          <w:u w:val="none"/>
          <w:color w:val="auto"/>
        </w:rPr>
        <w:t xml:space="preserve">, or </w:t>
      </w:r>
      <w:r>
        <w:rPr>
          <w:u w:val="none"/>
          <w:color w:val="auto"/>
        </w:rPr>
        <w:t xml:space="preserve">you will be judged</w:t>
      </w:r>
      <w:r>
        <w:rPr>
          <w:b w:val="false"/>
          <w:i w:val="false"/>
          <w:color w:val="auto"/>
          <w:u w:val="none"/>
        </w:rPr>
        <w:t xml:space="preserve"> [1IPD]</w:t>
      </w:r>
      <w:r>
        <w:rPr>
          <w:u w:val="none"/>
          <w:color w:val="auto"/>
        </w:rPr>
        <w:t xml:space="preserve">. For </w:t>
      </w:r>
      <w:r>
        <w:rPr>
          <w:u w:val="none"/>
          <w:color w:val="auto"/>
        </w:rPr>
        <w:t xml:space="preserve">with the same judgment you pronounce, you will be judged</w:t>
      </w:r>
      <w:r>
        <w:rPr>
          <w:b w:val="false"/>
          <w:i w:val="false"/>
          <w:color w:val="auto"/>
          <w:u w:val="none"/>
        </w:rPr>
        <w:t xml:space="preserve"> [1IPE]</w:t>
      </w:r>
      <w:r>
        <w:rPr>
          <w:u w:val="none"/>
          <w:color w:val="auto"/>
        </w:rPr>
        <w:t xml:space="preserve">; and </w:t>
      </w:r>
      <w:r>
        <w:rPr>
          <w:u w:val="none"/>
          <w:color w:val="auto"/>
        </w:rPr>
        <w:t xml:space="preserve">with the measure you use, it will be measured to you</w:t>
      </w:r>
      <w:r>
        <w:rPr>
          <w:b w:val="false"/>
          <w:i w:val="false"/>
          <w:color w:val="auto"/>
          <w:u w:val="none"/>
        </w:rPr>
        <w:t xml:space="preserve"> [3IPF]</w:t>
      </w:r>
      <w:r>
        <w:rPr>
          <w:u w:val="none"/>
          <w:color w:val="auto"/>
        </w:rPr>
        <w:t xml:space="preserve">.</w:t>
      </w:r>
    </w:p>
    <w:p>
      <w:pPr>
        <w:pStyle w:val="Yellow"/>
        <w:rPr/>
      </w:pPr>
      <w:r>
        <w:rPr/>
        <w:t xml:space="preserve">(Mt10:14ᶜ If anyone “will not welcome you or heed your words”) </w:t>
      </w:r>
      <w:r>
        <w:rPr>
          <w:b/>
        </w:rPr>
        <w:t xml:space="preserve">Matthew 10:15</w:t>
      </w:r>
      <w:r>
        <w:rPr/>
        <w:t xml:space="preserve"> — Truly I tell you, </w:t>
      </w:r>
      <w:r>
        <w:rPr>
          <w:shd w:fill="B7DDE8" w:val="clear"/>
        </w:rPr>
        <w:t xml:space="preserve">it will be more bearable for Sodom and Gomorrah on the day of judgment than for that town</w:t>
      </w:r>
      <w:r>
        <w:rPr>
          <w:b w:val="false"/>
          <w:i w:val="false"/>
          <w:color w:val="000000"/>
          <w:u w:val="none"/>
        </w:rPr>
        <w:t xml:space="preserve"> [1IMN]</w:t>
      </w:r>
      <w:r>
        <w:rPr/>
        <w:t xml:space="preserve">.</w:t>
      </w:r>
    </w:p>
    <w:p>
      <w:pPr>
        <w:pStyle w:val="Yellow"/>
        <w:rPr/>
      </w:pPr>
      <w:r>
        <w:rPr/>
        <w:t xml:space="preserve">(Mt11:20–23ᶜ Because Capernaum “did not repent”) </w:t>
      </w:r>
      <w:r>
        <w:rPr>
          <w:b/>
        </w:rPr>
        <w:t xml:space="preserve">Matthew 11:24</w:t>
      </w:r>
      <w:r>
        <w:rPr/>
        <w:t xml:space="preserve"> — I tell you that </w:t>
      </w:r>
      <w:r>
        <w:rPr>
          <w:shd w:fill="B7DDE8" w:val="clear"/>
        </w:rPr>
        <w:t xml:space="preserve">it will be more bearable for Sodom on the day of judgment than for you</w:t>
      </w:r>
      <w:r>
        <w:rPr>
          <w:b w:val="false"/>
          <w:i w:val="false"/>
          <w:color w:val="000000"/>
          <w:u w:val="none"/>
        </w:rPr>
        <w:t xml:space="preserve"> [1IMO]</w:t>
      </w:r>
      <w:r>
        <w:rPr/>
        <w:t xml:space="preserve">.”</w:t>
      </w:r>
    </w:p>
    <w:p>
      <w:pPr>
        <w:pStyle w:val="Yellow"/>
        <w:rPr/>
      </w:pPr>
      <w:r>
        <w:rPr>
          <w:u w:val="none"/>
        </w:rPr>
        <w:t xml:space="preserve">(Mt12:1-2 Pharisees condemned Jesus disciples for picking “heads of grain” on the Sabbath) </w:t>
      </w:r>
      <w:r>
        <w:rPr>
          <w:b/>
          <w:u w:val="none"/>
        </w:rPr>
        <w:t>Matthew 12:7</w:t>
      </w:r>
      <w:r>
        <w:rPr>
          <w:u w:val="none"/>
        </w:rPr>
        <w:t xml:space="preserve"> — </w:t>
      </w:r>
      <w:r>
        <w:rPr>
          <w:u w:val="none"/>
          <w:shd w:fill="F4B183" w:val="clear" w:color="auto"/>
          <w:color w:val="000000"/>
        </w:rPr>
        <w:t>If only you had known the meaning of</w:t>
      </w:r>
      <w:r>
        <w:rPr>
          <w:b w:val="false"/>
          <w:i w:val="false"/>
          <w:color w:val="000000"/>
          <w:u w:val="none"/>
          <w:shd w:val="clear" w:color="auto" w:fill="F4B183"/>
        </w:rPr>
        <w:t xml:space="preserve"> [1MGC]</w:t>
      </w:r>
      <w:r>
        <w:rPr>
          <w:u w:val="none"/>
        </w:rPr>
        <w:t xml:space="preserve"> ‘</w:t>
      </w:r>
      <w:r>
        <w:rPr>
          <w:u w:val="none"/>
          <w:shd w:fill="F4B183" w:val="clear" w:color="auto"/>
          <w:color w:val="000000"/>
        </w:rPr>
        <w:t>I desire mercy, not sacrifice</w:t>
      </w:r>
      <w:r>
        <w:rPr>
          <w:b w:val="false"/>
          <w:i w:val="false"/>
          <w:color w:val="000000"/>
          <w:u w:val="none"/>
          <w:shd w:val="clear" w:color="auto" w:fill="F4B183"/>
        </w:rPr>
        <w:t xml:space="preserve"> [3AZP]</w:t>
      </w:r>
      <w:r>
        <w:rPr>
          <w:u w:val="none"/>
          <w:shd w:fill="B7DDE8" w:val="clear"/>
        </w:rPr>
        <w:t>,’ you would not have condemned the innocent</w:t>
      </w:r>
      <w:r>
        <w:rPr>
          <w:b w:val="false"/>
          <w:i w:val="false"/>
          <w:color w:val="000000"/>
          <w:u w:val="none"/>
        </w:rPr>
        <w:t xml:space="preserve"> [1AZR]</w:t>
      </w:r>
      <w:r>
        <w:rPr>
          <w:u w:val="none"/>
        </w:rPr>
        <w:t>.</w:t>
      </w:r>
    </w:p>
    <w:p>
      <w:pPr>
        <w:pStyle w:val="Yellow"/>
        <w:rPr/>
      </w:pPr>
      <w:r>
        <w:rPr>
          <w:shd w:val="clear" w:color="auto" w:fill="C00000"/>
          <w:color w:val="FFFFFF"/>
        </w:rPr>
        <w:t xml:space="preserve">(Mt21:42 “The stone the builders rejected”) </w:t>
      </w:r>
      <w:r>
        <w:rPr>
          <w:b/>
          <w:shd w:val="clear" w:color="auto" w:fill="C00000"/>
          <w:color w:val="FFFFFF"/>
        </w:rPr>
        <w:t xml:space="preserve">Matthew 21:44</w:t>
      </w:r>
      <w:r>
        <w:rPr>
          <w:shd w:val="clear" w:color="auto" w:fill="C00000"/>
          <w:color w:val="FFFFFF"/>
        </w:rPr>
        <w:t xml:space="preserve"> — </w:t>
      </w:r>
      <w:r>
        <w:rPr>
          <w:shd w:val="clear" w:color="auto" w:fill="C00000"/>
          <w:color w:val="FFFFFF"/>
        </w:rPr>
        <w:t xml:space="preserve">He who falls on {this stone} will be broken to pieces</w:t>
      </w:r>
      <w:r>
        <w:rPr>
          <w:b w:val="false"/>
          <w:i w:val="false"/>
          <w:u w:val="none"/>
          <w:shd w:val="clear" w:color="auto" w:fill="C00000"/>
          <w:color w:val="FFFFFF"/>
        </w:rPr>
        <w:t xml:space="preserve"> [2ANF]</w:t>
      </w:r>
      <w:r>
        <w:rPr>
          <w:shd w:val="clear" w:color="auto" w:fill="C00000"/>
          <w:color w:val="FFFFFF"/>
        </w:rPr>
        <w:t xml:space="preserve">, but </w:t>
      </w:r>
      <w:r>
        <w:rPr>
          <w:shd w:val="clear" w:color="auto" w:fill="C00000"/>
          <w:color w:val="FFFFFF"/>
        </w:rPr>
        <w:t xml:space="preserve">he on whom it falls will be crushed</w:t>
      </w:r>
      <w:r>
        <w:rPr>
          <w:b w:val="false"/>
          <w:i w:val="false"/>
          <w:u w:val="none"/>
          <w:shd w:val="clear" w:color="auto" w:fill="C00000"/>
          <w:color w:val="FFFFFF"/>
        </w:rPr>
        <w:t xml:space="preserve"> [2ANG]</w:t>
      </w:r>
      <w:r>
        <w:rPr>
          <w:shd w:val="clear" w:color="auto" w:fill="C00000"/>
          <w:color w:val="FFFFFF"/>
        </w:rPr>
        <w:t xml:space="preserve">.”</w:t>
      </w:r>
    </w:p>
    <w:p>
      <w:pPr>
        <w:pStyle w:val="Yellow"/>
        <w:rPr/>
      </w:pPr>
      <w:r>
        <w:rPr/>
        <w:t xml:space="preserve">(Mt25:41 “you who are cursed”) </w:t>
      </w:r>
      <w:r>
        <w:rPr>
          <w:b/>
        </w:rPr>
        <w:t>Matthew 25:46</w:t>
      </w:r>
      <w:r>
        <w:rPr/>
        <w:t xml:space="preserve"> — </w:t>
      </w:r>
      <w:r>
        <w:rPr>
          <w:shd w:val="clear" w:fill="B7DDE8"/>
        </w:rPr>
        <w:t>{they} will go away into eternal punishment</w:t>
      </w:r>
      <w:r>
        <w:rPr>
          <w:b w:val="false"/>
          <w:i w:val="false"/>
          <w:color w:val="000000"/>
          <w:u w:val="none"/>
        </w:rPr>
        <w:t xml:space="preserve"> [1CKY]</w:t>
      </w:r>
      <w:r>
        <w:rPr/>
        <w:t xml:space="preserve">, but </w:t>
      </w:r>
      <w:r>
        <w:rPr>
          <w:shd w:val="clear" w:fill="B7DDE8"/>
        </w:rPr>
        <w:t>the righteous into eternal life</w:t>
      </w:r>
      <w:r>
        <w:rPr>
          <w:b w:val="false"/>
          <w:i w:val="false"/>
          <w:color w:val="000000"/>
          <w:u w:val="none"/>
        </w:rPr>
        <w:t xml:space="preserve"> [1CKZ]</w:t>
      </w:r>
      <w:r>
        <w:rPr/>
        <w:t>.”</w:t>
      </w:r>
    </w:p>
    <w:p>
      <w:pPr>
        <w:pStyle w:val="Yellow"/>
        <w:rPr/>
      </w:pPr>
      <w:r>
        <w:rPr>
          <w:highlight w:val="cyan"/>
        </w:rPr>
        <w:t xml:space="preserve">(Mk12:38 “the scribes”) </w:t>
      </w:r>
      <w:r>
        <w:rPr>
          <w:b/>
          <w:highlight w:val="cyan"/>
        </w:rPr>
        <w:t>Mark 12:40</w:t>
      </w:r>
      <w:r>
        <w:rPr>
          <w:highlight w:val="cyan"/>
        </w:rPr>
        <w:t xml:space="preserve"> — </w:t>
      </w:r>
      <w:r>
        <w:rPr>
          <w:highlight w:val="cyan"/>
          <w:color w:val="000000"/>
        </w:rPr>
        <w:t>{They} defraud widows of their houses</w:t>
      </w:r>
      <w:r>
        <w:rPr>
          <w:b w:val="false"/>
          <w:i w:val="false"/>
          <w:color w:val="000000"/>
          <w:u w:val="none"/>
        </w:rPr>
        <w:t xml:space="preserve"> [2LVJ]</w:t>
      </w:r>
      <w:r>
        <w:rPr>
          <w:highlight w:val="cyan"/>
        </w:rPr>
        <w:t xml:space="preserve">, and </w:t>
      </w:r>
      <w:r>
        <w:rPr>
          <w:highlight w:val="cyan"/>
          <w:shd w:fill="B7DDE8" w:val="clear"/>
        </w:rPr>
        <w:t>for a show make lengthy prayers</w:t>
      </w:r>
      <w:r>
        <w:rPr>
          <w:b w:val="false"/>
          <w:i w:val="false"/>
          <w:color w:val="000000"/>
          <w:u w:val="none"/>
        </w:rPr>
        <w:t xml:space="preserve"> [2LVK]</w:t>
      </w:r>
      <w:r>
        <w:rPr>
          <w:highlight w:val="cyan"/>
        </w:rPr>
        <w:t xml:space="preserve">. </w:t>
      </w:r>
      <w:r>
        <w:rPr>
          <w:highlight w:val="cyan"/>
          <w:shd w:fill="B7DDE8" w:val="clear"/>
        </w:rPr>
        <w:t>These men will receive greater condemnation</w:t>
      </w:r>
      <w:r>
        <w:rPr>
          <w:b w:val="false"/>
          <w:i w:val="false"/>
          <w:color w:val="000000"/>
          <w:u w:val="none"/>
        </w:rPr>
        <w:t xml:space="preserve"> [2LVL]</w:t>
      </w:r>
      <w:r>
        <w:rPr>
          <w:highlight w:val="cyan"/>
        </w:rPr>
        <w:t>.”</w:t>
      </w:r>
    </w:p>
    <w:p>
      <w:pPr>
        <w:pStyle w:val="Yellow"/>
        <w:rPr/>
      </w:pPr>
      <w:r>
        <w:rPr>
          <w:b/>
          <w:u w:val="none"/>
        </w:rPr>
        <w:t>Luke 6:37</w:t>
      </w:r>
      <w:r>
        <w:rPr>
          <w:u w:val="none"/>
        </w:rPr>
        <w:t xml:space="preserve"> — </w:t>
      </w:r>
      <w:r>
        <w:rPr>
          <w:u w:val="none"/>
          <w:shd w:val="clear" w:color="auto" w:fill="D9C3E6"/>
        </w:rPr>
        <w:t>Do not judge</w:t>
      </w:r>
      <w:r>
        <w:rPr>
          <w:b w:val="false"/>
          <w:i w:val="false"/>
          <w:color w:val="000000"/>
          <w:u w:val="none"/>
        </w:rPr>
        <w:t xml:space="preserve"> [2CCF]</w:t>
      </w:r>
      <w:r>
        <w:rPr>
          <w:u w:val="none"/>
          <w:shd w:val="clear" w:color="auto" w:fill="D9C3E6"/>
        </w:rPr>
        <w:t xml:space="preserve">, and </w:t>
      </w:r>
      <w:r>
        <w:rPr>
          <w:u w:val="none"/>
          <w:shd w:val="clear" w:color="auto" w:fill="D9C3E6"/>
        </w:rPr>
        <w:t>you will not be judged</w:t>
      </w:r>
      <w:r>
        <w:rPr>
          <w:b w:val="false"/>
          <w:i w:val="false"/>
          <w:color w:val="000000"/>
          <w:u w:val="none"/>
        </w:rPr>
        <w:t xml:space="preserve"> [2CCG]</w:t>
      </w:r>
      <w:r>
        <w:rPr>
          <w:u w:val="none"/>
        </w:rPr>
        <w:t xml:space="preserve">. </w:t>
      </w:r>
      <w:r>
        <w:rPr>
          <w:u w:val="none"/>
          <w:shd w:val="clear" w:fill="B7DDE8"/>
        </w:rPr>
        <w:t>Do not condemn</w:t>
      </w:r>
      <w:r>
        <w:rPr>
          <w:b w:val="false"/>
          <w:i w:val="false"/>
          <w:color w:val="000000"/>
          <w:u w:val="none"/>
        </w:rPr>
        <w:t xml:space="preserve"> [1CCH]</w:t>
      </w:r>
      <w:r>
        <w:rPr>
          <w:u w:val="none"/>
        </w:rPr>
        <w:t xml:space="preserve">, and </w:t>
      </w:r>
      <w:r>
        <w:rPr>
          <w:u w:val="none"/>
          <w:shd w:val="clear" w:fill="B7DDE8"/>
        </w:rPr>
        <w:t>you will not be condemned</w:t>
      </w:r>
      <w:r>
        <w:rPr>
          <w:b w:val="false"/>
          <w:i w:val="false"/>
          <w:color w:val="000000"/>
          <w:u w:val="none"/>
        </w:rPr>
        <w:t xml:space="preserve"> [1CCI]</w:t>
      </w:r>
      <w:r>
        <w:rPr>
          <w:u w:val="none"/>
        </w:rPr>
        <w:t xml:space="preserve">. </w:t>
      </w:r>
      <w:r>
        <w:rPr>
          <w:u w:val="none"/>
          <w:shd w:val="clear" w:fill="F4B183" w:color="auto"/>
          <w:color w:val="000000"/>
        </w:rPr>
        <w:t>Forgive</w:t>
      </w:r>
      <w:r>
        <w:rPr>
          <w:b w:val="false"/>
          <w:i w:val="false"/>
          <w:color w:val="000000"/>
          <w:u w:val="none"/>
          <w:shd w:val="clear" w:color="auto" w:fill="F4B183"/>
        </w:rPr>
        <w:t xml:space="preserve"> [1CCJ]</w:t>
      </w:r>
      <w:r>
        <w:rPr>
          <w:u w:val="none"/>
        </w:rPr>
        <w:t xml:space="preserve">, and </w:t>
      </w:r>
      <w:r>
        <w:rPr>
          <w:u w:val="none"/>
          <w:shd w:val="clear" w:fill="F4B183" w:color="auto"/>
          <w:color w:val="000000"/>
        </w:rPr>
        <w:t>you will be forgiven</w:t>
      </w:r>
      <w:r>
        <w:rPr>
          <w:b w:val="false"/>
          <w:i w:val="false"/>
          <w:color w:val="000000"/>
          <w:u w:val="none"/>
          <w:shd w:val="clear" w:color="auto" w:fill="F4B183"/>
        </w:rPr>
        <w:t xml:space="preserve"> [2CCK]</w:t>
      </w:r>
      <w:r>
        <w:rPr>
          <w:u w:val="none"/>
        </w:rPr>
        <w:t>.</w:t>
      </w:r>
    </w:p>
    <w:p>
      <w:pPr>
        <w:pStyle w:val="Yellow"/>
        <w:rPr/>
      </w:pPr>
      <w:r>
        <w:rPr>
          <w:b/>
        </w:rPr>
        <w:t xml:space="preserve">Luke 6:42</w:t>
      </w:r>
      <w:r>
        <w:rPr/>
        <w:t xml:space="preserve"> — </w:t>
      </w:r>
      <w:r>
        <w:rPr>
          <w:shd w:fill="B7DDE8" w:val="clear"/>
        </w:rPr>
        <w:t xml:space="preserve">First take the beam out of your own eye</w:t>
      </w:r>
      <w:r>
        <w:rPr>
          <w:b w:val="false"/>
          <w:i w:val="false"/>
          <w:color w:val="000000"/>
          <w:u w:val="none"/>
        </w:rPr>
        <w:t xml:space="preserve"> [1LFW]</w:t>
      </w:r>
      <w:r>
        <w:rPr/>
        <w:t xml:space="preserve">, and </w:t>
      </w:r>
      <w:r>
        <w:rPr>
          <w:shd w:fill="B7DDE8" w:val="clear"/>
        </w:rPr>
        <w:t xml:space="preserve">then you will see clearly</w:t>
      </w:r>
      <w:r>
        <w:rPr>
          <w:b w:val="false"/>
          <w:i w:val="false"/>
          <w:color w:val="000000"/>
          <w:u w:val="none"/>
        </w:rPr>
        <w:t xml:space="preserve"> [1LFX]</w:t>
      </w:r>
      <w:r>
        <w:rPr/>
        <w:t xml:space="preserve"> </w:t>
      </w:r>
      <w:r>
        <w:rPr>
          <w:shd w:fill="B7DDE8" w:val="clear"/>
        </w:rPr>
        <w:t xml:space="preserve">to remove the speck from your brother’s eye</w:t>
      </w:r>
      <w:r>
        <w:rPr>
          <w:b w:val="false"/>
          <w:i w:val="false"/>
          <w:color w:val="000000"/>
          <w:u w:val="none"/>
        </w:rPr>
        <w:t xml:space="preserve"> [1LFY]</w:t>
      </w:r>
      <w:r>
        <w:rPr/>
        <w:t xml:space="preserve">.</w:t>
      </w:r>
    </w:p>
    <w:p>
      <w:pPr>
        <w:pStyle w:val="Yellow"/>
        <w:rPr/>
      </w:pPr>
      <w:r>
        <w:rPr>
          <w:b/>
        </w:rPr>
        <w:t>Luke 12:49</w:t>
      </w:r>
      <w:r>
        <w:rPr/>
        <w:t xml:space="preserve"> — </w:t>
      </w:r>
      <w:r>
        <w:rPr>
          <w:shd w:val="clear" w:fill="B7DDE8"/>
        </w:rPr>
        <w:t>I have come to ignite a fire on the earth</w:t>
      </w:r>
      <w:r>
        <w:rPr>
          <w:b w:val="false"/>
          <w:i w:val="false"/>
          <w:color w:val="000000"/>
          <w:u w:val="none"/>
        </w:rPr>
        <w:t xml:space="preserve"> [1MR]</w:t>
      </w:r>
    </w:p>
    <w:p>
      <w:pPr>
        <w:pStyle w:val="Yellow"/>
        <w:rPr/>
      </w:pPr>
      <w:r>
        <w:rPr>
          <w:u w:val="none"/>
        </w:rPr>
        <w:t xml:space="preserve">(Ep2:20 “Christ Jesus Himself as the cornerstone”) </w:t>
      </w:r>
      <w:r>
        <w:rPr>
          <w:b/>
          <w:u w:val="none"/>
        </w:rPr>
        <w:t>Luke 20:17–18</w:t>
      </w:r>
      <w:r>
        <w:rPr>
          <w:u w:val="none"/>
        </w:rPr>
        <w:t xml:space="preserve"> — ‘</w:t>
      </w:r>
      <w:r>
        <w:rPr>
          <w:u w:val="none"/>
          <w:shd w:fill="B7DDE8" w:val="clear"/>
        </w:rPr>
        <w:t>The {stone} the builders rejected has become the cornerstone</w:t>
      </w:r>
      <w:r>
        <w:rPr>
          <w:b w:val="false"/>
          <w:i w:val="false"/>
          <w:color w:val="000000"/>
          <w:u w:val="none"/>
        </w:rPr>
        <w:t xml:space="preserve"> [4ANE]</w:t>
      </w:r>
      <w:r>
        <w:rPr>
          <w:u w:val="none"/>
        </w:rPr>
        <w:t xml:space="preserve">’? </w:t>
      </w:r>
      <w:r>
        <w:rPr>
          <w:u w:val="none"/>
          <w:shd w:fill="B7DDE8" w:val="clear"/>
        </w:rPr>
        <w:t>Everyone who falls on this stone will be broken to pieces</w:t>
      </w:r>
      <w:r>
        <w:rPr>
          <w:b w:val="false"/>
          <w:i w:val="false"/>
          <w:color w:val="000000"/>
          <w:u w:val="none"/>
        </w:rPr>
        <w:t xml:space="preserve"> [2ANF]</w:t>
      </w:r>
      <w:r>
        <w:rPr>
          <w:u w:val="none"/>
        </w:rPr>
        <w:t xml:space="preserve">, but </w:t>
      </w:r>
      <w:r>
        <w:rPr>
          <w:u w:val="none"/>
          <w:shd w:fill="B7DDE8" w:val="clear"/>
        </w:rPr>
        <w:t>he on whom it falls will be crushed</w:t>
      </w:r>
      <w:r>
        <w:rPr>
          <w:b w:val="false"/>
          <w:i w:val="false"/>
          <w:color w:val="000000"/>
          <w:u w:val="none"/>
        </w:rPr>
        <w:t xml:space="preserve"> [2ANG]</w:t>
      </w:r>
      <w:r>
        <w:rPr>
          <w:u w:val="none"/>
        </w:rPr>
        <w:t>.”</w:t>
      </w:r>
    </w:p>
    <w:p>
      <w:pPr>
        <w:pStyle w:val="Yellow"/>
        <w:rPr/>
      </w:pPr>
      <w:r>
        <w:rPr>
          <w:highlight w:val="cyan"/>
          <w:shd w:val="clear" w:color="auto" w:fill="C00000"/>
          <w:color w:val="FFFFFF"/>
        </w:rPr>
        <w:t xml:space="preserve">(Lk20:46 “the scribes”) </w:t>
      </w:r>
      <w:r>
        <w:rPr>
          <w:b/>
          <w:highlight w:val="cyan"/>
          <w:shd w:val="clear" w:color="auto" w:fill="C00000"/>
          <w:color w:val="FFFFFF"/>
        </w:rPr>
        <w:t>Luke 20:47</w:t>
      </w:r>
      <w:r>
        <w:rPr>
          <w:highlight w:val="cyan"/>
          <w:shd w:val="clear" w:color="auto" w:fill="C00000"/>
          <w:color w:val="FFFFFF"/>
        </w:rPr>
        <w:t xml:space="preserve"> — </w:t>
      </w:r>
      <w:r>
        <w:rPr>
          <w:highlight w:val="cyan"/>
          <w:shd w:val="clear" w:color="auto" w:fill="C00000"/>
          <w:color w:val="FFFFFF"/>
        </w:rPr>
        <w:t>{They} defraud widows of their houses</w:t>
      </w:r>
      <w:r>
        <w:rPr>
          <w:b w:val="false"/>
          <w:i w:val="false"/>
          <w:u w:val="none"/>
          <w:shd w:val="clear" w:color="auto" w:fill="C00000"/>
          <w:color w:val="FFFFFF"/>
        </w:rPr>
        <w:t xml:space="preserve"> [2LVJ]</w:t>
      </w:r>
      <w:r>
        <w:rPr>
          <w:highlight w:val="cyan"/>
          <w:shd w:val="clear" w:color="auto" w:fill="C00000"/>
          <w:color w:val="FFFFFF"/>
        </w:rPr>
        <w:t xml:space="preserve">, and </w:t>
      </w:r>
      <w:r>
        <w:rPr>
          <w:highlight w:val="cyan"/>
          <w:shd w:val="clear" w:color="auto" w:fill="C00000"/>
          <w:color w:val="FFFFFF"/>
        </w:rPr>
        <w:t>for a show make lengthy prayers</w:t>
      </w:r>
      <w:r>
        <w:rPr>
          <w:b w:val="false"/>
          <w:i w:val="false"/>
          <w:u w:val="none"/>
          <w:shd w:val="clear" w:color="auto" w:fill="C00000"/>
          <w:color w:val="FFFFFF"/>
        </w:rPr>
        <w:t xml:space="preserve"> [2LVK]</w:t>
      </w:r>
      <w:r>
        <w:rPr>
          <w:highlight w:val="cyan"/>
          <w:shd w:val="clear" w:color="auto" w:fill="C00000"/>
          <w:color w:val="FFFFFF"/>
        </w:rPr>
        <w:t xml:space="preserve">. </w:t>
      </w:r>
      <w:r>
        <w:rPr>
          <w:highlight w:val="cyan"/>
          <w:shd w:val="clear" w:color="auto" w:fill="C00000"/>
          <w:color w:val="FFFFFF"/>
        </w:rPr>
        <w:t>These men will receive greater condemnation</w:t>
      </w:r>
      <w:r>
        <w:rPr>
          <w:b w:val="false"/>
          <w:i w:val="false"/>
          <w:u w:val="none"/>
          <w:shd w:val="clear" w:color="auto" w:fill="C00000"/>
          <w:color w:val="FFFFFF"/>
        </w:rPr>
        <w:t xml:space="preserve"> [2LVL]</w:t>
      </w:r>
      <w:r>
        <w:rPr>
          <w:highlight w:val="cyan"/>
          <w:shd w:val="clear" w:color="auto" w:fill="C00000"/>
          <w:color w:val="FFFFFF"/>
        </w:rPr>
        <w:t>.”</w:t>
      </w:r>
    </w:p>
    <w:p>
      <w:pPr>
        <w:pStyle w:val="Yellow"/>
        <w:rPr/>
      </w:pPr>
      <w:r>
        <w:rPr/>
        <w:t xml:space="preserve">(Ro1:29–31ᶜ “envy, murder, strife, deceit, and malice”...) </w:t>
      </w:r>
      <w:r>
        <w:rPr>
          <w:b/>
        </w:rPr>
        <w:t xml:space="preserve">Romans 2:1-2</w:t>
      </w:r>
      <w:r>
        <w:rPr/>
        <w:t xml:space="preserve"> — </w:t>
      </w:r>
      <w:r>
        <w:rPr>
          <w:shd w:fill="B7DDE8" w:val="clear"/>
        </w:rPr>
        <w:t xml:space="preserve">on whatever grounds you judge the other, you are condemning yourself, because you who pass judgment do the same things</w:t>
      </w:r>
      <w:r>
        <w:rPr>
          <w:b w:val="false"/>
          <w:i w:val="false"/>
          <w:color w:val="000000"/>
          <w:u w:val="none"/>
        </w:rPr>
        <w:t xml:space="preserve"> [1IOT]</w:t>
      </w:r>
      <w:r>
        <w:rPr/>
        <w:t xml:space="preserve">. </w:t>
      </w:r>
      <w:r>
        <w:rPr>
          <w:shd w:fill="B7DDE8" w:val="clear"/>
        </w:rPr>
        <w:t xml:space="preserve">God’s judgment against {those who do such things} is based on truth</w:t>
      </w:r>
      <w:r>
        <w:rPr>
          <w:b w:val="false"/>
          <w:i w:val="false"/>
          <w:color w:val="000000"/>
          <w:u w:val="none"/>
        </w:rPr>
        <w:t xml:space="preserve"> [1IOU]</w:t>
      </w:r>
      <w:r>
        <w:rPr/>
        <w:t xml:space="preserve">.</w:t>
      </w:r>
    </w:p>
    <w:p>
      <w:pPr>
        <w:pStyle w:val="Yellow"/>
        <w:rPr/>
      </w:pPr>
      <w:r>
        <w:rPr>
          <w:b/>
        </w:rPr>
        <w:t xml:space="preserve">Romans 2:3</w:t>
      </w:r>
      <w:r>
        <w:rPr/>
        <w:t xml:space="preserve"> —So </w:t>
      </w:r>
      <w:r>
        <w:rPr>
          <w:shd w:fill="B7DDE8" w:val="clear"/>
        </w:rPr>
        <w:t xml:space="preserve">when you, O man, pass judgment on others, yet do the same things, do you think you will escape God’s judgment?</w:t>
      </w:r>
      <w:r>
        <w:rPr>
          <w:b w:val="false"/>
          <w:i w:val="false"/>
          <w:color w:val="000000"/>
          <w:u w:val="none"/>
        </w:rPr>
        <w:t xml:space="preserve"> [1IOV]</w:t>
      </w:r>
    </w:p>
    <w:p>
      <w:pPr>
        <w:pStyle w:val="Yellow"/>
        <w:rPr/>
      </w:pPr>
      <w:r>
        <w:rPr>
          <w:b/>
        </w:rPr>
        <w:t xml:space="preserve">Romans 8:34</w:t>
      </w:r>
      <w:r>
        <w:rPr/>
        <w:t xml:space="preserve"> — </w:t>
      </w:r>
      <w:r>
        <w:rPr>
          <w:shd w:fill="B7DDE8" w:val="clear"/>
        </w:rPr>
        <w:t xml:space="preserve">Who is there to condemn us?</w:t>
      </w:r>
      <w:r>
        <w:rPr>
          <w:b w:val="false"/>
          <w:i w:val="false"/>
          <w:color w:val="000000"/>
          <w:u w:val="none"/>
        </w:rPr>
        <w:t xml:space="preserve"> [1IMJ]</w:t>
      </w:r>
      <w:r>
        <w:rPr/>
        <w:t xml:space="preserve"> For </w:t>
      </w:r>
      <w:r>
        <w:rPr>
          <w:shd w:fill="B7DDE8" w:val="clear"/>
        </w:rPr>
        <w:t xml:space="preserve">Christ Jesus, who died</w:t>
      </w:r>
      <w:r>
        <w:rPr>
          <w:b w:val="false"/>
          <w:i w:val="false"/>
          <w:color w:val="000000"/>
          <w:u w:val="none"/>
        </w:rPr>
        <w:t xml:space="preserve"> [2IMK]</w:t>
      </w:r>
      <w:r>
        <w:rPr/>
        <w:t xml:space="preserve">, and more than that </w:t>
      </w:r>
      <w:r>
        <w:rPr>
          <w:shd w:fill="B7DDE8" w:val="clear"/>
        </w:rPr>
        <w:t xml:space="preserve">was raised to life</w:t>
      </w:r>
      <w:r>
        <w:rPr>
          <w:b w:val="false"/>
          <w:i w:val="false"/>
          <w:color w:val="000000"/>
          <w:u w:val="none"/>
        </w:rPr>
        <w:t xml:space="preserve"> [7AVP]</w:t>
      </w:r>
      <w:r>
        <w:rPr/>
        <w:t xml:space="preserve">, </w:t>
      </w:r>
      <w:r>
        <w:rPr>
          <w:shd w:fill="B7DDE8" w:val="clear"/>
        </w:rPr>
        <w:t xml:space="preserve">is at the right hand of God</w:t>
      </w:r>
      <w:r>
        <w:rPr>
          <w:b w:val="false"/>
          <w:i w:val="false"/>
          <w:color w:val="000000"/>
          <w:u w:val="none"/>
        </w:rPr>
        <w:t xml:space="preserve"> [1IML]</w:t>
      </w:r>
      <w:r>
        <w:rPr/>
        <w:t xml:space="preserve">—and </w:t>
      </w:r>
      <w:r>
        <w:rPr>
          <w:shd w:fill="B7DDE8" w:val="clear"/>
        </w:rPr>
        <w:t xml:space="preserve">He is interceding for us</w:t>
      </w:r>
      <w:r>
        <w:rPr>
          <w:b w:val="false"/>
          <w:i w:val="false"/>
          <w:color w:val="000000"/>
          <w:u w:val="none"/>
        </w:rPr>
        <w:t xml:space="preserve"> [1IMM]</w:t>
      </w:r>
      <w:r>
        <w:rPr/>
        <w:t xml:space="preserve">.</w:t>
      </w:r>
    </w:p>
    <w:p>
      <w:pPr>
        <w:pStyle w:val="Yellow"/>
        <w:rPr/>
      </w:pPr>
      <w:r>
        <w:rPr>
          <w:b/>
        </w:rPr>
        <w:t xml:space="preserve">Ephesians 2:3-5</w:t>
      </w:r>
      <w:r>
        <w:rPr/>
        <w:t xml:space="preserve"> — Like the rest, </w:t>
      </w:r>
      <w:r>
        <w:rPr>
          <w:shd w:fill="B7DDE8" w:val="clear"/>
        </w:rPr>
        <w:t xml:space="preserve">we were by nature children of wrath</w:t>
      </w:r>
      <w:r>
        <w:rPr>
          <w:b w:val="false"/>
          <w:i w:val="false"/>
          <w:color w:val="000000"/>
          <w:u w:val="none"/>
        </w:rPr>
        <w:t xml:space="preserve"> [1JHR]</w:t>
      </w:r>
      <w:r>
        <w:rPr/>
        <w:t xml:space="preserve">. But </w:t>
      </w:r>
      <w:r>
        <w:rPr>
          <w:shd w:fill="B7DDE8" w:val="clear"/>
        </w:rPr>
        <w:t xml:space="preserve">because of His great love for us</w:t>
      </w:r>
      <w:r>
        <w:rPr>
          <w:b w:val="false"/>
          <w:i w:val="false"/>
          <w:color w:val="000000"/>
          <w:u w:val="none"/>
        </w:rPr>
        <w:t xml:space="preserve"> [1JHS]</w:t>
      </w:r>
      <w:r>
        <w:rPr/>
        <w:t xml:space="preserve">, </w:t>
      </w:r>
      <w:r>
        <w:rPr>
          <w:shd w:fill="B7DDE8" w:val="clear"/>
        </w:rPr>
        <w:t xml:space="preserve">God, who is rich in mercy</w:t>
      </w:r>
      <w:r>
        <w:rPr>
          <w:b w:val="false"/>
          <w:i w:val="false"/>
          <w:color w:val="000000"/>
          <w:u w:val="none"/>
        </w:rPr>
        <w:t xml:space="preserve"> [1JHT]</w:t>
      </w:r>
      <w:r>
        <w:rPr/>
        <w:t xml:space="preserve">, </w:t>
      </w:r>
      <w:r>
        <w:rPr>
          <w:shd w:fill="B7DDE8" w:val="clear"/>
        </w:rPr>
        <w:t xml:space="preserve">made us alive with Christ</w:t>
      </w:r>
      <w:r>
        <w:rPr>
          <w:b w:val="false"/>
          <w:i w:val="false"/>
          <w:color w:val="000000"/>
          <w:u w:val="none"/>
        </w:rPr>
        <w:t xml:space="preserve"> [2AXK]</w:t>
      </w:r>
      <w:r>
        <w:rPr/>
        <w:t xml:space="preserve"> </w:t>
      </w:r>
      <w:r>
        <w:rPr>
          <w:shd w:fill="B7DDE8" w:val="clear"/>
        </w:rPr>
        <w:t xml:space="preserve">even when we were dead in our trespasses</w:t>
      </w:r>
      <w:r>
        <w:rPr>
          <w:b w:val="false"/>
          <w:i w:val="false"/>
          <w:color w:val="000000"/>
          <w:u w:val="none"/>
        </w:rPr>
        <w:t xml:space="preserve"> [2AXJ]</w:t>
      </w:r>
      <w:r>
        <w:rPr/>
        <w:t xml:space="preserve">. </w:t>
      </w:r>
      <w:r>
        <w:rPr>
          <w:shd w:val="clear" w:color="auto" w:fill="D9C3E6"/>
        </w:rPr>
        <w:t xml:space="preserve">It is by grace you have been saved</w:t>
      </w:r>
      <w:r>
        <w:rPr>
          <w:b w:val="false"/>
          <w:i w:val="false"/>
          <w:u w:val="none"/>
          <w:color w:val="000000"/>
        </w:rPr>
        <w:t xml:space="preserve"> [2BXF]</w:t>
      </w:r>
      <w:r>
        <w:rPr>
          <w:shd w:val="clear" w:color="auto" w:fill="D9C3E6"/>
        </w:rPr>
        <w:t xml:space="preserve">!</w:t>
      </w:r>
    </w:p>
    <w:p>
      <w:pPr>
        <w:pStyle w:val="Yellow"/>
        <w:rPr/>
      </w:pPr>
      <w:r>
        <w:rPr/>
        <w:t xml:space="preserve">(Pp1:27ᶜ “conduct yourselves in a manner worthy of the gospel”) </w:t>
      </w:r>
      <w:r>
        <w:rPr>
          <w:b/>
        </w:rPr>
        <w:t xml:space="preserve">Philippians 1:28</w:t>
      </w:r>
      <w:r>
        <w:rPr/>
        <w:t xml:space="preserve"> — </w:t>
      </w:r>
      <w:r>
        <w:rPr>
          <w:shd w:fill="B7DDE8" w:val="clear"/>
        </w:rPr>
        <w:t xml:space="preserve">without being frightened in any way by those who oppose you</w:t>
      </w:r>
      <w:r>
        <w:rPr>
          <w:b w:val="false"/>
          <w:i w:val="false"/>
          <w:color w:val="000000"/>
          <w:u w:val="none"/>
        </w:rPr>
        <w:t xml:space="preserve"> [1JTE]</w:t>
      </w:r>
      <w:r>
        <w:rPr/>
        <w:t xml:space="preserve">. </w:t>
      </w:r>
      <w:r>
        <w:rPr>
          <w:shd w:fill="B7DDE8" w:val="clear"/>
        </w:rPr>
        <w:t xml:space="preserve">This is a clear sign of their destruction but of your salvation</w:t>
      </w:r>
      <w:r>
        <w:rPr>
          <w:b w:val="false"/>
          <w:i w:val="false"/>
          <w:color w:val="000000"/>
          <w:u w:val="none"/>
        </w:rPr>
        <w:t xml:space="preserve"> [1JTF]</w:t>
      </w:r>
      <w:r>
        <w:rPr>
          <w:b w:val="false"/>
          <w:i w:val="false"/>
          <w:color w:val="000000"/>
          <w:u w:val="none"/>
        </w:rPr>
        <w:t xml:space="preserve"> [1JTG]</w:t>
      </w:r>
      <w:r>
        <w:rPr/>
        <w:t xml:space="preserve">, and </w:t>
      </w:r>
      <w:r>
        <w:rPr>
          <w:shd w:fill="B7DDE8" w:val="clear"/>
        </w:rPr>
        <w:t xml:space="preserve">it is from God</w:t>
      </w:r>
      <w:r>
        <w:rPr>
          <w:b w:val="false"/>
          <w:i w:val="false"/>
          <w:color w:val="000000"/>
          <w:u w:val="none"/>
        </w:rPr>
        <w:t xml:space="preserve"> [1JTH]</w:t>
      </w:r>
      <w:r>
        <w:rPr/>
        <w:t xml:space="preserve">.</w:t>
      </w:r>
    </w:p>
    <w:p>
      <w:pPr>
        <w:pStyle w:val="Yellow"/>
        <w:rPr/>
      </w:pPr>
      <w:r>
        <w:rPr>
          <w:b/>
        </w:rPr>
        <w:t xml:space="preserve">2 Thessalonians 2:8</w:t>
      </w:r>
      <w:r>
        <w:rPr/>
        <w:t xml:space="preserve"> — And then </w:t>
      </w:r>
      <w:r>
        <w:rPr>
          <w:shd w:fill="B7DDE8" w:val="clear"/>
        </w:rPr>
        <w:t xml:space="preserve">the lawless one will be revealed</w:t>
      </w:r>
      <w:r>
        <w:rPr>
          <w:b w:val="false"/>
          <w:i w:val="false"/>
          <w:color w:val="000000"/>
          <w:u w:val="none"/>
        </w:rPr>
        <w:t xml:space="preserve"> [1JVD]</w:t>
      </w:r>
      <w:r>
        <w:rPr/>
        <w:t xml:space="preserve">, whom </w:t>
      </w:r>
      <w:r>
        <w:rPr>
          <w:shd w:fill="B7DDE8" w:val="clear"/>
        </w:rPr>
        <w:t xml:space="preserve">the Lord Jesus will slay with the breath of His mouth</w:t>
      </w:r>
      <w:r>
        <w:rPr>
          <w:b w:val="false"/>
          <w:i w:val="false"/>
          <w:color w:val="000000"/>
          <w:u w:val="none"/>
        </w:rPr>
        <w:t xml:space="preserve"> [1JVE]</w:t>
      </w:r>
      <w:r>
        <w:rPr/>
        <w:t xml:space="preserve"> and </w:t>
      </w:r>
      <w:r>
        <w:rPr>
          <w:shd w:fill="B7DDE8" w:val="clear"/>
        </w:rPr>
        <w:t xml:space="preserve">annihilate by the majesty of His arrival</w:t>
      </w:r>
      <w:r>
        <w:rPr>
          <w:b w:val="false"/>
          <w:i w:val="false"/>
          <w:color w:val="000000"/>
          <w:u w:val="none"/>
        </w:rPr>
        <w:t xml:space="preserve"> [1JVF]</w:t>
      </w:r>
      <w:r>
        <w:rPr/>
        <w:t xml:space="preserve">.</w:t>
      </w:r>
    </w:p>
    <w:p>
      <w:pPr>
        <w:pStyle w:val="Yellow"/>
        <w:rPr/>
      </w:pPr>
      <w:r>
        <w:rPr>
          <w:b/>
          <w:shd w:val="clear" w:color="auto" w:fill="548235"/>
          <w:color w:val="FFFFFF"/>
        </w:rPr>
        <w:t xml:space="preserve">Hebrews 10:26–27</w:t>
      </w:r>
      <w:r>
        <w:rPr>
          <w:shd w:val="clear" w:color="auto" w:fill="548235"/>
          <w:color w:val="FFFFFF"/>
        </w:rPr>
        <w:t xml:space="preserve"> — </w:t>
      </w:r>
      <w:r>
        <w:rPr>
          <w:shd w:fill="548235" w:val="clear" w:color="auto"/>
          <w:color w:val="FFFFFF"/>
        </w:rPr>
        <w:t xml:space="preserve">If we deliberately go on sinning after we have received the knowledge of the truth</w:t>
      </w:r>
      <w:r>
        <w:rPr>
          <w:b w:val="false"/>
          <w:i w:val="false"/>
          <w:color w:val="FFFFFF"/>
          <w:u w:val="none"/>
          <w:shd w:val="clear" w:color="auto" w:fill="548235"/>
        </w:rPr>
        <w:t xml:space="preserve"> [1JXG]</w:t>
      </w:r>
      <w:r>
        <w:rPr>
          <w:shd w:val="clear" w:color="auto" w:fill="548235"/>
          <w:color w:val="FFFFFF"/>
        </w:rPr>
        <w:t xml:space="preserve">, </w:t>
      </w:r>
      <w:r>
        <w:rPr>
          <w:shd w:fill="548235" w:val="clear" w:color="auto"/>
          <w:color w:val="FFFFFF"/>
        </w:rPr>
        <w:t xml:space="preserve">no further sacrifice for sins remains</w:t>
      </w:r>
      <w:r>
        <w:rPr>
          <w:b w:val="false"/>
          <w:i w:val="false"/>
          <w:color w:val="FFFFFF"/>
          <w:u w:val="none"/>
          <w:shd w:val="clear" w:color="auto" w:fill="548235"/>
        </w:rPr>
        <w:t xml:space="preserve"> [1JXH]</w:t>
      </w:r>
      <w:r>
        <w:rPr>
          <w:shd w:val="clear" w:color="auto" w:fill="548235"/>
          <w:color w:val="FFFFFF"/>
        </w:rPr>
        <w:t xml:space="preserve">, but </w:t>
      </w:r>
      <w:r>
        <w:rPr>
          <w:shd w:fill="548235" w:val="clear" w:color="auto"/>
          <w:color w:val="FFFFFF"/>
        </w:rPr>
        <w:t xml:space="preserve">only a fearful expectation of judgment</w:t>
      </w:r>
      <w:r>
        <w:rPr>
          <w:b w:val="false"/>
          <w:i w:val="false"/>
          <w:color w:val="FFFFFF"/>
          <w:u w:val="none"/>
          <w:shd w:val="clear" w:color="auto" w:fill="548235"/>
        </w:rPr>
        <w:t xml:space="preserve"> [1JXI]</w:t>
      </w:r>
      <w:r>
        <w:rPr>
          <w:shd w:val="clear" w:color="auto" w:fill="548235"/>
          <w:color w:val="FFFFFF"/>
        </w:rPr>
        <w:t xml:space="preserve"> and of </w:t>
      </w:r>
      <w:r>
        <w:rPr>
          <w:shd w:fill="548235" w:val="clear" w:color="auto"/>
          <w:color w:val="FFFFFF"/>
        </w:rPr>
        <w:t xml:space="preserve">raging fire that will consume all adversaries</w:t>
      </w:r>
      <w:r>
        <w:rPr>
          <w:b w:val="false"/>
          <w:i w:val="false"/>
          <w:color w:val="FFFFFF"/>
          <w:u w:val="none"/>
          <w:shd w:val="clear" w:color="auto" w:fill="548235"/>
        </w:rPr>
        <w:t xml:space="preserve"> [1JXJ]</w:t>
      </w:r>
      <w:r>
        <w:rPr>
          <w:shd w:val="clear" w:color="auto" w:fill="548235"/>
          <w:color w:val="FFFFFF"/>
        </w:rPr>
        <w:t xml:space="preserve">.</w:t>
      </w:r>
    </w:p>
    <w:p>
      <w:pPr>
        <w:pStyle w:val="Yellow"/>
        <w:rPr/>
      </w:pPr>
      <w:r>
        <w:rPr>
          <w:b/>
        </w:rPr>
        <w:t>Hebrews 12:25</w:t>
      </w:r>
      <w:r>
        <w:rPr/>
        <w:t xml:space="preserve"> — </w:t>
      </w:r>
      <w:r>
        <w:rPr>
          <w:shd w:fill="B7DDE8" w:val="clear"/>
        </w:rPr>
        <w:t>See to it that you do not refuse Him who speaks</w:t>
      </w:r>
      <w:r>
        <w:rPr>
          <w:b w:val="false"/>
          <w:i w:val="false"/>
          <w:color w:val="000000"/>
          <w:u w:val="none"/>
        </w:rPr>
        <w:t xml:space="preserve"> [1KR]</w:t>
      </w:r>
      <w:r>
        <w:rPr/>
        <w:t xml:space="preserve">. For </w:t>
      </w:r>
      <w:r>
        <w:rPr>
          <w:shd w:fill="B7DDE8" w:val="clear"/>
        </w:rPr>
        <w:t>if the people did not escape when they refused Him who warned them on earth, how much less will we escape if we reject Him who warns us from heaven</w:t>
      </w:r>
      <w:r>
        <w:rPr>
          <w:b w:val="false"/>
          <w:i w:val="false"/>
          <w:color w:val="000000"/>
          <w:u w:val="none"/>
        </w:rPr>
        <w:t xml:space="preserve"> [1LQ]</w:t>
      </w:r>
      <w:r>
        <w:rPr/>
        <w:t>?</w:t>
      </w:r>
    </w:p>
    <w:p>
      <w:pPr>
        <w:pStyle w:val="Yellow"/>
        <w:rPr/>
        <w:pBdr>
          <w:left w:val="single" w:sz="28" w:space="5" w:color="C00000"/>
        </w:pBdr>
      </w:pPr>
      <w:r>
        <w:rPr>
          <w:b/>
        </w:rPr>
        <w:t xml:space="preserve">2 Peter 2:3</w:t>
      </w:r>
      <w:r>
        <w:rPr/>
        <w:t xml:space="preserve"> — </w:t>
      </w:r>
      <w:r>
        <w:rPr>
          <w:shd w:fill="F4B183" w:val="clear" w:color="auto"/>
          <w:color w:val="000000"/>
        </w:rPr>
        <w:t xml:space="preserve">In their greed, these false teachers will exploit you with deceptive words</w:t>
      </w:r>
      <w:r>
        <w:rPr>
          <w:b w:val="false"/>
          <w:i w:val="false"/>
          <w:color w:val="000000"/>
          <w:u w:val="none"/>
          <w:shd w:val="clear" w:color="auto" w:fill="F4B183"/>
        </w:rPr>
        <w:t xml:space="preserve"> [1JSF]</w:t>
      </w:r>
      <w:r>
        <w:rPr/>
        <w:t xml:space="preserve">. </w:t>
      </w:r>
      <w:r>
        <w:rPr>
          <w:shd w:fill="B7DDE8" w:val="clear"/>
        </w:rPr>
        <w:t xml:space="preserve">The longstanding verdict against them remains in force</w:t>
      </w:r>
      <w:r>
        <w:rPr>
          <w:b w:val="false"/>
          <w:i w:val="false"/>
          <w:color w:val="000000"/>
          <w:u w:val="none"/>
        </w:rPr>
        <w:t xml:space="preserve"> [1JSG]</w:t>
      </w:r>
      <w:r>
        <w:rPr/>
        <w:t xml:space="preserve">, and </w:t>
      </w:r>
      <w:r>
        <w:rPr>
          <w:shd w:fill="B7DDE8" w:val="clear"/>
        </w:rPr>
        <w:t xml:space="preserve">their destruction does not sleep</w:t>
      </w:r>
      <w:r>
        <w:rPr>
          <w:b w:val="false"/>
          <w:i w:val="false"/>
          <w:color w:val="000000"/>
          <w:u w:val="none"/>
        </w:rPr>
        <w:t xml:space="preserve"> [1JSH]</w:t>
      </w:r>
      <w:r>
        <w:rPr/>
        <w:t xml:space="preserve">.</w:t>
      </w:r>
    </w:p>
    <w:p>
      <w:pPr>
        <w:pStyle w:val="Yellow"/>
        <w:rPr/>
      </w:pPr>
      <w:r>
        <w:rPr>
          <w:b/>
        </w:rPr>
        <w:t xml:space="preserve">2 Peter 2:10-13</w:t>
      </w:r>
      <w:r>
        <w:rPr/>
        <w:t xml:space="preserve"> — </w:t>
      </w:r>
      <w:r>
        <w:rPr>
          <w:shd w:fill="B7DDE8" w:val="clear"/>
        </w:rPr>
        <w:t xml:space="preserve">Such punishment is specially reserved for those who indulge the corrupt desires of the flesh and despise authority</w:t>
      </w:r>
      <w:r>
        <w:rPr>
          <w:b w:val="false"/>
          <w:i w:val="false"/>
          <w:color w:val="000000"/>
          <w:u w:val="none"/>
        </w:rPr>
        <w:t xml:space="preserve"> [1IDR]</w:t>
      </w:r>
      <w:r>
        <w:rPr/>
        <w:t xml:space="preserve">. </w:t>
      </w:r>
      <w:r>
        <w:rPr>
          <w:shd w:fill="B7DDE8" w:val="clear"/>
        </w:rPr>
        <w:t xml:space="preserve">Bold and self-willed, they are unafraid to slander glorious beings</w:t>
      </w:r>
      <w:r>
        <w:rPr>
          <w:b w:val="false"/>
          <w:i w:val="false"/>
          <w:color w:val="000000"/>
          <w:u w:val="none"/>
        </w:rPr>
        <w:t xml:space="preserve"> [1IDS]</w:t>
      </w:r>
      <w:r>
        <w:rPr/>
        <w:t xml:space="preserve">. Yet </w:t>
      </w:r>
      <w:r>
        <w:rPr>
          <w:shd w:fill="B7DDE8" w:val="clear"/>
        </w:rPr>
        <w:t xml:space="preserve">not even angels, though greater in strength and power, dare to bring such slanderous charges against them before the Lord</w:t>
      </w:r>
      <w:r>
        <w:rPr>
          <w:b w:val="false"/>
          <w:i w:val="false"/>
          <w:color w:val="000000"/>
          <w:u w:val="none"/>
        </w:rPr>
        <w:t xml:space="preserve"> [1IDT]</w:t>
      </w:r>
      <w:r>
        <w:rPr/>
        <w:t xml:space="preserve">. </w:t>
      </w:r>
      <w:r>
        <w:rPr>
          <w:shd w:fill="B7DDE8" w:val="clear"/>
        </w:rPr>
        <w:t xml:space="preserve">These men are like irrational animals, creatures of instinct, born to be captured and destroyed</w:t>
      </w:r>
      <w:r>
        <w:rPr>
          <w:b w:val="false"/>
          <w:i w:val="false"/>
          <w:color w:val="000000"/>
          <w:u w:val="none"/>
        </w:rPr>
        <w:t xml:space="preserve"> [1IDU]</w:t>
      </w:r>
      <w:r>
        <w:rPr/>
        <w:t xml:space="preserve">. </w:t>
      </w:r>
      <w:r>
        <w:rPr>
          <w:shd w:fill="B7DDE8" w:val="clear"/>
        </w:rPr>
        <w:t xml:space="preserve">They blaspheme in matters they do not understand</w:t>
      </w:r>
      <w:r>
        <w:rPr>
          <w:b w:val="false"/>
          <w:i w:val="false"/>
          <w:color w:val="000000"/>
          <w:u w:val="none"/>
        </w:rPr>
        <w:t xml:space="preserve"> [2IDV]</w:t>
      </w:r>
      <w:r>
        <w:rPr/>
        <w:t xml:space="preserve">, and </w:t>
      </w:r>
      <w:r>
        <w:rPr>
          <w:shd w:fill="B7DDE8" w:val="clear"/>
        </w:rPr>
        <w:t xml:space="preserve">like such creatures, they too will be destroyed</w:t>
      </w:r>
      <w:r>
        <w:rPr>
          <w:b w:val="false"/>
          <w:i w:val="false"/>
          <w:color w:val="000000"/>
          <w:u w:val="none"/>
        </w:rPr>
        <w:t xml:space="preserve"> [1IDW]</w:t>
      </w:r>
      <w:r>
        <w:rPr/>
        <w:t xml:space="preserve">. </w:t>
      </w:r>
      <w:r>
        <w:rPr>
          <w:shd w:fill="B7DDE8" w:val="clear"/>
        </w:rPr>
        <w:t xml:space="preserve">The harm they will suffer is the wages of their wickedness</w:t>
      </w:r>
      <w:r>
        <w:rPr>
          <w:b w:val="false"/>
          <w:i w:val="false"/>
          <w:color w:val="000000"/>
          <w:u w:val="none"/>
        </w:rPr>
        <w:t xml:space="preserve"> [1IDX]</w:t>
      </w:r>
      <w:r>
        <w:rPr/>
        <w:t xml:space="preserve">.</w:t>
      </w:r>
    </w:p>
    <w:p>
      <w:pPr>
        <w:pStyle w:val="Yellow"/>
        <w:rPr/>
      </w:pPr>
      <w:r>
        <w:rPr>
          <w:b/>
          <w:shd w:val="clear" w:color="auto" w:fill="548235"/>
          <w:color w:val="FFFFFF"/>
        </w:rPr>
        <w:t xml:space="preserve">Revelation 2:11</w:t>
      </w:r>
      <w:r>
        <w:rPr>
          <w:shd w:val="clear" w:color="auto" w:fill="548235"/>
          <w:color w:val="FFFFFF"/>
        </w:rPr>
        <w:t xml:space="preserve"> — </w:t>
      </w:r>
      <w:r>
        <w:rPr>
          <w:shd w:fill="548235" w:val="clear" w:color="auto"/>
          <w:color w:val="FFFFFF"/>
        </w:rPr>
        <w:t xml:space="preserve">The one who overcomes will not be harmed by the second death</w:t>
      </w:r>
      <w:r>
        <w:rPr>
          <w:b w:val="false"/>
          <w:i w:val="false"/>
          <w:color w:val="FFFFFF"/>
          <w:u w:val="none"/>
          <w:shd w:val="clear" w:color="auto" w:fill="548235"/>
        </w:rPr>
        <w:t xml:space="preserve"> [1IYM]</w:t>
      </w:r>
      <w:r>
        <w:rPr>
          <w:shd w:val="clear" w:color="auto" w:fill="548235"/>
          <w:color w:val="FFFFFF"/>
        </w:rPr>
        <w:t xml:space="preserve">.</w:t>
      </w:r>
    </w:p>
    <w:p>
      <w:pPr>
        <w:pStyle w:val="Yellow"/>
        <w:rPr/>
      </w:pPr>
      <w:r>
        <w:rPr>
          <w:b/>
          <w:shd w:val="clear" w:color="auto" w:fill="548235"/>
          <w:color w:val="FFFFFF"/>
        </w:rPr>
        <w:t xml:space="preserve">Revelation 9:6</w:t>
      </w:r>
      <w:r>
        <w:rPr>
          <w:shd w:val="clear" w:color="auto" w:fill="548235"/>
          <w:color w:val="FFFFFF"/>
        </w:rPr>
        <w:t xml:space="preserve"> — In those days </w:t>
      </w:r>
      <w:r>
        <w:rPr>
          <w:shd w:fill="548235" w:val="clear" w:color="auto"/>
          <w:color w:val="FFFFFF"/>
        </w:rPr>
        <w:t xml:space="preserve">men will seek death and will not find it</w:t>
      </w:r>
      <w:r>
        <w:rPr>
          <w:b w:val="false"/>
          <w:i w:val="false"/>
          <w:color w:val="FFFFFF"/>
          <w:u w:val="none"/>
          <w:shd w:val="clear" w:color="auto" w:fill="548235"/>
        </w:rPr>
        <w:t xml:space="preserve"> [1IYJ]</w:t>
      </w:r>
      <w:r>
        <w:rPr>
          <w:shd w:val="clear" w:color="auto" w:fill="548235"/>
          <w:color w:val="FFFFFF"/>
        </w:rPr>
        <w:t xml:space="preserve">; </w:t>
      </w:r>
      <w:r>
        <w:rPr>
          <w:shd w:fill="548235" w:val="clear" w:color="auto"/>
          <w:color w:val="FFFFFF"/>
        </w:rPr>
        <w:t xml:space="preserve">they will long to die</w:t>
      </w:r>
      <w:r>
        <w:rPr>
          <w:b w:val="false"/>
          <w:i w:val="false"/>
          <w:color w:val="FFFFFF"/>
          <w:u w:val="none"/>
          <w:shd w:val="clear" w:color="auto" w:fill="548235"/>
        </w:rPr>
        <w:t xml:space="preserve"> [1IYK]</w:t>
      </w:r>
      <w:r>
        <w:rPr>
          <w:shd w:val="clear" w:color="auto" w:fill="548235"/>
          <w:color w:val="FFFFFF"/>
        </w:rPr>
        <w:t xml:space="preserve">, but </w:t>
      </w:r>
      <w:r>
        <w:rPr>
          <w:shd w:fill="548235" w:val="clear" w:color="auto"/>
          <w:color w:val="FFFFFF"/>
        </w:rPr>
        <w:t xml:space="preserve">death will escape them</w:t>
      </w:r>
      <w:r>
        <w:rPr>
          <w:b w:val="false"/>
          <w:i w:val="false"/>
          <w:color w:val="FFFFFF"/>
          <w:u w:val="none"/>
          <w:shd w:val="clear" w:color="auto" w:fill="548235"/>
        </w:rPr>
        <w:t xml:space="preserve"> [1IYL]</w:t>
      </w:r>
      <w:r>
        <w:rPr>
          <w:shd w:val="clear" w:color="auto" w:fill="548235"/>
          <w:color w:val="FFFFFF"/>
        </w:rPr>
        <w:t xml:space="preserve">.</w:t>
      </w:r>
    </w:p>
    <w:p>
      <w:pPr>
        <w:pStyle w:val="Yellow"/>
        <w:rPr/>
      </w:pPr>
      <w:r>
        <w:t xml:space="preserve">(Re18:7ᶜ Because Babylon² “has glorified herself and lived in luxury”¹) </w:t>
      </w:r>
      <w:r>
        <w:rPr>
          <w:b/>
        </w:rPr>
        <w:t>Revelation 18:8</w:t>
      </w:r>
      <w:r>
        <w:t xml:space="preserve"> — {Therefore} </w:t>
      </w:r>
      <w:r>
        <w:rPr>
          <w:shd w:fill="B7DDE8" w:val="clear"/>
        </w:rPr>
        <w:t>{her} plagues will come in one day—death and grief and famine</w:t>
      </w:r>
      <w:r>
        <w:rPr>
          <w:b w:val="false"/>
          <w:i w:val="false"/>
          <w:color w:val="000000"/>
          <w:u w:val="none"/>
        </w:rPr>
        <w:t xml:space="preserve"> [1JOT]</w:t>
      </w:r>
      <w:r>
        <w:t xml:space="preserve">—and </w:t>
      </w:r>
      <w:r>
        <w:rPr>
          <w:shd w:fill="B7DDE8" w:val="clear"/>
        </w:rPr>
        <w:t>she will be consumed by fire</w:t>
      </w:r>
      <w:r>
        <w:rPr>
          <w:b w:val="false"/>
          <w:i w:val="false"/>
          <w:color w:val="000000"/>
          <w:u w:val="none"/>
        </w:rPr>
        <w:t xml:space="preserve"> [1JOU]</w:t>
      </w:r>
      <w:r>
        <w:t xml:space="preserve">, for </w:t>
      </w:r>
      <w:r>
        <w:rPr>
          <w:shd w:fill="B7DDE8" w:val="clear"/>
        </w:rPr>
        <w:t>mighty is the Lord God</w:t>
      </w:r>
      <w:r>
        <w:rPr>
          <w:b w:val="false"/>
          <w:i w:val="false"/>
          <w:color w:val="000000"/>
          <w:u w:val="none"/>
        </w:rPr>
        <w:t xml:space="preserve"> [4MFN]</w:t>
      </w:r>
      <w:r>
        <w:t xml:space="preserve"> </w:t>
      </w:r>
      <w:r>
        <w:rPr>
          <w:shd w:fill="B7DDE8" w:val="clear"/>
        </w:rPr>
        <w:t>who judges her</w:t>
      </w:r>
      <w:r>
        <w:rPr>
          <w:b w:val="false"/>
          <w:i w:val="false"/>
          <w:color w:val="000000"/>
          <w:u w:val="none"/>
        </w:rPr>
        <w:t xml:space="preserve"> [1JOV]</w:t>
      </w:r>
      <w:r>
        <w:t>.</w:t>
      </w:r>
    </w:p>
    <w:p>
      <w:pPr>
        <w:pStyle w:val="Yellow"/>
        <w:rPr/>
      </w:pPr>
      <w:r>
        <w:rPr>
          <w:b/>
          <w:u w:val="none"/>
        </w:rPr>
        <w:t xml:space="preserve">Revelation 20:14</w:t>
      </w:r>
      <w:r>
        <w:rPr>
          <w:u w:val="none"/>
        </w:rPr>
        <w:t xml:space="preserve"> — Then </w:t>
      </w:r>
      <w:r>
        <w:rPr>
          <w:u w:val="none"/>
          <w:shd w:fill="B7DDE8" w:val="clear"/>
        </w:rPr>
        <w:t xml:space="preserve">Death and Hades </w:t>
      </w:r>
      <w:r>
        <w:rPr>
          <w:u w:val="none"/>
          <w:shd w:fill="B7DDE8" w:val="clear"/>
        </w:rPr>
        <w:t xml:space="preserve">were thrown into the lake of fire</w:t>
      </w:r>
      <w:r>
        <w:rPr>
          <w:b w:val="false"/>
          <w:i w:val="false"/>
          <w:color w:val="000000"/>
          <w:u w:val="none"/>
        </w:rPr>
        <w:t xml:space="preserve"> [1JOW]</w:t>
      </w:r>
      <w:r>
        <w:rPr>
          <w:u w:val="none"/>
        </w:rPr>
        <w:t xml:space="preserve">. </w:t>
      </w:r>
      <w:r>
        <w:rPr>
          <w:u w:val="none"/>
          <w:shd w:val="clear" w:color="auto" w:fill="D9C3E6"/>
        </w:rPr>
        <w:t xml:space="preserve">This is the second death—the lake of fire</w:t>
      </w:r>
      <w:r>
        <w:rPr>
          <w:b w:val="false"/>
          <w:i w:val="false"/>
          <w:color w:val="000000"/>
          <w:u w:val="none"/>
        </w:rPr>
        <w:t xml:space="preserve"> [2JOX]</w:t>
      </w:r>
      <w:r>
        <w:rPr>
          <w:u w:val="none"/>
          <w:shd w:val="clear" w:color="auto" w:fill="D9C3E6"/>
        </w:rPr>
        <w:t xml:space="preserve">.</w:t>
      </w:r>
    </w:p>
    <w:p>
      <w:pPr>
        <w:pStyle w:val="Yellow"/>
        <w:rPr/>
      </w:pPr>
      <w:r>
        <w:rPr>
          <w:b/>
          <w:u w:val="none"/>
        </w:rPr>
        <w:t xml:space="preserve">Revelation 20:15</w:t>
      </w:r>
      <w:r>
        <w:rPr>
          <w:u w:val="none"/>
        </w:rPr>
        <w:t xml:space="preserve"> — And </w:t>
      </w:r>
      <w:r>
        <w:rPr>
          <w:u w:val="none"/>
          <w:shd w:fill="B7DDE8" w:val="clear"/>
        </w:rPr>
        <w:t xml:space="preserve">if anyone was found whose name was not written in the Book of Life, he </w:t>
      </w:r>
      <w:r>
        <w:rPr>
          <w:u w:val="none"/>
          <w:shd w:fill="B7DDE8" w:val="clear"/>
        </w:rPr>
        <w:t xml:space="preserve">was thrown into the lake of fire</w:t>
      </w:r>
      <w:r>
        <w:rPr>
          <w:b w:val="false"/>
          <w:i w:val="false"/>
          <w:color w:val="000000"/>
          <w:u w:val="none"/>
        </w:rPr>
        <w:t xml:space="preserve"> [1KQP]</w:t>
      </w:r>
      <w:r>
        <w:rPr>
          <w:u w:val="none"/>
        </w:rPr>
        <w:t xml:space="preserve">.</w:t>
      </w:r>
    </w:p>
    <w:p>
      <w:pPr>
        <w:pStyle w:val="Yellow"/>
        <w:rPr/>
      </w:pPr>
      <w:r>
        <w:rPr>
          <w:b/>
        </w:rPr>
        <w:t xml:space="preserve">Revelation 21:8</w:t>
      </w:r>
      <w:r>
        <w:rPr/>
        <w:t xml:space="preserve"> — But </w:t>
      </w:r>
      <w:r>
        <w:rPr>
          <w:shd w:fill="B7DDE8" w:val="clear"/>
        </w:rPr>
        <w:t xml:space="preserve">to the cowardly and unbelieving and abominable and murderers and sexually immoral and sorcerers and idolaters and all liars, their place will be in the lake that burns with fire and sulfur</w:t>
      </w:r>
      <w:r>
        <w:rPr>
          <w:b w:val="false"/>
          <w:i w:val="false"/>
          <w:color w:val="000000"/>
          <w:u w:val="none"/>
        </w:rPr>
        <w:t xml:space="preserve"> [1JOY]</w:t>
      </w:r>
      <w:r>
        <w:rPr/>
        <w:t xml:space="preserve">. </w:t>
      </w:r>
      <w:r>
        <w:rPr/>
        <w:t xml:space="preserve">This is the second death</w:t>
      </w:r>
      <w:r>
        <w:rPr>
          <w:b w:val="false"/>
          <w:i w:val="false"/>
          <w:color w:val="000000"/>
          <w:u w:val="none"/>
        </w:rPr>
        <w:t xml:space="preserve"> [2JOX]</w:t>
      </w:r>
      <w:r>
        <w:rPr/>
        <w:t xml:space="preserve">.</w:t>
      </w:r>
    </w:p>
    <w:p>
      <w:r>
        <w:rPr>
          <w:b/>
          <w:sz w:val="32"/>
          <w:highlight w:val="yellow"/>
        </w:rPr>
        <w:t>Counsel and Advisers  (12)</w:t>
      </w:r>
    </w:p>
    <w:p>
      <w:pPr>
        <w:pStyle w:val="Yellow"/>
        <w:rPr/>
      </w:pPr>
      <w:r>
        <w:rPr>
          <w:b/>
          <w:u w:val="none"/>
          <w:color w:val="auto"/>
        </w:rPr>
        <w:t>Psalm 33:11</w:t>
      </w:r>
      <w:r>
        <w:rPr>
          <w:u w:val="none"/>
          <w:color w:val="auto"/>
        </w:rPr>
        <w:t xml:space="preserve"> — </w:t>
      </w:r>
      <w:r>
        <w:rPr>
          <w:u w:val="none"/>
          <w:color w:val="auto"/>
        </w:rPr>
        <w:t>The counsel of the LORD stands forever</w:t>
      </w:r>
      <w:r>
        <w:rPr>
          <w:b w:val="false"/>
          <w:i w:val="false"/>
          <w:color w:val="auto"/>
          <w:u w:val="none"/>
        </w:rPr>
        <w:t xml:space="preserve"> [1DMG]</w:t>
      </w:r>
      <w:r>
        <w:rPr>
          <w:u w:val="none"/>
          <w:color w:val="auto"/>
        </w:rPr>
        <w:t xml:space="preserve">, </w:t>
      </w:r>
      <w:r>
        <w:rPr>
          <w:u w:val="none"/>
          <w:color w:val="auto"/>
        </w:rPr>
        <w:t>the purposes of His heart to all generations</w:t>
      </w:r>
      <w:r>
        <w:rPr>
          <w:b w:val="false"/>
          <w:i w:val="false"/>
          <w:color w:val="auto"/>
          <w:u w:val="none"/>
        </w:rPr>
        <w:t xml:space="preserve"> [1DMG]</w:t>
      </w:r>
      <w:r>
        <w:rPr>
          <w:u w:val="none"/>
          <w:color w:val="auto"/>
        </w:rPr>
        <w:t>.</w:t>
      </w:r>
    </w:p>
    <w:p>
      <w:pPr>
        <w:pStyle w:val="Yellow"/>
        <w:rPr/>
      </w:pPr>
      <w:r>
        <w:rPr>
          <w:b/>
        </w:rPr>
        <w:t>Proverbs 11:14</w:t>
      </w:r>
      <w:r>
        <w:t xml:space="preserve"> — </w:t>
      </w:r>
      <w:r>
        <w:rPr>
          <w:shd w:fill="B7DDE8" w:val="clear"/>
        </w:rPr>
        <w:t>For lack of guidance, a nation falls</w:t>
      </w:r>
      <w:r>
        <w:rPr>
          <w:b w:val="false"/>
          <w:i w:val="false"/>
          <w:color w:val="000000"/>
          <w:u w:val="none"/>
        </w:rPr>
        <w:t xml:space="preserve"> [1BQS]</w:t>
      </w:r>
      <w:r>
        <w:t xml:space="preserve">, but </w:t>
      </w:r>
      <w:r>
        <w:rPr>
          <w:shd w:fill="B7DDE8" w:val="clear"/>
        </w:rPr>
        <w:t>with many counselors comes deliverance</w:t>
      </w:r>
      <w:r>
        <w:rPr>
          <w:b w:val="false"/>
          <w:i w:val="false"/>
          <w:color w:val="000000"/>
          <w:u w:val="none"/>
        </w:rPr>
        <w:t xml:space="preserve"> [1BQT]</w:t>
      </w:r>
      <w:r>
        <w:t>.</w:t>
      </w:r>
    </w:p>
    <w:p>
      <w:pPr>
        <w:pStyle w:val="Yellow"/>
        <w:rPr/>
      </w:pPr>
      <w:r>
        <w:rPr>
          <w:b/>
          <w:shd w:val="clear" w:color="auto" w:fill="548235"/>
          <w:color w:val="FFFFFF"/>
        </w:rPr>
        <w:t>Proverbs 15:22</w:t>
      </w:r>
      <w:r>
        <w:rPr>
          <w:shd w:val="clear" w:color="auto" w:fill="548235"/>
          <w:color w:val="FFFFFF"/>
        </w:rPr>
        <w:t xml:space="preserve"> — </w:t>
      </w:r>
      <w:r>
        <w:rPr>
          <w:shd w:val="clear" w:fill="548235" w:color="auto"/>
          <w:color w:val="FFFFFF"/>
        </w:rPr>
        <w:t>Plans fail for lack of counsel</w:t>
      </w:r>
      <w:r>
        <w:rPr>
          <w:b w:val="false"/>
          <w:i w:val="false"/>
          <w:color w:val="FFFFFF"/>
          <w:u w:val="none"/>
          <w:shd w:val="clear" w:color="auto" w:fill="548235"/>
        </w:rPr>
        <w:t xml:space="preserve"> [1DMC]</w:t>
      </w:r>
      <w:r>
        <w:rPr>
          <w:shd w:val="clear" w:color="auto" w:fill="548235"/>
          <w:color w:val="FFFFFF"/>
        </w:rPr>
        <w:t xml:space="preserve">, but </w:t>
      </w:r>
      <w:r>
        <w:rPr>
          <w:shd w:val="clear" w:fill="548235" w:color="auto"/>
          <w:color w:val="FFFFFF"/>
        </w:rPr>
        <w:t>with many advisers they succeed</w:t>
      </w:r>
      <w:r>
        <w:rPr>
          <w:b w:val="false"/>
          <w:i w:val="false"/>
          <w:color w:val="FFFFFF"/>
          <w:u w:val="none"/>
          <w:shd w:val="clear" w:color="auto" w:fill="548235"/>
        </w:rPr>
        <w:t xml:space="preserve"> [1DMD]</w:t>
      </w:r>
      <w:r>
        <w:rPr>
          <w:shd w:val="clear" w:color="auto" w:fill="548235"/>
          <w:color w:val="FFFFFF"/>
        </w:rPr>
        <w:t>.</w:t>
      </w:r>
    </w:p>
    <w:p>
      <w:pPr>
        <w:pStyle w:val="Green"/>
        <w:rPr/>
      </w:pPr>
      <w:r>
        <w:rPr>
          <w:b/>
        </w:rPr>
        <w:t xml:space="preserve">Proverbs 16:3</w:t>
      </w:r>
      <w:r>
        <w:rPr/>
        <w:t xml:space="preserve"> — </w:t>
      </w:r>
      <w:r>
        <w:rPr>
          <w:shd w:fill="B7DDE8" w:val="clear"/>
        </w:rPr>
        <w:t xml:space="preserve">Commit your works to the LORD</w:t>
      </w:r>
      <w:r>
        <w:rPr>
          <w:b w:val="false"/>
          <w:i w:val="false"/>
          <w:color w:val="000000"/>
          <w:u w:val="none"/>
        </w:rPr>
        <w:t xml:space="preserve"> [1HAP]</w:t>
      </w:r>
      <w:r>
        <w:rPr/>
        <w:t xml:space="preserve"> and </w:t>
      </w:r>
      <w:r>
        <w:rPr>
          <w:shd w:fill="B7DDE8" w:val="clear"/>
        </w:rPr>
        <w:t xml:space="preserve">your plans will be achieved</w:t>
      </w:r>
      <w:r>
        <w:rPr>
          <w:b w:val="false"/>
          <w:i w:val="false"/>
          <w:color w:val="000000"/>
          <w:u w:val="none"/>
        </w:rPr>
        <w:t xml:space="preserve"> [1HAQ]</w:t>
      </w:r>
      <w:r>
        <w:rPr/>
        <w:t xml:space="preserve">.</w:t>
      </w:r>
    </w:p>
    <w:p>
      <w:pPr>
        <w:pStyle w:val="Green"/>
        <w:rPr/>
      </w:pPr>
      <w:r>
        <w:rPr>
          <w:b/>
        </w:rPr>
        <w:t xml:space="preserve">Proverbs 16:9</w:t>
      </w:r>
      <w:r>
        <w:rPr/>
        <w:t xml:space="preserve"> — </w:t>
      </w:r>
      <w:r>
        <w:rPr>
          <w:shd w:fill="B7DDE8" w:val="clear"/>
        </w:rPr>
        <w:t xml:space="preserve">A man’s heart plans his course</w:t>
      </w:r>
      <w:r>
        <w:rPr>
          <w:b w:val="false"/>
          <w:i w:val="false"/>
          <w:color w:val="000000"/>
          <w:u w:val="none"/>
        </w:rPr>
        <w:t xml:space="preserve"> [1HMV]</w:t>
      </w:r>
      <w:r>
        <w:rPr/>
        <w:t xml:space="preserve">, but </w:t>
      </w:r>
      <w:r>
        <w:rPr>
          <w:shd w:fill="B7DDE8" w:val="clear"/>
        </w:rPr>
        <w:t xml:space="preserve">the LORD determines his steps</w:t>
      </w:r>
      <w:r>
        <w:rPr>
          <w:b w:val="false"/>
          <w:i w:val="false"/>
          <w:color w:val="000000"/>
          <w:u w:val="none"/>
        </w:rPr>
        <w:t xml:space="preserve"> [3FBL]</w:t>
      </w:r>
      <w:r>
        <w:rPr/>
        <w:t xml:space="preserve">.</w:t>
      </w:r>
    </w:p>
    <w:p>
      <w:pPr>
        <w:pStyle w:val="Yellow"/>
        <w:rPr/>
        <w:pBdr>
          <w:left w:val="single" w:sz="28" w:space="5" w:color="C00000"/>
        </w:pBdr>
      </w:pPr>
      <w:r>
        <w:rPr>
          <w:b/>
        </w:rPr>
        <w:t xml:space="preserve">Proverbs 19:21</w:t>
      </w:r>
      <w:r>
        <w:rPr/>
        <w:t xml:space="preserve"> — </w:t>
      </w:r>
      <w:r>
        <w:rPr>
          <w:shd w:fill="B7DDE8" w:val="clear"/>
        </w:rPr>
        <w:t xml:space="preserve">Many plans are in a man’s heart</w:t>
      </w:r>
      <w:r>
        <w:rPr>
          <w:b w:val="false"/>
          <w:i w:val="false"/>
          <w:color w:val="000000"/>
          <w:u w:val="none"/>
        </w:rPr>
        <w:t xml:space="preserve"> [1HMU]</w:t>
      </w:r>
      <w:r>
        <w:rPr/>
        <w:t xml:space="preserve">, but </w:t>
      </w:r>
      <w:r>
        <w:rPr>
          <w:shd w:fill="F4B183" w:val="clear" w:color="auto"/>
          <w:color w:val="000000"/>
        </w:rPr>
        <w:t xml:space="preserve">the purpose of the LORD will prevail</w:t>
      </w:r>
      <w:r>
        <w:rPr>
          <w:b w:val="false"/>
          <w:i w:val="false"/>
          <w:color w:val="000000"/>
          <w:u w:val="none"/>
          <w:shd w:val="clear" w:color="auto" w:fill="F4B183"/>
        </w:rPr>
        <w:t xml:space="preserve"> [3JS]</w:t>
      </w:r>
      <w:r>
        <w:rPr/>
        <w:t xml:space="preserve">.</w:t>
      </w:r>
    </w:p>
    <w:p>
      <w:pPr>
        <w:pStyle w:val="Yellow"/>
        <w:rPr/>
      </w:pPr>
      <w:r>
        <w:rPr>
          <w:b/>
        </w:rPr>
        <w:t>Proverbs 24:6</w:t>
      </w:r>
      <w:r>
        <w:rPr/>
        <w:t xml:space="preserve"> — Only </w:t>
      </w:r>
      <w:r>
        <w:rPr>
          <w:shd w:val="clear" w:fill="B7DDE8"/>
        </w:rPr>
        <w:t>with sound guidance should you wage war</w:t>
      </w:r>
      <w:r>
        <w:rPr>
          <w:b w:val="false"/>
          <w:i w:val="false"/>
          <w:color w:val="000000"/>
          <w:u w:val="none"/>
        </w:rPr>
        <w:t xml:space="preserve"> [1DTS]</w:t>
      </w:r>
      <w:r>
        <w:rPr/>
        <w:t xml:space="preserve">, and </w:t>
      </w:r>
      <w:r>
        <w:rPr>
          <w:shd w:val="clear" w:fill="B7DDE8"/>
        </w:rPr>
        <w:t>victory lies in a multitude of counselors</w:t>
      </w:r>
      <w:r>
        <w:rPr>
          <w:b w:val="false"/>
          <w:i w:val="false"/>
          <w:color w:val="000000"/>
          <w:u w:val="none"/>
        </w:rPr>
        <w:t xml:space="preserve"> [1DTT]</w:t>
      </w:r>
      <w:r>
        <w:rPr/>
        <w:t>.</w:t>
      </w:r>
    </w:p>
    <w:p>
      <w:pPr>
        <w:pStyle w:val="Yellow"/>
        <w:rPr/>
      </w:pPr>
      <w:r>
        <w:rPr>
          <w:b/>
          <w:shd w:val="clear" w:color="auto" w:fill="548235"/>
          <w:color w:val="FFFFFF"/>
        </w:rPr>
        <w:t xml:space="preserve">Proverbs 27:6</w:t>
      </w:r>
      <w:r>
        <w:rPr>
          <w:shd w:val="clear" w:color="auto" w:fill="548235"/>
          <w:color w:val="FFFFFF"/>
        </w:rPr>
        <w:t xml:space="preserve"> — </w:t>
      </w:r>
      <w:r>
        <w:rPr>
          <w:shd w:fill="548235" w:val="clear" w:color="auto"/>
          <w:color w:val="FFFFFF"/>
        </w:rPr>
        <w:t xml:space="preserve">The wounds of a friend are faithful</w:t>
      </w:r>
      <w:r>
        <w:rPr>
          <w:b w:val="false"/>
          <w:i w:val="false"/>
          <w:color w:val="FFFFFF"/>
          <w:u w:val="none"/>
          <w:shd w:val="clear" w:color="auto" w:fill="548235"/>
        </w:rPr>
        <w:t xml:space="preserve"> [1HGH]</w:t>
      </w:r>
      <w:r>
        <w:rPr>
          <w:shd w:val="clear" w:color="auto" w:fill="548235"/>
          <w:color w:val="FFFFFF"/>
        </w:rPr>
        <w:t xml:space="preserve">, but </w:t>
      </w:r>
      <w:r>
        <w:rPr>
          <w:shd w:fill="548235" w:val="clear" w:color="auto"/>
          <w:color w:val="FFFFFF"/>
        </w:rPr>
        <w:t xml:space="preserve">the kisses of an enemy are deceitful</w:t>
      </w:r>
      <w:r>
        <w:rPr>
          <w:b w:val="false"/>
          <w:i w:val="false"/>
          <w:color w:val="FFFFFF"/>
          <w:u w:val="none"/>
          <w:shd w:val="clear" w:color="auto" w:fill="548235"/>
        </w:rPr>
        <w:t xml:space="preserve"> [1HGI]</w:t>
      </w:r>
      <w:r>
        <w:rPr>
          <w:shd w:val="clear" w:color="auto" w:fill="548235"/>
          <w:color w:val="FFFFFF"/>
        </w:rPr>
        <w:t xml:space="preserve">.</w:t>
      </w:r>
    </w:p>
    <w:p>
      <w:pPr>
        <w:pStyle w:val="Yellow"/>
        <w:rPr/>
      </w:pPr>
      <w:r>
        <w:rPr>
          <w:b/>
        </w:rPr>
        <w:t xml:space="preserve">Proverbs 27:9</w:t>
      </w:r>
      <w:r>
        <w:rPr/>
        <w:t xml:space="preserve"> — </w:t>
      </w:r>
      <w:r>
        <w:rPr>
          <w:shd w:fill="B7DDE8" w:val="clear"/>
        </w:rPr>
        <w:t xml:space="preserve">Oil and incense bring joy to the heart</w:t>
      </w:r>
      <w:r>
        <w:rPr>
          <w:b w:val="false"/>
          <w:i w:val="false"/>
          <w:color w:val="000000"/>
          <w:u w:val="none"/>
        </w:rPr>
        <w:t xml:space="preserve"> [1HJW]</w:t>
      </w:r>
      <w:r>
        <w:rPr/>
        <w:t xml:space="preserve">, and </w:t>
      </w:r>
      <w:r>
        <w:rPr>
          <w:shd w:fill="B7DDE8" w:val="clear"/>
        </w:rPr>
        <w:t xml:space="preserve">the counsel of a friend is sweetness to the soul</w:t>
      </w:r>
      <w:r>
        <w:rPr>
          <w:b w:val="false"/>
          <w:i w:val="false"/>
          <w:color w:val="000000"/>
          <w:u w:val="none"/>
        </w:rPr>
        <w:t xml:space="preserve"> [1HJX]</w:t>
      </w:r>
      <w:r>
        <w:rPr/>
        <w:t xml:space="preserve">.</w:t>
      </w:r>
    </w:p>
    <w:p>
      <w:pPr>
        <w:pStyle w:val="Yellow"/>
        <w:rPr/>
      </w:pPr>
      <w:r>
        <w:rPr>
          <w:b/>
        </w:rPr>
        <w:t xml:space="preserve">Proverbs 27:17</w:t>
      </w:r>
      <w:r>
        <w:rPr/>
        <w:t xml:space="preserve"> — </w:t>
      </w:r>
      <w:r>
        <w:rPr>
          <w:shd w:fill="B7DDE8" w:val="clear"/>
        </w:rPr>
        <w:t xml:space="preserve">As iron sharpens iron, so one man sharpens another</w:t>
      </w:r>
      <w:r>
        <w:rPr>
          <w:b w:val="false"/>
          <w:i w:val="false"/>
          <w:color w:val="000000"/>
          <w:u w:val="none"/>
        </w:rPr>
        <w:t xml:space="preserve"> [1HKY]</w:t>
      </w:r>
      <w:r>
        <w:rPr/>
        <w:t xml:space="preserve">.</w:t>
      </w:r>
    </w:p>
    <w:p>
      <w:pPr>
        <w:pStyle w:val="Yellow"/>
        <w:rPr/>
      </w:pPr>
      <w:r>
        <w:rPr>
          <w:b/>
        </w:rPr>
        <w:t xml:space="preserve">Proverbs 28:23</w:t>
      </w:r>
      <w:r>
        <w:rPr/>
        <w:t xml:space="preserve"> — </w:t>
      </w:r>
      <w:r>
        <w:rPr>
          <w:shd w:fill="B7DDE8" w:val="clear"/>
        </w:rPr>
        <w:t xml:space="preserve">He who rebukes a man will later find more favor than one who flatters with his tongue</w:t>
      </w:r>
      <w:r>
        <w:rPr>
          <w:b w:val="false"/>
          <w:i w:val="false"/>
          <w:color w:val="000000"/>
          <w:u w:val="none"/>
        </w:rPr>
        <w:t xml:space="preserve"> [1HSS]</w:t>
      </w:r>
      <w:r>
        <w:rPr/>
        <w:t xml:space="preserve">.</w:t>
      </w:r>
    </w:p>
    <w:p>
      <w:pPr>
        <w:pStyle w:val="Yellow"/>
        <w:rPr/>
      </w:pPr>
      <w:r>
        <w:rPr/>
        <w:t xml:space="preserve">(Is28:23–28 farming wisdom) </w:t>
      </w:r>
      <w:r>
        <w:rPr>
          <w:b/>
        </w:rPr>
        <w:t>Isaiah 28:29</w:t>
      </w:r>
      <w:r>
        <w:rPr/>
        <w:t xml:space="preserve"> — </w:t>
      </w:r>
      <w:r>
        <w:rPr>
          <w:shd w:val="clear" w:fill="B7DDE8"/>
        </w:rPr>
        <w:t>{This} also comes from the LORD of Hosts</w:t>
      </w:r>
      <w:r>
        <w:rPr>
          <w:b w:val="false"/>
          <w:i w:val="false"/>
          <w:color w:val="000000"/>
          <w:u w:val="none"/>
        </w:rPr>
        <w:t xml:space="preserve"> [1DLW]</w:t>
      </w:r>
      <w:r>
        <w:rPr/>
        <w:t xml:space="preserve">, </w:t>
      </w:r>
      <w:r>
        <w:rPr>
          <w:shd w:val="clear" w:fill="B7DDE8"/>
        </w:rPr>
        <w:t>who is wonderful in counsel</w:t>
      </w:r>
      <w:r>
        <w:rPr>
          <w:b w:val="false"/>
          <w:i w:val="false"/>
          <w:color w:val="000000"/>
          <w:u w:val="none"/>
        </w:rPr>
        <w:t xml:space="preserve"> [1DLX]</w:t>
      </w:r>
      <w:r>
        <w:rPr>
          <w:shd w:val="clear" w:color="auto" w:fill="548235"/>
          <w:color w:val="FFFFFF"/>
        </w:rPr>
        <w:t xml:space="preserve"> and </w:t>
      </w:r>
      <w:r>
        <w:rPr>
          <w:shd w:val="clear" w:fill="548235" w:color="auto"/>
          <w:color w:val="FFFFFF"/>
        </w:rPr>
        <w:t>excellent in wisdom</w:t>
      </w:r>
      <w:r>
        <w:rPr>
          <w:b w:val="false"/>
          <w:i w:val="false"/>
          <w:color w:val="FFFFFF"/>
          <w:u w:val="none"/>
          <w:shd w:val="clear" w:color="auto" w:fill="548235"/>
        </w:rPr>
        <w:t xml:space="preserve"> [1DLY]</w:t>
      </w:r>
      <w:r>
        <w:rPr>
          <w:shd w:val="clear" w:color="auto" w:fill="548235"/>
          <w:color w:val="FFFFFF"/>
        </w:rPr>
        <w:t>.</w:t>
      </w:r>
    </w:p>
    <w:p>
      <w:r>
        <w:rPr>
          <w:b/>
          <w:sz w:val="32"/>
          <w:highlight w:val="yellow"/>
        </w:rPr>
        <w:t>Creation  (25)</w:t>
      </w:r>
    </w:p>
    <w:p>
      <w:pPr>
        <w:pStyle w:val="Yellow"/>
        <w:rPr/>
      </w:pPr>
      <w:r>
        <w:rPr>
          <w:b/>
        </w:rPr>
        <w:t>Psalm 24:1–2</w:t>
      </w:r>
      <w:r>
        <w:rPr/>
        <w:t xml:space="preserve"> — </w:t>
      </w:r>
      <w:r>
        <w:rPr>
          <w:shd w:val="clear" w:color="auto" w:fill="D9C3E6"/>
        </w:rPr>
        <w:t>The earth is the LORD’s, and the fullness thereof, the world and all who dwell therein</w:t>
      </w:r>
      <w:r>
        <w:rPr>
          <w:b w:val="false"/>
          <w:i w:val="false"/>
          <w:color w:val="000000"/>
          <w:u w:val="none"/>
        </w:rPr>
        <w:t xml:space="preserve"> [3MV]</w:t>
      </w:r>
      <w:r>
        <w:rPr/>
        <w:t xml:space="preserve">. For </w:t>
      </w:r>
      <w:r>
        <w:rPr>
          <w:shd w:val="clear" w:fill="B7DDE8"/>
        </w:rPr>
        <w:t>He has founded it upon the seas and established it upon the waters</w:t>
      </w:r>
      <w:r>
        <w:rPr>
          <w:b w:val="false"/>
          <w:i w:val="false"/>
          <w:color w:val="000000"/>
          <w:u w:val="none"/>
        </w:rPr>
        <w:t xml:space="preserve"> [1MW]</w:t>
      </w:r>
      <w:r>
        <w:rPr/>
        <w:t>.</w:t>
      </w:r>
    </w:p>
    <w:p>
      <w:pPr>
        <w:pStyle w:val="Yellow"/>
        <w:rPr/>
      </w:pPr>
      <w:r>
        <w:rPr/>
        <w:t xml:space="preserve">(Ps33:6–8 the LORD’s word created the heavens) </w:t>
      </w:r>
      <w:r>
        <w:rPr>
          <w:b/>
        </w:rPr>
        <w:t xml:space="preserve">Psalm 33:9</w:t>
      </w:r>
      <w:r>
        <w:rPr/>
        <w:t xml:space="preserve"> — {For} </w:t>
      </w:r>
      <w:r>
        <w:rPr>
          <w:shd w:fill="B7DDE8" w:val="clear"/>
        </w:rPr>
        <w:t xml:space="preserve">{He} spoke, and it came to be</w:t>
      </w:r>
      <w:r>
        <w:rPr>
          <w:b w:val="false"/>
          <w:i w:val="false"/>
          <w:color w:val="000000"/>
          <w:u w:val="none"/>
        </w:rPr>
        <w:t xml:space="preserve"> [1LQZ]</w:t>
      </w:r>
      <w:r>
        <w:rPr/>
        <w:t xml:space="preserve">; </w:t>
      </w:r>
      <w:r>
        <w:rPr>
          <w:shd w:fill="B7DDE8" w:val="clear"/>
        </w:rPr>
        <w:t xml:space="preserve">He commanded, and it stood firm</w:t>
      </w:r>
      <w:r>
        <w:rPr>
          <w:b w:val="false"/>
          <w:i w:val="false"/>
          <w:color w:val="000000"/>
          <w:u w:val="none"/>
        </w:rPr>
        <w:t xml:space="preserve"> [1LRA]</w:t>
      </w:r>
      <w:r>
        <w:rPr/>
        <w:t xml:space="preserve">.</w:t>
      </w:r>
    </w:p>
    <w:p>
      <w:pPr>
        <w:pStyle w:val="Yellow"/>
        <w:rPr/>
      </w:pPr>
      <w:r>
        <w:rPr>
          <w:b/>
        </w:rPr>
        <w:t>Psalm 89:11–12</w:t>
      </w:r>
      <w:r>
        <w:t xml:space="preserve"> — </w:t>
      </w:r>
      <w:r>
        <w:rPr>
          <w:shd w:fill="B7DDE8" w:val="clear"/>
        </w:rPr>
        <w:t>The heavens are Yours, and also the earth</w:t>
      </w:r>
      <w:r>
        <w:rPr>
          <w:b w:val="false"/>
          <w:i w:val="false"/>
          <w:color w:val="000000"/>
          <w:u w:val="none"/>
        </w:rPr>
        <w:t xml:space="preserve"> [1KL]</w:t>
      </w:r>
      <w:r>
        <w:t xml:space="preserve">. </w:t>
      </w:r>
      <w:r>
        <w:rPr>
          <w:shd w:fill="B7DDE8" w:val="clear"/>
        </w:rPr>
        <w:t>The earth and its fullness You founded</w:t>
      </w:r>
      <w:r>
        <w:rPr>
          <w:b w:val="false"/>
          <w:i w:val="false"/>
          <w:color w:val="000000"/>
          <w:u w:val="none"/>
        </w:rPr>
        <w:t xml:space="preserve"> [1MGP]</w:t>
      </w:r>
      <w:r>
        <w:t xml:space="preserve">. </w:t>
      </w:r>
      <w:r>
        <w:rPr>
          <w:shd w:fill="B7DDE8" w:val="clear"/>
        </w:rPr>
        <w:t>North and south You created</w:t>
      </w:r>
      <w:r>
        <w:rPr>
          <w:b w:val="false"/>
          <w:i w:val="false"/>
          <w:color w:val="000000"/>
          <w:u w:val="none"/>
        </w:rPr>
        <w:t xml:space="preserve"> [1MGQ]</w:t>
      </w:r>
      <w:r>
        <w:t xml:space="preserve">; </w:t>
      </w:r>
      <w:r>
        <w:rPr>
          <w:shd w:fill="B7DDE8" w:val="clear"/>
        </w:rPr>
        <w:t>Tabor and Hermon shout for joy at Your name</w:t>
      </w:r>
      <w:r>
        <w:rPr>
          <w:b w:val="false"/>
          <w:i w:val="false"/>
          <w:color w:val="000000"/>
          <w:u w:val="none"/>
        </w:rPr>
        <w:t xml:space="preserve"> [1LP]</w:t>
      </w:r>
      <w:r>
        <w:t>.</w:t>
      </w:r>
    </w:p>
    <w:p>
      <w:pPr>
        <w:pStyle w:val="Yellow"/>
        <w:rPr/>
        <w:pBdr>
          <w:left w:val="single" w:sz="28" w:space="5" w:color="C00000"/>
        </w:pBdr>
      </w:pPr>
      <w:r>
        <w:rPr>
          <w:b/>
          <w:u w:val="none"/>
        </w:rPr>
        <w:t>Psalm 119:90</w:t>
      </w:r>
      <w:r>
        <w:rPr>
          <w:u w:val="none"/>
        </w:rPr>
        <w:t xml:space="preserve"> — </w:t>
      </w:r>
      <w:r>
        <w:rPr>
          <w:u w:val="none"/>
          <w:shd w:val="clear" w:color="auto" w:fill="D9C3E6"/>
        </w:rPr>
        <w:t>Your faithfulness continues through all generations</w:t>
      </w:r>
      <w:r>
        <w:rPr>
          <w:b w:val="false"/>
          <w:i w:val="false"/>
          <w:color w:val="000000"/>
          <w:u w:val="none"/>
        </w:rPr>
        <w:t xml:space="preserve"> [4HG]</w:t>
      </w:r>
      <w:r>
        <w:rPr>
          <w:u w:val="none"/>
          <w:shd w:val="clear" w:color="auto" w:fill="D9C3E6"/>
        </w:rPr>
        <w:t xml:space="preserve">; </w:t>
      </w:r>
      <w:r>
        <w:rPr>
          <w:u w:val="none"/>
          <w:shd w:fill="F4B183" w:val="clear" w:color="auto"/>
          <w:color w:val="000000"/>
        </w:rPr>
        <w:t>You established the earth, and it endures</w:t>
      </w:r>
      <w:r>
        <w:rPr>
          <w:b w:val="false"/>
          <w:i w:val="false"/>
          <w:color w:val="000000"/>
          <w:u w:val="none"/>
          <w:shd w:val="clear" w:color="auto" w:fill="F4B183"/>
        </w:rPr>
        <w:t xml:space="preserve"> [1HH]</w:t>
      </w:r>
      <w:r>
        <w:rPr>
          <w:u w:val="none"/>
        </w:rPr>
        <w:t>.</w:t>
      </w:r>
    </w:p>
    <w:p>
      <w:pPr>
        <w:pStyle w:val="Green"/>
        <w:rPr/>
      </w:pPr>
      <w:r>
        <w:rPr>
          <w:b/>
          <w:u w:val="none"/>
        </w:rPr>
        <w:t>Psalm 139:13-14</w:t>
      </w:r>
      <w:r>
        <w:rPr>
          <w:u w:val="none"/>
        </w:rPr>
        <w:t xml:space="preserve"> — </w:t>
      </w:r>
      <w:r>
        <w:rPr>
          <w:u w:val="none"/>
          <w:shd w:fill="B7DDE8" w:val="clear"/>
        </w:rPr>
        <w:t>You formed my inmost being; You knit me together in my mother’s womb</w:t>
      </w:r>
      <w:r>
        <w:rPr>
          <w:b w:val="false"/>
          <w:i w:val="false"/>
          <w:color w:val="000000"/>
          <w:u w:val="none"/>
        </w:rPr>
        <w:t xml:space="preserve"> [2IA]</w:t>
      </w:r>
      <w:r>
        <w:rPr>
          <w:u w:val="none"/>
        </w:rPr>
        <w:t xml:space="preserve">. I praise You, for </w:t>
      </w:r>
      <w:r>
        <w:rPr>
          <w:u w:val="none"/>
          <w:shd w:fill="B7DDE8" w:val="clear"/>
        </w:rPr>
        <w:t>I am fearfully and wonderfully made</w:t>
      </w:r>
      <w:r>
        <w:rPr>
          <w:b w:val="false"/>
          <w:i w:val="false"/>
          <w:color w:val="000000"/>
          <w:u w:val="none"/>
        </w:rPr>
        <w:t xml:space="preserve"> [1IB]</w:t>
      </w:r>
      <w:r>
        <w:rPr>
          <w:u w:val="none"/>
          <w:shd w:val="clear" w:color="auto" w:fill="548235"/>
          <w:color w:val="FFFFFF"/>
        </w:rPr>
        <w:t xml:space="preserve">. </w:t>
      </w:r>
      <w:r>
        <w:rPr>
          <w:u w:val="none"/>
          <w:shd w:fill="548235" w:val="clear" w:color="auto"/>
          <w:color w:val="FFFFFF"/>
        </w:rPr>
        <w:t>Marvelous are Your works</w:t>
      </w:r>
      <w:r>
        <w:rPr>
          <w:b w:val="false"/>
          <w:i w:val="false"/>
          <w:color w:val="FFFFFF"/>
          <w:u w:val="none"/>
          <w:shd w:val="clear" w:color="auto" w:fill="548235"/>
        </w:rPr>
        <w:t xml:space="preserve"> [1IC]</w:t>
      </w:r>
      <w:r>
        <w:rPr>
          <w:u w:val="none"/>
        </w:rPr>
        <w:t>, and I know this very well.</w:t>
      </w:r>
    </w:p>
    <w:p>
      <w:pPr>
        <w:pStyle w:val="Yellow"/>
        <w:rPr/>
      </w:pPr>
      <w:r>
        <w:rPr>
          <w:b/>
        </w:rPr>
        <w:t>Psalm 139:15</w:t>
      </w:r>
      <w:r>
        <w:rPr/>
        <w:t xml:space="preserve"> — </w:t>
      </w:r>
      <w:r>
        <w:rPr>
          <w:shd w:val="clear" w:fill="B7DDE8"/>
        </w:rPr>
        <w:t>My frame was not hidden from You when I was made in secret, when I was woven together in the depths of the earth</w:t>
      </w:r>
      <w:r>
        <w:rPr>
          <w:b w:val="false"/>
          <w:i w:val="false"/>
          <w:color w:val="000000"/>
          <w:u w:val="none"/>
        </w:rPr>
        <w:t xml:space="preserve"> [1MU]</w:t>
      </w:r>
      <w:r>
        <w:rPr/>
        <w:t>.</w:t>
      </w:r>
    </w:p>
    <w:p>
      <w:pPr>
        <w:pStyle w:val="Yellow"/>
        <w:rPr/>
      </w:pPr>
      <w:r>
        <w:rPr/>
        <w:t xml:space="preserve">(Is40:18 “God”) </w:t>
      </w:r>
      <w:r>
        <w:rPr>
          <w:b/>
        </w:rPr>
        <w:t>Isaiah 40:22</w:t>
      </w:r>
      <w:r>
        <w:rPr/>
        <w:t xml:space="preserve"> — </w:t>
      </w:r>
      <w:r>
        <w:rPr>
          <w:shd w:val="clear" w:fill="B7DDE8"/>
        </w:rPr>
        <w:t>{He} sits enthroned above the circle of the earth</w:t>
      </w:r>
      <w:r>
        <w:rPr>
          <w:b w:val="false"/>
          <w:i w:val="false"/>
          <w:color w:val="000000"/>
          <w:u w:val="none"/>
        </w:rPr>
        <w:t xml:space="preserve"> [1NE]</w:t>
      </w:r>
      <w:r>
        <w:rPr/>
        <w:t xml:space="preserve">; </w:t>
      </w:r>
      <w:r>
        <w:rPr>
          <w:shd w:val="clear" w:fill="B7DDE8"/>
        </w:rPr>
        <w:t>its dwellers are like grasshoppers</w:t>
      </w:r>
      <w:r>
        <w:rPr>
          <w:b w:val="false"/>
          <w:i w:val="false"/>
          <w:color w:val="000000"/>
          <w:u w:val="none"/>
        </w:rPr>
        <w:t xml:space="preserve"> [1NF]</w:t>
      </w:r>
      <w:r>
        <w:rPr/>
        <w:t xml:space="preserve">. </w:t>
      </w:r>
      <w:r>
        <w:rPr>
          <w:shd w:val="clear" w:fill="B7DDE8"/>
        </w:rPr>
        <w:t>He stretches out the heavens like a curtain, and spreads them out like a tent to dwell in</w:t>
      </w:r>
      <w:r>
        <w:rPr>
          <w:b w:val="false"/>
          <w:i w:val="false"/>
          <w:color w:val="000000"/>
          <w:u w:val="none"/>
        </w:rPr>
        <w:t xml:space="preserve"> [1NG]</w:t>
      </w:r>
      <w:r>
        <w:rPr/>
        <w:t>.</w:t>
      </w:r>
    </w:p>
    <w:p>
      <w:pPr>
        <w:pStyle w:val="Yellow"/>
        <w:rPr/>
      </w:pPr>
      <w:r>
        <w:rPr>
          <w:b/>
        </w:rPr>
        <w:t>Isaiah 40:28</w:t>
      </w:r>
      <w:r>
        <w:t xml:space="preserve"> — Do you not know? Have you not heard? </w:t>
      </w:r>
      <w:r>
        <w:rPr>
          <w:shd w:fill="B7DDE8" w:val="clear"/>
        </w:rPr>
        <w:t>The LORD is the everlasting God</w:t>
      </w:r>
      <w:r>
        <w:rPr>
          <w:b w:val="false"/>
          <w:i w:val="false"/>
          <w:color w:val="000000"/>
          <w:u w:val="none"/>
        </w:rPr>
        <w:t xml:space="preserve"> [3NC]</w:t>
      </w:r>
      <w:r>
        <w:t xml:space="preserve">, </w:t>
      </w:r>
      <w:r>
        <w:rPr>
          <w:shd w:fill="B7DDE8" w:val="clear"/>
        </w:rPr>
        <w:t>the Creator of the ends of the earth</w:t>
      </w:r>
      <w:r>
        <w:rPr>
          <w:b w:val="false"/>
          <w:i w:val="false"/>
          <w:color w:val="000000"/>
          <w:u w:val="none"/>
        </w:rPr>
        <w:t xml:space="preserve"> [1MGR]</w:t>
      </w:r>
      <w:r>
        <w:t xml:space="preserve">. </w:t>
      </w:r>
      <w:r>
        <w:rPr>
          <w:shd w:fill="B7DDE8" w:val="clear"/>
        </w:rPr>
        <w:t>He will not grow tired or weary</w:t>
      </w:r>
      <w:r>
        <w:rPr>
          <w:b w:val="false"/>
          <w:i w:val="false"/>
          <w:color w:val="000000"/>
          <w:u w:val="none"/>
        </w:rPr>
        <w:t xml:space="preserve"> [1ND]</w:t>
      </w:r>
      <w:r>
        <w:t xml:space="preserve">; </w:t>
      </w:r>
      <w:r>
        <w:rPr>
          <w:color w:val="auto"/>
          <w:shd w:val="clear" w:color="auto" w:fill="D9C3E6"/>
        </w:rPr>
        <w:t>His understanding is beyond searching out</w:t>
      </w:r>
      <w:r>
        <w:rPr>
          <w:b w:val="false"/>
          <w:i w:val="false"/>
          <w:color w:val="FFFFFF"/>
          <w:u w:val="none"/>
          <w:shd w:val="clear" w:color="auto" w:fill="548235"/>
        </w:rPr>
        <w:t xml:space="preserve"> [2HX]</w:t>
      </w:r>
      <w:r>
        <w:rPr>
          <w:shd w:val="clear" w:color="auto" w:fill="D9C3E6"/>
        </w:rPr>
        <w:t>.</w:t>
      </w:r>
    </w:p>
    <w:p>
      <w:pPr>
        <w:pStyle w:val="Yellow"/>
        <w:rPr/>
      </w:pPr>
      <w:r>
        <w:rPr>
          <w:b/>
        </w:rPr>
        <w:t>Isaiah 41:19–20</w:t>
      </w:r>
      <w:r>
        <w:rPr/>
        <w:t xml:space="preserve"> — </w:t>
      </w:r>
      <w:r>
        <w:rPr>
          <w:shd w:fill="B7DDE8" w:val="clear"/>
        </w:rPr>
        <w:t>I will plant cedars in the wilderness, acacias, myrtles, and olive trees. I will set cypresses in the desert, elms and boxwood together</w:t>
      </w:r>
      <w:r>
        <w:rPr>
          <w:b w:val="false"/>
          <w:i w:val="false"/>
          <w:color w:val="000000"/>
          <w:u w:val="none"/>
        </w:rPr>
        <w:t xml:space="preserve"> [1IE]</w:t>
      </w:r>
      <w:r>
        <w:rPr/>
        <w:t xml:space="preserve">, </w:t>
      </w:r>
      <w:r>
        <w:rPr>
          <w:shd w:fill="B7DDE8" w:val="clear"/>
        </w:rPr>
        <w:t>so that all may see and know, may consider and understand, that the hand of the LORD has done this and the Holy One of Israel has created it</w:t>
      </w:r>
      <w:r>
        <w:rPr>
          <w:b w:val="false"/>
          <w:i w:val="false"/>
          <w:color w:val="000000"/>
          <w:u w:val="none"/>
        </w:rPr>
        <w:t xml:space="preserve"> [1IF]</w:t>
      </w:r>
      <w:r>
        <w:rPr/>
        <w:t>.”</w:t>
      </w:r>
    </w:p>
    <w:p>
      <w:pPr>
        <w:pStyle w:val="Yellow"/>
        <w:rPr/>
        <w:pBdr>
          <w:left w:val="single" w:sz="28" w:space="5" w:color="C00000"/>
        </w:pBdr>
      </w:pPr>
      <w:r>
        <w:rPr>
          <w:b/>
        </w:rPr>
        <w:t>Isaiah 42:5</w:t>
      </w:r>
      <w:r>
        <w:t xml:space="preserve"> — This is what God the LORD says—</w:t>
      </w:r>
      <w:r>
        <w:rPr>
          <w:shd w:fill="B7DDE8" w:val="clear"/>
        </w:rPr>
        <w:t>He who created the heavens</w:t>
      </w:r>
      <w:r>
        <w:rPr>
          <w:b w:val="false"/>
          <w:i w:val="false"/>
          <w:color w:val="000000"/>
          <w:u w:val="none"/>
        </w:rPr>
        <w:t xml:space="preserve"> [3MGL]</w:t>
      </w:r>
      <w:r>
        <w:t xml:space="preserve"> and </w:t>
      </w:r>
      <w:r>
        <w:rPr>
          <w:shd w:fill="B7DDE8" w:val="clear"/>
        </w:rPr>
        <w:t>stretched them out</w:t>
      </w:r>
      <w:r>
        <w:rPr>
          <w:b w:val="false"/>
          <w:i w:val="false"/>
          <w:color w:val="000000"/>
          <w:u w:val="none"/>
        </w:rPr>
        <w:t xml:space="preserve"> [3MGM]</w:t>
      </w:r>
      <w:r>
        <w:t xml:space="preserve">, </w:t>
      </w:r>
      <w:r>
        <w:rPr>
          <w:shd w:fill="B7DDE8" w:val="clear"/>
        </w:rPr>
        <w:t>who spread out the earth and its offspring</w:t>
      </w:r>
      <w:r>
        <w:rPr>
          <w:b w:val="false"/>
          <w:i w:val="false"/>
          <w:color w:val="000000"/>
          <w:u w:val="none"/>
        </w:rPr>
        <w:t xml:space="preserve"> [1DZS]</w:t>
      </w:r>
      <w:r>
        <w:t xml:space="preserve">, </w:t>
      </w:r>
      <w:r>
        <w:rPr>
          <w:shd w:fill="F4B183" w:val="clear" w:color="auto"/>
          <w:color w:val="000000"/>
        </w:rPr>
        <w:t>who gives breath to the people on it and life to those who walk in it</w:t>
      </w:r>
      <w:r>
        <w:rPr>
          <w:b w:val="false"/>
          <w:i w:val="false"/>
          <w:color w:val="000000"/>
          <w:u w:val="none"/>
          <w:shd w:val="clear" w:color="auto" w:fill="F4B183"/>
        </w:rPr>
        <w:t xml:space="preserve"> [1KO]</w:t>
      </w:r>
      <w:r>
        <w:t>:</w:t>
      </w:r>
    </w:p>
    <w:p>
      <w:pPr>
        <w:pStyle w:val="Yellow"/>
        <w:rPr/>
      </w:pPr>
      <w:r>
        <w:rPr/>
        <w:t xml:space="preserve">(Is42:24–25 after Israel sinned and endured God’s anger) </w:t>
      </w:r>
      <w:r>
        <w:rPr>
          <w:b/>
        </w:rPr>
        <w:t>Isaiah 43:1</w:t>
      </w:r>
      <w:r>
        <w:rPr/>
        <w:t xml:space="preserve"> — {But now}, this is what the LORD says—</w:t>
      </w:r>
      <w:r>
        <w:rPr>
          <w:shd w:fill="B7DDE8" w:val="clear"/>
        </w:rPr>
        <w:t>He who created you, O Jacob, and He who formed you, O Israel</w:t>
      </w:r>
      <w:r>
        <w:rPr>
          <w:b w:val="false"/>
          <w:i w:val="false"/>
          <w:color w:val="000000"/>
          <w:u w:val="none"/>
        </w:rPr>
        <w:t xml:space="preserve"> [1IY]</w:t>
      </w:r>
      <w:r>
        <w:rPr/>
        <w:t>: “</w:t>
      </w:r>
      <w:r>
        <w:rPr>
          <w:shd w:fill="B7DDE8" w:val="clear"/>
        </w:rPr>
        <w:t>Do not fear, for I have redeemed you</w:t>
      </w:r>
      <w:r>
        <w:rPr>
          <w:b w:val="false"/>
          <w:i w:val="false"/>
          <w:color w:val="000000"/>
          <w:u w:val="none"/>
        </w:rPr>
        <w:t xml:space="preserve"> [1IZ]</w:t>
      </w:r>
      <w:r>
        <w:rPr/>
        <w:t xml:space="preserve">; </w:t>
      </w:r>
      <w:r>
        <w:rPr>
          <w:color w:val="000000"/>
        </w:rPr>
        <w:t>I have called you by your name; you are Mine</w:t>
      </w:r>
      <w:r>
        <w:rPr>
          <w:b w:val="false"/>
          <w:i w:val="false"/>
          <w:color w:val="000000"/>
          <w:u w:val="none"/>
        </w:rPr>
        <w:t xml:space="preserve"> [1JA]</w:t>
      </w:r>
      <w:r>
        <w:rPr/>
        <w:t>!</w:t>
      </w:r>
    </w:p>
    <w:p>
      <w:pPr>
        <w:pStyle w:val="Green"/>
        <w:rPr/>
        <w:pBdr>
          <w:left w:val="single" w:sz="28" w:space="5" w:color="C00000"/>
        </w:pBdr>
      </w:pPr>
      <w:r>
        <w:rPr>
          <w:b/>
        </w:rPr>
        <w:t xml:space="preserve">Isaiah 45:7</w:t>
      </w:r>
      <w:r>
        <w:rPr/>
        <w:t xml:space="preserve"> — </w:t>
      </w:r>
      <w:r>
        <w:rPr>
          <w:shd w:fill="B7DDE8" w:val="clear"/>
        </w:rPr>
        <w:t xml:space="preserve">I form the light and create the darkness</w:t>
      </w:r>
      <w:r>
        <w:rPr>
          <w:b w:val="false"/>
          <w:i w:val="false"/>
          <w:color w:val="000000"/>
          <w:u w:val="none"/>
        </w:rPr>
        <w:t xml:space="preserve"> [1JGP]</w:t>
      </w:r>
      <w:r>
        <w:rPr>
          <w:b w:val="false"/>
          <w:i w:val="false"/>
          <w:color w:val="000000"/>
          <w:u w:val="none"/>
        </w:rPr>
        <w:t xml:space="preserve"> [1JGQ]</w:t>
      </w:r>
      <w:r>
        <w:rPr/>
        <w:t xml:space="preserve">; </w:t>
      </w:r>
      <w:r>
        <w:rPr>
          <w:shd w:fill="B7DDE8" w:val="clear"/>
        </w:rPr>
        <w:t xml:space="preserve">I bring prosperity and create calamity</w:t>
      </w:r>
      <w:r>
        <w:rPr>
          <w:b w:val="false"/>
          <w:i w:val="false"/>
          <w:color w:val="000000"/>
          <w:u w:val="none"/>
        </w:rPr>
        <w:t xml:space="preserve"> [1JGR]</w:t>
      </w:r>
      <w:r>
        <w:rPr>
          <w:b w:val="false"/>
          <w:i w:val="false"/>
          <w:u w:val="none"/>
          <w:color w:val="000000"/>
        </w:rPr>
        <w:t xml:space="preserve"> [1JGS]</w:t>
      </w:r>
      <w:r>
        <w:rPr/>
        <w:t xml:space="preserve">. </w:t>
      </w:r>
      <w:r>
        <w:rPr>
          <w:shd w:fill="B7DDE8" w:val="clear"/>
        </w:rPr>
        <w:t xml:space="preserve">I, the LORD, do all these things</w:t>
      </w:r>
      <w:r>
        <w:rPr>
          <w:b w:val="false"/>
          <w:i w:val="false"/>
          <w:color w:val="000000"/>
          <w:u w:val="none"/>
        </w:rPr>
        <w:t xml:space="preserve"> [1JGT]</w:t>
      </w:r>
      <w:r>
        <w:rPr/>
        <w:t xml:space="preserve">.</w:t>
      </w:r>
    </w:p>
    <w:p>
      <w:pPr>
        <w:pStyle w:val="Yellow"/>
        <w:rPr/>
      </w:pPr>
      <w:r>
        <w:rPr>
          <w:b/>
          <w:u w:val="none"/>
        </w:rPr>
        <w:t>Isaiah 45:18</w:t>
      </w:r>
      <w:r>
        <w:rPr>
          <w:u w:val="none"/>
        </w:rPr>
        <w:t xml:space="preserve"> — Thus says the LORD, </w:t>
      </w:r>
      <w:r>
        <w:rPr>
          <w:u w:val="none"/>
        </w:rPr>
        <w:t>who created the heavens</w:t>
      </w:r>
      <w:r>
        <w:rPr>
          <w:b w:val="false"/>
          <w:i w:val="false"/>
          <w:color w:val="000000"/>
          <w:u w:val="none"/>
        </w:rPr>
        <w:t xml:space="preserve"> [3MGL]</w:t>
      </w:r>
      <w:r>
        <w:rPr>
          <w:u w:val="none"/>
        </w:rPr>
        <w:t xml:space="preserve">—He is God; </w:t>
      </w:r>
      <w:r>
        <w:rPr>
          <w:u w:val="none"/>
          <w:shd w:fill="B7DDE8" w:val="clear"/>
        </w:rPr>
        <w:t>He formed the earth and fashioned it; He established it</w:t>
      </w:r>
      <w:r>
        <w:rPr>
          <w:b w:val="false"/>
          <w:i w:val="false"/>
          <w:color w:val="000000"/>
          <w:u w:val="none"/>
        </w:rPr>
        <w:t xml:space="preserve"> [2MGO]</w:t>
      </w:r>
      <w:r>
        <w:rPr>
          <w:u w:val="none"/>
        </w:rPr>
        <w:t xml:space="preserve">; </w:t>
      </w:r>
      <w:r>
        <w:rPr>
          <w:u w:val="none"/>
          <w:shd w:fill="B7DDE8" w:val="clear"/>
        </w:rPr>
        <w:t>He did not create it to be empty, but formed it to be inhabited</w:t>
      </w:r>
      <w:r>
        <w:rPr>
          <w:b w:val="false"/>
          <w:i w:val="false"/>
          <w:color w:val="000000"/>
          <w:u w:val="none"/>
        </w:rPr>
        <w:t xml:space="preserve"> [1KN]</w:t>
      </w:r>
      <w:r>
        <w:rPr>
          <w:u w:val="none"/>
        </w:rPr>
        <w:t>: “</w:t>
      </w:r>
      <w:r>
        <w:rPr>
          <w:u w:val="none"/>
        </w:rPr>
        <w:t>I am the LORD, and there is no other</w:t>
      </w:r>
      <w:r>
        <w:rPr>
          <w:b w:val="false"/>
          <w:i w:val="false"/>
          <w:color w:val="000000"/>
          <w:u w:val="none"/>
        </w:rPr>
        <w:t xml:space="preserve"> [19FQ]</w:t>
      </w:r>
      <w:r>
        <w:rPr>
          <w:u w:val="none"/>
        </w:rPr>
        <w:t>.</w:t>
      </w:r>
    </w:p>
    <w:p>
      <w:pPr>
        <w:pStyle w:val="Yellow"/>
        <w:rPr/>
      </w:pPr>
      <w:r>
        <w:rPr>
          <w:b/>
        </w:rPr>
        <w:t>Isaiah 48:12–13</w:t>
      </w:r>
      <w:r>
        <w:t xml:space="preserve"> — Listen to Me, O Jacob, and Israel, </w:t>
      </w:r>
      <w:r>
        <w:rPr>
          <w:shd w:fill="B7DDE8" w:val="clear"/>
        </w:rPr>
        <w:t>whom I have called</w:t>
      </w:r>
      <w:r>
        <w:rPr>
          <w:b w:val="false"/>
          <w:i w:val="false"/>
          <w:color w:val="000000"/>
          <w:u w:val="none"/>
        </w:rPr>
        <w:t xml:space="preserve"> [1MX]</w:t>
      </w:r>
      <w:r>
        <w:t xml:space="preserve">: </w:t>
      </w:r>
      <w:r>
        <w:rPr>
          <w:shd w:fill="B7DDE8" w:val="clear"/>
        </w:rPr>
        <w:t>I am He</w:t>
      </w:r>
      <w:r>
        <w:rPr>
          <w:b w:val="false"/>
          <w:i w:val="false"/>
          <w:u w:val="none"/>
          <w:color w:val="000000"/>
        </w:rPr>
        <w:t xml:space="preserve"> [2MY]</w:t>
      </w:r>
      <w:r>
        <w:t xml:space="preserve">; </w:t>
      </w:r>
      <w:r>
        <w:rPr>
          <w:shd w:fill="B7DDE8" w:val="clear"/>
        </w:rPr>
        <w:t>I am the first, and I am the last</w:t>
      </w:r>
      <w:r>
        <w:rPr>
          <w:b w:val="false"/>
          <w:i w:val="false"/>
          <w:u w:val="none"/>
          <w:color w:val="000000"/>
        </w:rPr>
        <w:t xml:space="preserve"> [4FP]</w:t>
      </w:r>
      <w:r>
        <w:t xml:space="preserve">. Surely </w:t>
      </w:r>
      <w:r>
        <w:rPr>
          <w:shd w:fill="B7DDE8" w:val="clear"/>
        </w:rPr>
        <w:t>My own hand founded the earth</w:t>
      </w:r>
      <w:r>
        <w:rPr>
          <w:b w:val="false"/>
          <w:i w:val="false"/>
          <w:color w:val="000000"/>
          <w:u w:val="none"/>
        </w:rPr>
        <w:t xml:space="preserve"> [2MGO]</w:t>
      </w:r>
      <w:r>
        <w:t xml:space="preserve">, and </w:t>
      </w:r>
      <w:r>
        <w:rPr>
          <w:shd w:fill="B7DDE8" w:val="clear"/>
        </w:rPr>
        <w:t>My right hand spread out the heavens</w:t>
      </w:r>
      <w:r>
        <w:rPr>
          <w:b w:val="false"/>
          <w:i w:val="false"/>
          <w:color w:val="000000"/>
          <w:u w:val="none"/>
        </w:rPr>
        <w:t xml:space="preserve"> [3MGM]</w:t>
      </w:r>
      <w:r>
        <w:t xml:space="preserve">; </w:t>
      </w:r>
      <w:r>
        <w:rPr>
          <w:shd w:fill="B7DDE8" w:val="clear"/>
        </w:rPr>
        <w:t>when I summon them, they stand up together</w:t>
      </w:r>
      <w:r>
        <w:rPr>
          <w:b w:val="false"/>
          <w:i w:val="false"/>
          <w:color w:val="000000"/>
          <w:u w:val="none"/>
        </w:rPr>
        <w:t xml:space="preserve"> [1MZ]</w:t>
      </w:r>
      <w:r>
        <w:t>.</w:t>
      </w:r>
    </w:p>
    <w:p>
      <w:pPr>
        <w:pStyle w:val="Yellow"/>
        <w:rPr/>
      </w:pPr>
      <w:r>
        <w:rPr>
          <w:b/>
          <w:shd w:val="clear" w:color="auto" w:fill="548235"/>
          <w:color w:val="FFFFFF"/>
        </w:rPr>
        <w:t>Isaiah 54:16</w:t>
      </w:r>
      <w:r>
        <w:rPr>
          <w:shd w:val="clear" w:color="auto" w:fill="548235"/>
          <w:color w:val="FFFFFF"/>
        </w:rPr>
        <w:t xml:space="preserve"> — Behold, </w:t>
      </w:r>
      <w:r>
        <w:rPr>
          <w:shd w:fill="548235" w:val="clear" w:color="auto"/>
          <w:color w:val="FFFFFF"/>
        </w:rPr>
        <w:t>I have created the craftsman who fans the coals into flame and forges a weapon fit for its task</w:t>
      </w:r>
      <w:r>
        <w:rPr>
          <w:b w:val="false"/>
          <w:i w:val="false"/>
          <w:color w:val="FFFFFF"/>
          <w:u w:val="none"/>
          <w:shd w:val="clear" w:color="auto" w:fill="548235"/>
        </w:rPr>
        <w:t xml:space="preserve"> [1IX]</w:t>
      </w:r>
      <w:r>
        <w:rPr>
          <w:shd w:val="clear" w:color="auto" w:fill="548235"/>
          <w:color w:val="FFFFFF"/>
        </w:rPr>
        <w:t xml:space="preserve">; and </w:t>
      </w:r>
      <w:r>
        <w:rPr>
          <w:shd w:fill="548235" w:val="clear" w:color="auto"/>
          <w:color w:val="FFFFFF"/>
        </w:rPr>
        <w:t>I have created the destroyer to wreak havoc</w:t>
      </w:r>
      <w:r>
        <w:rPr>
          <w:b w:val="false"/>
          <w:i w:val="false"/>
          <w:color w:val="FFFFFF"/>
          <w:u w:val="none"/>
          <w:shd w:val="clear" w:color="auto" w:fill="548235"/>
        </w:rPr>
        <w:t xml:space="preserve"> [1DZP]</w:t>
      </w:r>
      <w:r>
        <w:rPr>
          <w:shd w:val="clear" w:color="auto" w:fill="548235"/>
          <w:color w:val="FFFFFF"/>
        </w:rPr>
        <w:t>.</w:t>
      </w:r>
    </w:p>
    <w:p>
      <w:pPr>
        <w:pStyle w:val="Yellow"/>
        <w:rPr/>
      </w:pPr>
      <w:r>
        <w:rPr>
          <w:b/>
        </w:rPr>
        <w:t>Amos 4:13</w:t>
      </w:r>
      <w:r>
        <w:rPr/>
        <w:t xml:space="preserve"> — </w:t>
      </w:r>
      <w:r>
        <w:rPr>
          <w:shd w:val="clear" w:fill="B7DDE8"/>
        </w:rPr>
        <w:t>He who forms the mountains</w:t>
      </w:r>
      <w:r>
        <w:rPr>
          <w:b w:val="false"/>
          <w:i w:val="false"/>
          <w:color w:val="000000"/>
          <w:u w:val="none"/>
        </w:rPr>
        <w:t xml:space="preserve"> [1US]</w:t>
      </w:r>
      <w:r>
        <w:rPr/>
        <w:t xml:space="preserve">, </w:t>
      </w:r>
      <w:r>
        <w:rPr>
          <w:shd w:val="clear" w:fill="B7DDE8"/>
        </w:rPr>
        <w:t>who creates the wind</w:t>
      </w:r>
      <w:r>
        <w:rPr>
          <w:b w:val="false"/>
          <w:i w:val="false"/>
          <w:color w:val="000000"/>
          <w:u w:val="none"/>
        </w:rPr>
        <w:t xml:space="preserve"> [1UT]</w:t>
      </w:r>
      <w:r>
        <w:rPr/>
        <w:t xml:space="preserve"> and </w:t>
      </w:r>
      <w:r>
        <w:rPr>
          <w:shd w:val="clear" w:fill="B7DDE8"/>
        </w:rPr>
        <w:t>reveals His thoughts to man</w:t>
      </w:r>
      <w:r>
        <w:rPr>
          <w:b w:val="false"/>
          <w:i w:val="false"/>
          <w:color w:val="000000"/>
          <w:u w:val="none"/>
        </w:rPr>
        <w:t xml:space="preserve"> [1PS]</w:t>
      </w:r>
      <w:r>
        <w:rPr/>
        <w:t xml:space="preserve">, who </w:t>
      </w:r>
      <w:r>
        <w:rPr>
          <w:shd w:val="clear" w:fill="B7DDE8"/>
        </w:rPr>
        <w:t>turns the dawn to darkness</w:t>
      </w:r>
      <w:r>
        <w:rPr>
          <w:b w:val="false"/>
          <w:i w:val="false"/>
          <w:color w:val="000000"/>
          <w:u w:val="none"/>
        </w:rPr>
        <w:t xml:space="preserve"> [1PT]</w:t>
      </w:r>
      <w:r>
        <w:rPr/>
        <w:t xml:space="preserve"> and </w:t>
      </w:r>
      <w:r>
        <w:rPr>
          <w:shd w:val="clear" w:fill="B7DDE8"/>
        </w:rPr>
        <w:t>strides on the heights of the earth</w:t>
      </w:r>
      <w:r>
        <w:rPr>
          <w:b w:val="false"/>
          <w:i w:val="false"/>
          <w:color w:val="000000"/>
          <w:u w:val="none"/>
        </w:rPr>
        <w:t xml:space="preserve"> [1PU]</w:t>
      </w:r>
      <w:r>
        <w:rPr/>
        <w:t>—the LORD, the God of Hosts, is His name.”</w:t>
      </w:r>
    </w:p>
    <w:p>
      <w:pPr>
        <w:pStyle w:val="Yellow"/>
        <w:rPr/>
      </w:pPr>
      <w:r>
        <w:rPr/>
        <w:t xml:space="preserve">(Jn1:1 “the Word”) </w:t>
      </w:r>
      <w:r>
        <w:rPr>
          <w:b/>
        </w:rPr>
        <w:t xml:space="preserve">John 1:3</w:t>
      </w:r>
      <w:r>
        <w:rPr/>
        <w:t xml:space="preserve"> — </w:t>
      </w:r>
      <w:r>
        <w:rPr>
          <w:shd w:fill="B7DDE8" w:val="clear"/>
        </w:rPr>
        <w:t xml:space="preserve">Through {Him} all things were made</w:t>
      </w:r>
      <w:r>
        <w:rPr>
          <w:b w:val="false"/>
          <w:i w:val="false"/>
          <w:color w:val="000000"/>
          <w:u w:val="none"/>
        </w:rPr>
        <w:t xml:space="preserve"> [1LRP]</w:t>
      </w:r>
      <w:r>
        <w:rPr/>
        <w:t xml:space="preserve">, and </w:t>
      </w:r>
      <w:r>
        <w:rPr>
          <w:shd w:fill="B7DDE8" w:val="clear"/>
        </w:rPr>
        <w:t xml:space="preserve">without Him nothing was made that has been made</w:t>
      </w:r>
      <w:r>
        <w:rPr>
          <w:b w:val="false"/>
          <w:i w:val="false"/>
          <w:color w:val="000000"/>
          <w:u w:val="none"/>
        </w:rPr>
        <w:t xml:space="preserve"> [1LRP]</w:t>
      </w:r>
      <w:r>
        <w:rPr/>
        <w:t xml:space="preserve">.</w:t>
      </w:r>
    </w:p>
    <w:p>
      <w:pPr>
        <w:pStyle w:val="Yellow"/>
        <w:rPr/>
      </w:pPr>
      <w:r>
        <w:rPr/>
        <w:t xml:space="preserve">(Ac17:24 God) </w:t>
      </w:r>
      <w:r>
        <w:rPr>
          <w:b/>
        </w:rPr>
        <w:t xml:space="preserve">Acts 17:26</w:t>
      </w:r>
      <w:r>
        <w:rPr/>
        <w:t xml:space="preserve"> — </w:t>
      </w:r>
      <w:r>
        <w:rPr>
          <w:shd w:fill="B7DDE8" w:val="clear"/>
        </w:rPr>
        <w:t xml:space="preserve">{He} made every nation of men</w:t>
      </w:r>
      <w:r>
        <w:rPr>
          <w:b w:val="false"/>
          <w:i w:val="false"/>
          <w:color w:val="000000"/>
          <w:u w:val="none"/>
        </w:rPr>
        <w:t xml:space="preserve"> [1KSP]</w:t>
      </w:r>
      <w:r>
        <w:rPr/>
        <w:t xml:space="preserve">, </w:t>
      </w:r>
      <w:r>
        <w:rPr>
          <w:shd w:fill="B7DDE8" w:val="clear"/>
        </w:rPr>
        <w:t xml:space="preserve">that they should inhabit the whole earth</w:t>
      </w:r>
      <w:r>
        <w:rPr>
          <w:b w:val="false"/>
          <w:i w:val="false"/>
          <w:color w:val="000000"/>
          <w:u w:val="none"/>
        </w:rPr>
        <w:t xml:space="preserve"> [1KSQ]</w:t>
      </w:r>
      <w:r>
        <w:rPr/>
        <w:t xml:space="preserve">; and </w:t>
      </w:r>
      <w:r>
        <w:rPr>
          <w:shd w:fill="B7DDE8" w:val="clear"/>
        </w:rPr>
        <w:t xml:space="preserve">He determined their appointed times and the boundaries of their lands</w:t>
      </w:r>
      <w:r>
        <w:rPr>
          <w:b w:val="false"/>
          <w:i w:val="false"/>
          <w:color w:val="000000"/>
          <w:u w:val="none"/>
        </w:rPr>
        <w:t xml:space="preserve"> [1KSR]</w:t>
      </w:r>
      <w:r>
        <w:rPr/>
        <w:t xml:space="preserve">.</w:t>
      </w:r>
    </w:p>
    <w:p>
      <w:pPr>
        <w:pStyle w:val="Yellow"/>
        <w:rPr/>
      </w:pPr>
      <w:r>
        <w:rPr/>
        <w:t xml:space="preserve">(Ac17:27 God² “is not far from each one of us”¹) </w:t>
      </w:r>
      <w:r>
        <w:rPr>
          <w:b/>
        </w:rPr>
        <w:t xml:space="preserve">Acts 17:28</w:t>
      </w:r>
      <w:r>
        <w:rPr/>
        <w:t xml:space="preserve"> — ‘{For} </w:t>
      </w:r>
      <w:r>
        <w:rPr>
          <w:shd w:fill="B7DDE8" w:val="clear"/>
        </w:rPr>
        <w:t xml:space="preserve">in {Him} we live and move and have our being</w:t>
      </w:r>
      <w:r>
        <w:rPr>
          <w:b w:val="false"/>
          <w:i w:val="false"/>
          <w:color w:val="000000"/>
          <w:u w:val="none"/>
        </w:rPr>
        <w:t xml:space="preserve"> [1GQB]</w:t>
      </w:r>
      <w:r>
        <w:rPr/>
        <w:t xml:space="preserve">.’ As some of your own poets have said, ‘</w:t>
      </w:r>
      <w:r>
        <w:rPr>
          <w:shd w:fill="B7DDE8" w:val="clear"/>
        </w:rPr>
        <w:t xml:space="preserve">We are His offspring</w:t>
      </w:r>
      <w:r>
        <w:rPr>
          <w:b w:val="false"/>
          <w:i w:val="false"/>
          <w:color w:val="000000"/>
          <w:u w:val="none"/>
        </w:rPr>
        <w:t xml:space="preserve"> [1GQC]</w:t>
      </w:r>
      <w:r>
        <w:rPr/>
        <w:t xml:space="preserve">.’</w:t>
      </w:r>
    </w:p>
    <w:p>
      <w:pPr>
        <w:pStyle w:val="Yellow"/>
        <w:rPr/>
      </w:pPr>
      <w:r>
        <w:rPr>
          <w:u w:val="none"/>
        </w:rPr>
        <w:t xml:space="preserve">(1Co8:5 “many so-called gods and lords”) </w:t>
      </w:r>
      <w:r>
        <w:rPr>
          <w:b/>
          <w:u w:val="none"/>
        </w:rPr>
        <w:t>1 Corinthians 8:6</w:t>
      </w:r>
      <w:r>
        <w:rPr>
          <w:u w:val="none"/>
        </w:rPr>
        <w:t xml:space="preserve"> — {yet} </w:t>
      </w:r>
      <w:r>
        <w:rPr>
          <w:u w:val="none"/>
          <w:shd w:fill="B7DDE8" w:val="clear"/>
        </w:rPr>
        <w:t xml:space="preserve">for us </w:t>
      </w:r>
      <w:r>
        <w:rPr>
          <w:u w:val="none"/>
          <w:shd w:fill="B7DDE8" w:val="clear"/>
        </w:rPr>
        <w:t>there is but one God</w:t>
      </w:r>
      <w:r>
        <w:rPr>
          <w:b w:val="false"/>
          <w:i w:val="false"/>
          <w:color w:val="000000"/>
          <w:u w:val="none"/>
        </w:rPr>
        <w:t xml:space="preserve"> [19FQ]</w:t>
      </w:r>
      <w:r>
        <w:rPr>
          <w:u w:val="none"/>
        </w:rPr>
        <w:t xml:space="preserve">, </w:t>
      </w:r>
      <w:r>
        <w:rPr>
          <w:u w:val="none"/>
          <w:shd w:fill="B7DDE8" w:val="clear"/>
        </w:rPr>
        <w:t>the Father</w:t>
      </w:r>
      <w:r>
        <w:rPr>
          <w:b w:val="false"/>
          <w:i w:val="false"/>
          <w:color w:val="000000"/>
          <w:u w:val="none"/>
        </w:rPr>
        <w:t xml:space="preserve"> [1MGS]</w:t>
      </w:r>
      <w:r>
        <w:rPr>
          <w:u w:val="none"/>
        </w:rPr>
        <w:t xml:space="preserve">, </w:t>
      </w:r>
      <w:r>
        <w:rPr>
          <w:u w:val="none"/>
          <w:shd w:fill="B7DDE8" w:val="clear"/>
        </w:rPr>
        <w:t>from whom all things came</w:t>
      </w:r>
      <w:r>
        <w:rPr>
          <w:b w:val="false"/>
          <w:i w:val="false"/>
          <w:color w:val="000000"/>
          <w:u w:val="none"/>
        </w:rPr>
        <w:t xml:space="preserve"> [1MGU]</w:t>
      </w:r>
      <w:r>
        <w:rPr>
          <w:u w:val="none"/>
        </w:rPr>
        <w:t xml:space="preserve"> and </w:t>
      </w:r>
      <w:r>
        <w:rPr>
          <w:u w:val="none"/>
          <w:shd w:fill="B7DDE8" w:val="clear"/>
        </w:rPr>
        <w:t>for whom we exist</w:t>
      </w:r>
      <w:r>
        <w:rPr>
          <w:b w:val="false"/>
          <w:i w:val="false"/>
          <w:color w:val="000000"/>
          <w:u w:val="none"/>
        </w:rPr>
        <w:t xml:space="preserve"> [1MGV]</w:t>
      </w:r>
      <w:r>
        <w:rPr>
          <w:u w:val="none"/>
        </w:rPr>
        <w:t xml:space="preserve">. And </w:t>
      </w:r>
      <w:r>
        <w:rPr>
          <w:u w:val="none"/>
          <w:shd w:fill="B7DDE8" w:val="clear"/>
        </w:rPr>
        <w:t>there is but one Lord, Jesus Christ</w:t>
      </w:r>
      <w:r>
        <w:rPr>
          <w:b w:val="false"/>
          <w:i w:val="false"/>
          <w:color w:val="000000"/>
          <w:u w:val="none"/>
        </w:rPr>
        <w:t xml:space="preserve"> [1MGW]</w:t>
      </w:r>
      <w:r>
        <w:rPr>
          <w:u w:val="none"/>
        </w:rPr>
        <w:t xml:space="preserve">, </w:t>
      </w:r>
      <w:r>
        <w:rPr>
          <w:u w:val="none"/>
          <w:shd w:fill="B7DDE8" w:val="clear"/>
        </w:rPr>
        <w:t>through whom all things came</w:t>
      </w:r>
      <w:r>
        <w:rPr>
          <w:b w:val="false"/>
          <w:i w:val="false"/>
          <w:color w:val="000000"/>
          <w:u w:val="none"/>
        </w:rPr>
        <w:t xml:space="preserve"> [2KM]</w:t>
      </w:r>
      <w:r>
        <w:rPr>
          <w:u w:val="none"/>
        </w:rPr>
        <w:t xml:space="preserve"> and </w:t>
      </w:r>
      <w:r>
        <w:rPr>
          <w:u w:val="none"/>
          <w:shd w:fill="B7DDE8" w:val="clear"/>
        </w:rPr>
        <w:t>through whom we exist</w:t>
      </w:r>
      <w:r>
        <w:rPr>
          <w:b w:val="false"/>
          <w:i w:val="false"/>
          <w:color w:val="000000"/>
          <w:u w:val="none"/>
        </w:rPr>
        <w:t xml:space="preserve"> [1MGX]</w:t>
      </w:r>
      <w:r>
        <w:rPr>
          <w:u w:val="none"/>
        </w:rPr>
        <w:t>.</w:t>
      </w:r>
    </w:p>
    <w:p>
      <w:pPr>
        <w:pStyle w:val="Yellow"/>
        <w:rPr/>
      </w:pPr>
      <w:r>
        <w:rPr>
          <w:b/>
        </w:rPr>
        <w:t>Ephesians 2:10</w:t>
      </w:r>
      <w:r>
        <w:rPr/>
        <w:t xml:space="preserve"> — For </w:t>
      </w:r>
      <w:r>
        <w:rPr>
          <w:shd w:fill="B7DDE8" w:val="clear"/>
        </w:rPr>
        <w:t>we are God’s workmanship, created in Christ Jesus to do good works</w:t>
      </w:r>
      <w:r>
        <w:rPr>
          <w:b w:val="false"/>
          <w:i w:val="false"/>
          <w:color w:val="000000"/>
          <w:u w:val="none"/>
        </w:rPr>
        <w:t xml:space="preserve"> [1JP]</w:t>
      </w:r>
      <w:r>
        <w:rPr/>
        <w:t xml:space="preserve">, </w:t>
      </w:r>
      <w:r>
        <w:rPr>
          <w:shd w:fill="B7DDE8" w:val="clear"/>
        </w:rPr>
        <w:t>which God prepared in advance as our way of life</w:t>
      </w:r>
      <w:r>
        <w:rPr>
          <w:b w:val="false"/>
          <w:i w:val="false"/>
          <w:color w:val="000000"/>
          <w:u w:val="none"/>
        </w:rPr>
        <w:t xml:space="preserve"> [1LL]</w:t>
      </w:r>
      <w:r>
        <w:rPr/>
        <w:t>.</w:t>
      </w:r>
    </w:p>
    <w:p>
      <w:pPr>
        <w:pStyle w:val="Yellow"/>
        <w:rPr/>
      </w:pPr>
      <w:r>
        <w:rPr>
          <w:b/>
          <w:u w:val="none"/>
          <w:shd w:fill="F4CCCC" w:val="clear"/>
        </w:rPr>
        <w:t>Ephesians 3:9</w:t>
      </w:r>
      <w:r>
        <w:rPr>
          <w:u w:val="none"/>
        </w:rPr>
        <w:t xml:space="preserve"> — </w:t>
      </w:r>
      <w:r>
        <w:rPr>
          <w:u w:val="none"/>
          <w:shd w:fill="B7DDE8" w:val="clear"/>
        </w:rPr>
        <w:t>God, who created all things</w:t>
      </w:r>
      <w:r>
        <w:rPr>
          <w:b w:val="false"/>
          <w:i w:val="false"/>
          <w:color w:val="000000"/>
          <w:u w:val="none"/>
        </w:rPr>
        <w:t xml:space="preserve"> [8FV]</w:t>
      </w:r>
      <w:r>
        <w:rPr>
          <w:u w:val="none"/>
          <w:shd w:fill="F4CCCC" w:val="clear"/>
        </w:rPr>
        <w:t>.</w:t>
      </w:r>
    </w:p>
    <w:p>
      <w:pPr>
        <w:pStyle w:val="Yellow"/>
        <w:rPr/>
      </w:pPr>
      <w:r>
        <w:rPr>
          <w:u w:val="none"/>
        </w:rPr>
        <w:t xml:space="preserve">(Cl1:15 “The Son”) </w:t>
      </w:r>
      <w:r>
        <w:rPr>
          <w:b/>
          <w:u w:val="none"/>
        </w:rPr>
        <w:t>Colossians 1:16</w:t>
      </w:r>
      <w:r>
        <w:rPr>
          <w:u w:val="none"/>
        </w:rPr>
        <w:t xml:space="preserve"> — For </w:t>
      </w:r>
      <w:r>
        <w:rPr>
          <w:u w:val="none"/>
          <w:shd w:val="clear" w:color="auto" w:fill="D9C3E6"/>
        </w:rPr>
        <w:t>in {Him} all things were created, things in heaven and on earth, visible and invisible</w:t>
      </w:r>
      <w:r>
        <w:rPr>
          <w:u w:val="none"/>
          <w:shd w:val="clear" w:color="auto" w:fill="D9C3E6"/>
        </w:rPr>
        <w:t xml:space="preserve">, </w:t>
      </w:r>
      <w:r>
        <w:rPr>
          <w:u w:val="none"/>
          <w:shd w:val="clear" w:color="auto" w:fill="D9C3E6"/>
        </w:rPr>
        <w:t>whether thrones or dominions or rulers or authorities</w:t>
      </w:r>
      <w:r>
        <w:rPr>
          <w:b w:val="false"/>
          <w:i w:val="false"/>
          <w:color w:val="000000"/>
          <w:u w:val="none"/>
        </w:rPr>
        <w:t xml:space="preserve"> [8FV]</w:t>
      </w:r>
      <w:r>
        <w:rPr>
          <w:u w:val="none"/>
          <w:shd w:val="clear" w:color="auto" w:fill="D9C3E6"/>
        </w:rPr>
        <w:t xml:space="preserve">. </w:t>
      </w:r>
      <w:r>
        <w:rPr>
          <w:u w:val="none"/>
          <w:shd w:fill="B7DDE8" w:val="clear"/>
        </w:rPr>
        <w:t>All things were created through Him and for Him</w:t>
      </w:r>
      <w:r>
        <w:rPr>
          <w:b w:val="false"/>
          <w:i w:val="false"/>
          <w:color w:val="000000"/>
          <w:u w:val="none"/>
        </w:rPr>
        <w:t xml:space="preserve"> [2KM]</w:t>
      </w:r>
      <w:r>
        <w:rPr>
          <w:b w:val="false"/>
          <w:i w:val="false"/>
          <w:color w:val="000000"/>
          <w:u w:val="none"/>
        </w:rPr>
        <w:t xml:space="preserve"> [1MGY]</w:t>
      </w:r>
      <w:r>
        <w:rPr>
          <w:u w:val="none"/>
        </w:rPr>
        <w:t>.</w:t>
      </w:r>
    </w:p>
    <w:p>
      <w:pPr>
        <w:pStyle w:val="Yellow"/>
        <w:rPr/>
      </w:pPr>
      <w:r>
        <w:t xml:space="preserve">(He2:9 “Jesus”) </w:t>
      </w:r>
      <w:r>
        <w:rPr>
          <w:b/>
        </w:rPr>
        <w:t>Hebrews 2:10-11</w:t>
      </w:r>
      <w:r>
        <w:t xml:space="preserve"> — </w:t>
      </w:r>
      <w:r>
        <w:rPr>
          <w:shd w:fill="B7DDE8" w:val="clear"/>
        </w:rPr>
        <w:t>In bringing many sons to glory</w:t>
      </w:r>
      <w:r>
        <w:rPr>
          <w:b w:val="false"/>
          <w:i w:val="false"/>
          <w:color w:val="000000"/>
          <w:u w:val="none"/>
        </w:rPr>
        <w:t xml:space="preserve"> [1BEO]</w:t>
      </w:r>
      <w:r>
        <w:t xml:space="preserve">, it was fitting for </w:t>
      </w:r>
      <w:r>
        <w:rPr>
          <w:shd w:fill="B7DDE8" w:val="clear"/>
        </w:rPr>
        <w:t>God, for whom and through whom all things exist</w:t>
      </w:r>
      <w:r>
        <w:rPr>
          <w:b w:val="false"/>
          <w:i w:val="false"/>
          <w:color w:val="000000"/>
          <w:u w:val="none"/>
        </w:rPr>
        <w:t xml:space="preserve"> [1BEP]</w:t>
      </w:r>
      <w:r>
        <w:rPr>
          <w:b w:val="false"/>
          <w:i w:val="false"/>
          <w:color w:val="000000"/>
          <w:u w:val="none"/>
        </w:rPr>
        <w:t xml:space="preserve"> [1MGZ]</w:t>
      </w:r>
      <w:r>
        <w:t xml:space="preserve">, </w:t>
      </w:r>
      <w:r>
        <w:rPr>
          <w:shd w:fill="B7DDE8" w:val="clear"/>
        </w:rPr>
        <w:t>to make the {author} of their salvation</w:t>
      </w:r>
      <w:r>
        <w:rPr>
          <w:b w:val="false"/>
          <w:i w:val="false"/>
          <w:color w:val="000000"/>
          <w:u w:val="none"/>
        </w:rPr>
        <w:t xml:space="preserve"> [1BEQ]</w:t>
      </w:r>
      <w:r>
        <w:rPr>
          <w:shd w:fill="B7DDE8" w:val="clear"/>
        </w:rPr>
        <w:t xml:space="preserve"> perfect through suffering</w:t>
      </w:r>
      <w:r>
        <w:rPr>
          <w:b w:val="false"/>
          <w:i w:val="false"/>
          <w:color w:val="000000"/>
          <w:u w:val="none"/>
        </w:rPr>
        <w:t xml:space="preserve"> [1BER]</w:t>
      </w:r>
      <w:r>
        <w:t xml:space="preserve">. For </w:t>
      </w:r>
      <w:r>
        <w:rPr>
          <w:shd w:fill="B7DDE8" w:val="clear"/>
        </w:rPr>
        <w:t>both the One who sanctifies and those who are sanctified are of the same family</w:t>
      </w:r>
      <w:r>
        <w:rPr>
          <w:b w:val="false"/>
          <w:i w:val="false"/>
          <w:color w:val="000000"/>
          <w:u w:val="none"/>
        </w:rPr>
        <w:t xml:space="preserve"> [1BES]</w:t>
      </w:r>
      <w:r>
        <w:t xml:space="preserve">. So </w:t>
      </w:r>
      <w:r>
        <w:rPr>
          <w:shd w:fill="B7DDE8" w:val="clear"/>
        </w:rPr>
        <w:t>Jesus is not ashamed to call them brothers</w:t>
      </w:r>
      <w:r>
        <w:rPr>
          <w:b w:val="false"/>
          <w:i w:val="false"/>
          <w:color w:val="000000"/>
          <w:u w:val="none"/>
        </w:rPr>
        <w:t xml:space="preserve"> [1BET]</w:t>
      </w:r>
      <w:r>
        <w:t>.</w:t>
      </w:r>
    </w:p>
    <w:p>
      <w:pPr>
        <w:pStyle w:val="Yellow"/>
        <w:rPr/>
      </w:pPr>
      <w:r>
        <w:rPr>
          <w:b/>
        </w:rPr>
        <w:t>Hebrews 3:4</w:t>
      </w:r>
      <w:r>
        <w:rPr/>
        <w:t xml:space="preserve"> — And </w:t>
      </w:r>
      <w:r>
        <w:rPr>
          <w:shd w:fill="B7DDE8" w:val="clear"/>
        </w:rPr>
        <w:t>every house is built by someone</w:t>
      </w:r>
      <w:r>
        <w:rPr>
          <w:b w:val="false"/>
          <w:i w:val="false"/>
          <w:color w:val="000000"/>
          <w:u w:val="none"/>
        </w:rPr>
        <w:t xml:space="preserve"> [1LVC]</w:t>
      </w:r>
      <w:r>
        <w:rPr/>
        <w:t xml:space="preserve">, but </w:t>
      </w:r>
      <w:r>
        <w:rPr>
          <w:shd w:fill="B7DDE8" w:val="clear"/>
        </w:rPr>
        <w:t>God is the builder of everything</w:t>
      </w:r>
      <w:r>
        <w:rPr>
          <w:b w:val="false"/>
          <w:i w:val="false"/>
          <w:color w:val="000000"/>
          <w:u w:val="none"/>
        </w:rPr>
        <w:t xml:space="preserve"> [8FV]</w:t>
      </w:r>
      <w:r>
        <w:rPr/>
        <w:t>.</w:t>
      </w:r>
    </w:p>
    <w:p>
      <w:r>
        <w:rPr>
          <w:b/>
          <w:sz w:val="32"/>
          <w:highlight w:val="yellow"/>
        </w:rPr>
        <w:t>Diligence and Laziness  (19)</w:t>
      </w:r>
    </w:p>
    <w:p>
      <w:pPr>
        <w:pStyle w:val="Yellow"/>
        <w:rPr/>
      </w:pPr>
      <w:r>
        <w:rPr>
          <w:b/>
          <w:highlight w:val="cyan"/>
        </w:rPr>
        <w:t>Proverbs 6:10–11</w:t>
      </w:r>
      <w:r>
        <w:rPr>
          <w:highlight w:val="cyan"/>
        </w:rPr>
        <w:t xml:space="preserve"> — </w:t>
      </w:r>
      <w:r>
        <w:rPr>
          <w:highlight w:val="cyan"/>
          <w:shd w:val="clear" w:fill="B7DDE8"/>
        </w:rPr>
        <w:t>A little sleep, a little slumber, a little folding of the hands to rest</w:t>
      </w:r>
      <w:r>
        <w:rPr>
          <w:b w:val="false"/>
          <w:i w:val="false"/>
          <w:color w:val="000000"/>
          <w:u w:val="none"/>
        </w:rPr>
        <w:t xml:space="preserve"> [2FAM]</w:t>
      </w:r>
      <w:r>
        <w:rPr>
          <w:highlight w:val="cyan"/>
        </w:rPr>
        <w:t xml:space="preserve">, and </w:t>
      </w:r>
      <w:r>
        <w:rPr>
          <w:highlight w:val="cyan"/>
          <w:shd w:val="clear" w:fill="B7DDE8"/>
        </w:rPr>
        <w:t>poverty will come upon you like a robber, and need like a bandit</w:t>
      </w:r>
      <w:r>
        <w:rPr>
          <w:b w:val="false"/>
          <w:i w:val="false"/>
          <w:color w:val="000000"/>
          <w:u w:val="none"/>
        </w:rPr>
        <w:t xml:space="preserve"> [2FAN]</w:t>
      </w:r>
      <w:r>
        <w:rPr>
          <w:highlight w:val="cyan"/>
        </w:rPr>
        <w:t>.</w:t>
      </w:r>
    </w:p>
    <w:p>
      <w:pPr>
        <w:pStyle w:val="Yellow"/>
        <w:rPr/>
      </w:pPr>
      <w:r>
        <w:rPr>
          <w:b/>
          <w:shd w:val="clear" w:color="auto" w:fill="C00000"/>
          <w:color w:val="FFFFFF"/>
        </w:rPr>
        <w:t xml:space="preserve">Proverbs 10:4</w:t>
      </w:r>
      <w:r>
        <w:rPr>
          <w:shd w:val="clear" w:color="auto" w:fill="C00000"/>
          <w:color w:val="FFFFFF"/>
        </w:rPr>
        <w:t xml:space="preserve"> — </w:t>
      </w:r>
      <w:r>
        <w:rPr>
          <w:shd w:val="clear" w:color="auto" w:fill="C00000"/>
          <w:color w:val="FFFFFF"/>
        </w:rPr>
        <w:t xml:space="preserve">Idle hands make one poor</w:t>
      </w:r>
      <w:r>
        <w:rPr>
          <w:b w:val="false"/>
          <w:i w:val="false"/>
          <w:u w:val="none"/>
          <w:shd w:val="clear" w:color="auto" w:fill="C00000"/>
          <w:color w:val="FFFFFF"/>
        </w:rPr>
        <w:t xml:space="preserve"> [1HDA]</w:t>
      </w:r>
      <w:r>
        <w:rPr>
          <w:shd w:val="clear" w:color="auto" w:fill="C00000"/>
          <w:color w:val="FFFFFF"/>
        </w:rPr>
        <w:t xml:space="preserve">, but </w:t>
      </w:r>
      <w:r>
        <w:rPr>
          <w:shd w:val="clear" w:color="auto" w:fill="C00000"/>
          <w:color w:val="FFFFFF"/>
        </w:rPr>
        <w:t xml:space="preserve">diligent hands bring wealth</w:t>
      </w:r>
      <w:r>
        <w:rPr>
          <w:b w:val="false"/>
          <w:i w:val="false"/>
          <w:u w:val="none"/>
          <w:shd w:val="clear" w:color="auto" w:fill="C00000"/>
          <w:color w:val="FFFFFF"/>
        </w:rPr>
        <w:t xml:space="preserve"> [1HDB]</w:t>
      </w:r>
      <w:r>
        <w:rPr>
          <w:shd w:val="clear" w:color="auto" w:fill="C00000"/>
          <w:color w:val="FFFFFF"/>
        </w:rPr>
        <w:t xml:space="preserve">.</w:t>
      </w:r>
    </w:p>
    <w:p>
      <w:pPr>
        <w:pStyle w:val="Yellow"/>
        <w:rPr/>
      </w:pPr>
      <w:r>
        <w:rPr>
          <w:b/>
          <w:shd w:val="clear" w:color="auto" w:fill="C00000"/>
          <w:color w:val="FFFFFF"/>
        </w:rPr>
        <w:t xml:space="preserve">Proverbs 12:24</w:t>
      </w:r>
      <w:r>
        <w:rPr>
          <w:shd w:val="clear" w:color="auto" w:fill="C00000"/>
          <w:color w:val="FFFFFF"/>
        </w:rPr>
        <w:t xml:space="preserve"> — </w:t>
      </w:r>
      <w:r>
        <w:rPr>
          <w:shd w:val="clear" w:color="auto" w:fill="C00000"/>
          <w:color w:val="FFFFFF"/>
        </w:rPr>
        <w:t xml:space="preserve">The hand of the diligent will rule</w:t>
      </w:r>
      <w:r>
        <w:rPr>
          <w:b w:val="false"/>
          <w:i w:val="false"/>
          <w:u w:val="none"/>
          <w:shd w:val="clear" w:color="auto" w:fill="C00000"/>
          <w:color w:val="FFFFFF"/>
        </w:rPr>
        <w:t xml:space="preserve"> [1HCY]</w:t>
      </w:r>
      <w:r>
        <w:rPr>
          <w:shd w:val="clear" w:color="auto" w:fill="C00000"/>
          <w:color w:val="FFFFFF"/>
        </w:rPr>
        <w:t xml:space="preserve">, but </w:t>
      </w:r>
      <w:r>
        <w:rPr>
          <w:shd w:val="clear" w:color="auto" w:fill="C00000"/>
          <w:color w:val="FFFFFF"/>
        </w:rPr>
        <w:t xml:space="preserve">laziness ends in forced labor</w:t>
      </w:r>
      <w:r>
        <w:rPr>
          <w:b w:val="false"/>
          <w:i w:val="false"/>
          <w:u w:val="none"/>
          <w:shd w:val="clear" w:color="auto" w:fill="C00000"/>
          <w:color w:val="FFFFFF"/>
        </w:rPr>
        <w:t xml:space="preserve"> [1HCZ]</w:t>
      </w:r>
      <w:r>
        <w:rPr>
          <w:shd w:val="clear" w:color="auto" w:fill="C00000"/>
          <w:color w:val="FFFFFF"/>
        </w:rPr>
        <w:t xml:space="preserve">.</w:t>
      </w:r>
    </w:p>
    <w:p>
      <w:pPr>
        <w:pStyle w:val="Yellow"/>
        <w:rPr/>
        <w:pBdr>
          <w:left w:val="single" w:sz="28" w:space="5" w:color="C00000"/>
        </w:pBdr>
      </w:pPr>
      <w:r>
        <w:rPr>
          <w:b/>
        </w:rPr>
        <w:t xml:space="preserve">Proverbs 13:4</w:t>
      </w:r>
      <w:r>
        <w:rPr/>
        <w:t xml:space="preserve"> — </w:t>
      </w:r>
      <w:r>
        <w:rPr>
          <w:shd w:fill="B7DDE8" w:val="clear"/>
        </w:rPr>
        <w:t xml:space="preserve">The slacker craves yet has nothing</w:t>
      </w:r>
      <w:r>
        <w:rPr>
          <w:b w:val="false"/>
          <w:i w:val="false"/>
          <w:color w:val="000000"/>
          <w:u w:val="none"/>
        </w:rPr>
        <w:t xml:space="preserve"> [1HKA]</w:t>
      </w:r>
      <w:r>
        <w:rPr/>
        <w:t xml:space="preserve">, but </w:t>
      </w:r>
      <w:r>
        <w:rPr>
          <w:shd w:fill="F4B183" w:val="clear" w:color="auto"/>
          <w:color w:val="000000"/>
        </w:rPr>
        <w:t xml:space="preserve">the soul of the diligent is fully satisfied</w:t>
      </w:r>
      <w:r>
        <w:rPr>
          <w:b w:val="false"/>
          <w:i w:val="false"/>
          <w:color w:val="000000"/>
          <w:u w:val="none"/>
          <w:shd w:val="clear" w:color="auto" w:fill="F4B183"/>
        </w:rPr>
        <w:t xml:space="preserve"> [1HKB]</w:t>
      </w:r>
      <w:r>
        <w:rPr/>
        <w:t xml:space="preserve">.</w:t>
      </w:r>
    </w:p>
    <w:p>
      <w:pPr>
        <w:pStyle w:val="Yellow"/>
        <w:rPr/>
      </w:pPr>
      <w:r>
        <w:rPr>
          <w:b/>
        </w:rPr>
        <w:t>Proverbs 13:11</w:t>
      </w:r>
      <w:r>
        <w:rPr/>
        <w:t xml:space="preserve"> — </w:t>
      </w:r>
      <w:r>
        <w:rPr>
          <w:shd w:val="clear" w:fill="B7DDE8"/>
        </w:rPr>
        <w:t>Dishonest wealth will dwindle</w:t>
      </w:r>
      <w:r>
        <w:rPr>
          <w:b w:val="false"/>
          <w:i w:val="false"/>
          <w:color w:val="000000"/>
          <w:u w:val="none"/>
        </w:rPr>
        <w:t xml:space="preserve"> [1EMI]</w:t>
      </w:r>
      <w:r>
        <w:rPr/>
        <w:t xml:space="preserve">, but </w:t>
      </w:r>
      <w:r>
        <w:rPr>
          <w:shd w:val="clear" w:fill="B7DDE8"/>
        </w:rPr>
        <w:t>what is earned through hard work will be multiplied</w:t>
      </w:r>
      <w:r>
        <w:rPr>
          <w:b w:val="false"/>
          <w:i w:val="false"/>
          <w:color w:val="000000"/>
          <w:u w:val="none"/>
        </w:rPr>
        <w:t xml:space="preserve"> [1EMJ]</w:t>
      </w:r>
      <w:r>
        <w:rPr/>
        <w:t>.</w:t>
      </w:r>
    </w:p>
    <w:p>
      <w:pPr>
        <w:pStyle w:val="Yellow"/>
        <w:rPr/>
      </w:pPr>
      <w:r>
        <w:rPr>
          <w:b/>
          <w:shd w:val="clear" w:color="auto" w:fill="C00000"/>
          <w:color w:val="FFFFFF"/>
        </w:rPr>
        <w:t xml:space="preserve">Proverbs 14:23</w:t>
      </w:r>
      <w:r>
        <w:rPr>
          <w:shd w:val="clear" w:color="auto" w:fill="C00000"/>
          <w:color w:val="FFFFFF"/>
        </w:rPr>
        <w:t xml:space="preserve"> — </w:t>
      </w:r>
      <w:r>
        <w:rPr>
          <w:shd w:val="clear" w:color="auto" w:fill="C00000"/>
          <w:color w:val="FFFFFF"/>
        </w:rPr>
        <w:t xml:space="preserve">There is profit in all labor</w:t>
      </w:r>
      <w:r>
        <w:rPr>
          <w:b w:val="false"/>
          <w:i w:val="false"/>
          <w:u w:val="none"/>
          <w:shd w:val="clear" w:color="auto" w:fill="C00000"/>
          <w:color w:val="FFFFFF"/>
        </w:rPr>
        <w:t xml:space="preserve"> [1HCR]</w:t>
      </w:r>
      <w:r>
        <w:rPr>
          <w:shd w:val="clear" w:color="auto" w:fill="C00000"/>
          <w:color w:val="FFFFFF"/>
        </w:rPr>
        <w:t xml:space="preserve">, but </w:t>
      </w:r>
      <w:r>
        <w:rPr>
          <w:shd w:val="clear" w:color="auto" w:fill="C00000"/>
          <w:color w:val="FFFFFF"/>
        </w:rPr>
        <w:t xml:space="preserve">mere talk leads only to poverty</w:t>
      </w:r>
      <w:r>
        <w:rPr>
          <w:b w:val="false"/>
          <w:i w:val="false"/>
          <w:u w:val="none"/>
          <w:shd w:val="clear" w:color="auto" w:fill="C00000"/>
          <w:color w:val="FFFFFF"/>
        </w:rPr>
        <w:t xml:space="preserve"> [1HCS]</w:t>
      </w:r>
      <w:r>
        <w:rPr>
          <w:shd w:val="clear" w:color="auto" w:fill="C00000"/>
          <w:color w:val="FFFFFF"/>
        </w:rPr>
        <w:t xml:space="preserve">.</w:t>
      </w:r>
    </w:p>
    <w:p>
      <w:pPr>
        <w:pStyle w:val="Yellow"/>
        <w:rPr/>
      </w:pPr>
      <w:r>
        <w:rPr>
          <w:b/>
          <w:shd w:val="clear" w:color="auto" w:fill="C00000"/>
          <w:color w:val="FFFFFF"/>
        </w:rPr>
        <w:t>Proverbs 20:4</w:t>
      </w:r>
      <w:r>
        <w:rPr>
          <w:shd w:val="clear" w:color="auto" w:fill="C00000"/>
          <w:color w:val="FFFFFF"/>
        </w:rPr>
        <w:t xml:space="preserve"> — </w:t>
      </w:r>
      <w:r>
        <w:rPr>
          <w:shd w:val="clear" w:color="auto" w:fill="C00000"/>
          <w:color w:val="FFFFFF"/>
        </w:rPr>
        <w:t>The slacker does not plow in season; at harvest time he looks, but nothing is there</w:t>
      </w:r>
      <w:r>
        <w:rPr>
          <w:b w:val="false"/>
          <w:i w:val="false"/>
          <w:u w:val="none"/>
          <w:shd w:val="clear" w:color="auto" w:fill="C00000"/>
          <w:color w:val="FFFFFF"/>
        </w:rPr>
        <w:t xml:space="preserve"> [1EFV]</w:t>
      </w:r>
      <w:r>
        <w:rPr>
          <w:shd w:val="clear" w:color="auto" w:fill="C00000"/>
          <w:color w:val="FFFFFF"/>
        </w:rPr>
        <w:t>.</w:t>
      </w:r>
    </w:p>
    <w:p>
      <w:pPr>
        <w:pStyle w:val="Yellow"/>
        <w:rPr/>
        <w:pBdr>
          <w:left w:val="single" w:sz="28" w:space="5" w:color="C00000"/>
        </w:pBdr>
      </w:pPr>
      <w:r>
        <w:rPr>
          <w:b/>
          <w:shd w:val="clear" w:color="auto" w:fill="F4B183"/>
          <w:color w:val="000000"/>
        </w:rPr>
        <w:t>Proverbs 20:21</w:t>
      </w:r>
      <w:r>
        <w:rPr>
          <w:shd w:val="clear" w:color="auto" w:fill="F4B183"/>
          <w:color w:val="000000"/>
        </w:rPr>
        <w:t xml:space="preserve"> — </w:t>
      </w:r>
      <w:r>
        <w:rPr>
          <w:shd w:val="clear" w:fill="F4B183" w:color="auto"/>
          <w:color w:val="000000"/>
        </w:rPr>
        <w:t>An inheritance gained quickly will not be blessed in the end</w:t>
      </w:r>
      <w:r>
        <w:rPr>
          <w:b w:val="false"/>
          <w:i w:val="false"/>
          <w:color w:val="000000"/>
          <w:u w:val="none"/>
          <w:shd w:val="clear" w:color="auto" w:fill="F4B183"/>
        </w:rPr>
        <w:t xml:space="preserve"> [1EJU]</w:t>
      </w:r>
      <w:r>
        <w:rPr>
          <w:shd w:val="clear" w:color="auto" w:fill="F4B183"/>
          <w:color w:val="000000"/>
        </w:rPr>
        <w:t>.</w:t>
      </w:r>
    </w:p>
    <w:p>
      <w:pPr>
        <w:pStyle w:val="Yellow"/>
        <w:rPr/>
      </w:pPr>
      <w:r>
        <w:rPr>
          <w:b/>
        </w:rPr>
        <w:t>Proverbs 21:5</w:t>
      </w:r>
      <w:r>
        <w:rPr/>
        <w:t xml:space="preserve"> — </w:t>
      </w:r>
      <w:r>
        <w:rPr>
          <w:shd w:val="clear" w:fill="B7DDE8"/>
        </w:rPr>
        <w:t>The plans of the diligent bring plenty</w:t>
      </w:r>
      <w:r>
        <w:rPr>
          <w:b w:val="false"/>
          <w:i w:val="false"/>
          <w:color w:val="000000"/>
          <w:u w:val="none"/>
        </w:rPr>
        <w:t xml:space="preserve"> [1DMR]</w:t>
      </w:r>
      <w:r>
        <w:rPr/>
        <w:t xml:space="preserve">, as surely as </w:t>
      </w:r>
      <w:r>
        <w:rPr>
          <w:shd w:val="clear" w:fill="B7DDE8"/>
        </w:rPr>
        <w:t>haste leads to poverty</w:t>
      </w:r>
      <w:r>
        <w:rPr>
          <w:b w:val="false"/>
          <w:i w:val="false"/>
          <w:color w:val="000000"/>
          <w:u w:val="none"/>
        </w:rPr>
        <w:t xml:space="preserve"> [1DMS]</w:t>
      </w:r>
      <w:r>
        <w:rPr/>
        <w:t>.</w:t>
      </w:r>
    </w:p>
    <w:p>
      <w:pPr>
        <w:pStyle w:val="Yellow"/>
        <w:rPr/>
      </w:pPr>
      <w:r>
        <w:rPr>
          <w:b/>
        </w:rPr>
        <w:t xml:space="preserve">Proverbs 21:25</w:t>
      </w:r>
      <w:r>
        <w:rPr/>
        <w:t xml:space="preserve"> — </w:t>
      </w:r>
      <w:r>
        <w:rPr>
          <w:shd w:fill="B7DDE8" w:val="clear"/>
        </w:rPr>
        <w:t xml:space="preserve">The craving of the slacker kills him</w:t>
      </w:r>
      <w:r>
        <w:rPr>
          <w:b w:val="false"/>
          <w:i w:val="false"/>
          <w:color w:val="000000"/>
          <w:u w:val="none"/>
        </w:rPr>
        <w:t xml:space="preserve"> [1HAL]</w:t>
      </w:r>
      <w:r>
        <w:rPr/>
        <w:t xml:space="preserve"> </w:t>
      </w:r>
      <w:r>
        <w:rPr>
          <w:shd w:fill="B7DDE8" w:val="clear"/>
        </w:rPr>
        <w:t xml:space="preserve">because his hands refuse to work</w:t>
      </w:r>
      <w:r>
        <w:rPr>
          <w:b w:val="false"/>
          <w:i w:val="false"/>
          <w:color w:val="000000"/>
          <w:u w:val="none"/>
        </w:rPr>
        <w:t xml:space="preserve"> [1HAM]</w:t>
      </w:r>
      <w:r>
        <w:rPr/>
        <w:t xml:space="preserve">.</w:t>
      </w:r>
    </w:p>
    <w:p>
      <w:pPr>
        <w:pStyle w:val="Yellow"/>
        <w:rPr/>
      </w:pPr>
      <w:r>
        <w:rPr>
          <w:b/>
        </w:rPr>
        <w:t xml:space="preserve">Proverbs 22:29</w:t>
      </w:r>
      <w:r>
        <w:rPr/>
        <w:t xml:space="preserve"> — </w:t>
      </w:r>
      <w:r>
        <w:rPr>
          <w:shd w:fill="B7DDE8" w:val="clear"/>
        </w:rPr>
        <w:t xml:space="preserve">Do you see a man skilled in his work? He will be stationed in the presence of kings</w:t>
      </w:r>
      <w:r>
        <w:rPr>
          <w:b w:val="false"/>
          <w:i w:val="false"/>
          <w:u w:val="none"/>
          <w:color w:val="000000"/>
        </w:rPr>
        <w:t xml:space="preserve"> [1HAU]</w:t>
      </w:r>
      <w:r>
        <w:rPr/>
        <w:t xml:space="preserve">; </w:t>
      </w:r>
      <w:r>
        <w:rPr>
          <w:shd w:fill="B7DDE8" w:val="clear"/>
        </w:rPr>
        <w:t xml:space="preserve">he will not stand before obscure men</w:t>
      </w:r>
      <w:r>
        <w:rPr>
          <w:b w:val="false"/>
          <w:i w:val="false"/>
          <w:color w:val="000000"/>
          <w:u w:val="none"/>
        </w:rPr>
        <w:t xml:space="preserve"> [1HAV]</w:t>
      </w:r>
      <w:r>
        <w:rPr/>
        <w:t xml:space="preserve">.</w:t>
      </w:r>
    </w:p>
    <w:p>
      <w:pPr>
        <w:pStyle w:val="Yellow"/>
        <w:rPr/>
      </w:pPr>
      <w:r>
        <w:rPr>
          <w:b/>
          <w:u w:val="none"/>
          <w:shd w:val="clear" w:color="auto" w:fill="C00000"/>
          <w:color w:val="FFFFFF"/>
        </w:rPr>
        <w:t>Proverbs 28:19</w:t>
      </w:r>
      <w:r>
        <w:rPr>
          <w:u w:val="none"/>
          <w:shd w:val="clear" w:color="auto" w:fill="C00000"/>
          <w:color w:val="FFFFFF"/>
        </w:rPr>
        <w:t xml:space="preserve"> — </w:t>
      </w:r>
      <w:r>
        <w:rPr>
          <w:u w:val="none"/>
          <w:shd w:val="clear" w:color="auto" w:fill="C00000"/>
          <w:color w:val="FFFFFF"/>
        </w:rPr>
        <w:t>The one who works his land will have plenty of food</w:t>
      </w:r>
      <w:r>
        <w:rPr>
          <w:b w:val="false"/>
          <w:i w:val="false"/>
          <w:u w:val="none"/>
          <w:shd w:val="clear" w:color="auto" w:fill="C00000"/>
          <w:color w:val="FFFFFF"/>
        </w:rPr>
        <w:t xml:space="preserve"> [2EEX]</w:t>
      </w:r>
      <w:r>
        <w:rPr>
          <w:u w:val="none"/>
          <w:shd w:val="clear" w:color="auto" w:fill="C00000"/>
          <w:color w:val="FFFFFF"/>
        </w:rPr>
        <w:t xml:space="preserve">, but </w:t>
      </w:r>
      <w:r>
        <w:rPr>
          <w:u w:val="none"/>
          <w:shd w:val="clear" w:color="auto" w:fill="C00000"/>
          <w:color w:val="FFFFFF"/>
        </w:rPr>
        <w:t>whoever chases fantasies will have his fill of poverty</w:t>
      </w:r>
      <w:r>
        <w:rPr>
          <w:b w:val="false"/>
          <w:i w:val="false"/>
          <w:u w:val="none"/>
          <w:shd w:val="clear" w:color="auto" w:fill="C00000"/>
          <w:color w:val="FFFFFF"/>
        </w:rPr>
        <w:t xml:space="preserve"> [1EEY]</w:t>
      </w:r>
      <w:r>
        <w:rPr>
          <w:u w:val="none"/>
          <w:shd w:val="clear" w:color="auto" w:fill="C00000"/>
          <w:color w:val="FFFFFF"/>
        </w:rPr>
        <w:t>.</w:t>
      </w:r>
    </w:p>
    <w:p>
      <w:pPr>
        <w:pStyle w:val="Yellow"/>
        <w:rPr/>
      </w:pPr>
      <w:r>
        <w:rPr>
          <w:color w:val="000000"/>
        </w:rPr>
        <w:t xml:space="preserve">(Pr31:10 “A wife of noble character”) </w:t>
      </w:r>
      <w:r>
        <w:rPr>
          <w:b/>
          <w:color w:val="000000"/>
        </w:rPr>
        <w:t xml:space="preserve">Proverbs 31:18</w:t>
      </w:r>
      <w:r>
        <w:rPr>
          <w:color w:val="000000"/>
        </w:rPr>
        <w:t xml:space="preserve"> — </w:t>
      </w:r>
      <w:r>
        <w:rPr>
          <w:color w:val="000000"/>
        </w:rPr>
        <w:t xml:space="preserve">{She} sees that her gain is good</w:t>
      </w:r>
      <w:r>
        <w:rPr>
          <w:b w:val="false"/>
          <w:i w:val="false"/>
          <w:color w:val="000000"/>
          <w:u w:val="none"/>
        </w:rPr>
        <w:t xml:space="preserve"> [1HFU]</w:t>
      </w:r>
      <w:r>
        <w:rPr>
          <w:color w:val="000000"/>
        </w:rPr>
        <w:t xml:space="preserve">, and </w:t>
      </w:r>
      <w:r>
        <w:rPr>
          <w:color w:val="000000"/>
        </w:rPr>
        <w:t xml:space="preserve">her lamp is not extinguished at night</w:t>
      </w:r>
      <w:r>
        <w:rPr>
          <w:b w:val="false"/>
          <w:i w:val="false"/>
          <w:color w:val="000000"/>
          <w:u w:val="none"/>
        </w:rPr>
        <w:t xml:space="preserve"> [1HFV]</w:t>
      </w:r>
      <w:r>
        <w:rPr>
          <w:color w:val="000000"/>
        </w:rPr>
        <w:t xml:space="preserve">.</w:t>
      </w:r>
    </w:p>
    <w:p>
      <w:pPr>
        <w:pStyle w:val="Yellow"/>
        <w:rPr/>
      </w:pPr>
      <w:r>
        <w:rPr>
          <w:b/>
          <w:color w:val="auto"/>
        </w:rPr>
        <w:t xml:space="preserve">Ecclesiastes 10:18</w:t>
      </w:r>
      <w:r>
        <w:rPr>
          <w:color w:val="auto"/>
        </w:rPr>
        <w:t xml:space="preserve"> — </w:t>
      </w:r>
      <w:r>
        <w:rPr>
          <w:color w:val="auto"/>
        </w:rPr>
        <w:t xml:space="preserve">Through laziness the roof caves in</w:t>
      </w:r>
      <w:r>
        <w:rPr>
          <w:b w:val="false"/>
          <w:i w:val="false"/>
          <w:u w:val="none"/>
          <w:color w:val="auto"/>
        </w:rPr>
        <w:t xml:space="preserve"> [1HCV]</w:t>
      </w:r>
      <w:r>
        <w:rPr>
          <w:color w:val="auto"/>
        </w:rPr>
        <w:t xml:space="preserve">, and </w:t>
      </w:r>
      <w:r>
        <w:rPr>
          <w:color w:val="auto"/>
        </w:rPr>
        <w:t xml:space="preserve">in the hands of the idle, the house leaks</w:t>
      </w:r>
      <w:r>
        <w:rPr>
          <w:b w:val="false"/>
          <w:i w:val="false"/>
          <w:u w:val="none"/>
          <w:color w:val="auto"/>
        </w:rPr>
        <w:t xml:space="preserve"> [1HCV]</w:t>
      </w:r>
      <w:r>
        <w:rPr>
          <w:color w:val="auto"/>
        </w:rPr>
        <w:t xml:space="preserve">.</w:t>
      </w:r>
    </w:p>
    <w:p>
      <w:pPr>
        <w:pStyle w:val="Yellow"/>
        <w:rPr/>
      </w:pPr>
      <w:r>
        <w:rPr>
          <w:b/>
        </w:rPr>
        <w:t xml:space="preserve">Ecclesiastes 11:4</w:t>
      </w:r>
      <w:r>
        <w:rPr/>
        <w:t xml:space="preserve"> — </w:t>
      </w:r>
      <w:r>
        <w:rPr>
          <w:shd w:fill="B7DDE8" w:val="clear"/>
        </w:rPr>
        <w:t xml:space="preserve">He who watches the wind will fail to sow</w:t>
      </w:r>
      <w:r>
        <w:rPr>
          <w:b w:val="false"/>
          <w:i w:val="false"/>
          <w:color w:val="000000"/>
          <w:u w:val="none"/>
        </w:rPr>
        <w:t xml:space="preserve"> [1HRE]</w:t>
      </w:r>
      <w:r>
        <w:rPr/>
        <w:t xml:space="preserve">, and </w:t>
      </w:r>
      <w:r>
        <w:rPr>
          <w:shd w:fill="B7DDE8" w:val="clear"/>
        </w:rPr>
        <w:t xml:space="preserve">he who observes the clouds will fail to reap</w:t>
      </w:r>
      <w:r>
        <w:rPr>
          <w:b w:val="false"/>
          <w:i w:val="false"/>
          <w:color w:val="000000"/>
          <w:u w:val="none"/>
        </w:rPr>
        <w:t xml:space="preserve"> [1HRF]</w:t>
      </w:r>
      <w:r>
        <w:rPr/>
        <w:t xml:space="preserve">.</w:t>
      </w:r>
    </w:p>
    <w:p>
      <w:pPr>
        <w:pStyle w:val="Yellow"/>
        <w:rPr/>
      </w:pPr>
      <w:r>
        <w:rPr/>
        <w:t xml:space="preserve">(Is65:19 “My people”) </w:t>
      </w:r>
      <w:r>
        <w:rPr>
          <w:b/>
        </w:rPr>
        <w:t>Isaiah 65:21</w:t>
      </w:r>
      <w:r>
        <w:rPr/>
        <w:t xml:space="preserve"> — </w:t>
      </w:r>
      <w:r>
        <w:rPr>
          <w:shd w:fill="B7DDE8" w:val="clear"/>
        </w:rPr>
        <w:t>{They} will build houses</w:t>
      </w:r>
      <w:r>
        <w:rPr>
          <w:b w:val="false"/>
          <w:i w:val="false"/>
          <w:color w:val="000000"/>
          <w:u w:val="none"/>
        </w:rPr>
        <w:t xml:space="preserve"> [1MDJ]</w:t>
      </w:r>
      <w:r>
        <w:rPr/>
        <w:t xml:space="preserve"> and </w:t>
      </w:r>
      <w:r>
        <w:rPr>
          <w:shd w:fill="B7DDE8" w:val="clear"/>
        </w:rPr>
        <w:t>dwell in them</w:t>
      </w:r>
      <w:r>
        <w:rPr>
          <w:b w:val="false"/>
          <w:i w:val="false"/>
          <w:color w:val="000000"/>
          <w:u w:val="none"/>
        </w:rPr>
        <w:t xml:space="preserve"> [1MDK]</w:t>
      </w:r>
      <w:r>
        <w:rPr/>
        <w:t xml:space="preserve">; </w:t>
      </w:r>
      <w:r>
        <w:rPr>
          <w:shd w:fill="B7DDE8" w:val="clear"/>
        </w:rPr>
        <w:t>they will plant vineyards</w:t>
      </w:r>
      <w:r>
        <w:rPr>
          <w:b w:val="false"/>
          <w:i w:val="false"/>
          <w:color w:val="000000"/>
          <w:u w:val="none"/>
        </w:rPr>
        <w:t xml:space="preserve"> [1MDL]</w:t>
      </w:r>
      <w:r>
        <w:rPr/>
        <w:t xml:space="preserve"> and </w:t>
      </w:r>
      <w:r>
        <w:rPr>
          <w:shd w:fill="B7DDE8" w:val="clear"/>
        </w:rPr>
        <w:t>eat their fruit</w:t>
      </w:r>
      <w:r>
        <w:rPr>
          <w:b w:val="false"/>
          <w:i w:val="false"/>
          <w:color w:val="000000"/>
          <w:u w:val="none"/>
        </w:rPr>
        <w:t xml:space="preserve"> [1MDM]</w:t>
      </w:r>
      <w:r>
        <w:rPr/>
        <w:t>.</w:t>
      </w:r>
    </w:p>
    <w:p>
      <w:pPr>
        <w:pStyle w:val="Yellow"/>
        <w:rPr/>
        <w:pBdr>
          <w:left w:val="single" w:sz="28" w:space="5" w:color="C00000"/>
        </w:pBdr>
      </w:pPr>
      <w:r>
        <w:rPr>
          <w:b/>
          <w:shd w:val="clear" w:color="auto" w:fill="F4B183"/>
          <w:color w:val="000000"/>
        </w:rPr>
        <w:t xml:space="preserve">Jeremiah 48:10</w:t>
      </w:r>
      <w:r>
        <w:rPr>
          <w:shd w:val="clear" w:color="auto" w:fill="F4B183"/>
          <w:color w:val="000000"/>
        </w:rPr>
        <w:t xml:space="preserve"> — </w:t>
      </w:r>
      <w:r>
        <w:rPr>
          <w:shd w:fill="F4B183" w:val="clear" w:color="auto"/>
          <w:color w:val="000000"/>
        </w:rPr>
        <w:t xml:space="preserve">Cursed is the one who is remiss in doing the work of the LORD</w:t>
      </w:r>
      <w:r>
        <w:rPr>
          <w:b w:val="false"/>
          <w:i w:val="false"/>
          <w:color w:val="000000"/>
          <w:u w:val="none"/>
          <w:shd w:val="clear" w:color="auto" w:fill="F4B183"/>
        </w:rPr>
        <w:t xml:space="preserve"> [1JKB]</w:t>
      </w:r>
    </w:p>
    <w:p>
      <w:pPr>
        <w:pStyle w:val="Yellow"/>
        <w:rPr/>
      </w:pPr>
      <w:r>
        <w:rPr>
          <w:u w:val="none"/>
        </w:rPr>
        <w:t xml:space="preserve">(Hag1:12ᶜ “all the remnant of the people, obeyed the voice of the LORD”) </w:t>
      </w:r>
      <w:r>
        <w:rPr>
          <w:b/>
          <w:u w:val="none"/>
        </w:rPr>
        <w:t>Haggai 2:4</w:t>
      </w:r>
      <w:r>
        <w:rPr>
          <w:u w:val="none"/>
        </w:rPr>
        <w:t xml:space="preserve"> — </w:t>
      </w:r>
      <w:r>
        <w:rPr>
          <w:u w:val="none"/>
          <w:shd w:val="clear" w:fill="B7DDE8"/>
        </w:rPr>
        <w:t>Work!</w:t>
      </w:r>
      <w:r>
        <w:rPr>
          <w:b w:val="false"/>
          <w:i w:val="false"/>
          <w:color w:val="000000"/>
          <w:u w:val="none"/>
        </w:rPr>
        <w:t xml:space="preserve"> [1DNY]</w:t>
      </w:r>
      <w:r>
        <w:rPr>
          <w:u w:val="none"/>
        </w:rPr>
        <w:t xml:space="preserve"> For </w:t>
      </w:r>
      <w:r>
        <w:rPr>
          <w:u w:val="none"/>
          <w:shd w:val="clear" w:fill="B7DDE8"/>
        </w:rPr>
        <w:t>I am with you</w:t>
      </w:r>
      <w:r>
        <w:rPr>
          <w:b w:val="false"/>
          <w:i w:val="false"/>
          <w:color w:val="000000"/>
          <w:u w:val="none"/>
        </w:rPr>
        <w:t xml:space="preserve"> [14DJY]</w:t>
      </w:r>
      <w:r>
        <w:rPr>
          <w:u w:val="none"/>
        </w:rPr>
        <w:t>, declares the LORD of Hosts.</w:t>
      </w:r>
    </w:p>
    <w:p>
      <w:pPr>
        <w:pStyle w:val="Yellow"/>
        <w:rPr/>
      </w:pPr>
      <w:r>
        <w:rPr>
          <w:b/>
        </w:rPr>
        <w:t xml:space="preserve">1 Thessalonians 4:12</w:t>
      </w:r>
      <w:r>
        <w:rPr/>
        <w:t xml:space="preserve"> — But we urge you, brothers, to </w:t>
      </w:r>
      <w:r>
        <w:rPr>
          <w:shd w:fill="B7DDE8" w:val="clear"/>
        </w:rPr>
        <w:t xml:space="preserve">excel more and more</w:t>
      </w:r>
      <w:r>
        <w:rPr>
          <w:b w:val="false"/>
          <w:i w:val="false"/>
          <w:color w:val="000000"/>
          <w:u w:val="none"/>
        </w:rPr>
        <w:t xml:space="preserve"> [1HAH]</w:t>
      </w:r>
      <w:r>
        <w:rPr/>
        <w:t xml:space="preserve"> and to </w:t>
      </w:r>
      <w:r>
        <w:rPr>
          <w:shd w:fill="B7DDE8" w:val="clear"/>
        </w:rPr>
        <w:t xml:space="preserve">aspire to live quietly, to attend to your own matters, and to work with your own hands</w:t>
      </w:r>
      <w:r>
        <w:rPr>
          <w:b w:val="false"/>
          <w:i w:val="false"/>
          <w:color w:val="000000"/>
          <w:u w:val="none"/>
        </w:rPr>
        <w:t xml:space="preserve"> [1HAI]</w:t>
      </w:r>
      <w:r>
        <w:rPr/>
        <w:t xml:space="preserve">, as we instructed you. </w:t>
      </w:r>
      <w:r>
        <w:rPr>
          <w:shd w:fill="B7DDE8" w:val="clear"/>
        </w:rPr>
        <w:t xml:space="preserve">Then you will behave properly toward outsiders</w:t>
      </w:r>
      <w:r>
        <w:rPr>
          <w:b w:val="false"/>
          <w:i w:val="false"/>
          <w:u w:val="none"/>
          <w:color w:val="000000"/>
        </w:rPr>
        <w:t xml:space="preserve"> [1HAJ]</w:t>
      </w:r>
      <w:r>
        <w:rPr/>
        <w:t xml:space="preserve">, </w:t>
      </w:r>
      <w:r>
        <w:rPr>
          <w:shd w:fill="B7DDE8" w:val="clear"/>
        </w:rPr>
        <w:t xml:space="preserve">without being dependent on anyone</w:t>
      </w:r>
      <w:r>
        <w:rPr>
          <w:b w:val="false"/>
          <w:i w:val="false"/>
          <w:color w:val="000000"/>
          <w:u w:val="none"/>
        </w:rPr>
        <w:t xml:space="preserve"> [1HAK]</w:t>
      </w:r>
      <w:r>
        <w:rPr/>
        <w:t xml:space="preserve">.</w:t>
      </w:r>
    </w:p>
    <w:p>
      <w:r>
        <w:rPr>
          <w:b/>
          <w:sz w:val="32"/>
          <w:highlight w:val="yellow"/>
        </w:rPr>
        <w:t>Discipleship and Following Christ  (5)</w:t>
      </w:r>
    </w:p>
    <w:p>
      <w:pPr>
        <w:pStyle w:val="Yellow"/>
        <w:rPr/>
      </w:pPr>
      <w:r>
        <w:rPr>
          <w:b/>
        </w:rPr>
        <w:t>Matthew 10:38</w:t>
      </w:r>
      <w:r>
        <w:t xml:space="preserve"> — and </w:t>
      </w:r>
      <w:r>
        <w:rPr>
          <w:shd w:fill="B7DDE8" w:val="clear"/>
        </w:rPr>
        <w:t>anyone who does not take up his cross and follow Me is not worthy of Me</w:t>
      </w:r>
      <w:r>
        <w:rPr>
          <w:b w:val="false"/>
          <w:i w:val="false"/>
          <w:color w:val="000000"/>
          <w:u w:val="none"/>
        </w:rPr>
        <w:t xml:space="preserve"> [1AUV]</w:t>
      </w:r>
      <w:r>
        <w:t>.</w:t>
      </w:r>
    </w:p>
    <w:p>
      <w:pPr>
        <w:pStyle w:val="Yellow"/>
        <w:rPr/>
      </w:pPr>
      <w:r>
        <w:rPr>
          <w:b/>
        </w:rPr>
        <w:t xml:space="preserve">Luke 9:59-62</w:t>
      </w:r>
      <w:r>
        <w:rPr/>
        <w:t xml:space="preserve"> — Then </w:t>
      </w:r>
      <w:r>
        <w:rPr>
          <w:shd w:fill="B7DDE8" w:val="clear"/>
        </w:rPr>
        <w:t xml:space="preserve">He said to another man, “Follow Me.”</w:t>
      </w:r>
      <w:r>
        <w:rPr>
          <w:b w:val="false"/>
          <w:i w:val="false"/>
          <w:color w:val="000000"/>
          <w:u w:val="none"/>
        </w:rPr>
        <w:t xml:space="preserve"> [1GIE]</w:t>
      </w:r>
      <w:r>
        <w:rPr/>
        <w:t xml:space="preserve"> </w:t>
      </w:r>
      <w:r>
        <w:rPr>
          <w:shd w:fill="B7DDE8" w:val="clear"/>
        </w:rPr>
        <w:t xml:space="preserve">The man replied, “Lord, first let me go and bury my father.”</w:t>
      </w:r>
      <w:r>
        <w:rPr>
          <w:b w:val="false"/>
          <w:i w:val="false"/>
          <w:color w:val="000000"/>
          <w:u w:val="none"/>
        </w:rPr>
        <w:t xml:space="preserve"> [1GIF]</w:t>
      </w:r>
      <w:r>
        <w:rPr/>
        <w:t xml:space="preserve">  But </w:t>
      </w:r>
      <w:r>
        <w:rPr>
          <w:shd w:fill="B7DDE8" w:val="clear"/>
        </w:rPr>
        <w:t xml:space="preserve">Jesus told him, “Let the dead bury their own dead.</w:t>
      </w:r>
      <w:r>
        <w:rPr>
          <w:b w:val="false"/>
          <w:i w:val="false"/>
          <w:color w:val="000000"/>
          <w:u w:val="none"/>
        </w:rPr>
        <w:t xml:space="preserve"> [1GIG]</w:t>
      </w:r>
      <w:r>
        <w:rPr/>
        <w:t xml:space="preserve"> </w:t>
      </w:r>
      <w:r>
        <w:rPr>
          <w:shd w:fill="B7DDE8" w:val="clear"/>
        </w:rPr>
        <w:t xml:space="preserve">You, however, go and proclaim the kingdom of God.</w:t>
      </w:r>
      <w:r>
        <w:rPr>
          <w:b w:val="false"/>
          <w:i w:val="false"/>
          <w:color w:val="000000"/>
          <w:u w:val="none"/>
        </w:rPr>
        <w:t xml:space="preserve"> [1GIH]</w:t>
      </w:r>
      <w:r>
        <w:rPr/>
        <w:t xml:space="preserve">” </w:t>
      </w:r>
      <w:r>
        <w:rPr>
          <w:shd w:fill="B7DDE8" w:val="clear"/>
        </w:rPr>
        <w:t xml:space="preserve">Still another said, “I will follow You, Lord; but first let me bid farewell to my family.”</w:t>
      </w:r>
      <w:r>
        <w:rPr>
          <w:b w:val="false"/>
          <w:i w:val="false"/>
          <w:color w:val="000000"/>
          <w:u w:val="none"/>
        </w:rPr>
        <w:t xml:space="preserve"> [1GII]</w:t>
      </w:r>
      <w:r>
        <w:rPr/>
        <w:t xml:space="preserve"> Then Jesus declared, “</w:t>
      </w:r>
      <w:r>
        <w:rPr>
          <w:shd w:fill="B7DDE8" w:val="clear"/>
        </w:rPr>
        <w:t xml:space="preserve">No one who puts his hand to the plow and then looks back is fit for the kingdom of God</w:t>
      </w:r>
      <w:r>
        <w:rPr>
          <w:b w:val="false"/>
          <w:i w:val="false"/>
          <w:color w:val="000000"/>
          <w:u w:val="none"/>
        </w:rPr>
        <w:t xml:space="preserve"> [1GIJ]</w:t>
      </w:r>
      <w:r>
        <w:rPr/>
        <w:t xml:space="preserve">.”</w:t>
      </w:r>
    </w:p>
    <w:p>
      <w:pPr>
        <w:pStyle w:val="Yellow"/>
        <w:rPr/>
      </w:pPr>
      <w:r>
        <w:rPr>
          <w:b/>
          <w:u w:val="none"/>
        </w:rPr>
        <w:t xml:space="preserve">Luke 14:26</w:t>
      </w:r>
      <w:r>
        <w:rPr>
          <w:u w:val="none"/>
        </w:rPr>
        <w:t xml:space="preserve"> — “</w:t>
      </w:r>
      <w:r>
        <w:rPr>
          <w:u w:val="none"/>
          <w:shd w:fill="B7DDE8" w:val="clear"/>
        </w:rPr>
        <w:t xml:space="preserve">If anyone comes to Me and does not hate his father and mother and wife and children and brothers and sisters—yes, even his own life—he </w:t>
      </w:r>
      <w:r>
        <w:rPr>
          <w:u w:val="none"/>
          <w:shd w:fill="B7DDE8" w:val="clear"/>
        </w:rPr>
        <w:t xml:space="preserve">cannot be My disciple</w:t>
      </w:r>
      <w:r>
        <w:rPr>
          <w:b w:val="false"/>
          <w:i w:val="false"/>
          <w:color w:val="000000"/>
          <w:u w:val="none"/>
        </w:rPr>
        <w:t xml:space="preserve"> [1GNZ]</w:t>
      </w:r>
      <w:r>
        <w:rPr>
          <w:u w:val="none"/>
        </w:rPr>
        <w:t xml:space="preserve">.</w:t>
      </w:r>
    </w:p>
    <w:p>
      <w:pPr>
        <w:pStyle w:val="Yellow"/>
        <w:rPr/>
      </w:pPr>
      <w:r>
        <w:rPr>
          <w:b/>
          <w:u w:val="none"/>
        </w:rPr>
        <w:t>Luke 14:27</w:t>
      </w:r>
      <w:r>
        <w:rPr>
          <w:u w:val="none"/>
        </w:rPr>
        <w:t xml:space="preserve"> — And </w:t>
      </w:r>
      <w:r>
        <w:rPr>
          <w:u w:val="none"/>
          <w:shd w:fill="B7DDE8" w:val="clear"/>
        </w:rPr>
        <w:t xml:space="preserve">whoever does not carry his cross and follow Me </w:t>
      </w:r>
      <w:r>
        <w:rPr>
          <w:u w:val="none"/>
          <w:shd w:fill="B7DDE8" w:val="clear"/>
        </w:rPr>
        <w:t>cannot be My disciple</w:t>
      </w:r>
      <w:r>
        <w:rPr>
          <w:b w:val="false"/>
          <w:i w:val="false"/>
          <w:color w:val="000000"/>
          <w:u w:val="none"/>
        </w:rPr>
        <w:t xml:space="preserve"> [1AUU]</w:t>
      </w:r>
      <w:r>
        <w:rPr>
          <w:u w:val="none"/>
        </w:rPr>
        <w:t>.</w:t>
      </w:r>
    </w:p>
    <w:p>
      <w:pPr>
        <w:pStyle w:val="Yellow"/>
        <w:rPr/>
      </w:pPr>
      <w:r>
        <w:rPr>
          <w:b/>
          <w:u w:val="none"/>
        </w:rPr>
        <w:t>Luke 14:33</w:t>
      </w:r>
      <w:r>
        <w:rPr>
          <w:u w:val="none"/>
        </w:rPr>
        <w:t xml:space="preserve"> — In the same way, </w:t>
      </w:r>
      <w:r>
        <w:rPr>
          <w:u w:val="none"/>
          <w:shd w:fill="B7DDE8" w:val="clear"/>
        </w:rPr>
        <w:t xml:space="preserve">any one of you who does not give up everything he has </w:t>
      </w:r>
      <w:r>
        <w:rPr>
          <w:u w:val="none"/>
          <w:shd w:fill="B7DDE8" w:val="clear"/>
        </w:rPr>
        <w:t>cannot be My disciple</w:t>
      </w:r>
      <w:r>
        <w:rPr>
          <w:b w:val="false"/>
          <w:i w:val="false"/>
          <w:color w:val="000000"/>
          <w:u w:val="none"/>
        </w:rPr>
        <w:t xml:space="preserve"> [1LVI]</w:t>
      </w:r>
      <w:r>
        <w:rPr>
          <w:u w:val="none"/>
        </w:rPr>
        <w:t>.</w:t>
      </w:r>
    </w:p>
    <w:p>
      <w:r>
        <w:rPr>
          <w:b/>
          <w:sz w:val="32"/>
          <w:highlight w:val="yellow"/>
        </w:rPr>
        <w:t>Discipline  (18)</w:t>
      </w:r>
    </w:p>
    <w:p>
      <w:pPr>
        <w:pStyle w:val="Yellow"/>
        <w:rPr/>
        <w:pBdr>
          <w:left w:val="single" w:sz="28" w:space="5" w:color="C00000"/>
        </w:pBdr>
      </w:pPr>
      <w:r>
        <w:rPr>
          <w:b/>
          <w:shd w:val="clear" w:color="auto" w:fill="F4B183"/>
          <w:color w:val="000000"/>
        </w:rPr>
        <w:t xml:space="preserve">Deuteronomy 8:5</w:t>
      </w:r>
      <w:r>
        <w:rPr>
          <w:shd w:val="clear" w:color="auto" w:fill="F4B183"/>
          <w:color w:val="000000"/>
        </w:rPr>
        <w:t xml:space="preserve"> — </w:t>
      </w:r>
      <w:r>
        <w:rPr>
          <w:shd w:fill="F4B183" w:val="clear" w:color="auto"/>
          <w:color w:val="000000"/>
        </w:rPr>
        <w:t xml:space="preserve">just as a man disciplines his son, so the LORD your God disciplines you</w:t>
      </w:r>
      <w:r>
        <w:rPr>
          <w:b w:val="false"/>
          <w:i w:val="false"/>
          <w:color w:val="000000"/>
          <w:u w:val="none"/>
          <w:shd w:val="clear" w:color="auto" w:fill="F4B183"/>
        </w:rPr>
        <w:t xml:space="preserve"> [1ILC]</w:t>
      </w:r>
      <w:r>
        <w:rPr>
          <w:shd w:val="clear" w:color="auto" w:fill="F4B183"/>
          <w:color w:val="000000"/>
        </w:rPr>
        <w:t xml:space="preserve">.</w:t>
      </w:r>
    </w:p>
    <w:p>
      <w:pPr>
        <w:pStyle w:val="Yellow"/>
        <w:rPr/>
      </w:pPr>
      <w:r>
        <w:rPr>
          <w:color w:val="auto"/>
        </w:rPr>
        <w:t xml:space="preserve">(2Sa7:12 David’s descendant) </w:t>
      </w:r>
      <w:r>
        <w:rPr>
          <w:b/>
          <w:color w:val="auto"/>
        </w:rPr>
        <w:t xml:space="preserve">2 Samuel 7:14</w:t>
      </w:r>
      <w:r>
        <w:rPr>
          <w:color w:val="auto"/>
        </w:rPr>
        <w:t xml:space="preserve"> — </w:t>
      </w:r>
      <w:r>
        <w:rPr>
          <w:color w:val="auto"/>
        </w:rPr>
        <w:t xml:space="preserve">When {he} does wrong, I will discipline him with the rod of men and with the blows of the sons of men</w:t>
      </w:r>
      <w:r>
        <w:rPr>
          <w:b w:val="false"/>
          <w:i w:val="false"/>
          <w:color w:val="auto"/>
          <w:u w:val="none"/>
        </w:rPr>
        <w:t xml:space="preserve"> [1IKW]</w:t>
      </w:r>
      <w:r>
        <w:rPr>
          <w:color w:val="auto"/>
        </w:rPr>
        <w:t xml:space="preserve">.</w:t>
      </w:r>
    </w:p>
    <w:p>
      <w:pPr>
        <w:pStyle w:val="Yellow"/>
        <w:rPr/>
        <w:pBdr>
          <w:left w:val="single" w:sz="28" w:space="5" w:color="C00000"/>
        </w:pBdr>
      </w:pPr>
      <w:r>
        <w:rPr>
          <w:shd w:val="clear" w:color="auto" w:fill="548235"/>
          <w:color w:val="FFFFFF"/>
        </w:rPr>
        <w:t xml:space="preserve">(Ps38:3ᶜ “because of my sin”) </w:t>
      </w:r>
      <w:r>
        <w:rPr>
          <w:b/>
          <w:shd w:val="clear" w:color="auto" w:fill="548235"/>
          <w:color w:val="FFFFFF"/>
        </w:rPr>
        <w:t xml:space="preserve">Psalm 38:2</w:t>
      </w:r>
      <w:r>
        <w:rPr>
          <w:shd w:val="clear" w:color="auto" w:fill="548235"/>
          <w:color w:val="FFFFFF"/>
        </w:rPr>
        <w:t xml:space="preserve"> — For </w:t>
      </w:r>
      <w:r>
        <w:rPr>
          <w:shd w:fill="548235" w:val="clear" w:color="auto"/>
          <w:color w:val="FFFFFF"/>
        </w:rPr>
        <w:t xml:space="preserve">Your arrows have pierced me deeply</w:t>
      </w:r>
      <w:r>
        <w:rPr>
          <w:b w:val="false"/>
          <w:i w:val="false"/>
          <w:color w:val="FFFFFF"/>
          <w:u w:val="none"/>
          <w:shd w:val="clear" w:color="auto" w:fill="548235"/>
        </w:rPr>
        <w:t xml:space="preserve"> [1LGW]</w:t>
      </w:r>
      <w:r>
        <w:rPr>
          <w:shd w:val="clear" w:color="auto" w:fill="548235"/>
          <w:color w:val="FFFFFF"/>
        </w:rPr>
        <w:t xml:space="preserve">, and </w:t>
      </w:r>
      <w:r>
        <w:rPr>
          <w:shd w:fill="548235" w:val="clear" w:color="auto"/>
          <w:color w:val="FFFFFF"/>
        </w:rPr>
        <w:t xml:space="preserve">Your hand has pressed down on me</w:t>
      </w:r>
      <w:r>
        <w:rPr>
          <w:b w:val="false"/>
          <w:i w:val="false"/>
          <w:color w:val="FFFFFF"/>
          <w:u w:val="none"/>
          <w:shd w:val="clear" w:color="auto" w:fill="548235"/>
        </w:rPr>
        <w:t xml:space="preserve"> [1LGX]</w:t>
      </w:r>
      <w:r>
        <w:rPr>
          <w:shd w:val="clear" w:color="auto" w:fill="548235"/>
          <w:color w:val="FFFFFF"/>
        </w:rPr>
        <w:t xml:space="preserve">.</w:t>
      </w:r>
    </w:p>
    <w:p>
      <w:pPr>
        <w:pStyle w:val="Yellow"/>
        <w:rPr/>
      </w:pPr>
      <w:r>
        <w:rPr/>
        <w:t xml:space="preserve">(Ps39:11ᶜ “You discipline and correct a man for his iniquity”) </w:t>
      </w:r>
      <w:r>
        <w:rPr>
          <w:b/>
        </w:rPr>
        <w:t xml:space="preserve">Psalm 39:10</w:t>
      </w:r>
      <w:r>
        <w:rPr/>
        <w:t xml:space="preserve"> — </w:t>
      </w:r>
      <w:r>
        <w:rPr>
          <w:shd w:fill="548235" w:val="clear" w:color="auto"/>
          <w:color w:val="FFFFFF"/>
        </w:rPr>
        <w:t xml:space="preserve">Remove Your scourge from me</w:t>
      </w:r>
      <w:r>
        <w:rPr>
          <w:b w:val="false"/>
          <w:i w:val="false"/>
          <w:color w:val="FFFFFF"/>
          <w:u w:val="none"/>
          <w:shd w:val="clear" w:color="auto" w:fill="548235"/>
        </w:rPr>
        <w:t xml:space="preserve"> [1LGU]</w:t>
      </w:r>
      <w:r>
        <w:rPr>
          <w:shd w:val="clear" w:color="auto" w:fill="548235"/>
          <w:color w:val="FFFFFF"/>
        </w:rPr>
        <w:t xml:space="preserve">; </w:t>
      </w:r>
      <w:r>
        <w:rPr>
          <w:shd w:fill="B7DDE8" w:val="clear"/>
        </w:rPr>
        <w:t xml:space="preserve">I am perishing by the force of Your hand</w:t>
      </w:r>
      <w:r>
        <w:rPr>
          <w:b w:val="false"/>
          <w:i w:val="false"/>
          <w:color w:val="000000"/>
          <w:u w:val="none"/>
        </w:rPr>
        <w:t xml:space="preserve"> [1LGV]</w:t>
      </w:r>
      <w:r>
        <w:rPr/>
        <w:t xml:space="preserve">.</w:t>
      </w:r>
    </w:p>
    <w:p>
      <w:pPr>
        <w:pStyle w:val="Yellow"/>
        <w:rPr/>
        <w:pBdr>
          <w:left w:val="single" w:sz="28" w:space="5" w:color="C00000"/>
        </w:pBdr>
      </w:pPr>
      <w:r>
        <w:rPr>
          <w:b/>
        </w:rPr>
        <w:t xml:space="preserve">Psalm 39:11</w:t>
      </w:r>
      <w:r>
        <w:rPr/>
        <w:t xml:space="preserve"> — </w:t>
      </w:r>
      <w:r>
        <w:rPr>
          <w:shd w:fill="B7DDE8" w:val="clear"/>
        </w:rPr>
        <w:t xml:space="preserve">You discipline and correct a man for his iniquity</w:t>
      </w:r>
      <w:r>
        <w:rPr>
          <w:b w:val="false"/>
          <w:i w:val="false"/>
          <w:color w:val="000000"/>
          <w:u w:val="none"/>
        </w:rPr>
        <w:t xml:space="preserve"> [1IKK]</w:t>
      </w:r>
      <w:r>
        <w:rPr/>
        <w:t xml:space="preserve">, </w:t>
      </w:r>
      <w:r>
        <w:rPr>
          <w:shd w:fill="B7DDE8" w:val="clear"/>
        </w:rPr>
        <w:t xml:space="preserve">consuming like a moth what he holds dear</w:t>
      </w:r>
      <w:r>
        <w:rPr>
          <w:b w:val="false"/>
          <w:i w:val="false"/>
          <w:color w:val="000000"/>
          <w:u w:val="none"/>
        </w:rPr>
        <w:t xml:space="preserve"> [1IKL]</w:t>
      </w:r>
      <w:r>
        <w:rPr/>
        <w:t xml:space="preserve">; </w:t>
      </w:r>
      <w:r>
        <w:rPr>
          <w:shd w:fill="B7DDE8" w:val="clear"/>
        </w:rPr>
        <w:t xml:space="preserve">surely each man is but a vapor</w:t>
      </w:r>
      <w:r>
        <w:rPr>
          <w:b w:val="false"/>
          <w:i w:val="false"/>
          <w:u w:val="none"/>
          <w:color w:val="000000"/>
        </w:rPr>
        <w:t xml:space="preserve"> [1IKM]</w:t>
      </w:r>
      <w:r>
        <w:rPr/>
        <w:t xml:space="preserve">. Selah</w:t>
      </w:r>
    </w:p>
    <w:p>
      <w:pPr>
        <w:pStyle w:val="Yellow"/>
        <w:rPr/>
        <w:pBdr>
          <w:left w:val="single" w:sz="28" w:space="5" w:color="C00000"/>
        </w:pBdr>
      </w:pPr>
      <w:r>
        <w:rPr>
          <w:b/>
          <w:shd w:val="clear" w:color="auto" w:fill="F4B183"/>
          <w:color w:val="000000"/>
        </w:rPr>
        <w:t xml:space="preserve">Psalm 94:12–13</w:t>
      </w:r>
      <w:r>
        <w:rPr>
          <w:shd w:val="clear" w:color="auto" w:fill="F4B183"/>
          <w:color w:val="000000"/>
        </w:rPr>
        <w:t xml:space="preserve"> — </w:t>
      </w:r>
      <w:r>
        <w:rPr>
          <w:shd w:fill="F4B183" w:val="clear" w:color="auto"/>
          <w:color w:val="000000"/>
        </w:rPr>
        <w:t xml:space="preserve">Blessed is the man You discipline, O LORD, and teach from Your law</w:t>
      </w:r>
      <w:r>
        <w:rPr>
          <w:b w:val="false"/>
          <w:i w:val="false"/>
          <w:color w:val="000000"/>
          <w:u w:val="none"/>
          <w:shd w:val="clear" w:color="auto" w:fill="F4B183"/>
        </w:rPr>
        <w:t xml:space="preserve"> [1IJO]</w:t>
      </w:r>
      <w:r>
        <w:rPr>
          <w:shd w:val="clear" w:color="auto" w:fill="F4B183"/>
          <w:color w:val="000000"/>
        </w:rPr>
        <w:t xml:space="preserve">, </w:t>
      </w:r>
      <w:r>
        <w:rPr>
          <w:shd w:fill="F4B183" w:val="clear" w:color="auto"/>
          <w:color w:val="000000"/>
        </w:rPr>
        <w:t xml:space="preserve">to grant him relief from days of trouble, until a pit is dug for the wicked</w:t>
      </w:r>
      <w:r>
        <w:rPr>
          <w:b w:val="false"/>
          <w:i w:val="false"/>
          <w:color w:val="000000"/>
          <w:u w:val="none"/>
          <w:shd w:val="clear" w:color="auto" w:fill="F4B183"/>
        </w:rPr>
        <w:t xml:space="preserve"> [1IJP]</w:t>
      </w:r>
      <w:r>
        <w:rPr>
          <w:shd w:val="clear" w:color="auto" w:fill="F4B183"/>
          <w:color w:val="000000"/>
        </w:rPr>
        <w:t xml:space="preserve">.</w:t>
      </w:r>
    </w:p>
    <w:p>
      <w:pPr>
        <w:pStyle w:val="Yellow"/>
        <w:rPr/>
      </w:pPr>
      <w:r>
        <w:rPr>
          <w:b/>
          <w:shd w:val="clear" w:color="auto" w:fill="548235"/>
          <w:color w:val="FFFFFF"/>
        </w:rPr>
        <w:t xml:space="preserve">Psalm 118:18</w:t>
      </w:r>
      <w:r>
        <w:rPr>
          <w:shd w:val="clear" w:color="auto" w:fill="548235"/>
          <w:color w:val="FFFFFF"/>
        </w:rPr>
        <w:t xml:space="preserve"> — </w:t>
      </w:r>
      <w:r>
        <w:rPr>
          <w:shd w:fill="548235" w:val="clear" w:color="auto"/>
          <w:color w:val="FFFFFF"/>
        </w:rPr>
        <w:t xml:space="preserve">The LORD disciplined me severely</w:t>
      </w:r>
      <w:r>
        <w:rPr>
          <w:b w:val="false"/>
          <w:i w:val="false"/>
          <w:color w:val="FFFFFF"/>
          <w:u w:val="none"/>
          <w:shd w:val="clear" w:color="auto" w:fill="548235"/>
        </w:rPr>
        <w:t xml:space="preserve"> [1IKS]</w:t>
      </w:r>
      <w:r>
        <w:rPr>
          <w:shd w:val="clear" w:color="auto" w:fill="548235"/>
          <w:color w:val="FFFFFF"/>
        </w:rPr>
        <w:t xml:space="preserve">, but </w:t>
      </w:r>
      <w:r>
        <w:rPr>
          <w:shd w:fill="548235" w:val="clear" w:color="auto"/>
          <w:color w:val="FFFFFF"/>
        </w:rPr>
        <w:t xml:space="preserve">He has not given me over to death</w:t>
      </w:r>
      <w:r>
        <w:rPr>
          <w:b w:val="false"/>
          <w:i w:val="false"/>
          <w:color w:val="FFFFFF"/>
          <w:u w:val="none"/>
          <w:shd w:val="clear" w:color="auto" w:fill="548235"/>
        </w:rPr>
        <w:t xml:space="preserve"> [1IKT]</w:t>
      </w:r>
      <w:r>
        <w:rPr>
          <w:shd w:val="clear" w:color="auto" w:fill="548235"/>
          <w:color w:val="FFFFFF"/>
        </w:rPr>
        <w:t xml:space="preserve">.</w:t>
      </w:r>
    </w:p>
    <w:p>
      <w:pPr>
        <w:pStyle w:val="Yellow"/>
        <w:rPr/>
      </w:pPr>
      <w:r>
        <w:rPr>
          <w:b/>
        </w:rPr>
        <w:t>Psalm 119:67</w:t>
      </w:r>
      <w:r>
        <w:rPr/>
        <w:t xml:space="preserve"> — </w:t>
      </w:r>
      <w:r>
        <w:rPr>
          <w:shd w:val="clear" w:fill="B7DDE8"/>
        </w:rPr>
        <w:t>Before I was afflicted, I went astray</w:t>
      </w:r>
      <w:r>
        <w:rPr>
          <w:b w:val="false"/>
          <w:i w:val="false"/>
          <w:color w:val="000000"/>
          <w:u w:val="none"/>
        </w:rPr>
        <w:t xml:space="preserve"> [1TM]</w:t>
      </w:r>
      <w:r>
        <w:rPr/>
        <w:t xml:space="preserve">; but </w:t>
      </w:r>
      <w:r>
        <w:rPr>
          <w:shd w:val="clear" w:fill="B7DDE8"/>
        </w:rPr>
        <w:t>now I keep Your word</w:t>
      </w:r>
      <w:r>
        <w:rPr>
          <w:b w:val="false"/>
          <w:i w:val="false"/>
          <w:color w:val="000000"/>
          <w:u w:val="none"/>
        </w:rPr>
        <w:t xml:space="preserve"> [1TN]</w:t>
      </w:r>
      <w:r>
        <w:rPr/>
        <w:t>.</w:t>
      </w:r>
    </w:p>
    <w:p>
      <w:pPr>
        <w:pStyle w:val="Yellow"/>
        <w:rPr/>
      </w:pPr>
      <w:r>
        <w:rPr>
          <w:b/>
        </w:rPr>
        <w:t xml:space="preserve">Psalm 119:71</w:t>
      </w:r>
      <w:r>
        <w:rPr/>
        <w:t xml:space="preserve"> — </w:t>
      </w:r>
      <w:r>
        <w:rPr>
          <w:shd w:fill="B7DDE8" w:val="clear"/>
        </w:rPr>
        <w:t xml:space="preserve">It was good for me to be afflicted</w:t>
      </w:r>
      <w:r>
        <w:rPr>
          <w:b w:val="false"/>
          <w:i w:val="false"/>
          <w:color w:val="000000"/>
          <w:u w:val="none"/>
        </w:rPr>
        <w:t xml:space="preserve"> [1GUR]</w:t>
      </w:r>
      <w:r>
        <w:rPr/>
        <w:t xml:space="preserve">, </w:t>
      </w:r>
      <w:r>
        <w:rPr>
          <w:shd w:fill="B7DDE8" w:val="clear"/>
        </w:rPr>
        <w:t xml:space="preserve">that I might learn Your statutes</w:t>
      </w:r>
      <w:r>
        <w:rPr>
          <w:b w:val="false"/>
          <w:i w:val="false"/>
          <w:color w:val="000000"/>
          <w:u w:val="none"/>
        </w:rPr>
        <w:t xml:space="preserve"> [1GUS]</w:t>
      </w:r>
      <w:r>
        <w:rPr/>
        <w:t xml:space="preserve">.</w:t>
      </w:r>
    </w:p>
    <w:p>
      <w:pPr>
        <w:pStyle w:val="Yellow"/>
        <w:rPr/>
      </w:pPr>
      <w:r>
        <w:rPr>
          <w:b/>
        </w:rPr>
        <w:t xml:space="preserve">Proverbs 3:11–12</w:t>
      </w:r>
      <w:r>
        <w:rPr/>
        <w:t xml:space="preserve"> — My son, </w:t>
      </w:r>
      <w:r>
        <w:rPr>
          <w:shd w:fill="B7DDE8" w:val="clear"/>
        </w:rPr>
        <w:t xml:space="preserve">do not reject the discipline of the LORD, and do not loathe His rebuke</w:t>
      </w:r>
      <w:r>
        <w:rPr>
          <w:b w:val="false"/>
          <w:i w:val="false"/>
          <w:color w:val="000000"/>
          <w:u w:val="none"/>
        </w:rPr>
        <w:t xml:space="preserve"> [1HPH]</w:t>
      </w:r>
      <w:r>
        <w:rPr/>
        <w:t xml:space="preserve">; for </w:t>
      </w:r>
      <w:r>
        <w:rPr>
          <w:shd w:fill="B7DDE8" w:val="clear"/>
        </w:rPr>
        <w:t xml:space="preserve">the LORD disciplines the one He loves</w:t>
      </w:r>
      <w:r>
        <w:rPr>
          <w:b w:val="false"/>
          <w:i w:val="false"/>
          <w:color w:val="000000"/>
          <w:u w:val="none"/>
        </w:rPr>
        <w:t xml:space="preserve"> [3HFA]</w:t>
      </w:r>
      <w:r>
        <w:rPr/>
        <w:t xml:space="preserve">, </w:t>
      </w:r>
      <w:r>
        <w:rPr>
          <w:shd w:fill="B7DDE8" w:val="clear"/>
        </w:rPr>
        <w:t xml:space="preserve">as does a father the son in whom he delights</w:t>
      </w:r>
      <w:r>
        <w:rPr>
          <w:b w:val="false"/>
          <w:i w:val="false"/>
          <w:color w:val="000000"/>
          <w:u w:val="none"/>
        </w:rPr>
        <w:t xml:space="preserve"> [1HPI]</w:t>
      </w:r>
      <w:r>
        <w:rPr/>
        <w:t xml:space="preserve">.</w:t>
      </w:r>
    </w:p>
    <w:p>
      <w:pPr>
        <w:pStyle w:val="Yellow"/>
        <w:rPr/>
        <w:pBdr>
          <w:left w:val="single" w:sz="28" w:space="5" w:color="C00000"/>
        </w:pBdr>
      </w:pPr>
      <w:r>
        <w:rPr>
          <w:shd w:val="clear" w:color="auto" w:fill="548235"/>
          <w:color w:val="FFFFFF"/>
        </w:rPr>
        <w:t xml:space="preserve">(Is26:15 “the nation”) </w:t>
      </w:r>
      <w:r>
        <w:rPr>
          <w:b/>
          <w:shd w:val="clear" w:color="auto" w:fill="548235"/>
          <w:color w:val="FFFFFF"/>
        </w:rPr>
        <w:t xml:space="preserve">Isaiah 26:16</w:t>
      </w:r>
      <w:r>
        <w:rPr>
          <w:shd w:val="clear" w:color="auto" w:fill="548235"/>
          <w:color w:val="FFFFFF"/>
        </w:rPr>
        <w:t xml:space="preserve"> — O LORD, </w:t>
      </w:r>
      <w:r>
        <w:rPr>
          <w:shd w:fill="548235" w:val="clear" w:color="auto"/>
          <w:color w:val="FFFFFF"/>
        </w:rPr>
        <w:t xml:space="preserve">{they} sought You in their distress</w:t>
      </w:r>
      <w:r>
        <w:rPr>
          <w:b w:val="false"/>
          <w:i w:val="false"/>
          <w:color w:val="FFFFFF"/>
          <w:u w:val="none"/>
          <w:shd w:val="clear" w:color="auto" w:fill="548235"/>
        </w:rPr>
        <w:t xml:space="preserve"> [1ILV]</w:t>
      </w:r>
      <w:r>
        <w:rPr>
          <w:shd w:val="clear" w:color="auto" w:fill="548235"/>
          <w:color w:val="FFFFFF"/>
        </w:rPr>
        <w:t xml:space="preserve">; </w:t>
      </w:r>
      <w:r>
        <w:rPr>
          <w:shd w:fill="548235" w:val="clear" w:color="auto"/>
          <w:color w:val="FFFFFF"/>
        </w:rPr>
        <w:t xml:space="preserve">when You disciplined them, they poured out a quiet prayer</w:t>
      </w:r>
      <w:r>
        <w:rPr>
          <w:b w:val="false"/>
          <w:i w:val="false"/>
          <w:u w:val="none"/>
          <w:color w:val="FFFFFF"/>
          <w:shd w:val="clear" w:color="auto" w:fill="548235"/>
        </w:rPr>
        <w:t xml:space="preserve"> [1ILW]</w:t>
      </w:r>
      <w:r>
        <w:rPr>
          <w:shd w:val="clear" w:color="auto" w:fill="548235"/>
          <w:color w:val="FFFFFF"/>
        </w:rPr>
        <w:t xml:space="preserve">.</w:t>
      </w:r>
    </w:p>
    <w:p>
      <w:pPr>
        <w:pStyle w:val="Yellow"/>
        <w:rPr/>
      </w:pPr>
      <w:r>
        <w:rPr>
          <w:b/>
        </w:rPr>
        <w:t xml:space="preserve">Jeremiah 10:24</w:t>
      </w:r>
      <w:r>
        <w:rPr/>
        <w:t xml:space="preserve"> — </w:t>
      </w:r>
      <w:r>
        <w:rPr>
          <w:shd w:fill="B7DDE8" w:val="clear"/>
        </w:rPr>
        <w:t xml:space="preserve">Correct me, O LORD, but only with justice—not in Your anger</w:t>
      </w:r>
      <w:r>
        <w:rPr>
          <w:b w:val="false"/>
          <w:i w:val="false"/>
          <w:color w:val="000000"/>
          <w:u w:val="none"/>
        </w:rPr>
        <w:t xml:space="preserve"> [1IJV]</w:t>
      </w:r>
      <w:r>
        <w:rPr/>
        <w:t xml:space="preserve">, </w:t>
      </w:r>
      <w:r>
        <w:rPr>
          <w:shd w:fill="B7DDE8" w:val="clear"/>
        </w:rPr>
        <w:t xml:space="preserve">or You will bring me to nothing</w:t>
      </w:r>
      <w:r>
        <w:rPr>
          <w:b w:val="false"/>
          <w:i w:val="false"/>
          <w:color w:val="000000"/>
          <w:u w:val="none"/>
        </w:rPr>
        <w:t xml:space="preserve"> [1IJW]</w:t>
      </w:r>
      <w:r>
        <w:rPr/>
        <w:t xml:space="preserve">.</w:t>
      </w:r>
    </w:p>
    <w:p>
      <w:pPr>
        <w:pStyle w:val="Yellow"/>
        <w:rPr/>
      </w:pPr>
      <w:r>
        <w:rPr>
          <w:b/>
        </w:rPr>
        <w:t xml:space="preserve">Jeremiah 30:14</w:t>
      </w:r>
      <w:r>
        <w:rPr/>
        <w:t xml:space="preserve"> — </w:t>
      </w:r>
      <w:r>
        <w:rPr>
          <w:shd w:fill="B7DDE8" w:val="clear"/>
        </w:rPr>
        <w:t xml:space="preserve">I have struck you as an enemy would, with the discipline of someone cruel, because of your great iniquity and your numerous sins</w:t>
      </w:r>
      <w:r>
        <w:rPr>
          <w:b w:val="false"/>
          <w:i w:val="false"/>
          <w:color w:val="000000"/>
          <w:u w:val="none"/>
        </w:rPr>
        <w:t xml:space="preserve"> [1IKB]</w:t>
      </w:r>
      <w:r>
        <w:rPr/>
        <w:t xml:space="preserve">.</w:t>
      </w:r>
    </w:p>
    <w:p>
      <w:pPr>
        <w:pStyle w:val="Yellow"/>
        <w:rPr/>
      </w:pPr>
      <w:r>
        <w:rPr>
          <w:b/>
        </w:rPr>
        <w:t xml:space="preserve">1 Corinthians 11:32</w:t>
      </w:r>
      <w:r>
        <w:rPr/>
        <w:t xml:space="preserve"> — But </w:t>
      </w:r>
      <w:r>
        <w:rPr>
          <w:shd w:fill="B7DDE8" w:val="clear"/>
        </w:rPr>
        <w:t xml:space="preserve">when we are judged by the Lord, we are being disciplined</w:t>
      </w:r>
      <w:r>
        <w:rPr>
          <w:b w:val="false"/>
          <w:i w:val="false"/>
          <w:color w:val="000000"/>
          <w:u w:val="none"/>
        </w:rPr>
        <w:t xml:space="preserve"> [1IJX]</w:t>
      </w:r>
      <w:r>
        <w:rPr/>
        <w:t xml:space="preserve"> </w:t>
      </w:r>
      <w:r>
        <w:rPr>
          <w:shd w:fill="B7DDE8" w:val="clear"/>
        </w:rPr>
        <w:t xml:space="preserve">so that we will not be condemned with the world</w:t>
      </w:r>
      <w:r>
        <w:rPr>
          <w:b w:val="false"/>
          <w:i w:val="false"/>
          <w:color w:val="000000"/>
          <w:u w:val="none"/>
        </w:rPr>
        <w:t xml:space="preserve"> [1IJY]</w:t>
      </w:r>
      <w:r>
        <w:rPr/>
        <w:t xml:space="preserve">.</w:t>
      </w:r>
    </w:p>
    <w:p>
      <w:pPr>
        <w:pStyle w:val="Yellow"/>
        <w:rPr/>
      </w:pPr>
      <w:r>
        <w:rPr>
          <w:b/>
        </w:rPr>
        <w:t xml:space="preserve">Hebrews 12:6</w:t>
      </w:r>
      <w:r>
        <w:rPr/>
        <w:t xml:space="preserve"> — For </w:t>
      </w:r>
      <w:r>
        <w:rPr>
          <w:shd w:fill="B7DDE8" w:val="clear"/>
        </w:rPr>
        <w:t xml:space="preserve">the Lord disciplines the one He loves</w:t>
      </w:r>
      <w:r>
        <w:rPr>
          <w:b w:val="false"/>
          <w:i w:val="false"/>
          <w:color w:val="000000"/>
          <w:u w:val="none"/>
        </w:rPr>
        <w:t xml:space="preserve"> [3HFA]</w:t>
      </w:r>
      <w:r>
        <w:rPr/>
        <w:t xml:space="preserve">, and </w:t>
      </w:r>
      <w:r>
        <w:rPr>
          <w:shd w:fill="B7DDE8" w:val="clear"/>
        </w:rPr>
        <w:t xml:space="preserve">He chastises every son He receives</w:t>
      </w:r>
      <w:r>
        <w:rPr>
          <w:b w:val="false"/>
          <w:i w:val="false"/>
          <w:color w:val="000000"/>
          <w:u w:val="none"/>
        </w:rPr>
        <w:t xml:space="preserve"> [1ILB]</w:t>
      </w:r>
      <w:r>
        <w:rPr/>
        <w:t xml:space="preserve">.</w:t>
      </w:r>
    </w:p>
    <w:p>
      <w:pPr>
        <w:pStyle w:val="Yellow"/>
        <w:rPr/>
        <w:pBdr>
          <w:left w:val="single" w:sz="28" w:space="5" w:color="C00000"/>
        </w:pBdr>
      </w:pPr>
      <w:r>
        <w:rPr>
          <w:b/>
          <w:shd w:val="clear" w:color="auto" w:fill="F4B183"/>
          <w:color w:val="000000"/>
        </w:rPr>
        <w:t xml:space="preserve">Hebrews 12:7</w:t>
      </w:r>
      <w:r>
        <w:rPr>
          <w:shd w:val="clear" w:color="auto" w:fill="F4B183"/>
          <w:color w:val="000000"/>
        </w:rPr>
        <w:t xml:space="preserve"> — </w:t>
      </w:r>
      <w:r>
        <w:rPr>
          <w:shd w:fill="F4B183" w:val="clear" w:color="auto"/>
          <w:color w:val="000000"/>
        </w:rPr>
        <w:t xml:space="preserve">Endure suffering as discipline</w:t>
      </w:r>
      <w:r>
        <w:rPr>
          <w:b w:val="false"/>
          <w:i w:val="false"/>
          <w:color w:val="000000"/>
          <w:u w:val="none"/>
          <w:shd w:val="clear" w:color="auto" w:fill="F4B183"/>
        </w:rPr>
        <w:t xml:space="preserve"> [1ILD]</w:t>
      </w:r>
      <w:r>
        <w:rPr>
          <w:shd w:val="clear" w:color="auto" w:fill="F4B183"/>
          <w:color w:val="000000"/>
        </w:rPr>
        <w:t xml:space="preserve">; </w:t>
      </w:r>
      <w:r>
        <w:rPr>
          <w:shd w:fill="F4B183" w:val="clear" w:color="auto"/>
          <w:color w:val="000000"/>
        </w:rPr>
        <w:t xml:space="preserve">God is treating you as sons</w:t>
      </w:r>
      <w:r>
        <w:rPr>
          <w:b w:val="false"/>
          <w:i w:val="false"/>
          <w:color w:val="000000"/>
          <w:u w:val="none"/>
          <w:shd w:val="clear" w:color="auto" w:fill="F4B183"/>
        </w:rPr>
        <w:t xml:space="preserve"> [1ILE]</w:t>
      </w:r>
      <w:r>
        <w:rPr>
          <w:shd w:val="clear" w:color="auto" w:fill="F4B183"/>
          <w:color w:val="000000"/>
        </w:rPr>
        <w:t xml:space="preserve">.</w:t>
      </w:r>
    </w:p>
    <w:p>
      <w:pPr>
        <w:pStyle w:val="Yellow"/>
        <w:rPr/>
      </w:pPr>
      <w:r>
        <w:rPr>
          <w:b/>
        </w:rPr>
        <w:t xml:space="preserve">Hebrews 12:8</w:t>
      </w:r>
      <w:r>
        <w:rPr/>
        <w:t xml:space="preserve"> — </w:t>
      </w:r>
      <w:r>
        <w:rPr>
          <w:shd w:fill="B7DDE8" w:val="clear"/>
        </w:rPr>
        <w:t xml:space="preserve">If you do not experience discipline like everyone else, then you are illegitimate children and not true sons</w:t>
      </w:r>
      <w:r>
        <w:rPr>
          <w:b w:val="false"/>
          <w:i w:val="false"/>
          <w:color w:val="000000"/>
          <w:u w:val="none"/>
        </w:rPr>
        <w:t xml:space="preserve"> [1ILG]</w:t>
      </w:r>
      <w:r>
        <w:rPr/>
        <w:t xml:space="preserve">.</w:t>
      </w:r>
    </w:p>
    <w:p>
      <w:pPr>
        <w:pStyle w:val="Yellow"/>
        <w:rPr/>
      </w:pPr>
      <w:r>
        <w:rPr>
          <w:b/>
        </w:rPr>
        <w:t xml:space="preserve">Hebrews 12:9</w:t>
      </w:r>
      <w:r>
        <w:rPr/>
        <w:t xml:space="preserve"> — Furthermore, </w:t>
      </w:r>
      <w:r>
        <w:rPr>
          <w:shd w:fill="B7DDE8" w:val="clear"/>
        </w:rPr>
        <w:t xml:space="preserve">we have all had earthly fathers who disciplined us</w:t>
      </w:r>
      <w:r>
        <w:rPr>
          <w:b w:val="false"/>
          <w:i w:val="false"/>
          <w:u w:val="none"/>
          <w:color w:val="000000"/>
        </w:rPr>
        <w:t xml:space="preserve"> [1ILH]</w:t>
      </w:r>
      <w:r>
        <w:rPr/>
        <w:t xml:space="preserve">, and </w:t>
      </w:r>
      <w:r>
        <w:rPr>
          <w:shd w:fill="B7DDE8" w:val="clear"/>
        </w:rPr>
        <w:t xml:space="preserve">we respected them</w:t>
      </w:r>
      <w:r>
        <w:rPr>
          <w:b w:val="false"/>
          <w:i w:val="false"/>
          <w:color w:val="000000"/>
          <w:u w:val="none"/>
        </w:rPr>
        <w:t xml:space="preserve"> [1ILI]</w:t>
      </w:r>
      <w:r>
        <w:rPr/>
        <w:t xml:space="preserve">. </w:t>
      </w:r>
      <w:r>
        <w:rPr>
          <w:shd w:fill="B7DDE8" w:val="clear"/>
        </w:rPr>
        <w:t xml:space="preserve">Should we not much more submit to the Father of our spirits and live?</w:t>
      </w:r>
      <w:r>
        <w:rPr>
          <w:b w:val="false"/>
          <w:i w:val="false"/>
          <w:u w:val="none"/>
          <w:color w:val="000000"/>
        </w:rPr>
        <w:t xml:space="preserve"> [1ILJ]</w:t>
      </w:r>
    </w:p>
    <w:p>
      <w:r>
        <w:rPr>
          <w:b/>
          <w:sz w:val="32"/>
          <w:highlight w:val="yellow"/>
        </w:rPr>
        <w:t>Disobedience and Rebellion  (32)</w:t>
      </w:r>
    </w:p>
    <w:p>
      <w:pPr>
        <w:pStyle w:val="Yellow"/>
        <w:rPr/>
        <w:pBdr>
          <w:left w:val="single" w:sz="28" w:space="5" w:color="C00000"/>
        </w:pBdr>
      </w:pPr>
      <w:r>
        <w:rPr>
          <w:b/>
        </w:rPr>
        <w:t xml:space="preserve">Exodus 32:35</w:t>
      </w:r>
      <w:r>
        <w:rPr/>
        <w:t xml:space="preserve"> — And </w:t>
      </w:r>
      <w:r>
        <w:rPr>
          <w:shd w:fill="B7DDE8" w:val="clear"/>
        </w:rPr>
        <w:t xml:space="preserve">the LORD sent a plague on the people</w:t>
      </w:r>
      <w:r>
        <w:rPr>
          <w:b w:val="false"/>
          <w:i w:val="false"/>
          <w:color w:val="000000"/>
          <w:u w:val="none"/>
        </w:rPr>
        <w:t xml:space="preserve"> [1JVO]</w:t>
      </w:r>
      <w:r>
        <w:rPr/>
        <w:t xml:space="preserve"> </w:t>
      </w:r>
      <w:r>
        <w:rPr>
          <w:shd w:fill="548235" w:val="clear" w:color="auto"/>
          <w:color w:val="FFFFFF"/>
        </w:rPr>
        <w:t xml:space="preserve">because of what they had done with the calf that Aaron had made</w:t>
      </w:r>
      <w:r>
        <w:rPr>
          <w:b w:val="false"/>
          <w:i w:val="false"/>
          <w:color w:val="FFFFFF"/>
          <w:u w:val="none"/>
          <w:shd w:val="clear" w:color="auto" w:fill="548235"/>
        </w:rPr>
        <w:t xml:space="preserve"> [1JVP]</w:t>
      </w:r>
      <w:r>
        <w:rPr/>
        <w:t xml:space="preserve">.</w:t>
      </w:r>
    </w:p>
    <w:p>
      <w:pPr>
        <w:pStyle w:val="Yellow"/>
        <w:rPr/>
        <w:pBdr>
          <w:left w:val="single" w:sz="28" w:space="5" w:color="C00000"/>
        </w:pBdr>
      </w:pPr>
      <w:r>
        <w:rPr>
          <w:b/>
          <w:u w:val="none"/>
        </w:rPr>
        <w:t xml:space="preserve">Numbers 25:3</w:t>
      </w:r>
      <w:r>
        <w:rPr>
          <w:u w:val="none"/>
        </w:rPr>
        <w:t xml:space="preserve"> — So </w:t>
      </w:r>
      <w:r>
        <w:rPr>
          <w:u w:val="none"/>
          <w:shd w:fill="B7DDE8" w:val="clear"/>
        </w:rPr>
        <w:t xml:space="preserve">Israel joined in worshiping Baal of Peor</w:t>
      </w:r>
      <w:r>
        <w:rPr>
          <w:b w:val="false"/>
          <w:i w:val="false"/>
          <w:u w:val="none"/>
          <w:color w:val="000000"/>
        </w:rPr>
        <w:t xml:space="preserve"> [1JJJ]</w:t>
      </w:r>
      <w:r>
        <w:rPr>
          <w:u w:val="none"/>
        </w:rPr>
        <w:t xml:space="preserve">, and </w:t>
      </w:r>
      <w:r>
        <w:rPr>
          <w:u w:val="none"/>
          <w:shd w:fill="B7DDE8" w:val="clear"/>
        </w:rPr>
        <w:t xml:space="preserve">the anger of the LORD burned against them</w:t>
      </w:r>
      <w:r>
        <w:rPr>
          <w:b w:val="false"/>
          <w:i w:val="false"/>
          <w:color w:val="000000"/>
          <w:u w:val="none"/>
        </w:rPr>
        <w:t xml:space="preserve"> [4JJF]</w:t>
      </w:r>
      <w:r>
        <w:rPr>
          <w:u w:val="none"/>
        </w:rPr>
        <w:t xml:space="preserve">.</w:t>
      </w:r>
    </w:p>
    <w:p>
      <w:pPr>
        <w:pStyle w:val="Yellow"/>
        <w:rPr/>
        <w:pBdr>
          <w:left w:val="single" w:sz="28" w:space="5" w:color="C00000"/>
        </w:pBdr>
      </w:pPr>
      <w:r>
        <w:rPr/>
        <w:t xml:space="preserve">(Nu32:20–22 fulfill the battle commitment) </w:t>
      </w:r>
      <w:r>
        <w:rPr>
          <w:b/>
        </w:rPr>
        <w:t xml:space="preserve">Numbers 32:23</w:t>
      </w:r>
      <w:r>
        <w:rPr/>
        <w:t xml:space="preserve"> — But </w:t>
      </w:r>
      <w:r>
        <w:rPr>
          <w:shd w:fill="F4B183" w:val="clear" w:color="auto"/>
          <w:color w:val="000000"/>
        </w:rPr>
        <w:t xml:space="preserve">if you do not do {this}, you will certainly sin against the LORD</w:t>
      </w:r>
      <w:r>
        <w:rPr>
          <w:b w:val="false"/>
          <w:i w:val="false"/>
          <w:color w:val="000000"/>
          <w:u w:val="none"/>
          <w:shd w:val="clear" w:color="auto" w:fill="F4B183"/>
        </w:rPr>
        <w:t xml:space="preserve"> [1HVH]</w:t>
      </w:r>
      <w:r>
        <w:rPr/>
        <w:t xml:space="preserve">—and be assured that </w:t>
      </w:r>
      <w:r>
        <w:rPr>
          <w:shd w:fill="B7DDE8" w:val="clear"/>
        </w:rPr>
        <w:t xml:space="preserve">your sin will find you out</w:t>
      </w:r>
      <w:r>
        <w:rPr>
          <w:b w:val="false"/>
          <w:i w:val="false"/>
          <w:color w:val="000000"/>
          <w:u w:val="none"/>
        </w:rPr>
        <w:t xml:space="preserve"> [1HVI]</w:t>
      </w:r>
      <w:r>
        <w:rPr/>
        <w:t xml:space="preserve">.</w:t>
      </w:r>
    </w:p>
    <w:p>
      <w:pPr>
        <w:pStyle w:val="Yellow"/>
        <w:rPr/>
      </w:pPr>
      <w:r>
        <w:rPr/>
        <w:t xml:space="preserve">(1Sa12:14 if Israel obeys, all will be well) </w:t>
      </w:r>
      <w:r>
        <w:rPr>
          <w:b/>
        </w:rPr>
        <w:t>1 Samuel 12:15</w:t>
      </w:r>
      <w:r>
        <w:rPr/>
        <w:t xml:space="preserve"> — {But} </w:t>
      </w:r>
      <w:r>
        <w:rPr>
          <w:shd w:fill="B7DDE8" w:val="clear"/>
        </w:rPr>
        <w:t xml:space="preserve">if you disobey the LORD and rebel against His </w:t>
      </w:r>
      <w:r>
        <w:rPr>
          <w:shd w:fill="B7DDE8" w:val="clear"/>
        </w:rPr>
        <w:t>command</w:t>
      </w:r>
      <w:r>
        <w:rPr>
          <w:shd w:fill="B7DDE8" w:val="clear"/>
        </w:rPr>
        <w:t>, then the hand of the LORD will be against you as it was against your fathers</w:t>
      </w:r>
      <w:r>
        <w:rPr>
          <w:b w:val="false"/>
          <w:i w:val="false"/>
          <w:color w:val="000000"/>
          <w:u w:val="none"/>
        </w:rPr>
        <w:t xml:space="preserve"> [1XJ]</w:t>
      </w:r>
      <w:r>
        <w:rPr/>
        <w:t>.</w:t>
      </w:r>
    </w:p>
    <w:p>
      <w:pPr>
        <w:pStyle w:val="Yellow"/>
        <w:rPr/>
      </w:pPr>
      <w:r>
        <w:rPr>
          <w:b/>
        </w:rPr>
        <w:t xml:space="preserve">1 Samuel 15:11</w:t>
      </w:r>
      <w:r>
        <w:rPr/>
        <w:t xml:space="preserve"> — “</w:t>
      </w:r>
      <w:r>
        <w:rPr>
          <w:shd w:fill="B7DDE8" w:val="clear"/>
        </w:rPr>
        <w:t xml:space="preserve">I regret that I have made Saul king</w:t>
      </w:r>
      <w:r>
        <w:rPr>
          <w:b w:val="false"/>
          <w:i w:val="false"/>
          <w:color w:val="000000"/>
          <w:u w:val="none"/>
        </w:rPr>
        <w:t xml:space="preserve"> [1KTZ]</w:t>
      </w:r>
      <w:r>
        <w:rPr/>
        <w:t xml:space="preserve">, for </w:t>
      </w:r>
      <w:r>
        <w:rPr>
          <w:shd w:fill="B7DDE8" w:val="clear"/>
        </w:rPr>
        <w:t xml:space="preserve">he has turned away from following Me</w:t>
      </w:r>
      <w:r>
        <w:rPr>
          <w:b w:val="false"/>
          <w:i w:val="false"/>
          <w:color w:val="000000"/>
          <w:u w:val="none"/>
        </w:rPr>
        <w:t xml:space="preserve"> [1KUA]</w:t>
      </w:r>
      <w:r>
        <w:rPr/>
        <w:t xml:space="preserve"> and </w:t>
      </w:r>
      <w:r>
        <w:rPr>
          <w:shd w:fill="B7DDE8" w:val="clear"/>
        </w:rPr>
        <w:t xml:space="preserve">has not carried out My instructions</w:t>
      </w:r>
      <w:r>
        <w:rPr>
          <w:b w:val="false"/>
          <w:i w:val="false"/>
          <w:color w:val="000000"/>
          <w:u w:val="none"/>
        </w:rPr>
        <w:t xml:space="preserve"> [1KUB]</w:t>
      </w:r>
      <w:r>
        <w:rPr/>
        <w:t xml:space="preserve">.”</w:t>
      </w:r>
    </w:p>
    <w:p>
      <w:pPr>
        <w:pStyle w:val="Yellow"/>
        <w:rPr/>
        <w:pBdr>
          <w:left w:val="single" w:sz="28" w:space="5" w:color="C00000"/>
        </w:pBdr>
      </w:pPr>
      <w:r>
        <w:rPr/>
        <w:t xml:space="preserve">(2Ki22:8 “the Book of the Law”) </w:t>
      </w:r>
      <w:r>
        <w:rPr>
          <w:b/>
        </w:rPr>
        <w:t xml:space="preserve">2 Kings 22:13</w:t>
      </w:r>
      <w:r>
        <w:rPr/>
        <w:t xml:space="preserve"> — For </w:t>
      </w:r>
      <w:r>
        <w:rPr>
          <w:shd w:fill="B7DDE8" w:val="clear"/>
        </w:rPr>
        <w:t xml:space="preserve">great is the wrath of the LORD that burns against us</w:t>
      </w:r>
      <w:r>
        <w:rPr>
          <w:b w:val="false"/>
          <w:i w:val="false"/>
          <w:color w:val="000000"/>
          <w:u w:val="none"/>
        </w:rPr>
        <w:t xml:space="preserve"> [1JJA]</w:t>
      </w:r>
      <w:r>
        <w:rPr/>
        <w:t xml:space="preserve"> </w:t>
      </w:r>
      <w:r>
        <w:rPr>
          <w:shd w:fill="B7DDE8" w:val="clear"/>
        </w:rPr>
        <w:t xml:space="preserve">because our fathers have not obeyed the words of {this book} by doing all that is written about us</w:t>
      </w:r>
      <w:r>
        <w:rPr>
          <w:b w:val="false"/>
          <w:i w:val="false"/>
          <w:u w:val="none"/>
          <w:color w:val="000000"/>
        </w:rPr>
        <w:t xml:space="preserve"> [1JJB]</w:t>
      </w:r>
      <w:r>
        <w:rPr/>
        <w:t xml:space="preserve">.”</w:t>
      </w:r>
    </w:p>
    <w:p>
      <w:pPr>
        <w:pStyle w:val="Yellow"/>
        <w:rPr/>
        <w:pBdr>
          <w:left w:val="single" w:sz="28" w:space="5" w:color="C00000"/>
        </w:pBdr>
      </w:pPr>
      <w:r>
        <w:rPr>
          <w:b/>
        </w:rPr>
        <w:t xml:space="preserve">2 Chronicles 7:19–20</w:t>
      </w:r>
      <w:r>
        <w:rPr/>
        <w:t xml:space="preserve"> — But </w:t>
      </w:r>
      <w:r>
        <w:rPr>
          <w:shd w:fill="B7DDE8" w:val="clear"/>
        </w:rPr>
        <w:t xml:space="preserve">if you turn away and forsake the statutes and commandments I have set before you, and if you go off to serve and worship other gods</w:t>
      </w:r>
      <w:r>
        <w:rPr>
          <w:b w:val="false"/>
          <w:i w:val="false"/>
          <w:u w:val="none"/>
          <w:color w:val="000000"/>
        </w:rPr>
        <w:t xml:space="preserve"> [1KCJ]</w:t>
      </w:r>
      <w:r>
        <w:rPr/>
        <w:t xml:space="preserve">, then </w:t>
      </w:r>
      <w:r>
        <w:rPr>
          <w:shd w:fill="B7DDE8" w:val="clear"/>
        </w:rPr>
        <w:t xml:space="preserve">I will uproot Israel from the soil I have given them</w:t>
      </w:r>
      <w:r>
        <w:rPr>
          <w:b w:val="false"/>
          <w:i w:val="false"/>
          <w:color w:val="000000"/>
          <w:u w:val="none"/>
        </w:rPr>
        <w:t xml:space="preserve"> [1KCK]</w:t>
      </w:r>
      <w:r>
        <w:rPr/>
        <w:t xml:space="preserve">, and </w:t>
      </w:r>
      <w:r>
        <w:rPr>
          <w:shd w:fill="B7DDE8" w:val="clear"/>
        </w:rPr>
        <w:t xml:space="preserve">I will banish from My presence this temple I have sanctified for My Name</w:t>
      </w:r>
      <w:r>
        <w:rPr>
          <w:b w:val="false"/>
          <w:i w:val="false"/>
          <w:color w:val="000000"/>
          <w:u w:val="none"/>
        </w:rPr>
        <w:t xml:space="preserve"> [1KCL]</w:t>
      </w:r>
      <w:r>
        <w:rPr/>
        <w:t xml:space="preserve">. </w:t>
      </w:r>
      <w:r>
        <w:rPr>
          <w:shd w:fill="B7DDE8" w:val="clear"/>
        </w:rPr>
        <w:t xml:space="preserve">I will make it an object of scorn and ridicule among all the peoples</w:t>
      </w:r>
      <w:r>
        <w:rPr>
          <w:b w:val="false"/>
          <w:i w:val="false"/>
          <w:u w:val="none"/>
          <w:color w:val="000000"/>
        </w:rPr>
        <w:t xml:space="preserve"> [1KCM]</w:t>
      </w:r>
      <w:r>
        <w:rPr/>
        <w:t xml:space="preserve">.</w:t>
      </w:r>
    </w:p>
    <w:p>
      <w:pPr>
        <w:pStyle w:val="Yellow"/>
        <w:rPr/>
        <w:pBdr>
          <w:left w:val="single" w:sz="28" w:space="5" w:color="C00000"/>
        </w:pBdr>
      </w:pPr>
      <w:r>
        <w:rPr>
          <w:b/>
        </w:rPr>
        <w:t>2 Chronicles 24:20</w:t>
      </w:r>
      <w:r>
        <w:rPr/>
        <w:t xml:space="preserve"> — ‘Why do </w:t>
      </w:r>
      <w:r>
        <w:rPr>
          <w:shd w:val="clear" w:fill="B7DDE8"/>
        </w:rPr>
        <w:t>you transgress the commandments of the LORD so that you cannot prosper</w:t>
      </w:r>
      <w:r>
        <w:rPr>
          <w:b w:val="false"/>
          <w:i w:val="false"/>
          <w:color w:val="000000"/>
          <w:u w:val="none"/>
        </w:rPr>
        <w:t xml:space="preserve"> [1EJG]</w:t>
      </w:r>
      <w:r>
        <w:rPr/>
        <w:t xml:space="preserve">? Because </w:t>
      </w:r>
      <w:r>
        <w:rPr>
          <w:shd w:val="clear" w:fill="F4B183" w:color="auto"/>
          <w:color w:val="000000"/>
        </w:rPr>
        <w:t>you have forsaken the LORD</w:t>
      </w:r>
      <w:r>
        <w:rPr>
          <w:b w:val="false"/>
          <w:i w:val="false"/>
          <w:color w:val="000000"/>
          <w:u w:val="none"/>
          <w:shd w:val="clear" w:color="auto" w:fill="F4B183"/>
        </w:rPr>
        <w:t xml:space="preserve"> [3EJH]</w:t>
      </w:r>
      <w:r>
        <w:rPr/>
        <w:t xml:space="preserve">, </w:t>
      </w:r>
      <w:r>
        <w:rPr>
          <w:shd w:val="clear" w:fill="F4B183" w:color="auto"/>
          <w:color w:val="000000"/>
        </w:rPr>
        <w:t>He has forsaken you</w:t>
      </w:r>
      <w:r>
        <w:rPr>
          <w:b w:val="false"/>
          <w:i w:val="false"/>
          <w:color w:val="000000"/>
          <w:u w:val="none"/>
          <w:shd w:val="clear" w:color="auto" w:fill="F4B183"/>
        </w:rPr>
        <w:t xml:space="preserve"> [1EJI]</w:t>
      </w:r>
      <w:r>
        <w:rPr/>
        <w:t>.’”</w:t>
      </w:r>
    </w:p>
    <w:p>
      <w:pPr>
        <w:pStyle w:val="Yellow"/>
        <w:rPr/>
        <w:pBdr>
          <w:left w:val="single" w:sz="28" w:space="5" w:color="C00000"/>
        </w:pBdr>
      </w:pPr>
      <w:r>
        <w:rPr>
          <w:shd w:val="clear" w:color="auto" w:fill="548235"/>
          <w:color w:val="FFFFFF"/>
        </w:rPr>
        <w:t xml:space="preserve">(2Ch25:14 Amaziah worshiped Edom’s gods) </w:t>
      </w:r>
      <w:r>
        <w:rPr>
          <w:b/>
          <w:shd w:val="clear" w:color="auto" w:fill="548235"/>
          <w:color w:val="FFFFFF"/>
        </w:rPr>
        <w:t xml:space="preserve">2 Chronicles 25:16</w:t>
      </w:r>
      <w:r>
        <w:rPr>
          <w:shd w:val="clear" w:color="auto" w:fill="548235"/>
          <w:color w:val="FFFFFF"/>
        </w:rPr>
        <w:t xml:space="preserve"> — “I know that </w:t>
      </w:r>
      <w:r>
        <w:rPr>
          <w:shd w:fill="548235" w:val="clear" w:color="auto"/>
          <w:color w:val="FFFFFF"/>
        </w:rPr>
        <w:t xml:space="preserve">God has determined to destroy you</w:t>
      </w:r>
      <w:r>
        <w:rPr>
          <w:b w:val="false"/>
          <w:i w:val="false"/>
          <w:color w:val="FFFFFF"/>
          <w:u w:val="none"/>
          <w:shd w:val="clear" w:color="auto" w:fill="548235"/>
        </w:rPr>
        <w:t xml:space="preserve"> [1JVM]</w:t>
      </w:r>
      <w:r>
        <w:rPr>
          <w:shd w:val="clear" w:color="auto" w:fill="548235"/>
          <w:color w:val="FFFFFF"/>
        </w:rPr>
        <w:t xml:space="preserve">, </w:t>
      </w:r>
      <w:r>
        <w:rPr>
          <w:shd w:fill="548235" w:val="clear" w:color="auto"/>
          <w:color w:val="FFFFFF"/>
        </w:rPr>
        <w:t xml:space="preserve">because you have done {this} and have not heeded my advice</w:t>
      </w:r>
      <w:r>
        <w:rPr>
          <w:b w:val="false"/>
          <w:i w:val="false"/>
          <w:color w:val="FFFFFF"/>
          <w:u w:val="none"/>
          <w:shd w:val="clear" w:color="auto" w:fill="548235"/>
        </w:rPr>
        <w:t xml:space="preserve"> [1JVN]</w:t>
      </w:r>
      <w:r>
        <w:rPr>
          <w:shd w:val="clear" w:color="auto" w:fill="548235"/>
          <w:color w:val="FFFFFF"/>
        </w:rPr>
        <w:t xml:space="preserve">.”</w:t>
      </w:r>
    </w:p>
    <w:p>
      <w:pPr>
        <w:pStyle w:val="Yellow"/>
        <w:rPr/>
        <w:pBdr>
          <w:left w:val="single" w:sz="28" w:space="5" w:color="C00000"/>
        </w:pBdr>
      </w:pPr>
      <w:r>
        <w:rPr>
          <w:b/>
        </w:rPr>
        <w:t xml:space="preserve">2 Chronicles 30:7</w:t>
      </w:r>
      <w:r>
        <w:rPr/>
        <w:t xml:space="preserve"> — </w:t>
      </w:r>
      <w:r>
        <w:rPr>
          <w:shd w:fill="F4B183" w:val="clear" w:color="auto"/>
          <w:color w:val="000000"/>
        </w:rPr>
        <w:t xml:space="preserve">Do not be like your fathers and brothers who were unfaithful to the LORD, the God of their fathers</w:t>
      </w:r>
      <w:r>
        <w:rPr>
          <w:b w:val="false"/>
          <w:i w:val="false"/>
          <w:color w:val="000000"/>
          <w:u w:val="none"/>
          <w:shd w:val="clear" w:color="auto" w:fill="F4B183"/>
        </w:rPr>
        <w:t xml:space="preserve"> [1LAX]</w:t>
      </w:r>
      <w:r>
        <w:rPr/>
        <w:t xml:space="preserve">, so that </w:t>
      </w:r>
      <w:r>
        <w:rPr>
          <w:shd w:fill="B7DDE8" w:val="clear"/>
        </w:rPr>
        <w:t xml:space="preserve">He made them an object of horror</w:t>
      </w:r>
      <w:r>
        <w:rPr>
          <w:b w:val="false"/>
          <w:i w:val="false"/>
          <w:color w:val="000000"/>
          <w:u w:val="none"/>
        </w:rPr>
        <w:t xml:space="preserve"> [1LAY]</w:t>
      </w:r>
      <w:r>
        <w:rPr/>
        <w:t xml:space="preserve">, as you can see.</w:t>
      </w:r>
    </w:p>
    <w:p>
      <w:pPr>
        <w:pStyle w:val="Yellow"/>
        <w:rPr/>
        <w:pBdr>
          <w:left w:val="single" w:sz="28" w:space="5" w:color="C00000"/>
        </w:pBdr>
      </w:pPr>
      <w:r>
        <w:rPr>
          <w:b/>
          <w:shd w:val="clear" w:color="auto" w:fill="548235"/>
          <w:color w:val="FFFFFF"/>
        </w:rPr>
        <w:t xml:space="preserve">Psalm 73:27</w:t>
      </w:r>
      <w:r>
        <w:rPr>
          <w:shd w:val="clear" w:color="auto" w:fill="548235"/>
          <w:color w:val="FFFFFF"/>
        </w:rPr>
        <w:t xml:space="preserve"> — </w:t>
      </w:r>
      <w:r>
        <w:rPr>
          <w:shd w:fill="548235" w:val="clear" w:color="auto"/>
          <w:color w:val="FFFFFF"/>
        </w:rPr>
        <w:t xml:space="preserve">Those far from You will surely perish</w:t>
      </w:r>
      <w:r>
        <w:rPr>
          <w:b w:val="false"/>
          <w:i w:val="false"/>
          <w:color w:val="FFFFFF"/>
          <w:u w:val="none"/>
          <w:shd w:val="clear" w:color="auto" w:fill="548235"/>
        </w:rPr>
        <w:t xml:space="preserve"> [1JVB]</w:t>
      </w:r>
      <w:r>
        <w:rPr>
          <w:shd w:val="clear" w:color="auto" w:fill="548235"/>
          <w:color w:val="FFFFFF"/>
        </w:rPr>
        <w:t xml:space="preserve">; </w:t>
      </w:r>
      <w:r>
        <w:rPr>
          <w:shd w:fill="548235" w:val="clear" w:color="auto"/>
          <w:color w:val="FFFFFF"/>
        </w:rPr>
        <w:t xml:space="preserve">You destroy all who are unfaithful to You</w:t>
      </w:r>
      <w:r>
        <w:rPr>
          <w:b w:val="false"/>
          <w:i w:val="false"/>
          <w:color w:val="FFFFFF"/>
          <w:u w:val="none"/>
          <w:shd w:val="clear" w:color="auto" w:fill="548235"/>
        </w:rPr>
        <w:t xml:space="preserve"> [1JVC]</w:t>
      </w:r>
      <w:r>
        <w:rPr>
          <w:shd w:val="clear" w:color="auto" w:fill="548235"/>
          <w:color w:val="FFFFFF"/>
        </w:rPr>
        <w:t xml:space="preserve">.</w:t>
      </w:r>
    </w:p>
    <w:p>
      <w:pPr>
        <w:pStyle w:val="Yellow"/>
        <w:rPr/>
      </w:pPr>
      <w:r>
        <w:rPr>
          <w:b/>
        </w:rPr>
        <w:t xml:space="preserve">Psalm 107:10–12</w:t>
      </w:r>
      <w:r>
        <w:rPr/>
        <w:t xml:space="preserve"> — </w:t>
      </w:r>
      <w:r>
        <w:rPr>
          <w:shd w:fill="B7DDE8" w:val="clear"/>
        </w:rPr>
        <w:t xml:space="preserve">Some sat in darkness and in the shadow of death, prisoners in affliction and chains</w:t>
      </w:r>
      <w:r>
        <w:rPr>
          <w:b w:val="false"/>
          <w:i w:val="false"/>
          <w:color w:val="000000"/>
          <w:u w:val="none"/>
        </w:rPr>
        <w:t xml:space="preserve"> [1IHF]</w:t>
      </w:r>
      <w:r>
        <w:rPr/>
        <w:t xml:space="preserve">, </w:t>
      </w:r>
      <w:r>
        <w:rPr>
          <w:shd w:fill="B7DDE8" w:val="clear"/>
        </w:rPr>
        <w:t xml:space="preserve">because they rebelled against the words of God and despised the counsel of the Most High</w:t>
      </w:r>
      <w:r>
        <w:rPr>
          <w:b w:val="false"/>
          <w:i w:val="false"/>
          <w:color w:val="000000"/>
          <w:u w:val="none"/>
        </w:rPr>
        <w:t xml:space="preserve"> [1IHG]</w:t>
      </w:r>
      <w:r>
        <w:rPr/>
        <w:t xml:space="preserve">. </w:t>
      </w:r>
      <w:r>
        <w:rPr>
          <w:shd w:fill="B7DDE8" w:val="clear"/>
        </w:rPr>
        <w:t xml:space="preserve">He humbled their hearts with hard labor</w:t>
      </w:r>
      <w:r>
        <w:rPr>
          <w:b w:val="false"/>
          <w:i w:val="false"/>
          <w:u w:val="none"/>
          <w:color w:val="000000"/>
        </w:rPr>
        <w:t xml:space="preserve"> [1IHH]</w:t>
      </w:r>
      <w:r>
        <w:rPr/>
        <w:t xml:space="preserve">; </w:t>
      </w:r>
      <w:r>
        <w:rPr>
          <w:shd w:fill="B7DDE8" w:val="clear"/>
        </w:rPr>
        <w:t xml:space="preserve">they stumbled</w:t>
      </w:r>
      <w:r>
        <w:rPr>
          <w:b w:val="false"/>
          <w:i w:val="false"/>
          <w:color w:val="000000"/>
          <w:u w:val="none"/>
        </w:rPr>
        <w:t xml:space="preserve"> [1IHI]</w:t>
      </w:r>
      <w:r>
        <w:rPr/>
        <w:t xml:space="preserve">, and </w:t>
      </w:r>
      <w:r>
        <w:rPr>
          <w:shd w:fill="B7DDE8" w:val="clear"/>
        </w:rPr>
        <w:t xml:space="preserve">there was no one to help</w:t>
      </w:r>
      <w:r>
        <w:rPr>
          <w:b w:val="false"/>
          <w:i w:val="false"/>
          <w:color w:val="000000"/>
          <w:u w:val="none"/>
        </w:rPr>
        <w:t xml:space="preserve"> [1IHJ]</w:t>
      </w:r>
      <w:r>
        <w:rPr/>
        <w:t xml:space="preserve">.</w:t>
      </w:r>
    </w:p>
    <w:p>
      <w:pPr>
        <w:pStyle w:val="Yellow"/>
        <w:rPr/>
        <w:pBdr>
          <w:left w:val="single" w:sz="28" w:space="5" w:color="C00000"/>
        </w:pBdr>
      </w:pPr>
      <w:r>
        <w:rPr>
          <w:b/>
        </w:rPr>
        <w:t xml:space="preserve">Psalm 119:21</w:t>
      </w:r>
      <w:r>
        <w:rPr/>
        <w:t xml:space="preserve"> — </w:t>
      </w:r>
      <w:r>
        <w:rPr>
          <w:shd w:fill="B7DDE8" w:val="clear"/>
        </w:rPr>
        <w:t xml:space="preserve">You rebuke the arrogant</w:t>
      </w:r>
      <w:r>
        <w:rPr>
          <w:b w:val="false"/>
          <w:i w:val="false"/>
          <w:color w:val="000000"/>
          <w:u w:val="none"/>
        </w:rPr>
        <w:t xml:space="preserve"> [1JKL]</w:t>
      </w:r>
      <w:r>
        <w:rPr/>
        <w:t xml:space="preserve">—</w:t>
      </w:r>
      <w:r>
        <w:rPr>
          <w:shd w:fill="F4B183" w:val="clear" w:color="auto"/>
          <w:color w:val="000000"/>
        </w:rPr>
        <w:t xml:space="preserve">the cursed who stray from Your commandments</w:t>
      </w:r>
      <w:r>
        <w:rPr>
          <w:b w:val="false"/>
          <w:i w:val="false"/>
          <w:color w:val="000000"/>
          <w:u w:val="none"/>
          <w:shd w:val="clear" w:color="auto" w:fill="F4B183"/>
        </w:rPr>
        <w:t xml:space="preserve"> [1JKM]</w:t>
      </w:r>
      <w:r>
        <w:rPr/>
        <w:t xml:space="preserve">.</w:t>
      </w:r>
    </w:p>
    <w:p>
      <w:pPr>
        <w:pStyle w:val="Yellow"/>
        <w:rPr/>
      </w:pPr>
      <w:r>
        <w:rPr>
          <w:b/>
        </w:rPr>
        <w:t>Psalm 119:118</w:t>
      </w:r>
      <w:r>
        <w:rPr/>
        <w:t xml:space="preserve"> — </w:t>
      </w:r>
      <w:r>
        <w:rPr>
          <w:shd w:fill="B7DDE8" w:val="clear"/>
        </w:rPr>
        <w:t>You reject all who stray from Your statutes</w:t>
      </w:r>
      <w:r>
        <w:rPr>
          <w:b w:val="false"/>
          <w:i w:val="false"/>
          <w:color w:val="000000"/>
          <w:u w:val="none"/>
        </w:rPr>
        <w:t xml:space="preserve"> [1VO]</w:t>
      </w:r>
      <w:r>
        <w:rPr/>
        <w:t xml:space="preserve">, for </w:t>
      </w:r>
      <w:r>
        <w:rPr>
          <w:shd w:fill="B7DDE8" w:val="clear"/>
        </w:rPr>
        <w:t>their deceitfulness is in vain</w:t>
      </w:r>
      <w:r>
        <w:rPr>
          <w:b w:val="false"/>
          <w:i w:val="false"/>
          <w:color w:val="000000"/>
          <w:u w:val="none"/>
        </w:rPr>
        <w:t xml:space="preserve"> [1VP]</w:t>
      </w:r>
      <w:r>
        <w:rPr/>
        <w:t>.</w:t>
      </w:r>
    </w:p>
    <w:p>
      <w:pPr>
        <w:pStyle w:val="Yellow"/>
        <w:rPr/>
      </w:pPr>
      <w:r>
        <w:rPr>
          <w:b/>
        </w:rPr>
        <w:t xml:space="preserve">Isaiah 3:8</w:t>
      </w:r>
      <w:r>
        <w:rPr/>
        <w:t xml:space="preserve"> — </w:t>
      </w:r>
      <w:r>
        <w:rPr>
          <w:shd w:fill="B7DDE8" w:val="clear"/>
        </w:rPr>
        <w:t xml:space="preserve">Jerusalem has stumbled and Judah has fallen because they spoke and acted against the LORD, defying His glorious presence</w:t>
      </w:r>
      <w:r>
        <w:rPr>
          <w:b w:val="false"/>
          <w:i w:val="false"/>
          <w:color w:val="000000"/>
          <w:u w:val="none"/>
        </w:rPr>
        <w:t xml:space="preserve"> [1KIW]</w:t>
      </w:r>
      <w:r>
        <w:rPr/>
        <w:t xml:space="preserve">.</w:t>
      </w:r>
    </w:p>
    <w:p>
      <w:pPr>
        <w:pStyle w:val="Yellow"/>
        <w:rPr/>
      </w:pPr>
      <w:r>
        <w:rPr/>
        <w:t xml:space="preserve">(Is65:10 “My people who seek Me”) </w:t>
      </w:r>
      <w:r>
        <w:rPr>
          <w:b/>
        </w:rPr>
        <w:t>Isaiah 65:11–12</w:t>
      </w:r>
      <w:r>
        <w:rPr/>
        <w:t xml:space="preserve"> — {But} </w:t>
      </w:r>
      <w:r>
        <w:rPr>
          <w:shd w:val="clear" w:fill="B7DDE8"/>
        </w:rPr>
        <w:t>you who forsake the LORD</w:t>
      </w:r>
      <w:r>
        <w:rPr>
          <w:b w:val="false"/>
          <w:i w:val="false"/>
          <w:color w:val="000000"/>
          <w:u w:val="none"/>
        </w:rPr>
        <w:t xml:space="preserve"> [1ETD]</w:t>
      </w:r>
      <w:r>
        <w:rPr/>
        <w:t xml:space="preserve">, </w:t>
      </w:r>
      <w:r>
        <w:rPr>
          <w:shd w:val="clear" w:fill="B7DDE8"/>
        </w:rPr>
        <w:t>who forget My holy mountain</w:t>
      </w:r>
      <w:r>
        <w:rPr>
          <w:b w:val="false"/>
          <w:i w:val="false"/>
          <w:color w:val="000000"/>
          <w:u w:val="none"/>
        </w:rPr>
        <w:t xml:space="preserve"> [1ETE]</w:t>
      </w:r>
      <w:r>
        <w:rPr/>
        <w:t xml:space="preserve">, </w:t>
      </w:r>
      <w:r>
        <w:rPr>
          <w:shd w:val="clear" w:fill="B7DDE8"/>
        </w:rPr>
        <w:t>who set a table for Fortune and fill bowls of mixed wine for Destiny</w:t>
      </w:r>
      <w:r>
        <w:rPr>
          <w:b w:val="false"/>
          <w:i w:val="false"/>
          <w:color w:val="000000"/>
          <w:u w:val="none"/>
        </w:rPr>
        <w:t xml:space="preserve"> [1ETF]</w:t>
      </w:r>
      <w:r>
        <w:rPr/>
        <w:t xml:space="preserve">, </w:t>
      </w:r>
      <w:r>
        <w:rPr>
          <w:shd w:val="clear" w:fill="B7DDE8"/>
        </w:rPr>
        <w:t>I will destine you for the sword</w:t>
      </w:r>
      <w:r>
        <w:rPr>
          <w:b w:val="false"/>
          <w:i w:val="false"/>
          <w:color w:val="000000"/>
          <w:u w:val="none"/>
        </w:rPr>
        <w:t xml:space="preserve"> [1ETG]</w:t>
      </w:r>
      <w:r>
        <w:rPr/>
        <w:t xml:space="preserve">, and </w:t>
      </w:r>
      <w:r>
        <w:rPr>
          <w:shd w:val="clear" w:fill="B7DDE8"/>
        </w:rPr>
        <w:t>you will all kneel down to be slaughtered</w:t>
      </w:r>
      <w:r>
        <w:rPr>
          <w:b w:val="false"/>
          <w:i w:val="false"/>
          <w:color w:val="000000"/>
          <w:u w:val="none"/>
        </w:rPr>
        <w:t xml:space="preserve"> [1ETH]</w:t>
      </w:r>
      <w:r>
        <w:rPr/>
        <w:t xml:space="preserve">, because </w:t>
      </w:r>
      <w:r>
        <w:rPr>
          <w:shd w:val="clear" w:fill="B7DDE8"/>
        </w:rPr>
        <w:t>I called and you did not answer</w:t>
      </w:r>
      <w:r>
        <w:rPr>
          <w:b w:val="false"/>
          <w:i w:val="false"/>
          <w:color w:val="000000"/>
          <w:u w:val="none"/>
        </w:rPr>
        <w:t xml:space="preserve"> [2ETI]</w:t>
      </w:r>
      <w:r>
        <w:rPr/>
        <w:t xml:space="preserve">, </w:t>
      </w:r>
      <w:r>
        <w:rPr>
          <w:shd w:val="clear" w:fill="B7DDE8"/>
        </w:rPr>
        <w:t>I spoke and you did not listen</w:t>
      </w:r>
      <w:r>
        <w:rPr>
          <w:b w:val="false"/>
          <w:i w:val="false"/>
          <w:color w:val="000000"/>
          <w:u w:val="none"/>
        </w:rPr>
        <w:t xml:space="preserve"> [2ETJ]</w:t>
      </w:r>
      <w:r>
        <w:rPr/>
        <w:t xml:space="preserve">; </w:t>
      </w:r>
      <w:r>
        <w:rPr/>
        <w:t>you did evil in My sight</w:t>
      </w:r>
      <w:r>
        <w:rPr>
          <w:b w:val="false"/>
          <w:i w:val="false"/>
          <w:color w:val="000000"/>
          <w:u w:val="none"/>
        </w:rPr>
        <w:t xml:space="preserve"> [3DQD]</w:t>
      </w:r>
      <w:r>
        <w:rPr/>
        <w:t xml:space="preserve"> and </w:t>
      </w:r>
      <w:r>
        <w:rPr/>
        <w:t>chose that in which I did not delight</w:t>
      </w:r>
      <w:r>
        <w:rPr>
          <w:b w:val="false"/>
          <w:i w:val="false"/>
          <w:color w:val="000000"/>
          <w:u w:val="none"/>
        </w:rPr>
        <w:t xml:space="preserve"> [2ETK]</w:t>
      </w:r>
      <w:r>
        <w:rPr/>
        <w:t>.”</w:t>
      </w:r>
    </w:p>
    <w:p>
      <w:pPr>
        <w:pStyle w:val="Yellow"/>
        <w:rPr/>
      </w:pPr>
      <w:r>
        <w:rPr/>
        <w:t xml:space="preserve">(Is66:3 if they “have chosen their own ways” / “delighted in their abominations”) </w:t>
      </w:r>
      <w:r>
        <w:rPr>
          <w:b/>
        </w:rPr>
        <w:t>Isaiah 66:4</w:t>
      </w:r>
      <w:r>
        <w:rPr/>
        <w:t xml:space="preserve"> — {So} </w:t>
      </w:r>
      <w:r>
        <w:rPr>
          <w:shd w:val="clear" w:fill="B7DDE8"/>
        </w:rPr>
        <w:t>I will choose {their} punishment</w:t>
      </w:r>
      <w:r>
        <w:rPr>
          <w:b w:val="false"/>
          <w:i w:val="false"/>
          <w:color w:val="000000"/>
          <w:u w:val="none"/>
        </w:rPr>
        <w:t xml:space="preserve"> [1ETL]</w:t>
      </w:r>
      <w:r>
        <w:rPr/>
        <w:t xml:space="preserve"> and </w:t>
      </w:r>
      <w:r>
        <w:rPr>
          <w:shd w:val="clear" w:fill="B7DDE8"/>
        </w:rPr>
        <w:t>I will bring terror upon them</w:t>
      </w:r>
      <w:r>
        <w:rPr>
          <w:b w:val="false"/>
          <w:i w:val="false"/>
          <w:color w:val="000000"/>
          <w:u w:val="none"/>
        </w:rPr>
        <w:t xml:space="preserve"> [1ETM]</w:t>
      </w:r>
      <w:r>
        <w:rPr/>
        <w:t xml:space="preserve">, because </w:t>
      </w:r>
      <w:r>
        <w:rPr>
          <w:shd w:val="clear" w:fill="B7DDE8"/>
        </w:rPr>
        <w:t>I called and no one answered</w:t>
      </w:r>
      <w:r>
        <w:rPr>
          <w:b w:val="false"/>
          <w:i w:val="false"/>
          <w:color w:val="000000"/>
          <w:u w:val="none"/>
        </w:rPr>
        <w:t xml:space="preserve"> [2ETI]</w:t>
      </w:r>
      <w:r>
        <w:rPr/>
        <w:t xml:space="preserve">, </w:t>
      </w:r>
      <w:r>
        <w:rPr>
          <w:shd w:val="clear" w:fill="B7DDE8"/>
        </w:rPr>
        <w:t>I spoke and no one listened</w:t>
      </w:r>
      <w:r>
        <w:rPr>
          <w:b w:val="false"/>
          <w:i w:val="false"/>
          <w:color w:val="000000"/>
          <w:u w:val="none"/>
        </w:rPr>
        <w:t xml:space="preserve"> [2ETJ]</w:t>
      </w:r>
      <w:r>
        <w:rPr/>
        <w:t xml:space="preserve">. But </w:t>
      </w:r>
      <w:r>
        <w:rPr>
          <w:shd w:val="clear" w:color="auto" w:fill="D9C3E6"/>
        </w:rPr>
        <w:t>they did evil in My sight</w:t>
      </w:r>
      <w:r>
        <w:rPr>
          <w:b w:val="false"/>
          <w:i w:val="false"/>
          <w:color w:val="000000"/>
          <w:u w:val="none"/>
        </w:rPr>
        <w:t xml:space="preserve"> [3DQD]</w:t>
      </w:r>
      <w:r>
        <w:rPr>
          <w:shd w:val="clear" w:color="auto" w:fill="D9C3E6"/>
        </w:rPr>
        <w:t xml:space="preserve"> and </w:t>
      </w:r>
      <w:r>
        <w:rPr>
          <w:shd w:val="clear" w:color="auto" w:fill="D9C3E6"/>
        </w:rPr>
        <w:t>chose that in which I did not delight</w:t>
      </w:r>
      <w:r>
        <w:rPr>
          <w:b w:val="false"/>
          <w:i w:val="false"/>
          <w:color w:val="000000"/>
          <w:u w:val="none"/>
        </w:rPr>
        <w:t xml:space="preserve"> [2ETK]</w:t>
      </w:r>
      <w:r>
        <w:rPr>
          <w:shd w:val="clear" w:color="auto" w:fill="D9C3E6"/>
        </w:rPr>
        <w:t>.”</w:t>
      </w:r>
    </w:p>
    <w:p>
      <w:pPr>
        <w:pStyle w:val="Yellow"/>
        <w:rPr/>
        <w:pBdr>
          <w:left w:val="single" w:sz="28" w:space="5" w:color="C00000"/>
        </w:pBdr>
      </w:pPr>
      <w:r>
        <w:rPr/>
        <w:t xml:space="preserve">(Je6:9 “the remnant of Israel”) </w:t>
      </w:r>
      <w:r>
        <w:rPr>
          <w:b/>
        </w:rPr>
        <w:t>Jeremiah 6:10</w:t>
      </w:r>
      <w:r>
        <w:rPr/>
        <w:t xml:space="preserve"> — Look, </w:t>
      </w:r>
      <w:r>
        <w:rPr>
          <w:shd w:val="clear" w:fill="B7DDE8"/>
        </w:rPr>
        <w:t>{their} ears are closed, so they cannot hear</w:t>
      </w:r>
      <w:r>
        <w:rPr>
          <w:b w:val="false"/>
          <w:i w:val="false"/>
          <w:u w:val="none"/>
          <w:color w:val="000000"/>
        </w:rPr>
        <w:t xml:space="preserve"> [1SH]</w:t>
      </w:r>
      <w:r>
        <w:rPr/>
        <w:t xml:space="preserve">. See, </w:t>
      </w:r>
      <w:r>
        <w:rPr>
          <w:shd w:val="clear" w:fill="B7DDE8"/>
        </w:rPr>
        <w:t>the word of the LORD has become offensive to them</w:t>
      </w:r>
      <w:r>
        <w:rPr>
          <w:b w:val="false"/>
          <w:i w:val="false"/>
          <w:color w:val="000000"/>
          <w:u w:val="none"/>
        </w:rPr>
        <w:t xml:space="preserve"> [1SI]</w:t>
      </w:r>
      <w:r>
        <w:rPr/>
        <w:t xml:space="preserve">; </w:t>
      </w:r>
      <w:r>
        <w:rPr>
          <w:shd w:val="clear" w:fill="B7DDE8"/>
        </w:rPr>
        <w:t>they find no pleasure in it</w:t>
      </w:r>
      <w:r>
        <w:rPr>
          <w:b w:val="false"/>
          <w:i w:val="false"/>
          <w:color w:val="000000"/>
          <w:u w:val="none"/>
        </w:rPr>
        <w:t xml:space="preserve"> [1SJ]</w:t>
      </w:r>
      <w:r>
        <w:rPr/>
        <w:t>.</w:t>
      </w:r>
    </w:p>
    <w:p>
      <w:pPr>
        <w:pStyle w:val="Yellow"/>
        <w:rPr/>
        <w:pBdr>
          <w:left w:val="single" w:sz="28" w:space="5" w:color="C00000"/>
        </w:pBdr>
      </w:pPr>
      <w:r>
        <w:rPr>
          <w:shd w:val="clear" w:color="auto" w:fill="548235"/>
          <w:color w:val="FFFFFF"/>
        </w:rPr>
        <w:t xml:space="preserve">(Je32:21 “Your people Israel”¹ / 22 “this land”²) </w:t>
      </w:r>
      <w:r>
        <w:rPr>
          <w:b/>
          <w:shd w:val="clear" w:color="auto" w:fill="548235"/>
          <w:color w:val="FFFFFF"/>
        </w:rPr>
        <w:t>Jeremiah 32:23</w:t>
      </w:r>
      <w:r>
        <w:rPr>
          <w:shd w:val="clear" w:color="auto" w:fill="548235"/>
          <w:color w:val="FFFFFF"/>
        </w:rPr>
        <w:t xml:space="preserve"> — </w:t>
      </w:r>
      <w:r>
        <w:rPr>
          <w:shd w:val="clear" w:fill="548235" w:color="auto"/>
          <w:color w:val="FFFFFF"/>
        </w:rPr>
        <w:t>{They} came in and possessed {it}</w:t>
      </w:r>
      <w:r>
        <w:rPr>
          <w:b w:val="false"/>
          <w:i w:val="false"/>
          <w:color w:val="FFFFFF"/>
          <w:u w:val="none"/>
          <w:shd w:val="clear" w:color="auto" w:fill="548235"/>
        </w:rPr>
        <w:t xml:space="preserve"> [1FLM]</w:t>
      </w:r>
      <w:r>
        <w:rPr>
          <w:shd w:val="clear" w:color="auto" w:fill="548235"/>
          <w:color w:val="FFFFFF"/>
        </w:rPr>
        <w:t xml:space="preserve">, but </w:t>
      </w:r>
      <w:r>
        <w:rPr>
          <w:shd w:val="clear" w:fill="548235" w:color="auto"/>
          <w:color w:val="FFFFFF"/>
        </w:rPr>
        <w:t>they did not obey Your voice or walk in Your law</w:t>
      </w:r>
      <w:r>
        <w:rPr>
          <w:b w:val="false"/>
          <w:i w:val="false"/>
          <w:color w:val="FFFFFF"/>
          <w:u w:val="none"/>
          <w:shd w:val="clear" w:color="auto" w:fill="548235"/>
        </w:rPr>
        <w:t xml:space="preserve"> [1FLN]</w:t>
      </w:r>
      <w:r>
        <w:rPr>
          <w:shd w:val="clear" w:color="auto" w:fill="548235"/>
          <w:color w:val="FFFFFF"/>
        </w:rPr>
        <w:t xml:space="preserve">. </w:t>
      </w:r>
      <w:r>
        <w:rPr>
          <w:shd w:val="clear" w:fill="548235" w:color="auto"/>
          <w:color w:val="FFFFFF"/>
        </w:rPr>
        <w:t>They failed to perform all that You commanded them to do</w:t>
      </w:r>
      <w:r>
        <w:rPr>
          <w:b w:val="false"/>
          <w:i w:val="false"/>
          <w:color w:val="FFFFFF"/>
          <w:u w:val="none"/>
          <w:shd w:val="clear" w:color="auto" w:fill="548235"/>
        </w:rPr>
        <w:t xml:space="preserve"> [1FLO]</w:t>
      </w:r>
      <w:r>
        <w:rPr>
          <w:shd w:val="clear" w:color="auto" w:fill="548235"/>
          <w:color w:val="FFFFFF"/>
        </w:rPr>
        <w:t xml:space="preserve">, and so </w:t>
      </w:r>
      <w:r>
        <w:rPr>
          <w:shd w:val="clear" w:fill="548235" w:color="auto"/>
          <w:color w:val="FFFFFF"/>
        </w:rPr>
        <w:t>You have brought upon them all this disaster</w:t>
      </w:r>
      <w:r>
        <w:rPr>
          <w:b w:val="false"/>
          <w:i w:val="false"/>
          <w:color w:val="FFFFFF"/>
          <w:u w:val="none"/>
          <w:shd w:val="clear" w:color="auto" w:fill="548235"/>
        </w:rPr>
        <w:t xml:space="preserve"> [1FLP]</w:t>
      </w:r>
      <w:r>
        <w:rPr>
          <w:shd w:val="clear" w:color="auto" w:fill="548235"/>
          <w:color w:val="FFFFFF"/>
        </w:rPr>
        <w:t>.</w:t>
      </w:r>
    </w:p>
    <w:p>
      <w:pPr>
        <w:pStyle w:val="Yellow"/>
        <w:rPr/>
        <w:pBdr>
          <w:left w:val="single" w:sz="28" w:space="5" w:color="C00000"/>
        </w:pBdr>
      </w:pPr>
      <w:r>
        <w:rPr>
          <w:b/>
        </w:rPr>
        <w:t xml:space="preserve">Ezekiel 3:7</w:t>
      </w:r>
      <w:r>
        <w:rPr/>
        <w:t xml:space="preserve"> — But </w:t>
      </w:r>
      <w:r>
        <w:rPr>
          <w:shd w:fill="B7DDE8" w:val="clear"/>
        </w:rPr>
        <w:t xml:space="preserve">the house of Israel will be unwilling to listen to you</w:t>
      </w:r>
      <w:r>
        <w:rPr>
          <w:b w:val="false"/>
          <w:i w:val="false"/>
          <w:u w:val="none"/>
          <w:color w:val="000000"/>
        </w:rPr>
        <w:t xml:space="preserve"> [1KGU]</w:t>
      </w:r>
      <w:r>
        <w:rPr/>
        <w:t xml:space="preserve">, since </w:t>
      </w:r>
      <w:r>
        <w:rPr>
          <w:shd w:fill="B7DDE8" w:val="clear"/>
        </w:rPr>
        <w:t xml:space="preserve">they are unwilling to listen to Me</w:t>
      </w:r>
      <w:r>
        <w:rPr>
          <w:b w:val="false"/>
          <w:i w:val="false"/>
          <w:u w:val="none"/>
          <w:color w:val="000000"/>
        </w:rPr>
        <w:t xml:space="preserve"> [1KGV]</w:t>
      </w:r>
      <w:r>
        <w:rPr/>
        <w:t xml:space="preserve">. For </w:t>
      </w:r>
      <w:r>
        <w:rPr>
          <w:shd w:fill="B7DDE8" w:val="clear"/>
        </w:rPr>
        <w:t xml:space="preserve">the whole house of Israel is hard-headed and hard-hearted</w:t>
      </w:r>
      <w:r>
        <w:rPr>
          <w:b w:val="false"/>
          <w:i w:val="false"/>
          <w:color w:val="000000"/>
          <w:u w:val="none"/>
        </w:rPr>
        <w:t xml:space="preserve"> [1KGW]</w:t>
      </w:r>
      <w:r>
        <w:rPr/>
        <w:t xml:space="preserve">.</w:t>
      </w:r>
    </w:p>
    <w:p>
      <w:pPr>
        <w:pStyle w:val="Yellow"/>
        <w:rPr/>
      </w:pPr>
      <w:r>
        <w:rPr>
          <w:u w:val="none"/>
        </w:rPr>
        <w:t xml:space="preserve">&lt;12&gt;(Eze20:13 “the house of Israel”) </w:t>
      </w:r>
      <w:r>
        <w:rPr>
          <w:b/>
          <w:u w:val="none"/>
        </w:rPr>
        <w:t xml:space="preserve">Ezekiel 20:15–17</w:t>
      </w:r>
      <w:r>
        <w:rPr>
          <w:u w:val="none"/>
        </w:rPr>
        <w:t xml:space="preserve"> — Moreover, </w:t>
      </w:r>
      <w:r>
        <w:rPr>
          <w:u w:val="none"/>
          <w:shd w:fill="B7DDE8" w:val="clear"/>
        </w:rPr>
        <w:t xml:space="preserve">with an uplifted hand I swore to {them} in the wilderness that I would not bring them into the land that I had given them—</w:t>
      </w:r>
      <w:r>
        <w:rPr>
          <w:u w:val="none"/>
          <w:shd w:fill="B7DDE8" w:val="clear"/>
        </w:rPr>
        <w:t xml:space="preserve">a land flowing with milk and honey</w:t>
      </w:r>
      <w:r>
        <w:rPr>
          <w:u w:val="none"/>
          <w:shd w:fill="B7DDE8" w:val="clear"/>
        </w:rPr>
        <w:t xml:space="preserve">, the glory of all lands</w:t>
      </w:r>
      <w:r>
        <w:rPr>
          <w:b w:val="false"/>
          <w:i w:val="false"/>
          <w:color w:val="000000"/>
          <w:u w:val="none"/>
        </w:rPr>
        <w:t xml:space="preserve"> [1HZV]</w:t>
      </w:r>
      <w:r>
        <w:rPr>
          <w:u w:val="none"/>
        </w:rPr>
        <w:t xml:space="preserve">—</w:t>
      </w:r>
      <w:r>
        <w:rPr>
          <w:u w:val="none"/>
          <w:shd w:fill="B7DDE8" w:val="clear"/>
        </w:rPr>
        <w:t xml:space="preserve">because they kept rejecting My ordinances, refusing to walk in My statutes, and profaning My Sabbaths; for their hearts continually went after their idols</w:t>
      </w:r>
      <w:r>
        <w:rPr>
          <w:b w:val="false"/>
          <w:i w:val="false"/>
          <w:u w:val="none"/>
          <w:color w:val="000000"/>
        </w:rPr>
        <w:t xml:space="preserve"> [1HZW]</w:t>
      </w:r>
      <w:r>
        <w:rPr>
          <w:u w:val="none"/>
        </w:rPr>
        <w:t xml:space="preserve">. </w:t>
      </w:r>
      <w:r>
        <w:rPr>
          <w:u w:val="none"/>
          <w:shd w:fill="B7DDE8" w:val="clear"/>
        </w:rPr>
        <w:t xml:space="preserve">Yet I looked on them with pity</w:t>
      </w:r>
      <w:r>
        <w:rPr>
          <w:b w:val="false"/>
          <w:i w:val="false"/>
          <w:u w:val="none"/>
          <w:color w:val="000000"/>
        </w:rPr>
        <w:t xml:space="preserve"> [1HZX]</w:t>
      </w:r>
      <w:r>
        <w:rPr>
          <w:u w:val="none"/>
        </w:rPr>
        <w:t xml:space="preserve"> and </w:t>
      </w:r>
      <w:r>
        <w:rPr>
          <w:u w:val="none"/>
          <w:shd w:fill="B7DDE8" w:val="clear"/>
        </w:rPr>
        <w:t xml:space="preserve">did not destroy them or bring them to an end in the wilderness</w:t>
      </w:r>
      <w:r>
        <w:rPr>
          <w:b w:val="false"/>
          <w:i w:val="false"/>
          <w:u w:val="none"/>
          <w:color w:val="000000"/>
        </w:rPr>
        <w:t xml:space="preserve"> [1HZY]</w:t>
      </w:r>
      <w:r>
        <w:rPr>
          <w:u w:val="none"/>
        </w:rPr>
        <w:t xml:space="preserve">.</w:t>
      </w:r>
    </w:p>
    <w:p>
      <w:pPr>
        <w:pStyle w:val="Yellow"/>
        <w:rPr/>
      </w:pPr>
      <w:r>
        <w:rPr/>
        <w:t xml:space="preserve">&lt;12&gt;(Eze20:18 “In the wilderness”) </w:t>
      </w:r>
      <w:r>
        <w:rPr>
          <w:b/>
        </w:rPr>
        <w:t xml:space="preserve">Ezekiel 20:21-22</w:t>
      </w:r>
      <w:r>
        <w:rPr/>
        <w:t xml:space="preserve"> —  {But} </w:t>
      </w:r>
      <w:r>
        <w:rPr>
          <w:shd w:fill="B7DDE8" w:val="clear"/>
        </w:rPr>
        <w:t xml:space="preserve">the children rebelled against Me</w:t>
      </w:r>
      <w:r>
        <w:rPr>
          <w:b w:val="false"/>
          <w:i w:val="false"/>
          <w:color w:val="000000"/>
          <w:u w:val="none"/>
        </w:rPr>
        <w:t xml:space="preserve"> [1HZZ]</w:t>
      </w:r>
      <w:r>
        <w:rPr/>
        <w:t xml:space="preserve">. </w:t>
      </w:r>
      <w:r>
        <w:rPr>
          <w:shd w:fill="B7DDE8" w:val="clear"/>
        </w:rPr>
        <w:t xml:space="preserve">They did not walk in My statutes or carefully observe My ordinances</w:t>
      </w:r>
      <w:r>
        <w:rPr>
          <w:b w:val="false"/>
          <w:i w:val="false"/>
          <w:color w:val="000000"/>
          <w:u w:val="none"/>
        </w:rPr>
        <w:t xml:space="preserve"> [1IAA]</w:t>
      </w:r>
      <w:r>
        <w:rPr/>
        <w:t xml:space="preserve">—though </w:t>
      </w:r>
      <w:r>
        <w:rPr>
          <w:shd w:fill="B7DDE8" w:val="clear"/>
        </w:rPr>
        <w:t xml:space="preserve">the man who does these things will live by them</w:t>
      </w:r>
      <w:r>
        <w:rPr>
          <w:b w:val="false"/>
          <w:i w:val="false"/>
          <w:u w:val="none"/>
          <w:color w:val="000000"/>
        </w:rPr>
        <w:t xml:space="preserve"> [3VR]</w:t>
      </w:r>
      <w:r>
        <w:rPr/>
        <w:t xml:space="preserve">—and </w:t>
      </w:r>
      <w:r>
        <w:rPr>
          <w:shd w:fill="B7DDE8" w:val="clear"/>
        </w:rPr>
        <w:t xml:space="preserve">they profaned My Sabbaths</w:t>
      </w:r>
      <w:r>
        <w:rPr>
          <w:b w:val="false"/>
          <w:i w:val="false"/>
          <w:color w:val="000000"/>
          <w:u w:val="none"/>
        </w:rPr>
        <w:t xml:space="preserve"> [1IAB]</w:t>
      </w:r>
      <w:r>
        <w:rPr/>
        <w:t xml:space="preserve">. So </w:t>
      </w:r>
      <w:r>
        <w:rPr>
          <w:shd w:fill="B7DDE8" w:val="clear"/>
        </w:rPr>
        <w:t xml:space="preserve">I resolved to pour out My wrath upon them and vent My anger against them in the wilderness</w:t>
      </w:r>
      <w:r>
        <w:rPr>
          <w:b w:val="false"/>
          <w:i w:val="false"/>
          <w:color w:val="000000"/>
          <w:u w:val="none"/>
        </w:rPr>
        <w:t xml:space="preserve"> [1IAC]</w:t>
      </w:r>
      <w:r>
        <w:rPr/>
        <w:t xml:space="preserve">. But </w:t>
      </w:r>
      <w:r>
        <w:rPr>
          <w:shd w:fill="B7DDE8" w:val="clear"/>
        </w:rPr>
        <w:t xml:space="preserve">I withheld My hand</w:t>
      </w:r>
      <w:r>
        <w:rPr>
          <w:b w:val="false"/>
          <w:i w:val="false"/>
          <w:color w:val="000000"/>
          <w:u w:val="none"/>
        </w:rPr>
        <w:t xml:space="preserve"> [1IAD]</w:t>
      </w:r>
      <w:r>
        <w:rPr/>
        <w:t xml:space="preserve"> and </w:t>
      </w:r>
      <w:r>
        <w:rPr>
          <w:shd w:fill="B7DDE8" w:val="clear"/>
        </w:rPr>
        <w:t xml:space="preserve">acted for the sake of My name, so that it would not be profaned in the eyes of the nations in whose sight I had brought {them} out</w:t>
      </w:r>
      <w:r>
        <w:rPr>
          <w:b w:val="false"/>
          <w:i w:val="false"/>
          <w:color w:val="000000"/>
          <w:u w:val="none"/>
        </w:rPr>
        <w:t xml:space="preserve"> [1IAE]</w:t>
      </w:r>
      <w:r>
        <w:rPr/>
        <w:t xml:space="preserve">.</w:t>
      </w:r>
    </w:p>
    <w:p>
      <w:pPr>
        <w:pStyle w:val="Yellow"/>
        <w:rPr/>
      </w:pPr>
      <w:r>
        <w:rPr/>
        <w:t xml:space="preserve">&lt;12&gt;</w:t>
      </w:r>
      <w:r>
        <w:rPr>
          <w:b/>
        </w:rPr>
        <w:t xml:space="preserve">Ezekiel 20:31</w:t>
      </w:r>
      <w:r>
        <w:rPr/>
        <w:t xml:space="preserve"> — </w:t>
      </w:r>
      <w:r>
        <w:rPr>
          <w:shd w:fill="B7DDE8" w:val="clear"/>
        </w:rPr>
        <w:t xml:space="preserve">When you offer your gifts, sacrificing your sons in the fire, you continue to defile yourselves with all your idols to this day</w:t>
      </w:r>
      <w:r>
        <w:rPr>
          <w:b w:val="false"/>
          <w:i w:val="false"/>
          <w:u w:val="none"/>
          <w:color w:val="000000"/>
        </w:rPr>
        <w:t xml:space="preserve"> [1IAF]</w:t>
      </w:r>
      <w:r>
        <w:rPr/>
        <w:t xml:space="preserve">.</w:t>
      </w:r>
    </w:p>
    <w:p>
      <w:pPr>
        <w:pStyle w:val="Yellow"/>
        <w:rPr/>
      </w:pPr>
      <w:r>
        <w:rPr/>
        <w:t xml:space="preserve">&lt;12&gt;(Eze20:31ᶜ because Israel defiled themselves “with all your idols” / 44ᶜ God acts “for the sake of My name”) </w:t>
      </w:r>
      <w:r>
        <w:rPr>
          <w:b/>
        </w:rPr>
        <w:t xml:space="preserve">Ezekiel 20:35</w:t>
      </w:r>
      <w:r>
        <w:rPr/>
        <w:t xml:space="preserve"> — And </w:t>
      </w:r>
      <w:r>
        <w:rPr>
          <w:shd w:fill="B7DDE8" w:val="clear"/>
        </w:rPr>
        <w:t xml:space="preserve">I will bring you into the wilderness of the nations</w:t>
      </w:r>
      <w:r>
        <w:rPr>
          <w:b w:val="false"/>
          <w:i w:val="false"/>
          <w:color w:val="000000"/>
          <w:u w:val="none"/>
        </w:rPr>
        <w:t xml:space="preserve"> [1IAG]</w:t>
      </w:r>
      <w:r>
        <w:rPr/>
        <w:t xml:space="preserve">, where </w:t>
      </w:r>
      <w:r>
        <w:rPr>
          <w:shd w:fill="B7DDE8" w:val="clear"/>
        </w:rPr>
        <w:t xml:space="preserve">I will enter into judgment with you face to face</w:t>
      </w:r>
      <w:r>
        <w:rPr>
          <w:b w:val="false"/>
          <w:i w:val="false"/>
          <w:color w:val="000000"/>
          <w:u w:val="none"/>
        </w:rPr>
        <w:t xml:space="preserve"> [1IAH]</w:t>
      </w:r>
      <w:r>
        <w:rPr/>
        <w:t xml:space="preserve">.</w:t>
      </w:r>
    </w:p>
    <w:p>
      <w:pPr>
        <w:pStyle w:val="Yellow"/>
        <w:rPr/>
      </w:pPr>
      <w:r>
        <w:rPr/>
        <w:t xml:space="preserve">&lt;12&gt;</w:t>
      </w:r>
      <w:r>
        <w:rPr>
          <w:b/>
        </w:rPr>
        <w:t xml:space="preserve">Ezekiel 20:39</w:t>
      </w:r>
      <w:r>
        <w:rPr/>
        <w:t xml:space="preserve"> — And as for you, O house of Israel, this is what the Lord GOD says: </w:t>
      </w:r>
      <w:r>
        <w:rPr>
          <w:shd w:fill="B7DDE8" w:val="clear"/>
        </w:rPr>
        <w:t xml:space="preserve">Go and serve your idols, every one of you</w:t>
      </w:r>
      <w:r>
        <w:rPr>
          <w:b w:val="false"/>
          <w:i w:val="false"/>
          <w:u w:val="none"/>
          <w:color w:val="000000"/>
        </w:rPr>
        <w:t xml:space="preserve"> [1IAI]</w:t>
      </w:r>
      <w:r>
        <w:rPr/>
        <w:t xml:space="preserve">. But </w:t>
      </w:r>
      <w:r>
        <w:rPr>
          <w:shd w:fill="B7DDE8" w:val="clear"/>
        </w:rPr>
        <w:t xml:space="preserve">afterward, you will surely listen to Me</w:t>
      </w:r>
      <w:r>
        <w:rPr>
          <w:b w:val="false"/>
          <w:i w:val="false"/>
          <w:u w:val="none"/>
          <w:color w:val="000000"/>
        </w:rPr>
        <w:t xml:space="preserve"> [1IAJ]</w:t>
      </w:r>
      <w:r>
        <w:rPr/>
        <w:t xml:space="preserve">, and </w:t>
      </w:r>
      <w:r>
        <w:rPr>
          <w:shd w:fill="B7DDE8" w:val="clear"/>
        </w:rPr>
        <w:t xml:space="preserve">you will no longer defile My holy name with your gifts and idols</w:t>
      </w:r>
      <w:r>
        <w:rPr>
          <w:b w:val="false"/>
          <w:i w:val="false"/>
          <w:u w:val="none"/>
          <w:color w:val="000000"/>
        </w:rPr>
        <w:t xml:space="preserve"> [1IAK]</w:t>
      </w:r>
      <w:r>
        <w:rPr/>
        <w:t xml:space="preserve">.</w:t>
      </w:r>
    </w:p>
    <w:p>
      <w:pPr>
        <w:pStyle w:val="Yellow"/>
        <w:rPr/>
      </w:pPr>
      <w:r>
        <w:rPr/>
        <w:t xml:space="preserve">&lt;12&gt;(Eze21:17ᶜ After God satisfies his “wrath” / Eze20:43 Israel will “loathe yourselves” for “all the evils”¹) </w:t>
      </w:r>
      <w:r>
        <w:rPr>
          <w:b/>
        </w:rPr>
        <w:t xml:space="preserve">Ezekiel 20:44</w:t>
      </w:r>
      <w:r>
        <w:rPr/>
        <w:t xml:space="preserve"> — {Then} </w:t>
      </w:r>
      <w:r>
        <w:rPr>
          <w:shd w:fill="B7DDE8" w:val="clear"/>
        </w:rPr>
        <w:t xml:space="preserve">you will know, O house of Israel, that I am the LORD</w:t>
      </w:r>
      <w:r>
        <w:rPr>
          <w:b w:val="false"/>
          <w:i w:val="false"/>
          <w:color w:val="000000"/>
          <w:u w:val="none"/>
        </w:rPr>
        <w:t xml:space="preserve"> [4DHU]</w:t>
      </w:r>
      <w:r>
        <w:rPr/>
        <w:t xml:space="preserve">, </w:t>
      </w:r>
      <w:r>
        <w:rPr>
          <w:shd w:fill="B7DDE8" w:val="clear"/>
        </w:rPr>
        <w:t xml:space="preserve">when I have dealt with you for the sake of My name and not according to your wicked ways and corrupt acts</w:t>
      </w:r>
      <w:r>
        <w:rPr>
          <w:b w:val="false"/>
          <w:i w:val="false"/>
          <w:color w:val="000000"/>
          <w:u w:val="none"/>
        </w:rPr>
        <w:t xml:space="preserve"> [1IAL]</w:t>
      </w:r>
      <w:r>
        <w:rPr/>
        <w:t xml:space="preserve">, declares the Lord GOD.”</w:t>
      </w:r>
    </w:p>
    <w:p>
      <w:pPr>
        <w:pStyle w:val="Green"/>
        <w:rPr/>
        <w:pBdr>
          <w:left w:val="single" w:sz="28" w:space="5" w:color="C00000"/>
        </w:pBdr>
      </w:pPr>
      <w:r>
        <w:rPr>
          <w:b/>
          <w:shd w:val="clear" w:color="auto" w:fill="548235"/>
          <w:color w:val="FFFFFF"/>
        </w:rPr>
        <w:t xml:space="preserve">Hosea 4:6</w:t>
      </w:r>
      <w:r>
        <w:rPr>
          <w:shd w:val="clear" w:color="auto" w:fill="548235"/>
          <w:color w:val="FFFFFF"/>
        </w:rPr>
        <w:t xml:space="preserve"> — </w:t>
      </w:r>
      <w:r>
        <w:rPr>
          <w:shd w:fill="548235" w:val="clear" w:color="auto"/>
          <w:color w:val="FFFFFF"/>
        </w:rPr>
        <w:t xml:space="preserve">My people are destroyed for lack of knowledge</w:t>
      </w:r>
      <w:r>
        <w:rPr>
          <w:b w:val="false"/>
          <w:i w:val="false"/>
          <w:color w:val="FFFFFF"/>
          <w:u w:val="none"/>
          <w:shd w:val="clear" w:color="auto" w:fill="548235"/>
        </w:rPr>
        <w:t xml:space="preserve"> [1JVT]</w:t>
      </w:r>
      <w:r>
        <w:rPr>
          <w:shd w:val="clear" w:color="auto" w:fill="548235"/>
          <w:color w:val="FFFFFF"/>
        </w:rPr>
        <w:t xml:space="preserve">. </w:t>
      </w:r>
      <w:r>
        <w:rPr>
          <w:shd w:fill="548235" w:val="clear" w:color="auto"/>
          <w:color w:val="FFFFFF"/>
        </w:rPr>
        <w:t xml:space="preserve">Because you have rejected knowledge, I will also reject you as My priests</w:t>
      </w:r>
      <w:r>
        <w:rPr>
          <w:b w:val="false"/>
          <w:i w:val="false"/>
          <w:color w:val="FFFFFF"/>
          <w:u w:val="none"/>
          <w:shd w:val="clear" w:color="auto" w:fill="548235"/>
        </w:rPr>
        <w:t xml:space="preserve"> [1JVU]</w:t>
      </w:r>
      <w:r>
        <w:rPr>
          <w:shd w:val="clear" w:color="auto" w:fill="548235"/>
          <w:color w:val="FFFFFF"/>
        </w:rPr>
        <w:t xml:space="preserve">. </w:t>
      </w:r>
      <w:r>
        <w:rPr>
          <w:shd w:fill="548235" w:val="clear" w:color="auto"/>
          <w:color w:val="FFFFFF"/>
        </w:rPr>
        <w:t xml:space="preserve">Since you have forgotten the law of your God, I will also forget your children</w:t>
      </w:r>
      <w:r>
        <w:rPr>
          <w:b w:val="false"/>
          <w:i w:val="false"/>
          <w:color w:val="FFFFFF"/>
          <w:u w:val="none"/>
          <w:shd w:val="clear" w:color="auto" w:fill="548235"/>
        </w:rPr>
        <w:t xml:space="preserve"> [1JVV]</w:t>
      </w:r>
      <w:r>
        <w:rPr>
          <w:shd w:val="clear" w:color="auto" w:fill="548235"/>
          <w:color w:val="FFFFFF"/>
        </w:rPr>
        <w:t xml:space="preserve">.</w:t>
      </w:r>
    </w:p>
    <w:p>
      <w:pPr>
        <w:pStyle w:val="Yellow"/>
        <w:rPr/>
        <w:pBdr>
          <w:left w:val="single" w:sz="28" w:space="5" w:color="C00000"/>
        </w:pBdr>
      </w:pPr>
      <w:r>
        <w:rPr>
          <w:shd w:val="clear" w:color="auto" w:fill="548235"/>
          <w:color w:val="FFFFFF"/>
        </w:rPr>
        <w:t xml:space="preserve">(Ho4:9 “people” and “priest”) </w:t>
      </w:r>
      <w:r>
        <w:rPr>
          <w:b/>
          <w:shd w:val="clear" w:color="auto" w:fill="548235"/>
          <w:color w:val="FFFFFF"/>
        </w:rPr>
        <w:t>Hosea 4:10</w:t>
      </w:r>
      <w:r>
        <w:rPr>
          <w:shd w:val="clear" w:color="auto" w:fill="548235"/>
          <w:color w:val="FFFFFF"/>
        </w:rPr>
        <w:t xml:space="preserve"> — </w:t>
      </w:r>
      <w:r>
        <w:rPr>
          <w:color w:val="auto"/>
          <w:shd w:val="clear" w:color="auto" w:fill="D9C3E6"/>
        </w:rPr>
        <w:t>{They} will eat but not be satisfied</w:t>
      </w:r>
      <w:r>
        <w:rPr>
          <w:b w:val="false"/>
          <w:i w:val="false"/>
          <w:u w:val="none"/>
          <w:color w:val="FFFFFF"/>
          <w:shd w:val="clear" w:color="auto" w:fill="548235"/>
        </w:rPr>
        <w:t xml:space="preserve"> [2DYW]</w:t>
      </w:r>
      <w:r>
        <w:rPr>
          <w:color w:val="auto"/>
          <w:shd w:val="clear" w:color="auto" w:fill="D9C3E6"/>
        </w:rPr>
        <w:t xml:space="preserve">; </w:t>
      </w:r>
      <w:r>
        <w:rPr>
          <w:shd w:val="clear" w:fill="548235" w:color="auto"/>
          <w:color w:val="FFFFFF"/>
        </w:rPr>
        <w:t>they will be promiscuous but not multiply</w:t>
      </w:r>
      <w:r>
        <w:rPr>
          <w:b w:val="false"/>
          <w:i w:val="false"/>
          <w:color w:val="FFFFFF"/>
          <w:u w:val="none"/>
          <w:shd w:val="clear" w:color="auto" w:fill="548235"/>
        </w:rPr>
        <w:t xml:space="preserve"> [1EJB]</w:t>
      </w:r>
      <w:r>
        <w:rPr>
          <w:shd w:val="clear" w:color="auto" w:fill="548235"/>
          <w:color w:val="FFFFFF"/>
        </w:rPr>
        <w:t xml:space="preserve">. For </w:t>
      </w:r>
      <w:r>
        <w:rPr>
          <w:shd w:val="clear" w:fill="548235" w:color="auto"/>
          <w:color w:val="FFFFFF"/>
        </w:rPr>
        <w:t>they have stopped obeying the LORD</w:t>
      </w:r>
      <w:r>
        <w:rPr>
          <w:b w:val="false"/>
          <w:i w:val="false"/>
          <w:u w:val="none"/>
          <w:color w:val="FFFFFF"/>
          <w:shd w:val="clear" w:color="auto" w:fill="548235"/>
        </w:rPr>
        <w:t xml:space="preserve"> [1EJC]</w:t>
      </w:r>
      <w:r>
        <w:rPr>
          <w:shd w:val="clear" w:color="auto" w:fill="548235"/>
          <w:color w:val="FFFFFF"/>
        </w:rPr>
        <w:t>.</w:t>
      </w:r>
    </w:p>
    <w:p>
      <w:pPr>
        <w:pStyle w:val="Yellow"/>
        <w:rPr/>
        <w:pBdr>
          <w:left w:val="single" w:sz="28" w:space="5" w:color="C00000"/>
        </w:pBdr>
      </w:pPr>
      <w:r>
        <w:rPr>
          <w:b/>
        </w:rPr>
        <w:t xml:space="preserve">Hosea 7:13</w:t>
      </w:r>
      <w:r>
        <w:rPr/>
        <w:t xml:space="preserve"> — </w:t>
      </w:r>
      <w:r>
        <w:rPr>
          <w:shd w:fill="B7DDE8" w:val="clear"/>
        </w:rPr>
        <w:t xml:space="preserve">Woe to them, for they have strayed from Me</w:t>
      </w:r>
      <w:r>
        <w:rPr>
          <w:b w:val="false"/>
          <w:i w:val="false"/>
          <w:color w:val="000000"/>
          <w:u w:val="none"/>
        </w:rPr>
        <w:t xml:space="preserve"> [1JSO]</w:t>
      </w:r>
      <w:r>
        <w:rPr/>
        <w:t xml:space="preserve">! </w:t>
      </w:r>
      <w:r>
        <w:rPr>
          <w:shd w:fill="F4B183" w:val="clear" w:color="auto"/>
          <w:color w:val="000000"/>
        </w:rPr>
        <w:t xml:space="preserve">Destruction to them, for they have rebelled against Me</w:t>
      </w:r>
      <w:r>
        <w:rPr>
          <w:b w:val="false"/>
          <w:i w:val="false"/>
          <w:color w:val="000000"/>
          <w:u w:val="none"/>
          <w:shd w:val="clear" w:color="auto" w:fill="F4B183"/>
        </w:rPr>
        <w:t xml:space="preserve"> [1JSP]</w:t>
      </w:r>
      <w:r>
        <w:rPr/>
        <w:t xml:space="preserve">!</w:t>
      </w:r>
    </w:p>
    <w:p>
      <w:pPr>
        <w:pStyle w:val="Yellow"/>
        <w:rPr/>
        <w:pBdr>
          <w:left w:val="single" w:sz="28" w:space="5" w:color="C00000"/>
        </w:pBdr>
      </w:pPr>
      <w:r>
        <w:rPr>
          <w:b/>
        </w:rPr>
        <w:t xml:space="preserve">Malachi 2:2</w:t>
      </w:r>
      <w:r>
        <w:rPr/>
        <w:t xml:space="preserve"> — </w:t>
      </w:r>
      <w:r>
        <w:rPr>
          <w:shd w:fill="B7DDE8" w:val="clear"/>
        </w:rPr>
        <w:t xml:space="preserve">If you do not listen, and if you do not take it to heart to honor My name</w:t>
      </w:r>
      <w:r>
        <w:rPr>
          <w:b w:val="false"/>
          <w:i w:val="false"/>
          <w:u w:val="none"/>
          <w:color w:val="000000"/>
        </w:rPr>
        <w:t xml:space="preserve"> [1JIO]</w:t>
      </w:r>
      <w:r>
        <w:rPr/>
        <w:t xml:space="preserve">, says the LORD of Hosts, </w:t>
      </w:r>
      <w:r>
        <w:rPr>
          <w:shd w:fill="B7DDE8" w:val="clear"/>
        </w:rPr>
        <w:t xml:space="preserve">I will send a curse among you</w:t>
      </w:r>
      <w:r>
        <w:rPr>
          <w:b w:val="false"/>
          <w:i w:val="false"/>
          <w:color w:val="000000"/>
          <w:u w:val="none"/>
        </w:rPr>
        <w:t xml:space="preserve"> [1JIP]</w:t>
      </w:r>
      <w:r>
        <w:rPr/>
        <w:t xml:space="preserve">, and </w:t>
      </w:r>
      <w:r>
        <w:rPr>
          <w:shd w:fill="B7DDE8" w:val="clear"/>
        </w:rPr>
        <w:t xml:space="preserve">I will curse your blessings</w:t>
      </w:r>
      <w:r>
        <w:rPr>
          <w:b w:val="false"/>
          <w:i w:val="false"/>
          <w:color w:val="000000"/>
          <w:u w:val="none"/>
        </w:rPr>
        <w:t xml:space="preserve"> [1JIQ]</w:t>
      </w:r>
      <w:r>
        <w:rPr/>
        <w:t xml:space="preserve">. Yes, </w:t>
      </w:r>
      <w:r>
        <w:rPr>
          <w:shd w:fill="B7DDE8" w:val="clear"/>
        </w:rPr>
        <w:t xml:space="preserve">I have already begun to curse them, because you are not taking it to heart</w:t>
      </w:r>
      <w:r>
        <w:rPr>
          <w:b w:val="false"/>
          <w:i w:val="false"/>
          <w:u w:val="none"/>
          <w:color w:val="000000"/>
        </w:rPr>
        <w:t xml:space="preserve"> [1JIR]</w:t>
      </w:r>
      <w:r>
        <w:rPr/>
        <w:t xml:space="preserve">.</w:t>
      </w:r>
    </w:p>
    <w:p>
      <w:pPr>
        <w:pStyle w:val="Yellow"/>
        <w:rPr/>
      </w:pPr>
      <w:r>
        <w:rPr/>
        <w:t xml:space="preserve">(Ja2:5 “God”) </w:t>
      </w:r>
      <w:r>
        <w:rPr>
          <w:b/>
        </w:rPr>
        <w:t xml:space="preserve">James 2:10-11</w:t>
      </w:r>
      <w:r>
        <w:rPr/>
        <w:t xml:space="preserve"> — </w:t>
      </w:r>
      <w:r>
        <w:rPr>
          <w:shd w:fill="B7DDE8" w:val="clear"/>
        </w:rPr>
        <w:t xml:space="preserve">Whoever keeps the whole law but stumbles at just one point is guilty of breaking all of it</w:t>
      </w:r>
      <w:r>
        <w:rPr>
          <w:b w:val="false"/>
          <w:i w:val="false"/>
          <w:color w:val="000000"/>
          <w:u w:val="none"/>
        </w:rPr>
        <w:t xml:space="preserve"> [1GSG]</w:t>
      </w:r>
      <w:r>
        <w:rPr/>
        <w:t xml:space="preserve">. For </w:t>
      </w:r>
      <w:r>
        <w:rPr>
          <w:shd w:fill="B7DDE8" w:val="clear"/>
        </w:rPr>
        <w:t xml:space="preserve">{He} who said, “Do not commit adultery,” also said, “Do not murder.”</w:t>
      </w:r>
      <w:r>
        <w:rPr>
          <w:b w:val="false"/>
          <w:i w:val="false"/>
          <w:color w:val="000000"/>
          <w:u w:val="none"/>
        </w:rPr>
        <w:t xml:space="preserve"> [1GSH]</w:t>
      </w:r>
      <w:r>
        <w:rPr/>
        <w:t xml:space="preserve"> </w:t>
      </w:r>
      <w:r>
        <w:rPr>
          <w:shd w:fill="B7DDE8" w:val="clear"/>
        </w:rPr>
        <w:t xml:space="preserve">If you do not commit adultery, but do commit murder, you have become a lawbreaker</w:t>
      </w:r>
      <w:r>
        <w:rPr>
          <w:b w:val="false"/>
          <w:i w:val="false"/>
          <w:color w:val="000000"/>
          <w:u w:val="none"/>
        </w:rPr>
        <w:t xml:space="preserve"> [1GSI]</w:t>
      </w:r>
      <w:r>
        <w:rPr/>
        <w:t xml:space="preserve">.</w:t>
      </w:r>
    </w:p>
    <w:p>
      <w:pPr>
        <w:pStyle w:val="Yellow"/>
        <w:rPr/>
        <w:pBdr>
          <w:left w:val="single" w:sz="28" w:space="5" w:color="C00000"/>
        </w:pBdr>
      </w:pPr>
      <w:r>
        <w:rPr>
          <w:b/>
          <w:shd w:val="clear" w:color="auto" w:fill="548235"/>
          <w:color w:val="FFFFFF"/>
        </w:rPr>
        <w:t xml:space="preserve">James 4:17</w:t>
      </w:r>
      <w:r>
        <w:rPr>
          <w:shd w:val="clear" w:color="auto" w:fill="548235"/>
          <w:color w:val="FFFFFF"/>
        </w:rPr>
        <w:t xml:space="preserve"> — </w:t>
      </w:r>
      <w:r>
        <w:rPr>
          <w:shd w:fill="548235" w:val="clear" w:color="auto"/>
          <w:color w:val="FFFFFF"/>
        </w:rPr>
        <w:t xml:space="preserve">Anyone, then, who knows the right thing to do, yet fails to do it, is guilty of sin</w:t>
      </w:r>
      <w:r>
        <w:rPr>
          <w:b w:val="false"/>
          <w:i w:val="false"/>
          <w:color w:val="FFFFFF"/>
          <w:u w:val="none"/>
          <w:shd w:val="clear" w:color="auto" w:fill="548235"/>
        </w:rPr>
        <w:t xml:space="preserve"> [1HUW]</w:t>
      </w:r>
      <w:r>
        <w:rPr>
          <w:shd w:val="clear" w:color="auto" w:fill="548235"/>
          <w:color w:val="FFFFFF"/>
        </w:rPr>
        <w:t xml:space="preserve">.</w:t>
      </w:r>
    </w:p>
    <w:p>
      <w:r>
        <w:rPr>
          <w:b/>
          <w:sz w:val="32"/>
          <w:highlight w:val="yellow"/>
        </w:rPr>
        <w:t>Election and Calling  (21)</w:t>
      </w:r>
    </w:p>
    <w:p>
      <w:pPr>
        <w:pStyle w:val="Yellow"/>
        <w:rPr/>
      </w:pPr>
      <w:r>
        <w:rPr>
          <w:b/>
        </w:rPr>
        <w:t xml:space="preserve">Deuteronomy 7:7</w:t>
      </w:r>
      <w:r>
        <w:rPr/>
        <w:t xml:space="preserve"> — </w:t>
      </w:r>
      <w:r>
        <w:rPr>
          <w:shd w:fill="B7DDE8" w:val="clear"/>
        </w:rPr>
        <w:t xml:space="preserve">The LORD did not set His affection on you and choose you because you were more numerous than the other peoples</w:t>
      </w:r>
      <w:r>
        <w:rPr>
          <w:b w:val="false"/>
          <w:i w:val="false"/>
          <w:color w:val="000000"/>
          <w:u w:val="none"/>
        </w:rPr>
        <w:t xml:space="preserve"> [1LCS]</w:t>
      </w:r>
      <w:r>
        <w:rPr/>
        <w:t xml:space="preserve">, for </w:t>
      </w:r>
      <w:r>
        <w:rPr>
          <w:shd w:fill="B7DDE8" w:val="clear"/>
        </w:rPr>
        <w:t xml:space="preserve">you were the fewest of all peoples</w:t>
      </w:r>
      <w:r>
        <w:rPr>
          <w:b w:val="false"/>
          <w:i w:val="false"/>
          <w:color w:val="000000"/>
          <w:u w:val="none"/>
        </w:rPr>
        <w:t xml:space="preserve"> [1LCT]</w:t>
      </w:r>
      <w:r>
        <w:rPr/>
        <w:t xml:space="preserve">.</w:t>
      </w:r>
    </w:p>
    <w:p>
      <w:pPr>
        <w:pStyle w:val="Yellow"/>
        <w:rPr/>
      </w:pPr>
      <w:r>
        <w:rPr>
          <w:b/>
        </w:rPr>
        <w:t>Deuteronomy 10:15</w:t>
      </w:r>
      <w:r>
        <w:rPr/>
        <w:t xml:space="preserve"> — </w:t>
      </w:r>
      <w:r>
        <w:rPr>
          <w:shd w:val="clear" w:fill="B7DDE8"/>
        </w:rPr>
        <w:t>the LORD has set His affection on your fathers and loved them</w:t>
      </w:r>
      <w:r>
        <w:rPr>
          <w:b w:val="false"/>
          <w:i w:val="false"/>
          <w:color w:val="000000"/>
          <w:u w:val="none"/>
        </w:rPr>
        <w:t xml:space="preserve"> [1EGM]</w:t>
      </w:r>
      <w:r>
        <w:rPr/>
        <w:t xml:space="preserve">. And </w:t>
      </w:r>
      <w:r>
        <w:rPr>
          <w:shd w:val="clear" w:fill="B7DDE8"/>
        </w:rPr>
        <w:t>He has chosen you, their descendants after them, above all the peoples, even to this day</w:t>
      </w:r>
      <w:r>
        <w:rPr>
          <w:b w:val="false"/>
          <w:i w:val="false"/>
          <w:color w:val="000000"/>
          <w:u w:val="none"/>
        </w:rPr>
        <w:t xml:space="preserve"> [1EGN]</w:t>
      </w:r>
      <w:r>
        <w:rPr/>
        <w:t>.</w:t>
      </w:r>
    </w:p>
    <w:p>
      <w:pPr>
        <w:pStyle w:val="Green"/>
        <w:rPr/>
        <w:pBdr>
          <w:left w:val="single" w:sz="28" w:space="5" w:color="C00000"/>
        </w:pBdr>
      </w:pPr>
      <w:r>
        <w:rPr>
          <w:b/>
        </w:rPr>
        <w:t>Psalm 4:3</w:t>
      </w:r>
      <w:r>
        <w:rPr/>
        <w:t xml:space="preserve"> — Know that </w:t>
      </w:r>
      <w:r>
        <w:rPr>
          <w:shd w:val="clear" w:fill="B7DDE8"/>
        </w:rPr>
        <w:t>the LORD has set apart the godly for Himself</w:t>
      </w:r>
      <w:r>
        <w:rPr>
          <w:b w:val="false"/>
          <w:i w:val="false"/>
          <w:color w:val="000000"/>
          <w:u w:val="none"/>
        </w:rPr>
        <w:t xml:space="preserve"> [1FND]</w:t>
      </w:r>
      <w:r>
        <w:rPr/>
        <w:t xml:space="preserve">; </w:t>
      </w:r>
      <w:r>
        <w:rPr>
          <w:color w:val="000000"/>
          <w:shd w:val="clear" w:color="auto" w:fill="D9C3E6"/>
        </w:rPr>
        <w:t>the LORD hears when I call to Him</w:t>
      </w:r>
      <w:r>
        <w:rPr>
          <w:b w:val="false"/>
          <w:i w:val="false"/>
          <w:color w:val="000000"/>
          <w:u w:val="none"/>
          <w:shd w:val="clear" w:color="auto" w:fill="F4B183"/>
        </w:rPr>
        <w:t xml:space="preserve"> [13CNM]</w:t>
      </w:r>
      <w:r>
        <w:rPr>
          <w:shd w:val="clear" w:color="auto" w:fill="D9C3E6"/>
        </w:rPr>
        <w:t>.</w:t>
      </w:r>
    </w:p>
    <w:p>
      <w:pPr>
        <w:pStyle w:val="Yellow"/>
        <w:rPr/>
        <w:pBdr>
          <w:left w:val="single" w:sz="28" w:space="5" w:color="C00000"/>
        </w:pBdr>
      </w:pPr>
      <w:r>
        <w:rPr/>
        <w:t xml:space="preserve">(Is41:5–7 unlike the fearful idol-making nations) </w:t>
      </w:r>
      <w:r>
        <w:rPr>
          <w:b/>
        </w:rPr>
        <w:t xml:space="preserve">Isaiah 41:8–9</w:t>
      </w:r>
      <w:r>
        <w:rPr/>
        <w:t xml:space="preserve"> — “{But} you, O Israel, </w:t>
      </w:r>
      <w:r>
        <w:rPr>
          <w:shd w:fill="B7DDE8" w:val="clear"/>
        </w:rPr>
        <w:t xml:space="preserve">My servant, Jacob, whom I have chosen</w:t>
      </w:r>
      <w:r>
        <w:rPr>
          <w:b w:val="false"/>
          <w:i w:val="false"/>
          <w:color w:val="000000"/>
          <w:u w:val="none"/>
        </w:rPr>
        <w:t xml:space="preserve"> [3LU]</w:t>
      </w:r>
      <w:r>
        <w:rPr/>
        <w:t xml:space="preserve">, </w:t>
      </w:r>
      <w:r>
        <w:rPr>
          <w:shd w:fill="B7DDE8" w:val="clear"/>
        </w:rPr>
        <w:t xml:space="preserve">descendant of Abraham</w:t>
      </w:r>
      <w:r>
        <w:rPr>
          <w:b w:val="false"/>
          <w:i w:val="false"/>
          <w:u w:val="none"/>
          <w:color w:val="000000"/>
        </w:rPr>
        <w:t xml:space="preserve"> [1HGJ]</w:t>
      </w:r>
      <w:r>
        <w:rPr/>
        <w:t xml:space="preserve"> </w:t>
      </w:r>
      <w:r>
        <w:rPr>
          <w:shd w:fill="B7DDE8" w:val="clear"/>
        </w:rPr>
        <w:t xml:space="preserve">My friend</w:t>
      </w:r>
      <w:r>
        <w:rPr>
          <w:b w:val="false"/>
          <w:i w:val="false"/>
          <w:color w:val="000000"/>
          <w:u w:val="none"/>
        </w:rPr>
        <w:t xml:space="preserve"> [3AHG]</w:t>
      </w:r>
      <w:r>
        <w:rPr/>
        <w:t xml:space="preserve">—</w:t>
      </w:r>
      <w:r>
        <w:rPr>
          <w:shd w:fill="B7DDE8" w:val="clear"/>
        </w:rPr>
        <w:t xml:space="preserve">I brought you from the ends of the earth</w:t>
      </w:r>
      <w:r>
        <w:rPr>
          <w:b w:val="false"/>
          <w:i w:val="false"/>
          <w:color w:val="000000"/>
          <w:u w:val="none"/>
        </w:rPr>
        <w:t xml:space="preserve"> [1HGK]</w:t>
      </w:r>
      <w:r>
        <w:rPr/>
        <w:t xml:space="preserve"> and </w:t>
      </w:r>
      <w:r>
        <w:rPr>
          <w:shd w:fill="B7DDE8" w:val="clear"/>
        </w:rPr>
        <w:t xml:space="preserve">called you from its farthest corners</w:t>
      </w:r>
      <w:r>
        <w:rPr>
          <w:b w:val="false"/>
          <w:i w:val="false"/>
          <w:color w:val="000000"/>
          <w:u w:val="none"/>
        </w:rPr>
        <w:t xml:space="preserve"> [1HGL]</w:t>
      </w:r>
      <w:r>
        <w:rPr/>
        <w:t xml:space="preserve">. I said, ‘</w:t>
      </w:r>
      <w:r>
        <w:rPr>
          <w:shd w:fill="B7DDE8" w:val="clear"/>
        </w:rPr>
        <w:t xml:space="preserve">You are My servant</w:t>
      </w:r>
      <w:r>
        <w:rPr>
          <w:b w:val="false"/>
          <w:i w:val="false"/>
          <w:color w:val="000000"/>
          <w:u w:val="none"/>
        </w:rPr>
        <w:t xml:space="preserve"> [4BZJ]</w:t>
      </w:r>
      <w:r>
        <w:rPr/>
        <w:t xml:space="preserve">.’ </w:t>
      </w:r>
      <w:r>
        <w:rPr>
          <w:shd w:fill="B7DDE8" w:val="clear"/>
        </w:rPr>
        <w:t xml:space="preserve">I have chosen and not rejected you</w:t>
      </w:r>
      <w:r>
        <w:rPr>
          <w:b w:val="false"/>
          <w:i w:val="false"/>
          <w:color w:val="000000"/>
          <w:u w:val="none"/>
        </w:rPr>
        <w:t xml:space="preserve"> [1HGM]</w:t>
      </w:r>
      <w:r>
        <w:rPr>
          <w:b w:val="false"/>
          <w:i w:val="false"/>
          <w:color w:val="000000"/>
          <w:u w:val="none"/>
        </w:rPr>
        <w:t xml:space="preserve"> [1HGN]</w:t>
      </w:r>
      <w:r>
        <w:rPr/>
        <w:t xml:space="preserve">.</w:t>
      </w:r>
    </w:p>
    <w:p>
      <w:pPr>
        <w:pStyle w:val="Yellow"/>
        <w:rPr/>
      </w:pPr>
      <w:r>
        <w:rPr>
          <w:b/>
        </w:rPr>
        <w:t xml:space="preserve">Matthew 22:14</w:t>
      </w:r>
      <w:r>
        <w:rPr/>
        <w:t xml:space="preserve"> — For </w:t>
      </w:r>
      <w:r>
        <w:rPr>
          <w:shd w:fill="B7DDE8" w:val="clear"/>
        </w:rPr>
        <w:t xml:space="preserve">many are called</w:t>
      </w:r>
      <w:r>
        <w:rPr>
          <w:b w:val="false"/>
          <w:i w:val="false"/>
          <w:color w:val="000000"/>
          <w:u w:val="none"/>
        </w:rPr>
        <w:t xml:space="preserve"> [1LTP]</w:t>
      </w:r>
      <w:r>
        <w:rPr/>
        <w:t xml:space="preserve">, but </w:t>
      </w:r>
      <w:r>
        <w:rPr>
          <w:shd w:fill="B7DDE8" w:val="clear"/>
        </w:rPr>
        <w:t xml:space="preserve">few are chosen</w:t>
      </w:r>
      <w:r>
        <w:rPr>
          <w:b w:val="false"/>
          <w:i w:val="false"/>
          <w:color w:val="000000"/>
          <w:u w:val="none"/>
        </w:rPr>
        <w:t xml:space="preserve"> [1LTQ]</w:t>
      </w:r>
      <w:r>
        <w:rPr/>
        <w:t xml:space="preserve">.”</w:t>
      </w:r>
    </w:p>
    <w:p>
      <w:pPr>
        <w:pStyle w:val="Yellow"/>
        <w:rPr/>
        <w:pBdr>
          <w:left w:val="single" w:sz="28" w:space="5" w:color="C00000"/>
        </w:pBdr>
      </w:pPr>
      <w:r>
        <w:rPr>
          <w:b/>
          <w:u w:val="none"/>
        </w:rPr>
        <w:t xml:space="preserve">John 6:44</w:t>
      </w:r>
      <w:r>
        <w:rPr>
          <w:u w:val="none"/>
        </w:rPr>
        <w:t xml:space="preserve"> — </w:t>
      </w:r>
      <w:r>
        <w:rPr>
          <w:u w:val="none"/>
          <w:shd w:fill="B7DDE8" w:val="clear"/>
        </w:rPr>
        <w:t xml:space="preserve">No one can come to Me unless the Father who sent Me draws him</w:t>
      </w:r>
      <w:r>
        <w:rPr>
          <w:b w:val="false"/>
          <w:i w:val="false"/>
          <w:color w:val="000000"/>
          <w:u w:val="none"/>
        </w:rPr>
        <w:t xml:space="preserve"> [1KPF]</w:t>
      </w:r>
      <w:r>
        <w:rPr>
          <w:u w:val="none"/>
        </w:rPr>
        <w:t xml:space="preserve">, and </w:t>
      </w:r>
      <w:r>
        <w:rPr>
          <w:u w:val="none"/>
          <w:shd w:fill="F4B183" w:val="clear" w:color="auto"/>
          <w:color w:val="000000"/>
        </w:rPr>
        <w:t xml:space="preserve">I will raise him up at the last day</w:t>
      </w:r>
      <w:r>
        <w:rPr>
          <w:b w:val="false"/>
          <w:i w:val="false"/>
          <w:color w:val="000000"/>
          <w:u w:val="none"/>
          <w:shd w:val="clear" w:color="auto" w:fill="F4B183"/>
        </w:rPr>
        <w:t xml:space="preserve"> [4CMG]</w:t>
      </w:r>
      <w:r>
        <w:rPr>
          <w:u w:val="none"/>
        </w:rPr>
        <w:t xml:space="preserve">.</w:t>
      </w:r>
    </w:p>
    <w:p>
      <w:pPr>
        <w:pStyle w:val="Yellow"/>
        <w:rPr/>
      </w:pPr>
      <w:r>
        <w:rPr>
          <w:b/>
        </w:rPr>
        <w:t>John 6:65</w:t>
      </w:r>
      <w:r>
        <w:rPr/>
        <w:t xml:space="preserve"> — </w:t>
      </w:r>
      <w:r>
        <w:rPr>
          <w:shd w:fill="B7DDE8" w:val="clear"/>
        </w:rPr>
        <w:t>no one can come to Me unless the Father has granted it to him</w:t>
      </w:r>
      <w:r>
        <w:rPr>
          <w:b w:val="false"/>
          <w:i w:val="false"/>
          <w:color w:val="000000"/>
          <w:u w:val="none"/>
        </w:rPr>
        <w:t xml:space="preserve"> [1MDT]</w:t>
      </w:r>
      <w:r>
        <w:rPr/>
        <w:t>.”</w:t>
      </w:r>
    </w:p>
    <w:p>
      <w:pPr>
        <w:pStyle w:val="Yellow"/>
        <w:rPr/>
      </w:pPr>
      <w:r>
        <w:rPr>
          <w:b/>
          <w:u w:val="none"/>
        </w:rPr>
        <w:t>John 15:16</w:t>
      </w:r>
      <w:r>
        <w:rPr>
          <w:u w:val="none"/>
        </w:rPr>
        <w:t xml:space="preserve"> — </w:t>
      </w:r>
      <w:r>
        <w:rPr>
          <w:u w:val="none"/>
          <w:shd w:val="clear" w:fill="B7DDE8"/>
        </w:rPr>
        <w:t>You did not choose Me</w:t>
      </w:r>
      <w:r>
        <w:rPr>
          <w:b w:val="false"/>
          <w:i w:val="false"/>
          <w:color w:val="000000"/>
          <w:u w:val="none"/>
        </w:rPr>
        <w:t xml:space="preserve"> [1CSY]</w:t>
      </w:r>
      <w:r>
        <w:rPr>
          <w:u w:val="none"/>
        </w:rPr>
        <w:t xml:space="preserve">, but </w:t>
      </w:r>
      <w:r>
        <w:rPr>
          <w:u w:val="none"/>
          <w:shd w:val="clear" w:fill="B7DDE8"/>
        </w:rPr>
        <w:t>I chose you</w:t>
      </w:r>
      <w:r>
        <w:rPr>
          <w:b w:val="false"/>
          <w:i w:val="false"/>
          <w:color w:val="000000"/>
          <w:u w:val="none"/>
        </w:rPr>
        <w:t xml:space="preserve"> [1CSZ]</w:t>
      </w:r>
      <w:r>
        <w:rPr>
          <w:u w:val="none"/>
        </w:rPr>
        <w:t xml:space="preserve">. And </w:t>
      </w:r>
      <w:r>
        <w:rPr>
          <w:u w:val="none"/>
          <w:shd w:val="clear" w:fill="B7DDE8"/>
        </w:rPr>
        <w:t>I appointed you to go</w:t>
      </w:r>
      <w:r>
        <w:rPr>
          <w:b w:val="false"/>
          <w:i w:val="false"/>
          <w:color w:val="000000"/>
          <w:u w:val="none"/>
        </w:rPr>
        <w:t xml:space="preserve"> [1CTA]</w:t>
      </w:r>
      <w:r>
        <w:rPr>
          <w:u w:val="none"/>
        </w:rPr>
        <w:t xml:space="preserve"> and </w:t>
      </w:r>
      <w:r>
        <w:rPr>
          <w:u w:val="none"/>
          <w:shd w:val="clear" w:fill="B7DDE8"/>
        </w:rPr>
        <w:t>bear fruit</w:t>
      </w:r>
      <w:r>
        <w:rPr>
          <w:b w:val="false"/>
          <w:i w:val="false"/>
          <w:color w:val="000000"/>
          <w:u w:val="none"/>
        </w:rPr>
        <w:t xml:space="preserve"> [1CTB]</w:t>
      </w:r>
      <w:r>
        <w:rPr>
          <w:u w:val="none"/>
        </w:rPr>
        <w:t xml:space="preserve"> — </w:t>
      </w:r>
      <w:r>
        <w:rPr>
          <w:u w:val="none"/>
          <w:shd w:val="clear" w:fill="B7DDE8"/>
        </w:rPr>
        <w:t>fruit that will remain</w:t>
      </w:r>
      <w:r>
        <w:rPr>
          <w:b w:val="false"/>
          <w:i w:val="false"/>
          <w:color w:val="000000"/>
          <w:u w:val="none"/>
        </w:rPr>
        <w:t xml:space="preserve"> [1CTC]</w:t>
      </w:r>
      <w:r>
        <w:rPr>
          <w:u w:val="none"/>
        </w:rPr>
        <w:t xml:space="preserve"> — so that </w:t>
      </w:r>
      <w:r>
        <w:rPr>
          <w:u w:val="none"/>
          <w:shd w:val="clear" w:fill="B7DDE8"/>
        </w:rPr>
        <w:t>whatever you ask the Father in My name, He will give you</w:t>
      </w:r>
      <w:r>
        <w:rPr>
          <w:b w:val="false"/>
          <w:i w:val="false"/>
          <w:u w:val="none"/>
          <w:color w:val="000000"/>
        </w:rPr>
        <w:t xml:space="preserve"> [2CTD]</w:t>
      </w:r>
      <w:r>
        <w:rPr>
          <w:u w:val="none"/>
        </w:rPr>
        <w:t>.</w:t>
      </w:r>
    </w:p>
    <w:p>
      <w:pPr>
        <w:pStyle w:val="Yellow"/>
        <w:rPr/>
      </w:pPr>
      <w:r>
        <w:rPr>
          <w:color w:val="auto"/>
        </w:rPr>
        <w:t xml:space="preserve">(Ac13:1 Antioch’s “prophets and teachers”) </w:t>
      </w:r>
      <w:r>
        <w:rPr>
          <w:b/>
          <w:color w:val="auto"/>
        </w:rPr>
        <w:t>Acts 13:2</w:t>
      </w:r>
      <w:r>
        <w:rPr>
          <w:color w:val="auto"/>
        </w:rPr>
        <w:t xml:space="preserve"> — While </w:t>
      </w:r>
      <w:r>
        <w:rPr>
          <w:color w:val="auto"/>
        </w:rPr>
        <w:t>{they} were worshiping the Lord</w:t>
      </w:r>
      <w:r>
        <w:rPr>
          <w:b w:val="false"/>
          <w:i w:val="false"/>
          <w:color w:val="auto"/>
          <w:u w:val="none"/>
        </w:rPr>
        <w:t xml:space="preserve"> [1CIT]</w:t>
      </w:r>
      <w:r>
        <w:rPr>
          <w:color w:val="auto"/>
        </w:rPr>
        <w:t xml:space="preserve"> and </w:t>
      </w:r>
      <w:r>
        <w:rPr>
          <w:color w:val="auto"/>
        </w:rPr>
        <w:t>fasting</w:t>
      </w:r>
      <w:r>
        <w:rPr>
          <w:b w:val="false"/>
          <w:i w:val="false"/>
          <w:color w:val="auto"/>
          <w:u w:val="none"/>
        </w:rPr>
        <w:t xml:space="preserve"> [1CIU]</w:t>
      </w:r>
      <w:r>
        <w:rPr>
          <w:color w:val="auto"/>
        </w:rPr>
        <w:t xml:space="preserve">, </w:t>
      </w:r>
      <w:r>
        <w:rPr>
          <w:color w:val="auto"/>
        </w:rPr>
        <w:t>the Holy Spirit said</w:t>
      </w:r>
      <w:r>
        <w:rPr>
          <w:b w:val="false"/>
          <w:i w:val="false"/>
          <w:color w:val="auto"/>
          <w:u w:val="none"/>
        </w:rPr>
        <w:t xml:space="preserve"> [1BLE]</w:t>
      </w:r>
      <w:r>
        <w:rPr>
          <w:color w:val="auto"/>
        </w:rPr>
        <w:t>, “</w:t>
      </w:r>
      <w:r>
        <w:rPr>
          <w:color w:val="auto"/>
        </w:rPr>
        <w:t>Set apart for Me Barnabas and Saul</w:t>
      </w:r>
      <w:r>
        <w:rPr>
          <w:b w:val="false"/>
          <w:i w:val="false"/>
          <w:color w:val="auto"/>
          <w:u w:val="none"/>
        </w:rPr>
        <w:t xml:space="preserve"> [1BLF]</w:t>
      </w:r>
      <w:r>
        <w:rPr>
          <w:color w:val="auto"/>
        </w:rPr>
        <w:t xml:space="preserve"> </w:t>
      </w:r>
      <w:r>
        <w:rPr>
          <w:color w:val="auto"/>
        </w:rPr>
        <w:t>for the work to which I have called them</w:t>
      </w:r>
      <w:r>
        <w:rPr>
          <w:b w:val="false"/>
          <w:i w:val="false"/>
          <w:color w:val="auto"/>
          <w:u w:val="none"/>
        </w:rPr>
        <w:t xml:space="preserve"> [1BLG]</w:t>
      </w:r>
      <w:r>
        <w:rPr>
          <w:color w:val="auto"/>
        </w:rPr>
        <w:t>.”</w:t>
      </w:r>
    </w:p>
    <w:p>
      <w:pPr>
        <w:pStyle w:val="Yellow"/>
        <w:rPr/>
      </w:pPr>
      <w:r>
        <w:rPr>
          <w:b/>
        </w:rPr>
        <w:t>Acts 13:48</w:t>
      </w:r>
      <w:r>
        <w:rPr/>
        <w:t xml:space="preserve"> — </w:t>
      </w:r>
      <w:r>
        <w:rPr>
          <w:shd w:val="clear" w:fill="B7DDE8"/>
        </w:rPr>
        <w:t>all who were appointed for eternal life believed</w:t>
      </w:r>
      <w:r>
        <w:rPr>
          <w:b w:val="false"/>
          <w:i w:val="false"/>
          <w:color w:val="000000"/>
          <w:u w:val="none"/>
        </w:rPr>
        <w:t xml:space="preserve"> [1CLC]</w:t>
      </w:r>
      <w:r>
        <w:rPr/>
        <w:t>.</w:t>
      </w:r>
    </w:p>
    <w:p>
      <w:pPr>
        <w:pStyle w:val="Yellow"/>
        <w:rPr/>
      </w:pPr>
      <w:r>
        <w:rPr>
          <w:b/>
        </w:rPr>
        <w:t xml:space="preserve">Romans 8:29</w:t>
      </w:r>
      <w:r>
        <w:rPr/>
        <w:t xml:space="preserve"> — For </w:t>
      </w:r>
      <w:r>
        <w:rPr>
          <w:shd w:fill="B7DDE8" w:val="clear"/>
        </w:rPr>
        <w:t xml:space="preserve">those God foreknew, He also predestined to be conformed to the image of His Son</w:t>
      </w:r>
      <w:r>
        <w:rPr>
          <w:b w:val="false"/>
          <w:i w:val="false"/>
          <w:color w:val="000000"/>
          <w:u w:val="none"/>
        </w:rPr>
        <w:t xml:space="preserve"> [1LQV]</w:t>
      </w:r>
      <w:r>
        <w:rPr/>
        <w:t xml:space="preserve">, </w:t>
      </w:r>
      <w:r>
        <w:rPr>
          <w:shd w:fill="B7DDE8" w:val="clear"/>
        </w:rPr>
        <w:t xml:space="preserve">so that He would be the firstborn among many brothers</w:t>
      </w:r>
      <w:r>
        <w:rPr>
          <w:b w:val="false"/>
          <w:i w:val="false"/>
          <w:color w:val="000000"/>
          <w:u w:val="none"/>
        </w:rPr>
        <w:t xml:space="preserve"> [1LQW]</w:t>
      </w:r>
      <w:r>
        <w:rPr/>
        <w:t xml:space="preserve">.</w:t>
      </w:r>
    </w:p>
    <w:p>
      <w:pPr>
        <w:pStyle w:val="Yellow"/>
        <w:rPr/>
      </w:pPr>
      <w:r>
        <w:rPr/>
        <w:t xml:space="preserve">(Ro8:29 “God”) </w:t>
      </w:r>
      <w:r>
        <w:rPr>
          <w:b/>
        </w:rPr>
        <w:t>Romans 8:30</w:t>
      </w:r>
      <w:r>
        <w:rPr/>
        <w:t xml:space="preserve"> — And </w:t>
      </w:r>
      <w:r>
        <w:rPr>
          <w:shd w:val="clear" w:fill="B7DDE8"/>
        </w:rPr>
        <w:t>those {He} predestined</w:t>
      </w:r>
      <w:r>
        <w:rPr>
          <w:b w:val="false"/>
          <w:i w:val="false"/>
          <w:color w:val="000000"/>
          <w:u w:val="none"/>
        </w:rPr>
        <w:t xml:space="preserve"> [1CCL]</w:t>
      </w:r>
      <w:r>
        <w:rPr/>
        <w:t xml:space="preserve">, </w:t>
      </w:r>
      <w:r>
        <w:rPr>
          <w:shd w:val="clear" w:fill="B7DDE8"/>
        </w:rPr>
        <w:t>He also called</w:t>
      </w:r>
      <w:r>
        <w:rPr>
          <w:b w:val="false"/>
          <w:i w:val="false"/>
          <w:color w:val="000000"/>
          <w:u w:val="none"/>
        </w:rPr>
        <w:t xml:space="preserve"> [1CCM]</w:t>
      </w:r>
      <w:r>
        <w:rPr/>
        <w:t xml:space="preserve">; </w:t>
      </w:r>
      <w:r>
        <w:rPr>
          <w:shd w:val="clear" w:fill="B7DDE8"/>
        </w:rPr>
        <w:t>those He called, He also justified</w:t>
      </w:r>
      <w:r>
        <w:rPr>
          <w:b w:val="false"/>
          <w:i w:val="false"/>
          <w:u w:val="none"/>
          <w:color w:val="000000"/>
        </w:rPr>
        <w:t xml:space="preserve"> [1CCN]</w:t>
      </w:r>
      <w:r>
        <w:rPr/>
        <w:t xml:space="preserve">; </w:t>
      </w:r>
      <w:r>
        <w:rPr>
          <w:shd w:val="clear" w:fill="B7DDE8"/>
        </w:rPr>
        <w:t>those He justified, He also glorified</w:t>
      </w:r>
      <w:r>
        <w:rPr>
          <w:b w:val="false"/>
          <w:i w:val="false"/>
          <w:color w:val="000000"/>
          <w:u w:val="none"/>
        </w:rPr>
        <w:t xml:space="preserve"> [1CCO]</w:t>
      </w:r>
      <w:r>
        <w:rPr/>
        <w:t>.</w:t>
      </w:r>
    </w:p>
    <w:p>
      <w:pPr>
        <w:pStyle w:val="Yellow"/>
        <w:rPr/>
      </w:pPr>
      <w:r>
        <w:rPr>
          <w:b/>
        </w:rPr>
        <w:t xml:space="preserve">Romans 8:33</w:t>
      </w:r>
      <w:r>
        <w:rPr/>
        <w:t xml:space="preserve"> — </w:t>
      </w:r>
      <w:r>
        <w:rPr>
          <w:shd w:fill="B7DDE8" w:val="clear"/>
        </w:rPr>
        <w:t xml:space="preserve">Who will bring any charge against God’s elect</w:t>
      </w:r>
      <w:r>
        <w:rPr>
          <w:b w:val="false"/>
          <w:i w:val="false"/>
          <w:color w:val="000000"/>
          <w:u w:val="none"/>
        </w:rPr>
        <w:t xml:space="preserve"> [1LQL]</w:t>
      </w:r>
      <w:r>
        <w:rPr>
          <w:color w:val="auto"/>
        </w:rPr>
        <w:t xml:space="preserve">? </w:t>
      </w:r>
      <w:r>
        <w:rPr>
          <w:color w:val="auto"/>
        </w:rPr>
        <w:t xml:space="preserve">It is God who justifies</w:t>
      </w:r>
      <w:r>
        <w:rPr>
          <w:b w:val="false"/>
          <w:i w:val="false"/>
          <w:color w:val="FFFFFF"/>
          <w:u w:val="none"/>
          <w:shd w:val="clear" w:color="auto" w:fill="548235"/>
        </w:rPr>
        <w:t xml:space="preserve"> [1LQM]</w:t>
      </w:r>
      <w:r>
        <w:rPr>
          <w:shd w:val="clear" w:color="auto" w:fill="548235"/>
          <w:color w:val="FFFFFF"/>
        </w:rPr>
        <w:t xml:space="preserve">.</w:t>
      </w:r>
    </w:p>
    <w:p>
      <w:pPr>
        <w:pStyle w:val="Yellow"/>
        <w:rPr/>
      </w:pPr>
      <w:r>
        <w:rPr/>
        <w:t>&lt;42&gt;</w:t>
      </w:r>
      <w:r>
        <w:rPr>
          <w:b/>
        </w:rPr>
        <w:t>1 Corinthians 7:17</w:t>
      </w:r>
      <w:r>
        <w:rPr/>
        <w:t xml:space="preserve"> — Regardless, </w:t>
      </w:r>
      <w:r>
        <w:rPr>
          <w:shd w:val="clear" w:fill="B7DDE8"/>
        </w:rPr>
        <w:t>each one should lead the life that the Lord has assigned to him</w:t>
      </w:r>
      <w:r>
        <w:rPr>
          <w:b w:val="false"/>
          <w:i w:val="false"/>
          <w:color w:val="000000"/>
          <w:u w:val="none"/>
        </w:rPr>
        <w:t xml:space="preserve"> [1DMH]</w:t>
      </w:r>
      <w:r>
        <w:rPr/>
        <w:t xml:space="preserve"> and </w:t>
      </w:r>
      <w:r>
        <w:rPr>
          <w:shd w:val="clear" w:fill="B7DDE8"/>
        </w:rPr>
        <w:t>to which God has called him</w:t>
      </w:r>
      <w:r>
        <w:rPr>
          <w:b w:val="false"/>
          <w:i w:val="false"/>
          <w:color w:val="000000"/>
          <w:u w:val="none"/>
        </w:rPr>
        <w:t xml:space="preserve"> [1DMI]</w:t>
      </w:r>
      <w:r>
        <w:rPr/>
        <w:t>.</w:t>
      </w:r>
    </w:p>
    <w:p>
      <w:pPr>
        <w:pStyle w:val="Yellow"/>
        <w:rPr/>
      </w:pPr>
      <w:r>
        <w:rPr/>
        <w:t>&lt;42&gt;</w:t>
      </w:r>
      <w:r>
        <w:rPr>
          <w:b/>
        </w:rPr>
        <w:t>1 Corinthians 7:22</w:t>
      </w:r>
      <w:r>
        <w:rPr/>
        <w:t xml:space="preserve"> — For </w:t>
      </w:r>
      <w:r>
        <w:rPr>
          <w:shd w:val="clear" w:fill="B7DDE8"/>
        </w:rPr>
        <w:t>he who was a slave when he was called by the Lord is the Lord’s freedman</w:t>
      </w:r>
      <w:r>
        <w:rPr>
          <w:b w:val="false"/>
          <w:i w:val="false"/>
          <w:color w:val="000000"/>
          <w:u w:val="none"/>
        </w:rPr>
        <w:t xml:space="preserve"> [1DMJ]</w:t>
      </w:r>
      <w:r>
        <w:rPr/>
        <w:t xml:space="preserve">. Conversely, </w:t>
      </w:r>
      <w:r>
        <w:rPr>
          <w:shd w:val="clear" w:fill="B7DDE8"/>
        </w:rPr>
        <w:t>he who was a free man when he was called is Christ’s slave</w:t>
      </w:r>
      <w:r>
        <w:rPr>
          <w:b w:val="false"/>
          <w:i w:val="false"/>
          <w:color w:val="000000"/>
          <w:u w:val="none"/>
        </w:rPr>
        <w:t xml:space="preserve"> [1DMK]</w:t>
      </w:r>
      <w:r>
        <w:rPr/>
        <w:t>.</w:t>
      </w:r>
    </w:p>
    <w:p>
      <w:pPr>
        <w:pStyle w:val="Yellow"/>
        <w:rPr/>
      </w:pPr>
      <w:r>
        <w:rPr/>
        <w:t xml:space="preserve">(Ep1:3 “God”¹ / “Christ”²) </w:t>
      </w:r>
      <w:r>
        <w:rPr>
          <w:b/>
        </w:rPr>
        <w:t>Ephesians 1:4</w:t>
      </w:r>
      <w:r>
        <w:rPr/>
        <w:t xml:space="preserve"> — For </w:t>
      </w:r>
      <w:r>
        <w:rPr>
          <w:shd w:val="clear" w:fill="B7DDE8"/>
        </w:rPr>
        <w:t>{He} chose us in {Him} before the foundation of the world</w:t>
      </w:r>
      <w:r>
        <w:rPr>
          <w:b w:val="false"/>
          <w:i w:val="false"/>
          <w:color w:val="000000"/>
          <w:u w:val="none"/>
        </w:rPr>
        <w:t xml:space="preserve"> [1FDO]</w:t>
      </w:r>
      <w:r>
        <w:rPr>
          <w:color w:val="auto"/>
        </w:rPr>
        <w:t xml:space="preserve"> </w:t>
      </w:r>
      <w:r>
        <w:rPr>
          <w:color w:val="auto"/>
        </w:rPr>
        <w:t>to be holy and blameless in His presence</w:t>
      </w:r>
      <w:r>
        <w:rPr>
          <w:b w:val="false"/>
          <w:i w:val="false"/>
          <w:color w:val="FFFFFF"/>
          <w:u w:val="none"/>
          <w:shd w:val="clear" w:color="auto" w:fill="548235"/>
        </w:rPr>
        <w:t xml:space="preserve"> [1FDP]</w:t>
      </w:r>
      <w:r>
        <w:rPr>
          <w:shd w:val="clear" w:color="auto" w:fill="548235"/>
          <w:color w:val="FFFFFF"/>
        </w:rPr>
        <w:t>.</w:t>
      </w:r>
    </w:p>
    <w:p>
      <w:pPr>
        <w:pStyle w:val="Yellow"/>
        <w:rPr/>
      </w:pPr>
      <w:r>
        <w:rPr/>
        <w:t xml:space="preserve">(Ep1:10 “Christ”¹) </w:t>
      </w:r>
      <w:r>
        <w:rPr>
          <w:b/>
        </w:rPr>
        <w:t>Ephesians 1:11</w:t>
      </w:r>
      <w:r>
        <w:rPr/>
        <w:t xml:space="preserve"> — </w:t>
      </w:r>
      <w:r>
        <w:rPr>
          <w:shd w:val="clear" w:fill="B7DDE8"/>
        </w:rPr>
        <w:t>In {Him} we were also chosen as God’s own</w:t>
      </w:r>
      <w:r>
        <w:rPr>
          <w:b w:val="false"/>
          <w:i w:val="false"/>
          <w:color w:val="000000"/>
          <w:u w:val="none"/>
        </w:rPr>
        <w:t xml:space="preserve"> [1DLZ]</w:t>
      </w:r>
      <w:r>
        <w:rPr/>
        <w:t xml:space="preserve">, </w:t>
      </w:r>
      <w:r>
        <w:rPr>
          <w:shd w:val="clear" w:fill="B7DDE8"/>
        </w:rPr>
        <w:t>having been predestined according to the plan of Him</w:t>
      </w:r>
      <w:r>
        <w:rPr>
          <w:b w:val="false"/>
          <w:i w:val="false"/>
          <w:color w:val="000000"/>
          <w:u w:val="none"/>
        </w:rPr>
        <w:t xml:space="preserve"> [1DMA]</w:t>
      </w:r>
      <w:r>
        <w:rPr/>
        <w:t xml:space="preserve"> </w:t>
      </w:r>
      <w:r>
        <w:rPr>
          <w:shd w:val="clear" w:fill="B7DDE8"/>
        </w:rPr>
        <w:t>who works out everything by the counsel of His will</w:t>
      </w:r>
      <w:r>
        <w:rPr>
          <w:b w:val="false"/>
          <w:i w:val="false"/>
          <w:u w:val="none"/>
          <w:color w:val="000000"/>
        </w:rPr>
        <w:t xml:space="preserve"> [1DMB]</w:t>
      </w:r>
    </w:p>
    <w:p>
      <w:pPr>
        <w:pStyle w:val="Yellow"/>
        <w:rPr/>
      </w:pPr>
      <w:r>
        <w:rPr>
          <w:b/>
        </w:rPr>
        <w:t xml:space="preserve">1 Thessalonians 2:12</w:t>
      </w:r>
      <w:r>
        <w:rPr/>
        <w:t xml:space="preserve"> — </w:t>
      </w:r>
      <w:r>
        <w:rPr>
          <w:shd w:fill="B7DDE8" w:val="clear"/>
        </w:rPr>
        <w:t xml:space="preserve">God, who calls you into His own kingdom and glory</w:t>
      </w:r>
      <w:r>
        <w:rPr>
          <w:b w:val="false"/>
          <w:i w:val="false"/>
          <w:color w:val="000000"/>
          <w:u w:val="none"/>
        </w:rPr>
        <w:t xml:space="preserve"> [1GCN]</w:t>
      </w:r>
      <w:r>
        <w:rPr/>
        <w:t xml:space="preserve">.</w:t>
      </w:r>
    </w:p>
    <w:p>
      <w:pPr>
        <w:pStyle w:val="Yellow"/>
        <w:rPr/>
      </w:pPr>
      <w:r>
        <w:rPr>
          <w:b/>
        </w:rPr>
        <w:t>2 Thessalonians 2:13</w:t>
      </w:r>
      <w:r>
        <w:t xml:space="preserve"> — But </w:t>
      </w:r>
      <w:r>
        <w:rPr>
          <w:shd w:fill="B7DDE8" w:val="clear"/>
        </w:rPr>
        <w:t>we should always thank God for you</w:t>
      </w:r>
      <w:r>
        <w:rPr>
          <w:b w:val="false"/>
          <w:i w:val="false"/>
          <w:color w:val="000000"/>
          <w:u w:val="none"/>
        </w:rPr>
        <w:t xml:space="preserve"> [1BEU]</w:t>
      </w:r>
      <w:r>
        <w:t xml:space="preserve">, </w:t>
      </w:r>
      <w:r>
        <w:rPr>
          <w:shd w:fill="B7DDE8" w:val="clear"/>
        </w:rPr>
        <w:t>brothers who are loved by the Lord</w:t>
      </w:r>
      <w:r>
        <w:rPr>
          <w:b w:val="false"/>
          <w:i w:val="false"/>
          <w:color w:val="000000"/>
          <w:u w:val="none"/>
        </w:rPr>
        <w:t xml:space="preserve"> [3BEV]</w:t>
      </w:r>
      <w:r>
        <w:t xml:space="preserve">, because </w:t>
      </w:r>
      <w:r>
        <w:rPr>
          <w:shd w:fill="B7DDE8" w:val="clear"/>
        </w:rPr>
        <w:t>God has chosen you from the beginning to be saved</w:t>
      </w:r>
      <w:r>
        <w:rPr>
          <w:b w:val="false"/>
          <w:i w:val="false"/>
          <w:color w:val="000000"/>
          <w:u w:val="none"/>
        </w:rPr>
        <w:t xml:space="preserve"> [1BEW]</w:t>
      </w:r>
      <w:r>
        <w:t xml:space="preserve"> </w:t>
      </w:r>
      <w:r>
        <w:rPr>
          <w:shd w:fill="B7DDE8" w:val="clear"/>
        </w:rPr>
        <w:t>by the sanctification of the Spirit</w:t>
      </w:r>
      <w:r>
        <w:rPr>
          <w:b w:val="false"/>
          <w:i w:val="false"/>
          <w:color w:val="000000"/>
          <w:u w:val="none"/>
        </w:rPr>
        <w:t xml:space="preserve"> [1BEX]</w:t>
      </w:r>
      <w:r>
        <w:t xml:space="preserve"> and </w:t>
      </w:r>
      <w:r>
        <w:rPr>
          <w:shd w:fill="B7DDE8" w:val="clear"/>
        </w:rPr>
        <w:t>by faith in the truth</w:t>
      </w:r>
      <w:r>
        <w:rPr>
          <w:b w:val="false"/>
          <w:i w:val="false"/>
          <w:color w:val="000000"/>
          <w:u w:val="none"/>
        </w:rPr>
        <w:t xml:space="preserve"> [1BEY]</w:t>
      </w:r>
      <w:r>
        <w:t>.</w:t>
      </w:r>
    </w:p>
    <w:p>
      <w:pPr>
        <w:pStyle w:val="Yellow"/>
        <w:rPr/>
      </w:pPr>
      <w:r>
        <w:rPr>
          <w:b/>
        </w:rPr>
        <w:t>Titus 1:2</w:t>
      </w:r>
      <w:r>
        <w:rPr/>
        <w:t xml:space="preserve"> — </w:t>
      </w:r>
      <w:r>
        <w:rPr>
          <w:shd w:fill="B7DDE8" w:val="clear"/>
        </w:rPr>
        <w:t>Paul, a servant of God and an apostle of Jesus Christ</w:t>
      </w:r>
      <w:r>
        <w:rPr>
          <w:b w:val="false"/>
          <w:i w:val="false"/>
          <w:color w:val="000000"/>
          <w:u w:val="none"/>
        </w:rPr>
        <w:t xml:space="preserve"> [1ACJ]</w:t>
      </w:r>
      <w:r>
        <w:rPr/>
        <w:t xml:space="preserve"> </w:t>
      </w:r>
      <w:r>
        <w:rPr>
          <w:shd w:fill="B7DDE8" w:val="clear"/>
        </w:rPr>
        <w:t>for the faith of God’s elect and their knowledge of the truth that leads to godliness</w:t>
      </w:r>
      <w:r>
        <w:rPr>
          <w:b w:val="false"/>
          <w:i w:val="false"/>
          <w:color w:val="000000"/>
          <w:u w:val="none"/>
        </w:rPr>
        <w:t xml:space="preserve"> [1ACK]</w:t>
      </w:r>
      <w:r>
        <w:rPr/>
        <w:t xml:space="preserve">, </w:t>
      </w:r>
      <w:r>
        <w:rPr>
          <w:shd w:fill="B7DDE8" w:val="clear"/>
        </w:rPr>
        <w:t xml:space="preserve">in the hope of </w:t>
      </w:r>
      <w:r>
        <w:rPr>
          <w:shd w:fill="B7DDE8" w:val="clear"/>
        </w:rPr>
        <w:t>eternal</w:t>
      </w:r>
      <w:r>
        <w:rPr>
          <w:shd w:fill="B7DDE8" w:val="clear"/>
        </w:rPr>
        <w:t xml:space="preserve"> </w:t>
      </w:r>
      <w:r>
        <w:rPr>
          <w:shd w:fill="B7DDE8" w:val="clear"/>
        </w:rPr>
        <w:t>life</w:t>
      </w:r>
      <w:r>
        <w:rPr>
          <w:b w:val="false"/>
          <w:i w:val="false"/>
          <w:color w:val="000000"/>
          <w:u w:val="none"/>
        </w:rPr>
        <w:t xml:space="preserve"> [1ACL]</w:t>
      </w:r>
      <w:r>
        <w:rPr/>
        <w:t xml:space="preserve">, which </w:t>
      </w:r>
      <w:r>
        <w:rPr>
          <w:shd w:fill="B7DDE8" w:val="clear"/>
        </w:rPr>
        <w:t>God, who cannot lie</w:t>
      </w:r>
      <w:r>
        <w:rPr>
          <w:b w:val="false"/>
          <w:i w:val="false"/>
          <w:u w:val="none"/>
          <w:color w:val="000000"/>
        </w:rPr>
        <w:t xml:space="preserve"> [4EY]</w:t>
      </w:r>
      <w:r>
        <w:rPr/>
        <w:t xml:space="preserve">, </w:t>
      </w:r>
      <w:r>
        <w:rPr>
          <w:shd w:fill="B7DDE8" w:val="clear"/>
        </w:rPr>
        <w:t>promised</w:t>
      </w:r>
      <w:r>
        <w:rPr>
          <w:shd w:fill="B7DDE8" w:val="clear"/>
        </w:rPr>
        <w:t xml:space="preserve"> before time began</w:t>
      </w:r>
      <w:r>
        <w:rPr>
          <w:b w:val="false"/>
          <w:i w:val="false"/>
          <w:color w:val="000000"/>
          <w:u w:val="none"/>
        </w:rPr>
        <w:t xml:space="preserve"> [1ACM]</w:t>
      </w:r>
      <w:r>
        <w:rPr/>
        <w:t>.</w:t>
      </w:r>
    </w:p>
    <w:p>
      <w:pPr>
        <w:pStyle w:val="Yellow"/>
        <w:rPr/>
        <w:pBdr>
          <w:left w:val="single" w:sz="28" w:space="5" w:color="C00000"/>
        </w:pBdr>
      </w:pPr>
      <w:r>
        <w:rPr>
          <w:b/>
        </w:rPr>
        <w:t xml:space="preserve">Jude 1:1</w:t>
      </w:r>
      <w:r>
        <w:rPr/>
        <w:t xml:space="preserve"> — To </w:t>
      </w:r>
      <w:r>
        <w:rPr>
          <w:shd w:fill="B7DDE8" w:val="clear"/>
        </w:rPr>
        <w:t xml:space="preserve">those who are called</w:t>
      </w:r>
      <w:r>
        <w:rPr>
          <w:b w:val="false"/>
          <w:i w:val="false"/>
          <w:color w:val="000000"/>
          <w:u w:val="none"/>
        </w:rPr>
        <w:t xml:space="preserve"> [1LST]</w:t>
      </w:r>
      <w:r>
        <w:rPr/>
        <w:t xml:space="preserve">, </w:t>
      </w:r>
      <w:r>
        <w:rPr>
          <w:shd w:fill="F4B183" w:val="clear" w:color="auto"/>
          <w:color w:val="000000"/>
        </w:rPr>
        <w:t xml:space="preserve">loved by God the Father</w:t>
      </w:r>
      <w:r>
        <w:rPr>
          <w:b w:val="false"/>
          <w:i w:val="false"/>
          <w:color w:val="000000"/>
          <w:u w:val="none"/>
          <w:shd w:val="clear" w:color="auto" w:fill="F4B183"/>
        </w:rPr>
        <w:t xml:space="preserve"> [3BEV]</w:t>
      </w:r>
      <w:r>
        <w:rPr/>
        <w:t xml:space="preserve">, and </w:t>
      </w:r>
      <w:r>
        <w:rPr>
          <w:shd w:fill="F4B183" w:val="clear" w:color="auto"/>
          <w:color w:val="000000"/>
        </w:rPr>
        <w:t xml:space="preserve">kept in Jesus Christ</w:t>
      </w:r>
      <w:r>
        <w:rPr>
          <w:b w:val="false"/>
          <w:i w:val="false"/>
          <w:color w:val="000000"/>
          <w:u w:val="none"/>
          <w:shd w:val="clear" w:color="auto" w:fill="F4B183"/>
        </w:rPr>
        <w:t xml:space="preserve"> [1LSU]</w:t>
      </w:r>
    </w:p>
    <w:p>
      <w:r>
        <w:rPr>
          <w:b/>
          <w:sz w:val="32"/>
          <w:highlight w:val="yellow"/>
        </w:rPr>
        <w:t>Faith and Miracles  (13)</w:t>
      </w:r>
    </w:p>
    <w:p>
      <w:pPr>
        <w:pStyle w:val="Yellow"/>
        <w:rPr/>
        <w:shd w:val="clear" w:color="auto" w:fill="E4DFEC"/>
        <w:pBdr>
          <w:left w:val="single" w:sz="28" w:space="5" w:color="B4A7D6"/>
        </w:pBdr>
      </w:pPr>
      <w:r>
        <w:rPr>
          <w:b/>
          <w:u w:val="none"/>
        </w:rPr>
        <w:t>Matthew 8:13</w:t>
      </w:r>
      <w:r>
        <w:rPr>
          <w:u w:val="none"/>
        </w:rPr>
        <w:t xml:space="preserve"> — Then Jesus said to the centurion, “Go! </w:t>
      </w:r>
      <w:r>
        <w:rPr>
          <w:u w:val="none"/>
          <w:shd w:val="clear" w:fill="548235" w:color="auto"/>
          <w:color w:val="FFFFFF"/>
        </w:rPr>
        <w:t>As you have believed, so will it be done for you</w:t>
      </w:r>
      <w:r>
        <w:rPr>
          <w:b w:val="false"/>
          <w:i w:val="false"/>
          <w:color w:val="FFFFFF"/>
          <w:u w:val="none"/>
          <w:shd w:val="clear" w:color="auto" w:fill="548235"/>
        </w:rPr>
        <w:t xml:space="preserve"> [2DFD]</w:t>
      </w:r>
      <w:r>
        <w:rPr>
          <w:u w:val="none"/>
        </w:rPr>
        <w:t xml:space="preserve">.” And </w:t>
      </w:r>
      <w:r>
        <w:rPr>
          <w:u w:val="none"/>
          <w:shd w:val="clear" w:fill="B7DDE8"/>
        </w:rPr>
        <w:t>his servant was healed at that very hour</w:t>
      </w:r>
      <w:r>
        <w:rPr>
          <w:b w:val="false"/>
          <w:i w:val="false"/>
          <w:color w:val="000000"/>
          <w:u w:val="none"/>
        </w:rPr>
        <w:t xml:space="preserve"> [8DQS]</w:t>
      </w:r>
      <w:r>
        <w:rPr>
          <w:u w:val="none"/>
        </w:rPr>
        <w:t>.</w:t>
      </w:r>
    </w:p>
    <w:p>
      <w:pPr>
        <w:pStyle w:val="Yellow"/>
        <w:rPr/>
      </w:pPr>
      <w:r>
        <w:rPr>
          <w:b/>
          <w:u w:val="none"/>
          <w:color w:val="auto"/>
        </w:rPr>
        <w:t>Matthew 9:2</w:t>
      </w:r>
      <w:r>
        <w:rPr>
          <w:u w:val="none"/>
          <w:color w:val="auto"/>
        </w:rPr>
        <w:t xml:space="preserve"> — Just then </w:t>
      </w:r>
      <w:r>
        <w:rPr>
          <w:u w:val="none"/>
          <w:color w:val="auto"/>
        </w:rPr>
        <w:t>some men brought to Him a paralytic lying on a mat</w:t>
      </w:r>
      <w:r>
        <w:rPr>
          <w:b w:val="false"/>
          <w:i w:val="false"/>
          <w:u w:val="none"/>
          <w:color w:val="auto"/>
        </w:rPr>
        <w:t xml:space="preserve"> [1CDA]</w:t>
      </w:r>
      <w:r>
        <w:rPr>
          <w:u w:val="none"/>
          <w:color w:val="auto"/>
        </w:rPr>
        <w:t xml:space="preserve">. When </w:t>
      </w:r>
      <w:r>
        <w:rPr>
          <w:u w:val="none"/>
          <w:color w:val="auto"/>
        </w:rPr>
        <w:t>Jesus saw their faith</w:t>
      </w:r>
      <w:r>
        <w:rPr>
          <w:b w:val="false"/>
          <w:i w:val="false"/>
          <w:u w:val="none"/>
          <w:color w:val="auto"/>
        </w:rPr>
        <w:t xml:space="preserve"> [3CDB]</w:t>
      </w:r>
      <w:r>
        <w:rPr>
          <w:u w:val="none"/>
          <w:color w:val="auto"/>
        </w:rPr>
        <w:t>, He said to the paralytic, “</w:t>
      </w:r>
      <w:r>
        <w:rPr>
          <w:u w:val="none"/>
          <w:color w:val="auto"/>
        </w:rPr>
        <w:t>Take courage, son</w:t>
      </w:r>
      <w:r>
        <w:rPr>
          <w:b w:val="false"/>
          <w:i w:val="false"/>
          <w:u w:val="none"/>
          <w:color w:val="auto"/>
        </w:rPr>
        <w:t xml:space="preserve"> [3CDC]</w:t>
      </w:r>
      <w:r>
        <w:rPr>
          <w:u w:val="none"/>
          <w:color w:val="auto"/>
        </w:rPr>
        <w:t xml:space="preserve">; </w:t>
      </w:r>
      <w:r>
        <w:rPr>
          <w:u w:val="none"/>
          <w:color w:val="auto"/>
        </w:rPr>
        <w:t>your sins are forgiven</w:t>
      </w:r>
      <w:r>
        <w:rPr>
          <w:b w:val="false"/>
          <w:i w:val="false"/>
          <w:u w:val="none"/>
          <w:color w:val="auto"/>
        </w:rPr>
        <w:t xml:space="preserve"> [4CDD]</w:t>
      </w:r>
      <w:r>
        <w:rPr>
          <w:u w:val="none"/>
          <w:color w:val="auto"/>
        </w:rPr>
        <w:t>.”</w:t>
      </w:r>
    </w:p>
    <w:p>
      <w:pPr>
        <w:pStyle w:val="Yellow"/>
        <w:rPr/>
      </w:pPr>
      <w:r>
        <w:rPr/>
        <w:t xml:space="preserve">(Mt9:27–28 “Jesus”¹ / “blind men”² ) </w:t>
      </w:r>
      <w:r>
        <w:rPr>
          <w:b/>
        </w:rPr>
        <w:t>Matthew 9:28–29</w:t>
      </w:r>
      <w:r>
        <w:rPr/>
        <w:t xml:space="preserve"> — “</w:t>
      </w:r>
      <w:r>
        <w:rPr>
          <w:shd w:val="clear" w:fill="B7DDE8"/>
        </w:rPr>
        <w:t>Do you believe that I am able to do this?</w:t>
      </w:r>
      <w:r>
        <w:rPr>
          <w:b w:val="false"/>
          <w:i w:val="false"/>
          <w:color w:val="000000"/>
          <w:u w:val="none"/>
        </w:rPr>
        <w:t xml:space="preserve"> [1DFA]</w:t>
      </w:r>
      <w:r>
        <w:rPr/>
        <w:t xml:space="preserve">” He asked. </w:t>
      </w:r>
      <w:r>
        <w:rPr>
          <w:shd w:val="clear" w:fill="B7DDE8"/>
        </w:rPr>
        <w:t>“Yes, Lord,” they answered</w:t>
      </w:r>
      <w:r>
        <w:rPr>
          <w:b w:val="false"/>
          <w:i w:val="false"/>
          <w:color w:val="000000"/>
          <w:u w:val="none"/>
        </w:rPr>
        <w:t xml:space="preserve"> [1DFB]</w:t>
      </w:r>
      <w:r>
        <w:rPr/>
        <w:t xml:space="preserve">. Then </w:t>
      </w:r>
      <w:r>
        <w:rPr>
          <w:shd w:val="clear" w:fill="B7DDE8"/>
        </w:rPr>
        <w:t>He touched their eyes</w:t>
      </w:r>
      <w:r>
        <w:rPr>
          <w:b w:val="false"/>
          <w:i w:val="false"/>
          <w:u w:val="none"/>
          <w:color w:val="000000"/>
        </w:rPr>
        <w:t xml:space="preserve"> [1DFC]</w:t>
      </w:r>
      <w:r>
        <w:rPr/>
        <w:t xml:space="preserve"> and said, “</w:t>
      </w:r>
      <w:r>
        <w:rPr>
          <w:shd w:val="clear" w:fill="B7DDE8"/>
        </w:rPr>
        <w:t>According to your faith will it be done to you</w:t>
      </w:r>
      <w:r>
        <w:rPr>
          <w:b w:val="false"/>
          <w:i w:val="false"/>
          <w:color w:val="000000"/>
          <w:u w:val="none"/>
        </w:rPr>
        <w:t xml:space="preserve"> [2DFD]</w:t>
      </w:r>
      <w:r>
        <w:rPr/>
        <w:t>.”</w:t>
      </w:r>
    </w:p>
    <w:p>
      <w:pPr>
        <w:pStyle w:val="Yellow"/>
        <w:rPr/>
      </w:pPr>
      <w:r>
        <w:rPr>
          <w:u w:val="none"/>
        </w:rPr>
        <w:t xml:space="preserve">(Mt15:22-27ᶜ Canaanite woman cried, “have mercy on me!” and continued pleading.) </w:t>
      </w:r>
      <w:r>
        <w:rPr>
          <w:b/>
          <w:u w:val="none"/>
        </w:rPr>
        <w:t>Matthew 15:28</w:t>
      </w:r>
      <w:r>
        <w:rPr>
          <w:u w:val="none"/>
        </w:rPr>
        <w:t xml:space="preserve"> — “O woman,” Jesus answered, “</w:t>
      </w:r>
      <w:r>
        <w:rPr>
          <w:u w:val="none"/>
          <w:shd w:val="clear" w:fill="B7DDE8"/>
        </w:rPr>
        <w:t>your faith is great</w:t>
      </w:r>
      <w:r>
        <w:rPr>
          <w:b w:val="false"/>
          <w:i w:val="false"/>
          <w:color w:val="000000"/>
          <w:u w:val="none"/>
        </w:rPr>
        <w:t xml:space="preserve"> [1EQU]</w:t>
      </w:r>
      <w:r>
        <w:rPr>
          <w:u w:val="none"/>
        </w:rPr>
        <w:t xml:space="preserve">! </w:t>
      </w:r>
      <w:r>
        <w:rPr>
          <w:u w:val="none"/>
          <w:shd w:val="clear" w:fill="B7DDE8"/>
        </w:rPr>
        <w:t>Let it be done for you as you desire</w:t>
      </w:r>
      <w:r>
        <w:rPr>
          <w:b w:val="false"/>
          <w:i w:val="false"/>
          <w:color w:val="000000"/>
          <w:u w:val="none"/>
        </w:rPr>
        <w:t xml:space="preserve"> [1EQV]</w:t>
      </w:r>
      <w:r>
        <w:rPr>
          <w:u w:val="none"/>
        </w:rPr>
        <w:t>.”</w:t>
      </w:r>
      <w:r>
        <w:rPr>
          <w:u w:val="none"/>
          <w:shd w:fill="F4CCCC" w:val="clear"/>
        </w:rPr>
        <w:t xml:space="preserve"> And </w:t>
      </w:r>
      <w:r>
        <w:rPr>
          <w:u w:val="none"/>
          <w:shd w:val="clear" w:fill="B7DDE8"/>
        </w:rPr>
        <w:t>her daughter was healed from that very hour</w:t>
      </w:r>
      <w:r>
        <w:rPr>
          <w:b w:val="false"/>
          <w:i w:val="false"/>
          <w:color w:val="000000"/>
          <w:u w:val="none"/>
        </w:rPr>
        <w:t xml:space="preserve"> [8DQS]</w:t>
      </w:r>
      <w:r>
        <w:rPr>
          <w:u w:val="none"/>
          <w:shd w:fill="F4CCCC" w:val="clear"/>
        </w:rPr>
        <w:t>.</w:t>
      </w:r>
    </w:p>
    <w:p>
      <w:pPr>
        <w:pStyle w:val="Yellow"/>
        <w:rPr/>
      </w:pPr>
      <w:r>
        <w:rPr>
          <w:b/>
        </w:rPr>
        <w:t>Matthew 17:20</w:t>
      </w:r>
      <w:r>
        <w:rPr/>
        <w:t xml:space="preserve"> — </w:t>
      </w:r>
      <w:r>
        <w:rPr>
          <w:shd w:val="clear" w:fill="B7DDE8"/>
        </w:rPr>
        <w:t>if you have faith the size of a mustard seed, you can say to this mountain, ‘Move from here to there,’</w:t>
      </w:r>
      <w:r>
        <w:rPr>
          <w:b w:val="false"/>
          <w:i w:val="false"/>
          <w:color w:val="000000"/>
          <w:u w:val="none"/>
        </w:rPr>
        <w:t xml:space="preserve"> [1DDE]</w:t>
      </w:r>
      <w:r>
        <w:rPr/>
        <w:t xml:space="preserve"> and </w:t>
      </w:r>
      <w:r>
        <w:rPr>
          <w:shd w:val="clear" w:fill="B7DDE8"/>
        </w:rPr>
        <w:t>it will move</w:t>
      </w:r>
      <w:r>
        <w:rPr>
          <w:b w:val="false"/>
          <w:i w:val="false"/>
          <w:color w:val="000000"/>
          <w:u w:val="none"/>
        </w:rPr>
        <w:t xml:space="preserve"> [1DDF]</w:t>
      </w:r>
      <w:r>
        <w:rPr/>
        <w:t xml:space="preserve">. </w:t>
      </w:r>
      <w:r>
        <w:rPr>
          <w:shd w:val="clear" w:fill="B7DDE8"/>
        </w:rPr>
        <w:t>Nothing will be impossible for you</w:t>
      </w:r>
      <w:r>
        <w:rPr>
          <w:b w:val="false"/>
          <w:i w:val="false"/>
          <w:color w:val="000000"/>
          <w:u w:val="none"/>
        </w:rPr>
        <w:t xml:space="preserve"> [1DDG]</w:t>
      </w:r>
      <w:r>
        <w:rPr/>
        <w:t>.”</w:t>
      </w:r>
    </w:p>
    <w:p>
      <w:pPr>
        <w:pStyle w:val="Yellow"/>
        <w:rPr/>
        <w:pBdr>
          <w:left w:val="single" w:sz="28" w:space="5" w:color="C00000"/>
        </w:pBdr>
      </w:pPr>
      <w:r>
        <w:rPr>
          <w:shd w:val="clear" w:color="auto" w:fill="F4B183"/>
          <w:color w:val="000000"/>
        </w:rPr>
        <w:t xml:space="preserve">(Mt21:19 “the tree withered”) </w:t>
      </w:r>
      <w:r>
        <w:rPr>
          <w:b/>
          <w:shd w:val="clear" w:color="auto" w:fill="F4B183"/>
          <w:color w:val="000000"/>
        </w:rPr>
        <w:t>Matthew 21:21</w:t>
      </w:r>
      <w:r>
        <w:rPr>
          <w:shd w:val="clear" w:color="auto" w:fill="F4B183"/>
          <w:color w:val="000000"/>
        </w:rPr>
        <w:t xml:space="preserve"> — “Truly I tell you,” Jesus replied, “</w:t>
      </w:r>
      <w:r>
        <w:rPr>
          <w:shd w:val="clear" w:fill="F4B183" w:color="auto"/>
          <w:color w:val="000000"/>
        </w:rPr>
        <w:t>if you have faith and do not doubt, not only will you do {what was done to the fig tree}</w:t>
      </w:r>
      <w:r>
        <w:rPr>
          <w:b w:val="false"/>
          <w:i w:val="false"/>
          <w:color w:val="000000"/>
          <w:u w:val="none"/>
          <w:shd w:val="clear" w:color="auto" w:fill="F4B183"/>
        </w:rPr>
        <w:t xml:space="preserve"> [1DFK]</w:t>
      </w:r>
      <w:r>
        <w:rPr>
          <w:shd w:val="clear" w:color="auto" w:fill="F4B183"/>
          <w:color w:val="000000"/>
        </w:rPr>
        <w:t xml:space="preserve">, but </w:t>
      </w:r>
      <w:r>
        <w:rPr>
          <w:shd w:val="clear" w:fill="F4B183" w:color="auto"/>
          <w:color w:val="000000"/>
        </w:rPr>
        <w:t>even if you say to this mountain, ‘Be lifted up and thrown into the sea,’ it will happen</w:t>
      </w:r>
      <w:r>
        <w:rPr>
          <w:b w:val="false"/>
          <w:i w:val="false"/>
          <w:color w:val="000000"/>
          <w:u w:val="none"/>
          <w:shd w:val="clear" w:color="auto" w:fill="F4B183"/>
        </w:rPr>
        <w:t xml:space="preserve"> [1DFL]</w:t>
      </w:r>
      <w:r>
        <w:rPr>
          <w:shd w:val="clear" w:color="auto" w:fill="F4B183"/>
          <w:color w:val="000000"/>
        </w:rPr>
        <w:t>.</w:t>
      </w:r>
    </w:p>
    <w:p>
      <w:pPr>
        <w:pStyle w:val="Yellow"/>
        <w:rPr/>
      </w:pPr>
      <w:r>
        <w:rPr>
          <w:b/>
          <w:u w:val="none"/>
          <w:shd w:val="clear" w:color="auto" w:fill="C00000"/>
          <w:color w:val="FFFFFF"/>
        </w:rPr>
        <w:t>Matthew 21:22</w:t>
      </w:r>
      <w:r>
        <w:rPr>
          <w:u w:val="none"/>
          <w:shd w:val="clear" w:color="auto" w:fill="C00000"/>
          <w:color w:val="FFFFFF"/>
        </w:rPr>
        <w:t xml:space="preserve"> — </w:t>
      </w:r>
      <w:r>
        <w:rPr>
          <w:u w:val="none"/>
          <w:shd w:val="clear" w:color="auto" w:fill="C00000"/>
          <w:color w:val="FFFFFF"/>
        </w:rPr>
        <w:t>If you believe, you will receive whatever you ask for in prayer</w:t>
      </w:r>
      <w:r>
        <w:rPr>
          <w:b w:val="false"/>
          <w:i w:val="false"/>
          <w:u w:val="none"/>
          <w:shd w:val="clear" w:color="auto" w:fill="C00000"/>
          <w:color w:val="FFFFFF"/>
        </w:rPr>
        <w:t xml:space="preserve"> [1CTN]</w:t>
      </w:r>
      <w:r>
        <w:rPr>
          <w:u w:val="none"/>
          <w:shd w:val="clear" w:color="auto" w:fill="C00000"/>
          <w:color w:val="FFFFFF"/>
        </w:rPr>
        <w:t>.”</w:t>
      </w:r>
    </w:p>
    <w:p>
      <w:pPr>
        <w:pStyle w:val="Yellow"/>
        <w:rPr/>
      </w:pPr>
      <w:r>
        <w:rPr>
          <w:u w:val="none"/>
        </w:rPr>
        <w:t xml:space="preserve">(Mk2:3–4 “four men”¹) </w:t>
      </w:r>
      <w:r>
        <w:rPr>
          <w:b/>
          <w:u w:val="none"/>
        </w:rPr>
        <w:t>Mark 2:5</w:t>
      </w:r>
      <w:r>
        <w:rPr>
          <w:u w:val="none"/>
        </w:rPr>
        <w:t xml:space="preserve"> — When </w:t>
      </w:r>
      <w:r>
        <w:rPr>
          <w:u w:val="none"/>
          <w:shd w:val="clear" w:fill="B7DDE8"/>
        </w:rPr>
        <w:t>Jesus saw {their} faith</w:t>
      </w:r>
      <w:r>
        <w:rPr>
          <w:b w:val="false"/>
          <w:i w:val="false"/>
          <w:color w:val="000000"/>
          <w:u w:val="none"/>
        </w:rPr>
        <w:t xml:space="preserve"> [3CDB]</w:t>
      </w:r>
      <w:r>
        <w:rPr>
          <w:u w:val="none"/>
        </w:rPr>
        <w:t xml:space="preserve">, He said to the paralytic, “Son, </w:t>
      </w:r>
      <w:r>
        <w:rPr>
          <w:u w:val="none"/>
          <w:shd w:val="clear" w:fill="B7DDE8"/>
        </w:rPr>
        <w:t>your sins are forgiven</w:t>
      </w:r>
      <w:r>
        <w:rPr>
          <w:b w:val="false"/>
          <w:i w:val="false"/>
          <w:color w:val="000000"/>
          <w:u w:val="none"/>
        </w:rPr>
        <w:t xml:space="preserve"> [4CDD]</w:t>
      </w:r>
      <w:r>
        <w:rPr>
          <w:u w:val="none"/>
        </w:rPr>
        <w:t>.”</w:t>
      </w:r>
    </w:p>
    <w:p>
      <w:pPr>
        <w:pStyle w:val="Yellow"/>
        <w:rPr/>
      </w:pPr>
      <w:r>
        <w:rPr>
          <w:b/>
        </w:rPr>
        <w:t>Mark 9:23</w:t>
      </w:r>
      <w:r>
        <w:rPr/>
        <w:t xml:space="preserve"> — </w:t>
      </w:r>
      <w:r>
        <w:rPr>
          <w:shd w:val="clear" w:fill="B7DDE8"/>
        </w:rPr>
        <w:t>All things are possible to him who believes</w:t>
      </w:r>
      <w:r>
        <w:rPr>
          <w:b w:val="false"/>
          <w:i w:val="false"/>
          <w:color w:val="000000"/>
          <w:u w:val="none"/>
        </w:rPr>
        <w:t xml:space="preserve"> [1OV]</w:t>
      </w:r>
      <w:r>
        <w:rPr/>
        <w:t>!”</w:t>
      </w:r>
    </w:p>
    <w:p>
      <w:pPr>
        <w:pStyle w:val="Yellow"/>
        <w:rPr/>
      </w:pPr>
      <w:r>
        <w:rPr>
          <w:b/>
        </w:rPr>
        <w:t>Mark 11:23</w:t>
      </w:r>
      <w:r>
        <w:rPr/>
        <w:t xml:space="preserve"> — </w:t>
      </w:r>
      <w:r>
        <w:rPr>
          <w:shd w:val="clear" w:fill="B7DDE8"/>
        </w:rPr>
        <w:t>if anyone says to this mountain, ‘Be lifted up and thrown into the sea,’ and has no doubt in his heart but believes that it will happen, it will be done for him</w:t>
      </w:r>
      <w:r>
        <w:rPr>
          <w:b w:val="false"/>
          <w:i w:val="false"/>
          <w:color w:val="000000"/>
          <w:u w:val="none"/>
        </w:rPr>
        <w:t xml:space="preserve"> [1DFM]</w:t>
      </w:r>
      <w:r>
        <w:rPr/>
        <w:t>.</w:t>
      </w:r>
    </w:p>
    <w:p>
      <w:pPr>
        <w:pStyle w:val="Yellow"/>
        <w:rPr/>
      </w:pPr>
      <w:r>
        <w:rPr>
          <w:b/>
          <w:shd w:val="clear" w:color="auto" w:fill="548235"/>
          <w:color w:val="FFFFFF"/>
        </w:rPr>
        <w:t>Mark 11:24</w:t>
      </w:r>
      <w:r>
        <w:rPr>
          <w:shd w:val="clear" w:color="auto" w:fill="548235"/>
          <w:color w:val="FFFFFF"/>
        </w:rPr>
        <w:t xml:space="preserve"> — </w:t>
      </w:r>
      <w:r>
        <w:rPr>
          <w:shd w:val="clear" w:fill="548235" w:color="auto"/>
          <w:color w:val="FFFFFF"/>
        </w:rPr>
        <w:t>whatever you ask for in prayer, believe that you have received it, and it will be yours</w:t>
      </w:r>
      <w:r>
        <w:rPr>
          <w:b w:val="false"/>
          <w:i w:val="false"/>
          <w:color w:val="FFFFFF"/>
          <w:u w:val="none"/>
          <w:shd w:val="clear" w:color="auto" w:fill="548235"/>
        </w:rPr>
        <w:t xml:space="preserve"> [1CTO]</w:t>
      </w:r>
      <w:r>
        <w:rPr>
          <w:shd w:val="clear" w:color="auto" w:fill="548235"/>
          <w:color w:val="FFFFFF"/>
        </w:rPr>
        <w:t>.</w:t>
      </w:r>
    </w:p>
    <w:p>
      <w:pPr>
        <w:pStyle w:val="Yellow"/>
        <w:rPr/>
        <w:pBdr>
          <w:left w:val="single" w:sz="28" w:space="5" w:color="C00000"/>
        </w:pBdr>
      </w:pPr>
      <w:r>
        <w:rPr>
          <w:b/>
          <w:shd w:val="clear" w:color="auto" w:fill="548235"/>
          <w:color w:val="FFFFFF"/>
        </w:rPr>
        <w:t>Luke 17:6</w:t>
      </w:r>
      <w:r>
        <w:rPr>
          <w:shd w:val="clear" w:color="auto" w:fill="548235"/>
          <w:color w:val="FFFFFF"/>
        </w:rPr>
        <w:t xml:space="preserve"> — “</w:t>
      </w:r>
      <w:r>
        <w:rPr>
          <w:shd w:val="clear" w:fill="548235" w:color="auto"/>
          <w:color w:val="FFFFFF"/>
        </w:rPr>
        <w:t>If you have faith the size of a mustard seed, you can say to this mulberry tree, ‘Be uprooted and planted in the sea</w:t>
      </w:r>
      <w:r>
        <w:rPr>
          <w:b w:val="false"/>
          <w:i w:val="false"/>
          <w:color w:val="FFFFFF"/>
          <w:u w:val="none"/>
          <w:shd w:val="clear" w:color="auto" w:fill="548235"/>
        </w:rPr>
        <w:t xml:space="preserve"> [1FMM]</w:t>
      </w:r>
      <w:r>
        <w:rPr>
          <w:shd w:val="clear" w:color="auto" w:fill="548235"/>
          <w:color w:val="FFFFFF"/>
        </w:rPr>
        <w:t xml:space="preserve">,’ and </w:t>
      </w:r>
      <w:r>
        <w:rPr>
          <w:shd w:val="clear" w:fill="548235" w:color="auto"/>
          <w:color w:val="FFFFFF"/>
        </w:rPr>
        <w:t>it will obey you</w:t>
      </w:r>
      <w:r>
        <w:rPr>
          <w:b w:val="false"/>
          <w:i w:val="false"/>
          <w:color w:val="FFFFFF"/>
          <w:u w:val="none"/>
          <w:shd w:val="clear" w:color="auto" w:fill="548235"/>
        </w:rPr>
        <w:t xml:space="preserve"> [1FMN]</w:t>
      </w:r>
      <w:r>
        <w:rPr>
          <w:shd w:val="clear" w:color="auto" w:fill="548235"/>
          <w:color w:val="FFFFFF"/>
        </w:rPr>
        <w:t>.</w:t>
      </w:r>
    </w:p>
    <w:p>
      <w:pPr>
        <w:pStyle w:val="Yellow"/>
        <w:rPr/>
      </w:pPr>
      <w:r>
        <w:rPr>
          <w:b/>
        </w:rPr>
        <w:t>John 11:40</w:t>
      </w:r>
      <w:r>
        <w:rPr/>
        <w:t xml:space="preserve"> — “Did I not tell you that </w:t>
      </w:r>
      <w:r>
        <w:rPr>
          <w:shd w:val="clear" w:fill="B7DDE8"/>
        </w:rPr>
        <w:t>if you believed, you would see the glory of God</w:t>
      </w:r>
      <w:r>
        <w:rPr>
          <w:b w:val="false"/>
          <w:i w:val="false"/>
          <w:color w:val="000000"/>
          <w:u w:val="none"/>
        </w:rPr>
        <w:t xml:space="preserve"> [1CYY]</w:t>
      </w:r>
      <w:r>
        <w:rPr/>
        <w:t>?”</w:t>
      </w:r>
    </w:p>
    <w:p>
      <w:r>
        <w:rPr>
          <w:b/>
          <w:sz w:val="32"/>
          <w:highlight w:val="yellow"/>
        </w:rPr>
        <w:t>Faithfulness with What Is Entrusted  (9)</w:t>
      </w:r>
    </w:p>
    <w:p>
      <w:pPr>
        <w:pStyle w:val="Yellow"/>
        <w:rPr/>
      </w:pPr>
      <w:r>
        <w:rPr>
          <w:b/>
        </w:rPr>
        <w:t>Luke 16:10</w:t>
      </w:r>
      <w:r>
        <w:rPr/>
        <w:t xml:space="preserve"> — </w:t>
      </w:r>
      <w:r>
        <w:rPr>
          <w:shd w:fill="B7DDE8" w:val="clear"/>
        </w:rPr>
        <w:t>Whoever is faithful with very little will also be faithful with much</w:t>
      </w:r>
      <w:r>
        <w:rPr>
          <w:b w:val="false"/>
          <w:i w:val="false"/>
          <w:color w:val="000000"/>
          <w:u w:val="none"/>
        </w:rPr>
        <w:t xml:space="preserve"> [1MAE]</w:t>
      </w:r>
      <w:r>
        <w:rPr/>
        <w:t xml:space="preserve">, and </w:t>
      </w:r>
      <w:r>
        <w:rPr>
          <w:shd w:fill="B7DDE8" w:val="clear"/>
        </w:rPr>
        <w:t>whoever is dishonest with very little will also be dishonest with much</w:t>
      </w:r>
      <w:r>
        <w:rPr>
          <w:b w:val="false"/>
          <w:i w:val="false"/>
          <w:color w:val="000000"/>
          <w:u w:val="none"/>
        </w:rPr>
        <w:t xml:space="preserve"> [1MAF]</w:t>
      </w:r>
      <w:r>
        <w:rPr/>
        <w:t>.</w:t>
      </w:r>
    </w:p>
    <w:p>
      <w:pPr>
        <w:pStyle w:val="Yellow"/>
        <w:rPr/>
      </w:pPr>
      <w:r>
        <w:rPr>
          <w:b/>
        </w:rPr>
        <w:t>Luke 16:11</w:t>
      </w:r>
      <w:r>
        <w:rPr/>
        <w:t xml:space="preserve"> — </w:t>
      </w:r>
      <w:r>
        <w:rPr>
          <w:shd w:val="clear" w:fill="B7DDE8"/>
        </w:rPr>
        <w:t>if you have not been faithful with worldly wealth, who will entrust you with true riches</w:t>
      </w:r>
      <w:r>
        <w:rPr>
          <w:b w:val="false"/>
          <w:i w:val="false"/>
          <w:color w:val="000000"/>
          <w:u w:val="none"/>
        </w:rPr>
        <w:t xml:space="preserve"> [1EMN]</w:t>
      </w:r>
      <w:r>
        <w:rPr/>
        <w:t>?</w:t>
      </w:r>
    </w:p>
    <w:p>
      <w:pPr>
        <w:pStyle w:val="Yellow"/>
        <w:rPr/>
      </w:pPr>
      <w:r>
        <w:rPr>
          <w:b/>
        </w:rPr>
        <w:t>Luke 16:12</w:t>
      </w:r>
      <w:r>
        <w:rPr/>
        <w:t xml:space="preserve"> — </w:t>
      </w:r>
      <w:r>
        <w:rPr>
          <w:shd w:fill="B7DDE8" w:val="clear"/>
        </w:rPr>
        <w:t>if you have not been faithful with the belongings of another, who will give you belongings of your own?</w:t>
      </w:r>
      <w:r>
        <w:rPr>
          <w:b w:val="false"/>
          <w:i w:val="false"/>
          <w:color w:val="000000"/>
          <w:u w:val="none"/>
        </w:rPr>
        <w:t xml:space="preserve"> [1LYN]</w:t>
      </w:r>
    </w:p>
    <w:p>
      <w:pPr>
        <w:pStyle w:val="Yellow"/>
        <w:rPr/>
      </w:pPr>
      <w:r>
        <w:rPr/>
        <w:t xml:space="preserve">(Cl3:22ᶜ “Slaves”) </w:t>
      </w:r>
      <w:r>
        <w:rPr>
          <w:b/>
        </w:rPr>
        <w:t>Colossians 3:23–24</w:t>
      </w:r>
      <w:r>
        <w:rPr/>
        <w:t xml:space="preserve"> — </w:t>
      </w:r>
      <w:r>
        <w:rPr>
          <w:shd w:fill="B7DDE8" w:val="clear"/>
        </w:rPr>
        <w:t>Whatever you do, work at it with your whole being, for the Lord and not for men</w:t>
      </w:r>
      <w:r>
        <w:rPr>
          <w:b w:val="false"/>
          <w:i w:val="false"/>
          <w:color w:val="000000"/>
          <w:u w:val="none"/>
        </w:rPr>
        <w:t xml:space="preserve"> [1ACR]</w:t>
      </w:r>
      <w:r>
        <w:rPr/>
        <w:t xml:space="preserve">, because you know that </w:t>
      </w:r>
      <w:r>
        <w:rPr>
          <w:shd w:fill="B7DDE8" w:val="clear"/>
        </w:rPr>
        <w:t>you will receive an inheritance from the Lord as your reward</w:t>
      </w:r>
      <w:r>
        <w:rPr>
          <w:b w:val="false"/>
          <w:i w:val="false"/>
          <w:color w:val="000000"/>
          <w:u w:val="none"/>
        </w:rPr>
        <w:t xml:space="preserve"> [1ACS]</w:t>
      </w:r>
      <w:r>
        <w:rPr/>
        <w:t>.</w:t>
      </w:r>
    </w:p>
    <w:p>
      <w:pPr>
        <w:pStyle w:val="Yellow"/>
        <w:rPr/>
        <w:pBdr>
          <w:left w:val="single" w:sz="28" w:space="5" w:color="C00000"/>
        </w:pBdr>
      </w:pPr>
      <w:r>
        <w:rPr>
          <w:b/>
          <w:u w:val="none"/>
        </w:rPr>
        <w:t xml:space="preserve">1 Thessalonians 2:4</w:t>
      </w:r>
      <w:r>
        <w:rPr>
          <w:u w:val="none"/>
        </w:rPr>
        <w:t xml:space="preserve"> — Instead, </w:t>
      </w:r>
      <w:r>
        <w:rPr>
          <w:u w:val="none"/>
          <w:shd w:fill="B7DDE8" w:val="clear"/>
        </w:rPr>
        <w:t xml:space="preserve">we speak as those approved by God</w:t>
      </w:r>
      <w:r>
        <w:rPr>
          <w:b w:val="false"/>
          <w:i w:val="false"/>
          <w:color w:val="000000"/>
          <w:u w:val="none"/>
        </w:rPr>
        <w:t xml:space="preserve"> [1GIK]</w:t>
      </w:r>
      <w:r>
        <w:rPr>
          <w:u w:val="none"/>
        </w:rPr>
        <w:t xml:space="preserve"> </w:t>
      </w:r>
      <w:r>
        <w:rPr>
          <w:u w:val="none"/>
          <w:shd w:fill="B7DDE8" w:val="clear"/>
        </w:rPr>
        <w:t xml:space="preserve">to be entrusted with the gospel</w:t>
      </w:r>
      <w:r>
        <w:rPr>
          <w:b w:val="false"/>
          <w:i w:val="false"/>
          <w:color w:val="000000"/>
          <w:u w:val="none"/>
        </w:rPr>
        <w:t xml:space="preserve"> [1GIL]</w:t>
      </w:r>
      <w:r>
        <w:rPr>
          <w:u w:val="none"/>
        </w:rPr>
        <w:t xml:space="preserve">, </w:t>
      </w:r>
      <w:r>
        <w:rPr>
          <w:u w:val="none"/>
          <w:shd w:fill="B7DDE8" w:val="clear"/>
        </w:rPr>
        <w:t xml:space="preserve">not in order to please men but </w:t>
      </w:r>
      <w:r>
        <w:rPr>
          <w:u w:val="none"/>
          <w:shd w:fill="B7DDE8" w:val="clear"/>
        </w:rPr>
        <w:t xml:space="preserve">God</w:t>
      </w:r>
      <w:r>
        <w:rPr>
          <w:b w:val="false"/>
          <w:i w:val="false"/>
          <w:color w:val="000000"/>
          <w:u w:val="none"/>
        </w:rPr>
        <w:t xml:space="preserve"> [1GIM]</w:t>
      </w:r>
      <w:r>
        <w:rPr>
          <w:u w:val="none"/>
        </w:rPr>
        <w:t xml:space="preserve">, </w:t>
      </w:r>
      <w:r>
        <w:rPr>
          <w:u w:val="none"/>
          <w:shd w:fill="B7DDE8" w:val="clear"/>
        </w:rPr>
        <w:t xml:space="preserve">who examines our hearts</w:t>
      </w:r>
      <w:r>
        <w:rPr>
          <w:b w:val="false"/>
          <w:i w:val="false"/>
          <w:u w:val="none"/>
          <w:color w:val="000000"/>
        </w:rPr>
        <w:t xml:space="preserve"> [1GIN]</w:t>
      </w:r>
      <w:r>
        <w:rPr>
          <w:u w:val="none"/>
        </w:rPr>
        <w:t xml:space="preserve">.</w:t>
      </w:r>
    </w:p>
    <w:p>
      <w:pPr>
        <w:pStyle w:val="Yellow"/>
        <w:rPr/>
      </w:pPr>
      <w:r>
        <w:rPr>
          <w:b/>
          <w:u w:val="none"/>
        </w:rPr>
        <w:t xml:space="preserve">1 Timothy 1:12</w:t>
      </w:r>
      <w:r>
        <w:rPr>
          <w:u w:val="none"/>
        </w:rPr>
        <w:t xml:space="preserve"> — </w:t>
      </w:r>
      <w:r>
        <w:rPr>
          <w:u w:val="none"/>
          <w:shd w:fill="B7DDE8" w:val="clear"/>
        </w:rPr>
        <w:t xml:space="preserve">I thank Christ Jesus </w:t>
      </w:r>
      <w:r>
        <w:rPr>
          <w:u w:val="none"/>
          <w:shd w:fill="B7DDE8" w:val="clear"/>
        </w:rPr>
        <w:t xml:space="preserve">our Lord</w:t>
      </w:r>
      <w:r>
        <w:rPr>
          <w:b w:val="false"/>
          <w:i w:val="false"/>
          <w:color w:val="000000"/>
          <w:u w:val="none"/>
        </w:rPr>
        <w:t xml:space="preserve"> [1KVG]</w:t>
      </w:r>
      <w:r>
        <w:rPr>
          <w:u w:val="none"/>
        </w:rPr>
        <w:t xml:space="preserve">, </w:t>
      </w:r>
      <w:r>
        <w:rPr>
          <w:u w:val="none"/>
          <w:shd w:fill="B7DDE8" w:val="clear"/>
        </w:rPr>
        <w:t xml:space="preserve">who has strengthened me</w:t>
      </w:r>
      <w:r>
        <w:rPr>
          <w:b w:val="false"/>
          <w:i w:val="false"/>
          <w:color w:val="000000"/>
          <w:u w:val="none"/>
        </w:rPr>
        <w:t xml:space="preserve"> [2KVH]</w:t>
      </w:r>
      <w:r>
        <w:rPr>
          <w:u w:val="none"/>
        </w:rPr>
        <w:t xml:space="preserve">, that </w:t>
      </w:r>
      <w:r>
        <w:rPr>
          <w:u w:val="none"/>
          <w:shd w:fill="B7DDE8" w:val="clear"/>
        </w:rPr>
        <w:t xml:space="preserve">He considered me faithful</w:t>
      </w:r>
      <w:r>
        <w:rPr>
          <w:b w:val="false"/>
          <w:i w:val="false"/>
          <w:color w:val="000000"/>
          <w:u w:val="none"/>
        </w:rPr>
        <w:t xml:space="preserve"> [1KVI]</w:t>
      </w:r>
      <w:r>
        <w:rPr>
          <w:u w:val="none"/>
        </w:rPr>
        <w:t xml:space="preserve"> and </w:t>
      </w:r>
      <w:r>
        <w:rPr>
          <w:u w:val="none"/>
          <w:shd w:fill="B7DDE8" w:val="clear"/>
        </w:rPr>
        <w:t xml:space="preserve">appointed me to service</w:t>
      </w:r>
      <w:r>
        <w:rPr>
          <w:b w:val="false"/>
          <w:i w:val="false"/>
          <w:color w:val="000000"/>
          <w:u w:val="none"/>
        </w:rPr>
        <w:t xml:space="preserve"> [1KVJ]</w:t>
      </w:r>
      <w:r>
        <w:rPr>
          <w:u w:val="none"/>
        </w:rPr>
        <w:t xml:space="preserve">.</w:t>
      </w:r>
    </w:p>
    <w:p>
      <w:pPr>
        <w:pStyle w:val="Yellow"/>
        <w:rPr/>
      </w:pPr>
      <w:r>
        <w:rPr>
          <w:b/>
          <w:u w:val="none"/>
        </w:rPr>
        <w:t>2 Timothy 1:14</w:t>
      </w:r>
      <w:r>
        <w:rPr>
          <w:u w:val="none"/>
        </w:rPr>
        <w:t xml:space="preserve"> — </w:t>
      </w:r>
      <w:r>
        <w:rPr>
          <w:u w:val="none"/>
          <w:shd w:fill="B7DDE8" w:val="clear"/>
        </w:rPr>
        <w:t>Guard the treasure entrusted to you</w:t>
      </w:r>
      <w:r>
        <w:rPr>
          <w:b w:val="false"/>
          <w:i w:val="false"/>
          <w:color w:val="000000"/>
          <w:u w:val="none"/>
        </w:rPr>
        <w:t xml:space="preserve"> [1BLA]</w:t>
      </w:r>
      <w:r>
        <w:rPr>
          <w:u w:val="none"/>
        </w:rPr>
        <w:t xml:space="preserve">, </w:t>
      </w:r>
      <w:r>
        <w:rPr>
          <w:u w:val="none"/>
          <w:shd w:fill="B7DDE8" w:val="clear"/>
        </w:rPr>
        <w:t>with the help of the Holy Spirit</w:t>
      </w:r>
      <w:r>
        <w:rPr>
          <w:b w:val="false"/>
          <w:i w:val="false"/>
          <w:color w:val="000000"/>
          <w:u w:val="none"/>
        </w:rPr>
        <w:t xml:space="preserve"> [1BLB]</w:t>
      </w:r>
      <w:r>
        <w:rPr>
          <w:u w:val="none"/>
          <w:shd w:fill="B7DDE8" w:val="clear"/>
        </w:rPr>
        <w:t xml:space="preserve"> who dwells in us</w:t>
      </w:r>
      <w:r>
        <w:rPr>
          <w:b w:val="false"/>
          <w:i w:val="false"/>
          <w:u w:val="none"/>
          <w:color w:val="000000"/>
        </w:rPr>
        <w:t xml:space="preserve"> [2BLC]</w:t>
      </w:r>
      <w:r>
        <w:rPr>
          <w:u w:val="none"/>
        </w:rPr>
        <w:t>.</w:t>
      </w:r>
    </w:p>
    <w:p>
      <w:pPr>
        <w:pStyle w:val="Yellow"/>
        <w:rPr/>
      </w:pPr>
      <w:r>
        <w:rPr>
          <w:b/>
        </w:rPr>
        <w:t xml:space="preserve">James 4:13-16</w:t>
      </w:r>
      <w:r>
        <w:rPr/>
        <w:t xml:space="preserve"> — Come now, </w:t>
      </w:r>
      <w:r>
        <w:rPr>
          <w:shd w:fill="B7DDE8" w:val="clear"/>
        </w:rPr>
        <w:t xml:space="preserve">you who say, “Today or tomorrow we will go to this or that city, spend a year there, carry on business, and make a profit.”</w:t>
      </w:r>
      <w:r>
        <w:rPr>
          <w:b w:val="false"/>
          <w:i w:val="false"/>
          <w:color w:val="000000"/>
          <w:u w:val="none"/>
        </w:rPr>
        <w:t xml:space="preserve"> [1KXW]</w:t>
      </w:r>
      <w:r>
        <w:rPr/>
        <w:t xml:space="preserve"> </w:t>
      </w:r>
      <w:r>
        <w:rPr>
          <w:shd w:fill="B7DDE8" w:val="clear"/>
        </w:rPr>
        <w:t xml:space="preserve">You do not even know what will happen tomorrow</w:t>
      </w:r>
      <w:r>
        <w:rPr>
          <w:b w:val="false"/>
          <w:i w:val="false"/>
          <w:color w:val="000000"/>
          <w:u w:val="none"/>
        </w:rPr>
        <w:t xml:space="preserve"> [1KXX]</w:t>
      </w:r>
      <w:r>
        <w:rPr/>
        <w:t xml:space="preserve">! What is your life? </w:t>
      </w:r>
      <w:r>
        <w:rPr>
          <w:shd w:fill="B7DDE8" w:val="clear"/>
        </w:rPr>
        <w:t xml:space="preserve">You are a mist that appears for a little while and then vanishes</w:t>
      </w:r>
      <w:r>
        <w:rPr>
          <w:b w:val="false"/>
          <w:i w:val="false"/>
          <w:color w:val="000000"/>
          <w:u w:val="none"/>
        </w:rPr>
        <w:t xml:space="preserve"> [1KXY]</w:t>
      </w:r>
      <w:r>
        <w:rPr/>
        <w:t xml:space="preserve">. Instead, </w:t>
      </w:r>
      <w:r>
        <w:rPr>
          <w:shd w:fill="B7DDE8" w:val="clear"/>
        </w:rPr>
        <w:t xml:space="preserve">you ought to say, “If the Lord is willing, we will live and do this or that.”</w:t>
      </w:r>
      <w:r>
        <w:rPr>
          <w:b w:val="false"/>
          <w:i w:val="false"/>
          <w:color w:val="000000"/>
          <w:u w:val="none"/>
        </w:rPr>
        <w:t xml:space="preserve"> [1KXZ]</w:t>
      </w:r>
      <w:r>
        <w:rPr/>
        <w:t xml:space="preserve"> As it is, </w:t>
      </w:r>
      <w:r>
        <w:rPr>
          <w:shd w:fill="B7DDE8" w:val="clear"/>
        </w:rPr>
        <w:t xml:space="preserve">you boast in your proud intentions</w:t>
      </w:r>
      <w:r>
        <w:rPr>
          <w:b w:val="false"/>
          <w:i w:val="false"/>
          <w:color w:val="000000"/>
          <w:u w:val="none"/>
        </w:rPr>
        <w:t xml:space="preserve"> [1KYA]</w:t>
      </w:r>
      <w:r>
        <w:rPr/>
        <w:t xml:space="preserve">. </w:t>
      </w:r>
      <w:r>
        <w:rPr>
          <w:shd w:fill="B7DDE8" w:val="clear"/>
        </w:rPr>
        <w:t xml:space="preserve">All such boasting is evil</w:t>
      </w:r>
      <w:r>
        <w:rPr>
          <w:b w:val="false"/>
          <w:i w:val="false"/>
          <w:color w:val="000000"/>
          <w:u w:val="none"/>
        </w:rPr>
        <w:t xml:space="preserve"> [1KYB]</w:t>
      </w:r>
      <w:r>
        <w:rPr/>
        <w:t xml:space="preserve">.</w:t>
      </w:r>
    </w:p>
    <w:p>
      <w:pPr>
        <w:pStyle w:val="Yellow"/>
        <w:rPr/>
      </w:pPr>
      <w:r>
        <w:rPr>
          <w:b/>
        </w:rPr>
        <w:t xml:space="preserve">1 Peter 5:1–4</w:t>
      </w:r>
      <w:r>
        <w:rPr/>
        <w:t xml:space="preserve"> — I appeal to the elders among you: </w:t>
      </w:r>
      <w:r>
        <w:rPr>
          <w:shd w:fill="B7DDE8" w:val="clear"/>
        </w:rPr>
        <w:t xml:space="preserve">Be shepherds of God’s flock that is among you</w:t>
      </w:r>
      <w:r>
        <w:rPr>
          <w:b w:val="false"/>
          <w:i w:val="false"/>
          <w:color w:val="000000"/>
          <w:u w:val="none"/>
        </w:rPr>
        <w:t xml:space="preserve"> [1GDI]</w:t>
      </w:r>
      <w:r>
        <w:rPr/>
        <w:t xml:space="preserve">, </w:t>
      </w:r>
      <w:r>
        <w:rPr>
          <w:shd w:fill="B7DDE8" w:val="clear"/>
        </w:rPr>
        <w:t xml:space="preserve">watching over them not out of compulsion, but because it is God’s will; not out of greed, but out of eagerness; not lording it over those entrusted to you, but being examples to the flock</w:t>
      </w:r>
      <w:r>
        <w:rPr>
          <w:b w:val="false"/>
          <w:i w:val="false"/>
          <w:color w:val="000000"/>
          <w:u w:val="none"/>
        </w:rPr>
        <w:t xml:space="preserve"> [1GDJ]</w:t>
      </w:r>
      <w:r>
        <w:rPr/>
        <w:t xml:space="preserve">. And </w:t>
      </w:r>
      <w:r>
        <w:rPr>
          <w:shd w:fill="B7DDE8" w:val="clear"/>
        </w:rPr>
        <w:t xml:space="preserve">when the Chief Shepherd appears</w:t>
      </w:r>
      <w:r>
        <w:rPr>
          <w:b w:val="false"/>
          <w:i w:val="false"/>
          <w:color w:val="000000"/>
          <w:u w:val="none"/>
        </w:rPr>
        <w:t xml:space="preserve"> [1GDK]</w:t>
      </w:r>
      <w:r>
        <w:rPr/>
        <w:t xml:space="preserve">, </w:t>
      </w:r>
      <w:r>
        <w:rPr>
          <w:shd w:fill="B7DDE8" w:val="clear"/>
        </w:rPr>
        <w:t xml:space="preserve">you will receive the crown of glory that will never fade away</w:t>
      </w:r>
      <w:r>
        <w:rPr>
          <w:b w:val="false"/>
          <w:i w:val="false"/>
          <w:color w:val="000000"/>
          <w:u w:val="none"/>
        </w:rPr>
        <w:t xml:space="preserve"> [1GDL]</w:t>
      </w:r>
      <w:r>
        <w:rPr/>
        <w:t xml:space="preserve">.</w:t>
      </w:r>
    </w:p>
    <w:p>
      <w:r>
        <w:rPr>
          <w:b/>
          <w:sz w:val="32"/>
          <w:highlight w:val="yellow"/>
        </w:rPr>
        <w:t>False Teachers  (23)</w:t>
      </w:r>
    </w:p>
    <w:p>
      <w:pPr>
        <w:pStyle w:val="Yellow"/>
        <w:rPr/>
        <w:pBdr>
          <w:left w:val="single" w:sz="28" w:space="5" w:color="C00000"/>
        </w:pBdr>
      </w:pPr>
      <w:r>
        <w:rPr/>
        <w:t xml:space="preserve">(Je14:14 “The prophets are prophesying lies in My name”) </w:t>
      </w:r>
      <w:r>
        <w:rPr>
          <w:b/>
        </w:rPr>
        <w:t xml:space="preserve">Jeremiah 14:15</w:t>
      </w:r>
      <w:r>
        <w:rPr/>
        <w:t xml:space="preserve"> — {Therefore} this is what the LORD says about the prophets who prophesy in My name: </w:t>
      </w:r>
      <w:r>
        <w:rPr>
          <w:shd w:fill="B7DDE8" w:val="clear"/>
        </w:rPr>
        <w:t xml:space="preserve">I did not send them</w:t>
      </w:r>
      <w:r>
        <w:rPr>
          <w:b w:val="false"/>
          <w:i w:val="false"/>
          <w:color w:val="000000"/>
          <w:u w:val="none"/>
        </w:rPr>
        <w:t xml:space="preserve"> [1KCU]</w:t>
      </w:r>
      <w:r>
        <w:rPr/>
        <w:t xml:space="preserve">, yet </w:t>
      </w:r>
      <w:r>
        <w:rPr>
          <w:shd w:fill="B7DDE8" w:val="clear"/>
        </w:rPr>
        <w:t xml:space="preserve">they say, ‘No sword or famine will touch this land.’</w:t>
      </w:r>
      <w:r>
        <w:rPr>
          <w:b w:val="false"/>
          <w:i w:val="false"/>
          <w:color w:val="000000"/>
          <w:u w:val="none"/>
        </w:rPr>
        <w:t xml:space="preserve"> [1KCV]</w:t>
      </w:r>
      <w:r>
        <w:rPr/>
        <w:t xml:space="preserve"> </w:t>
      </w:r>
      <w:r>
        <w:rPr>
          <w:shd w:fill="B7DDE8" w:val="clear"/>
        </w:rPr>
        <w:t xml:space="preserve">By sword and famine these very prophets will meet their end</w:t>
      </w:r>
      <w:r>
        <w:rPr>
          <w:b w:val="false"/>
          <w:i w:val="false"/>
          <w:color w:val="000000"/>
          <w:u w:val="none"/>
        </w:rPr>
        <w:t xml:space="preserve"> [1KCW]</w:t>
      </w:r>
      <w:r>
        <w:rPr/>
        <w:t xml:space="preserve">!</w:t>
      </w:r>
    </w:p>
    <w:p>
      <w:pPr>
        <w:pStyle w:val="Yellow"/>
        <w:rPr/>
      </w:pPr>
      <w:r>
        <w:rPr/>
        <w:t xml:space="preserve">(Eze13:2–3 “foolish prophets”¹) </w:t>
      </w:r>
      <w:r>
        <w:rPr>
          <w:b/>
        </w:rPr>
        <w:t>Ezekiel 13:10–11</w:t>
      </w:r>
      <w:r>
        <w:rPr/>
        <w:t xml:space="preserve"> — Because </w:t>
      </w:r>
      <w:r>
        <w:rPr>
          <w:shd w:val="clear" w:fill="B7DDE8"/>
        </w:rPr>
        <w:t>{they} have led My people astray</w:t>
      </w:r>
      <w:r>
        <w:rPr>
          <w:b w:val="false"/>
          <w:i w:val="false"/>
          <w:color w:val="000000"/>
          <w:u w:val="none"/>
        </w:rPr>
        <w:t xml:space="preserve"> [1DLC]</w:t>
      </w:r>
      <w:r>
        <w:rPr/>
        <w:t xml:space="preserve">, </w:t>
      </w:r>
      <w:r>
        <w:rPr>
          <w:shd w:val="clear" w:fill="B7DDE8"/>
        </w:rPr>
        <w:t>saying, ‘Peace,’ when there is no peace</w:t>
      </w:r>
      <w:r>
        <w:rPr>
          <w:b w:val="false"/>
          <w:i w:val="false"/>
          <w:color w:val="000000"/>
          <w:u w:val="none"/>
        </w:rPr>
        <w:t xml:space="preserve"> [1DLD]</w:t>
      </w:r>
      <w:r>
        <w:rPr/>
        <w:t xml:space="preserve">, and </w:t>
      </w:r>
      <w:r>
        <w:rPr>
          <w:shd w:val="clear" w:fill="B7DDE8"/>
        </w:rPr>
        <w:t>whitewashing any flimsy wall that is built</w:t>
      </w:r>
      <w:r>
        <w:rPr>
          <w:b w:val="false"/>
          <w:i w:val="false"/>
          <w:color w:val="000000"/>
          <w:u w:val="none"/>
        </w:rPr>
        <w:t xml:space="preserve"> [1DLE]</w:t>
      </w:r>
      <w:r>
        <w:rPr/>
        <w:t xml:space="preserve">, </w:t>
      </w:r>
      <w:r>
        <w:rPr>
          <w:shd w:val="clear" w:fill="B7DDE8"/>
        </w:rPr>
        <w:t>tell those whitewashing the wall that it will fall</w:t>
      </w:r>
      <w:r>
        <w:rPr>
          <w:b w:val="false"/>
          <w:i w:val="false"/>
          <w:color w:val="000000"/>
          <w:u w:val="none"/>
        </w:rPr>
        <w:t xml:space="preserve"> [1DLF]</w:t>
      </w:r>
      <w:r>
        <w:rPr/>
        <w:t xml:space="preserve">. </w:t>
      </w:r>
      <w:r>
        <w:rPr>
          <w:shd w:val="clear" w:fill="B7DDE8"/>
        </w:rPr>
        <w:t>Rain will come in torrents</w:t>
      </w:r>
      <w:r>
        <w:rPr>
          <w:b w:val="false"/>
          <w:i w:val="false"/>
          <w:color w:val="000000"/>
          <w:u w:val="none"/>
        </w:rPr>
        <w:t xml:space="preserve"> [1DLG]</w:t>
      </w:r>
      <w:r>
        <w:rPr/>
        <w:t xml:space="preserve">, </w:t>
      </w:r>
      <w:r>
        <w:rPr>
          <w:shd w:val="clear" w:fill="B7DDE8"/>
        </w:rPr>
        <w:t>I will send hailstones plunging down</w:t>
      </w:r>
      <w:r>
        <w:rPr>
          <w:b w:val="false"/>
          <w:i w:val="false"/>
          <w:color w:val="000000"/>
          <w:u w:val="none"/>
        </w:rPr>
        <w:t xml:space="preserve"> [1DLH]</w:t>
      </w:r>
      <w:r>
        <w:rPr/>
        <w:t xml:space="preserve">, and </w:t>
      </w:r>
      <w:r>
        <w:rPr>
          <w:shd w:val="clear" w:fill="B7DDE8"/>
        </w:rPr>
        <w:t>a windstorm will burst forth</w:t>
      </w:r>
      <w:r>
        <w:rPr>
          <w:b w:val="false"/>
          <w:i w:val="false"/>
          <w:color w:val="000000"/>
          <w:u w:val="none"/>
        </w:rPr>
        <w:t xml:space="preserve"> [1DLI]</w:t>
      </w:r>
      <w:r>
        <w:rPr/>
        <w:t>.</w:t>
      </w:r>
    </w:p>
    <w:p>
      <w:pPr>
        <w:pStyle w:val="Yellow"/>
        <w:rPr/>
        <w:pBdr>
          <w:left w:val="single" w:sz="28" w:space="5" w:color="C00000"/>
        </w:pBdr>
      </w:pPr>
      <w:r>
        <w:rPr>
          <w:b/>
          <w:shd w:val="clear" w:color="auto" w:fill="F4B183"/>
          <w:color w:val="000000"/>
        </w:rPr>
        <w:t>Matthew 15:14</w:t>
      </w:r>
      <w:r>
        <w:rPr>
          <w:shd w:val="clear" w:color="auto" w:fill="F4B183"/>
          <w:color w:val="000000"/>
        </w:rPr>
        <w:t xml:space="preserve"> — </w:t>
      </w:r>
      <w:r>
        <w:rPr>
          <w:shd w:val="clear" w:fill="F4B183" w:color="auto"/>
          <w:color w:val="000000"/>
        </w:rPr>
        <w:t>If a blind man leads a blind man, both will fall into a pit</w:t>
      </w:r>
      <w:r>
        <w:rPr>
          <w:b w:val="false"/>
          <w:i w:val="false"/>
          <w:color w:val="000000"/>
          <w:u w:val="none"/>
          <w:shd w:val="clear" w:color="auto" w:fill="F4B183"/>
        </w:rPr>
        <w:t xml:space="preserve"> [1EPA]</w:t>
      </w:r>
      <w:r>
        <w:rPr>
          <w:shd w:val="clear" w:color="auto" w:fill="F4B183"/>
          <w:color w:val="000000"/>
        </w:rPr>
        <w:t>.”</w:t>
      </w:r>
    </w:p>
    <w:p>
      <w:pPr>
        <w:pStyle w:val="Yellow"/>
        <w:rPr/>
      </w:pPr>
      <w:r>
        <w:rPr/>
        <w:t xml:space="preserve">(Jn5:37 “the Father who sent Me”) </w:t>
      </w:r>
      <w:r>
        <w:rPr>
          <w:b/>
        </w:rPr>
        <w:t>John 7:17</w:t>
      </w:r>
      <w:r>
        <w:rPr/>
        <w:t xml:space="preserve"> — </w:t>
      </w:r>
      <w:r>
        <w:rPr>
          <w:shd w:fill="B7DDE8" w:val="clear"/>
        </w:rPr>
        <w:t>If anyone desires to do {His} will, he will know whether My teaching is from God or whether I speak on My own</w:t>
      </w:r>
      <w:r>
        <w:rPr>
          <w:b w:val="false"/>
          <w:i w:val="false"/>
          <w:color w:val="000000"/>
          <w:u w:val="none"/>
        </w:rPr>
        <w:t xml:space="preserve"> [1LXZ]</w:t>
      </w:r>
      <w:r>
        <w:rPr/>
        <w:t>.</w:t>
      </w:r>
    </w:p>
    <w:p>
      <w:pPr>
        <w:pStyle w:val="Yellow"/>
        <w:rPr/>
      </w:pPr>
      <w:r>
        <w:rPr/>
        <w:t xml:space="preserve">(Ac20:28 God’s “church”) </w:t>
      </w:r>
      <w:r>
        <w:rPr>
          <w:b/>
        </w:rPr>
        <w:t xml:space="preserve">Acts 20:29</w:t>
      </w:r>
      <w:r>
        <w:rPr/>
        <w:t xml:space="preserve"> — I know that </w:t>
      </w:r>
      <w:r>
        <w:rPr>
          <w:shd w:fill="B7DDE8" w:val="clear"/>
        </w:rPr>
        <w:t xml:space="preserve">after my departure, savage wolves will come in among you</w:t>
      </w:r>
      <w:r>
        <w:rPr>
          <w:b w:val="false"/>
          <w:i w:val="false"/>
          <w:color w:val="000000"/>
          <w:u w:val="none"/>
        </w:rPr>
        <w:t xml:space="preserve"> [1KYP]</w:t>
      </w:r>
      <w:r>
        <w:rPr/>
        <w:t xml:space="preserve"> and </w:t>
      </w:r>
      <w:r>
        <w:rPr>
          <w:shd w:fill="B7DDE8" w:val="clear"/>
        </w:rPr>
        <w:t xml:space="preserve">will not spare {the flock}</w:t>
      </w:r>
      <w:r>
        <w:rPr>
          <w:b w:val="false"/>
          <w:i w:val="false"/>
          <w:color w:val="000000"/>
          <w:u w:val="none"/>
        </w:rPr>
        <w:t xml:space="preserve"> [1KYQ]</w:t>
      </w:r>
      <w:r>
        <w:rPr/>
        <w:t xml:space="preserve">.</w:t>
      </w:r>
    </w:p>
    <w:p>
      <w:pPr>
        <w:pStyle w:val="Yellow"/>
        <w:rPr/>
      </w:pPr>
      <w:r>
        <w:rPr>
          <w:b/>
        </w:rPr>
        <w:t>Acts 20:30</w:t>
      </w:r>
      <w:r>
        <w:rPr/>
        <w:t xml:space="preserve"> — Even from your own number, </w:t>
      </w:r>
      <w:r>
        <w:rPr>
          <w:shd w:val="clear" w:fill="B7DDE8"/>
        </w:rPr>
        <w:t>men will rise up and distort the truth</w:t>
      </w:r>
      <w:r>
        <w:rPr>
          <w:b w:val="false"/>
          <w:i w:val="false"/>
          <w:color w:val="000000"/>
          <w:u w:val="none"/>
        </w:rPr>
        <w:t xml:space="preserve"> [1RJ]</w:t>
      </w:r>
      <w:r>
        <w:rPr/>
        <w:t xml:space="preserve"> </w:t>
      </w:r>
      <w:r>
        <w:rPr>
          <w:shd w:val="clear" w:fill="B7DDE8"/>
        </w:rPr>
        <w:t>to draw away disciples after them</w:t>
      </w:r>
      <w:r>
        <w:rPr>
          <w:b w:val="false"/>
          <w:i w:val="false"/>
          <w:color w:val="000000"/>
          <w:u w:val="none"/>
        </w:rPr>
        <w:t xml:space="preserve"> [1RK]</w:t>
      </w:r>
      <w:r>
        <w:rPr/>
        <w:t>.</w:t>
      </w:r>
    </w:p>
    <w:p>
      <w:pPr>
        <w:pStyle w:val="Yellow"/>
        <w:rPr/>
      </w:pPr>
      <w:r>
        <w:rPr>
          <w:b/>
        </w:rPr>
        <w:t xml:space="preserve">Galatians 1:8</w:t>
      </w:r>
      <w:r>
        <w:rPr/>
        <w:t xml:space="preserve"> — But </w:t>
      </w:r>
      <w:r>
        <w:rPr>
          <w:shd w:fill="B7DDE8" w:val="clear"/>
        </w:rPr>
        <w:t xml:space="preserve">even if we or an angel from heaven should preach a gospel contrary to the one we preached to you, let him be under a curse</w:t>
      </w:r>
      <w:r>
        <w:rPr>
          <w:b w:val="false"/>
          <w:i w:val="false"/>
          <w:color w:val="000000"/>
          <w:u w:val="none"/>
        </w:rPr>
        <w:t xml:space="preserve"> [1GKW]</w:t>
      </w:r>
      <w:r>
        <w:rPr/>
        <w:t xml:space="preserve">!</w:t>
      </w:r>
    </w:p>
    <w:p>
      <w:pPr>
        <w:pStyle w:val="Yellow"/>
        <w:rPr/>
      </w:pPr>
      <w:r>
        <w:rPr>
          <w:b/>
          <w:color w:val="auto"/>
        </w:rPr>
        <w:t xml:space="preserve">Galatians 1:9</w:t>
      </w:r>
      <w:r>
        <w:rPr>
          <w:color w:val="auto"/>
        </w:rPr>
        <w:t xml:space="preserve"> — </w:t>
      </w:r>
      <w:r>
        <w:rPr>
          <w:color w:val="auto"/>
        </w:rPr>
        <w:t xml:space="preserve">As we have said before, so now I say again</w:t>
      </w:r>
      <w:r>
        <w:rPr>
          <w:b w:val="false"/>
          <w:i w:val="false"/>
          <w:u w:val="none"/>
          <w:color w:val="auto"/>
        </w:rPr>
        <w:t xml:space="preserve"> [1GKX]</w:t>
      </w:r>
      <w:r>
        <w:rPr>
          <w:color w:val="auto"/>
        </w:rPr>
        <w:t xml:space="preserve">: </w:t>
      </w:r>
      <w:r>
        <w:rPr>
          <w:color w:val="auto"/>
        </w:rPr>
        <w:t xml:space="preserve">If anyone is preaching to you a gospel contrary to the one you received, let him be under a curse</w:t>
      </w:r>
      <w:r>
        <w:rPr>
          <w:b w:val="false"/>
          <w:i w:val="false"/>
          <w:u w:val="none"/>
          <w:color w:val="auto"/>
        </w:rPr>
        <w:t xml:space="preserve"> [1GKY]</w:t>
      </w:r>
      <w:r>
        <w:rPr>
          <w:color w:val="auto"/>
        </w:rPr>
        <w:t xml:space="preserve">!</w:t>
      </w:r>
    </w:p>
    <w:p>
      <w:pPr>
        <w:pStyle w:val="Yellow"/>
        <w:rPr/>
      </w:pPr>
      <w:r>
        <w:rPr>
          <w:b/>
        </w:rPr>
        <w:t>Colossians 2:21-23</w:t>
      </w:r>
      <w:r>
        <w:rPr/>
        <w:t xml:space="preserve"> </w:t>
      </w:r>
      <w:r>
        <w:rPr>
          <w:shd w:fill="B7DDE8" w:val="clear"/>
        </w:rPr>
        <w:t>“Do not handle, do not taste, do not touch!”</w:t>
      </w:r>
      <w:r>
        <w:rPr>
          <w:b w:val="false"/>
          <w:i w:val="false"/>
          <w:color w:val="000000"/>
          <w:u w:val="none"/>
        </w:rPr>
        <w:t xml:space="preserve"> [1XQ]</w:t>
      </w:r>
      <w:r>
        <w:rPr/>
        <w:t xml:space="preserve">? </w:t>
      </w:r>
      <w:r>
        <w:rPr>
          <w:shd w:fill="B7DDE8" w:val="clear"/>
        </w:rPr>
        <w:t>These will all perish with use</w:t>
      </w:r>
      <w:r>
        <w:rPr>
          <w:b w:val="false"/>
          <w:i w:val="false"/>
          <w:color w:val="000000"/>
          <w:u w:val="none"/>
        </w:rPr>
        <w:t xml:space="preserve"> [1XR]</w:t>
      </w:r>
      <w:r>
        <w:rPr/>
        <w:t xml:space="preserve">, because </w:t>
      </w:r>
      <w:r>
        <w:rPr>
          <w:shd w:fill="B7DDE8" w:val="clear"/>
        </w:rPr>
        <w:t>they are based on human commands and teachings</w:t>
      </w:r>
      <w:r>
        <w:rPr>
          <w:b w:val="false"/>
          <w:i w:val="false"/>
          <w:color w:val="000000"/>
          <w:u w:val="none"/>
        </w:rPr>
        <w:t xml:space="preserve"> [1XS]</w:t>
      </w:r>
      <w:r>
        <w:rPr/>
        <w:t xml:space="preserve">. </w:t>
      </w:r>
      <w:r>
        <w:rPr>
          <w:shd w:fill="B7DDE8" w:val="clear"/>
        </w:rPr>
        <w:t xml:space="preserve">Such restrictions indeed have an appearance of </w:t>
      </w:r>
      <w:r>
        <w:rPr>
          <w:shd w:fill="B7DDE8" w:val="clear"/>
        </w:rPr>
        <w:t>wisdom</w:t>
      </w:r>
      <w:r>
        <w:rPr>
          <w:shd w:fill="B7DDE8" w:val="clear"/>
        </w:rPr>
        <w:t>, with their self-prescribed worship, their false humility, and their harsh treatment of the body</w:t>
      </w:r>
      <w:r>
        <w:rPr>
          <w:b w:val="false"/>
          <w:i w:val="false"/>
          <w:color w:val="000000"/>
          <w:u w:val="none"/>
        </w:rPr>
        <w:t xml:space="preserve"> [1XT]</w:t>
      </w:r>
      <w:r>
        <w:rPr/>
        <w:t xml:space="preserve">; but </w:t>
      </w:r>
      <w:r>
        <w:rPr>
          <w:shd w:fill="B7DDE8" w:val="clear"/>
        </w:rPr>
        <w:t>they are of no value against the indulgence of the flesh</w:t>
      </w:r>
      <w:r>
        <w:rPr>
          <w:b w:val="false"/>
          <w:i w:val="false"/>
          <w:color w:val="000000"/>
          <w:u w:val="none"/>
        </w:rPr>
        <w:t xml:space="preserve"> [1XU]</w:t>
      </w:r>
      <w:r>
        <w:rPr/>
        <w:t>.</w:t>
      </w:r>
    </w:p>
    <w:p>
      <w:pPr>
        <w:pStyle w:val="Yellow"/>
        <w:rPr/>
      </w:pPr>
      <w:r>
        <w:rPr>
          <w:b/>
        </w:rPr>
        <w:t>1 Timothy 6:3-5</w:t>
      </w:r>
      <w:r>
        <w:rPr/>
        <w:t xml:space="preserve"> —</w:t>
      </w:r>
      <w:r>
        <w:rPr>
          <w:shd w:fill="B7DDE8" w:val="clear"/>
        </w:rPr>
        <w:t>If anyone teaches another doctrine and disagrees with the sound words of our Lord Jesus Christ and with godly teaching</w:t>
      </w:r>
      <w:r>
        <w:rPr>
          <w:b w:val="false"/>
          <w:i w:val="false"/>
          <w:color w:val="000000"/>
          <w:u w:val="none"/>
        </w:rPr>
        <w:t xml:space="preserve"> [1YV]</w:t>
      </w:r>
      <w:r>
        <w:rPr/>
        <w:t xml:space="preserve">, </w:t>
      </w:r>
      <w:r>
        <w:rPr>
          <w:shd w:fill="B7DDE8" w:val="clear"/>
        </w:rPr>
        <w:t>he is conceited and understands nothing</w:t>
      </w:r>
      <w:r>
        <w:rPr>
          <w:b w:val="false"/>
          <w:i w:val="false"/>
          <w:color w:val="000000"/>
          <w:u w:val="none"/>
        </w:rPr>
        <w:t xml:space="preserve"> [1YW]</w:t>
      </w:r>
      <w:r>
        <w:rPr/>
        <w:t xml:space="preserve">. Instead, </w:t>
      </w:r>
      <w:r>
        <w:rPr>
          <w:shd w:fill="B7DDE8" w:val="clear"/>
        </w:rPr>
        <w:t>he has an unhealthy interest in controversies and semantics</w:t>
      </w:r>
      <w:r>
        <w:rPr>
          <w:b w:val="false"/>
          <w:i w:val="false"/>
          <w:color w:val="000000"/>
          <w:u w:val="none"/>
        </w:rPr>
        <w:t xml:space="preserve"> [1YX]</w:t>
      </w:r>
      <w:r>
        <w:rPr/>
        <w:t xml:space="preserve">, </w:t>
      </w:r>
      <w:r>
        <w:rPr>
          <w:shd w:fill="B7DDE8" w:val="clear"/>
        </w:rPr>
        <w:t>out of which come envy, strife, abusive talk, evil suspicions, and constant friction</w:t>
      </w:r>
      <w:r>
        <w:rPr>
          <w:b w:val="false"/>
          <w:i w:val="false"/>
          <w:color w:val="000000"/>
          <w:u w:val="none"/>
        </w:rPr>
        <w:t xml:space="preserve"> [1YY]</w:t>
      </w:r>
      <w:r>
        <w:rPr/>
        <w:t xml:space="preserve"> between </w:t>
      </w:r>
      <w:r>
        <w:rPr>
          <w:shd w:fill="B7DDE8" w:val="clear"/>
        </w:rPr>
        <w:t>men of depraved mind who are devoid of the truth</w:t>
      </w:r>
      <w:r>
        <w:rPr>
          <w:b w:val="false"/>
          <w:i w:val="false"/>
          <w:color w:val="000000"/>
          <w:u w:val="none"/>
        </w:rPr>
        <w:t xml:space="preserve"> [1YZ]</w:t>
      </w:r>
      <w:r>
        <w:rPr/>
        <w:t xml:space="preserve">. </w:t>
      </w:r>
      <w:r>
        <w:rPr>
          <w:shd w:fill="B7DDE8" w:val="clear"/>
        </w:rPr>
        <w:t>These men regard godliness as a means of gain</w:t>
      </w:r>
      <w:r>
        <w:rPr>
          <w:b w:val="false"/>
          <w:i w:val="false"/>
          <w:color w:val="000000"/>
          <w:u w:val="none"/>
        </w:rPr>
        <w:t xml:space="preserve"> [1ZA]</w:t>
      </w:r>
      <w:r>
        <w:rPr/>
        <w:t>.</w:t>
      </w:r>
    </w:p>
    <w:p>
      <w:pPr>
        <w:pStyle w:val="Yellow"/>
        <w:rPr/>
      </w:pPr>
      <w:r>
        <w:rPr>
          <w:b/>
        </w:rPr>
        <w:t>1 Timothy 6:20-21</w:t>
      </w:r>
      <w:r>
        <w:rPr/>
        <w:t xml:space="preserve"> — O Timothy, </w:t>
      </w:r>
      <w:r>
        <w:rPr>
          <w:shd w:val="clear" w:fill="B7DDE8"/>
        </w:rPr>
        <w:t>guard what has been entrusted to you</w:t>
      </w:r>
      <w:r>
        <w:rPr>
          <w:b w:val="false"/>
          <w:i w:val="false"/>
          <w:color w:val="000000"/>
          <w:u w:val="none"/>
        </w:rPr>
        <w:t xml:space="preserve"> [1DVN]</w:t>
      </w:r>
      <w:r>
        <w:rPr/>
        <w:t xml:space="preserve">. </w:t>
      </w:r>
      <w:r>
        <w:rPr>
          <w:shd w:val="clear" w:fill="B7DDE8"/>
        </w:rPr>
        <w:t>Avoid irreverent, empty chatter</w:t>
      </w:r>
      <w:r>
        <w:rPr>
          <w:b w:val="false"/>
          <w:i w:val="false"/>
          <w:color w:val="000000"/>
          <w:u w:val="none"/>
        </w:rPr>
        <w:t xml:space="preserve"> [2DLP]</w:t>
      </w:r>
      <w:r>
        <w:rPr/>
        <w:t xml:space="preserve"> and </w:t>
      </w:r>
      <w:r>
        <w:rPr>
          <w:shd w:val="clear" w:fill="B7DDE8"/>
        </w:rPr>
        <w:t>the opposing arguments of so-called “knowledge,”</w:t>
      </w:r>
      <w:r>
        <w:rPr>
          <w:b w:val="false"/>
          <w:i w:val="false"/>
          <w:color w:val="000000"/>
          <w:u w:val="none"/>
        </w:rPr>
        <w:t xml:space="preserve"> [1DVP]</w:t>
      </w:r>
      <w:r>
        <w:rPr/>
        <w:t xml:space="preserve"> which </w:t>
      </w:r>
      <w:r>
        <w:rPr>
          <w:shd w:val="clear" w:fill="B7DDE8"/>
        </w:rPr>
        <w:t>some have professed</w:t>
      </w:r>
      <w:r>
        <w:rPr>
          <w:b w:val="false"/>
          <w:i w:val="false"/>
          <w:color w:val="000000"/>
          <w:u w:val="none"/>
        </w:rPr>
        <w:t xml:space="preserve"> [1DVQ]</w:t>
      </w:r>
      <w:r>
        <w:rPr>
          <w:shd w:val="clear" w:color="auto" w:fill="548235"/>
          <w:color w:val="FFFFFF"/>
        </w:rPr>
        <w:t xml:space="preserve"> and </w:t>
      </w:r>
      <w:r>
        <w:rPr>
          <w:shd w:val="clear" w:fill="548235" w:color="auto"/>
          <w:color w:val="FFFFFF"/>
        </w:rPr>
        <w:t>thus swerved away from the faith</w:t>
      </w:r>
      <w:r>
        <w:rPr>
          <w:b w:val="false"/>
          <w:i w:val="false"/>
          <w:color w:val="FFFFFF"/>
          <w:u w:val="none"/>
          <w:shd w:val="clear" w:color="auto" w:fill="548235"/>
        </w:rPr>
        <w:t xml:space="preserve"> [1DVR]</w:t>
      </w:r>
      <w:r>
        <w:rPr>
          <w:shd w:val="clear" w:color="auto" w:fill="548235"/>
          <w:color w:val="FFFFFF"/>
        </w:rPr>
        <w:t>.</w:t>
      </w:r>
    </w:p>
    <w:p>
      <w:pPr>
        <w:pStyle w:val="Yellow"/>
        <w:rPr/>
        <w:pBdr>
          <w:left w:val="single" w:sz="28" w:space="5" w:color="C00000"/>
        </w:pBdr>
      </w:pPr>
      <w:r>
        <w:rPr>
          <w:b/>
          <w:shd w:val="clear" w:color="auto" w:fill="F4B183"/>
          <w:color w:val="000000"/>
        </w:rPr>
        <w:t>2 Timothy 2:16</w:t>
      </w:r>
      <w:r>
        <w:rPr>
          <w:shd w:val="clear" w:color="auto" w:fill="F4B183"/>
          <w:color w:val="000000"/>
        </w:rPr>
        <w:t xml:space="preserve"> — But </w:t>
      </w:r>
      <w:r>
        <w:rPr>
          <w:shd w:val="clear" w:fill="F4B183" w:color="auto"/>
          <w:color w:val="000000"/>
        </w:rPr>
        <w:t>avoid irreverent, empty chatter</w:t>
      </w:r>
      <w:r>
        <w:rPr>
          <w:b w:val="false"/>
          <w:i w:val="false"/>
          <w:color w:val="000000"/>
          <w:u w:val="none"/>
          <w:shd w:val="clear" w:color="auto" w:fill="F4B183"/>
        </w:rPr>
        <w:t xml:space="preserve"> [2DLP]</w:t>
      </w:r>
      <w:r>
        <w:rPr>
          <w:shd w:val="clear" w:color="auto" w:fill="F4B183"/>
          <w:color w:val="000000"/>
        </w:rPr>
        <w:t xml:space="preserve">, </w:t>
      </w:r>
      <w:r>
        <w:rPr>
          <w:shd w:val="clear" w:fill="F4B183" w:color="auto"/>
          <w:color w:val="000000"/>
        </w:rPr>
        <w:t>which will only lead to more ungodliness</w:t>
      </w:r>
      <w:r>
        <w:rPr>
          <w:b w:val="false"/>
          <w:i w:val="false"/>
          <w:color w:val="000000"/>
          <w:u w:val="none"/>
          <w:shd w:val="clear" w:color="auto" w:fill="F4B183"/>
        </w:rPr>
        <w:t xml:space="preserve"> [1DLQ]</w:t>
      </w:r>
      <w:r>
        <w:rPr>
          <w:shd w:val="clear" w:color="auto" w:fill="F4B183"/>
          <w:color w:val="000000"/>
        </w:rPr>
        <w:t>,</w:t>
      </w:r>
    </w:p>
    <w:p>
      <w:pPr>
        <w:pStyle w:val="Yellow"/>
        <w:rPr/>
      </w:pPr>
      <w:r>
        <w:rPr>
          <w:shd w:val="clear" w:color="auto" w:fill="1F3864"/>
          <w:color w:val="FFFFFF"/>
        </w:rPr>
        <w:t xml:space="preserve">(2Ti2:17 “Hymenaeus and Philetus”) </w:t>
      </w:r>
      <w:r>
        <w:rPr>
          <w:b/>
          <w:shd w:val="clear" w:color="auto" w:fill="1F3864"/>
          <w:color w:val="FFFFFF"/>
        </w:rPr>
        <w:t>2 Timothy 2:18</w:t>
      </w:r>
      <w:r>
        <w:rPr>
          <w:shd w:val="clear" w:color="auto" w:fill="1F3864"/>
          <w:color w:val="FFFFFF"/>
        </w:rPr>
        <w:t xml:space="preserve"> — </w:t>
      </w:r>
      <w:r>
        <w:rPr>
          <w:shd w:val="clear" w:color="auto" w:fill="1F3864"/>
          <w:color w:val="FFFFFF"/>
        </w:rPr>
        <w:t>{They} say that the resurrection has already occurred</w:t>
      </w:r>
      <w:r>
        <w:rPr>
          <w:b w:val="false"/>
          <w:i w:val="false"/>
          <w:u w:val="none"/>
          <w:shd w:val="clear" w:color="auto" w:fill="1F3864"/>
          <w:color w:val="FFFFFF"/>
        </w:rPr>
        <w:t xml:space="preserve"> [1AVG]</w:t>
      </w:r>
      <w:r>
        <w:rPr>
          <w:shd w:val="clear" w:color="auto" w:fill="1F3864"/>
          <w:color w:val="FFFFFF"/>
        </w:rPr>
        <w:t xml:space="preserve">, and </w:t>
      </w:r>
      <w:r>
        <w:rPr>
          <w:shd w:val="clear" w:color="auto" w:fill="1F3864"/>
          <w:color w:val="FFFFFF"/>
        </w:rPr>
        <w:t>they undermine the faith of some</w:t>
      </w:r>
      <w:r>
        <w:rPr>
          <w:b w:val="false"/>
          <w:i w:val="false"/>
          <w:u w:val="none"/>
          <w:shd w:val="clear" w:color="auto" w:fill="1F3864"/>
          <w:color w:val="FFFFFF"/>
        </w:rPr>
        <w:t xml:space="preserve"> [1AVH]</w:t>
      </w:r>
      <w:r>
        <w:rPr>
          <w:shd w:val="clear" w:color="auto" w:fill="1F3864"/>
          <w:color w:val="FFFFFF"/>
        </w:rPr>
        <w:t>.</w:t>
      </w:r>
    </w:p>
    <w:p>
      <w:pPr>
        <w:pStyle w:val="Yellow"/>
        <w:rPr/>
      </w:pPr>
      <w:r>
        <w:rPr>
          <w:b/>
        </w:rPr>
        <w:t xml:space="preserve">2 Timothy 4:3-4</w:t>
      </w:r>
      <w:r>
        <w:rPr/>
        <w:t xml:space="preserve"> — For </w:t>
      </w:r>
      <w:r>
        <w:rPr>
          <w:shd w:fill="B7DDE8" w:val="clear"/>
        </w:rPr>
        <w:t xml:space="preserve">the time will come when men will not tolerate sound doctrine</w:t>
      </w:r>
      <w:r>
        <w:rPr>
          <w:b w:val="false"/>
          <w:i w:val="false"/>
          <w:color w:val="000000"/>
          <w:u w:val="none"/>
        </w:rPr>
        <w:t xml:space="preserve"> [1KOL]</w:t>
      </w:r>
      <w:r>
        <w:rPr/>
        <w:t xml:space="preserve">, but </w:t>
      </w:r>
      <w:r>
        <w:rPr>
          <w:shd w:fill="B7DDE8" w:val="clear"/>
        </w:rPr>
        <w:t xml:space="preserve">with itching ears they will gather around themselves teachers to suit their own desires</w:t>
      </w:r>
      <w:r>
        <w:rPr>
          <w:b w:val="false"/>
          <w:i w:val="false"/>
          <w:color w:val="000000"/>
          <w:u w:val="none"/>
        </w:rPr>
        <w:t xml:space="preserve"> [1KOM]</w:t>
      </w:r>
      <w:r>
        <w:rPr/>
        <w:t xml:space="preserve">. So </w:t>
      </w:r>
      <w:r>
        <w:rPr>
          <w:shd w:fill="B7DDE8" w:val="clear"/>
        </w:rPr>
        <w:t xml:space="preserve">they will turn their ears away from the truth</w:t>
      </w:r>
      <w:r>
        <w:rPr>
          <w:b w:val="false"/>
          <w:i w:val="false"/>
          <w:color w:val="000000"/>
          <w:u w:val="none"/>
        </w:rPr>
        <w:t xml:space="preserve"> [1KON]</w:t>
      </w:r>
      <w:r>
        <w:rPr/>
        <w:t xml:space="preserve"> and </w:t>
      </w:r>
      <w:r>
        <w:rPr>
          <w:shd w:fill="B7DDE8" w:val="clear"/>
        </w:rPr>
        <w:t xml:space="preserve">turn aside to myths</w:t>
      </w:r>
      <w:r>
        <w:rPr>
          <w:b w:val="false"/>
          <w:i w:val="false"/>
          <w:color w:val="000000"/>
          <w:u w:val="none"/>
        </w:rPr>
        <w:t xml:space="preserve"> [1KOO]</w:t>
      </w:r>
      <w:r>
        <w:rPr/>
        <w:t xml:space="preserve">.</w:t>
      </w:r>
    </w:p>
    <w:p>
      <w:pPr>
        <w:pStyle w:val="Yellow"/>
        <w:rPr/>
        <w:pBdr>
          <w:left w:val="single" w:sz="28" w:space="5" w:color="C00000"/>
        </w:pBdr>
      </w:pPr>
      <w:r>
        <w:rPr>
          <w:b/>
        </w:rPr>
        <w:t xml:space="preserve">Titus 2:7–8</w:t>
      </w:r>
      <w:r>
        <w:rPr/>
        <w:t xml:space="preserve"> — In everything, </w:t>
      </w:r>
      <w:r>
        <w:rPr>
          <w:shd w:fill="F4B183" w:val="clear" w:color="auto"/>
          <w:color w:val="000000"/>
        </w:rPr>
        <w:t xml:space="preserve">show yourself to be an example by doing good works</w:t>
      </w:r>
      <w:r>
        <w:rPr>
          <w:b w:val="false"/>
          <w:i w:val="false"/>
          <w:color w:val="000000"/>
          <w:u w:val="none"/>
          <w:shd w:val="clear" w:color="auto" w:fill="F4B183"/>
        </w:rPr>
        <w:t xml:space="preserve"> [1HBC]</w:t>
      </w:r>
      <w:r>
        <w:rPr/>
        <w:t xml:space="preserve">. </w:t>
      </w:r>
      <w:r>
        <w:rPr>
          <w:shd w:fill="B7DDE8" w:val="clear"/>
        </w:rPr>
        <w:t xml:space="preserve">In your teaching show integrity, dignity, and wholesome speech that is above reproach</w:t>
      </w:r>
      <w:r>
        <w:rPr>
          <w:b w:val="false"/>
          <w:i w:val="false"/>
          <w:color w:val="000000"/>
          <w:u w:val="none"/>
        </w:rPr>
        <w:t xml:space="preserve"> [1HBD]</w:t>
      </w:r>
      <w:r>
        <w:rPr/>
        <w:t xml:space="preserve">, so that </w:t>
      </w:r>
      <w:r>
        <w:rPr>
          <w:shd w:fill="B7DDE8" w:val="clear"/>
        </w:rPr>
        <w:t xml:space="preserve">anyone who opposes us will be ashamed to have nothing bad to say about us</w:t>
      </w:r>
      <w:r>
        <w:rPr>
          <w:b w:val="false"/>
          <w:i w:val="false"/>
          <w:color w:val="000000"/>
          <w:u w:val="none"/>
        </w:rPr>
        <w:t xml:space="preserve"> [1HBE]</w:t>
      </w:r>
      <w:r>
        <w:rPr/>
        <w:t xml:space="preserve">.</w:t>
      </w:r>
    </w:p>
    <w:p>
      <w:pPr>
        <w:pStyle w:val="Yellow"/>
        <w:rPr/>
      </w:pPr>
      <w:r>
        <w:rPr>
          <w:b/>
        </w:rPr>
        <w:t>Hebrews 13:9</w:t>
      </w:r>
      <w:r>
        <w:rPr/>
        <w:t xml:space="preserve"> —  </w:t>
      </w:r>
      <w:r>
        <w:rPr>
          <w:shd w:fill="B7DDE8" w:val="clear"/>
        </w:rPr>
        <w:t>Do not be carried away by all kinds of strange teachings</w:t>
      </w:r>
      <w:r>
        <w:rPr>
          <w:b w:val="false"/>
          <w:i w:val="false"/>
          <w:color w:val="000000"/>
          <w:u w:val="none"/>
        </w:rPr>
        <w:t xml:space="preserve"> [1FRD]</w:t>
      </w:r>
      <w:r>
        <w:rPr/>
        <w:t xml:space="preserve">, for </w:t>
      </w:r>
      <w:r>
        <w:rPr>
          <w:shd w:fill="B7DDE8" w:val="clear"/>
        </w:rPr>
        <w:t>it is good for the heart to be strengthened by grace</w:t>
      </w:r>
      <w:r>
        <w:rPr>
          <w:b w:val="false"/>
          <w:i w:val="false"/>
          <w:color w:val="000000"/>
          <w:u w:val="none"/>
        </w:rPr>
        <w:t xml:space="preserve"> [1FRE]</w:t>
      </w:r>
      <w:r>
        <w:rPr/>
        <w:t xml:space="preserve"> and not by </w:t>
      </w:r>
      <w:r>
        <w:rPr>
          <w:shd w:fill="B7DDE8" w:val="clear"/>
        </w:rPr>
        <w:t>foods of no value to those devoted to them</w:t>
      </w:r>
      <w:r>
        <w:rPr>
          <w:b w:val="false"/>
          <w:i w:val="false"/>
          <w:color w:val="000000"/>
          <w:u w:val="none"/>
        </w:rPr>
        <w:t xml:space="preserve"> [1FRF]</w:t>
      </w:r>
      <w:r>
        <w:rPr/>
        <w:t>.</w:t>
      </w:r>
    </w:p>
    <w:p>
      <w:pPr>
        <w:pStyle w:val="Yellow"/>
        <w:rPr/>
      </w:pPr>
      <w:r>
        <w:rPr>
          <w:b/>
        </w:rPr>
        <w:t xml:space="preserve">2 Peter 2:1-2</w:t>
      </w:r>
      <w:r>
        <w:rPr/>
        <w:t xml:space="preserve"> — Now </w:t>
      </w:r>
      <w:r>
        <w:rPr>
          <w:shd w:fill="B7DDE8" w:val="clear"/>
        </w:rPr>
        <w:t xml:space="preserve">there were also false prophets among the people</w:t>
      </w:r>
      <w:r>
        <w:rPr>
          <w:b w:val="false"/>
          <w:i w:val="false"/>
          <w:color w:val="000000"/>
          <w:u w:val="none"/>
        </w:rPr>
        <w:t xml:space="preserve"> [1JCH]</w:t>
      </w:r>
      <w:r>
        <w:rPr/>
        <w:t xml:space="preserve">, just as </w:t>
      </w:r>
      <w:r>
        <w:rPr>
          <w:shd w:fill="B7DDE8" w:val="clear"/>
        </w:rPr>
        <w:t xml:space="preserve">there will be false teachers among you</w:t>
      </w:r>
      <w:r>
        <w:rPr>
          <w:b w:val="false"/>
          <w:i w:val="false"/>
          <w:color w:val="000000"/>
          <w:u w:val="none"/>
        </w:rPr>
        <w:t xml:space="preserve"> [1JCI]</w:t>
      </w:r>
      <w:r>
        <w:rPr/>
        <w:t xml:space="preserve">. </w:t>
      </w:r>
      <w:r>
        <w:rPr>
          <w:shd w:fill="B7DDE8" w:val="clear"/>
        </w:rPr>
        <w:t xml:space="preserve">They will secretly introduce destructive heresies</w:t>
      </w:r>
      <w:r>
        <w:rPr>
          <w:b w:val="false"/>
          <w:i w:val="false"/>
          <w:color w:val="000000"/>
          <w:u w:val="none"/>
        </w:rPr>
        <w:t xml:space="preserve"> [1JCJ]</w:t>
      </w:r>
      <w:r>
        <w:rPr/>
        <w:t xml:space="preserve">, even </w:t>
      </w:r>
      <w:r>
        <w:rPr>
          <w:shd w:fill="B7DDE8" w:val="clear"/>
        </w:rPr>
        <w:t xml:space="preserve">denying the Master who bought them</w:t>
      </w:r>
      <w:r>
        <w:rPr>
          <w:b w:val="false"/>
          <w:i w:val="false"/>
          <w:color w:val="000000"/>
          <w:u w:val="none"/>
        </w:rPr>
        <w:t xml:space="preserve"> [1JCK]</w:t>
      </w:r>
      <w:r>
        <w:rPr/>
        <w:t xml:space="preserve">—</w:t>
      </w:r>
      <w:r>
        <w:rPr>
          <w:shd w:fill="B7DDE8" w:val="clear"/>
        </w:rPr>
        <w:t xml:space="preserve">bringing swift destruction on themselves</w:t>
      </w:r>
      <w:r>
        <w:rPr>
          <w:b w:val="false"/>
          <w:i w:val="false"/>
          <w:color w:val="000000"/>
          <w:u w:val="none"/>
        </w:rPr>
        <w:t xml:space="preserve"> [1JCL]</w:t>
      </w:r>
      <w:r>
        <w:rPr/>
        <w:t xml:space="preserve">. </w:t>
      </w:r>
      <w:r>
        <w:rPr>
          <w:shd w:fill="B7DDE8" w:val="clear"/>
        </w:rPr>
        <w:t xml:space="preserve">Many will follow in their depravity</w:t>
      </w:r>
      <w:r>
        <w:rPr>
          <w:b w:val="false"/>
          <w:i w:val="false"/>
          <w:color w:val="000000"/>
          <w:u w:val="none"/>
        </w:rPr>
        <w:t xml:space="preserve"> [1JCM]</w:t>
      </w:r>
      <w:r>
        <w:rPr/>
        <w:t xml:space="preserve">, and </w:t>
      </w:r>
      <w:r>
        <w:rPr>
          <w:shd w:fill="B7DDE8" w:val="clear"/>
        </w:rPr>
        <w:t xml:space="preserve">because of them the way of truth will be defamed</w:t>
      </w:r>
      <w:r>
        <w:rPr>
          <w:b w:val="false"/>
          <w:i w:val="false"/>
          <w:color w:val="000000"/>
          <w:u w:val="none"/>
        </w:rPr>
        <w:t xml:space="preserve"> [1JCN]</w:t>
      </w:r>
      <w:r>
        <w:rPr/>
        <w:t xml:space="preserve">.</w:t>
      </w:r>
    </w:p>
    <w:p>
      <w:pPr>
        <w:pStyle w:val="Yellow"/>
        <w:rPr/>
      </w:pPr>
      <w:r>
        <w:t xml:space="preserve">(2Pe2:1 “false teachers”¹) </w:t>
      </w:r>
      <w:r>
        <w:rPr>
          <w:b/>
        </w:rPr>
        <w:t>2 Peter 2:17-19</w:t>
      </w:r>
      <w:r>
        <w:t xml:space="preserve"> — </w:t>
      </w:r>
      <w:r>
        <w:rPr>
          <w:shd w:fill="B7DDE8" w:val="clear"/>
        </w:rPr>
        <w:t>{These} men are springs without water and mists driven by a storm</w:t>
      </w:r>
      <w:r>
        <w:rPr>
          <w:b w:val="false"/>
          <w:i w:val="false"/>
          <w:color w:val="000000"/>
          <w:u w:val="none"/>
        </w:rPr>
        <w:t xml:space="preserve"> [1AJQ]</w:t>
      </w:r>
      <w:r>
        <w:t xml:space="preserve">. </w:t>
      </w:r>
      <w:r>
        <w:rPr>
          <w:shd w:fill="B7DDE8" w:val="clear"/>
        </w:rPr>
        <w:t>Blackest darkness is reserved for them</w:t>
      </w:r>
      <w:r>
        <w:rPr>
          <w:b w:val="false"/>
          <w:i w:val="false"/>
          <w:color w:val="000000"/>
          <w:u w:val="none"/>
        </w:rPr>
        <w:t xml:space="preserve"> [1AJR]</w:t>
      </w:r>
      <w:r>
        <w:t xml:space="preserve">. 18 </w:t>
      </w:r>
      <w:r>
        <w:rPr>
          <w:shd w:fill="B7DDE8" w:val="clear"/>
        </w:rPr>
        <w:t>With lofty but empty words, they appeal to the sensual passions of the flesh</w:t>
      </w:r>
      <w:r>
        <w:rPr>
          <w:b w:val="false"/>
          <w:i w:val="false"/>
          <w:color w:val="000000"/>
          <w:u w:val="none"/>
        </w:rPr>
        <w:t xml:space="preserve"> [1AJS]</w:t>
      </w:r>
      <w:r>
        <w:t xml:space="preserve"> and </w:t>
      </w:r>
      <w:r>
        <w:rPr>
          <w:shd w:fill="B7DDE8" w:val="clear"/>
        </w:rPr>
        <w:t>entice those who are just escaping from others who live in error</w:t>
      </w:r>
      <w:r>
        <w:rPr>
          <w:b w:val="false"/>
          <w:i w:val="false"/>
          <w:color w:val="000000"/>
          <w:u w:val="none"/>
        </w:rPr>
        <w:t xml:space="preserve"> [1AJT]</w:t>
      </w:r>
      <w:r>
        <w:t xml:space="preserve">. 19 </w:t>
      </w:r>
      <w:r>
        <w:rPr>
          <w:shd w:fill="B7DDE8" w:val="clear"/>
        </w:rPr>
        <w:t>They promise them freedom, while they themselves are slaves to depravity</w:t>
      </w:r>
      <w:r>
        <w:rPr>
          <w:b w:val="false"/>
          <w:i w:val="false"/>
          <w:color w:val="000000"/>
          <w:u w:val="none"/>
        </w:rPr>
        <w:t xml:space="preserve"> [1AJU]</w:t>
      </w:r>
      <w:r>
        <w:t xml:space="preserve">. For </w:t>
      </w:r>
      <w:r>
        <w:rPr>
          <w:shd w:fill="B7DDE8" w:val="clear"/>
        </w:rPr>
        <w:t>a man is a slave to whatever has mastered him</w:t>
      </w:r>
      <w:r>
        <w:rPr>
          <w:b w:val="false"/>
          <w:i w:val="false"/>
          <w:color w:val="000000"/>
          <w:u w:val="none"/>
        </w:rPr>
        <w:t xml:space="preserve"> [1AJV]</w:t>
      </w:r>
      <w:r>
        <w:t>.</w:t>
      </w:r>
    </w:p>
    <w:p>
      <w:pPr>
        <w:pStyle w:val="Yellow"/>
        <w:rPr/>
        <w:pBdr>
          <w:left w:val="single" w:sz="28" w:space="5" w:color="C00000"/>
        </w:pBdr>
      </w:pPr>
      <w:r>
        <w:rPr/>
        <w:t xml:space="preserve">(2Pe2:1 “false teachers”) </w:t>
      </w:r>
      <w:r>
        <w:rPr>
          <w:b/>
        </w:rPr>
        <w:t xml:space="preserve">2 Peter 2:17</w:t>
      </w:r>
      <w:r>
        <w:rPr/>
        <w:t xml:space="preserve"> — </w:t>
      </w:r>
      <w:r>
        <w:rPr>
          <w:shd w:fill="B7DDE8" w:val="clear"/>
        </w:rPr>
        <w:t xml:space="preserve">{They} have left the straight way and wandered off to follow the way of Balaam son of Beor,e</w:t>
      </w:r>
      <w:r>
        <w:rPr>
          <w:b w:val="false"/>
          <w:i w:val="false"/>
          <w:color w:val="000000"/>
          <w:u w:val="none"/>
        </w:rPr>
        <w:t xml:space="preserve"> [1HYL]</w:t>
      </w:r>
      <w:r>
        <w:rPr>
          <w:b w:val="false"/>
          <w:i w:val="false"/>
          <w:color w:val="000000"/>
          <w:u w:val="none"/>
        </w:rPr>
        <w:t xml:space="preserve"> [1HYM]</w:t>
      </w:r>
      <w:r>
        <w:rPr/>
        <w:t xml:space="preserve"> </w:t>
      </w:r>
      <w:r>
        <w:rPr>
          <w:shd w:fill="B7DDE8" w:val="clear"/>
        </w:rPr>
        <w:t xml:space="preserve">who loved the wages of wickedness</w:t>
      </w:r>
      <w:r>
        <w:rPr>
          <w:b w:val="false"/>
          <w:i w:val="false"/>
          <w:color w:val="000000"/>
          <w:u w:val="none"/>
        </w:rPr>
        <w:t xml:space="preserve"> [1HYN]</w:t>
      </w:r>
      <w:r>
        <w:rPr/>
        <w:t xml:space="preserve">.</w:t>
      </w:r>
    </w:p>
    <w:p>
      <w:pPr>
        <w:pStyle w:val="Yellow"/>
        <w:rPr/>
      </w:pPr>
      <w:r>
        <w:rPr>
          <w:b/>
        </w:rPr>
        <w:t xml:space="preserve">2 John 1:7-9</w:t>
      </w:r>
      <w:r>
        <w:rPr/>
        <w:t xml:space="preserve"> — For </w:t>
      </w:r>
      <w:r>
        <w:rPr>
          <w:shd w:fill="B7DDE8" w:val="clear"/>
        </w:rPr>
        <w:t xml:space="preserve">many deceivers have gone out into the world</w:t>
      </w:r>
      <w:r>
        <w:rPr>
          <w:b w:val="false"/>
          <w:i w:val="false"/>
          <w:color w:val="000000"/>
          <w:u w:val="none"/>
        </w:rPr>
        <w:t xml:space="preserve"> [1KPM]</w:t>
      </w:r>
      <w:r>
        <w:rPr/>
        <w:t xml:space="preserve">, </w:t>
      </w:r>
      <w:r>
        <w:rPr>
          <w:shd w:fill="B7DDE8" w:val="clear"/>
        </w:rPr>
        <w:t xml:space="preserve">refusing to confess the coming of Jesus Christ in the flesh</w:t>
      </w:r>
      <w:r>
        <w:rPr>
          <w:b w:val="false"/>
          <w:i w:val="false"/>
          <w:color w:val="000000"/>
          <w:u w:val="none"/>
        </w:rPr>
        <w:t xml:space="preserve"> [1KPN]</w:t>
      </w:r>
      <w:r>
        <w:rPr/>
        <w:t xml:space="preserve">. </w:t>
      </w:r>
      <w:r>
        <w:rPr>
          <w:shd w:fill="B7DDE8" w:val="clear"/>
        </w:rPr>
        <w:t xml:space="preserve">Any such person is the deceiver and the antichrist</w:t>
      </w:r>
      <w:r>
        <w:rPr>
          <w:b w:val="false"/>
          <w:i w:val="false"/>
          <w:color w:val="000000"/>
          <w:u w:val="none"/>
        </w:rPr>
        <w:t xml:space="preserve"> [1KPO]</w:t>
      </w:r>
      <w:r>
        <w:rPr/>
        <w:t xml:space="preserve">. </w:t>
      </w:r>
      <w:r>
        <w:rPr>
          <w:shd w:fill="B7DDE8" w:val="clear"/>
        </w:rPr>
        <w:t xml:space="preserve">Watch yourselves</w:t>
      </w:r>
      <w:r>
        <w:rPr>
          <w:b w:val="false"/>
          <w:i w:val="false"/>
          <w:u w:val="none"/>
          <w:color w:val="000000"/>
        </w:rPr>
        <w:t xml:space="preserve"> [1KPP]</w:t>
      </w:r>
      <w:r>
        <w:rPr/>
        <w:t xml:space="preserve">, </w:t>
      </w:r>
      <w:r>
        <w:rPr>
          <w:shd w:fill="B7DDE8" w:val="clear"/>
        </w:rPr>
        <w:t xml:space="preserve">so that you do not lose what we have worked for</w:t>
      </w:r>
      <w:r>
        <w:rPr>
          <w:b w:val="false"/>
          <w:i w:val="false"/>
          <w:color w:val="000000"/>
          <w:u w:val="none"/>
        </w:rPr>
        <w:t xml:space="preserve"> [1KPQ]</w:t>
      </w:r>
      <w:r>
        <w:rPr/>
        <w:t xml:space="preserve">,a but </w:t>
      </w:r>
      <w:r>
        <w:rPr>
          <w:shd w:fill="B7DDE8" w:val="clear"/>
        </w:rPr>
        <w:t xml:space="preserve">that you may be fully rewarded</w:t>
      </w:r>
      <w:r>
        <w:rPr>
          <w:b w:val="false"/>
          <w:i w:val="false"/>
          <w:color w:val="000000"/>
          <w:u w:val="none"/>
        </w:rPr>
        <w:t xml:space="preserve"> [1KPR]</w:t>
      </w:r>
      <w:r>
        <w:rPr/>
        <w:t xml:space="preserve">. </w:t>
      </w:r>
      <w:r>
        <w:rPr>
          <w:shd w:fill="B7DDE8" w:val="clear"/>
        </w:rPr>
        <w:t xml:space="preserve">Anyone who runs ahead without remaining in the teaching of Christ does not have God</w:t>
      </w:r>
      <w:r>
        <w:rPr>
          <w:b w:val="false"/>
          <w:i w:val="false"/>
          <w:color w:val="000000"/>
          <w:u w:val="none"/>
        </w:rPr>
        <w:t xml:space="preserve"> [1KPS]</w:t>
      </w:r>
      <w:r>
        <w:rPr/>
        <w:t xml:space="preserve">. </w:t>
      </w:r>
      <w:r>
        <w:rPr>
          <w:shd w:fill="B7DDE8" w:val="clear"/>
        </w:rPr>
        <w:t xml:space="preserve">Whoever remains in His teaching has both the Father and the Son</w:t>
      </w:r>
      <w:r>
        <w:rPr>
          <w:b w:val="false"/>
          <w:i w:val="false"/>
          <w:color w:val="000000"/>
          <w:u w:val="none"/>
        </w:rPr>
        <w:t xml:space="preserve"> [1KPT]</w:t>
      </w:r>
      <w:r>
        <w:rPr/>
        <w:t xml:space="preserve">.</w:t>
      </w:r>
    </w:p>
    <w:p>
      <w:pPr>
        <w:pStyle w:val="Yellow"/>
        <w:rPr/>
      </w:pPr>
      <w:r>
        <w:rPr>
          <w:b/>
        </w:rPr>
        <w:t xml:space="preserve">Jude 1:18-19</w:t>
      </w:r>
      <w:r>
        <w:rPr/>
        <w:t xml:space="preserve"> — “</w:t>
      </w:r>
      <w:r>
        <w:rPr>
          <w:shd w:fill="B7DDE8" w:val="clear"/>
        </w:rPr>
        <w:t xml:space="preserve">In the last times there will be scoffers who will follow after their own ungodly desires</w:t>
      </w:r>
      <w:r>
        <w:rPr>
          <w:b w:val="false"/>
          <w:i w:val="false"/>
          <w:color w:val="000000"/>
          <w:u w:val="none"/>
        </w:rPr>
        <w:t xml:space="preserve"> [2ICU]</w:t>
      </w:r>
      <w:r>
        <w:rPr/>
        <w:t xml:space="preserve">.” </w:t>
      </w:r>
      <w:r>
        <w:rPr>
          <w:shd w:fill="B7DDE8" w:val="clear"/>
        </w:rPr>
        <w:t xml:space="preserve">These are the ones who cause divisions</w:t>
      </w:r>
      <w:r>
        <w:rPr>
          <w:b w:val="false"/>
          <w:i w:val="false"/>
          <w:u w:val="none"/>
          <w:color w:val="000000"/>
        </w:rPr>
        <w:t xml:space="preserve"> [1ICV]</w:t>
      </w:r>
      <w:r>
        <w:rPr/>
        <w:t xml:space="preserve">, </w:t>
      </w:r>
      <w:r>
        <w:rPr>
          <w:shd w:fill="B7DDE8" w:val="clear"/>
        </w:rPr>
        <w:t xml:space="preserve">who are worldly and devoid of the Spirit</w:t>
      </w:r>
      <w:r>
        <w:rPr>
          <w:b w:val="false"/>
          <w:i w:val="false"/>
          <w:color w:val="000000"/>
          <w:u w:val="none"/>
        </w:rPr>
        <w:t xml:space="preserve"> [1ICW]</w:t>
      </w:r>
      <w:r>
        <w:rPr>
          <w:b w:val="false"/>
          <w:i w:val="false"/>
          <w:color w:val="000000"/>
          <w:u w:val="none"/>
        </w:rPr>
        <w:t xml:space="preserve"> [1ICX]</w:t>
      </w:r>
      <w:r>
        <w:rPr/>
        <w:t xml:space="preserve">.</w:t>
      </w:r>
    </w:p>
    <w:p>
      <w:pPr>
        <w:pStyle w:val="Yellow"/>
        <w:rPr/>
      </w:pPr>
      <w:r>
        <w:rPr>
          <w:b/>
          <w:u w:val="none"/>
        </w:rPr>
        <w:t xml:space="preserve">Revelation 2:14–16</w:t>
      </w:r>
      <w:r>
        <w:rPr>
          <w:u w:val="none"/>
        </w:rPr>
        <w:t xml:space="preserve"> — But </w:t>
      </w:r>
      <w:r>
        <w:rPr>
          <w:u w:val="none"/>
          <w:shd w:fill="B7DDE8" w:val="clear"/>
        </w:rPr>
        <w:t xml:space="preserve">I have a few things against you</w:t>
      </w:r>
      <w:r>
        <w:rPr>
          <w:b w:val="false"/>
          <w:i w:val="false"/>
          <w:color w:val="000000"/>
          <w:u w:val="none"/>
        </w:rPr>
        <w:t xml:space="preserve"> [1KIP]</w:t>
      </w:r>
      <w:r>
        <w:rPr>
          <w:u w:val="none"/>
        </w:rPr>
        <w:t xml:space="preserve">, because </w:t>
      </w:r>
      <w:r>
        <w:rPr>
          <w:u w:val="none"/>
          <w:shd w:fill="B7DDE8" w:val="clear"/>
        </w:rPr>
        <w:t xml:space="preserve">some of you hold to the teaching of Balaam</w:t>
      </w:r>
      <w:r>
        <w:rPr>
          <w:b w:val="false"/>
          <w:i w:val="false"/>
          <w:color w:val="000000"/>
          <w:u w:val="none"/>
        </w:rPr>
        <w:t xml:space="preserve"> [1KIQ]</w:t>
      </w:r>
      <w:r>
        <w:rPr>
          <w:u w:val="none"/>
        </w:rPr>
        <w:t xml:space="preserve">, </w:t>
      </w:r>
      <w:r>
        <w:rPr>
          <w:u w:val="none"/>
          <w:shd w:fill="B7DDE8" w:val="clear"/>
        </w:rPr>
        <w:t xml:space="preserve">who taught Balak to place a stumbling block before the Israelites</w:t>
      </w:r>
      <w:r>
        <w:rPr>
          <w:b w:val="false"/>
          <w:i w:val="false"/>
          <w:color w:val="000000"/>
          <w:u w:val="none"/>
        </w:rPr>
        <w:t xml:space="preserve"> [1KIR]</w:t>
      </w:r>
      <w:r>
        <w:rPr>
          <w:u w:val="none"/>
        </w:rPr>
        <w:t xml:space="preserve"> so </w:t>
      </w:r>
      <w:r>
        <w:rPr>
          <w:u w:val="none"/>
          <w:shd w:fill="B7DDE8" w:val="clear"/>
        </w:rPr>
        <w:t xml:space="preserve">they would </w:t>
      </w:r>
      <w:r>
        <w:rPr>
          <w:u w:val="none"/>
          <w:shd w:fill="B7DDE8" w:val="clear"/>
        </w:rPr>
        <w:t xml:space="preserve">eat food sacrificed to idols</w:t>
      </w:r>
      <w:r>
        <w:rPr>
          <w:u w:val="none"/>
          <w:shd w:fill="B7DDE8" w:val="clear"/>
        </w:rPr>
        <w:t xml:space="preserve"> and commit sexual immorality</w:t>
      </w:r>
      <w:r>
        <w:rPr>
          <w:b w:val="false"/>
          <w:i w:val="false"/>
          <w:color w:val="000000"/>
          <w:u w:val="none"/>
        </w:rPr>
        <w:t xml:space="preserve"> [1KIS]</w:t>
      </w:r>
      <w:r>
        <w:rPr>
          <w:u w:val="none"/>
        </w:rPr>
        <w:t xml:space="preserve">. In the same way, </w:t>
      </w:r>
      <w:r>
        <w:rPr>
          <w:u w:val="none"/>
          <w:shd w:fill="B7DDE8" w:val="clear"/>
        </w:rPr>
        <w:t xml:space="preserve">some of you also hold to the teaching of the Nicolaitans</w:t>
      </w:r>
      <w:r>
        <w:rPr>
          <w:b w:val="false"/>
          <w:i w:val="false"/>
          <w:color w:val="000000"/>
          <w:u w:val="none"/>
        </w:rPr>
        <w:t xml:space="preserve"> [1KIT]</w:t>
      </w:r>
      <w:r>
        <w:rPr>
          <w:u w:val="none"/>
        </w:rPr>
        <w:t xml:space="preserve">. </w:t>
      </w:r>
      <w:r>
        <w:rPr>
          <w:u w:val="none"/>
          <w:shd w:fill="B7DDE8" w:val="clear"/>
        </w:rPr>
        <w:t xml:space="preserve">Therefore repent</w:t>
      </w:r>
      <w:r>
        <w:rPr>
          <w:b w:val="false"/>
          <w:i w:val="false"/>
          <w:u w:val="none"/>
          <w:color w:val="000000"/>
        </w:rPr>
        <w:t xml:space="preserve"> [4ARS]</w:t>
      </w:r>
      <w:r>
        <w:rPr>
          <w:u w:val="none"/>
        </w:rPr>
        <w:t xml:space="preserve">! </w:t>
      </w:r>
      <w:r>
        <w:rPr>
          <w:u w:val="none"/>
          <w:shd w:fill="B7DDE8" w:val="clear"/>
        </w:rPr>
        <w:t xml:space="preserve">Otherwise I will come to you shortly</w:t>
      </w:r>
      <w:r>
        <w:rPr>
          <w:b w:val="false"/>
          <w:i w:val="false"/>
          <w:color w:val="000000"/>
          <w:u w:val="none"/>
        </w:rPr>
        <w:t xml:space="preserve"> [1KIU]</w:t>
      </w:r>
      <w:r>
        <w:rPr>
          <w:u w:val="none"/>
        </w:rPr>
        <w:t xml:space="preserve"> and </w:t>
      </w:r>
      <w:r>
        <w:rPr>
          <w:u w:val="none"/>
          <w:shd w:fill="B7DDE8" w:val="clear"/>
        </w:rPr>
        <w:t xml:space="preserve">wage war against them with the sword of My mouth</w:t>
      </w:r>
      <w:r>
        <w:rPr>
          <w:b w:val="false"/>
          <w:i w:val="false"/>
          <w:color w:val="000000"/>
          <w:u w:val="none"/>
        </w:rPr>
        <w:t xml:space="preserve"> [1KIV]</w:t>
      </w:r>
      <w:r>
        <w:rPr>
          <w:u w:val="none"/>
        </w:rPr>
        <w:t xml:space="preserve">.</w:t>
      </w:r>
    </w:p>
    <w:p>
      <w:pPr>
        <w:pStyle w:val="Yellow"/>
        <w:rPr/>
      </w:pPr>
      <w:r>
        <w:rPr>
          <w:b/>
          <w:u w:val="none"/>
        </w:rPr>
        <w:t xml:space="preserve">Revelation 2:20</w:t>
      </w:r>
      <w:r>
        <w:rPr>
          <w:u w:val="none"/>
        </w:rPr>
        <w:t xml:space="preserve"> — But I have this against you: </w:t>
      </w:r>
      <w:r>
        <w:rPr>
          <w:u w:val="none"/>
          <w:shd w:fill="B7DDE8" w:val="clear"/>
        </w:rPr>
        <w:t xml:space="preserve">You tolerate that woman Jezebel, who calls herself a prophetess</w:t>
      </w:r>
      <w:r>
        <w:rPr>
          <w:b w:val="false"/>
          <w:i w:val="false"/>
          <w:color w:val="000000"/>
          <w:u w:val="none"/>
        </w:rPr>
        <w:t xml:space="preserve"> [1IEG]</w:t>
      </w:r>
      <w:r>
        <w:rPr>
          <w:u w:val="none"/>
        </w:rPr>
        <w:t xml:space="preserve">. </w:t>
      </w:r>
      <w:r>
        <w:rPr>
          <w:u w:val="none"/>
          <w:shd w:fill="B7DDE8" w:val="clear"/>
        </w:rPr>
        <w:t xml:space="preserve">By her teaching she misleads My servants to be sexually immoral and to </w:t>
      </w:r>
      <w:r>
        <w:rPr>
          <w:u w:val="none"/>
          <w:shd w:fill="B7DDE8" w:val="clear"/>
        </w:rPr>
        <w:t xml:space="preserve">eat food sacrificed to idols</w:t>
      </w:r>
      <w:r>
        <w:rPr>
          <w:b w:val="false"/>
          <w:i w:val="false"/>
          <w:color w:val="000000"/>
          <w:u w:val="none"/>
        </w:rPr>
        <w:t xml:space="preserve"> [1IEH]</w:t>
      </w:r>
      <w:r>
        <w:rPr>
          <w:b w:val="false"/>
          <w:i w:val="false"/>
          <w:color w:val="000000"/>
          <w:u w:val="none"/>
        </w:rPr>
        <w:t xml:space="preserve"> [1IEI]</w:t>
      </w:r>
      <w:r>
        <w:rPr>
          <w:u w:val="none"/>
        </w:rPr>
        <w:t xml:space="preserve">.</w:t>
      </w:r>
    </w:p>
    <w:p>
      <w:r>
        <w:rPr>
          <w:b/>
          <w:sz w:val="32"/>
          <w:highlight w:val="yellow"/>
        </w:rPr>
        <w:t>Family and Household  (14)</w:t>
      </w:r>
    </w:p>
    <w:p>
      <w:pPr>
        <w:pStyle w:val="Yellow"/>
        <w:rPr/>
      </w:pPr>
      <w:r>
        <w:rPr>
          <w:b/>
          <w:color w:val="auto"/>
        </w:rPr>
        <w:t xml:space="preserve">Exodus 21:15</w:t>
      </w:r>
      <w:r>
        <w:rPr>
          <w:color w:val="auto"/>
        </w:rPr>
        <w:t xml:space="preserve"> — </w:t>
      </w:r>
      <w:r>
        <w:rPr>
          <w:color w:val="auto"/>
        </w:rPr>
        <w:t xml:space="preserve">Whoever strikes his father or mother must surely be put to death</w:t>
      </w:r>
      <w:r>
        <w:rPr>
          <w:b w:val="false"/>
          <w:i w:val="false"/>
          <w:color w:val="auto"/>
          <w:u w:val="none"/>
        </w:rPr>
        <w:t xml:space="preserve"> [1IUU]</w:t>
      </w:r>
      <w:r>
        <w:rPr>
          <w:color w:val="auto"/>
        </w:rPr>
        <w:t xml:space="preserve">.</w:t>
      </w:r>
    </w:p>
    <w:p>
      <w:pPr>
        <w:pStyle w:val="Yellow"/>
        <w:rPr/>
      </w:pPr>
      <w:r>
        <w:rPr>
          <w:b/>
        </w:rPr>
        <w:t xml:space="preserve">Exodus 21:17</w:t>
      </w:r>
      <w:r>
        <w:rPr/>
        <w:t xml:space="preserve"> — </w:t>
      </w:r>
      <w:r>
        <w:rPr>
          <w:shd w:fill="B7DDE8" w:val="clear"/>
        </w:rPr>
        <w:t xml:space="preserve">Anyone who curses his father or mother must surely be put to death</w:t>
      </w:r>
      <w:r>
        <w:rPr>
          <w:b w:val="false"/>
          <w:i w:val="false"/>
          <w:color w:val="000000"/>
          <w:u w:val="none"/>
        </w:rPr>
        <w:t xml:space="preserve"> [2IUT]</w:t>
      </w:r>
      <w:r>
        <w:rPr/>
        <w:t xml:space="preserve">.</w:t>
      </w:r>
    </w:p>
    <w:p>
      <w:pPr>
        <w:pStyle w:val="Yellow"/>
        <w:rPr/>
      </w:pPr>
      <w:r>
        <w:rPr>
          <w:b/>
        </w:rPr>
        <w:t xml:space="preserve">Proverbs 11:29</w:t>
      </w:r>
      <w:r>
        <w:rPr/>
        <w:t xml:space="preserve"> — </w:t>
      </w:r>
      <w:r>
        <w:rPr>
          <w:shd w:fill="B7DDE8" w:val="clear"/>
        </w:rPr>
        <w:t xml:space="preserve">He who brings trouble on his house will inherit the wind</w:t>
      </w:r>
      <w:r>
        <w:rPr>
          <w:b w:val="false"/>
          <w:i w:val="false"/>
          <w:color w:val="000000"/>
          <w:u w:val="none"/>
        </w:rPr>
        <w:t xml:space="preserve"> [1HIF]</w:t>
      </w:r>
      <w:r>
        <w:rPr/>
        <w:t xml:space="preserve">, and </w:t>
      </w:r>
      <w:r>
        <w:rPr>
          <w:shd w:fill="B7DDE8" w:val="clear"/>
        </w:rPr>
        <w:t xml:space="preserve">the fool will be servant to the wise of heart</w:t>
      </w:r>
      <w:r>
        <w:rPr>
          <w:b w:val="false"/>
          <w:i w:val="false"/>
          <w:color w:val="000000"/>
          <w:u w:val="none"/>
        </w:rPr>
        <w:t xml:space="preserve"> [1HIG]</w:t>
      </w:r>
      <w:r>
        <w:rPr/>
        <w:t xml:space="preserve">.</w:t>
      </w:r>
    </w:p>
    <w:p>
      <w:pPr>
        <w:pStyle w:val="Yellow"/>
        <w:rPr/>
      </w:pPr>
      <w:r>
        <w:rPr>
          <w:b/>
        </w:rPr>
        <w:t xml:space="preserve">Proverbs 17:25</w:t>
      </w:r>
      <w:r>
        <w:rPr/>
        <w:t xml:space="preserve"> — </w:t>
      </w:r>
      <w:r>
        <w:rPr>
          <w:shd w:fill="B7DDE8" w:val="clear"/>
        </w:rPr>
        <w:t xml:space="preserve">A foolish son brings grief to his father</w:t>
      </w:r>
      <w:r>
        <w:rPr>
          <w:b w:val="false"/>
          <w:i w:val="false"/>
          <w:color w:val="000000"/>
          <w:u w:val="none"/>
        </w:rPr>
        <w:t xml:space="preserve"> [1HJR]</w:t>
      </w:r>
      <w:r>
        <w:rPr/>
        <w:t xml:space="preserve"> and </w:t>
      </w:r>
      <w:r>
        <w:rPr>
          <w:shd w:fill="B7DDE8" w:val="clear"/>
        </w:rPr>
        <w:t xml:space="preserve">bitterness to her who bore him</w:t>
      </w:r>
      <w:r>
        <w:rPr>
          <w:b w:val="false"/>
          <w:i w:val="false"/>
          <w:color w:val="000000"/>
          <w:u w:val="none"/>
        </w:rPr>
        <w:t xml:space="preserve"> [1HJS]</w:t>
      </w:r>
      <w:r>
        <w:rPr/>
        <w:t xml:space="preserve">.</w:t>
      </w:r>
    </w:p>
    <w:p>
      <w:pPr>
        <w:pStyle w:val="Yellow"/>
        <w:rPr/>
      </w:pPr>
      <w:r>
        <w:rPr>
          <w:b/>
        </w:rPr>
        <w:t xml:space="preserve">Proverbs 19:26</w:t>
      </w:r>
      <w:r>
        <w:rPr/>
        <w:t xml:space="preserve"> — </w:t>
      </w:r>
      <w:r>
        <w:rPr>
          <w:shd w:fill="B7DDE8" w:val="clear"/>
        </w:rPr>
        <w:t xml:space="preserve">He who assaults his father or evicts his mother is a son who brings shame and disgrace</w:t>
      </w:r>
      <w:r>
        <w:rPr>
          <w:b w:val="false"/>
          <w:i w:val="false"/>
          <w:color w:val="000000"/>
          <w:u w:val="none"/>
        </w:rPr>
        <w:t xml:space="preserve"> [1HTF]</w:t>
      </w:r>
      <w:r>
        <w:rPr/>
        <w:t xml:space="preserve">.</w:t>
      </w:r>
    </w:p>
    <w:p>
      <w:pPr>
        <w:pStyle w:val="Yellow"/>
        <w:rPr/>
      </w:pPr>
      <w:r>
        <w:rPr>
          <w:b/>
        </w:rPr>
        <w:t xml:space="preserve">Proverbs 20:20</w:t>
      </w:r>
      <w:r>
        <w:rPr/>
        <w:t xml:space="preserve"> — </w:t>
      </w:r>
      <w:r>
        <w:rPr>
          <w:shd w:fill="B7DDE8" w:val="clear"/>
        </w:rPr>
        <w:t xml:space="preserve">Whoever curses his father or mother, his lamp will be extinguished in deepest darkness</w:t>
      </w:r>
      <w:r>
        <w:rPr>
          <w:b w:val="false"/>
          <w:i w:val="false"/>
          <w:color w:val="000000"/>
          <w:u w:val="none"/>
        </w:rPr>
        <w:t xml:space="preserve"> [1HTE]</w:t>
      </w:r>
      <w:r>
        <w:rPr/>
        <w:t xml:space="preserve">.</w:t>
      </w:r>
    </w:p>
    <w:p>
      <w:pPr>
        <w:pStyle w:val="Yellow"/>
        <w:rPr/>
      </w:pPr>
      <w:r>
        <w:rPr>
          <w:b/>
        </w:rPr>
        <w:t xml:space="preserve">Proverbs 22:6</w:t>
      </w:r>
      <w:r>
        <w:rPr/>
        <w:t xml:space="preserve"> — </w:t>
      </w:r>
      <w:r>
        <w:rPr>
          <w:shd w:fill="B7DDE8" w:val="clear"/>
        </w:rPr>
        <w:t xml:space="preserve">Train up a child in the way he should go</w:t>
      </w:r>
      <w:r>
        <w:rPr>
          <w:b w:val="false"/>
          <w:i w:val="false"/>
          <w:color w:val="000000"/>
          <w:u w:val="none"/>
        </w:rPr>
        <w:t xml:space="preserve"> [1HBT]</w:t>
      </w:r>
      <w:r>
        <w:rPr/>
        <w:t xml:space="preserve">, and </w:t>
      </w:r>
      <w:r>
        <w:rPr>
          <w:shd w:fill="B7DDE8" w:val="clear"/>
        </w:rPr>
        <w:t xml:space="preserve">when he is old he will not depart from it</w:t>
      </w:r>
      <w:r>
        <w:rPr>
          <w:b w:val="false"/>
          <w:i w:val="false"/>
          <w:color w:val="000000"/>
          <w:u w:val="none"/>
        </w:rPr>
        <w:t xml:space="preserve"> [1HBU]</w:t>
      </w:r>
      <w:r>
        <w:rPr/>
        <w:t xml:space="preserve">.</w:t>
      </w:r>
    </w:p>
    <w:p>
      <w:pPr>
        <w:pStyle w:val="Yellow"/>
        <w:rPr/>
      </w:pPr>
      <w:r>
        <w:rPr>
          <w:b/>
        </w:rPr>
        <w:t xml:space="preserve">Proverbs 28:7</w:t>
      </w:r>
      <w:r>
        <w:rPr/>
        <w:t xml:space="preserve"> — </w:t>
      </w:r>
      <w:r>
        <w:rPr>
          <w:shd w:fill="B7DDE8" w:val="clear"/>
        </w:rPr>
        <w:t xml:space="preserve">A discerning son keeps the law</w:t>
      </w:r>
      <w:r>
        <w:rPr>
          <w:b w:val="false"/>
          <w:i w:val="false"/>
          <w:color w:val="000000"/>
          <w:u w:val="none"/>
        </w:rPr>
        <w:t xml:space="preserve"> [1HRS]</w:t>
      </w:r>
      <w:r>
        <w:rPr/>
        <w:t xml:space="preserve">, but </w:t>
      </w:r>
      <w:r>
        <w:rPr>
          <w:shd w:fill="B7DDE8" w:val="clear"/>
        </w:rPr>
        <w:t xml:space="preserve">a companion of gluttons disgraces his father</w:t>
      </w:r>
      <w:r>
        <w:rPr>
          <w:b w:val="false"/>
          <w:i w:val="false"/>
          <w:color w:val="000000"/>
          <w:u w:val="none"/>
        </w:rPr>
        <w:t xml:space="preserve"> [1HRT]</w:t>
      </w:r>
      <w:r>
        <w:rPr/>
        <w:t xml:space="preserve">.</w:t>
      </w:r>
    </w:p>
    <w:p>
      <w:pPr>
        <w:pStyle w:val="Yellow"/>
        <w:rPr/>
      </w:pPr>
      <w:r>
        <w:rPr>
          <w:b/>
        </w:rPr>
        <w:t xml:space="preserve">Proverbs 29:15</w:t>
      </w:r>
      <w:r>
        <w:rPr/>
        <w:t xml:space="preserve"> — </w:t>
      </w:r>
      <w:r>
        <w:rPr>
          <w:shd w:fill="B7DDE8" w:val="clear"/>
        </w:rPr>
        <w:t xml:space="preserve">A rod of correction imparts wisdom</w:t>
      </w:r>
      <w:r>
        <w:rPr>
          <w:b w:val="false"/>
          <w:i w:val="false"/>
          <w:color w:val="000000"/>
          <w:u w:val="none"/>
        </w:rPr>
        <w:t xml:space="preserve"> [1HNZ]</w:t>
      </w:r>
      <w:r>
        <w:rPr/>
        <w:t xml:space="preserve">, but </w:t>
      </w:r>
      <w:r>
        <w:rPr>
          <w:shd w:fill="B7DDE8" w:val="clear"/>
        </w:rPr>
        <w:t xml:space="preserve">a child left to himself disgraces his mother</w:t>
      </w:r>
      <w:r>
        <w:rPr>
          <w:b w:val="false"/>
          <w:i w:val="false"/>
          <w:color w:val="000000"/>
          <w:u w:val="none"/>
        </w:rPr>
        <w:t xml:space="preserve"> [1HOA]</w:t>
      </w:r>
      <w:r>
        <w:rPr/>
        <w:t xml:space="preserve">.</w:t>
      </w:r>
    </w:p>
    <w:p>
      <w:pPr>
        <w:pStyle w:val="Yellow"/>
        <w:rPr/>
      </w:pPr>
      <w:r>
        <w:rPr/>
        <w:t xml:space="preserve">(Mal4:5 “Elijah the prophet”) </w:t>
      </w:r>
      <w:r>
        <w:rPr>
          <w:b/>
        </w:rPr>
        <w:t xml:space="preserve">Malachi 4:6</w:t>
      </w:r>
      <w:r>
        <w:rPr/>
        <w:t xml:space="preserve"> — And </w:t>
      </w:r>
      <w:r>
        <w:rPr>
          <w:shd w:fill="B7DDE8" w:val="clear"/>
        </w:rPr>
        <w:t xml:space="preserve">{he} will turn the hearts of the fathers to their children, and the hearts of the children to their fathers</w:t>
      </w:r>
      <w:r>
        <w:rPr>
          <w:b w:val="false"/>
          <w:i w:val="false"/>
          <w:color w:val="000000"/>
          <w:u w:val="none"/>
        </w:rPr>
        <w:t xml:space="preserve"> [1JEE]</w:t>
      </w:r>
      <w:r>
        <w:rPr/>
        <w:t xml:space="preserve">. Otherwise, </w:t>
      </w:r>
      <w:r>
        <w:rPr>
          <w:shd w:fill="B7DDE8" w:val="clear"/>
        </w:rPr>
        <w:t xml:space="preserve">I will come and strike the land with a curse</w:t>
      </w:r>
      <w:r>
        <w:rPr>
          <w:b w:val="false"/>
          <w:i w:val="false"/>
          <w:color w:val="000000"/>
          <w:u w:val="none"/>
        </w:rPr>
        <w:t xml:space="preserve"> [1JEF]</w:t>
      </w:r>
      <w:r>
        <w:rPr/>
        <w:t xml:space="preserve">.”</w:t>
      </w:r>
    </w:p>
    <w:p>
      <w:pPr>
        <w:pStyle w:val="Yellow"/>
        <w:rPr/>
      </w:pPr>
      <w:r>
        <w:rPr>
          <w:b/>
          <w:u w:val="none"/>
          <w:shd w:val="clear" w:color="auto" w:fill="C00000"/>
          <w:color w:val="FFFFFF"/>
        </w:rPr>
        <w:t xml:space="preserve">Matthew 15:5–6</w:t>
      </w:r>
      <w:r>
        <w:rPr>
          <w:u w:val="none"/>
          <w:shd w:val="clear" w:color="auto" w:fill="C00000"/>
          <w:color w:val="FFFFFF"/>
        </w:rPr>
        <w:t xml:space="preserve"> — God said, ‘</w:t>
      </w:r>
      <w:r>
        <w:rPr>
          <w:u w:val="none"/>
          <w:shd w:val="clear" w:color="auto" w:fill="C00000"/>
          <w:color w:val="FFFFFF"/>
        </w:rPr>
        <w:t xml:space="preserve">Honor your father and mother</w:t>
      </w:r>
      <w:r>
        <w:rPr>
          <w:b w:val="false"/>
          <w:i w:val="false"/>
          <w:u w:val="none"/>
          <w:shd w:val="clear" w:color="auto" w:fill="C00000"/>
          <w:color w:val="FFFFFF"/>
        </w:rPr>
        <w:t xml:space="preserve"> [4FZL]</w:t>
      </w:r>
      <w:r>
        <w:rPr>
          <w:u w:val="none"/>
          <w:shd w:val="clear" w:color="auto" w:fill="C00000"/>
          <w:color w:val="FFFFFF"/>
        </w:rPr>
        <w:t xml:space="preserve">’ and ‘</w:t>
      </w:r>
      <w:r>
        <w:rPr>
          <w:u w:val="none"/>
          <w:shd w:val="clear" w:color="auto" w:fill="C00000"/>
          <w:color w:val="FFFFFF"/>
        </w:rPr>
        <w:t xml:space="preserve">Anyone who curses his father or mother must be put to death</w:t>
      </w:r>
      <w:r>
        <w:rPr>
          <w:b w:val="false"/>
          <w:i w:val="false"/>
          <w:u w:val="none"/>
          <w:shd w:val="clear" w:color="auto" w:fill="C00000"/>
          <w:color w:val="FFFFFF"/>
        </w:rPr>
        <w:t xml:space="preserve"> [2IUT]</w:t>
      </w:r>
      <w:r>
        <w:rPr>
          <w:u w:val="none"/>
          <w:shd w:val="clear" w:color="auto" w:fill="C00000"/>
          <w:color w:val="FFFFFF"/>
        </w:rPr>
        <w:t xml:space="preserve">.’</w:t>
      </w:r>
    </w:p>
    <w:p>
      <w:pPr>
        <w:pStyle w:val="Yellow"/>
        <w:rPr/>
      </w:pPr>
      <w:r>
        <w:rPr>
          <w:b/>
        </w:rPr>
        <w:t>Colossians 3:20</w:t>
      </w:r>
      <w:r>
        <w:rPr/>
        <w:t xml:space="preserve"> — </w:t>
      </w:r>
      <w:r>
        <w:rPr>
          <w:shd w:val="clear" w:fill="B7DDE8"/>
        </w:rPr>
        <w:t>Children, obey your parents in everything</w:t>
      </w:r>
      <w:r>
        <w:rPr>
          <w:b w:val="false"/>
          <w:i w:val="false"/>
          <w:color w:val="000000"/>
          <w:u w:val="none"/>
        </w:rPr>
        <w:t xml:space="preserve"> [1FKV]</w:t>
      </w:r>
      <w:r>
        <w:rPr/>
        <w:t xml:space="preserve">, for </w:t>
      </w:r>
      <w:r>
        <w:rPr>
          <w:shd w:val="clear" w:fill="B7DDE8"/>
        </w:rPr>
        <w:t>this is pleasing to the Lord</w:t>
      </w:r>
      <w:r>
        <w:rPr>
          <w:b w:val="false"/>
          <w:i w:val="false"/>
          <w:color w:val="000000"/>
          <w:u w:val="none"/>
        </w:rPr>
        <w:t xml:space="preserve"> [2DHE]</w:t>
      </w:r>
      <w:r>
        <w:rPr/>
        <w:t>.</w:t>
      </w:r>
    </w:p>
    <w:p>
      <w:pPr>
        <w:pStyle w:val="Yellow"/>
        <w:rPr/>
      </w:pPr>
      <w:r>
        <w:rPr>
          <w:b/>
          <w:shd w:val="clear" w:color="auto" w:fill="548235"/>
          <w:color w:val="FFFFFF"/>
        </w:rPr>
        <w:t xml:space="preserve">Colossians 3:21</w:t>
      </w:r>
      <w:r>
        <w:rPr>
          <w:shd w:val="clear" w:color="auto" w:fill="548235"/>
          <w:color w:val="FFFFFF"/>
        </w:rPr>
        <w:t xml:space="preserve"> — </w:t>
      </w:r>
      <w:r>
        <w:rPr>
          <w:shd w:fill="548235" w:val="clear" w:color="auto"/>
          <w:color w:val="FFFFFF"/>
        </w:rPr>
        <w:t xml:space="preserve">Fathers, do not provoke your children</w:t>
      </w:r>
      <w:r>
        <w:rPr>
          <w:b w:val="false"/>
          <w:i w:val="false"/>
          <w:color w:val="FFFFFF"/>
          <w:u w:val="none"/>
          <w:shd w:val="clear" w:color="auto" w:fill="548235"/>
        </w:rPr>
        <w:t xml:space="preserve"> [1GPI]</w:t>
      </w:r>
      <w:r>
        <w:rPr>
          <w:shd w:val="clear" w:color="auto" w:fill="548235"/>
          <w:color w:val="FFFFFF"/>
        </w:rPr>
        <w:t xml:space="preserve">, </w:t>
      </w:r>
      <w:r>
        <w:rPr>
          <w:shd w:fill="548235" w:val="clear" w:color="auto"/>
          <w:color w:val="FFFFFF"/>
        </w:rPr>
        <w:t xml:space="preserve">so they will not become discouraged</w:t>
      </w:r>
      <w:r>
        <w:rPr>
          <w:b w:val="false"/>
          <w:i w:val="false"/>
          <w:color w:val="FFFFFF"/>
          <w:u w:val="none"/>
          <w:shd w:val="clear" w:color="auto" w:fill="548235"/>
        </w:rPr>
        <w:t xml:space="preserve"> [1GPJ]</w:t>
      </w:r>
      <w:r>
        <w:rPr>
          <w:shd w:val="clear" w:color="auto" w:fill="548235"/>
          <w:color w:val="FFFFFF"/>
        </w:rPr>
        <w:t xml:space="preserve">.</w:t>
      </w:r>
    </w:p>
    <w:p>
      <w:pPr>
        <w:pStyle w:val="Yellow"/>
        <w:rPr/>
      </w:pPr>
      <w:r>
        <w:rPr>
          <w:b/>
        </w:rPr>
        <w:t>1 Peter 3:7</w:t>
      </w:r>
      <w:r>
        <w:rPr/>
        <w:t xml:space="preserve"> — Husbands, in the same way, </w:t>
      </w:r>
      <w:r>
        <w:rPr>
          <w:shd w:fill="B7DDE8" w:val="clear"/>
        </w:rPr>
        <w:t>treat your wives with consideration as a delicate vessel</w:t>
      </w:r>
      <w:r>
        <w:rPr>
          <w:b w:val="false"/>
          <w:i w:val="false"/>
          <w:color w:val="000000"/>
          <w:u w:val="none"/>
        </w:rPr>
        <w:t xml:space="preserve"> [1FXJ]</w:t>
      </w:r>
      <w:r>
        <w:rPr/>
        <w:t xml:space="preserve">, and </w:t>
      </w:r>
      <w:r>
        <w:rPr>
          <w:shd w:fill="B7DDE8" w:val="clear"/>
        </w:rPr>
        <w:t>with honor as fellow heirs of the gracious gift of life</w:t>
      </w:r>
      <w:r>
        <w:rPr>
          <w:b w:val="false"/>
          <w:i w:val="false"/>
          <w:color w:val="000000"/>
          <w:u w:val="none"/>
        </w:rPr>
        <w:t xml:space="preserve"> [1FXK]</w:t>
      </w:r>
      <w:r>
        <w:rPr/>
        <w:t xml:space="preserve">, </w:t>
      </w:r>
      <w:r>
        <w:rPr>
          <w:shd w:fill="B7DDE8" w:val="clear"/>
        </w:rPr>
        <w:t>so that your prayers will not be hindered</w:t>
      </w:r>
      <w:r>
        <w:rPr>
          <w:b w:val="false"/>
          <w:i w:val="false"/>
          <w:u w:val="none"/>
          <w:color w:val="000000"/>
        </w:rPr>
        <w:t xml:space="preserve"> [1FXL]</w:t>
      </w:r>
      <w:r>
        <w:rPr/>
        <w:t>.</w:t>
      </w:r>
    </w:p>
    <w:p>
      <w:r>
        <w:rPr>
          <w:b/>
          <w:sz w:val="32"/>
          <w:highlight w:val="yellow"/>
        </w:rPr>
        <w:t>Fear of the Lord  (19)</w:t>
      </w:r>
    </w:p>
    <w:p>
      <w:pPr>
        <w:pStyle w:val="Yellow"/>
        <w:rPr/>
        <w:pBdr>
          <w:left w:val="single" w:sz="28" w:space="5" w:color="C00000"/>
        </w:pBdr>
      </w:pPr>
      <w:r>
        <w:rPr>
          <w:b/>
        </w:rPr>
        <w:t xml:space="preserve">Nehemiah 4:14</w:t>
      </w:r>
      <w:r>
        <w:rPr/>
        <w:t xml:space="preserve"> — </w:t>
      </w:r>
      <w:r>
        <w:rPr>
          <w:shd w:fill="B7DDE8" w:val="clear"/>
        </w:rPr>
        <w:t xml:space="preserve">Remember the Lord</w:t>
      </w:r>
      <w:r>
        <w:rPr>
          <w:b w:val="false"/>
          <w:i w:val="false"/>
          <w:color w:val="000000"/>
          <w:u w:val="none"/>
        </w:rPr>
        <w:t xml:space="preserve"> [1LSH]</w:t>
      </w:r>
      <w:r>
        <w:rPr/>
        <w:t xml:space="preserve">, </w:t>
      </w:r>
      <w:r>
        <w:rPr>
          <w:shd w:fill="F4B183" w:val="clear" w:color="auto"/>
          <w:color w:val="000000"/>
        </w:rPr>
        <w:t xml:space="preserve">who is great and awesome</w:t>
      </w:r>
      <w:r>
        <w:rPr>
          <w:b w:val="false"/>
          <w:i w:val="false"/>
          <w:color w:val="000000"/>
          <w:u w:val="none"/>
          <w:shd w:val="clear" w:color="auto" w:fill="F4B183"/>
        </w:rPr>
        <w:t xml:space="preserve"> [2AIK]</w:t>
      </w:r>
    </w:p>
    <w:p>
      <w:pPr>
        <w:pStyle w:val="Yellow"/>
        <w:rPr/>
      </w:pPr>
      <w:r>
        <w:rPr>
          <w:b/>
        </w:rPr>
        <w:t>Psalm 19:9</w:t>
      </w:r>
      <w:r>
        <w:rPr/>
        <w:t xml:space="preserve"> — </w:t>
      </w:r>
      <w:r>
        <w:rPr>
          <w:shd w:val="clear" w:fill="B7DDE8"/>
        </w:rPr>
        <w:t>The fear of the LORD is pure, enduring forever</w:t>
      </w:r>
      <w:r>
        <w:rPr>
          <w:b w:val="false"/>
          <w:i w:val="false"/>
          <w:color w:val="000000"/>
          <w:u w:val="none"/>
        </w:rPr>
        <w:t xml:space="preserve"> [1FEA]</w:t>
      </w:r>
      <w:r>
        <w:rPr/>
        <w:t xml:space="preserve">; </w:t>
      </w:r>
      <w:r>
        <w:rPr>
          <w:shd w:val="clear" w:color="auto" w:fill="D9C3E6"/>
        </w:rPr>
        <w:t>the judgments of the LORD are true, being altogether righteous</w:t>
      </w:r>
      <w:r>
        <w:rPr>
          <w:b w:val="false"/>
          <w:i w:val="false"/>
          <w:color w:val="000000"/>
          <w:u w:val="none"/>
        </w:rPr>
        <w:t xml:space="preserve"> [2FEB]</w:t>
      </w:r>
      <w:r>
        <w:rPr>
          <w:shd w:val="clear" w:color="auto" w:fill="D9C3E6"/>
        </w:rPr>
        <w:t>.</w:t>
      </w:r>
    </w:p>
    <w:p>
      <w:pPr>
        <w:pStyle w:val="Yellow"/>
        <w:rPr/>
        <w:pBdr>
          <w:left w:val="single" w:sz="28" w:space="5" w:color="C00000"/>
        </w:pBdr>
      </w:pPr>
      <w:r>
        <w:rPr>
          <w:b/>
        </w:rPr>
        <w:t>Psalm 25:12–13</w:t>
      </w:r>
      <w:r>
        <w:rPr/>
        <w:t xml:space="preserve"> — </w:t>
      </w:r>
      <w:r>
        <w:rPr>
          <w:shd w:val="clear" w:fill="B7DDE8"/>
        </w:rPr>
        <w:t>Who is the man who fears the LORD? He will instruct him in the path chosen for him</w:t>
      </w:r>
      <w:r>
        <w:rPr>
          <w:b w:val="false"/>
          <w:i w:val="false"/>
          <w:color w:val="000000"/>
          <w:u w:val="none"/>
        </w:rPr>
        <w:t xml:space="preserve"> [1EID]</w:t>
      </w:r>
      <w:r>
        <w:rPr/>
        <w:t xml:space="preserve">. </w:t>
      </w:r>
      <w:r>
        <w:rPr>
          <w:shd w:val="clear" w:fill="B7DDE8"/>
        </w:rPr>
        <w:t>His soul will dwell in prosperity</w:t>
      </w:r>
      <w:r>
        <w:rPr>
          <w:b w:val="false"/>
          <w:i w:val="false"/>
          <w:color w:val="000000"/>
          <w:u w:val="none"/>
        </w:rPr>
        <w:t xml:space="preserve"> [1EIE]</w:t>
      </w:r>
      <w:r>
        <w:rPr/>
        <w:t xml:space="preserve">, and </w:t>
      </w:r>
      <w:r>
        <w:rPr>
          <w:shd w:val="clear" w:fill="F4B183" w:color="auto"/>
          <w:color w:val="000000"/>
        </w:rPr>
        <w:t>his descendants will inherit the land</w:t>
      </w:r>
      <w:r>
        <w:rPr>
          <w:b w:val="false"/>
          <w:i w:val="false"/>
          <w:color w:val="000000"/>
          <w:u w:val="none"/>
          <w:shd w:val="clear" w:color="auto" w:fill="F4B183"/>
        </w:rPr>
        <w:t xml:space="preserve"> [1EIF]</w:t>
      </w:r>
      <w:r>
        <w:rPr/>
        <w:t>.</w:t>
      </w:r>
    </w:p>
    <w:p>
      <w:pPr>
        <w:pStyle w:val="Yellow"/>
        <w:rPr/>
      </w:pPr>
      <w:r>
        <w:rPr>
          <w:b/>
        </w:rPr>
        <w:t>Psalm 25:14</w:t>
      </w:r>
      <w:r>
        <w:rPr/>
        <w:t xml:space="preserve"> — </w:t>
      </w:r>
      <w:r>
        <w:rPr>
          <w:shd w:fill="B7DDE8" w:val="clear"/>
        </w:rPr>
        <w:t>The LORD confides in those who fear Him</w:t>
      </w:r>
      <w:r>
        <w:rPr>
          <w:b w:val="false"/>
          <w:i w:val="false"/>
          <w:color w:val="000000"/>
          <w:u w:val="none"/>
        </w:rPr>
        <w:t xml:space="preserve"> [1ADJ]</w:t>
      </w:r>
      <w:r>
        <w:rPr/>
        <w:t xml:space="preserve">, and </w:t>
      </w:r>
      <w:r>
        <w:rPr>
          <w:shd w:fill="B7DDE8" w:val="clear"/>
        </w:rPr>
        <w:t xml:space="preserve">reveals His </w:t>
      </w:r>
      <w:r>
        <w:rPr>
          <w:shd w:fill="B7DDE8" w:val="clear"/>
        </w:rPr>
        <w:t>covenant</w:t>
      </w:r>
      <w:r>
        <w:rPr>
          <w:shd w:fill="B7DDE8" w:val="clear"/>
        </w:rPr>
        <w:t xml:space="preserve"> to them</w:t>
      </w:r>
      <w:r>
        <w:rPr>
          <w:b w:val="false"/>
          <w:i w:val="false"/>
          <w:color w:val="000000"/>
          <w:u w:val="none"/>
        </w:rPr>
        <w:t xml:space="preserve"> [1ADK]</w:t>
      </w:r>
      <w:r>
        <w:rPr/>
        <w:t>.</w:t>
      </w:r>
    </w:p>
    <w:p>
      <w:pPr>
        <w:pStyle w:val="Yellow"/>
        <w:rPr/>
      </w:pPr>
      <w:r>
        <w:rPr>
          <w:b/>
        </w:rPr>
        <w:t>Psalm 89:7</w:t>
      </w:r>
      <w:r>
        <w:rPr/>
        <w:t xml:space="preserve"> — In the council of the holy ones, </w:t>
      </w:r>
      <w:r>
        <w:rPr>
          <w:shd w:val="clear" w:fill="B7DDE8"/>
        </w:rPr>
        <w:t>God is greatly feared</w:t>
      </w:r>
      <w:r>
        <w:rPr>
          <w:b w:val="false"/>
          <w:i w:val="false"/>
          <w:color w:val="000000"/>
          <w:u w:val="none"/>
        </w:rPr>
        <w:t xml:space="preserve"> [1FCR]</w:t>
      </w:r>
      <w:r>
        <w:rPr/>
        <w:t xml:space="preserve">, and </w:t>
      </w:r>
      <w:r>
        <w:rPr>
          <w:shd w:val="clear" w:fill="B7DDE8"/>
        </w:rPr>
        <w:t>awesome above all who surround Him</w:t>
      </w:r>
      <w:r>
        <w:rPr>
          <w:b w:val="false"/>
          <w:i w:val="false"/>
          <w:color w:val="000000"/>
          <w:u w:val="none"/>
        </w:rPr>
        <w:t xml:space="preserve"> [1FCS]</w:t>
      </w:r>
      <w:r>
        <w:rPr/>
        <w:t>.</w:t>
      </w:r>
    </w:p>
    <w:p>
      <w:pPr>
        <w:pStyle w:val="Yellow"/>
        <w:rPr/>
        <w:pBdr>
          <w:left w:val="single" w:sz="28" w:space="5" w:color="C00000"/>
        </w:pBdr>
      </w:pPr>
      <w:r>
        <w:rPr>
          <w:b/>
        </w:rPr>
        <w:t>Psalm 112:1–2</w:t>
      </w:r>
      <w:r>
        <w:rPr/>
        <w:t xml:space="preserve"> — </w:t>
      </w:r>
      <w:r>
        <w:rPr>
          <w:shd w:val="clear" w:fill="B7DDE8"/>
        </w:rPr>
        <w:t>Blessed is the man who fears the LORD, who greatly delights in His commandments</w:t>
      </w:r>
      <w:r>
        <w:rPr>
          <w:b w:val="false"/>
          <w:i w:val="false"/>
          <w:color w:val="000000"/>
          <w:u w:val="none"/>
        </w:rPr>
        <w:t xml:space="preserve"> [1EIA]</w:t>
      </w:r>
      <w:r>
        <w:rPr/>
        <w:t xml:space="preserve">. </w:t>
      </w:r>
      <w:r>
        <w:rPr>
          <w:shd w:val="clear" w:fill="B7DDE8"/>
        </w:rPr>
        <w:t>His descendants will be mighty in the land</w:t>
      </w:r>
      <w:r>
        <w:rPr>
          <w:b w:val="false"/>
          <w:i w:val="false"/>
          <w:color w:val="000000"/>
          <w:u w:val="none"/>
        </w:rPr>
        <w:t xml:space="preserve"> [1EIB]</w:t>
      </w:r>
      <w:r>
        <w:rPr/>
        <w:t xml:space="preserve">; </w:t>
      </w:r>
      <w:r>
        <w:rPr>
          <w:shd w:val="clear" w:fill="F4B183" w:color="auto"/>
          <w:color w:val="000000"/>
        </w:rPr>
        <w:t>the generation of the upright will be blessed</w:t>
      </w:r>
      <w:r>
        <w:rPr>
          <w:b w:val="false"/>
          <w:i w:val="false"/>
          <w:color w:val="000000"/>
          <w:u w:val="none"/>
          <w:shd w:val="clear" w:color="auto" w:fill="F4B183"/>
        </w:rPr>
        <w:t xml:space="preserve"> [1EIC]</w:t>
      </w:r>
      <w:r>
        <w:rPr/>
        <w:t>.</w:t>
      </w:r>
    </w:p>
    <w:p>
      <w:pPr>
        <w:pStyle w:val="Yellow"/>
        <w:rPr/>
      </w:pPr>
      <w:r>
        <w:rPr>
          <w:b/>
        </w:rPr>
        <w:t xml:space="preserve">Proverbs 14:27</w:t>
      </w:r>
      <w:r>
        <w:rPr/>
        <w:t xml:space="preserve"> — </w:t>
      </w:r>
      <w:r>
        <w:rPr>
          <w:shd w:fill="B7DDE8" w:val="clear"/>
        </w:rPr>
        <w:t xml:space="preserve">The fear of the LORD is a fountain of life</w:t>
      </w:r>
      <w:r>
        <w:rPr>
          <w:b w:val="false"/>
          <w:i w:val="false"/>
          <w:color w:val="000000"/>
          <w:u w:val="none"/>
        </w:rPr>
        <w:t xml:space="preserve"> [1IWS]</w:t>
      </w:r>
      <w:r>
        <w:rPr/>
        <w:t xml:space="preserve">, </w:t>
      </w:r>
      <w:r>
        <w:rPr>
          <w:shd w:fill="F4B183" w:val="clear" w:color="auto"/>
          <w:color w:val="000000"/>
        </w:rPr>
        <w:t xml:space="preserve">turning a man from the snares of death</w:t>
      </w:r>
      <w:r>
        <w:rPr>
          <w:b w:val="false"/>
          <w:i w:val="false"/>
          <w:color w:val="000000"/>
          <w:u w:val="none"/>
          <w:shd w:val="clear" w:color="auto" w:fill="F4B183"/>
        </w:rPr>
        <w:t xml:space="preserve"> [2HIP]</w:t>
      </w:r>
      <w:r>
        <w:rPr/>
        <w:t xml:space="preserve">.</w:t>
      </w:r>
    </w:p>
    <w:p>
      <w:pPr>
        <w:pStyle w:val="Yellow"/>
        <w:rPr/>
      </w:pPr>
      <w:r>
        <w:rPr>
          <w:b/>
        </w:rPr>
        <w:t>Proverbs 19:23</w:t>
      </w:r>
      <w:r>
        <w:rPr/>
        <w:t xml:space="preserve"> — </w:t>
      </w:r>
      <w:r>
        <w:rPr>
          <w:shd w:val="clear" w:fill="B7DDE8"/>
        </w:rPr>
        <w:t>The fear of the LORD leads to life</w:t>
      </w:r>
      <w:r>
        <w:rPr>
          <w:b w:val="false"/>
          <w:i w:val="false"/>
          <w:color w:val="000000"/>
          <w:u w:val="none"/>
        </w:rPr>
        <w:t xml:space="preserve"> [1DMO]</w:t>
      </w:r>
      <w:r>
        <w:rPr/>
        <w:t xml:space="preserve">, that </w:t>
      </w:r>
      <w:r>
        <w:rPr>
          <w:shd w:val="clear" w:fill="B7DDE8"/>
        </w:rPr>
        <w:t>one may rest content</w:t>
      </w:r>
      <w:r>
        <w:rPr>
          <w:b w:val="false"/>
          <w:i w:val="false"/>
          <w:color w:val="000000"/>
          <w:u w:val="none"/>
        </w:rPr>
        <w:t xml:space="preserve"> [1DMP]</w:t>
      </w:r>
      <w:r>
        <w:rPr/>
        <w:t xml:space="preserve">, </w:t>
      </w:r>
      <w:r>
        <w:rPr>
          <w:shd w:val="clear" w:fill="B7DDE8"/>
        </w:rPr>
        <w:t>without visitation from harm</w:t>
      </w:r>
      <w:r>
        <w:rPr>
          <w:b w:val="false"/>
          <w:i w:val="false"/>
          <w:color w:val="000000"/>
          <w:u w:val="none"/>
        </w:rPr>
        <w:t xml:space="preserve"> [1DMQ]</w:t>
      </w:r>
      <w:r>
        <w:rPr/>
        <w:t>.</w:t>
      </w:r>
    </w:p>
    <w:p>
      <w:pPr>
        <w:pStyle w:val="Yellow"/>
        <w:rPr/>
        <w:pBdr>
          <w:left w:val="single" w:sz="28" w:space="5" w:color="C00000"/>
        </w:pBdr>
      </w:pPr>
      <w:r>
        <w:rPr>
          <w:b/>
          <w:shd w:val="clear" w:color="auto" w:fill="F4B183"/>
          <w:color w:val="000000"/>
        </w:rPr>
        <w:t xml:space="preserve">Proverbs 22:4</w:t>
      </w:r>
      <w:r>
        <w:rPr>
          <w:shd w:val="clear" w:color="auto" w:fill="F4B183"/>
          <w:color w:val="000000"/>
        </w:rPr>
        <w:t xml:space="preserve"> — </w:t>
      </w:r>
      <w:r>
        <w:rPr>
          <w:shd w:fill="F4B183" w:val="clear" w:color="auto"/>
          <w:color w:val="000000"/>
        </w:rPr>
        <w:t xml:space="preserve">The rewards of humility and the fear of the LORD are wealth and honor and life</w:t>
      </w:r>
      <w:r>
        <w:rPr>
          <w:b w:val="false"/>
          <w:i w:val="false"/>
          <w:color w:val="000000"/>
          <w:u w:val="none"/>
          <w:shd w:val="clear" w:color="auto" w:fill="F4B183"/>
        </w:rPr>
        <w:t xml:space="preserve"> [1HDK]</w:t>
      </w:r>
      <w:r>
        <w:rPr>
          <w:shd w:val="clear" w:color="auto" w:fill="F4B183"/>
          <w:color w:val="000000"/>
        </w:rPr>
        <w:t xml:space="preserve">.</w:t>
      </w:r>
    </w:p>
    <w:p>
      <w:pPr>
        <w:pStyle w:val="Yellow"/>
        <w:rPr/>
      </w:pPr>
      <w:r>
        <w:rPr>
          <w:b/>
        </w:rPr>
        <w:t xml:space="preserve">Proverbs 23:17–18</w:t>
      </w:r>
      <w:r>
        <w:rPr/>
        <w:t xml:space="preserve"> — </w:t>
      </w:r>
      <w:r>
        <w:rPr>
          <w:shd w:fill="B7DDE8" w:val="clear"/>
        </w:rPr>
        <w:t xml:space="preserve">Do not let your heart envy sinners</w:t>
      </w:r>
      <w:r>
        <w:rPr>
          <w:b w:val="false"/>
          <w:i w:val="false"/>
          <w:color w:val="000000"/>
          <w:u w:val="none"/>
        </w:rPr>
        <w:t xml:space="preserve"> [1JMJ]</w:t>
      </w:r>
      <w:r>
        <w:rPr/>
        <w:t xml:space="preserve">, but </w:t>
      </w:r>
      <w:r>
        <w:rPr>
          <w:shd w:fill="B7DDE8" w:val="clear"/>
        </w:rPr>
        <w:t xml:space="preserve">always continue in the fear of the LORD</w:t>
      </w:r>
      <w:r>
        <w:rPr>
          <w:b w:val="false"/>
          <w:i w:val="false"/>
          <w:color w:val="000000"/>
          <w:u w:val="none"/>
        </w:rPr>
        <w:t xml:space="preserve"> [1JMK]</w:t>
      </w:r>
      <w:r>
        <w:rPr/>
        <w:t xml:space="preserve">. For </w:t>
      </w:r>
      <w:r>
        <w:rPr/>
        <w:t xml:space="preserve">surely there is a future</w:t>
      </w:r>
      <w:r>
        <w:rPr>
          <w:b w:val="false"/>
          <w:i w:val="false"/>
          <w:color w:val="000000"/>
          <w:u w:val="none"/>
        </w:rPr>
        <w:t xml:space="preserve"> [2HKI]</w:t>
      </w:r>
      <w:r>
        <w:rPr/>
        <w:t xml:space="preserve">, and </w:t>
      </w:r>
      <w:r>
        <w:rPr/>
        <w:t xml:space="preserve">your hope will not be cut off</w:t>
      </w:r>
      <w:r>
        <w:rPr>
          <w:b w:val="false"/>
          <w:i w:val="false"/>
          <w:color w:val="000000"/>
          <w:u w:val="none"/>
        </w:rPr>
        <w:t xml:space="preserve"> [2HKI]</w:t>
      </w:r>
      <w:r>
        <w:rPr/>
        <w:t xml:space="preserve">.</w:t>
      </w:r>
    </w:p>
    <w:p>
      <w:pPr>
        <w:pStyle w:val="Yellow"/>
        <w:rPr/>
      </w:pPr>
      <w:r>
        <w:rPr>
          <w:b/>
        </w:rPr>
        <w:t>Ecclesiastes 8:12-13</w:t>
      </w:r>
      <w:r>
        <w:rPr/>
        <w:t xml:space="preserve"> — Although </w:t>
      </w:r>
      <w:r>
        <w:rPr>
          <w:shd w:val="clear" w:fill="B7DDE8"/>
        </w:rPr>
        <w:t>a sinner does evil a hundred times</w:t>
      </w:r>
      <w:r>
        <w:rPr>
          <w:b w:val="false"/>
          <w:i w:val="false"/>
          <w:color w:val="000000"/>
          <w:u w:val="none"/>
        </w:rPr>
        <w:t xml:space="preserve"> [1CWL]</w:t>
      </w:r>
      <w:r>
        <w:rPr/>
        <w:t xml:space="preserve"> and </w:t>
      </w:r>
      <w:r>
        <w:rPr>
          <w:shd w:val="clear" w:fill="B7DDE8"/>
        </w:rPr>
        <w:t>still lives long</w:t>
      </w:r>
      <w:r>
        <w:rPr>
          <w:b w:val="false"/>
          <w:i w:val="false"/>
          <w:color w:val="000000"/>
          <w:u w:val="none"/>
        </w:rPr>
        <w:t xml:space="preserve"> [1CWM]</w:t>
      </w:r>
      <w:r>
        <w:rPr/>
        <w:t xml:space="preserve">, yet I also know that </w:t>
      </w:r>
      <w:r>
        <w:rPr>
          <w:shd w:val="clear" w:fill="B7DDE8"/>
        </w:rPr>
        <w:t>it will go well with those who fear God, who are reverent in His presence</w:t>
      </w:r>
      <w:r>
        <w:rPr>
          <w:b w:val="false"/>
          <w:i w:val="false"/>
          <w:color w:val="000000"/>
          <w:u w:val="none"/>
        </w:rPr>
        <w:t xml:space="preserve"> [1CWN]</w:t>
      </w:r>
      <w:r>
        <w:rPr/>
        <w:t xml:space="preserve">. Yet because </w:t>
      </w:r>
      <w:r>
        <w:rPr>
          <w:shd w:val="clear" w:fill="B7DDE8"/>
        </w:rPr>
        <w:t>the wicked do not fear God</w:t>
      </w:r>
      <w:r>
        <w:rPr>
          <w:b w:val="false"/>
          <w:i w:val="false"/>
          <w:color w:val="000000"/>
          <w:u w:val="none"/>
        </w:rPr>
        <w:t xml:space="preserve"> [1CWO]</w:t>
      </w:r>
      <w:r>
        <w:rPr/>
        <w:t xml:space="preserve">, </w:t>
      </w:r>
      <w:r>
        <w:rPr>
          <w:shd w:val="clear" w:fill="B7DDE8"/>
        </w:rPr>
        <w:t>it will not go well with them</w:t>
      </w:r>
      <w:r>
        <w:rPr>
          <w:b w:val="false"/>
          <w:i w:val="false"/>
          <w:color w:val="000000"/>
          <w:u w:val="none"/>
        </w:rPr>
        <w:t xml:space="preserve"> [1CWP]</w:t>
      </w:r>
      <w:r>
        <w:rPr/>
        <w:t xml:space="preserve">, and </w:t>
      </w:r>
      <w:r>
        <w:rPr>
          <w:shd w:val="clear" w:fill="B7DDE8"/>
        </w:rPr>
        <w:t>their days will not lengthen like a shadow</w:t>
      </w:r>
      <w:r>
        <w:rPr>
          <w:b w:val="false"/>
          <w:i w:val="false"/>
          <w:color w:val="000000"/>
          <w:u w:val="none"/>
        </w:rPr>
        <w:t xml:space="preserve"> [1CWQ]</w:t>
      </w:r>
      <w:r>
        <w:rPr/>
        <w:t>.</w:t>
      </w:r>
    </w:p>
    <w:p>
      <w:pPr>
        <w:pStyle w:val="Yellow"/>
        <w:rPr/>
      </w:pPr>
      <w:r>
        <w:rPr>
          <w:b/>
        </w:rPr>
        <w:t>Isaiah 8:13–15</w:t>
      </w:r>
      <w:r>
        <w:rPr/>
        <w:t xml:space="preserve"> — </w:t>
      </w:r>
      <w:r>
        <w:rPr>
          <w:shd w:val="clear" w:fill="B7DDE8"/>
        </w:rPr>
        <w:t>The LORD of Hosts is the One you shall regard as holy</w:t>
      </w:r>
      <w:r>
        <w:rPr>
          <w:b w:val="false"/>
          <w:i w:val="false"/>
          <w:color w:val="000000"/>
          <w:u w:val="none"/>
        </w:rPr>
        <w:t xml:space="preserve"> [1FCO]</w:t>
      </w:r>
      <w:r>
        <w:rPr/>
        <w:t xml:space="preserve">. </w:t>
      </w:r>
      <w:r>
        <w:rPr>
          <w:shd w:val="clear" w:fill="B7DDE8"/>
        </w:rPr>
        <w:t>Only He should be feared</w:t>
      </w:r>
      <w:r>
        <w:rPr>
          <w:b w:val="false"/>
          <w:i w:val="false"/>
          <w:color w:val="000000"/>
          <w:u w:val="none"/>
        </w:rPr>
        <w:t xml:space="preserve"> [1FCP]</w:t>
      </w:r>
      <w:r>
        <w:rPr/>
        <w:t xml:space="preserve">; </w:t>
      </w:r>
      <w:r>
        <w:rPr>
          <w:shd w:val="clear" w:fill="B7DDE8"/>
        </w:rPr>
        <w:t>only He should be dreaded</w:t>
      </w:r>
      <w:r>
        <w:rPr>
          <w:b w:val="false"/>
          <w:i w:val="false"/>
          <w:color w:val="000000"/>
          <w:u w:val="none"/>
        </w:rPr>
        <w:t xml:space="preserve"> [1FCP]</w:t>
      </w:r>
      <w:r>
        <w:rPr/>
        <w:t xml:space="preserve">. And </w:t>
      </w:r>
      <w:r>
        <w:rPr>
          <w:shd w:val="clear" w:fill="B7DDE8"/>
        </w:rPr>
        <w:t>He will be a sanctuary</w:t>
      </w:r>
      <w:r>
        <w:rPr>
          <w:b w:val="false"/>
          <w:i w:val="false"/>
          <w:color w:val="000000"/>
          <w:u w:val="none"/>
        </w:rPr>
        <w:t xml:space="preserve"> [1FCQ]</w:t>
      </w:r>
      <w:r>
        <w:rPr/>
        <w:t>.</w:t>
      </w:r>
    </w:p>
    <w:p>
      <w:pPr>
        <w:pStyle w:val="Yellow"/>
        <w:rPr/>
      </w:pPr>
      <w:r>
        <w:rPr/>
        <w:t xml:space="preserve">(Is25:2 “You have made the city a heap of rubble”) </w:t>
      </w:r>
      <w:r>
        <w:rPr>
          <w:b/>
        </w:rPr>
        <w:t xml:space="preserve">Isaiah 25:3</w:t>
      </w:r>
      <w:r>
        <w:rPr/>
        <w:t xml:space="preserve"> — {Therefore}, </w:t>
      </w:r>
      <w:r>
        <w:rPr>
          <w:shd w:fill="B7DDE8" w:val="clear"/>
        </w:rPr>
        <w:t xml:space="preserve">a strong people will honor You</w:t>
      </w:r>
      <w:r>
        <w:rPr>
          <w:b w:val="false"/>
          <w:i w:val="false"/>
          <w:color w:val="000000"/>
          <w:u w:val="none"/>
        </w:rPr>
        <w:t xml:space="preserve"> [1FZH]</w:t>
      </w:r>
      <w:r>
        <w:rPr/>
        <w:t xml:space="preserve">. </w:t>
      </w:r>
      <w:r>
        <w:rPr>
          <w:shd w:fill="B7DDE8" w:val="clear"/>
        </w:rPr>
        <w:t xml:space="preserve">The cities of ruthless nations will revere You</w:t>
      </w:r>
      <w:r>
        <w:rPr>
          <w:b w:val="false"/>
          <w:i w:val="false"/>
          <w:color w:val="000000"/>
          <w:u w:val="none"/>
        </w:rPr>
        <w:t xml:space="preserve"> [1FZI]</w:t>
      </w:r>
      <w:r>
        <w:rPr/>
        <w:t xml:space="preserve">.</w:t>
      </w:r>
    </w:p>
    <w:p>
      <w:pPr>
        <w:pStyle w:val="Yellow"/>
        <w:rPr/>
      </w:pPr>
      <w:r>
        <w:rPr/>
        <w:t xml:space="preserve">(Mal2:4 “Levi”) </w:t>
      </w:r>
      <w:r>
        <w:rPr>
          <w:b/>
        </w:rPr>
        <w:t>Malachi 2:5</w:t>
      </w:r>
      <w:r>
        <w:rPr/>
        <w:t xml:space="preserve"> — </w:t>
      </w:r>
      <w:r>
        <w:rPr>
          <w:shd w:fill="B7DDE8" w:val="clear"/>
        </w:rPr>
        <w:t xml:space="preserve">My </w:t>
      </w:r>
      <w:r>
        <w:rPr>
          <w:shd w:fill="B7DDE8" w:val="clear"/>
        </w:rPr>
        <w:t>covenant</w:t>
      </w:r>
      <w:r>
        <w:rPr>
          <w:shd w:fill="B7DDE8" w:val="clear"/>
        </w:rPr>
        <w:t xml:space="preserve"> with {him} was one of </w:t>
      </w:r>
      <w:r>
        <w:rPr>
          <w:shd w:fill="B7DDE8" w:val="clear"/>
        </w:rPr>
        <w:t>life</w:t>
      </w:r>
      <w:r>
        <w:rPr>
          <w:shd w:fill="B7DDE8" w:val="clear"/>
        </w:rPr>
        <w:t xml:space="preserve"> and peace, which I gave to him</w:t>
      </w:r>
      <w:r>
        <w:rPr>
          <w:b w:val="false"/>
          <w:i w:val="false"/>
          <w:color w:val="000000"/>
          <w:u w:val="none"/>
        </w:rPr>
        <w:t xml:space="preserve"> [1ADE]</w:t>
      </w:r>
      <w:r>
        <w:rPr/>
        <w:t xml:space="preserve">; </w:t>
      </w:r>
      <w:r>
        <w:rPr>
          <w:shd w:fill="B7DDE8" w:val="clear"/>
        </w:rPr>
        <w:t>it called for reverence</w:t>
      </w:r>
      <w:r>
        <w:rPr>
          <w:b w:val="false"/>
          <w:i w:val="false"/>
          <w:color w:val="000000"/>
          <w:u w:val="none"/>
        </w:rPr>
        <w:t xml:space="preserve"> [1ADF]</w:t>
      </w:r>
      <w:r>
        <w:rPr/>
        <w:t xml:space="preserve">, and </w:t>
      </w:r>
      <w:r>
        <w:rPr>
          <w:shd w:fill="B7DDE8" w:val="clear"/>
        </w:rPr>
        <w:t>he revered Me and stood in awe of My name</w:t>
      </w:r>
      <w:r>
        <w:rPr>
          <w:b w:val="false"/>
          <w:i w:val="false"/>
          <w:color w:val="000000"/>
          <w:u w:val="none"/>
        </w:rPr>
        <w:t xml:space="preserve"> [1ADG]</w:t>
      </w:r>
      <w:r>
        <w:rPr/>
        <w:t>.</w:t>
      </w:r>
    </w:p>
    <w:p>
      <w:pPr>
        <w:pStyle w:val="Yellow"/>
        <w:rPr/>
        <w:pBdr>
          <w:left w:val="single" w:sz="28" w:space="5" w:color="C00000"/>
        </w:pBdr>
      </w:pPr>
      <w:r>
        <w:rPr/>
        <w:t xml:space="preserve">(Mal3:13–15 After “Your words against Me have been harsh”¹) </w:t>
      </w:r>
      <w:r>
        <w:rPr>
          <w:b/>
        </w:rPr>
        <w:t xml:space="preserve">Malachi 3:16</w:t>
      </w:r>
      <w:r>
        <w:rPr/>
        <w:t xml:space="preserve"> — {At that time} </w:t>
      </w:r>
      <w:r>
        <w:rPr>
          <w:shd w:fill="F4B183" w:val="clear" w:color="auto"/>
          <w:color w:val="000000"/>
        </w:rPr>
        <w:t xml:space="preserve">those who feared the LORD spoke with one another</w:t>
      </w:r>
      <w:r>
        <w:rPr>
          <w:b w:val="false"/>
          <w:i w:val="false"/>
          <w:color w:val="000000"/>
          <w:u w:val="none"/>
          <w:shd w:val="clear" w:color="auto" w:fill="F4B183"/>
        </w:rPr>
        <w:t xml:space="preserve"> [1GGD]</w:t>
      </w:r>
      <w:r>
        <w:rPr/>
        <w:t xml:space="preserve">, and </w:t>
      </w:r>
      <w:r>
        <w:rPr>
          <w:shd w:fill="B7DDE8" w:val="clear"/>
        </w:rPr>
        <w:t xml:space="preserve">the LORD listened and heard them</w:t>
      </w:r>
      <w:r>
        <w:rPr>
          <w:b w:val="false"/>
          <w:i w:val="false"/>
          <w:color w:val="000000"/>
          <w:u w:val="none"/>
        </w:rPr>
        <w:t xml:space="preserve"> [1GGE]</w:t>
      </w:r>
      <w:r>
        <w:rPr/>
        <w:t xml:space="preserve">.</w:t>
      </w:r>
    </w:p>
    <w:p>
      <w:pPr>
        <w:pStyle w:val="Yellow"/>
        <w:rPr/>
      </w:pPr>
      <w:r>
        <w:rPr/>
        <w:t xml:space="preserve">(Mt10:29 “your Father”) </w:t>
      </w:r>
      <w:r>
        <w:rPr>
          <w:b/>
        </w:rPr>
        <w:t xml:space="preserve">Matthew 10:28</w:t>
      </w:r>
      <w:r>
        <w:rPr/>
        <w:t xml:space="preserve"> — </w:t>
      </w:r>
      <w:r>
        <w:rPr>
          <w:shd w:val="clear" w:color="auto" w:fill="D9C3E6"/>
        </w:rPr>
        <w:t xml:space="preserve">Do not be afraid of those who kill the body but cannot kill the soul</w:t>
      </w:r>
      <w:r>
        <w:rPr>
          <w:b w:val="false"/>
          <w:i w:val="false"/>
          <w:color w:val="000000"/>
          <w:u w:val="none"/>
        </w:rPr>
        <w:t xml:space="preserve"> [2IVC]</w:t>
      </w:r>
      <w:r>
        <w:rPr/>
        <w:t xml:space="preserve">. Instead, </w:t>
      </w:r>
      <w:r>
        <w:rPr>
          <w:shd w:fill="B7DDE8" w:val="clear"/>
        </w:rPr>
        <w:t xml:space="preserve">fear {the One} who can destroy both soul and body in hell</w:t>
      </w:r>
      <w:r>
        <w:rPr>
          <w:b w:val="false"/>
          <w:i w:val="false"/>
          <w:color w:val="000000"/>
          <w:u w:val="none"/>
        </w:rPr>
        <w:t xml:space="preserve"> [1IVF]</w:t>
      </w:r>
      <w:r>
        <w:rPr/>
        <w:t xml:space="preserve">.</w:t>
      </w:r>
    </w:p>
    <w:p>
      <w:pPr>
        <w:pStyle w:val="Yellow"/>
        <w:rPr/>
      </w:pPr>
      <w:r>
        <w:rPr>
          <w:b/>
        </w:rPr>
        <w:t xml:space="preserve">Luke 12:5</w:t>
      </w:r>
      <w:r>
        <w:rPr/>
        <w:t xml:space="preserve"> — I tell you, My friends, </w:t>
      </w:r>
      <w:r>
        <w:rPr>
          <w:color w:val="000000"/>
        </w:rPr>
        <w:t xml:space="preserve">do not be afraid of those who kill the body and after that can do no more</w:t>
      </w:r>
      <w:r>
        <w:rPr>
          <w:b w:val="false"/>
          <w:i w:val="false"/>
          <w:color w:val="000000"/>
          <w:u w:val="none"/>
          <w:shd w:val="clear" w:color="auto" w:fill="F4B183"/>
        </w:rPr>
        <w:t xml:space="preserve"> [2IVC]</w:t>
      </w:r>
      <w:r>
        <w:rPr/>
        <w:t xml:space="preserve">. But </w:t>
      </w:r>
      <w:r>
        <w:rPr>
          <w:shd w:fill="B7DDE8" w:val="clear"/>
        </w:rPr>
        <w:t xml:space="preserve">I will show you whom you should fear</w:t>
      </w:r>
      <w:r>
        <w:rPr>
          <w:b w:val="false"/>
          <w:i w:val="false"/>
          <w:color w:val="000000"/>
          <w:u w:val="none"/>
        </w:rPr>
        <w:t xml:space="preserve"> [1IVD]</w:t>
      </w:r>
      <w:r>
        <w:rPr/>
        <w:t xml:space="preserve">: </w:t>
      </w:r>
      <w:r>
        <w:rPr>
          <w:shd w:fill="B7DDE8" w:val="clear"/>
        </w:rPr>
        <w:t xml:space="preserve">Fear the One who, after you have been killed, has authority to throw you into hell</w:t>
      </w:r>
      <w:r>
        <w:rPr>
          <w:b w:val="false"/>
          <w:i w:val="false"/>
          <w:color w:val="000000"/>
          <w:u w:val="none"/>
        </w:rPr>
        <w:t xml:space="preserve"> [1IVE]</w:t>
      </w:r>
      <w:r>
        <w:rPr/>
        <w:t xml:space="preserve">. Yes, I tell you, fear Him!</w:t>
      </w:r>
    </w:p>
    <w:p>
      <w:pPr>
        <w:pStyle w:val="Yellow"/>
        <w:rPr/>
      </w:pPr>
      <w:r>
        <w:rPr>
          <w:b/>
        </w:rPr>
        <w:t>Acts 13:26</w:t>
      </w:r>
      <w:r>
        <w:t xml:space="preserve"> — </w:t>
      </w:r>
      <w:r>
        <w:rPr>
          <w:shd w:fill="B7DDE8" w:val="clear"/>
        </w:rPr>
        <w:t>Brothers, children of Abraham, and you Gentiles who fear God, it is to us that this message of salvation has been sent</w:t>
      </w:r>
      <w:r>
        <w:rPr>
          <w:b w:val="false"/>
          <w:i w:val="false"/>
          <w:color w:val="000000"/>
          <w:u w:val="none"/>
        </w:rPr>
        <w:t xml:space="preserve"> [1BPV]</w:t>
      </w:r>
      <w:r>
        <w:t>.</w:t>
      </w:r>
    </w:p>
    <w:p>
      <w:pPr>
        <w:pStyle w:val="Yellow"/>
        <w:rPr/>
      </w:pPr>
      <w:r>
        <w:rPr/>
        <w:t xml:space="preserve">(Ro3:9 “Jews and Greeks alike”) </w:t>
      </w:r>
      <w:r>
        <w:rPr>
          <w:b/>
        </w:rPr>
        <w:t xml:space="preserve">Romans 3:18</w:t>
      </w:r>
      <w:r>
        <w:rPr/>
        <w:t xml:space="preserve"> — “</w:t>
      </w:r>
      <w:r>
        <w:rPr>
          <w:shd w:fill="B7DDE8" w:val="clear"/>
        </w:rPr>
        <w:t xml:space="preserve">There is no fear of God before {their} eyes</w:t>
      </w:r>
      <w:r>
        <w:rPr>
          <w:b w:val="false"/>
          <w:i w:val="false"/>
          <w:color w:val="000000"/>
          <w:u w:val="none"/>
        </w:rPr>
        <w:t xml:space="preserve"> [1LTT]</w:t>
      </w:r>
      <w:r>
        <w:rPr/>
        <w:t xml:space="preserve">.”</w:t>
      </w:r>
    </w:p>
    <w:p>
      <w:r>
        <w:rPr>
          <w:b/>
          <w:sz w:val="32"/>
          <w:highlight w:val="yellow"/>
        </w:rPr>
        <w:t>Foolishness  (34)</w:t>
      </w:r>
    </w:p>
    <w:p>
      <w:pPr>
        <w:pStyle w:val="Yellow"/>
        <w:rPr/>
      </w:pPr>
      <w:r>
        <w:rPr>
          <w:b/>
          <w:shd w:val="clear" w:color="auto" w:fill="548235"/>
          <w:color w:val="FFFFFF"/>
        </w:rPr>
        <w:t xml:space="preserve">Psalm 49:20</w:t>
      </w:r>
      <w:r>
        <w:rPr>
          <w:shd w:val="clear" w:color="auto" w:fill="548235"/>
          <w:color w:val="FFFFFF"/>
        </w:rPr>
        <w:t xml:space="preserve"> — </w:t>
      </w:r>
      <w:r>
        <w:rPr>
          <w:shd w:fill="548235" w:val="clear" w:color="auto"/>
          <w:color w:val="FFFFFF"/>
        </w:rPr>
        <w:t xml:space="preserve">A man who has riches without understanding is like the beasts that perish</w:t>
      </w:r>
      <w:r>
        <w:rPr>
          <w:b w:val="false"/>
          <w:i w:val="false"/>
          <w:color w:val="FFFFFF"/>
          <w:u w:val="none"/>
          <w:shd w:val="clear" w:color="auto" w:fill="548235"/>
        </w:rPr>
        <w:t xml:space="preserve"> [1JRD]</w:t>
      </w:r>
      <w:r>
        <w:rPr>
          <w:shd w:val="clear" w:color="auto" w:fill="548235"/>
          <w:color w:val="FFFFFF"/>
        </w:rPr>
        <w:t xml:space="preserve">.</w:t>
      </w:r>
    </w:p>
    <w:p>
      <w:pPr>
        <w:pStyle w:val="Yellow"/>
        <w:rPr/>
      </w:pPr>
      <w:r>
        <w:rPr/>
        <w:t xml:space="preserve">(Pr1:24–25 because “you refused my call” and “neglected all my counsel”) </w:t>
      </w:r>
      <w:r>
        <w:rPr>
          <w:b/>
        </w:rPr>
        <w:t xml:space="preserve">Proverbs 1:26–28</w:t>
      </w:r>
      <w:r>
        <w:rPr/>
        <w:t xml:space="preserve"> — </w:t>
      </w:r>
      <w:r>
        <w:rPr>
          <w:shd w:fill="B7DDE8" w:val="clear"/>
        </w:rPr>
        <w:t xml:space="preserve">{in turn} I will mock your calamity</w:t>
      </w:r>
      <w:r>
        <w:rPr>
          <w:b w:val="false"/>
          <w:i w:val="false"/>
          <w:color w:val="000000"/>
          <w:u w:val="none"/>
        </w:rPr>
        <w:t xml:space="preserve"> [1JEG]</w:t>
      </w:r>
      <w:r>
        <w:rPr/>
        <w:t xml:space="preserve">; </w:t>
      </w:r>
      <w:r>
        <w:rPr>
          <w:shd w:fill="B7DDE8" w:val="clear"/>
        </w:rPr>
        <w:t xml:space="preserve">I will sneer when terror strikes you</w:t>
      </w:r>
      <w:r>
        <w:rPr>
          <w:b w:val="false"/>
          <w:i w:val="false"/>
          <w:color w:val="000000"/>
          <w:u w:val="none"/>
        </w:rPr>
        <w:t xml:space="preserve"> [1JEH]</w:t>
      </w:r>
      <w:r>
        <w:rPr/>
        <w:t xml:space="preserve">, when </w:t>
      </w:r>
      <w:r>
        <w:rPr>
          <w:shd w:fill="B7DDE8" w:val="clear"/>
        </w:rPr>
        <w:t xml:space="preserve">your dread comes like a storm, and your destruction like a whirlwind, when distress and anguish overwhelm you</w:t>
      </w:r>
      <w:r>
        <w:rPr>
          <w:b w:val="false"/>
          <w:i w:val="false"/>
          <w:color w:val="000000"/>
          <w:u w:val="none"/>
        </w:rPr>
        <w:t xml:space="preserve"> [1JEI]</w:t>
      </w:r>
      <w:r>
        <w:rPr/>
        <w:t xml:space="preserve">. Then </w:t>
      </w:r>
      <w:r>
        <w:rPr>
          <w:shd w:fill="B7DDE8" w:val="clear"/>
        </w:rPr>
        <w:t xml:space="preserve">they will call on me, but I will not answer</w:t>
      </w:r>
      <w:r>
        <w:rPr>
          <w:b w:val="false"/>
          <w:i w:val="false"/>
          <w:color w:val="000000"/>
          <w:u w:val="none"/>
        </w:rPr>
        <w:t xml:space="preserve"> [1JEJ]</w:t>
      </w:r>
      <w:r>
        <w:rPr/>
        <w:t xml:space="preserve">; </w:t>
      </w:r>
      <w:r>
        <w:rPr>
          <w:shd w:fill="B7DDE8" w:val="clear"/>
        </w:rPr>
        <w:t xml:space="preserve">they will earnestly seek me, but will not find me</w:t>
      </w:r>
      <w:r>
        <w:rPr>
          <w:b w:val="false"/>
          <w:i w:val="false"/>
          <w:color w:val="000000"/>
          <w:u w:val="none"/>
        </w:rPr>
        <w:t xml:space="preserve"> [1JEK]</w:t>
      </w:r>
      <w:r>
        <w:rPr/>
        <w:t xml:space="preserve">.</w:t>
      </w:r>
    </w:p>
    <w:p>
      <w:pPr>
        <w:pStyle w:val="Yellow"/>
        <w:rPr/>
      </w:pPr>
      <w:r>
        <w:rPr>
          <w:b/>
        </w:rPr>
        <w:t xml:space="preserve">Proverbs 1:32</w:t>
      </w:r>
      <w:r>
        <w:rPr/>
        <w:t xml:space="preserve"> — For </w:t>
      </w:r>
      <w:r>
        <w:rPr>
          <w:shd w:fill="B7DDE8" w:val="clear"/>
        </w:rPr>
        <w:t xml:space="preserve">the waywardness of the simple will slay them</w:t>
      </w:r>
      <w:r>
        <w:rPr>
          <w:b w:val="false"/>
          <w:i w:val="false"/>
          <w:color w:val="000000"/>
          <w:u w:val="none"/>
        </w:rPr>
        <w:t xml:space="preserve"> [1JVG]</w:t>
      </w:r>
      <w:r>
        <w:rPr/>
        <w:t xml:space="preserve">, and </w:t>
      </w:r>
      <w:r>
        <w:rPr>
          <w:shd w:fill="B7DDE8" w:val="clear"/>
        </w:rPr>
        <w:t xml:space="preserve">the complacency of fools will destroy them</w:t>
      </w:r>
      <w:r>
        <w:rPr>
          <w:b w:val="false"/>
          <w:i w:val="false"/>
          <w:color w:val="000000"/>
          <w:u w:val="none"/>
        </w:rPr>
        <w:t xml:space="preserve"> [1JVH]</w:t>
      </w:r>
      <w:r>
        <w:rPr/>
        <w:t xml:space="preserve">.</w:t>
      </w:r>
    </w:p>
    <w:p>
      <w:pPr>
        <w:pStyle w:val="Yellow"/>
        <w:rPr/>
      </w:pPr>
      <w:r>
        <w:rPr>
          <w:b/>
        </w:rPr>
        <w:t xml:space="preserve">Proverbs 10:14</w:t>
      </w:r>
      <w:r>
        <w:rPr/>
        <w:t xml:space="preserve"> — </w:t>
      </w:r>
      <w:r>
        <w:rPr>
          <w:shd w:fill="B7DDE8" w:val="clear"/>
        </w:rPr>
        <w:t xml:space="preserve">The wise store up knowledge</w:t>
      </w:r>
      <w:r>
        <w:rPr>
          <w:b w:val="false"/>
          <w:i w:val="false"/>
          <w:color w:val="000000"/>
          <w:u w:val="none"/>
        </w:rPr>
        <w:t xml:space="preserve"> [1HLQ]</w:t>
      </w:r>
      <w:r>
        <w:rPr/>
        <w:t xml:space="preserve">, but </w:t>
      </w:r>
      <w:r>
        <w:rPr>
          <w:shd w:fill="F4B183" w:val="clear" w:color="auto"/>
          <w:color w:val="000000"/>
        </w:rPr>
        <w:t xml:space="preserve">the mouth of the fool invites destruction</w:t>
      </w:r>
      <w:r>
        <w:rPr>
          <w:b w:val="false"/>
          <w:i w:val="false"/>
          <w:color w:val="000000"/>
          <w:u w:val="none"/>
          <w:shd w:val="clear" w:color="auto" w:fill="F4B183"/>
        </w:rPr>
        <w:t xml:space="preserve"> [1HLR]</w:t>
      </w:r>
      <w:r>
        <w:rPr/>
        <w:t xml:space="preserve">.</w:t>
      </w:r>
    </w:p>
    <w:p>
      <w:pPr>
        <w:pStyle w:val="Yellow"/>
        <w:rPr/>
      </w:pPr>
      <w:r>
        <w:rPr>
          <w:b/>
          <w:u w:val="none"/>
        </w:rPr>
        <w:t xml:space="preserve">Proverbs 12:11</w:t>
      </w:r>
      <w:r>
        <w:rPr>
          <w:u w:val="none"/>
        </w:rPr>
        <w:t xml:space="preserve"> — </w:t>
      </w:r>
      <w:r>
        <w:rPr>
          <w:u w:val="none"/>
          <w:shd w:fill="B7DDE8" w:val="clear"/>
        </w:rPr>
        <w:t xml:space="preserve">The one who works his land </w:t>
      </w:r>
      <w:r>
        <w:rPr>
          <w:u w:val="none"/>
          <w:shd w:fill="B7DDE8" w:val="clear"/>
        </w:rPr>
        <w:t xml:space="preserve">will have plenty of food</w:t>
      </w:r>
      <w:r>
        <w:rPr>
          <w:b w:val="false"/>
          <w:i w:val="false"/>
          <w:color w:val="000000"/>
          <w:u w:val="none"/>
        </w:rPr>
        <w:t xml:space="preserve"> [2EEX]</w:t>
      </w:r>
      <w:r>
        <w:rPr>
          <w:u w:val="none"/>
        </w:rPr>
        <w:t xml:space="preserve">, but </w:t>
      </w:r>
      <w:r>
        <w:rPr>
          <w:u w:val="none"/>
          <w:shd w:fill="B7DDE8" w:val="clear"/>
        </w:rPr>
        <w:t xml:space="preserve">whoever chases fantasies lacks judgment</w:t>
      </w:r>
      <w:r>
        <w:rPr>
          <w:b w:val="false"/>
          <w:i w:val="false"/>
          <w:color w:val="000000"/>
          <w:u w:val="none"/>
        </w:rPr>
        <w:t xml:space="preserve"> [1IPO]</w:t>
      </w:r>
      <w:r>
        <w:rPr>
          <w:u w:val="none"/>
        </w:rPr>
        <w:t xml:space="preserve">.</w:t>
      </w:r>
    </w:p>
    <w:p>
      <w:pPr>
        <w:pStyle w:val="Yellow"/>
        <w:rPr/>
      </w:pPr>
      <w:r>
        <w:rPr>
          <w:b/>
        </w:rPr>
        <w:t xml:space="preserve">Proverbs 13:18</w:t>
      </w:r>
      <w:r>
        <w:rPr/>
        <w:t xml:space="preserve"> — </w:t>
      </w:r>
      <w:r>
        <w:rPr>
          <w:shd w:fill="F4B183" w:val="clear" w:color="auto"/>
          <w:color w:val="000000"/>
        </w:rPr>
        <w:t xml:space="preserve">Poverty and shame come to him who ignores discipline</w:t>
      </w:r>
      <w:r>
        <w:rPr>
          <w:b w:val="false"/>
          <w:i w:val="false"/>
          <w:color w:val="000000"/>
          <w:u w:val="none"/>
          <w:shd w:val="clear" w:color="auto" w:fill="F4B183"/>
        </w:rPr>
        <w:t xml:space="preserve"> [1IKX]</w:t>
      </w:r>
      <w:r>
        <w:rPr/>
        <w:t xml:space="preserve">, but </w:t>
      </w:r>
      <w:r>
        <w:rPr>
          <w:shd w:fill="B7DDE8" w:val="clear"/>
        </w:rPr>
        <w:t xml:space="preserve">whoever heeds correction is honored</w:t>
      </w:r>
      <w:r>
        <w:rPr>
          <w:b w:val="false"/>
          <w:i w:val="false"/>
          <w:color w:val="000000"/>
          <w:u w:val="none"/>
        </w:rPr>
        <w:t xml:space="preserve"> [1IKY]</w:t>
      </w:r>
      <w:r>
        <w:rPr/>
        <w:t xml:space="preserve">.</w:t>
      </w:r>
    </w:p>
    <w:p>
      <w:pPr>
        <w:pStyle w:val="Yellow"/>
        <w:rPr/>
      </w:pPr>
      <w:r>
        <w:rPr>
          <w:b/>
          <w:shd w:val="clear" w:color="auto" w:fill="548235"/>
          <w:color w:val="FFFFFF"/>
        </w:rPr>
        <w:t>Proverbs 13:19</w:t>
      </w:r>
      <w:r>
        <w:rPr>
          <w:shd w:val="clear" w:color="auto" w:fill="548235"/>
          <w:color w:val="FFFFFF"/>
        </w:rPr>
        <w:t xml:space="preserve"> — </w:t>
      </w:r>
      <w:r>
        <w:rPr>
          <w:shd w:fill="548235" w:val="clear" w:color="auto"/>
          <w:color w:val="FFFFFF"/>
        </w:rPr>
        <w:t>Desire fulfilled is sweet to the soul</w:t>
      </w:r>
      <w:r>
        <w:rPr>
          <w:b w:val="false"/>
          <w:i w:val="false"/>
          <w:color w:val="FFFFFF"/>
          <w:u w:val="none"/>
          <w:shd w:val="clear" w:color="auto" w:fill="548235"/>
        </w:rPr>
        <w:t xml:space="preserve"> [1AMJ]</w:t>
      </w:r>
      <w:r>
        <w:rPr>
          <w:shd w:val="clear" w:color="auto" w:fill="548235"/>
          <w:color w:val="FFFFFF"/>
        </w:rPr>
        <w:t xml:space="preserve">, but </w:t>
      </w:r>
      <w:r>
        <w:rPr>
          <w:shd w:fill="548235" w:val="clear" w:color="auto"/>
          <w:color w:val="FFFFFF"/>
        </w:rPr>
        <w:t>turning from evil is detestable to fools</w:t>
      </w:r>
      <w:r>
        <w:rPr>
          <w:b w:val="false"/>
          <w:i w:val="false"/>
          <w:color w:val="FFFFFF"/>
          <w:u w:val="none"/>
          <w:shd w:val="clear" w:color="auto" w:fill="548235"/>
        </w:rPr>
        <w:t xml:space="preserve"> [1AMK]</w:t>
      </w:r>
      <w:r>
        <w:rPr>
          <w:shd w:val="clear" w:color="auto" w:fill="548235"/>
          <w:color w:val="FFFFFF"/>
        </w:rPr>
        <w:t>.</w:t>
      </w:r>
    </w:p>
    <w:p>
      <w:pPr>
        <w:pStyle w:val="Yellow"/>
        <w:rPr/>
      </w:pPr>
      <w:r>
        <w:rPr>
          <w:b/>
        </w:rPr>
        <w:t xml:space="preserve">Proverbs 14:1</w:t>
      </w:r>
      <w:r>
        <w:rPr/>
        <w:t xml:space="preserve"> — </w:t>
      </w:r>
      <w:r>
        <w:rPr>
          <w:shd w:fill="B7DDE8" w:val="clear"/>
        </w:rPr>
        <w:t xml:space="preserve">Every wise woman builds her house</w:t>
      </w:r>
      <w:r>
        <w:rPr>
          <w:b w:val="false"/>
          <w:i w:val="false"/>
          <w:color w:val="000000"/>
          <w:u w:val="none"/>
        </w:rPr>
        <w:t xml:space="preserve"> [1HCW]</w:t>
      </w:r>
      <w:r>
        <w:rPr/>
        <w:t xml:space="preserve">, but </w:t>
      </w:r>
      <w:r>
        <w:rPr>
          <w:shd w:fill="B7DDE8" w:val="clear"/>
        </w:rPr>
        <w:t xml:space="preserve">a foolish one tears it down with her own hands</w:t>
      </w:r>
      <w:r>
        <w:rPr>
          <w:b w:val="false"/>
          <w:i w:val="false"/>
          <w:color w:val="000000"/>
          <w:u w:val="none"/>
        </w:rPr>
        <w:t xml:space="preserve"> [1HCX]</w:t>
      </w:r>
      <w:r>
        <w:rPr/>
        <w:t xml:space="preserve">.</w:t>
      </w:r>
    </w:p>
    <w:p>
      <w:pPr>
        <w:pStyle w:val="Yellow"/>
        <w:rPr/>
      </w:pPr>
      <w:r>
        <w:rPr>
          <w:b/>
        </w:rPr>
        <w:t xml:space="preserve">Proverbs 15:5</w:t>
      </w:r>
      <w:r>
        <w:rPr/>
        <w:t xml:space="preserve"> — </w:t>
      </w:r>
      <w:r>
        <w:rPr>
          <w:shd w:fill="F4B183" w:val="clear" w:color="auto"/>
          <w:color w:val="000000"/>
        </w:rPr>
        <w:t xml:space="preserve">A fool rejects his father’s discipline</w:t>
      </w:r>
      <w:r>
        <w:rPr>
          <w:b w:val="false"/>
          <w:i w:val="false"/>
          <w:color w:val="000000"/>
          <w:u w:val="none"/>
          <w:shd w:val="clear" w:color="auto" w:fill="F4B183"/>
        </w:rPr>
        <w:t xml:space="preserve"> [1HPD]</w:t>
      </w:r>
      <w:r>
        <w:rPr/>
        <w:t xml:space="preserve">, but </w:t>
      </w:r>
      <w:r>
        <w:rPr>
          <w:shd w:fill="B7DDE8" w:val="clear"/>
        </w:rPr>
        <w:t xml:space="preserve">whoever heeds correction is prudent</w:t>
      </w:r>
      <w:r>
        <w:rPr>
          <w:b w:val="false"/>
          <w:i w:val="false"/>
          <w:color w:val="000000"/>
          <w:u w:val="none"/>
        </w:rPr>
        <w:t xml:space="preserve"> [1HPE]</w:t>
      </w:r>
      <w:r>
        <w:rPr/>
        <w:t xml:space="preserve">.</w:t>
      </w:r>
    </w:p>
    <w:p>
      <w:pPr>
        <w:pStyle w:val="Yellow"/>
        <w:rPr/>
      </w:pPr>
      <w:r>
        <w:rPr>
          <w:b/>
        </w:rPr>
        <w:t xml:space="preserve">Proverbs 15:10</w:t>
      </w:r>
      <w:r>
        <w:rPr/>
        <w:t xml:space="preserve"> — </w:t>
      </w:r>
      <w:r>
        <w:rPr>
          <w:shd w:fill="B7DDE8" w:val="clear"/>
        </w:rPr>
        <w:t xml:space="preserve">Discipline is harsh for him who leaves the path</w:t>
      </w:r>
      <w:r>
        <w:rPr>
          <w:b w:val="false"/>
          <w:i w:val="false"/>
          <w:color w:val="000000"/>
          <w:u w:val="none"/>
        </w:rPr>
        <w:t xml:space="preserve"> [1IKU]</w:t>
      </w:r>
      <w:r>
        <w:rPr/>
        <w:t xml:space="preserve">; </w:t>
      </w:r>
      <w:r>
        <w:rPr>
          <w:shd w:fill="B7DDE8" w:val="clear"/>
        </w:rPr>
        <w:t xml:space="preserve">he who hates correction will die</w:t>
      </w:r>
      <w:r>
        <w:rPr>
          <w:b w:val="false"/>
          <w:i w:val="false"/>
          <w:color w:val="000000"/>
          <w:u w:val="none"/>
        </w:rPr>
        <w:t xml:space="preserve"> [1IKV]</w:t>
      </w:r>
      <w:r>
        <w:rPr/>
        <w:t xml:space="preserve">.</w:t>
      </w:r>
    </w:p>
    <w:p>
      <w:pPr>
        <w:pStyle w:val="Yellow"/>
        <w:rPr/>
      </w:pPr>
      <w:r>
        <w:rPr>
          <w:b/>
        </w:rPr>
        <w:t xml:space="preserve">Proverbs 18:7</w:t>
      </w:r>
      <w:r>
        <w:rPr/>
        <w:t xml:space="preserve"> — </w:t>
      </w:r>
      <w:r>
        <w:rPr>
          <w:shd w:fill="B7DDE8" w:val="clear"/>
        </w:rPr>
        <w:t xml:space="preserve">A fool’s mouth is his ruin</w:t>
      </w:r>
      <w:r>
        <w:rPr>
          <w:b w:val="false"/>
          <w:i w:val="false"/>
          <w:color w:val="000000"/>
          <w:u w:val="none"/>
        </w:rPr>
        <w:t xml:space="preserve"> [1HLS]</w:t>
      </w:r>
      <w:r>
        <w:rPr/>
        <w:t xml:space="preserve">, and </w:t>
      </w:r>
      <w:r>
        <w:rPr>
          <w:shd w:fill="B7DDE8" w:val="clear"/>
        </w:rPr>
        <w:t xml:space="preserve">his lips are a snare to his soul</w:t>
      </w:r>
      <w:r>
        <w:rPr>
          <w:b w:val="false"/>
          <w:i w:val="false"/>
          <w:color w:val="000000"/>
          <w:u w:val="none"/>
        </w:rPr>
        <w:t xml:space="preserve"> [1HLS]</w:t>
      </w:r>
      <w:r>
        <w:rPr/>
        <w:t xml:space="preserve">.</w:t>
      </w:r>
    </w:p>
    <w:p>
      <w:pPr>
        <w:pStyle w:val="Yellow"/>
        <w:rPr/>
      </w:pPr>
      <w:r>
        <w:rPr>
          <w:b/>
          <w:shd w:val="clear" w:color="auto" w:fill="548235"/>
          <w:color w:val="FFFFFF"/>
        </w:rPr>
        <w:t xml:space="preserve">Proverbs 18:13</w:t>
      </w:r>
      <w:r>
        <w:rPr>
          <w:shd w:val="clear" w:color="auto" w:fill="548235"/>
          <w:color w:val="FFFFFF"/>
        </w:rPr>
        <w:t xml:space="preserve"> — </w:t>
      </w:r>
      <w:r>
        <w:rPr>
          <w:shd w:fill="548235" w:val="clear" w:color="auto"/>
          <w:color w:val="FFFFFF"/>
        </w:rPr>
        <w:t xml:space="preserve">He who answers a matter before he hears it—this is folly and disgrace to him</w:t>
      </w:r>
      <w:r>
        <w:rPr>
          <w:b w:val="false"/>
          <w:i w:val="false"/>
          <w:color w:val="FFFFFF"/>
          <w:u w:val="none"/>
          <w:shd w:val="clear" w:color="auto" w:fill="548235"/>
        </w:rPr>
        <w:t xml:space="preserve"> [1HTI]</w:t>
      </w:r>
      <w:r>
        <w:rPr>
          <w:shd w:val="clear" w:color="auto" w:fill="548235"/>
          <w:color w:val="FFFFFF"/>
        </w:rPr>
        <w:t xml:space="preserve">.</w:t>
      </w:r>
    </w:p>
    <w:p>
      <w:pPr>
        <w:pStyle w:val="Yellow"/>
        <w:rPr/>
      </w:pPr>
      <w:r>
        <w:rPr>
          <w:b/>
          <w:shd w:val="clear" w:color="auto" w:fill="548235"/>
          <w:color w:val="FFFFFF"/>
        </w:rPr>
        <w:t>Proverbs 19:27</w:t>
      </w:r>
      <w:r>
        <w:rPr>
          <w:shd w:val="clear" w:color="auto" w:fill="548235"/>
          <w:color w:val="FFFFFF"/>
        </w:rPr>
        <w:t xml:space="preserve"> — </w:t>
      </w:r>
      <w:r>
        <w:rPr>
          <w:shd w:val="clear" w:fill="548235" w:color="auto"/>
          <w:color w:val="FFFFFF"/>
        </w:rPr>
        <w:t>If you cease to hear instruction, my son, you will stray from the words of knowledge</w:t>
      </w:r>
      <w:r>
        <w:rPr>
          <w:b w:val="false"/>
          <w:i w:val="false"/>
          <w:color w:val="FFFFFF"/>
          <w:u w:val="none"/>
          <w:shd w:val="clear" w:color="auto" w:fill="548235"/>
        </w:rPr>
        <w:t xml:space="preserve"> [1SC]</w:t>
      </w:r>
      <w:r>
        <w:rPr>
          <w:shd w:val="clear" w:color="auto" w:fill="548235"/>
          <w:color w:val="FFFFFF"/>
        </w:rPr>
        <w:t>.</w:t>
      </w:r>
    </w:p>
    <w:p>
      <w:pPr>
        <w:pStyle w:val="Yellow"/>
        <w:rPr/>
      </w:pPr>
      <w:r>
        <w:rPr>
          <w:b/>
          <w:shd w:val="clear" w:color="auto" w:fill="F4B183"/>
          <w:color w:val="000000"/>
        </w:rPr>
        <w:t xml:space="preserve">Proverbs 21:16</w:t>
      </w:r>
      <w:r>
        <w:rPr>
          <w:shd w:val="clear" w:color="auto" w:fill="F4B183"/>
          <w:color w:val="000000"/>
        </w:rPr>
        <w:t xml:space="preserve"> — </w:t>
      </w:r>
      <w:r>
        <w:rPr>
          <w:shd w:fill="F4B183" w:val="clear" w:color="auto"/>
          <w:color w:val="000000"/>
        </w:rPr>
        <w:t xml:space="preserve">The man who strays from the path of understanding will rest in the assembly of the dead</w:t>
      </w:r>
      <w:r>
        <w:rPr>
          <w:b w:val="false"/>
          <w:i w:val="false"/>
          <w:color w:val="000000"/>
          <w:u w:val="none"/>
          <w:shd w:val="clear" w:color="auto" w:fill="F4B183"/>
        </w:rPr>
        <w:t xml:space="preserve"> [1HQQ]</w:t>
      </w:r>
      <w:r>
        <w:rPr>
          <w:shd w:val="clear" w:color="auto" w:fill="F4B183"/>
          <w:color w:val="000000"/>
        </w:rPr>
        <w:t xml:space="preserve">.</w:t>
      </w:r>
    </w:p>
    <w:p>
      <w:pPr>
        <w:pStyle w:val="Yellow"/>
        <w:rPr/>
      </w:pPr>
      <w:r>
        <w:rPr>
          <w:b/>
        </w:rPr>
        <w:t xml:space="preserve">Proverbs 22:3</w:t>
      </w:r>
      <w:r>
        <w:rPr/>
        <w:t xml:space="preserve"> — </w:t>
      </w:r>
      <w:r>
        <w:rPr>
          <w:shd w:fill="B7DDE8" w:val="clear"/>
        </w:rPr>
        <w:t xml:space="preserve">The prudent see danger and take cover</w:t>
      </w:r>
      <w:r>
        <w:rPr>
          <w:b w:val="false"/>
          <w:i w:val="false"/>
          <w:color w:val="000000"/>
          <w:u w:val="none"/>
        </w:rPr>
        <w:t xml:space="preserve"> [2HRG]</w:t>
      </w:r>
      <w:r>
        <w:rPr/>
        <w:t xml:space="preserve">, but </w:t>
      </w:r>
      <w:r>
        <w:rPr>
          <w:shd w:fill="B7DDE8" w:val="clear"/>
        </w:rPr>
        <w:t xml:space="preserve">the simple keep going and suffer the consequences</w:t>
      </w:r>
      <w:r>
        <w:rPr>
          <w:b w:val="false"/>
          <w:i w:val="false"/>
          <w:color w:val="000000"/>
          <w:u w:val="none"/>
        </w:rPr>
        <w:t xml:space="preserve"> [1HRI]</w:t>
      </w:r>
      <w:r>
        <w:rPr/>
        <w:t xml:space="preserve">.</w:t>
      </w:r>
    </w:p>
    <w:p>
      <w:pPr>
        <w:pStyle w:val="Yellow"/>
        <w:rPr/>
      </w:pPr>
      <w:r>
        <w:rPr>
          <w:b/>
        </w:rPr>
        <w:t xml:space="preserve">Proverbs 22:15</w:t>
      </w:r>
      <w:r>
        <w:rPr/>
        <w:t xml:space="preserve"> — </w:t>
      </w:r>
      <w:r>
        <w:rPr>
          <w:shd w:fill="B7DDE8" w:val="clear"/>
        </w:rPr>
        <w:t xml:space="preserve">Foolishness is bound up in the heart of a child</w:t>
      </w:r>
      <w:r>
        <w:rPr>
          <w:b w:val="false"/>
          <w:i w:val="false"/>
          <w:color w:val="000000"/>
          <w:u w:val="none"/>
        </w:rPr>
        <w:t xml:space="preserve"> [1IKZ]</w:t>
      </w:r>
      <w:r>
        <w:rPr/>
        <w:t xml:space="preserve">, but </w:t>
      </w:r>
      <w:r>
        <w:rPr>
          <w:shd w:fill="B7DDE8" w:val="clear"/>
        </w:rPr>
        <w:t xml:space="preserve">the rod of discipline drives it far from him</w:t>
      </w:r>
      <w:r>
        <w:rPr>
          <w:b w:val="false"/>
          <w:i w:val="false"/>
          <w:color w:val="000000"/>
          <w:u w:val="none"/>
        </w:rPr>
        <w:t xml:space="preserve"> [1ILA]</w:t>
      </w:r>
      <w:r>
        <w:rPr/>
        <w:t xml:space="preserve">.</w:t>
      </w:r>
    </w:p>
    <w:p>
      <w:pPr>
        <w:pStyle w:val="Yellow"/>
        <w:rPr/>
      </w:pPr>
      <w:r>
        <w:rPr>
          <w:b/>
        </w:rPr>
        <w:t xml:space="preserve">Proverbs 23:9</w:t>
      </w:r>
      <w:r>
        <w:rPr/>
        <w:t xml:space="preserve"> — </w:t>
      </w:r>
      <w:r>
        <w:rPr>
          <w:shd w:fill="B7DDE8" w:val="clear"/>
        </w:rPr>
        <w:t xml:space="preserve">Do not speak to a fool</w:t>
      </w:r>
      <w:r>
        <w:rPr>
          <w:b w:val="false"/>
          <w:i w:val="false"/>
          <w:color w:val="000000"/>
          <w:u w:val="none"/>
        </w:rPr>
        <w:t xml:space="preserve"> [1HOD]</w:t>
      </w:r>
      <w:r>
        <w:rPr/>
        <w:t xml:space="preserve">, for </w:t>
      </w:r>
      <w:r>
        <w:rPr>
          <w:shd w:fill="B7DDE8" w:val="clear"/>
        </w:rPr>
        <w:t xml:space="preserve">he will despise the wisdom of your words</w:t>
      </w:r>
      <w:r>
        <w:rPr>
          <w:b w:val="false"/>
          <w:i w:val="false"/>
          <w:color w:val="000000"/>
          <w:u w:val="none"/>
        </w:rPr>
        <w:t xml:space="preserve"> [1HOE]</w:t>
      </w:r>
      <w:r>
        <w:rPr/>
        <w:t xml:space="preserve">.</w:t>
      </w:r>
    </w:p>
    <w:p>
      <w:pPr>
        <w:pStyle w:val="Yellow"/>
        <w:rPr/>
      </w:pPr>
      <w:r>
        <w:rPr>
          <w:b/>
        </w:rPr>
        <w:t xml:space="preserve">Proverbs 24:9</w:t>
      </w:r>
      <w:r>
        <w:rPr/>
        <w:t xml:space="preserve"> — </w:t>
      </w:r>
      <w:r>
        <w:rPr>
          <w:shd w:fill="B7DDE8" w:val="clear"/>
        </w:rPr>
        <w:t xml:space="preserve">A foolish scheme is sin</w:t>
      </w:r>
      <w:r>
        <w:rPr>
          <w:b w:val="false"/>
          <w:i w:val="false"/>
          <w:color w:val="000000"/>
          <w:u w:val="none"/>
        </w:rPr>
        <w:t xml:space="preserve"> [1HFN]</w:t>
      </w:r>
      <w:r>
        <w:rPr/>
        <w:t xml:space="preserve">, and </w:t>
      </w:r>
      <w:r>
        <w:rPr>
          <w:shd w:fill="548235" w:val="clear" w:color="auto"/>
          <w:color w:val="FFFFFF"/>
        </w:rPr>
        <w:t xml:space="preserve">a mocker is detestable to men</w:t>
      </w:r>
      <w:r>
        <w:rPr>
          <w:b w:val="false"/>
          <w:i w:val="false"/>
          <w:color w:val="FFFFFF"/>
          <w:u w:val="none"/>
          <w:shd w:val="clear" w:color="auto" w:fill="548235"/>
        </w:rPr>
        <w:t xml:space="preserve"> [1HFO]</w:t>
      </w:r>
      <w:r>
        <w:rPr/>
        <w:t xml:space="preserve">.</w:t>
      </w:r>
    </w:p>
    <w:p>
      <w:pPr>
        <w:pStyle w:val="Yellow"/>
        <w:rPr/>
      </w:pPr>
      <w:r>
        <w:rPr>
          <w:b/>
        </w:rPr>
        <w:t xml:space="preserve">Proverbs 26:4-5</w:t>
      </w:r>
      <w:r>
        <w:rPr/>
        <w:t xml:space="preserve"> — </w:t>
      </w:r>
      <w:r>
        <w:rPr>
          <w:shd w:fill="B7DDE8" w:val="clear"/>
        </w:rPr>
        <w:t xml:space="preserve">Do not answer a fool according to his folly</w:t>
      </w:r>
      <w:r>
        <w:rPr>
          <w:b w:val="false"/>
          <w:i w:val="false"/>
          <w:color w:val="000000"/>
          <w:u w:val="none"/>
        </w:rPr>
        <w:t xml:space="preserve"> [1HHV]</w:t>
      </w:r>
      <w:r>
        <w:rPr/>
        <w:t xml:space="preserve">, or </w:t>
      </w:r>
      <w:r>
        <w:rPr>
          <w:shd w:fill="B7DDE8" w:val="clear"/>
        </w:rPr>
        <w:t xml:space="preserve">you yourself will be like him</w:t>
      </w:r>
      <w:r>
        <w:rPr>
          <w:b w:val="false"/>
          <w:i w:val="false"/>
          <w:color w:val="000000"/>
          <w:u w:val="none"/>
        </w:rPr>
        <w:t xml:space="preserve"> [1HHW]</w:t>
      </w:r>
      <w:r>
        <w:rPr/>
        <w:t xml:space="preserve">. </w:t>
      </w:r>
      <w:r>
        <w:rPr>
          <w:shd w:fill="B7DDE8" w:val="clear"/>
        </w:rPr>
        <w:t xml:space="preserve">Answer a fool according to his folly</w:t>
      </w:r>
      <w:r>
        <w:rPr>
          <w:b w:val="false"/>
          <w:i w:val="false"/>
          <w:color w:val="000000"/>
          <w:u w:val="none"/>
        </w:rPr>
        <w:t xml:space="preserve"> [1HHX]</w:t>
      </w:r>
      <w:r>
        <w:rPr/>
        <w:t xml:space="preserve">, </w:t>
      </w:r>
      <w:r>
        <w:rPr>
          <w:shd w:fill="B7DDE8" w:val="clear"/>
        </w:rPr>
        <w:t xml:space="preserve">lest he become wise in his own eyes</w:t>
      </w:r>
      <w:r>
        <w:rPr>
          <w:b w:val="false"/>
          <w:i w:val="false"/>
          <w:color w:val="000000"/>
          <w:u w:val="none"/>
        </w:rPr>
        <w:t xml:space="preserve"> [1HHY]</w:t>
      </w:r>
      <w:r>
        <w:rPr/>
        <w:t xml:space="preserve">.</w:t>
      </w:r>
    </w:p>
    <w:p>
      <w:pPr>
        <w:pStyle w:val="Yellow"/>
        <w:rPr/>
      </w:pPr>
      <w:r>
        <w:rPr>
          <w:b/>
          <w:shd w:val="clear" w:color="auto" w:fill="548235"/>
          <w:color w:val="FFFFFF"/>
        </w:rPr>
        <w:t xml:space="preserve">Proverbs 26:8</w:t>
      </w:r>
      <w:r>
        <w:rPr>
          <w:shd w:val="clear" w:color="auto" w:fill="548235"/>
          <w:color w:val="FFFFFF"/>
        </w:rPr>
        <w:t xml:space="preserve"> — </w:t>
      </w:r>
      <w:r>
        <w:rPr>
          <w:shd w:fill="548235" w:val="clear" w:color="auto"/>
          <w:color w:val="FFFFFF"/>
        </w:rPr>
        <w:t xml:space="preserve">Like binding a stone into a sling is the giving of honor to a fool</w:t>
      </w:r>
      <w:r>
        <w:rPr>
          <w:b w:val="false"/>
          <w:i w:val="false"/>
          <w:color w:val="FFFFFF"/>
          <w:u w:val="none"/>
          <w:shd w:val="clear" w:color="auto" w:fill="548235"/>
        </w:rPr>
        <w:t xml:space="preserve"> [1HMK]</w:t>
      </w:r>
      <w:r>
        <w:rPr>
          <w:shd w:val="clear" w:color="auto" w:fill="548235"/>
          <w:color w:val="FFFFFF"/>
        </w:rPr>
        <w:t xml:space="preserve">.</w:t>
      </w:r>
    </w:p>
    <w:p>
      <w:pPr>
        <w:pStyle w:val="Yellow"/>
        <w:rPr/>
      </w:pPr>
      <w:r>
        <w:rPr>
          <w:b/>
          <w:shd w:val="clear" w:color="auto" w:fill="F4B183"/>
          <w:color w:val="000000"/>
        </w:rPr>
        <w:t xml:space="preserve">Proverbs 26:10</w:t>
      </w:r>
      <w:r>
        <w:rPr>
          <w:shd w:val="clear" w:color="auto" w:fill="F4B183"/>
          <w:color w:val="000000"/>
        </w:rPr>
        <w:t xml:space="preserve"> — </w:t>
      </w:r>
      <w:r>
        <w:rPr>
          <w:shd w:fill="F4B183" w:val="clear" w:color="auto"/>
          <w:color w:val="000000"/>
        </w:rPr>
        <w:t xml:space="preserve">Like an archer who wounds at random is he who hires a fool or passerby</w:t>
      </w:r>
      <w:r>
        <w:rPr>
          <w:b w:val="false"/>
          <w:i w:val="false"/>
          <w:color w:val="000000"/>
          <w:u w:val="none"/>
          <w:shd w:val="clear" w:color="auto" w:fill="F4B183"/>
        </w:rPr>
        <w:t xml:space="preserve"> [1HMJ]</w:t>
      </w:r>
      <w:r>
        <w:rPr>
          <w:shd w:val="clear" w:color="auto" w:fill="F4B183"/>
          <w:color w:val="000000"/>
        </w:rPr>
        <w:t xml:space="preserve">.</w:t>
      </w:r>
    </w:p>
    <w:p>
      <w:pPr>
        <w:pStyle w:val="Yellow"/>
        <w:rPr/>
      </w:pPr>
      <w:r>
        <w:rPr>
          <w:b/>
        </w:rPr>
        <w:t xml:space="preserve">Proverbs 26:11</w:t>
      </w:r>
      <w:r>
        <w:rPr/>
        <w:t xml:space="preserve"> — </w:t>
      </w:r>
      <w:r>
        <w:rPr>
          <w:shd w:fill="B7DDE8" w:val="clear"/>
        </w:rPr>
        <w:t xml:space="preserve">As a dog returns to its vomit, so a fool repeats his folly</w:t>
      </w:r>
      <w:r>
        <w:rPr>
          <w:b w:val="false"/>
          <w:i w:val="false"/>
          <w:color w:val="000000"/>
          <w:u w:val="none"/>
        </w:rPr>
        <w:t xml:space="preserve"> [1HRD]</w:t>
      </w:r>
      <w:r>
        <w:rPr/>
        <w:t xml:space="preserve">.</w:t>
      </w:r>
    </w:p>
    <w:p>
      <w:pPr>
        <w:pStyle w:val="Yellow"/>
        <w:rPr/>
      </w:pPr>
      <w:r>
        <w:rPr>
          <w:b/>
        </w:rPr>
        <w:t xml:space="preserve">Proverbs 26:12</w:t>
      </w:r>
      <w:r>
        <w:rPr/>
        <w:t xml:space="preserve"> — </w:t>
      </w:r>
      <w:r>
        <w:rPr>
          <w:shd w:fill="B7DDE8" w:val="clear"/>
        </w:rPr>
        <w:t xml:space="preserve">Do you see a man who is wise in his own eyes? There is more hope for a fool than for him</w:t>
      </w:r>
      <w:r>
        <w:rPr>
          <w:b w:val="false"/>
          <w:i w:val="false"/>
          <w:color w:val="000000"/>
          <w:u w:val="none"/>
        </w:rPr>
        <w:t xml:space="preserve"> [1HIK]</w:t>
      </w:r>
      <w:r>
        <w:rPr/>
        <w:t xml:space="preserve">.</w:t>
      </w:r>
    </w:p>
    <w:p>
      <w:pPr>
        <w:pStyle w:val="Yellow"/>
        <w:rPr/>
      </w:pPr>
      <w:r>
        <w:rPr>
          <w:b/>
          <w:shd w:val="clear" w:color="auto" w:fill="C00000"/>
          <w:color w:val="FFFFFF"/>
        </w:rPr>
        <w:t xml:space="preserve">Proverbs 27:12</w:t>
      </w:r>
      <w:r>
        <w:rPr>
          <w:shd w:val="clear" w:color="auto" w:fill="C00000"/>
          <w:color w:val="FFFFFF"/>
        </w:rPr>
        <w:t xml:space="preserve"> — </w:t>
      </w:r>
      <w:r>
        <w:rPr>
          <w:shd w:val="clear" w:color="auto" w:fill="C00000"/>
          <w:color w:val="FFFFFF"/>
        </w:rPr>
        <w:t xml:space="preserve">The prudent see danger and take cover</w:t>
      </w:r>
      <w:r>
        <w:rPr>
          <w:b w:val="false"/>
          <w:i w:val="false"/>
          <w:u w:val="none"/>
          <w:shd w:val="clear" w:color="auto" w:fill="C00000"/>
          <w:color w:val="FFFFFF"/>
        </w:rPr>
        <w:t xml:space="preserve"> [2HRG]</w:t>
      </w:r>
      <w:r>
        <w:rPr>
          <w:shd w:val="clear" w:color="auto" w:fill="C00000"/>
          <w:color w:val="FFFFFF"/>
        </w:rPr>
        <w:t xml:space="preserve">, but </w:t>
      </w:r>
      <w:r>
        <w:rPr>
          <w:shd w:val="clear" w:color="auto" w:fill="C00000"/>
          <w:color w:val="FFFFFF"/>
        </w:rPr>
        <w:t xml:space="preserve">the simple keep going and pay the penalty</w:t>
      </w:r>
      <w:r>
        <w:rPr>
          <w:b w:val="false"/>
          <w:i w:val="false"/>
          <w:u w:val="none"/>
          <w:shd w:val="clear" w:color="auto" w:fill="C00000"/>
          <w:color w:val="FFFFFF"/>
        </w:rPr>
        <w:t xml:space="preserve"> [1HRH]</w:t>
      </w:r>
      <w:r>
        <w:rPr>
          <w:shd w:val="clear" w:color="auto" w:fill="C00000"/>
          <w:color w:val="FFFFFF"/>
        </w:rPr>
        <w:t xml:space="preserve">.</w:t>
      </w:r>
    </w:p>
    <w:p>
      <w:pPr>
        <w:pStyle w:val="Yellow"/>
        <w:rPr/>
      </w:pPr>
      <w:r>
        <w:rPr>
          <w:b/>
        </w:rPr>
        <w:t xml:space="preserve">Proverbs 29:1</w:t>
      </w:r>
      <w:r>
        <w:rPr/>
        <w:t xml:space="preserve"> — </w:t>
      </w:r>
      <w:r>
        <w:rPr>
          <w:shd w:fill="B7DDE8" w:val="clear"/>
        </w:rPr>
        <w:t xml:space="preserve">A man who remains stiff-necked after much reproof will suddenly be shattered beyond recovery</w:t>
      </w:r>
      <w:r>
        <w:rPr>
          <w:b w:val="false"/>
          <w:i w:val="false"/>
          <w:color w:val="000000"/>
          <w:u w:val="none"/>
        </w:rPr>
        <w:t xml:space="preserve"> [1GZY]</w:t>
      </w:r>
      <w:r>
        <w:rPr/>
        <w:t xml:space="preserve">.</w:t>
      </w:r>
    </w:p>
    <w:p>
      <w:pPr>
        <w:pStyle w:val="Yellow"/>
        <w:rPr/>
      </w:pPr>
      <w:r>
        <w:rPr>
          <w:b/>
        </w:rPr>
        <w:t xml:space="preserve">Proverbs 29:11</w:t>
      </w:r>
      <w:r>
        <w:rPr/>
        <w:t xml:space="preserve"> — </w:t>
      </w:r>
      <w:r>
        <w:rPr>
          <w:shd w:fill="B7DDE8" w:val="clear"/>
        </w:rPr>
        <w:t xml:space="preserve">A fool vents all his anger</w:t>
      </w:r>
      <w:r>
        <w:rPr>
          <w:b w:val="false"/>
          <w:i w:val="false"/>
          <w:color w:val="000000"/>
          <w:u w:val="none"/>
        </w:rPr>
        <w:t xml:space="preserve"> [1HHR]</w:t>
      </w:r>
      <w:r>
        <w:rPr/>
        <w:t xml:space="preserve">, but </w:t>
      </w:r>
      <w:r>
        <w:rPr>
          <w:shd w:fill="548235" w:val="clear" w:color="auto"/>
          <w:color w:val="FFFFFF"/>
        </w:rPr>
        <w:t xml:space="preserve">a wise man holds it back</w:t>
      </w:r>
      <w:r>
        <w:rPr>
          <w:b w:val="false"/>
          <w:i w:val="false"/>
          <w:color w:val="FFFFFF"/>
          <w:u w:val="none"/>
          <w:shd w:val="clear" w:color="auto" w:fill="548235"/>
        </w:rPr>
        <w:t xml:space="preserve"> [1HHS]</w:t>
      </w:r>
      <w:r>
        <w:rPr/>
        <w:t xml:space="preserve">.</w:t>
      </w:r>
    </w:p>
    <w:p>
      <w:pPr>
        <w:pStyle w:val="Yellow"/>
        <w:rPr/>
      </w:pPr>
      <w:r>
        <w:rPr>
          <w:b/>
          <w:shd w:val="clear" w:color="auto" w:fill="548235"/>
          <w:color w:val="FFFFFF"/>
        </w:rPr>
        <w:t xml:space="preserve">Proverbs 29:20</w:t>
      </w:r>
      <w:r>
        <w:rPr>
          <w:shd w:val="clear" w:color="auto" w:fill="548235"/>
          <w:color w:val="FFFFFF"/>
        </w:rPr>
        <w:t xml:space="preserve"> — </w:t>
      </w:r>
      <w:r>
        <w:rPr>
          <w:shd w:fill="548235" w:val="clear" w:color="auto"/>
          <w:color w:val="FFFFFF"/>
        </w:rPr>
        <w:t xml:space="preserve">Do you see a man who speaks in haste? There is more hope for a fool than for him</w:t>
      </w:r>
      <w:r>
        <w:rPr>
          <w:b w:val="false"/>
          <w:i w:val="false"/>
          <w:color w:val="FFFFFF"/>
          <w:u w:val="none"/>
          <w:shd w:val="clear" w:color="auto" w:fill="548235"/>
        </w:rPr>
        <w:t xml:space="preserve"> [1HIJ]</w:t>
      </w:r>
      <w:r>
        <w:rPr>
          <w:shd w:val="clear" w:color="auto" w:fill="548235"/>
          <w:color w:val="FFFFFF"/>
        </w:rPr>
        <w:t xml:space="preserve">.</w:t>
      </w:r>
    </w:p>
    <w:p>
      <w:pPr>
        <w:pStyle w:val="Yellow"/>
        <w:rPr/>
      </w:pPr>
      <w:r>
        <w:rPr>
          <w:b/>
        </w:rPr>
        <w:t xml:space="preserve">Ecclesiastes 7:7</w:t>
      </w:r>
      <w:r>
        <w:rPr/>
        <w:t xml:space="preserve"> — Surely </w:t>
      </w:r>
      <w:r>
        <w:rPr>
          <w:shd w:fill="B7DDE8" w:val="clear"/>
        </w:rPr>
        <w:t xml:space="preserve">extortion turns a wise man into a fool</w:t>
      </w:r>
      <w:r>
        <w:rPr>
          <w:b w:val="false"/>
          <w:i w:val="false"/>
          <w:color w:val="000000"/>
          <w:u w:val="none"/>
        </w:rPr>
        <w:t xml:space="preserve"> [1HIB]</w:t>
      </w:r>
      <w:r>
        <w:rPr/>
        <w:t xml:space="preserve">, and </w:t>
      </w:r>
      <w:r>
        <w:rPr>
          <w:shd w:fill="B7DDE8" w:val="clear"/>
        </w:rPr>
        <w:t xml:space="preserve">a bribe corrupts the heart</w:t>
      </w:r>
      <w:r>
        <w:rPr>
          <w:b w:val="false"/>
          <w:i w:val="false"/>
          <w:color w:val="000000"/>
          <w:u w:val="none"/>
        </w:rPr>
        <w:t xml:space="preserve"> [1HIC]</w:t>
      </w:r>
      <w:r>
        <w:rPr/>
        <w:t xml:space="preserve">.</w:t>
      </w:r>
    </w:p>
    <w:p>
      <w:pPr>
        <w:pStyle w:val="Yellow"/>
        <w:rPr/>
      </w:pPr>
      <w:r>
        <w:rPr>
          <w:b/>
        </w:rPr>
        <w:t>Isaiah 45:20</w:t>
      </w:r>
      <w:r>
        <w:rPr/>
        <w:t xml:space="preserve"> — </w:t>
      </w:r>
      <w:r>
        <w:rPr>
          <w:shd w:val="clear" w:fill="B7DDE8"/>
        </w:rPr>
        <w:t>Ignorant are those who carry idols of wood</w:t>
      </w:r>
      <w:r>
        <w:rPr>
          <w:b w:val="false"/>
          <w:i w:val="false"/>
          <w:u w:val="none"/>
          <w:color w:val="000000"/>
        </w:rPr>
        <w:t xml:space="preserve"> [1COG]</w:t>
      </w:r>
      <w:r>
        <w:rPr>
          <w:shd w:val="clear" w:color="auto" w:fill="548235"/>
          <w:color w:val="FFFFFF"/>
        </w:rPr>
        <w:t xml:space="preserve"> and </w:t>
      </w:r>
      <w:r>
        <w:rPr>
          <w:shd w:val="clear" w:fill="548235" w:color="auto"/>
          <w:color w:val="FFFFFF"/>
        </w:rPr>
        <w:t>pray to a god that cannot save</w:t>
      </w:r>
      <w:r>
        <w:rPr>
          <w:b w:val="false"/>
          <w:i w:val="false"/>
          <w:color w:val="FFFFFF"/>
          <w:u w:val="none"/>
          <w:shd w:val="clear" w:color="auto" w:fill="548235"/>
        </w:rPr>
        <w:t xml:space="preserve"> [1COH]</w:t>
      </w:r>
      <w:r>
        <w:rPr>
          <w:shd w:val="clear" w:color="auto" w:fill="548235"/>
          <w:color w:val="FFFFFF"/>
        </w:rPr>
        <w:t>.</w:t>
      </w:r>
    </w:p>
    <w:p>
      <w:pPr>
        <w:pStyle w:val="Yellow"/>
        <w:rPr/>
      </w:pPr>
      <w:r>
        <w:rPr>
          <w:b/>
        </w:rPr>
        <w:t>Jeremiah 4:22</w:t>
      </w:r>
      <w:r>
        <w:rPr/>
        <w:t xml:space="preserve"> — “For </w:t>
      </w:r>
      <w:r>
        <w:rPr>
          <w:shd w:fill="B7DDE8" w:val="clear"/>
        </w:rPr>
        <w:t>My people are fools; they have not known Me</w:t>
      </w:r>
      <w:r>
        <w:rPr>
          <w:b w:val="false"/>
          <w:i w:val="false"/>
          <w:color w:val="000000"/>
          <w:u w:val="none"/>
        </w:rPr>
        <w:t xml:space="preserve"> [1XV]</w:t>
      </w:r>
      <w:r>
        <w:rPr/>
        <w:t xml:space="preserve">. </w:t>
      </w:r>
      <w:r>
        <w:rPr>
          <w:shd w:fill="B7DDE8" w:val="clear"/>
        </w:rPr>
        <w:t xml:space="preserve">They are foolish children, without </w:t>
      </w:r>
      <w:r>
        <w:rPr>
          <w:shd w:fill="B7DDE8" w:val="clear"/>
        </w:rPr>
        <w:t>understanding</w:t>
      </w:r>
      <w:r>
        <w:rPr>
          <w:b w:val="false"/>
          <w:i w:val="false"/>
          <w:color w:val="000000"/>
          <w:u w:val="none"/>
        </w:rPr>
        <w:t xml:space="preserve"> [1XW]</w:t>
      </w:r>
      <w:r>
        <w:rPr/>
        <w:t xml:space="preserve">. </w:t>
      </w:r>
      <w:r>
        <w:rPr>
          <w:shd w:fill="B7DDE8" w:val="clear"/>
        </w:rPr>
        <w:t>They are skilled in doing evil</w:t>
      </w:r>
      <w:r>
        <w:rPr>
          <w:b w:val="false"/>
          <w:i w:val="false"/>
          <w:u w:val="none"/>
          <w:color w:val="000000"/>
        </w:rPr>
        <w:t xml:space="preserve"> [1XX]</w:t>
      </w:r>
      <w:r>
        <w:rPr/>
        <w:t xml:space="preserve">, but </w:t>
      </w:r>
      <w:r>
        <w:rPr>
          <w:shd w:fill="B7DDE8" w:val="clear"/>
        </w:rPr>
        <w:t>they know not how to do good</w:t>
      </w:r>
      <w:r>
        <w:rPr>
          <w:b w:val="false"/>
          <w:i w:val="false"/>
          <w:color w:val="000000"/>
          <w:u w:val="none"/>
        </w:rPr>
        <w:t xml:space="preserve"> [1XY]</w:t>
      </w:r>
      <w:r>
        <w:rPr/>
        <w:t>.”</w:t>
      </w:r>
    </w:p>
    <w:p>
      <w:pPr>
        <w:pStyle w:val="Yellow"/>
        <w:rPr/>
      </w:pPr>
      <w:r>
        <w:rPr/>
        <w:t xml:space="preserve">(Mt7:24–25 The obedient man’s house “did not fall”¹) </w:t>
      </w:r>
      <w:r>
        <w:rPr>
          <w:b/>
        </w:rPr>
        <w:t>Matthew 7:26–27</w:t>
      </w:r>
      <w:r>
        <w:rPr/>
        <w:t xml:space="preserve"> — {But} </w:t>
      </w:r>
      <w:r>
        <w:rPr>
          <w:shd w:val="clear" w:fill="B7DDE8"/>
        </w:rPr>
        <w:t>everyone who hears these words of Mine and does not act on them is like a foolish man who built his house on sand</w:t>
      </w:r>
      <w:r>
        <w:rPr>
          <w:b w:val="false"/>
          <w:i w:val="false"/>
          <w:color w:val="000000"/>
          <w:u w:val="none"/>
        </w:rPr>
        <w:t xml:space="preserve"> [1ENY]</w:t>
      </w:r>
      <w:r>
        <w:rPr/>
        <w:t xml:space="preserve">. </w:t>
      </w:r>
      <w:r>
        <w:rPr>
          <w:shd w:val="clear" w:fill="B7DDE8"/>
        </w:rPr>
        <w:t>The rain fell, the torrents raged, and the winds blew and beat against that house</w:t>
      </w:r>
      <w:r>
        <w:rPr>
          <w:b w:val="false"/>
          <w:i w:val="false"/>
          <w:color w:val="000000"/>
          <w:u w:val="none"/>
        </w:rPr>
        <w:t xml:space="preserve"> [2ENZ]</w:t>
      </w:r>
      <w:r>
        <w:rPr/>
        <w:t xml:space="preserve">, and </w:t>
      </w:r>
      <w:r>
        <w:rPr>
          <w:shd w:val="clear" w:fill="B7DDE8"/>
        </w:rPr>
        <w:t>it fell—and great was its collapse</w:t>
      </w:r>
      <w:r>
        <w:rPr>
          <w:b w:val="false"/>
          <w:i w:val="false"/>
          <w:color w:val="000000"/>
          <w:u w:val="none"/>
        </w:rPr>
        <w:t xml:space="preserve"> [1EOA]</w:t>
      </w:r>
      <w:r>
        <w:rPr/>
        <w:t>!”</w:t>
      </w:r>
    </w:p>
    <w:p>
      <w:pPr>
        <w:pStyle w:val="Yellow"/>
        <w:rPr/>
      </w:pPr>
      <w:r>
        <w:rPr>
          <w:b/>
        </w:rPr>
        <w:t xml:space="preserve">Romans 3:11</w:t>
      </w:r>
      <w:r>
        <w:rPr/>
        <w:t xml:space="preserve"> — </w:t>
      </w:r>
      <w:r>
        <w:rPr>
          <w:shd w:fill="B7DDE8" w:val="clear"/>
        </w:rPr>
        <w:t xml:space="preserve">There is no one who understands</w:t>
      </w:r>
      <w:r>
        <w:rPr>
          <w:b w:val="false"/>
          <w:i w:val="false"/>
          <w:color w:val="000000"/>
          <w:u w:val="none"/>
        </w:rPr>
        <w:t xml:space="preserve"> [1LTU]</w:t>
      </w:r>
      <w:r>
        <w:rPr/>
        <w:t xml:space="preserve">, </w:t>
      </w:r>
      <w:r>
        <w:rPr>
          <w:shd w:fill="B7DDE8" w:val="clear"/>
        </w:rPr>
        <w:t xml:space="preserve">no one who seeks God</w:t>
      </w:r>
      <w:r>
        <w:rPr>
          <w:b w:val="false"/>
          <w:i w:val="false"/>
          <w:color w:val="000000"/>
          <w:u w:val="none"/>
        </w:rPr>
        <w:t xml:space="preserve"> [1LTV]</w:t>
      </w:r>
      <w:r>
        <w:rPr/>
        <w:t xml:space="preserve">.</w:t>
      </w:r>
    </w:p>
    <w:p>
      <w:pPr>
        <w:pStyle w:val="Yellow"/>
        <w:rPr/>
      </w:pPr>
      <w:r>
        <w:rPr>
          <w:b/>
        </w:rPr>
        <w:t xml:space="preserve">2 Timothy 2:23</w:t>
      </w:r>
      <w:r>
        <w:rPr/>
        <w:t xml:space="preserve"> — But </w:t>
      </w:r>
      <w:r>
        <w:rPr>
          <w:shd w:fill="B7DDE8" w:val="clear"/>
        </w:rPr>
        <w:t xml:space="preserve">reject foolish and ignorant speculation</w:t>
      </w:r>
      <w:r>
        <w:rPr>
          <w:b w:val="false"/>
          <w:i w:val="false"/>
          <w:color w:val="000000"/>
          <w:u w:val="none"/>
        </w:rPr>
        <w:t xml:space="preserve"> [1HFL]</w:t>
      </w:r>
      <w:r>
        <w:rPr/>
        <w:t xml:space="preserve">, for you know that </w:t>
      </w:r>
      <w:r>
        <w:rPr>
          <w:shd w:fill="B7DDE8" w:val="clear"/>
        </w:rPr>
        <w:t xml:space="preserve">it breeds quarreling</w:t>
      </w:r>
      <w:r>
        <w:rPr>
          <w:b w:val="false"/>
          <w:i w:val="false"/>
          <w:color w:val="000000"/>
          <w:u w:val="none"/>
        </w:rPr>
        <w:t xml:space="preserve"> [1HFM]</w:t>
      </w:r>
      <w:r>
        <w:rPr/>
        <w:t xml:space="preserve">.</w:t>
      </w:r>
    </w:p>
    <w:p>
      <w:pPr>
        <w:pStyle w:val="Yellow"/>
        <w:rPr/>
      </w:pPr>
      <w:r>
        <w:rPr>
          <w:b/>
          <w:shd w:val="clear" w:color="auto" w:fill="548235"/>
          <w:color w:val="FFFFFF"/>
        </w:rPr>
        <w:t xml:space="preserve">1 Peter 2:15</w:t>
      </w:r>
      <w:r>
        <w:rPr>
          <w:shd w:val="clear" w:color="auto" w:fill="548235"/>
          <w:color w:val="FFFFFF"/>
        </w:rPr>
        <w:t xml:space="preserve"> — For </w:t>
      </w:r>
      <w:r>
        <w:rPr>
          <w:shd w:fill="548235" w:val="clear" w:color="auto"/>
          <w:color w:val="FFFFFF"/>
        </w:rPr>
        <w:t xml:space="preserve">it is God’s will that by doing good you should silence the ignorance of foolish men</w:t>
      </w:r>
      <w:r>
        <w:rPr>
          <w:b w:val="false"/>
          <w:i w:val="false"/>
          <w:color w:val="FFFFFF"/>
          <w:u w:val="none"/>
          <w:shd w:val="clear" w:color="auto" w:fill="548235"/>
        </w:rPr>
        <w:t xml:space="preserve"> [1HFS]</w:t>
      </w:r>
      <w:r>
        <w:rPr>
          <w:shd w:val="clear" w:color="auto" w:fill="548235"/>
          <w:color w:val="FFFFFF"/>
        </w:rPr>
        <w:t xml:space="preserve">.</w:t>
      </w:r>
    </w:p>
    <w:p>
      <w:r>
        <w:rPr>
          <w:b/>
          <w:sz w:val="32"/>
          <w:highlight w:val="yellow"/>
        </w:rPr>
        <w:t>Freedom  (9)</w:t>
      </w:r>
    </w:p>
    <w:p>
      <w:pPr>
        <w:pStyle w:val="Yellow"/>
        <w:rPr/>
      </w:pPr>
      <w:r>
        <w:rPr>
          <w:b/>
        </w:rPr>
        <w:t>Psalm 119:45</w:t>
      </w:r>
      <w:r>
        <w:rPr/>
        <w:t xml:space="preserve"> — </w:t>
      </w:r>
      <w:r>
        <w:rPr>
          <w:shd w:fill="B7DDE8" w:val="clear"/>
        </w:rPr>
        <w:t>I will walk in freedom, for I have sought Your precepts</w:t>
      </w:r>
      <w:r>
        <w:rPr>
          <w:b w:val="false"/>
          <w:i w:val="false"/>
          <w:color w:val="000000"/>
          <w:u w:val="none"/>
        </w:rPr>
        <w:t xml:space="preserve"> [1AAB]</w:t>
      </w:r>
      <w:r>
        <w:rPr/>
        <w:t>.</w:t>
      </w:r>
    </w:p>
    <w:p>
      <w:pPr>
        <w:pStyle w:val="Yellow"/>
        <w:rPr/>
      </w:pPr>
      <w:r>
        <w:rPr>
          <w:b/>
        </w:rPr>
        <w:t xml:space="preserve">John 8:36</w:t>
      </w:r>
      <w:r>
        <w:rPr/>
        <w:t xml:space="preserve"> — </w:t>
      </w:r>
      <w:r>
        <w:rPr>
          <w:shd w:fill="B7DDE8" w:val="clear"/>
        </w:rPr>
        <w:t xml:space="preserve">if the Son sets you free</w:t>
      </w:r>
      <w:r>
        <w:rPr>
          <w:b w:val="false"/>
          <w:i w:val="false"/>
          <w:color w:val="000000"/>
          <w:u w:val="none"/>
        </w:rPr>
        <w:t xml:space="preserve"> [1LOU]</w:t>
      </w:r>
      <w:r>
        <w:rPr/>
        <w:t xml:space="preserve">, </w:t>
      </w:r>
      <w:r>
        <w:rPr>
          <w:shd w:fill="B7DDE8" w:val="clear"/>
        </w:rPr>
        <w:t xml:space="preserve">you will be free indeed</w:t>
      </w:r>
      <w:r>
        <w:rPr>
          <w:b w:val="false"/>
          <w:i w:val="false"/>
          <w:color w:val="000000"/>
          <w:u w:val="none"/>
        </w:rPr>
        <w:t xml:space="preserve"> [1LOV]</w:t>
      </w:r>
      <w:r>
        <w:rPr/>
        <w:t xml:space="preserve">.</w:t>
      </w:r>
    </w:p>
    <w:p>
      <w:pPr>
        <w:pStyle w:val="Yellow"/>
        <w:rPr/>
      </w:pPr>
      <w:r>
        <w:rPr>
          <w:b/>
        </w:rPr>
        <w:t>Romans 8:20–21</w:t>
      </w:r>
      <w:r>
        <w:rPr/>
        <w:t xml:space="preserve"> — For </w:t>
      </w:r>
      <w:r>
        <w:rPr>
          <w:shd w:val="clear" w:fill="B7DDE8"/>
        </w:rPr>
        <w:t>the creation was subjected to futility</w:t>
      </w:r>
      <w:r>
        <w:rPr>
          <w:b w:val="false"/>
          <w:i w:val="false"/>
          <w:color w:val="000000"/>
          <w:u w:val="none"/>
        </w:rPr>
        <w:t xml:space="preserve"> [1CVV]</w:t>
      </w:r>
      <w:r>
        <w:rPr/>
        <w:t xml:space="preserve">, </w:t>
      </w:r>
      <w:r>
        <w:rPr>
          <w:shd w:val="clear" w:fill="B7DDE8"/>
        </w:rPr>
        <w:t>not by its own will</w:t>
      </w:r>
      <w:r>
        <w:rPr>
          <w:b w:val="false"/>
          <w:i w:val="false"/>
          <w:color w:val="000000"/>
          <w:u w:val="none"/>
        </w:rPr>
        <w:t xml:space="preserve"> [1CVW]</w:t>
      </w:r>
      <w:r>
        <w:rPr/>
        <w:t xml:space="preserve">, but </w:t>
      </w:r>
      <w:r>
        <w:rPr>
          <w:shd w:val="clear" w:fill="B7DDE8"/>
        </w:rPr>
        <w:t>because of the One who subjected it</w:t>
      </w:r>
      <w:r>
        <w:rPr>
          <w:b w:val="false"/>
          <w:i w:val="false"/>
          <w:color w:val="000000"/>
          <w:u w:val="none"/>
        </w:rPr>
        <w:t xml:space="preserve"> [1CVX]</w:t>
      </w:r>
      <w:r>
        <w:rPr/>
        <w:t xml:space="preserve">, in hope that </w:t>
      </w:r>
      <w:r>
        <w:rPr>
          <w:shd w:val="clear" w:fill="B7DDE8"/>
        </w:rPr>
        <w:t>the creation itself will be set free from its bondage to decay</w:t>
      </w:r>
      <w:r>
        <w:rPr>
          <w:b w:val="false"/>
          <w:i w:val="false"/>
          <w:color w:val="000000"/>
          <w:u w:val="none"/>
        </w:rPr>
        <w:t xml:space="preserve"> [1CVY]</w:t>
      </w:r>
      <w:r>
        <w:rPr/>
        <w:t xml:space="preserve"> and </w:t>
      </w:r>
      <w:r>
        <w:rPr>
          <w:shd w:val="clear" w:fill="B7DDE8"/>
        </w:rPr>
        <w:t>brought into the glorious freedom of the children of God</w:t>
      </w:r>
      <w:r>
        <w:rPr>
          <w:b w:val="false"/>
          <w:i w:val="false"/>
          <w:color w:val="000000"/>
          <w:u w:val="none"/>
        </w:rPr>
        <w:t xml:space="preserve"> [1CVZ]</w:t>
      </w:r>
      <w:r>
        <w:rPr/>
        <w:t>.</w:t>
      </w:r>
    </w:p>
    <w:p>
      <w:pPr>
        <w:pStyle w:val="Yellow"/>
        <w:rPr/>
      </w:pPr>
      <w:r>
        <w:rPr>
          <w:b/>
        </w:rPr>
        <w:t>1 Corinthians 10:23</w:t>
      </w:r>
      <w:r>
        <w:rPr/>
        <w:t xml:space="preserve"> — </w:t>
      </w:r>
      <w:r>
        <w:rPr>
          <w:shd w:fill="B7DDE8" w:val="clear"/>
        </w:rPr>
        <w:t>“Everything is permissible,” but not everything is beneficial</w:t>
      </w:r>
      <w:r>
        <w:rPr>
          <w:b w:val="false"/>
          <w:i w:val="false"/>
          <w:color w:val="000000"/>
          <w:u w:val="none"/>
        </w:rPr>
        <w:t xml:space="preserve"> [1LVD]</w:t>
      </w:r>
      <w:r>
        <w:rPr/>
        <w:t xml:space="preserve">. </w:t>
      </w:r>
      <w:r>
        <w:rPr>
          <w:shd w:fill="B7DDE8" w:val="clear"/>
        </w:rPr>
        <w:t>“Everything is permissible,” but not everything is edifying</w:t>
      </w:r>
      <w:r>
        <w:rPr>
          <w:b w:val="false"/>
          <w:i w:val="false"/>
          <w:color w:val="000000"/>
          <w:u w:val="none"/>
        </w:rPr>
        <w:t xml:space="preserve"> [1LVE]</w:t>
      </w:r>
      <w:r>
        <w:rPr/>
        <w:t>.</w:t>
      </w:r>
    </w:p>
    <w:p>
      <w:pPr>
        <w:pStyle w:val="Yellow"/>
        <w:rPr/>
      </w:pPr>
      <w:r>
        <w:rPr>
          <w:b/>
          <w:shd w:val="clear" w:color="auto" w:fill="548235"/>
          <w:color w:val="FFFFFF"/>
        </w:rPr>
        <w:t>2 Corinthians 3:17</w:t>
      </w:r>
      <w:r>
        <w:rPr>
          <w:shd w:val="clear" w:color="auto" w:fill="548235"/>
          <w:color w:val="FFFFFF"/>
        </w:rPr>
        <w:t xml:space="preserve"> — Now </w:t>
      </w:r>
      <w:r>
        <w:rPr>
          <w:shd w:fill="548235" w:val="clear" w:color="auto"/>
          <w:color w:val="FFFFFF"/>
        </w:rPr>
        <w:t>the Lord is the Spirit</w:t>
      </w:r>
      <w:r>
        <w:rPr>
          <w:b w:val="false"/>
          <w:i w:val="false"/>
          <w:color w:val="FFFFFF"/>
          <w:u w:val="none"/>
          <w:shd w:val="clear" w:color="auto" w:fill="548235"/>
        </w:rPr>
        <w:t xml:space="preserve"> [2BJC]</w:t>
      </w:r>
      <w:r>
        <w:rPr>
          <w:shd w:val="clear" w:color="auto" w:fill="548235"/>
          <w:color w:val="FFFFFF"/>
        </w:rPr>
        <w:t xml:space="preserve">, and </w:t>
      </w:r>
      <w:r>
        <w:rPr>
          <w:shd w:fill="548235" w:val="clear" w:color="auto"/>
          <w:color w:val="FFFFFF"/>
        </w:rPr>
        <w:t>where the Spirit of the Lord is, there is freedom</w:t>
      </w:r>
      <w:r>
        <w:rPr>
          <w:b w:val="false"/>
          <w:i w:val="false"/>
          <w:color w:val="FFFFFF"/>
          <w:u w:val="none"/>
          <w:shd w:val="clear" w:color="auto" w:fill="548235"/>
        </w:rPr>
        <w:t xml:space="preserve"> [1BJD]</w:t>
      </w:r>
      <w:r>
        <w:rPr>
          <w:shd w:val="clear" w:color="auto" w:fill="548235"/>
          <w:color w:val="FFFFFF"/>
        </w:rPr>
        <w:t>.</w:t>
      </w:r>
    </w:p>
    <w:p>
      <w:pPr>
        <w:pStyle w:val="Yellow"/>
        <w:rPr/>
      </w:pPr>
      <w:r>
        <w:rPr>
          <w:b/>
        </w:rPr>
        <w:t xml:space="preserve">Galatians 5:1</w:t>
      </w:r>
      <w:r>
        <w:rPr/>
        <w:t xml:space="preserve"> — </w:t>
      </w:r>
      <w:r>
        <w:rPr>
          <w:shd w:fill="B7DDE8" w:val="clear"/>
        </w:rPr>
        <w:t xml:space="preserve">It is for freedom that Christ has set us free</w:t>
      </w:r>
      <w:r>
        <w:rPr>
          <w:b w:val="false"/>
          <w:i w:val="false"/>
          <w:color w:val="000000"/>
          <w:u w:val="none"/>
        </w:rPr>
        <w:t xml:space="preserve"> [1LOT]</w:t>
      </w:r>
      <w:r>
        <w:rPr/>
        <w:t xml:space="preserve">.</w:t>
      </w:r>
    </w:p>
    <w:p>
      <w:pPr>
        <w:pStyle w:val="Yellow"/>
        <w:rPr/>
      </w:pPr>
      <w:r>
        <w:rPr>
          <w:b/>
        </w:rPr>
        <w:t xml:space="preserve">Galatians 5:13</w:t>
      </w:r>
      <w:r>
        <w:rPr/>
        <w:t xml:space="preserve"> — For </w:t>
      </w:r>
      <w:r>
        <w:rPr>
          <w:shd w:fill="B7DDE8" w:val="clear"/>
        </w:rPr>
        <w:t xml:space="preserve">you, brothers, were called to freedom</w:t>
      </w:r>
      <w:r>
        <w:rPr>
          <w:b w:val="false"/>
          <w:i w:val="false"/>
          <w:color w:val="000000"/>
          <w:u w:val="none"/>
        </w:rPr>
        <w:t xml:space="preserve"> [1GGW]</w:t>
      </w:r>
      <w:r>
        <w:rPr/>
        <w:t xml:space="preserve">; but </w:t>
      </w:r>
      <w:r>
        <w:rPr>
          <w:shd w:fill="B7DDE8" w:val="clear"/>
        </w:rPr>
        <w:t xml:space="preserve">do not use your freedom as an opportunity for the flesh</w:t>
      </w:r>
      <w:r>
        <w:rPr>
          <w:b w:val="false"/>
          <w:i w:val="false"/>
          <w:color w:val="000000"/>
          <w:u w:val="none"/>
        </w:rPr>
        <w:t xml:space="preserve"> [1GGX]</w:t>
      </w:r>
      <w:r>
        <w:rPr/>
        <w:t xml:space="preserve">. Rather, </w:t>
      </w:r>
      <w:r>
        <w:rPr>
          <w:shd w:fill="B7DDE8" w:val="clear"/>
        </w:rPr>
        <w:t xml:space="preserve">serve one another in love</w:t>
      </w:r>
      <w:r>
        <w:rPr>
          <w:b w:val="false"/>
          <w:i w:val="false"/>
          <w:color w:val="000000"/>
          <w:u w:val="none"/>
        </w:rPr>
        <w:t xml:space="preserve"> [1GGY]</w:t>
      </w:r>
      <w:r>
        <w:rPr/>
        <w:t xml:space="preserve">.</w:t>
      </w:r>
    </w:p>
    <w:p>
      <w:pPr>
        <w:pStyle w:val="Yellow"/>
        <w:rPr/>
      </w:pPr>
      <w:r>
        <w:rPr>
          <w:b/>
        </w:rPr>
        <w:t>James 1:25</w:t>
      </w:r>
      <w:r>
        <w:rPr/>
        <w:t xml:space="preserve"> — But </w:t>
      </w:r>
      <w:r>
        <w:rPr>
          <w:shd w:val="clear" w:fill="B7DDE8"/>
        </w:rPr>
        <w:t>the one who looks intently into the perfect law of freedom, and continues to do so—not being a forgetful hearer, but an effective doer—he will be blessed in what he does</w:t>
      </w:r>
      <w:r>
        <w:rPr>
          <w:b w:val="false"/>
          <w:i w:val="false"/>
          <w:color w:val="000000"/>
          <w:u w:val="none"/>
        </w:rPr>
        <w:t xml:space="preserve"> [1EIQ]</w:t>
      </w:r>
      <w:r>
        <w:rPr/>
        <w:t>.</w:t>
      </w:r>
    </w:p>
    <w:p>
      <w:pPr>
        <w:pStyle w:val="Yellow"/>
        <w:rPr/>
      </w:pPr>
      <w:r>
        <w:t xml:space="preserve">(2Pe1:2-3 “divine power” and “knowledge of God”) </w:t>
      </w:r>
      <w:r>
        <w:rPr>
          <w:b/>
        </w:rPr>
        <w:t>2 Peter 1:4</w:t>
      </w:r>
      <w:r>
        <w:t xml:space="preserve"> — </w:t>
      </w:r>
      <w:r>
        <w:rPr>
          <w:shd w:fill="B7DDE8" w:val="clear"/>
        </w:rPr>
        <w:t>Through {these} He has given us His precious and magnificent promises</w:t>
      </w:r>
      <w:r>
        <w:rPr>
          <w:b w:val="false"/>
          <w:i w:val="false"/>
          <w:color w:val="000000"/>
          <w:u w:val="none"/>
        </w:rPr>
        <w:t xml:space="preserve"> [1AML]</w:t>
      </w:r>
      <w:r>
        <w:t xml:space="preserve">, </w:t>
      </w:r>
      <w:r>
        <w:rPr>
          <w:shd w:fill="B7DDE8" w:val="clear"/>
        </w:rPr>
        <w:t>so that through them you may become partakers of the divine nature</w:t>
      </w:r>
      <w:r>
        <w:rPr>
          <w:b w:val="false"/>
          <w:i w:val="false"/>
          <w:color w:val="000000"/>
          <w:u w:val="none"/>
        </w:rPr>
        <w:t xml:space="preserve"> [1AMM]</w:t>
      </w:r>
      <w:r>
        <w:t xml:space="preserve">, </w:t>
      </w:r>
      <w:r>
        <w:rPr>
          <w:shd w:fill="B7DDE8" w:val="clear"/>
        </w:rPr>
        <w:t>now that you have escaped the corruption in the world caused by evil desires</w:t>
      </w:r>
      <w:r>
        <w:rPr>
          <w:b w:val="false"/>
          <w:i w:val="false"/>
          <w:color w:val="000000"/>
          <w:u w:val="none"/>
        </w:rPr>
        <w:t xml:space="preserve"> [1AMN]</w:t>
      </w:r>
      <w:r>
        <w:t>.</w:t>
      </w:r>
    </w:p>
    <w:p>
      <w:r>
        <w:rPr>
          <w:b/>
          <w:sz w:val="32"/>
          <w:highlight w:val="yellow"/>
        </w:rPr>
        <w:t>Generosity  (13)</w:t>
      </w:r>
    </w:p>
    <w:p>
      <w:pPr>
        <w:pStyle w:val="Yellow"/>
        <w:rPr/>
      </w:pPr>
      <w:r>
        <w:rPr>
          <w:b/>
        </w:rPr>
        <w:t xml:space="preserve">1 Chronicles 29:14</w:t>
      </w:r>
      <w:r>
        <w:rPr/>
        <w:t xml:space="preserve"> — For </w:t>
      </w:r>
      <w:r>
        <w:rPr>
          <w:shd w:fill="B7DDE8" w:val="clear"/>
        </w:rPr>
        <w:t xml:space="preserve">everything comes from You</w:t>
      </w:r>
      <w:r>
        <w:rPr>
          <w:b w:val="false"/>
          <w:i w:val="false"/>
          <w:color w:val="000000"/>
          <w:u w:val="none"/>
        </w:rPr>
        <w:t xml:space="preserve"> [1LGI]</w:t>
      </w:r>
      <w:r>
        <w:rPr/>
        <w:t xml:space="preserve">, and </w:t>
      </w:r>
      <w:r>
        <w:rPr>
          <w:shd w:fill="B7DDE8" w:val="clear"/>
        </w:rPr>
        <w:t xml:space="preserve">from Your own hand we have given to You</w:t>
      </w:r>
      <w:r>
        <w:rPr>
          <w:b w:val="false"/>
          <w:i w:val="false"/>
          <w:color w:val="000000"/>
          <w:u w:val="none"/>
        </w:rPr>
        <w:t xml:space="preserve"> [1LGJ]</w:t>
      </w:r>
      <w:r>
        <w:rPr/>
        <w:t xml:space="preserve">.</w:t>
      </w:r>
    </w:p>
    <w:p>
      <w:pPr>
        <w:pStyle w:val="Yellow"/>
        <w:rPr/>
        <w:pBdr>
          <w:left w:val="single" w:sz="28" w:space="5" w:color="C00000"/>
        </w:pBdr>
      </w:pPr>
      <w:r>
        <w:rPr>
          <w:b/>
          <w:shd w:val="clear" w:color="auto" w:fill="F4B183"/>
          <w:color w:val="000000"/>
        </w:rPr>
        <w:t xml:space="preserve">Proverbs 11:25</w:t>
      </w:r>
      <w:r>
        <w:rPr>
          <w:shd w:val="clear" w:color="auto" w:fill="F4B183"/>
          <w:color w:val="000000"/>
        </w:rPr>
        <w:t xml:space="preserve"> — </w:t>
      </w:r>
      <w:r>
        <w:rPr>
          <w:shd w:fill="F4B183" w:val="clear" w:color="auto"/>
          <w:color w:val="000000"/>
        </w:rPr>
        <w:t xml:space="preserve">A generous soul will prosper</w:t>
      </w:r>
      <w:r>
        <w:rPr>
          <w:b w:val="false"/>
          <w:i w:val="false"/>
          <w:color w:val="000000"/>
          <w:u w:val="none"/>
          <w:shd w:val="clear" w:color="auto" w:fill="F4B183"/>
        </w:rPr>
        <w:t xml:space="preserve"> [1GYH]</w:t>
      </w:r>
      <w:r>
        <w:rPr>
          <w:shd w:val="clear" w:color="auto" w:fill="F4B183"/>
          <w:color w:val="000000"/>
        </w:rPr>
        <w:t xml:space="preserve">, and </w:t>
      </w:r>
      <w:r>
        <w:rPr>
          <w:shd w:fill="F4B183" w:val="clear" w:color="auto"/>
          <w:color w:val="000000"/>
        </w:rPr>
        <w:t xml:space="preserve">he who refreshes others will himself be refreshed</w:t>
      </w:r>
      <w:r>
        <w:rPr>
          <w:b w:val="false"/>
          <w:i w:val="false"/>
          <w:color w:val="000000"/>
          <w:u w:val="none"/>
          <w:shd w:val="clear" w:color="auto" w:fill="F4B183"/>
        </w:rPr>
        <w:t xml:space="preserve"> [1GYI]</w:t>
      </w:r>
      <w:r>
        <w:rPr>
          <w:shd w:val="clear" w:color="auto" w:fill="F4B183"/>
          <w:color w:val="000000"/>
        </w:rPr>
        <w:t xml:space="preserve">.</w:t>
      </w:r>
    </w:p>
    <w:p>
      <w:pPr>
        <w:pStyle w:val="Yellow"/>
        <w:rPr/>
        <w:pBdr>
          <w:left w:val="single" w:sz="28" w:space="5" w:color="C00000"/>
        </w:pBdr>
      </w:pPr>
      <w:r>
        <w:rPr>
          <w:b/>
          <w:shd w:val="clear" w:color="auto" w:fill="548235"/>
          <w:color w:val="FFFFFF"/>
        </w:rPr>
        <w:t>Proverbs 11:26</w:t>
      </w:r>
      <w:r>
        <w:rPr>
          <w:shd w:val="clear" w:color="auto" w:fill="548235"/>
          <w:color w:val="FFFFFF"/>
        </w:rPr>
        <w:t xml:space="preserve"> — </w:t>
      </w:r>
      <w:r>
        <w:rPr>
          <w:shd w:val="clear" w:fill="548235" w:color="auto"/>
          <w:color w:val="FFFFFF"/>
        </w:rPr>
        <w:t>The people will curse the hoarder of grain</w:t>
      </w:r>
      <w:r>
        <w:rPr>
          <w:b w:val="false"/>
          <w:i w:val="false"/>
          <w:color w:val="FFFFFF"/>
          <w:u w:val="none"/>
          <w:shd w:val="clear" w:color="auto" w:fill="548235"/>
        </w:rPr>
        <w:t xml:space="preserve"> [1EJW]</w:t>
      </w:r>
      <w:r>
        <w:rPr>
          <w:shd w:val="clear" w:color="auto" w:fill="548235"/>
          <w:color w:val="FFFFFF"/>
        </w:rPr>
        <w:t xml:space="preserve">, but </w:t>
      </w:r>
      <w:r>
        <w:rPr>
          <w:shd w:val="clear" w:fill="548235" w:color="auto"/>
          <w:color w:val="FFFFFF"/>
        </w:rPr>
        <w:t>blessing will crown the one who sells it</w:t>
      </w:r>
      <w:r>
        <w:rPr>
          <w:b w:val="false"/>
          <w:i w:val="false"/>
          <w:color w:val="FFFFFF"/>
          <w:u w:val="none"/>
          <w:shd w:val="clear" w:color="auto" w:fill="548235"/>
        </w:rPr>
        <w:t xml:space="preserve"> [1EJX]</w:t>
      </w:r>
      <w:r>
        <w:rPr>
          <w:shd w:val="clear" w:color="auto" w:fill="548235"/>
          <w:color w:val="FFFFFF"/>
        </w:rPr>
        <w:t>.</w:t>
      </w:r>
    </w:p>
    <w:p>
      <w:pPr>
        <w:pStyle w:val="Yellow"/>
        <w:rPr/>
        <w:pBdr>
          <w:left w:val="single" w:sz="28" w:space="5" w:color="C00000"/>
        </w:pBdr>
      </w:pPr>
      <w:r>
        <w:rPr>
          <w:b/>
          <w:u w:val="none"/>
        </w:rPr>
        <w:t>Luke 6:38</w:t>
      </w:r>
      <w:r>
        <w:rPr>
          <w:u w:val="none"/>
        </w:rPr>
        <w:t xml:space="preserve"> — </w:t>
      </w:r>
      <w:r>
        <w:rPr>
          <w:u w:val="none"/>
          <w:shd w:fill="B7DDE8" w:val="clear"/>
        </w:rPr>
        <w:t>Give, and it will be given to you</w:t>
      </w:r>
      <w:r>
        <w:rPr>
          <w:b w:val="false"/>
          <w:i w:val="false"/>
          <w:color w:val="000000"/>
          <w:u w:val="none"/>
        </w:rPr>
        <w:t xml:space="preserve"> [1MBO]</w:t>
      </w:r>
      <w:r>
        <w:rPr>
          <w:u w:val="none"/>
        </w:rPr>
        <w:t xml:space="preserve">. </w:t>
      </w:r>
      <w:r>
        <w:rPr>
          <w:u w:val="none"/>
          <w:shd w:fill="B7DDE8" w:val="clear"/>
        </w:rPr>
        <w:t>A good measure, pressed down, shaken together, and running over will be poured into your lap</w:t>
      </w:r>
      <w:r>
        <w:rPr>
          <w:b w:val="false"/>
          <w:i w:val="false"/>
          <w:color w:val="000000"/>
          <w:u w:val="none"/>
        </w:rPr>
        <w:t xml:space="preserve"> [1MBP]</w:t>
      </w:r>
      <w:r>
        <w:rPr>
          <w:u w:val="none"/>
        </w:rPr>
        <w:t xml:space="preserve">. For </w:t>
      </w:r>
      <w:r>
        <w:rPr>
          <w:u w:val="none"/>
          <w:color w:val="000000"/>
          <w:shd w:val="clear" w:color="auto" w:fill="D9C3E6"/>
        </w:rPr>
        <w:t>with the measure you use, it will be measured back to you</w:t>
      </w:r>
      <w:r>
        <w:rPr>
          <w:b w:val="false"/>
          <w:i w:val="false"/>
          <w:color w:val="000000"/>
          <w:u w:val="none"/>
          <w:shd w:val="clear" w:color="auto" w:fill="F4B183"/>
        </w:rPr>
        <w:t xml:space="preserve"> [3IPF]</w:t>
      </w:r>
      <w:r>
        <w:rPr>
          <w:u w:val="none"/>
          <w:shd w:val="clear" w:color="auto" w:fill="D9C3E6"/>
        </w:rPr>
        <w:t>.”</w:t>
      </w:r>
    </w:p>
    <w:p>
      <w:pPr>
        <w:pStyle w:val="Yellow"/>
        <w:rPr/>
      </w:pPr>
      <w:r>
        <w:rPr>
          <w:b/>
          <w:shd w:val="clear" w:color="auto" w:fill="C00000"/>
          <w:color w:val="FFFFFF"/>
        </w:rPr>
        <w:t>Acts 10:4</w:t>
      </w:r>
      <w:r>
        <w:rPr>
          <w:shd w:val="clear" w:color="auto" w:fill="C00000"/>
          <w:color w:val="FFFFFF"/>
        </w:rPr>
        <w:t xml:space="preserve"> — </w:t>
      </w:r>
      <w:r>
        <w:rPr>
          <w:shd w:val="clear" w:color="auto" w:fill="C00000"/>
          <w:color w:val="FFFFFF"/>
        </w:rPr>
        <w:t>Your prayers and gifts to the poor have ascended as a memorial offering before God</w:t>
      </w:r>
      <w:r>
        <w:rPr>
          <w:b w:val="false"/>
          <w:i w:val="false"/>
          <w:u w:val="none"/>
          <w:shd w:val="clear" w:color="auto" w:fill="C00000"/>
          <w:color w:val="FFFFFF"/>
        </w:rPr>
        <w:t xml:space="preserve"> [1BBB]</w:t>
      </w:r>
      <w:r>
        <w:rPr>
          <w:shd w:val="clear" w:color="auto" w:fill="C00000"/>
          <w:color w:val="FFFFFF"/>
        </w:rPr>
        <w:t>.</w:t>
      </w:r>
    </w:p>
    <w:p>
      <w:pPr>
        <w:pStyle w:val="Yellow"/>
        <w:rPr/>
      </w:pPr>
      <w:r>
        <w:rPr>
          <w:b/>
        </w:rPr>
        <w:t>Acts 10:31</w:t>
      </w:r>
      <w:r>
        <w:rPr/>
        <w:t xml:space="preserve"> — Cornelius, </w:t>
      </w:r>
      <w:r>
        <w:rPr>
          <w:shd w:val="clear" w:fill="F4B183" w:color="auto"/>
          <w:color w:val="000000"/>
        </w:rPr>
        <w:t>your prayer has been heard</w:t>
      </w:r>
      <w:r>
        <w:rPr>
          <w:b w:val="false"/>
          <w:i w:val="false"/>
          <w:color w:val="000000"/>
          <w:u w:val="none"/>
          <w:shd w:val="clear" w:color="auto" w:fill="F4B183"/>
        </w:rPr>
        <w:t xml:space="preserve"> [1CQX]</w:t>
      </w:r>
      <w:r>
        <w:rPr/>
        <w:t xml:space="preserve">, and </w:t>
      </w:r>
      <w:r>
        <w:rPr>
          <w:shd w:val="clear" w:fill="B7DDE8"/>
        </w:rPr>
        <w:t>your gifts to the poor have been remembered before God</w:t>
      </w:r>
      <w:r>
        <w:rPr>
          <w:b w:val="false"/>
          <w:i w:val="false"/>
          <w:color w:val="000000"/>
          <w:u w:val="none"/>
        </w:rPr>
        <w:t xml:space="preserve"> [1CQY]</w:t>
      </w:r>
      <w:r>
        <w:rPr/>
        <w:t>.</w:t>
      </w:r>
    </w:p>
    <w:p>
      <w:pPr>
        <w:pStyle w:val="Yellow"/>
        <w:rPr/>
        <w:pBdr>
          <w:left w:val="single" w:sz="28" w:space="5" w:color="C00000"/>
        </w:pBdr>
      </w:pPr>
      <w:r>
        <w:rPr>
          <w:b/>
          <w:shd w:val="clear" w:color="auto" w:fill="548235"/>
          <w:color w:val="FFFFFF"/>
        </w:rPr>
        <w:t>Acts 20:35</w:t>
      </w:r>
      <w:r>
        <w:rPr>
          <w:shd w:val="clear" w:color="auto" w:fill="548235"/>
          <w:color w:val="FFFFFF"/>
        </w:rPr>
        <w:t xml:space="preserve"> — </w:t>
      </w:r>
      <w:r>
        <w:rPr>
          <w:shd w:val="clear" w:fill="548235" w:color="auto"/>
          <w:color w:val="FFFFFF"/>
        </w:rPr>
        <w:t>It is more blessed to give than to receive</w:t>
      </w:r>
      <w:r>
        <w:rPr>
          <w:b w:val="false"/>
          <w:i w:val="false"/>
          <w:color w:val="FFFFFF"/>
          <w:u w:val="none"/>
          <w:shd w:val="clear" w:color="auto" w:fill="548235"/>
        </w:rPr>
        <w:t xml:space="preserve"> [1EGZ]</w:t>
      </w:r>
      <w:r>
        <w:rPr>
          <w:shd w:val="clear" w:color="auto" w:fill="548235"/>
          <w:color w:val="FFFFFF"/>
        </w:rPr>
        <w:t>.</w:t>
      </w:r>
    </w:p>
    <w:p>
      <w:pPr>
        <w:pStyle w:val="Yellow"/>
        <w:rPr/>
      </w:pPr>
      <w:r>
        <w:rPr/>
        <w:t xml:space="preserve">(2Co8:10 “to give”) </w:t>
      </w:r>
      <w:r>
        <w:rPr>
          <w:b/>
        </w:rPr>
        <w:t xml:space="preserve">2 Corinthians 8:12</w:t>
      </w:r>
      <w:r>
        <w:rPr/>
        <w:t xml:space="preserve"> — For </w:t>
      </w:r>
      <w:r>
        <w:rPr>
          <w:shd w:fill="B7DDE8" w:val="clear"/>
        </w:rPr>
        <w:t xml:space="preserve">if the {eagerness} is there</w:t>
      </w:r>
      <w:r>
        <w:rPr>
          <w:b w:val="false"/>
          <w:i w:val="false"/>
          <w:color w:val="000000"/>
          <w:u w:val="none"/>
        </w:rPr>
        <w:t xml:space="preserve"> [1LTK]</w:t>
      </w:r>
      <w:r>
        <w:rPr/>
        <w:t xml:space="preserve">, </w:t>
      </w:r>
      <w:r>
        <w:rPr>
          <w:shd w:fill="B7DDE8" w:val="clear"/>
        </w:rPr>
        <w:t xml:space="preserve">the gift is acceptable according to what one has, not according to what he does not have</w:t>
      </w:r>
      <w:r>
        <w:rPr>
          <w:b w:val="false"/>
          <w:i w:val="false"/>
          <w:color w:val="000000"/>
          <w:u w:val="none"/>
        </w:rPr>
        <w:t xml:space="preserve"> [1LTL]</w:t>
      </w:r>
      <w:r>
        <w:rPr/>
        <w:t xml:space="preserve">.</w:t>
      </w:r>
    </w:p>
    <w:p>
      <w:pPr>
        <w:pStyle w:val="Yellow"/>
        <w:rPr/>
      </w:pPr>
      <w:r>
        <w:rPr>
          <w:b/>
        </w:rPr>
        <w:t>2 Corinthians 9:6</w:t>
      </w:r>
      <w:r>
        <w:rPr/>
        <w:t xml:space="preserve"> — Remember this: </w:t>
      </w:r>
      <w:r>
        <w:rPr>
          <w:shd w:fill="B7DDE8" w:val="clear"/>
        </w:rPr>
        <w:t>Whoever sows sparingly will also reap sparingly, and whoever sows generously will also reap generously</w:t>
      </w:r>
      <w:r>
        <w:rPr>
          <w:b w:val="false"/>
          <w:i w:val="false"/>
          <w:color w:val="000000"/>
          <w:u w:val="none"/>
        </w:rPr>
        <w:t xml:space="preserve"> [1MAD]</w:t>
      </w:r>
      <w:r>
        <w:rPr/>
        <w:t>.</w:t>
      </w:r>
    </w:p>
    <w:p>
      <w:pPr>
        <w:pStyle w:val="Yellow"/>
        <w:rPr/>
        <w:shd w:val="clear" w:color="auto" w:fill="E4DFEC"/>
        <w:pBdr>
          <w:left w:val="single" w:sz="28" w:space="5" w:color="7030A0"/>
        </w:pBdr>
      </w:pPr>
      <w:r>
        <w:rPr>
          <w:u w:val="none"/>
        </w:rPr>
        <w:t xml:space="preserve">(2Co9:8 “God”) </w:t>
      </w:r>
      <w:r>
        <w:rPr>
          <w:b/>
          <w:u w:val="none"/>
        </w:rPr>
        <w:t xml:space="preserve">2 Corinthians 9:9</w:t>
      </w:r>
      <w:r>
        <w:rPr>
          <w:u w:val="none"/>
        </w:rPr>
        <w:t xml:space="preserve"> — As it is written: “</w:t>
      </w:r>
      <w:r>
        <w:rPr>
          <w:u w:val="none"/>
          <w:shd w:fill="B7DDE8" w:val="clear"/>
        </w:rPr>
        <w:t xml:space="preserve">{He} has scattered abroad His gifts to the poor</w:t>
      </w:r>
      <w:r>
        <w:rPr>
          <w:b w:val="false"/>
          <w:i w:val="false"/>
          <w:color w:val="000000"/>
          <w:u w:val="none"/>
        </w:rPr>
        <w:t xml:space="preserve"> [2FYX]</w:t>
      </w:r>
      <w:r>
        <w:rPr>
          <w:u w:val="none"/>
        </w:rPr>
        <w:t xml:space="preserve">; </w:t>
      </w:r>
      <w:r>
        <w:rPr>
          <w:u w:val="none"/>
          <w:shd w:fill="F4B183" w:val="clear" w:color="auto"/>
          <w:color w:val="000000"/>
        </w:rPr>
        <w:t xml:space="preserve">His righteousness endures forever</w:t>
      </w:r>
      <w:r>
        <w:rPr>
          <w:b w:val="false"/>
          <w:i w:val="false"/>
          <w:color w:val="000000"/>
          <w:u w:val="none"/>
          <w:shd w:val="clear" w:color="auto" w:fill="F4B183"/>
        </w:rPr>
        <w:t xml:space="preserve"> [3EMH]</w:t>
      </w:r>
      <w:r>
        <w:rPr>
          <w:u w:val="none"/>
        </w:rPr>
        <w:t xml:space="preserve">.”</w:t>
      </w:r>
    </w:p>
    <w:p>
      <w:pPr>
        <w:pStyle w:val="Yellow"/>
        <w:rPr/>
      </w:pPr>
      <w:r>
        <w:rPr>
          <w:b/>
        </w:rPr>
        <w:t xml:space="preserve">2 Corinthians 9:11</w:t>
      </w:r>
      <w:r>
        <w:rPr/>
        <w:t xml:space="preserve"> — </w:t>
      </w:r>
      <w:r>
        <w:rPr>
          <w:shd w:fill="B7DDE8" w:val="clear"/>
        </w:rPr>
        <w:t xml:space="preserve">You will be enriched in every way to be generous on every occasion</w:t>
      </w:r>
      <w:r>
        <w:rPr>
          <w:b w:val="false"/>
          <w:i w:val="false"/>
          <w:u w:val="none"/>
          <w:color w:val="000000"/>
        </w:rPr>
        <w:t xml:space="preserve"> [1GYF]</w:t>
      </w:r>
      <w:r>
        <w:rPr/>
        <w:t xml:space="preserve">, so that </w:t>
      </w:r>
      <w:r>
        <w:rPr>
          <w:shd w:fill="B7DDE8" w:val="clear"/>
        </w:rPr>
        <w:t xml:space="preserve">through us your giving will produce thanksgiving to God</w:t>
      </w:r>
      <w:r>
        <w:rPr>
          <w:b w:val="false"/>
          <w:i w:val="false"/>
          <w:color w:val="000000"/>
          <w:u w:val="none"/>
        </w:rPr>
        <w:t xml:space="preserve"> [1GYG]</w:t>
      </w:r>
      <w:r>
        <w:rPr/>
        <w:t xml:space="preserve">.</w:t>
      </w:r>
    </w:p>
    <w:p>
      <w:pPr>
        <w:pStyle w:val="Yellow"/>
        <w:rPr/>
      </w:pPr>
      <w:r>
        <w:rPr/>
        <w:t xml:space="preserve">(Tt3:8 “those who have believed God”) </w:t>
      </w:r>
      <w:r>
        <w:rPr>
          <w:b/>
        </w:rPr>
        <w:t>Titus 3:14</w:t>
      </w:r>
      <w:r>
        <w:rPr/>
        <w:t xml:space="preserve"> — And </w:t>
      </w:r>
      <w:r>
        <w:rPr>
          <w:shd w:fill="B7DDE8" w:val="clear"/>
        </w:rPr>
        <w:t>{our people} must also learn to devote themselves to good works in order to meet the pressing needs of others</w:t>
      </w:r>
      <w:r>
        <w:rPr>
          <w:b w:val="false"/>
          <w:i w:val="false"/>
          <w:color w:val="000000"/>
          <w:u w:val="none"/>
        </w:rPr>
        <w:t xml:space="preserve"> [1MBQ]</w:t>
      </w:r>
      <w:r>
        <w:rPr/>
        <w:t xml:space="preserve">, so that </w:t>
      </w:r>
      <w:r>
        <w:rPr>
          <w:shd w:fill="B7DDE8" w:val="clear"/>
        </w:rPr>
        <w:t>they will not be unfruitful</w:t>
      </w:r>
      <w:r>
        <w:rPr>
          <w:b w:val="false"/>
          <w:i w:val="false"/>
          <w:color w:val="000000"/>
          <w:u w:val="none"/>
        </w:rPr>
        <w:t xml:space="preserve"> [1MBR]</w:t>
      </w:r>
      <w:r>
        <w:rPr/>
        <w:t>.</w:t>
      </w:r>
    </w:p>
    <w:p>
      <w:pPr>
        <w:pStyle w:val="Yellow"/>
        <w:rPr/>
      </w:pPr>
      <w:r>
        <w:rPr>
          <w:b/>
        </w:rPr>
        <w:t xml:space="preserve">Hebrews 13:16</w:t>
      </w:r>
      <w:r>
        <w:rPr/>
        <w:t xml:space="preserve"> — And </w:t>
      </w:r>
      <w:r>
        <w:rPr>
          <w:shd w:fill="B7DDE8" w:val="clear"/>
        </w:rPr>
        <w:t xml:space="preserve">do not neglect to do good and to share with others</w:t>
      </w:r>
      <w:r>
        <w:rPr>
          <w:b w:val="false"/>
          <w:i w:val="false"/>
          <w:color w:val="000000"/>
          <w:u w:val="none"/>
        </w:rPr>
        <w:t xml:space="preserve"> [1GZJ]</w:t>
      </w:r>
      <w:r>
        <w:rPr/>
        <w:t xml:space="preserve">, for </w:t>
      </w:r>
      <w:r>
        <w:rPr>
          <w:shd w:fill="B7DDE8" w:val="clear"/>
        </w:rPr>
        <w:t xml:space="preserve">with such sacrifices God is pleased</w:t>
      </w:r>
      <w:r>
        <w:rPr>
          <w:b w:val="false"/>
          <w:i w:val="false"/>
          <w:color w:val="000000"/>
          <w:u w:val="none"/>
        </w:rPr>
        <w:t xml:space="preserve"> [1GZK]</w:t>
      </w:r>
      <w:r>
        <w:rPr/>
        <w:t xml:space="preserve">.</w:t>
      </w:r>
    </w:p>
    <w:p>
      <w:r>
        <w:rPr>
          <w:b/>
          <w:sz w:val="32"/>
          <w:highlight w:val="yellow"/>
        </w:rPr>
        <w:t>Glorification at Christ's Appearing  (12)</w:t>
      </w:r>
    </w:p>
    <w:p>
      <w:pPr>
        <w:pStyle w:val="Yellow"/>
        <w:rPr/>
      </w:pPr>
      <w:r>
        <w:rPr>
          <w:b/>
          <w:u w:val="none"/>
          <w:color w:val="auto"/>
        </w:rPr>
        <w:t>Matthew 22:30</w:t>
      </w:r>
      <w:r>
        <w:rPr>
          <w:u w:val="none"/>
          <w:color w:val="auto"/>
        </w:rPr>
        <w:t xml:space="preserve"> — </w:t>
      </w:r>
      <w:r>
        <w:rPr>
          <w:u w:val="none"/>
          <w:color w:val="auto"/>
        </w:rPr>
        <w:t xml:space="preserve">In the resurrection, people </w:t>
      </w:r>
      <w:r>
        <w:rPr>
          <w:u w:val="none"/>
          <w:color w:val="auto"/>
        </w:rPr>
        <w:t>will neither marry nor be given in marriage</w:t>
      </w:r>
      <w:r>
        <w:rPr>
          <w:b w:val="false"/>
          <w:i w:val="false"/>
          <w:u w:val="none"/>
          <w:color w:val="auto"/>
        </w:rPr>
        <w:t xml:space="preserve"> [2AXR]</w:t>
      </w:r>
      <w:r>
        <w:rPr>
          <w:u w:val="none"/>
          <w:color w:val="auto"/>
        </w:rPr>
        <w:t xml:space="preserve">. Instead, </w:t>
      </w:r>
      <w:r>
        <w:rPr>
          <w:u w:val="none"/>
          <w:color w:val="auto"/>
        </w:rPr>
        <w:t>they will be like the angels in heaven</w:t>
      </w:r>
      <w:r>
        <w:rPr>
          <w:b w:val="false"/>
          <w:i w:val="false"/>
          <w:u w:val="none"/>
          <w:color w:val="auto"/>
        </w:rPr>
        <w:t xml:space="preserve"> [3AXS]</w:t>
      </w:r>
      <w:r>
        <w:rPr>
          <w:u w:val="none"/>
          <w:color w:val="auto"/>
        </w:rPr>
        <w:t>.</w:t>
      </w:r>
    </w:p>
    <w:p>
      <w:pPr>
        <w:pStyle w:val="Yellow"/>
        <w:rPr/>
      </w:pPr>
      <w:r>
        <w:rPr>
          <w:b/>
          <w:u w:val="none"/>
          <w:shd w:val="clear" w:color="auto" w:fill="C00000"/>
          <w:color w:val="FFFFFF"/>
        </w:rPr>
        <w:t xml:space="preserve">Mark 12:25</w:t>
      </w:r>
      <w:r>
        <w:rPr>
          <w:u w:val="none"/>
          <w:shd w:val="clear" w:color="auto" w:fill="C00000"/>
          <w:color w:val="FFFFFF"/>
        </w:rPr>
        <w:t xml:space="preserve"> — </w:t>
      </w:r>
      <w:r>
        <w:rPr>
          <w:u w:val="none"/>
          <w:shd w:val="clear" w:color="auto" w:fill="C00000"/>
          <w:color w:val="FFFFFF"/>
        </w:rPr>
        <w:t xml:space="preserve">When the dead rise, they </w:t>
      </w:r>
      <w:r>
        <w:rPr>
          <w:u w:val="none"/>
          <w:shd w:val="clear" w:color="auto" w:fill="C00000"/>
          <w:color w:val="FFFFFF"/>
        </w:rPr>
        <w:t xml:space="preserve">will neither marry nor be given in marriage</w:t>
      </w:r>
      <w:r>
        <w:rPr>
          <w:b w:val="false"/>
          <w:i w:val="false"/>
          <w:u w:val="none"/>
          <w:shd w:val="clear" w:color="auto" w:fill="C00000"/>
          <w:color w:val="FFFFFF"/>
        </w:rPr>
        <w:t xml:space="preserve"> [2AXR]</w:t>
      </w:r>
      <w:r>
        <w:rPr>
          <w:u w:val="none"/>
          <w:shd w:val="clear" w:color="auto" w:fill="C00000"/>
          <w:color w:val="FFFFFF"/>
        </w:rPr>
        <w:t xml:space="preserve">. Instead, </w:t>
      </w:r>
      <w:r>
        <w:rPr>
          <w:u w:val="none"/>
          <w:shd w:val="clear" w:color="auto" w:fill="C00000"/>
          <w:color w:val="FFFFFF"/>
        </w:rPr>
        <w:t xml:space="preserve">they will be like the angels in heaven</w:t>
      </w:r>
      <w:r>
        <w:rPr>
          <w:b w:val="false"/>
          <w:i w:val="false"/>
          <w:u w:val="none"/>
          <w:shd w:val="clear" w:color="auto" w:fill="C00000"/>
          <w:color w:val="FFFFFF"/>
        </w:rPr>
        <w:t xml:space="preserve"> [3AXS]</w:t>
      </w:r>
      <w:r>
        <w:rPr>
          <w:u w:val="none"/>
          <w:shd w:val="clear" w:color="auto" w:fill="C00000"/>
          <w:color w:val="FFFFFF"/>
        </w:rPr>
        <w:t xml:space="preserve">.</w:t>
      </w:r>
    </w:p>
    <w:p>
      <w:pPr>
        <w:pStyle w:val="Yellow"/>
        <w:rPr/>
      </w:pPr>
      <w:r>
        <w:rPr>
          <w:b/>
          <w:u w:val="none"/>
        </w:rPr>
        <w:t>Luke 20:35-36</w:t>
      </w:r>
      <w:r>
        <w:rPr>
          <w:u w:val="none"/>
        </w:rPr>
        <w:t xml:space="preserve"> — </w:t>
      </w:r>
      <w:r>
        <w:rPr>
          <w:u w:val="none"/>
          <w:shd w:fill="B7DDE8" w:val="clear"/>
        </w:rPr>
        <w:t xml:space="preserve">those who are considered worthy to share in the age to come and in the resurrection from the dead </w:t>
      </w:r>
      <w:r>
        <w:rPr>
          <w:u w:val="none"/>
          <w:shd w:fill="B7DDE8" w:val="clear"/>
        </w:rPr>
        <w:t>will neither marry nor be given in marriage</w:t>
      </w:r>
      <w:r>
        <w:rPr>
          <w:b w:val="false"/>
          <w:i w:val="false"/>
          <w:color w:val="000000"/>
          <w:u w:val="none"/>
        </w:rPr>
        <w:t xml:space="preserve"> [1AXQ]</w:t>
      </w:r>
      <w:r>
        <w:rPr>
          <w:u w:val="none"/>
        </w:rPr>
        <w:t xml:space="preserve">. In fact, </w:t>
      </w:r>
      <w:r>
        <w:rPr>
          <w:u w:val="none"/>
          <w:shd w:fill="B7DDE8" w:val="clear"/>
        </w:rPr>
        <w:t>they can no longer die</w:t>
      </w:r>
      <w:r>
        <w:rPr>
          <w:b w:val="false"/>
          <w:i w:val="false"/>
          <w:color w:val="000000"/>
          <w:u w:val="none"/>
        </w:rPr>
        <w:t xml:space="preserve"> [1AXT]</w:t>
      </w:r>
      <w:r>
        <w:rPr>
          <w:u w:val="none"/>
        </w:rPr>
        <w:t xml:space="preserve">, because </w:t>
      </w:r>
      <w:r>
        <w:rPr>
          <w:u w:val="none"/>
          <w:shd w:fill="B7DDE8" w:val="clear"/>
        </w:rPr>
        <w:t>they are like the angels</w:t>
      </w:r>
      <w:r>
        <w:rPr>
          <w:b w:val="false"/>
          <w:i w:val="false"/>
          <w:color w:val="000000"/>
          <w:u w:val="none"/>
        </w:rPr>
        <w:t xml:space="preserve"> [3AXS]</w:t>
      </w:r>
      <w:r>
        <w:rPr>
          <w:u w:val="none"/>
        </w:rPr>
        <w:t xml:space="preserve">. And </w:t>
      </w:r>
      <w:r>
        <w:rPr>
          <w:u w:val="none"/>
          <w:shd w:fill="B7DDE8" w:val="clear"/>
        </w:rPr>
        <w:t>since they are sons of the resurrection, they are sons of God</w:t>
      </w:r>
      <w:r>
        <w:rPr>
          <w:b w:val="false"/>
          <w:i w:val="false"/>
          <w:color w:val="000000"/>
          <w:u w:val="none"/>
        </w:rPr>
        <w:t xml:space="preserve"> [1AXV]</w:t>
      </w:r>
      <w:r>
        <w:rPr>
          <w:u w:val="none"/>
        </w:rPr>
        <w:t>.</w:t>
      </w:r>
    </w:p>
    <w:p>
      <w:pPr>
        <w:pStyle w:val="Yellow"/>
        <w:rPr/>
      </w:pPr>
      <w:r>
        <w:t xml:space="preserve">(1Co15:36–37 Seed “does not come to life unless it dies”) </w:t>
      </w:r>
      <w:r>
        <w:rPr>
          <w:b/>
        </w:rPr>
        <w:t>1 Corinthians 15:42</w:t>
      </w:r>
      <w:r>
        <w:t xml:space="preserve"> — </w:t>
      </w:r>
      <w:r>
        <w:rPr>
          <w:shd w:fill="548235" w:val="clear" w:color="auto"/>
          <w:color w:val="FFFFFF"/>
        </w:rPr>
        <w:t>{So} will it be with the resurrection of the dead: What is sown is perishable; it is raised imperishable</w:t>
      </w:r>
      <w:r>
        <w:rPr>
          <w:b w:val="false"/>
          <w:i w:val="false"/>
          <w:color w:val="FFFFFF"/>
          <w:u w:val="none"/>
          <w:shd w:val="clear" w:color="auto" w:fill="548235"/>
        </w:rPr>
        <w:t xml:space="preserve"> [2AWC]</w:t>
      </w:r>
      <w:r>
        <w:rPr>
          <w:shd w:val="clear" w:color="auto" w:fill="548235"/>
          <w:color w:val="FFFFFF"/>
        </w:rPr>
        <w:t xml:space="preserve">. </w:t>
      </w:r>
      <w:r>
        <w:rPr>
          <w:shd w:fill="B7DDE8" w:val="clear"/>
        </w:rPr>
        <w:t>It is sown in dishonor; it is raised in glory</w:t>
      </w:r>
      <w:r>
        <w:rPr>
          <w:b w:val="false"/>
          <w:i w:val="false"/>
          <w:color w:val="000000"/>
          <w:u w:val="none"/>
        </w:rPr>
        <w:t xml:space="preserve"> [1AWD]</w:t>
      </w:r>
      <w:r>
        <w:t xml:space="preserve">. </w:t>
      </w:r>
      <w:r>
        <w:rPr>
          <w:shd w:fill="B7DDE8" w:val="clear"/>
        </w:rPr>
        <w:t>It is sown in weakness; it is raised in power</w:t>
      </w:r>
      <w:r>
        <w:rPr>
          <w:b w:val="false"/>
          <w:i w:val="false"/>
          <w:color w:val="000000"/>
          <w:u w:val="none"/>
        </w:rPr>
        <w:t xml:space="preserve"> [1AWE]</w:t>
      </w:r>
      <w:r>
        <w:t xml:space="preserve">. </w:t>
      </w:r>
      <w:r>
        <w:rPr>
          <w:shd w:fill="B7DDE8" w:val="clear"/>
        </w:rPr>
        <w:t>It is sown a natural body; it is raised a spiritual body</w:t>
      </w:r>
      <w:r>
        <w:rPr>
          <w:b w:val="false"/>
          <w:i w:val="false"/>
          <w:color w:val="000000"/>
          <w:u w:val="none"/>
        </w:rPr>
        <w:t xml:space="preserve"> [1AWF]</w:t>
      </w:r>
      <w:r>
        <w:t>.</w:t>
      </w:r>
    </w:p>
    <w:p>
      <w:pPr>
        <w:pStyle w:val="Yellow"/>
        <w:rPr/>
      </w:pPr>
      <w:r>
        <w:rPr/>
        <w:t xml:space="preserve">(1Co15:45 “first man Adam”¹ / 22 “Christ”²) </w:t>
      </w:r>
      <w:r>
        <w:rPr>
          <w:b/>
        </w:rPr>
        <w:t xml:space="preserve">1 Corinthians 15:49</w:t>
      </w:r>
      <w:r>
        <w:rPr/>
        <w:t xml:space="preserve"> — And just as </w:t>
      </w:r>
      <w:r>
        <w:rPr>
          <w:shd w:fill="B7DDE8" w:val="clear"/>
        </w:rPr>
        <w:t xml:space="preserve">we have borne the likeness of the {earthly man}</w:t>
      </w:r>
      <w:r>
        <w:rPr>
          <w:b w:val="false"/>
          <w:i w:val="false"/>
          <w:color w:val="000000"/>
          <w:u w:val="none"/>
        </w:rPr>
        <w:t xml:space="preserve"> [1LBC]</w:t>
      </w:r>
      <w:r>
        <w:rPr/>
        <w:t xml:space="preserve">, so also shall </w:t>
      </w:r>
      <w:r>
        <w:rPr>
          <w:shd w:fill="B7DDE8" w:val="clear"/>
        </w:rPr>
        <w:t xml:space="preserve">we bear the likeness of the {heavenly man}</w:t>
      </w:r>
      <w:r>
        <w:rPr>
          <w:b w:val="false"/>
          <w:i w:val="false"/>
          <w:color w:val="000000"/>
          <w:u w:val="none"/>
        </w:rPr>
        <w:t xml:space="preserve"> [1LBD]</w:t>
      </w:r>
      <w:r>
        <w:rPr/>
        <w:t xml:space="preserve">.</w:t>
      </w:r>
    </w:p>
    <w:p>
      <w:pPr>
        <w:pStyle w:val="Yellow"/>
        <w:rPr/>
      </w:pPr>
      <w:r>
        <w:rPr>
          <w:b/>
        </w:rPr>
        <w:t xml:space="preserve">1 Corinthians 15:51-53</w:t>
      </w:r>
      <w:r>
        <w:rPr/>
        <w:t xml:space="preserve"> — Listen, I tell you a mystery: </w:t>
      </w:r>
      <w:r>
        <w:rPr>
          <w:shd w:fill="B7DDE8" w:val="clear"/>
        </w:rPr>
        <w:t xml:space="preserve">We will not all sleep</w:t>
      </w:r>
      <w:r>
        <w:rPr>
          <w:b w:val="false"/>
          <w:i w:val="false"/>
          <w:color w:val="000000"/>
          <w:u w:val="none"/>
        </w:rPr>
        <w:t xml:space="preserve"> [1IVT]</w:t>
      </w:r>
      <w:r>
        <w:rPr/>
        <w:t xml:space="preserve">, but </w:t>
      </w:r>
      <w:r>
        <w:rPr>
          <w:shd w:fill="B7DDE8" w:val="clear"/>
        </w:rPr>
        <w:t xml:space="preserve">we will all be changed</w:t>
      </w:r>
      <w:r>
        <w:rPr>
          <w:b w:val="false"/>
          <w:i w:val="false"/>
          <w:color w:val="000000"/>
          <w:u w:val="none"/>
        </w:rPr>
        <w:t xml:space="preserve"> [1IVU]</w:t>
      </w:r>
      <w:r>
        <w:rPr/>
        <w:t xml:space="preserve">— For </w:t>
      </w:r>
      <w:r>
        <w:rPr>
          <w:shd w:fill="B7DDE8" w:val="clear"/>
        </w:rPr>
        <w:t xml:space="preserve">the trumpet will sound</w:t>
      </w:r>
      <w:r>
        <w:rPr>
          <w:b w:val="false"/>
          <w:i w:val="false"/>
          <w:color w:val="000000"/>
          <w:u w:val="none"/>
        </w:rPr>
        <w:t xml:space="preserve"> [1IVV]</w:t>
      </w:r>
      <w:r>
        <w:rPr/>
        <w:t xml:space="preserve">, </w:t>
      </w:r>
      <w:r>
        <w:rPr>
          <w:shd w:fill="B7DDE8" w:val="clear"/>
        </w:rPr>
        <w:t xml:space="preserve">the dead will be raised imperishable</w:t>
      </w:r>
      <w:r>
        <w:rPr>
          <w:b w:val="false"/>
          <w:i w:val="false"/>
          <w:color w:val="000000"/>
          <w:u w:val="none"/>
        </w:rPr>
        <w:t xml:space="preserve"> [2AWC]</w:t>
      </w:r>
      <w:r>
        <w:rPr/>
        <w:t xml:space="preserve">, and </w:t>
      </w:r>
      <w:r>
        <w:rPr>
          <w:shd w:fill="B7DDE8" w:val="clear"/>
        </w:rPr>
        <w:t xml:space="preserve">we will be changed</w:t>
      </w:r>
      <w:r>
        <w:rPr>
          <w:b w:val="false"/>
          <w:i w:val="false"/>
          <w:color w:val="000000"/>
          <w:u w:val="none"/>
        </w:rPr>
        <w:t xml:space="preserve"> [1IVU]</w:t>
      </w:r>
      <w:r>
        <w:rPr/>
        <w:t xml:space="preserve">. For </w:t>
      </w:r>
      <w:r>
        <w:rPr>
          <w:shd w:fill="B7DDE8" w:val="clear"/>
        </w:rPr>
        <w:t xml:space="preserve">the perishable must be clothed with the imperishable</w:t>
      </w:r>
      <w:r>
        <w:rPr>
          <w:b w:val="false"/>
          <w:i w:val="false"/>
          <w:color w:val="000000"/>
          <w:u w:val="none"/>
        </w:rPr>
        <w:t xml:space="preserve"> [1IVW]</w:t>
      </w:r>
      <w:r>
        <w:rPr/>
        <w:t xml:space="preserve">, and </w:t>
      </w:r>
      <w:r>
        <w:rPr>
          <w:shd w:fill="B7DDE8" w:val="clear"/>
        </w:rPr>
        <w:t xml:space="preserve">the mortal with immortality</w:t>
      </w:r>
      <w:r>
        <w:rPr>
          <w:b w:val="false"/>
          <w:i w:val="false"/>
          <w:color w:val="000000"/>
          <w:u w:val="none"/>
        </w:rPr>
        <w:t xml:space="preserve"> [2DTQ]</w:t>
      </w:r>
      <w:r>
        <w:rPr/>
        <w:t xml:space="preserve">.</w:t>
      </w:r>
    </w:p>
    <w:p>
      <w:pPr>
        <w:pStyle w:val="Yellow"/>
        <w:rPr/>
        <w:pBdr>
          <w:left w:val="single" w:sz="28" w:space="5" w:color="C00000"/>
        </w:pBdr>
      </w:pPr>
      <w:r>
        <w:rPr>
          <w:b/>
        </w:rPr>
        <w:t>1 Corinthians 15:54</w:t>
      </w:r>
      <w:r>
        <w:rPr/>
        <w:t xml:space="preserve"> — When </w:t>
      </w:r>
      <w:r>
        <w:rPr>
          <w:shd w:val="clear" w:fill="F4B183" w:color="auto"/>
          <w:color w:val="000000"/>
        </w:rPr>
        <w:t>the perishable has been clothed with the imperishable</w:t>
      </w:r>
      <w:r>
        <w:rPr>
          <w:b w:val="false"/>
          <w:i w:val="false"/>
          <w:color w:val="000000"/>
          <w:u w:val="none"/>
          <w:shd w:val="clear" w:color="auto" w:fill="F4B183"/>
        </w:rPr>
        <w:t xml:space="preserve"> [1DTP]</w:t>
      </w:r>
      <w:r>
        <w:rPr/>
        <w:t xml:space="preserve"> and </w:t>
      </w:r>
      <w:r>
        <w:rPr>
          <w:shd w:val="clear" w:fill="F4B183" w:color="auto"/>
          <w:color w:val="000000"/>
        </w:rPr>
        <w:t>the mortal with immortality</w:t>
      </w:r>
      <w:r>
        <w:rPr>
          <w:b w:val="false"/>
          <w:i w:val="false"/>
          <w:color w:val="000000"/>
          <w:u w:val="none"/>
          <w:shd w:val="clear" w:color="auto" w:fill="F4B183"/>
        </w:rPr>
        <w:t xml:space="preserve"> [2DTQ]</w:t>
      </w:r>
      <w:r>
        <w:rPr/>
        <w:t>, then the saying that is written will come to pass: “</w:t>
      </w:r>
      <w:r>
        <w:rPr>
          <w:shd w:val="clear" w:fill="B7DDE8"/>
        </w:rPr>
        <w:t>Death has been swallowed up in victory</w:t>
      </w:r>
      <w:r>
        <w:rPr>
          <w:b w:val="false"/>
          <w:i w:val="false"/>
          <w:color w:val="000000"/>
          <w:u w:val="none"/>
        </w:rPr>
        <w:t xml:space="preserve"> [1DTR]</w:t>
      </w:r>
      <w:r>
        <w:rPr/>
        <w:t>.”</w:t>
      </w:r>
    </w:p>
    <w:p>
      <w:pPr>
        <w:pStyle w:val="Yellow"/>
        <w:rPr/>
      </w:pPr>
      <w:r>
        <w:rPr>
          <w:b/>
        </w:rPr>
        <w:t xml:space="preserve">2 Corinthians 3:18</w:t>
      </w:r>
      <w:r>
        <w:rPr/>
        <w:t xml:space="preserve"> — And </w:t>
      </w:r>
      <w:r>
        <w:rPr>
          <w:shd w:fill="B7DDE8" w:val="clear"/>
        </w:rPr>
        <w:t xml:space="preserve">we, who with unveiled faces all reflect the glory of the Lord</w:t>
      </w:r>
      <w:r>
        <w:rPr>
          <w:b w:val="false"/>
          <w:i w:val="false"/>
          <w:color w:val="000000"/>
          <w:u w:val="none"/>
        </w:rPr>
        <w:t xml:space="preserve"> [1GCZ]</w:t>
      </w:r>
      <w:r>
        <w:rPr/>
        <w:t xml:space="preserve">, </w:t>
      </w:r>
      <w:r>
        <w:rPr>
          <w:shd w:fill="B7DDE8" w:val="clear"/>
        </w:rPr>
        <w:t xml:space="preserve">are being transformed into His image with intensifying glory</w:t>
      </w:r>
      <w:r>
        <w:rPr>
          <w:b w:val="false"/>
          <w:i w:val="false"/>
          <w:color w:val="000000"/>
          <w:u w:val="none"/>
        </w:rPr>
        <w:t xml:space="preserve"> [1GDA]</w:t>
      </w:r>
      <w:r>
        <w:rPr/>
        <w:t xml:space="preserve">, </w:t>
      </w:r>
      <w:r>
        <w:rPr>
          <w:shd w:fill="B7DDE8" w:val="clear"/>
        </w:rPr>
        <w:t xml:space="preserve">which comes from the Lord</w:t>
      </w:r>
      <w:r>
        <w:rPr>
          <w:b w:val="false"/>
          <w:i w:val="false"/>
          <w:color w:val="000000"/>
          <w:u w:val="none"/>
        </w:rPr>
        <w:t xml:space="preserve"> [1GDB]</w:t>
      </w:r>
      <w:r>
        <w:rPr/>
        <w:t xml:space="preserve">, </w:t>
      </w:r>
      <w:r>
        <w:rPr>
          <w:shd w:fill="B7DDE8" w:val="clear"/>
        </w:rPr>
        <w:t xml:space="preserve">who is the Spirit</w:t>
      </w:r>
      <w:r>
        <w:rPr>
          <w:b w:val="false"/>
          <w:i w:val="false"/>
          <w:u w:val="none"/>
          <w:color w:val="000000"/>
        </w:rPr>
        <w:t xml:space="preserve"> [2BJC]</w:t>
      </w:r>
      <w:r>
        <w:rPr/>
        <w:t xml:space="preserve">.</w:t>
      </w:r>
    </w:p>
    <w:p>
      <w:pPr>
        <w:pStyle w:val="Yellow"/>
        <w:rPr/>
      </w:pPr>
      <w:r>
        <w:rPr/>
        <w:t xml:space="preserve">&lt;43&gt;(2Co5:6 “the body”) </w:t>
      </w:r>
      <w:r>
        <w:rPr>
          <w:b/>
        </w:rPr>
        <w:t xml:space="preserve">2 Corinthians 5:1</w:t>
      </w:r>
      <w:r>
        <w:rPr/>
        <w:t xml:space="preserve"> — Now we know that </w:t>
      </w:r>
      <w:r>
        <w:rPr>
          <w:shd w:fill="B7DDE8" w:val="clear"/>
        </w:rPr>
        <w:t xml:space="preserve">if the {earthly tent} we live in is dismantled</w:t>
      </w:r>
      <w:r>
        <w:rPr>
          <w:b w:val="false"/>
          <w:i w:val="false"/>
          <w:u w:val="none"/>
          <w:color w:val="000000"/>
        </w:rPr>
        <w:t xml:space="preserve"> [1LCK]</w:t>
      </w:r>
      <w:r>
        <w:rPr/>
        <w:t xml:space="preserve">, </w:t>
      </w:r>
      <w:r>
        <w:rPr>
          <w:shd w:fill="B7DDE8" w:val="clear"/>
        </w:rPr>
        <w:t xml:space="preserve">we have a building from God</w:t>
      </w:r>
      <w:r>
        <w:rPr>
          <w:b w:val="false"/>
          <w:i w:val="false"/>
          <w:color w:val="000000"/>
          <w:u w:val="none"/>
        </w:rPr>
        <w:t xml:space="preserve"> [1LCL]</w:t>
      </w:r>
      <w:r>
        <w:rPr/>
        <w:t xml:space="preserve">, </w:t>
      </w:r>
      <w:r>
        <w:rPr>
          <w:shd w:fill="B7DDE8" w:val="clear"/>
        </w:rPr>
        <w:t xml:space="preserve">an eternal house in heaven</w:t>
      </w:r>
      <w:r>
        <w:rPr>
          <w:b w:val="false"/>
          <w:i w:val="false"/>
          <w:color w:val="000000"/>
          <w:u w:val="none"/>
        </w:rPr>
        <w:t xml:space="preserve"> [1LCM]</w:t>
      </w:r>
      <w:r>
        <w:rPr/>
        <w:t xml:space="preserve">, </w:t>
      </w:r>
      <w:r>
        <w:rPr>
          <w:shd w:fill="B7DDE8" w:val="clear"/>
        </w:rPr>
        <w:t xml:space="preserve">not built by human hands</w:t>
      </w:r>
      <w:r>
        <w:rPr>
          <w:b w:val="false"/>
          <w:i w:val="false"/>
          <w:color w:val="000000"/>
          <w:u w:val="none"/>
        </w:rPr>
        <w:t xml:space="preserve"> [1LCN]</w:t>
      </w:r>
      <w:r>
        <w:rPr/>
        <w:t xml:space="preserve">.</w:t>
      </w:r>
    </w:p>
    <w:p>
      <w:pPr>
        <w:pStyle w:val="Yellow"/>
        <w:rPr/>
      </w:pPr>
      <w:r>
        <w:rPr/>
        <w:t xml:space="preserve">&lt;43&gt;</w:t>
      </w:r>
      <w:r>
        <w:rPr>
          <w:b/>
        </w:rPr>
        <w:t xml:space="preserve">2 Corinthians 5:4</w:t>
      </w:r>
      <w:r>
        <w:rPr/>
        <w:t xml:space="preserve"> — So </w:t>
      </w:r>
      <w:r>
        <w:rPr>
          <w:shd w:fill="B7DDE8" w:val="clear"/>
        </w:rPr>
        <w:t xml:space="preserve">while we are in this tent, we groan under our burdens</w:t>
      </w:r>
      <w:r>
        <w:rPr>
          <w:b w:val="false"/>
          <w:i w:val="false"/>
          <w:u w:val="none"/>
          <w:color w:val="000000"/>
        </w:rPr>
        <w:t xml:space="preserve"> [1LCO]</w:t>
      </w:r>
      <w:r>
        <w:rPr/>
        <w:t xml:space="preserve">, because </w:t>
      </w:r>
      <w:r>
        <w:rPr>
          <w:shd w:fill="B7DDE8" w:val="clear"/>
        </w:rPr>
        <w:t xml:space="preserve">we do not wish to be unclothed but clothed</w:t>
      </w:r>
      <w:r>
        <w:rPr>
          <w:b w:val="false"/>
          <w:i w:val="false"/>
          <w:color w:val="000000"/>
          <w:u w:val="none"/>
        </w:rPr>
        <w:t xml:space="preserve"> [1LCP]</w:t>
      </w:r>
      <w:r>
        <w:rPr/>
        <w:t xml:space="preserve">, </w:t>
      </w:r>
      <w:r>
        <w:rPr>
          <w:shd w:fill="B7DDE8" w:val="clear"/>
        </w:rPr>
        <w:t xml:space="preserve">so that our mortality may be swallowed up by life</w:t>
      </w:r>
      <w:r>
        <w:rPr>
          <w:b w:val="false"/>
          <w:i w:val="false"/>
          <w:color w:val="000000"/>
          <w:u w:val="none"/>
        </w:rPr>
        <w:t xml:space="preserve"> [1LCQ]</w:t>
      </w:r>
      <w:r>
        <w:rPr/>
        <w:t xml:space="preserve">.</w:t>
      </w:r>
    </w:p>
    <w:p>
      <w:pPr>
        <w:pStyle w:val="Yellow"/>
        <w:rPr/>
        <w:pBdr>
          <w:left w:val="single" w:sz="28" w:space="5" w:color="C00000"/>
        </w:pBdr>
      </w:pPr>
      <w:r>
        <w:rPr>
          <w:b/>
          <w:shd w:val="clear" w:color="auto" w:fill="548235"/>
          <w:color w:val="FFFFFF"/>
        </w:rPr>
        <w:t>Philippians 3:20–21</w:t>
      </w:r>
      <w:r>
        <w:rPr>
          <w:shd w:val="clear" w:color="auto" w:fill="548235"/>
          <w:color w:val="FFFFFF"/>
        </w:rPr>
        <w:t xml:space="preserve"> — But </w:t>
      </w:r>
      <w:r>
        <w:rPr>
          <w:shd w:fill="548235" w:val="clear" w:color="auto"/>
          <w:color w:val="FFFFFF"/>
        </w:rPr>
        <w:t>our citizenship is in heaven</w:t>
      </w:r>
      <w:r>
        <w:rPr>
          <w:b w:val="false"/>
          <w:i w:val="false"/>
          <w:color w:val="FFFFFF"/>
          <w:u w:val="none"/>
          <w:shd w:val="clear" w:color="auto" w:fill="548235"/>
        </w:rPr>
        <w:t xml:space="preserve"> [1BQL]</w:t>
      </w:r>
      <w:r>
        <w:rPr>
          <w:shd w:val="clear" w:color="auto" w:fill="548235"/>
          <w:color w:val="FFFFFF"/>
        </w:rPr>
        <w:t xml:space="preserve">, and </w:t>
      </w:r>
      <w:r>
        <w:rPr>
          <w:shd w:fill="548235" w:val="clear" w:color="auto"/>
          <w:color w:val="FFFFFF"/>
        </w:rPr>
        <w:t>we eagerly await a Savior from there, the Lord Jesus Christ</w:t>
      </w:r>
      <w:r>
        <w:rPr>
          <w:b w:val="false"/>
          <w:i w:val="false"/>
          <w:u w:val="none"/>
          <w:color w:val="FFFFFF"/>
          <w:shd w:val="clear" w:color="auto" w:fill="548235"/>
        </w:rPr>
        <w:t xml:space="preserve"> [1BQM]</w:t>
      </w:r>
      <w:r>
        <w:rPr>
          <w:shd w:val="clear" w:color="auto" w:fill="548235"/>
          <w:color w:val="FFFFFF"/>
        </w:rPr>
        <w:t xml:space="preserve">, who, by </w:t>
      </w:r>
      <w:r>
        <w:rPr>
          <w:shd w:fill="548235" w:val="clear" w:color="auto"/>
          <w:color w:val="FFFFFF"/>
        </w:rPr>
        <w:t>the power that enables Him to subject all things to Himself</w:t>
      </w:r>
      <w:r>
        <w:rPr>
          <w:b w:val="false"/>
          <w:i w:val="false"/>
          <w:u w:val="none"/>
          <w:color w:val="FFFFFF"/>
          <w:shd w:val="clear" w:color="auto" w:fill="548235"/>
        </w:rPr>
        <w:t xml:space="preserve"> [1BQN]</w:t>
      </w:r>
      <w:r>
        <w:rPr>
          <w:shd w:val="clear" w:color="auto" w:fill="548235"/>
          <w:color w:val="FFFFFF"/>
        </w:rPr>
        <w:t xml:space="preserve">, </w:t>
      </w:r>
      <w:r>
        <w:rPr>
          <w:shd w:fill="548235" w:val="clear" w:color="auto"/>
          <w:color w:val="FFFFFF"/>
        </w:rPr>
        <w:t>will transform our lowly bodies to be like His glorious body</w:t>
      </w:r>
      <w:r>
        <w:rPr>
          <w:b w:val="false"/>
          <w:i w:val="false"/>
          <w:color w:val="FFFFFF"/>
          <w:u w:val="none"/>
          <w:shd w:val="clear" w:color="auto" w:fill="548235"/>
        </w:rPr>
        <w:t xml:space="preserve"> [1BQO]</w:t>
      </w:r>
      <w:r>
        <w:rPr>
          <w:shd w:val="clear" w:color="auto" w:fill="548235"/>
          <w:color w:val="FFFFFF"/>
        </w:rPr>
        <w:t>.</w:t>
      </w:r>
    </w:p>
    <w:p>
      <w:pPr>
        <w:pStyle w:val="Yellow"/>
        <w:rPr/>
      </w:pPr>
      <w:r>
        <w:rPr>
          <w:b/>
        </w:rPr>
        <w:t>1 John 3:2-3</w:t>
      </w:r>
      <w:r>
        <w:rPr/>
        <w:t xml:space="preserve"> — Beloved, </w:t>
      </w:r>
      <w:r>
        <w:rPr>
          <w:shd w:fill="B7DDE8" w:val="clear"/>
        </w:rPr>
        <w:t>we are now children of God</w:t>
      </w:r>
      <w:r>
        <w:rPr>
          <w:b w:val="false"/>
          <w:i w:val="false"/>
          <w:u w:val="none"/>
          <w:color w:val="000000"/>
        </w:rPr>
        <w:t xml:space="preserve"> [3FWX]</w:t>
      </w:r>
      <w:r>
        <w:rPr/>
        <w:t xml:space="preserve">, and </w:t>
      </w:r>
      <w:r>
        <w:rPr>
          <w:shd w:fill="B7DDE8" w:val="clear"/>
        </w:rPr>
        <w:t>what we will be has not yet been revealed</w:t>
      </w:r>
      <w:r>
        <w:rPr>
          <w:b w:val="false"/>
          <w:i w:val="false"/>
          <w:color w:val="000000"/>
          <w:u w:val="none"/>
        </w:rPr>
        <w:t xml:space="preserve"> [1FWY]</w:t>
      </w:r>
      <w:r>
        <w:rPr/>
        <w:t xml:space="preserve">. We know that </w:t>
      </w:r>
      <w:r>
        <w:rPr>
          <w:shd w:fill="B7DDE8" w:val="clear"/>
        </w:rPr>
        <w:t>when Christ appears, we will be like Him</w:t>
      </w:r>
      <w:r>
        <w:rPr>
          <w:b w:val="false"/>
          <w:i w:val="false"/>
          <w:color w:val="000000"/>
          <w:u w:val="none"/>
        </w:rPr>
        <w:t xml:space="preserve"> [1FWZ]</w:t>
      </w:r>
      <w:r>
        <w:rPr/>
        <w:t xml:space="preserve">, for </w:t>
      </w:r>
      <w:r>
        <w:rPr>
          <w:shd w:fill="B7DDE8" w:val="clear"/>
        </w:rPr>
        <w:t>we will see Him as He is</w:t>
      </w:r>
      <w:r>
        <w:rPr>
          <w:b w:val="false"/>
          <w:i w:val="false"/>
          <w:color w:val="000000"/>
          <w:u w:val="none"/>
        </w:rPr>
        <w:t xml:space="preserve"> [1FXA]</w:t>
      </w:r>
      <w:r>
        <w:rPr/>
        <w:t xml:space="preserve">. And </w:t>
      </w:r>
      <w:r>
        <w:rPr>
          <w:shd w:fill="B7DDE8" w:val="clear"/>
        </w:rPr>
        <w:t>everyone who has {this hope} in Him purifies himself</w:t>
      </w:r>
      <w:r>
        <w:rPr>
          <w:b w:val="false"/>
          <w:i w:val="false"/>
          <w:color w:val="000000"/>
          <w:u w:val="none"/>
        </w:rPr>
        <w:t xml:space="preserve"> [1FXB]</w:t>
      </w:r>
      <w:r>
        <w:rPr/>
        <w:t xml:space="preserve">, just as </w:t>
      </w:r>
      <w:r>
        <w:rPr>
          <w:shd w:fill="B7DDE8" w:val="clear"/>
        </w:rPr>
        <w:t>Christ is pure</w:t>
      </w:r>
      <w:r>
        <w:rPr>
          <w:b w:val="false"/>
          <w:i w:val="false"/>
          <w:u w:val="none"/>
          <w:color w:val="000000"/>
        </w:rPr>
        <w:t xml:space="preserve"> [1FXC]</w:t>
      </w:r>
      <w:r>
        <w:rPr/>
        <w:t>.</w:t>
      </w:r>
    </w:p>
    <w:p>
      <w:r>
        <w:rPr>
          <w:b/>
          <w:sz w:val="32"/>
          <w:highlight w:val="yellow"/>
        </w:rPr>
        <w:t>God Guards and Preserves  (27)</w:t>
      </w:r>
    </w:p>
    <w:p>
      <w:pPr>
        <w:pStyle w:val="Yellow"/>
        <w:rPr/>
      </w:pPr>
      <w:r>
        <w:rPr>
          <w:b/>
        </w:rPr>
        <w:t>Genesis 50:20</w:t>
      </w:r>
      <w:r>
        <w:rPr/>
        <w:t xml:space="preserve"> — As for you, </w:t>
      </w:r>
      <w:r>
        <w:rPr>
          <w:shd w:val="clear" w:fill="B7DDE8"/>
        </w:rPr>
        <w:t>what you intended against me for evil, God intended for good</w:t>
      </w:r>
      <w:r>
        <w:rPr>
          <w:b w:val="false"/>
          <w:i w:val="false"/>
          <w:color w:val="000000"/>
          <w:u w:val="none"/>
        </w:rPr>
        <w:t xml:space="preserve"> [1EAM]</w:t>
      </w:r>
      <w:r>
        <w:rPr/>
        <w:t xml:space="preserve">, </w:t>
      </w:r>
      <w:r>
        <w:rPr>
          <w:shd w:val="clear" w:fill="B7DDE8"/>
        </w:rPr>
        <w:t>in order to accomplish a day like this—to preserve the lives of many people</w:t>
      </w:r>
      <w:r>
        <w:rPr>
          <w:b w:val="false"/>
          <w:i w:val="false"/>
          <w:color w:val="000000"/>
          <w:u w:val="none"/>
        </w:rPr>
        <w:t xml:space="preserve"> [1EAN]</w:t>
      </w:r>
      <w:r>
        <w:rPr/>
        <w:t>.</w:t>
      </w:r>
    </w:p>
    <w:p>
      <w:pPr>
        <w:pStyle w:val="Yellow"/>
        <w:rPr/>
      </w:pPr>
      <w:r>
        <w:rPr>
          <w:b/>
          <w:u w:val="none"/>
        </w:rPr>
        <w:t>Deuteronomy 23:5</w:t>
      </w:r>
      <w:r>
        <w:rPr>
          <w:u w:val="none"/>
        </w:rPr>
        <w:t xml:space="preserve"> — Yet </w:t>
      </w:r>
      <w:r>
        <w:rPr>
          <w:u w:val="none"/>
          <w:shd w:fill="B7DDE8" w:val="clear"/>
        </w:rPr>
        <w:t>the LORD your God would not listen to Balaam</w:t>
      </w:r>
      <w:r>
        <w:rPr>
          <w:b w:val="false"/>
          <w:i w:val="false"/>
          <w:color w:val="000000"/>
          <w:u w:val="none"/>
        </w:rPr>
        <w:t xml:space="preserve"> [1FSM]</w:t>
      </w:r>
      <w:r>
        <w:rPr>
          <w:u w:val="none"/>
        </w:rPr>
        <w:t xml:space="preserve">, and </w:t>
      </w:r>
      <w:r>
        <w:rPr>
          <w:u w:val="none"/>
          <w:shd w:fill="B7DDE8" w:val="clear"/>
        </w:rPr>
        <w:t>the LORD your God turned the curse into a blessing for you</w:t>
      </w:r>
      <w:r>
        <w:rPr>
          <w:b w:val="false"/>
          <w:i w:val="false"/>
          <w:color w:val="000000"/>
          <w:u w:val="none"/>
        </w:rPr>
        <w:t xml:space="preserve"> [2FSN]</w:t>
      </w:r>
      <w:r>
        <w:rPr>
          <w:u w:val="none"/>
        </w:rPr>
        <w:t xml:space="preserve">, because </w:t>
      </w:r>
      <w:r>
        <w:rPr>
          <w:u w:val="none"/>
          <w:shd w:fill="F4B183" w:val="clear" w:color="auto"/>
          <w:color w:val="000000"/>
        </w:rPr>
        <w:t>the LORD your God loves you</w:t>
      </w:r>
      <w:r>
        <w:rPr>
          <w:b w:val="false"/>
          <w:i w:val="false"/>
          <w:color w:val="000000"/>
          <w:u w:val="none"/>
          <w:shd w:val="clear" w:color="auto" w:fill="F4B183"/>
        </w:rPr>
        <w:t xml:space="preserve"> [11ALI]</w:t>
      </w:r>
      <w:r>
        <w:rPr>
          <w:u w:val="none"/>
        </w:rPr>
        <w:t>.</w:t>
      </w:r>
    </w:p>
    <w:p>
      <w:pPr>
        <w:pStyle w:val="Yellow"/>
        <w:rPr/>
        <w:pBdr>
          <w:left w:val="single" w:sz="28" w:space="5" w:color="C00000"/>
        </w:pBdr>
      </w:pPr>
      <w:r>
        <w:rPr>
          <w:shd w:val="clear" w:color="auto" w:fill="F4B183"/>
          <w:color w:val="000000"/>
        </w:rPr>
        <w:t xml:space="preserve">(Jos24:17 the LORD our God) </w:t>
      </w:r>
      <w:r>
        <w:rPr>
          <w:b/>
          <w:shd w:val="clear" w:color="auto" w:fill="F4B183"/>
          <w:color w:val="000000"/>
        </w:rPr>
        <w:t>Joshua 24:17</w:t>
      </w:r>
      <w:r>
        <w:rPr>
          <w:shd w:val="clear" w:color="auto" w:fill="F4B183"/>
          <w:color w:val="000000"/>
        </w:rPr>
        <w:t xml:space="preserve"> — </w:t>
      </w:r>
      <w:r>
        <w:rPr>
          <w:shd w:val="clear" w:fill="F4B183" w:color="auto"/>
          <w:color w:val="000000"/>
        </w:rPr>
        <w:t>{He} also protected us throughout our journey and among all the nations through which we traveled</w:t>
      </w:r>
      <w:r>
        <w:rPr>
          <w:b w:val="false"/>
          <w:i w:val="false"/>
          <w:color w:val="000000"/>
          <w:u w:val="none"/>
          <w:shd w:val="clear" w:color="auto" w:fill="F4B183"/>
        </w:rPr>
        <w:t xml:space="preserve"> [1EBE]</w:t>
      </w:r>
      <w:r>
        <w:rPr>
          <w:shd w:val="clear" w:color="auto" w:fill="F4B183"/>
          <w:color w:val="000000"/>
        </w:rPr>
        <w:t>.</w:t>
      </w:r>
    </w:p>
    <w:p>
      <w:pPr>
        <w:pStyle w:val="Green"/>
        <w:rPr/>
        <w:pBdr>
          <w:left w:val="single" w:sz="28" w:space="5" w:color="C00000"/>
        </w:pBdr>
      </w:pPr>
      <w:r>
        <w:rPr/>
        <w:t xml:space="preserve">(1Sa2:6–8 the LORD) </w:t>
      </w:r>
      <w:r>
        <w:rPr>
          <w:b/>
        </w:rPr>
        <w:t xml:space="preserve">1 Samuel 2:9</w:t>
      </w:r>
      <w:r>
        <w:rPr/>
        <w:t xml:space="preserve"> — </w:t>
      </w:r>
      <w:r>
        <w:rPr>
          <w:shd w:fill="B7DDE8" w:val="clear"/>
        </w:rPr>
        <w:t xml:space="preserve">{He} guards the steps of His faithful ones</w:t>
      </w:r>
      <w:r>
        <w:rPr>
          <w:b w:val="false"/>
          <w:i w:val="false"/>
          <w:u w:val="none"/>
          <w:color w:val="000000"/>
        </w:rPr>
        <w:t xml:space="preserve"> [1JNK]</w:t>
      </w:r>
      <w:r>
        <w:rPr/>
        <w:t xml:space="preserve">, but </w:t>
      </w:r>
      <w:r>
        <w:rPr>
          <w:shd w:fill="B7DDE8" w:val="clear"/>
        </w:rPr>
        <w:t xml:space="preserve">the wicked perish in darkness</w:t>
      </w:r>
      <w:r>
        <w:rPr>
          <w:b w:val="false"/>
          <w:i w:val="false"/>
          <w:color w:val="000000"/>
          <w:u w:val="none"/>
        </w:rPr>
        <w:t xml:space="preserve"> [1JNL]</w:t>
      </w:r>
      <w:r>
        <w:rPr/>
        <w:t xml:space="preserve">; for </w:t>
      </w:r>
      <w:r>
        <w:rPr>
          <w:shd w:fill="B7DDE8" w:val="clear"/>
        </w:rPr>
        <w:t xml:space="preserve">by his own strength shall no man prevail</w:t>
      </w:r>
      <w:r>
        <w:rPr>
          <w:b w:val="false"/>
          <w:i w:val="false"/>
          <w:color w:val="000000"/>
          <w:u w:val="none"/>
        </w:rPr>
        <w:t xml:space="preserve"> [1JNM]</w:t>
      </w:r>
      <w:r>
        <w:rPr/>
        <w:t xml:space="preserve">.</w:t>
      </w:r>
    </w:p>
    <w:p>
      <w:pPr>
        <w:pStyle w:val="Yellow"/>
        <w:rPr/>
        <w:pBdr>
          <w:left w:val="single" w:sz="28" w:space="5" w:color="C00000"/>
        </w:pBdr>
      </w:pPr>
      <w:r>
        <w:rPr>
          <w:b/>
          <w:u w:val="none"/>
        </w:rPr>
        <w:t xml:space="preserve">Psalm 1:6</w:t>
      </w:r>
      <w:r>
        <w:rPr>
          <w:u w:val="none"/>
        </w:rPr>
        <w:t xml:space="preserve"> — </w:t>
      </w:r>
      <w:r>
        <w:rPr>
          <w:u w:val="none"/>
          <w:shd w:fill="B7DDE8" w:val="clear"/>
        </w:rPr>
        <w:t xml:space="preserve">The LORD guards the path of the righteous</w:t>
      </w:r>
      <w:r>
        <w:rPr>
          <w:b w:val="false"/>
          <w:i w:val="false"/>
          <w:u w:val="none"/>
          <w:color w:val="000000"/>
        </w:rPr>
        <w:t xml:space="preserve"> [1JOA]</w:t>
      </w:r>
      <w:r>
        <w:rPr>
          <w:u w:val="none"/>
          <w:shd w:fill="F4CCCC" w:val="clear"/>
        </w:rPr>
        <w:t xml:space="preserve">, but </w:t>
      </w:r>
      <w:r>
        <w:rPr>
          <w:u w:val="none"/>
          <w:shd w:fill="B7DDE8" w:val="clear"/>
        </w:rPr>
        <w:t xml:space="preserve">the way of the wicked will perish</w:t>
      </w:r>
      <w:r>
        <w:rPr>
          <w:b w:val="false"/>
          <w:i w:val="false"/>
          <w:color w:val="000000"/>
          <w:u w:val="none"/>
        </w:rPr>
        <w:t xml:space="preserve"> [1JOB]</w:t>
      </w:r>
      <w:r>
        <w:rPr>
          <w:u w:val="none"/>
        </w:rPr>
        <w:t xml:space="preserve">.</w:t>
      </w:r>
    </w:p>
    <w:p>
      <w:pPr>
        <w:pStyle w:val="Yellow"/>
        <w:rPr/>
        <w:pBdr>
          <w:left w:val="single" w:sz="28" w:space="5" w:color="C00000"/>
        </w:pBdr>
      </w:pPr>
      <w:r>
        <w:rPr>
          <w:shd w:val="clear" w:color="auto" w:fill="F4B183"/>
          <w:color w:val="000000"/>
        </w:rPr>
        <w:t xml:space="preserve">(Ps12:1–5 the godly and needy / the wicked generation) </w:t>
      </w:r>
      <w:r>
        <w:rPr>
          <w:b/>
          <w:shd w:val="clear" w:color="auto" w:fill="F4B183"/>
          <w:color w:val="000000"/>
        </w:rPr>
        <w:t>Psalm 12:7</w:t>
      </w:r>
      <w:r>
        <w:rPr>
          <w:shd w:val="clear" w:color="auto" w:fill="F4B183"/>
          <w:color w:val="000000"/>
        </w:rPr>
        <w:t xml:space="preserve"> — </w:t>
      </w:r>
      <w:r>
        <w:rPr>
          <w:shd w:val="clear" w:fill="F4B183" w:color="auto"/>
          <w:color w:val="000000"/>
        </w:rPr>
        <w:t>You, O LORD, will keep {us}</w:t>
      </w:r>
      <w:r>
        <w:rPr>
          <w:b w:val="false"/>
          <w:i w:val="false"/>
          <w:color w:val="000000"/>
          <w:u w:val="none"/>
          <w:shd w:val="clear" w:color="auto" w:fill="F4B183"/>
        </w:rPr>
        <w:t xml:space="preserve"> [1EAP]</w:t>
      </w:r>
      <w:r>
        <w:rPr>
          <w:shd w:val="clear" w:color="auto" w:fill="F4B183"/>
          <w:color w:val="000000"/>
        </w:rPr>
        <w:t xml:space="preserve">; </w:t>
      </w:r>
      <w:r>
        <w:rPr>
          <w:shd w:val="clear" w:fill="F4B183" w:color="auto"/>
          <w:color w:val="000000"/>
        </w:rPr>
        <w:t>You will forever guard us from {this generation}</w:t>
      </w:r>
      <w:r>
        <w:rPr>
          <w:b w:val="false"/>
          <w:i w:val="false"/>
          <w:color w:val="000000"/>
          <w:u w:val="none"/>
          <w:shd w:val="clear" w:color="auto" w:fill="F4B183"/>
        </w:rPr>
        <w:t xml:space="preserve"> [1EAQ]</w:t>
      </w:r>
      <w:r>
        <w:rPr>
          <w:shd w:val="clear" w:color="auto" w:fill="F4B183"/>
          <w:color w:val="000000"/>
        </w:rPr>
        <w:t>.</w:t>
      </w:r>
    </w:p>
    <w:p>
      <w:pPr>
        <w:pStyle w:val="Yellow"/>
        <w:rPr/>
      </w:pPr>
      <w:r>
        <w:rPr>
          <w:b/>
          <w:u w:val="none"/>
        </w:rPr>
        <w:t>Psalm 31:19–20</w:t>
      </w:r>
      <w:r>
        <w:rPr>
          <w:u w:val="none"/>
        </w:rPr>
        <w:t xml:space="preserve"> — How great is </w:t>
      </w:r>
      <w:r>
        <w:rPr>
          <w:u w:val="none"/>
          <w:color w:val="auto"/>
        </w:rPr>
        <w:t>Your goodness which You have laid up for those who fear You</w:t>
      </w:r>
      <w:r>
        <w:rPr>
          <w:b w:val="false"/>
          <w:i w:val="false"/>
          <w:color w:val="auto"/>
          <w:u w:val="none"/>
        </w:rPr>
        <w:t xml:space="preserve"> [1CUL]</w:t>
      </w:r>
      <w:r>
        <w:rPr>
          <w:u w:val="none"/>
          <w:color w:val="auto"/>
        </w:rPr>
        <w:t xml:space="preserve">, </w:t>
      </w:r>
      <w:r>
        <w:rPr>
          <w:u w:val="none"/>
          <w:color w:val="auto"/>
        </w:rPr>
        <w:t>which You have bestowed before the sons of men on those who take refuge in You</w:t>
      </w:r>
      <w:r>
        <w:rPr>
          <w:b w:val="false"/>
          <w:i w:val="false"/>
          <w:color w:val="FFFFFF"/>
          <w:u w:val="none"/>
          <w:shd w:val="clear" w:color="auto" w:fill="548235"/>
        </w:rPr>
        <w:t xml:space="preserve"> [1CUM]</w:t>
      </w:r>
      <w:r>
        <w:rPr>
          <w:u w:val="none"/>
          <w:shd w:val="clear" w:color="auto" w:fill="548235"/>
          <w:color w:val="FFFFFF"/>
        </w:rPr>
        <w:t xml:space="preserve">! </w:t>
      </w:r>
      <w:r>
        <w:rPr>
          <w:u w:val="none"/>
          <w:shd w:val="clear" w:fill="B7DDE8"/>
        </w:rPr>
        <w:t>You hide them in the secret place of Your presence from the schemes of men</w:t>
      </w:r>
      <w:r>
        <w:rPr>
          <w:b w:val="false"/>
          <w:i w:val="false"/>
          <w:color w:val="000000"/>
          <w:u w:val="none"/>
        </w:rPr>
        <w:t xml:space="preserve"> [1CUN]</w:t>
      </w:r>
      <w:r>
        <w:rPr>
          <w:u w:val="none"/>
        </w:rPr>
        <w:t xml:space="preserve">. </w:t>
      </w:r>
      <w:r>
        <w:rPr>
          <w:u w:val="none"/>
          <w:shd w:val="clear" w:fill="B7DDE8"/>
        </w:rPr>
        <w:t>You conceal them in Your shelter from accusing tongues</w:t>
      </w:r>
      <w:r>
        <w:rPr>
          <w:b w:val="false"/>
          <w:i w:val="false"/>
          <w:color w:val="000000"/>
          <w:u w:val="none"/>
        </w:rPr>
        <w:t xml:space="preserve"> [1CUO]</w:t>
      </w:r>
      <w:r>
        <w:rPr>
          <w:u w:val="none"/>
        </w:rPr>
        <w:t>.</w:t>
      </w:r>
    </w:p>
    <w:p>
      <w:pPr>
        <w:pStyle w:val="Yellow"/>
        <w:rPr/>
        <w:pBdr>
          <w:left w:val="single" w:sz="28" w:space="5" w:color="C00000"/>
        </w:pBdr>
      </w:pPr>
      <w:r>
        <w:rPr>
          <w:b/>
        </w:rPr>
        <w:t>Psalm 37:23–24</w:t>
      </w:r>
      <w:r>
        <w:rPr/>
        <w:t xml:space="preserve"> — </w:t>
      </w:r>
      <w:r>
        <w:rPr>
          <w:shd w:val="clear" w:fill="F4B183" w:color="auto"/>
          <w:color w:val="000000"/>
        </w:rPr>
        <w:t>The steps of a man are ordered by the LORD</w:t>
      </w:r>
      <w:r>
        <w:rPr>
          <w:b w:val="false"/>
          <w:i w:val="false"/>
          <w:color w:val="000000"/>
          <w:u w:val="none"/>
          <w:shd w:val="clear" w:color="auto" w:fill="F4B183"/>
        </w:rPr>
        <w:t xml:space="preserve"> [3FBL]</w:t>
      </w:r>
      <w:r>
        <w:rPr/>
        <w:t xml:space="preserve"> </w:t>
      </w:r>
      <w:r>
        <w:rPr>
          <w:shd w:val="clear" w:fill="B7DDE8"/>
        </w:rPr>
        <w:t>who takes delight in his journey</w:t>
      </w:r>
      <w:r>
        <w:rPr>
          <w:b w:val="false"/>
          <w:i w:val="false"/>
          <w:color w:val="000000"/>
          <w:u w:val="none"/>
        </w:rPr>
        <w:t xml:space="preserve"> [1FBM]</w:t>
      </w:r>
      <w:r>
        <w:rPr/>
        <w:t xml:space="preserve">. </w:t>
      </w:r>
      <w:r>
        <w:rPr>
          <w:shd w:val="clear" w:fill="B7DDE8"/>
        </w:rPr>
        <w:t>Though he falls, he will not be overwhelmed</w:t>
      </w:r>
      <w:r>
        <w:rPr>
          <w:b w:val="false"/>
          <w:i w:val="false"/>
          <w:color w:val="000000"/>
          <w:u w:val="none"/>
        </w:rPr>
        <w:t xml:space="preserve"> [1FBN]</w:t>
      </w:r>
      <w:r>
        <w:rPr/>
        <w:t xml:space="preserve">, for </w:t>
      </w:r>
      <w:r>
        <w:rPr>
          <w:shd w:val="clear" w:fill="B7DDE8"/>
        </w:rPr>
        <w:t>the LORD is holding his hand</w:t>
      </w:r>
      <w:r>
        <w:rPr>
          <w:b w:val="false"/>
          <w:i w:val="false"/>
          <w:color w:val="000000"/>
          <w:u w:val="none"/>
        </w:rPr>
        <w:t xml:space="preserve"> [1FBO]</w:t>
      </w:r>
      <w:r>
        <w:rPr/>
        <w:t>.</w:t>
      </w:r>
    </w:p>
    <w:p>
      <w:pPr>
        <w:pStyle w:val="Yellow"/>
        <w:rPr/>
      </w:pPr>
      <w:r>
        <w:rPr/>
        <w:t xml:space="preserve">(Ps37:32 “Though the wicked lie in wait for the righteous”) </w:t>
      </w:r>
      <w:r>
        <w:rPr>
          <w:b/>
        </w:rPr>
        <w:t xml:space="preserve">Psalm 37:33</w:t>
      </w:r>
      <w:r>
        <w:rPr/>
        <w:t xml:space="preserve"> — </w:t>
      </w:r>
      <w:r>
        <w:rPr>
          <w:shd w:fill="B7DDE8" w:val="clear"/>
        </w:rPr>
        <w:t xml:space="preserve">the LORD will not leave {them} in {their} power or let them be condemned under judgment</w:t>
      </w:r>
      <w:r>
        <w:rPr>
          <w:b w:val="false"/>
          <w:i w:val="false"/>
          <w:color w:val="000000"/>
          <w:u w:val="none"/>
        </w:rPr>
        <w:t xml:space="preserve"> [1IOY]</w:t>
      </w:r>
      <w:r>
        <w:rPr>
          <w:b w:val="false"/>
          <w:i w:val="false"/>
          <w:color w:val="000000"/>
          <w:u w:val="none"/>
        </w:rPr>
        <w:t xml:space="preserve"> [1IOZ]</w:t>
      </w:r>
      <w:r>
        <w:rPr/>
        <w:t xml:space="preserve">.</w:t>
      </w:r>
    </w:p>
    <w:p>
      <w:pPr>
        <w:pStyle w:val="Yellow"/>
        <w:rPr/>
        <w:pBdr>
          <w:left w:val="single" w:sz="28" w:space="5" w:color="C00000"/>
        </w:pBdr>
      </w:pPr>
      <w:r>
        <w:rPr>
          <w:b/>
        </w:rPr>
        <w:t xml:space="preserve">Psalm 54:4</w:t>
      </w:r>
      <w:r>
        <w:rPr/>
        <w:t xml:space="preserve"> — Surely </w:t>
      </w:r>
      <w:r>
        <w:rPr>
          <w:color w:val="000000"/>
          <w:shd w:val="clear" w:color="auto" w:fill="D9C3E6"/>
        </w:rPr>
        <w:t xml:space="preserve">God is my helper</w:t>
      </w:r>
      <w:r>
        <w:rPr>
          <w:b w:val="false"/>
          <w:i w:val="false"/>
          <w:color w:val="000000"/>
          <w:u w:val="none"/>
          <w:shd w:val="clear" w:color="auto" w:fill="F4B183"/>
        </w:rPr>
        <w:t xml:space="preserve"> [5DSB]</w:t>
      </w:r>
      <w:r>
        <w:rPr>
          <w:shd w:val="clear" w:color="auto" w:fill="D9C3E6"/>
        </w:rPr>
        <w:t xml:space="preserve">; </w:t>
      </w:r>
      <w:r>
        <w:rPr>
          <w:shd w:fill="B7DDE8" w:val="clear"/>
        </w:rPr>
        <w:t xml:space="preserve">the Lord is the sustainer of my soul</w:t>
      </w:r>
      <w:r>
        <w:rPr>
          <w:b w:val="false"/>
          <w:i w:val="false"/>
          <w:color w:val="000000"/>
          <w:u w:val="none"/>
        </w:rPr>
        <w:t xml:space="preserve"> [1KYH]</w:t>
      </w:r>
      <w:r>
        <w:rPr/>
        <w:t xml:space="preserve">.</w:t>
      </w:r>
    </w:p>
    <w:p>
      <w:pPr>
        <w:pStyle w:val="Yellow"/>
        <w:rPr/>
      </w:pPr>
      <w:r>
        <w:rPr>
          <w:shd w:val="clear" w:color="auto" w:fill="C00000"/>
          <w:color w:val="FFFFFF"/>
        </w:rPr>
        <w:t xml:space="preserve">(Ps66:5 “God”) </w:t>
      </w:r>
      <w:r>
        <w:rPr>
          <w:b/>
          <w:shd w:val="clear" w:color="auto" w:fill="C00000"/>
          <w:color w:val="FFFFFF"/>
        </w:rPr>
        <w:t xml:space="preserve">Psalm 66:9</w:t>
      </w:r>
      <w:r>
        <w:rPr>
          <w:shd w:val="clear" w:color="auto" w:fill="C00000"/>
          <w:color w:val="FFFFFF"/>
        </w:rPr>
        <w:t xml:space="preserve"> — </w:t>
      </w:r>
      <w:r>
        <w:rPr>
          <w:shd w:val="clear" w:color="auto" w:fill="C00000"/>
          <w:color w:val="FFFFFF"/>
        </w:rPr>
        <w:t xml:space="preserve">{He} preserves our lives</w:t>
      </w:r>
      <w:r>
        <w:rPr>
          <w:b w:val="false"/>
          <w:i w:val="false"/>
          <w:u w:val="none"/>
          <w:shd w:val="clear" w:color="auto" w:fill="C00000"/>
          <w:color w:val="FFFFFF"/>
        </w:rPr>
        <w:t xml:space="preserve"> [1LNQ]</w:t>
      </w:r>
      <w:r>
        <w:rPr>
          <w:shd w:val="clear" w:color="auto" w:fill="C00000"/>
          <w:color w:val="FFFFFF"/>
        </w:rPr>
        <w:t xml:space="preserve"> and </w:t>
      </w:r>
      <w:r>
        <w:rPr>
          <w:shd w:val="clear" w:color="auto" w:fill="C00000"/>
          <w:color w:val="FFFFFF"/>
        </w:rPr>
        <w:t xml:space="preserve">keeps our feet from slipping</w:t>
      </w:r>
      <w:r>
        <w:rPr>
          <w:b w:val="false"/>
          <w:i w:val="false"/>
          <w:u w:val="none"/>
          <w:shd w:val="clear" w:color="auto" w:fill="C00000"/>
          <w:color w:val="FFFFFF"/>
        </w:rPr>
        <w:t xml:space="preserve"> [2KLX]</w:t>
      </w:r>
      <w:r>
        <w:rPr>
          <w:shd w:val="clear" w:color="auto" w:fill="C00000"/>
          <w:color w:val="FFFFFF"/>
        </w:rPr>
        <w:t xml:space="preserve">.</w:t>
      </w:r>
    </w:p>
    <w:p>
      <w:pPr>
        <w:pStyle w:val="Yellow"/>
        <w:rPr/>
      </w:pPr>
      <w:r>
        <w:rPr/>
        <w:t xml:space="preserve">(Ps91:9–10 “Because you have made the LORD your dwelling”) </w:t>
      </w:r>
      <w:r>
        <w:rPr>
          <w:b/>
        </w:rPr>
        <w:t>Psalm 91:11–12</w:t>
      </w:r>
      <w:r>
        <w:rPr/>
        <w:t xml:space="preserve"> — </w:t>
      </w:r>
      <w:r>
        <w:rPr>
          <w:shd w:val="clear" w:fill="B7DDE8"/>
        </w:rPr>
        <w:t>{For He} will command His angels concerning you to guard you in all your ways</w:t>
      </w:r>
      <w:r>
        <w:rPr>
          <w:b w:val="false"/>
          <w:i w:val="false"/>
          <w:color w:val="000000"/>
          <w:u w:val="none"/>
        </w:rPr>
        <w:t xml:space="preserve"> [1EAF]</w:t>
      </w:r>
      <w:r>
        <w:rPr/>
        <w:t xml:space="preserve">. </w:t>
      </w:r>
      <w:r>
        <w:rPr>
          <w:shd w:val="clear" w:fill="B7DDE8"/>
        </w:rPr>
        <w:t>They will lift you up in their hands</w:t>
      </w:r>
      <w:r>
        <w:rPr>
          <w:b w:val="false"/>
          <w:i w:val="false"/>
          <w:color w:val="000000"/>
          <w:u w:val="none"/>
        </w:rPr>
        <w:t xml:space="preserve"> [1EAG]</w:t>
      </w:r>
      <w:r>
        <w:rPr/>
        <w:t xml:space="preserve">, </w:t>
      </w:r>
      <w:r>
        <w:rPr>
          <w:shd w:val="clear" w:fill="B7DDE8"/>
        </w:rPr>
        <w:t>so that you will not strike your foot against a stone</w:t>
      </w:r>
      <w:r>
        <w:rPr>
          <w:b w:val="false"/>
          <w:i w:val="false"/>
          <w:color w:val="000000"/>
          <w:u w:val="none"/>
        </w:rPr>
        <w:t xml:space="preserve"> [1EAH]</w:t>
      </w:r>
      <w:r>
        <w:rPr/>
        <w:t>.</w:t>
      </w:r>
    </w:p>
    <w:p>
      <w:pPr>
        <w:pStyle w:val="Yellow"/>
        <w:rPr/>
        <w:pBdr>
          <w:left w:val="single" w:sz="28" w:space="5" w:color="C00000"/>
        </w:pBdr>
      </w:pPr>
      <w:r>
        <w:t xml:space="preserve">(Ps109:30 “I will thank the LORD”) </w:t>
      </w:r>
      <w:r>
        <w:rPr>
          <w:b/>
        </w:rPr>
        <w:t>Psalm 109:31</w:t>
      </w:r>
      <w:r>
        <w:t xml:space="preserve"> — {For} </w:t>
      </w:r>
      <w:r>
        <w:rPr>
          <w:shd w:fill="B7DDE8" w:val="clear"/>
        </w:rPr>
        <w:t>{He} stands at the right hand of the needy one</w:t>
      </w:r>
      <w:r>
        <w:rPr>
          <w:b w:val="false"/>
          <w:i w:val="false"/>
          <w:u w:val="none"/>
          <w:color w:val="000000"/>
        </w:rPr>
        <w:t xml:space="preserve"> [1BQW]</w:t>
      </w:r>
      <w:r>
        <w:t xml:space="preserve">, </w:t>
      </w:r>
      <w:r>
        <w:rPr>
          <w:shd w:fill="B7DDE8" w:val="clear"/>
        </w:rPr>
        <w:t>to save him from the condemners of his soul</w:t>
      </w:r>
      <w:r>
        <w:rPr>
          <w:b w:val="false"/>
          <w:i w:val="false"/>
          <w:color w:val="000000"/>
          <w:u w:val="none"/>
        </w:rPr>
        <w:t xml:space="preserve"> [1BQX]</w:t>
      </w:r>
      <w:r>
        <w:t>.</w:t>
      </w:r>
    </w:p>
    <w:p>
      <w:pPr>
        <w:pStyle w:val="Yellow"/>
        <w:rPr/>
        <w:pBdr>
          <w:left w:val="single" w:sz="28" w:space="5" w:color="C00000"/>
        </w:pBdr>
      </w:pPr>
      <w:r>
        <w:rPr>
          <w:b/>
        </w:rPr>
        <w:t>Psalm 116:6</w:t>
      </w:r>
      <w:r>
        <w:t xml:space="preserve"> — </w:t>
      </w:r>
      <w:r>
        <w:rPr>
          <w:shd w:fill="B7DDE8" w:val="clear"/>
        </w:rPr>
        <w:t>The LORD preserves the simplehearted</w:t>
      </w:r>
      <w:r>
        <w:rPr>
          <w:b w:val="false"/>
          <w:i w:val="false"/>
          <w:u w:val="none"/>
          <w:color w:val="000000"/>
        </w:rPr>
        <w:t xml:space="preserve"> [1BTU]</w:t>
      </w:r>
      <w:r>
        <w:t xml:space="preserve">; </w:t>
      </w:r>
      <w:r>
        <w:rPr>
          <w:shd w:fill="B7DDE8" w:val="clear"/>
        </w:rPr>
        <w:t>I was helpless</w:t>
      </w:r>
      <w:r>
        <w:rPr>
          <w:b w:val="false"/>
          <w:i w:val="false"/>
          <w:color w:val="000000"/>
          <w:u w:val="none"/>
        </w:rPr>
        <w:t xml:space="preserve"> [1BTV]</w:t>
      </w:r>
      <w:r>
        <w:t xml:space="preserve">, and </w:t>
      </w:r>
      <w:r>
        <w:rPr>
          <w:shd w:fill="B7DDE8" w:val="clear"/>
        </w:rPr>
        <w:t>He saved me</w:t>
      </w:r>
      <w:r>
        <w:rPr>
          <w:b w:val="false"/>
          <w:i w:val="false"/>
          <w:u w:val="none"/>
          <w:color w:val="000000"/>
        </w:rPr>
        <w:t xml:space="preserve"> [1BTW]</w:t>
      </w:r>
      <w:r>
        <w:t>.</w:t>
      </w:r>
    </w:p>
    <w:p>
      <w:pPr>
        <w:pStyle w:val="Yellow"/>
        <w:rPr/>
      </w:pPr>
      <w:r>
        <w:rPr/>
        <w:t xml:space="preserve">(Ps121:2 “the LORD”) </w:t>
      </w:r>
      <w:r>
        <w:rPr>
          <w:b/>
        </w:rPr>
        <w:t xml:space="preserve">Psalm 121:3</w:t>
      </w:r>
      <w:r>
        <w:rPr/>
        <w:t xml:space="preserve"> — </w:t>
      </w:r>
      <w:r>
        <w:rPr>
          <w:shd w:fill="B7DDE8" w:val="clear"/>
        </w:rPr>
        <w:t xml:space="preserve">{He} will not allow your foot to slip</w:t>
      </w:r>
      <w:r>
        <w:rPr>
          <w:b w:val="false"/>
          <w:i w:val="false"/>
          <w:color w:val="000000"/>
          <w:u w:val="none"/>
        </w:rPr>
        <w:t xml:space="preserve"> [2KLX]</w:t>
      </w:r>
      <w:r>
        <w:rPr/>
        <w:t xml:space="preserve">; </w:t>
      </w:r>
      <w:r>
        <w:rPr>
          <w:color w:val="000000"/>
        </w:rPr>
        <w:t xml:space="preserve">your Protector will not slumber</w:t>
      </w:r>
      <w:r>
        <w:rPr>
          <w:b w:val="false"/>
          <w:i w:val="false"/>
          <w:color w:val="000000"/>
          <w:u w:val="none"/>
        </w:rPr>
        <w:t xml:space="preserve"> [1KLY]</w:t>
      </w:r>
      <w:r>
        <w:rPr/>
        <w:t xml:space="preserve">. Behold, </w:t>
      </w:r>
      <w:r>
        <w:rPr>
          <w:color w:val="000000"/>
        </w:rPr>
        <w:t xml:space="preserve">the Protector of Israel will neither slumber nor sleep</w:t>
      </w:r>
      <w:r>
        <w:rPr>
          <w:b w:val="false"/>
          <w:i w:val="false"/>
          <w:color w:val="000000"/>
          <w:u w:val="none"/>
        </w:rPr>
        <w:t xml:space="preserve"> [1KLY]</w:t>
      </w:r>
      <w:r>
        <w:rPr/>
        <w:t xml:space="preserve">.</w:t>
      </w:r>
    </w:p>
    <w:p>
      <w:pPr>
        <w:pStyle w:val="Green"/>
        <w:rPr/>
      </w:pPr>
      <w:r>
        <w:rPr>
          <w:b/>
        </w:rPr>
        <w:t>Psalm 121:6</w:t>
      </w:r>
      <w:r>
        <w:rPr/>
        <w:t xml:space="preserve"> — </w:t>
      </w:r>
      <w:r>
        <w:rPr>
          <w:shd w:fill="B7DDE8" w:val="clear"/>
        </w:rPr>
        <w:t>The sun will not strike you by day, nor the moon by night</w:t>
      </w:r>
      <w:r>
        <w:rPr>
          <w:b w:val="false"/>
          <w:i w:val="false"/>
          <w:color w:val="000000"/>
          <w:u w:val="none"/>
        </w:rPr>
        <w:t xml:space="preserve"> [1JJ]</w:t>
      </w:r>
      <w:r>
        <w:rPr/>
        <w:t>.</w:t>
      </w:r>
    </w:p>
    <w:p>
      <w:pPr>
        <w:pStyle w:val="Green"/>
        <w:rPr/>
      </w:pPr>
      <w:r>
        <w:rPr>
          <w:b/>
          <w:u w:val="none"/>
        </w:rPr>
        <w:t>Psalm 121:7</w:t>
      </w:r>
      <w:r>
        <w:rPr>
          <w:u w:val="none"/>
        </w:rPr>
        <w:t xml:space="preserve"> — </w:t>
      </w:r>
      <w:r>
        <w:rPr>
          <w:u w:val="none"/>
          <w:shd w:val="clear" w:fill="B7DDE8"/>
        </w:rPr>
        <w:t>The LORD will guard you from all evil</w:t>
      </w:r>
      <w:r>
        <w:rPr>
          <w:b w:val="false"/>
          <w:i w:val="false"/>
          <w:color w:val="000000"/>
          <w:u w:val="none"/>
        </w:rPr>
        <w:t xml:space="preserve"> [1DWW]</w:t>
      </w:r>
      <w:r>
        <w:rPr>
          <w:u w:val="none"/>
        </w:rPr>
        <w:t xml:space="preserve">; </w:t>
      </w:r>
      <w:r>
        <w:rPr>
          <w:u w:val="none"/>
          <w:shd w:val="clear" w:fill="B7DDE8"/>
        </w:rPr>
        <w:t>He will preserve your soul</w:t>
      </w:r>
      <w:r>
        <w:rPr>
          <w:b w:val="false"/>
          <w:i w:val="false"/>
          <w:color w:val="000000"/>
          <w:u w:val="none"/>
        </w:rPr>
        <w:t xml:space="preserve"> [1DWX]</w:t>
      </w:r>
      <w:r>
        <w:rPr>
          <w:u w:val="none"/>
        </w:rPr>
        <w:t>.</w:t>
      </w:r>
    </w:p>
    <w:p>
      <w:pPr>
        <w:pStyle w:val="Green"/>
        <w:rPr/>
      </w:pPr>
      <w:r>
        <w:rPr>
          <w:b/>
        </w:rPr>
        <w:t xml:space="preserve">Psalm 121:8</w:t>
      </w:r>
      <w:r>
        <w:rPr/>
        <w:t xml:space="preserve"> — </w:t>
      </w:r>
      <w:r>
        <w:rPr>
          <w:shd w:fill="B7DDE8" w:val="clear"/>
        </w:rPr>
        <w:t xml:space="preserve">The LORD will watch over your coming and going, both now and forevermore</w:t>
      </w:r>
      <w:r>
        <w:rPr>
          <w:b w:val="false"/>
          <w:i w:val="false"/>
          <w:color w:val="000000"/>
          <w:u w:val="none"/>
        </w:rPr>
        <w:t xml:space="preserve"> [1LUG]</w:t>
      </w:r>
      <w:r>
        <w:rPr/>
        <w:t xml:space="preserve">.</w:t>
      </w:r>
    </w:p>
    <w:p>
      <w:pPr>
        <w:pStyle w:val="Green"/>
        <w:rPr/>
      </w:pPr>
      <w:r>
        <w:rPr>
          <w:b/>
        </w:rPr>
        <w:t xml:space="preserve">Psalm 125:2</w:t>
      </w:r>
      <w:r>
        <w:rPr/>
        <w:t xml:space="preserve"> — </w:t>
      </w:r>
      <w:r>
        <w:rPr>
          <w:shd w:fill="B7DDE8" w:val="clear"/>
        </w:rPr>
        <w:t xml:space="preserve">As the mountains surround Jerusalem, so the LORD surrounds His people, both now and forevermore</w:t>
      </w:r>
      <w:r>
        <w:rPr>
          <w:b w:val="false"/>
          <w:i w:val="false"/>
          <w:color w:val="000000"/>
          <w:u w:val="none"/>
        </w:rPr>
        <w:t xml:space="preserve"> [1KLL]</w:t>
      </w:r>
      <w:r>
        <w:rPr/>
        <w:t xml:space="preserve">.</w:t>
      </w:r>
    </w:p>
    <w:p>
      <w:pPr>
        <w:pStyle w:val="Yellow"/>
        <w:rPr/>
      </w:pPr>
      <w:r>
        <w:rPr>
          <w:b/>
          <w:u w:val="none"/>
        </w:rPr>
        <w:t>Isaiah 41:10</w:t>
      </w:r>
      <w:r>
        <w:rPr>
          <w:u w:val="none"/>
        </w:rPr>
        <w:t xml:space="preserve"> — </w:t>
      </w:r>
      <w:r>
        <w:rPr>
          <w:u w:val="none"/>
        </w:rPr>
        <w:t>Do not fear</w:t>
      </w:r>
      <w:r>
        <w:rPr>
          <w:b w:val="false"/>
          <w:i w:val="false"/>
          <w:color w:val="000000"/>
          <w:u w:val="none"/>
        </w:rPr>
        <w:t xml:space="preserve"> [17AKG]</w:t>
      </w:r>
      <w:r>
        <w:rPr>
          <w:u w:val="none"/>
        </w:rPr>
        <w:t xml:space="preserve">, for </w:t>
      </w:r>
      <w:r>
        <w:rPr>
          <w:u w:val="none"/>
        </w:rPr>
        <w:t>I am with you</w:t>
      </w:r>
      <w:r>
        <w:rPr>
          <w:b w:val="false"/>
          <w:i w:val="false"/>
          <w:u w:val="none"/>
          <w:color w:val="000000"/>
        </w:rPr>
        <w:t xml:space="preserve"> [14DJY]</w:t>
      </w:r>
      <w:r>
        <w:rPr>
          <w:u w:val="none"/>
        </w:rPr>
        <w:t xml:space="preserve">; </w:t>
      </w:r>
      <w:r>
        <w:rPr>
          <w:u w:val="none"/>
          <w:shd w:val="clear" w:fill="B7DDE8"/>
        </w:rPr>
        <w:t>do not be afraid</w:t>
      </w:r>
      <w:r>
        <w:rPr>
          <w:b w:val="false"/>
          <w:i w:val="false"/>
          <w:color w:val="000000"/>
          <w:u w:val="none"/>
        </w:rPr>
        <w:t xml:space="preserve"> [17AKG]</w:t>
      </w:r>
      <w:r>
        <w:rPr>
          <w:u w:val="none"/>
        </w:rPr>
        <w:t xml:space="preserve">, for </w:t>
      </w:r>
      <w:r>
        <w:rPr>
          <w:u w:val="none"/>
          <w:shd w:val="clear" w:fill="B7DDE8"/>
        </w:rPr>
        <w:t>I am your God</w:t>
      </w:r>
      <w:r>
        <w:rPr>
          <w:b w:val="false"/>
          <w:i w:val="false"/>
          <w:color w:val="000000"/>
          <w:u w:val="none"/>
        </w:rPr>
        <w:t xml:space="preserve"> [15MP]</w:t>
      </w:r>
      <w:r>
        <w:rPr>
          <w:u w:val="none"/>
        </w:rPr>
        <w:t xml:space="preserve">. </w:t>
      </w:r>
      <w:r>
        <w:rPr>
          <w:u w:val="none"/>
          <w:shd w:val="clear" w:fill="B7DDE8"/>
        </w:rPr>
        <w:t>I will strengthen you</w:t>
      </w:r>
      <w:r>
        <w:rPr>
          <w:b w:val="false"/>
          <w:i w:val="false"/>
          <w:u w:val="none"/>
          <w:color w:val="000000"/>
        </w:rPr>
        <w:t xml:space="preserve"> [3HC]</w:t>
      </w:r>
      <w:r>
        <w:rPr>
          <w:u w:val="none"/>
        </w:rPr>
        <w:t xml:space="preserve">; </w:t>
      </w:r>
      <w:r>
        <w:rPr>
          <w:u w:val="none"/>
          <w:shd w:val="clear" w:fill="B7DDE8"/>
        </w:rPr>
        <w:t>I will surely help you</w:t>
      </w:r>
      <w:r>
        <w:rPr>
          <w:b w:val="false"/>
          <w:i w:val="false"/>
          <w:color w:val="000000"/>
          <w:u w:val="none"/>
        </w:rPr>
        <w:t xml:space="preserve"> [3CWD]</w:t>
      </w:r>
      <w:r>
        <w:rPr>
          <w:u w:val="none"/>
        </w:rPr>
        <w:t xml:space="preserve">; </w:t>
      </w:r>
      <w:r>
        <w:rPr>
          <w:u w:val="none"/>
          <w:shd w:val="clear" w:fill="B7DDE8"/>
        </w:rPr>
        <w:t>I will uphold you with My righteous right hand</w:t>
      </w:r>
      <w:r>
        <w:rPr>
          <w:b w:val="false"/>
          <w:i w:val="false"/>
          <w:color w:val="000000"/>
          <w:u w:val="none"/>
        </w:rPr>
        <w:t xml:space="preserve"> [1DNZ]</w:t>
      </w:r>
      <w:r>
        <w:rPr>
          <w:u w:val="none"/>
        </w:rPr>
        <w:t>.</w:t>
      </w:r>
    </w:p>
    <w:p>
      <w:pPr>
        <w:pStyle w:val="Yellow"/>
        <w:rPr/>
      </w:pPr>
      <w:r>
        <w:rPr>
          <w:u w:val="none"/>
          <w:color w:val="auto"/>
        </w:rPr>
        <w:t xml:space="preserve">(Is41:10 “Do not fear”) </w:t>
      </w:r>
      <w:r>
        <w:rPr>
          <w:b/>
          <w:u w:val="none"/>
          <w:color w:val="auto"/>
        </w:rPr>
        <w:t>Isaiah 41:13</w:t>
      </w:r>
      <w:r>
        <w:rPr>
          <w:u w:val="none"/>
          <w:color w:val="auto"/>
        </w:rPr>
        <w:t xml:space="preserve"> — {For} </w:t>
      </w:r>
      <w:r>
        <w:rPr>
          <w:u w:val="none"/>
          <w:color w:val="auto"/>
        </w:rPr>
        <w:t>I am the LORD your God</w:t>
      </w:r>
      <w:r>
        <w:rPr>
          <w:b w:val="false"/>
          <w:i w:val="false"/>
          <w:u w:val="none"/>
          <w:color w:val="auto"/>
        </w:rPr>
        <w:t xml:space="preserve"> [15MP]</w:t>
      </w:r>
      <w:r>
        <w:rPr>
          <w:u w:val="none"/>
          <w:color w:val="auto"/>
        </w:rPr>
        <w:t xml:space="preserve">, </w:t>
      </w:r>
      <w:r>
        <w:rPr>
          <w:u w:val="none"/>
          <w:color w:val="auto"/>
        </w:rPr>
        <w:t>who takes hold of your right hand</w:t>
      </w:r>
      <w:r>
        <w:rPr>
          <w:b w:val="false"/>
          <w:i w:val="false"/>
          <w:u w:val="none"/>
          <w:color w:val="auto"/>
        </w:rPr>
        <w:t xml:space="preserve"> [2CWC]</w:t>
      </w:r>
      <w:r>
        <w:rPr>
          <w:u w:val="none"/>
          <w:color w:val="auto"/>
        </w:rPr>
        <w:t xml:space="preserve"> and tells you: </w:t>
      </w:r>
      <w:r>
        <w:rPr>
          <w:u w:val="none"/>
          <w:color w:val="auto"/>
        </w:rPr>
        <w:t>Do not fear</w:t>
      </w:r>
      <w:r>
        <w:rPr>
          <w:b w:val="false"/>
          <w:i w:val="false"/>
          <w:u w:val="none"/>
          <w:color w:val="auto"/>
        </w:rPr>
        <w:t xml:space="preserve"> [17AKG]</w:t>
      </w:r>
      <w:r>
        <w:rPr>
          <w:u w:val="none"/>
          <w:color w:val="auto"/>
        </w:rPr>
        <w:t xml:space="preserve">, </w:t>
      </w:r>
      <w:r>
        <w:rPr>
          <w:u w:val="none"/>
          <w:color w:val="auto"/>
        </w:rPr>
        <w:t>I will help you</w:t>
      </w:r>
      <w:r>
        <w:rPr>
          <w:b w:val="false"/>
          <w:i w:val="false"/>
          <w:u w:val="none"/>
          <w:color w:val="auto"/>
        </w:rPr>
        <w:t xml:space="preserve"> [3CWD]</w:t>
      </w:r>
      <w:r>
        <w:rPr>
          <w:u w:val="none"/>
          <w:color w:val="auto"/>
        </w:rPr>
        <w:t>.</w:t>
      </w:r>
    </w:p>
    <w:p>
      <w:pPr>
        <w:pStyle w:val="Yellow"/>
        <w:rPr/>
      </w:pPr>
      <w:r>
        <w:rPr>
          <w:b/>
        </w:rPr>
        <w:t>Isaiah 43:2</w:t>
      </w:r>
      <w:r>
        <w:rPr/>
        <w:t xml:space="preserve"> — </w:t>
      </w:r>
      <w:r>
        <w:rPr>
          <w:shd w:val="clear" w:fill="B7DDE8"/>
        </w:rPr>
        <w:t>When you pass through the waters, I will be with you</w:t>
      </w:r>
      <w:r>
        <w:rPr>
          <w:b w:val="false"/>
          <w:i w:val="false"/>
          <w:color w:val="000000"/>
          <w:u w:val="none"/>
        </w:rPr>
        <w:t xml:space="preserve"> [1DJD]</w:t>
      </w:r>
      <w:r>
        <w:rPr/>
        <w:t xml:space="preserve">; and </w:t>
      </w:r>
      <w:r>
        <w:rPr>
          <w:shd w:val="clear" w:fill="B7DDE8"/>
        </w:rPr>
        <w:t>when you go through the rivers, they will not overwhelm you</w:t>
      </w:r>
      <w:r>
        <w:rPr>
          <w:b w:val="false"/>
          <w:i w:val="false"/>
          <w:color w:val="000000"/>
          <w:u w:val="none"/>
        </w:rPr>
        <w:t xml:space="preserve"> [1DJE]</w:t>
      </w:r>
      <w:r>
        <w:rPr/>
        <w:t xml:space="preserve">. </w:t>
      </w:r>
      <w:r>
        <w:rPr>
          <w:shd w:val="clear" w:fill="B7DDE8"/>
        </w:rPr>
        <w:t>When you walk through the fire, you will not be scorched</w:t>
      </w:r>
      <w:r>
        <w:rPr>
          <w:b w:val="false"/>
          <w:i w:val="false"/>
          <w:color w:val="000000"/>
          <w:u w:val="none"/>
        </w:rPr>
        <w:t xml:space="preserve"> [1DJF]</w:t>
      </w:r>
      <w:r>
        <w:rPr/>
        <w:t xml:space="preserve">; </w:t>
      </w:r>
      <w:r>
        <w:rPr>
          <w:shd w:val="clear" w:fill="B7DDE8"/>
        </w:rPr>
        <w:t>the flames will not set you ablaze</w:t>
      </w:r>
      <w:r>
        <w:rPr>
          <w:b w:val="false"/>
          <w:i w:val="false"/>
          <w:color w:val="000000"/>
          <w:u w:val="none"/>
        </w:rPr>
        <w:t xml:space="preserve"> [1DJG]</w:t>
      </w:r>
      <w:r>
        <w:rPr/>
        <w:t>.</w:t>
      </w:r>
    </w:p>
    <w:p>
      <w:pPr>
        <w:pStyle w:val="Yellow"/>
        <w:rPr/>
      </w:pPr>
      <w:r>
        <w:rPr>
          <w:b/>
        </w:rPr>
        <w:t>Isaiah 54:17</w:t>
      </w:r>
      <w:r>
        <w:rPr/>
        <w:t xml:space="preserve"> — </w:t>
      </w:r>
      <w:r>
        <w:rPr>
          <w:shd w:fill="B7DDE8" w:val="clear"/>
        </w:rPr>
        <w:t>No weapon formed against you shall prosper</w:t>
      </w:r>
      <w:r>
        <w:rPr>
          <w:b w:val="false"/>
          <w:i w:val="false"/>
          <w:color w:val="000000"/>
          <w:u w:val="none"/>
        </w:rPr>
        <w:t xml:space="preserve"> [1II]</w:t>
      </w:r>
      <w:r>
        <w:rPr/>
        <w:t xml:space="preserve">, and </w:t>
      </w:r>
      <w:r>
        <w:rPr>
          <w:shd w:fill="B7DDE8" w:val="clear"/>
        </w:rPr>
        <w:t>you will refute every tongue that accuses you</w:t>
      </w:r>
      <w:r>
        <w:rPr>
          <w:b w:val="false"/>
          <w:i w:val="false"/>
          <w:color w:val="000000"/>
          <w:u w:val="none"/>
        </w:rPr>
        <w:t xml:space="preserve"> [1IJ]</w:t>
      </w:r>
      <w:r>
        <w:rPr/>
        <w:t xml:space="preserve">. </w:t>
      </w:r>
      <w:r>
        <w:rPr>
          <w:shd w:fill="B7DDE8" w:val="clear"/>
        </w:rPr>
        <w:t>This is the heritage of the servants of the LORD</w:t>
      </w:r>
      <w:r>
        <w:rPr>
          <w:b w:val="false"/>
          <w:i w:val="false"/>
          <w:color w:val="000000"/>
          <w:u w:val="none"/>
        </w:rPr>
        <w:t xml:space="preserve"> [1IK]</w:t>
      </w:r>
      <w:r>
        <w:rPr/>
        <w:t xml:space="preserve">, and </w:t>
      </w:r>
      <w:r>
        <w:rPr>
          <w:shd w:fill="B7DDE8" w:val="clear"/>
        </w:rPr>
        <w:t>their vindication is from Me</w:t>
      </w:r>
      <w:r>
        <w:rPr>
          <w:b w:val="false"/>
          <w:i w:val="false"/>
          <w:color w:val="000000"/>
          <w:u w:val="none"/>
        </w:rPr>
        <w:t xml:space="preserve"> [2IL]</w:t>
      </w:r>
      <w:r>
        <w:rPr/>
        <w:t>,” declares the LORD.</w:t>
      </w:r>
    </w:p>
    <w:p>
      <w:pPr>
        <w:pStyle w:val="Yellow"/>
        <w:rPr/>
      </w:pPr>
      <w:r>
        <w:rPr>
          <w:u w:val="none"/>
        </w:rPr>
        <w:t xml:space="preserve">(Je1:17 when Jeremiah tells Judah God’s commands) </w:t>
      </w:r>
      <w:r>
        <w:rPr>
          <w:b/>
          <w:u w:val="none"/>
        </w:rPr>
        <w:t>Jeremiah 1:18–19</w:t>
      </w:r>
      <w:r>
        <w:rPr>
          <w:u w:val="none"/>
        </w:rPr>
        <w:t xml:space="preserve"> — {Now behold}, this day </w:t>
      </w:r>
      <w:r>
        <w:rPr>
          <w:u w:val="none"/>
          <w:shd w:val="clear" w:fill="B7DDE8"/>
        </w:rPr>
        <w:t>I have made you like a fortified city, an iron pillar, and bronze walls against the whole land—against the kings of Judah, its officials, its priests, and the people of the land</w:t>
      </w:r>
      <w:r>
        <w:rPr>
          <w:b w:val="false"/>
          <w:i w:val="false"/>
          <w:color w:val="000000"/>
          <w:u w:val="none"/>
        </w:rPr>
        <w:t xml:space="preserve"> [1DJV]</w:t>
      </w:r>
      <w:r>
        <w:rPr>
          <w:u w:val="none"/>
        </w:rPr>
        <w:t xml:space="preserve">. </w:t>
      </w:r>
      <w:r>
        <w:rPr>
          <w:u w:val="none"/>
          <w:shd w:val="clear" w:fill="B7DDE8"/>
        </w:rPr>
        <w:t>They will fight against you</w:t>
      </w:r>
      <w:r>
        <w:rPr>
          <w:b w:val="false"/>
          <w:i w:val="false"/>
          <w:color w:val="000000"/>
          <w:u w:val="none"/>
        </w:rPr>
        <w:t xml:space="preserve"> [1DJW]</w:t>
      </w:r>
      <w:r>
        <w:rPr>
          <w:u w:val="none"/>
        </w:rPr>
        <w:t xml:space="preserve"> but </w:t>
      </w:r>
      <w:r>
        <w:rPr>
          <w:u w:val="none"/>
          <w:shd w:val="clear" w:fill="B7DDE8"/>
        </w:rPr>
        <w:t>will never overcome you</w:t>
      </w:r>
      <w:r>
        <w:rPr>
          <w:b w:val="false"/>
          <w:i w:val="false"/>
          <w:color w:val="000000"/>
          <w:u w:val="none"/>
        </w:rPr>
        <w:t xml:space="preserve"> [1DJX]</w:t>
      </w:r>
      <w:r>
        <w:rPr>
          <w:u w:val="none"/>
        </w:rPr>
        <w:t xml:space="preserve">, since </w:t>
      </w:r>
      <w:r>
        <w:rPr>
          <w:u w:val="none"/>
          <w:shd w:val="clear" w:fill="B7DDE8"/>
        </w:rPr>
        <w:t>I am with you</w:t>
      </w:r>
      <w:r>
        <w:rPr>
          <w:b w:val="false"/>
          <w:i w:val="false"/>
          <w:u w:val="none"/>
          <w:color w:val="000000"/>
        </w:rPr>
        <w:t xml:space="preserve"> [14DJY]</w:t>
      </w:r>
      <w:r>
        <w:rPr>
          <w:u w:val="none"/>
        </w:rPr>
        <w:t xml:space="preserve"> </w:t>
      </w:r>
      <w:r>
        <w:rPr>
          <w:u w:val="none"/>
          <w:shd w:val="clear" w:fill="B7DDE8"/>
        </w:rPr>
        <w:t>to deliver you</w:t>
      </w:r>
      <w:r>
        <w:rPr>
          <w:b w:val="false"/>
          <w:i w:val="false"/>
          <w:color w:val="000000"/>
          <w:u w:val="none"/>
        </w:rPr>
        <w:t xml:space="preserve"> [2DJZ]</w:t>
      </w:r>
      <w:r>
        <w:rPr>
          <w:u w:val="none"/>
        </w:rPr>
        <w:t>,” declares the LORD.</w:t>
      </w:r>
    </w:p>
    <w:p>
      <w:pPr>
        <w:pStyle w:val="Yellow"/>
        <w:rPr/>
      </w:pPr>
      <w:r>
        <w:rPr>
          <w:u w:val="none"/>
        </w:rPr>
        <w:t xml:space="preserve">(Je49:16ᶜ because Edom’s “pride” deceived them / 10ᶜ when God will “strip Esau bare”) </w:t>
      </w:r>
      <w:r>
        <w:rPr>
          <w:b/>
          <w:u w:val="none"/>
        </w:rPr>
        <w:t>Jeremiah 49:11</w:t>
      </w:r>
      <w:r>
        <w:rPr>
          <w:u w:val="none"/>
        </w:rPr>
        <w:t xml:space="preserve"> — </w:t>
      </w:r>
      <w:r>
        <w:rPr>
          <w:u w:val="none"/>
          <w:shd w:val="clear" w:fill="B7DDE8"/>
        </w:rPr>
        <w:t>Abandon your orphans</w:t>
      </w:r>
      <w:r>
        <w:rPr>
          <w:b w:val="false"/>
          <w:i w:val="false"/>
          <w:color w:val="000000"/>
          <w:u w:val="none"/>
        </w:rPr>
        <w:t xml:space="preserve"> [1DVA]</w:t>
      </w:r>
      <w:r>
        <w:rPr>
          <w:u w:val="none"/>
        </w:rPr>
        <w:t xml:space="preserve">; </w:t>
      </w:r>
      <w:r>
        <w:rPr>
          <w:u w:val="none"/>
          <w:shd w:val="clear" w:fill="B7DDE8"/>
        </w:rPr>
        <w:t>I will preserve their lives</w:t>
      </w:r>
      <w:r>
        <w:rPr>
          <w:b w:val="false"/>
          <w:i w:val="false"/>
          <w:color w:val="000000"/>
          <w:u w:val="none"/>
        </w:rPr>
        <w:t xml:space="preserve"> [1DVB]</w:t>
      </w:r>
      <w:r>
        <w:rPr>
          <w:u w:val="none"/>
        </w:rPr>
        <w:t xml:space="preserve">. </w:t>
      </w:r>
      <w:r>
        <w:rPr>
          <w:u w:val="none"/>
          <w:color w:val="000000"/>
        </w:rPr>
        <w:t>Let your widows trust in Me</w:t>
      </w:r>
      <w:r>
        <w:rPr>
          <w:b w:val="false"/>
          <w:i w:val="false"/>
          <w:color w:val="000000"/>
          <w:u w:val="none"/>
        </w:rPr>
        <w:t xml:space="preserve"> [1DVC]</w:t>
      </w:r>
      <w:r>
        <w:rPr>
          <w:u w:val="none"/>
        </w:rPr>
        <w:t xml:space="preserve">.” For this is what the LORD says: “If </w:t>
      </w:r>
      <w:r>
        <w:rPr>
          <w:u w:val="none"/>
          <w:color w:val="000000"/>
        </w:rPr>
        <w:t>those who do not deserve to drink the cup must drink it</w:t>
      </w:r>
      <w:r>
        <w:rPr>
          <w:b w:val="false"/>
          <w:i w:val="false"/>
          <w:color w:val="000000"/>
          <w:u w:val="none"/>
        </w:rPr>
        <w:t xml:space="preserve"> [1DVD]</w:t>
      </w:r>
      <w:r>
        <w:rPr>
          <w:u w:val="none"/>
        </w:rPr>
        <w:t xml:space="preserve">, can you possibly remain unpunished? </w:t>
      </w:r>
      <w:r>
        <w:rPr>
          <w:u w:val="none"/>
          <w:color w:val="000000"/>
        </w:rPr>
        <w:t>You will not go unpunished</w:t>
      </w:r>
      <w:r>
        <w:rPr>
          <w:b w:val="false"/>
          <w:i w:val="false"/>
          <w:color w:val="000000"/>
          <w:u w:val="none"/>
        </w:rPr>
        <w:t xml:space="preserve"> [1DVE]</w:t>
      </w:r>
      <w:r>
        <w:rPr>
          <w:u w:val="none"/>
        </w:rPr>
        <w:t xml:space="preserve">, for </w:t>
      </w:r>
      <w:r>
        <w:rPr>
          <w:u w:val="none"/>
          <w:color w:val="000000"/>
        </w:rPr>
        <w:t>you must drink it too</w:t>
      </w:r>
      <w:r>
        <w:rPr>
          <w:b w:val="false"/>
          <w:i w:val="false"/>
          <w:color w:val="000000"/>
          <w:u w:val="none"/>
        </w:rPr>
        <w:t xml:space="preserve"> [1DVF]</w:t>
      </w:r>
      <w:r>
        <w:rPr>
          <w:u w:val="none"/>
        </w:rPr>
        <w:t>.</w:t>
      </w:r>
    </w:p>
    <w:p>
      <w:pPr>
        <w:pStyle w:val="Yellow"/>
        <w:rPr/>
        <w:pBdr>
          <w:left w:val="single" w:sz="28" w:space="5" w:color="C00000"/>
        </w:pBdr>
      </w:pPr>
      <w:r>
        <w:t xml:space="preserve">(Jn17:6 “those” the Father has “given” to Jesus¹ / 18:2 Judas²) </w:t>
      </w:r>
      <w:r>
        <w:rPr>
          <w:b/>
        </w:rPr>
        <w:t>John 17:12-13</w:t>
      </w:r>
      <w:r>
        <w:t xml:space="preserve">— </w:t>
      </w:r>
      <w:r>
        <w:rPr>
          <w:shd w:fill="B7DDE8" w:val="clear"/>
        </w:rPr>
        <w:t>While I was with {them}, I protected and preserved them by Your name, the name You gave Me</w:t>
      </w:r>
      <w:r>
        <w:rPr>
          <w:b w:val="false"/>
          <w:i w:val="false"/>
          <w:color w:val="000000"/>
          <w:u w:val="none"/>
        </w:rPr>
        <w:t xml:space="preserve"> [1AME]</w:t>
      </w:r>
      <w:r>
        <w:t xml:space="preserve">. </w:t>
      </w:r>
      <w:r>
        <w:rPr>
          <w:shd w:fill="B7DDE8" w:val="clear"/>
        </w:rPr>
        <w:t>Not one of them has been lost, except {the son of destruction}</w:t>
      </w:r>
      <w:r>
        <w:rPr>
          <w:b w:val="false"/>
          <w:i w:val="false"/>
          <w:color w:val="000000"/>
          <w:u w:val="none"/>
        </w:rPr>
        <w:t xml:space="preserve"> [1AMF]</w:t>
      </w:r>
      <w:r>
        <w:t xml:space="preserve">, </w:t>
      </w:r>
      <w:r>
        <w:rPr>
          <w:shd w:fill="B7DDE8" w:val="clear"/>
        </w:rPr>
        <w:t>so that the Scripture would be fulfilled</w:t>
      </w:r>
      <w:r>
        <w:rPr>
          <w:b w:val="false"/>
          <w:i w:val="false"/>
          <w:u w:val="none"/>
          <w:color w:val="000000"/>
        </w:rPr>
        <w:t xml:space="preserve"> [1MHC]</w:t>
      </w:r>
      <w:r>
        <w:t xml:space="preserve">. </w:t>
      </w:r>
      <w:r>
        <w:rPr>
          <w:shd w:fill="B7DDE8" w:val="clear"/>
        </w:rPr>
        <w:t>I am saying these things while I am in the world, so that {they} may have My joy fulfilled within them</w:t>
      </w:r>
      <w:r>
        <w:rPr>
          <w:b w:val="false"/>
          <w:i w:val="false"/>
          <w:color w:val="000000"/>
          <w:u w:val="none"/>
        </w:rPr>
        <w:t xml:space="preserve"> [1AMG]</w:t>
      </w:r>
      <w:r>
        <w:t>.</w:t>
      </w:r>
    </w:p>
    <w:p>
      <w:pPr>
        <w:pStyle w:val="Yellow"/>
        <w:rPr/>
      </w:pPr>
      <w:r>
        <w:rPr>
          <w:b/>
        </w:rPr>
        <w:t>Romans 9:29</w:t>
      </w:r>
      <w:r>
        <w:rPr/>
        <w:t xml:space="preserve"> — “</w:t>
      </w:r>
      <w:r>
        <w:rPr>
          <w:shd w:val="clear" w:fill="B7DDE8"/>
        </w:rPr>
        <w:t>Unless the Lord of Hosts had left us descendants, we would have become like Sodom, we would have resembled Gomorrah</w:t>
      </w:r>
      <w:r>
        <w:rPr>
          <w:b w:val="false"/>
          <w:i w:val="false"/>
          <w:color w:val="000000"/>
          <w:u w:val="none"/>
        </w:rPr>
        <w:t xml:space="preserve"> [1ENF]</w:t>
      </w:r>
      <w:r>
        <w:rPr/>
        <w:t>.”</w:t>
      </w:r>
    </w:p>
    <w:p>
      <w:r>
        <w:rPr>
          <w:b/>
          <w:sz w:val="32"/>
          <w:highlight w:val="yellow"/>
        </w:rPr>
        <w:t>God as Light  (10)</w:t>
      </w:r>
    </w:p>
    <w:p>
      <w:pPr>
        <w:pStyle w:val="Green"/>
        <w:rPr/>
      </w:pPr>
      <w:r>
        <w:rPr>
          <w:b/>
          <w:highlight w:val="cyan"/>
        </w:rPr>
        <w:t>2 Samuel 22:29</w:t>
      </w:r>
      <w:r>
        <w:rPr>
          <w:highlight w:val="cyan"/>
        </w:rPr>
        <w:t xml:space="preserve"> — </w:t>
      </w:r>
      <w:r>
        <w:rPr>
          <w:highlight w:val="cyan"/>
          <w:shd w:fill="B7DDE8" w:val="clear"/>
        </w:rPr>
        <w:t>You, O LORD, are my lamp</w:t>
      </w:r>
      <w:r>
        <w:rPr>
          <w:b w:val="false"/>
          <w:i w:val="false"/>
          <w:color w:val="000000"/>
          <w:u w:val="none"/>
        </w:rPr>
        <w:t xml:space="preserve"> [1MEL]</w:t>
      </w:r>
      <w:r>
        <w:rPr>
          <w:highlight w:val="cyan"/>
        </w:rPr>
        <w:t xml:space="preserve">; </w:t>
      </w:r>
      <w:r>
        <w:rPr>
          <w:highlight w:val="cyan"/>
          <w:shd w:fill="B7DDE8" w:val="clear"/>
        </w:rPr>
        <w:t>the LORD lights up my darkness</w:t>
      </w:r>
      <w:r>
        <w:rPr>
          <w:b w:val="false"/>
          <w:i w:val="false"/>
          <w:color w:val="000000"/>
          <w:u w:val="none"/>
        </w:rPr>
        <w:t xml:space="preserve"> [2MEM]</w:t>
      </w:r>
      <w:r>
        <w:rPr>
          <w:highlight w:val="cyan"/>
        </w:rPr>
        <w:t>.</w:t>
      </w:r>
    </w:p>
    <w:p>
      <w:pPr>
        <w:pStyle w:val="Yellow"/>
        <w:rPr/>
      </w:pPr>
      <w:r>
        <w:rPr>
          <w:b/>
          <w:highlight w:val="cyan"/>
          <w:shd w:val="clear" w:color="auto" w:fill="C00000"/>
          <w:color w:val="FFFFFF"/>
        </w:rPr>
        <w:t>Psalm 18:28</w:t>
      </w:r>
      <w:r>
        <w:rPr>
          <w:highlight w:val="cyan"/>
          <w:shd w:val="clear" w:color="auto" w:fill="C00000"/>
          <w:color w:val="FFFFFF"/>
        </w:rPr>
        <w:t xml:space="preserve"> — </w:t>
      </w:r>
      <w:r>
        <w:rPr>
          <w:highlight w:val="cyan"/>
          <w:shd w:val="clear" w:color="auto" w:fill="C00000"/>
          <w:color w:val="FFFFFF"/>
        </w:rPr>
        <w:t>You, O LORD, light my lamp</w:t>
      </w:r>
      <w:r>
        <w:rPr>
          <w:b w:val="false"/>
          <w:i w:val="false"/>
          <w:u w:val="none"/>
          <w:shd w:val="clear" w:color="auto" w:fill="C00000"/>
          <w:color w:val="FFFFFF"/>
        </w:rPr>
        <w:t xml:space="preserve"> [1MEN]</w:t>
      </w:r>
      <w:r>
        <w:rPr>
          <w:highlight w:val="cyan"/>
          <w:shd w:val="clear" w:color="auto" w:fill="C00000"/>
          <w:color w:val="FFFFFF"/>
        </w:rPr>
        <w:t xml:space="preserve">; </w:t>
      </w:r>
      <w:r>
        <w:rPr>
          <w:highlight w:val="cyan"/>
          <w:shd w:val="clear" w:color="auto" w:fill="C00000"/>
          <w:color w:val="FFFFFF"/>
        </w:rPr>
        <w:t>my God lights up my darkness</w:t>
      </w:r>
      <w:r>
        <w:rPr>
          <w:b w:val="false"/>
          <w:i w:val="false"/>
          <w:u w:val="none"/>
          <w:shd w:val="clear" w:color="auto" w:fill="C00000"/>
          <w:color w:val="FFFFFF"/>
        </w:rPr>
        <w:t xml:space="preserve"> [2MEM]</w:t>
      </w:r>
      <w:r>
        <w:rPr>
          <w:highlight w:val="cyan"/>
          <w:shd w:val="clear" w:color="auto" w:fill="C00000"/>
          <w:color w:val="FFFFFF"/>
        </w:rPr>
        <w:t>.</w:t>
      </w:r>
    </w:p>
    <w:p>
      <w:pPr>
        <w:pStyle w:val="Yellow"/>
        <w:rPr/>
      </w:pPr>
      <w:r>
        <w:rPr>
          <w:b/>
        </w:rPr>
        <w:t>Psalm 118:27</w:t>
      </w:r>
      <w:r>
        <w:rPr/>
        <w:t xml:space="preserve"> — </w:t>
      </w:r>
      <w:r>
        <w:rPr>
          <w:shd w:fill="B7DDE8" w:val="clear"/>
        </w:rPr>
        <w:t>The LORD is God</w:t>
      </w:r>
      <w:r>
        <w:rPr>
          <w:b w:val="false"/>
          <w:i w:val="false"/>
          <w:color w:val="000000"/>
          <w:u w:val="none"/>
        </w:rPr>
        <w:t xml:space="preserve"> [1MEH]</w:t>
      </w:r>
      <w:r>
        <w:rPr/>
        <w:t xml:space="preserve">; </w:t>
      </w:r>
      <w:r>
        <w:rPr>
          <w:shd w:fill="B7DDE8" w:val="clear"/>
        </w:rPr>
        <w:t>He has made His light to shine upon us</w:t>
      </w:r>
      <w:r>
        <w:rPr>
          <w:b w:val="false"/>
          <w:i w:val="false"/>
          <w:color w:val="000000"/>
          <w:u w:val="none"/>
        </w:rPr>
        <w:t xml:space="preserve"> [1MEI]</w:t>
      </w:r>
      <w:r>
        <w:rPr/>
        <w:t>.</w:t>
      </w:r>
    </w:p>
    <w:p>
      <w:pPr>
        <w:pStyle w:val="Yellow"/>
        <w:rPr/>
      </w:pPr>
      <w:r>
        <w:rPr>
          <w:b/>
        </w:rPr>
        <w:t xml:space="preserve">Matthew 4:16</w:t>
      </w:r>
      <w:r>
        <w:rPr/>
        <w:t xml:space="preserve"> — </w:t>
      </w:r>
      <w:r>
        <w:rPr>
          <w:shd w:fill="B7DDE8" w:val="clear"/>
        </w:rPr>
        <w:t xml:space="preserve">the people living in darkness have seen a great light</w:t>
      </w:r>
      <w:r>
        <w:rPr>
          <w:b w:val="false"/>
          <w:i w:val="false"/>
          <w:color w:val="000000"/>
          <w:u w:val="none"/>
        </w:rPr>
        <w:t xml:space="preserve"> [1IXI]</w:t>
      </w:r>
      <w:r>
        <w:rPr/>
        <w:t xml:space="preserve">; </w:t>
      </w:r>
      <w:r>
        <w:rPr>
          <w:shd w:fill="B7DDE8" w:val="clear"/>
        </w:rPr>
        <w:t xml:space="preserve">on those living in the land of the shadow of death, a light has dawned</w:t>
      </w:r>
      <w:r>
        <w:rPr>
          <w:b w:val="false"/>
          <w:i w:val="false"/>
          <w:color w:val="000000"/>
          <w:u w:val="none"/>
        </w:rPr>
        <w:t xml:space="preserve"> [1IXJ]</w:t>
      </w:r>
      <w:r>
        <w:rPr/>
        <w:t xml:space="preserve">.”</w:t>
      </w:r>
    </w:p>
    <w:p>
      <w:pPr>
        <w:pStyle w:val="Yellow"/>
        <w:rPr/>
      </w:pPr>
      <w:r>
        <w:rPr>
          <w:u w:val="none"/>
        </w:rPr>
        <w:t xml:space="preserve">(Lk1:68 “Israel”¹) </w:t>
      </w:r>
      <w:r>
        <w:rPr>
          <w:b/>
          <w:u w:val="none"/>
        </w:rPr>
        <w:t xml:space="preserve">Luke 1:78–79</w:t>
      </w:r>
      <w:r>
        <w:rPr>
          <w:u w:val="none"/>
        </w:rPr>
        <w:t xml:space="preserve"> — </w:t>
      </w:r>
      <w:r>
        <w:rPr>
          <w:u w:val="none"/>
          <w:shd w:fill="B7DDE8" w:val="clear"/>
        </w:rPr>
        <w:t xml:space="preserve">because of the tender mercy of our God</w:t>
      </w:r>
      <w:r>
        <w:rPr>
          <w:b w:val="false"/>
          <w:i w:val="false"/>
          <w:u w:val="none"/>
          <w:color w:val="000000"/>
        </w:rPr>
        <w:t xml:space="preserve"> [1IXK]</w:t>
      </w:r>
      <w:r>
        <w:rPr>
          <w:u w:val="none"/>
        </w:rPr>
        <w:t xml:space="preserve">, by which </w:t>
      </w:r>
      <w:r>
        <w:rPr>
          <w:u w:val="none"/>
          <w:shd w:fill="B7DDE8" w:val="clear"/>
        </w:rPr>
        <w:t xml:space="preserve">the Dawn will visit {us} from on high</w:t>
      </w:r>
      <w:r>
        <w:rPr>
          <w:b w:val="false"/>
          <w:i w:val="false"/>
          <w:color w:val="000000"/>
          <w:u w:val="none"/>
        </w:rPr>
        <w:t xml:space="preserve"> [1IXL]</w:t>
      </w:r>
      <w:r>
        <w:rPr>
          <w:u w:val="none"/>
        </w:rPr>
        <w:t xml:space="preserve">, </w:t>
      </w:r>
      <w:r>
        <w:rPr>
          <w:u w:val="none"/>
          <w:shd w:fill="B7DDE8" w:val="clear"/>
        </w:rPr>
        <w:t xml:space="preserve">to shine on those who live in darkness and in the shadow of death</w:t>
      </w:r>
      <w:r>
        <w:rPr>
          <w:b w:val="false"/>
          <w:i w:val="false"/>
          <w:color w:val="000000"/>
          <w:u w:val="none"/>
        </w:rPr>
        <w:t xml:space="preserve"> [1IXM]</w:t>
      </w:r>
      <w:r>
        <w:rPr>
          <w:u w:val="none"/>
        </w:rPr>
        <w:t xml:space="preserve">, </w:t>
      </w:r>
      <w:r>
        <w:rPr>
          <w:u w:val="none"/>
          <w:shd w:fill="B7DDE8" w:val="clear"/>
        </w:rPr>
        <w:t xml:space="preserve">to guide our feet into the path of peace</w:t>
      </w:r>
      <w:r>
        <w:rPr>
          <w:b w:val="false"/>
          <w:i w:val="false"/>
          <w:color w:val="000000"/>
          <w:u w:val="none"/>
        </w:rPr>
        <w:t xml:space="preserve"> [1IXN]</w:t>
      </w:r>
      <w:r>
        <w:rPr>
          <w:u w:val="none"/>
        </w:rPr>
        <w:t xml:space="preserve">.”</w:t>
      </w:r>
    </w:p>
    <w:p>
      <w:pPr>
        <w:pStyle w:val="Yellow"/>
        <w:rPr/>
      </w:pPr>
      <w:r>
        <w:rPr/>
        <w:t xml:space="preserve">(Jn1:1 “the Word”) </w:t>
      </w:r>
      <w:r>
        <w:rPr>
          <w:b/>
        </w:rPr>
        <w:t>John 1:4</w:t>
      </w:r>
      <w:r>
        <w:rPr/>
        <w:t xml:space="preserve"> — </w:t>
      </w:r>
      <w:r>
        <w:rPr>
          <w:shd w:fill="B7DDE8" w:val="clear"/>
        </w:rPr>
        <w:t>In {Him} was life</w:t>
      </w:r>
      <w:r>
        <w:rPr>
          <w:b w:val="false"/>
          <w:i w:val="false"/>
          <w:color w:val="000000"/>
          <w:u w:val="none"/>
        </w:rPr>
        <w:t xml:space="preserve"> [1MFA]</w:t>
      </w:r>
      <w:r>
        <w:rPr/>
        <w:t xml:space="preserve">, and </w:t>
      </w:r>
      <w:r>
        <w:rPr>
          <w:shd w:fill="B7DDE8" w:val="clear"/>
        </w:rPr>
        <w:t>that life was the light of men</w:t>
      </w:r>
      <w:r>
        <w:rPr>
          <w:b w:val="false"/>
          <w:i w:val="false"/>
          <w:color w:val="000000"/>
          <w:u w:val="none"/>
        </w:rPr>
        <w:t xml:space="preserve"> [1MFB]</w:t>
      </w:r>
      <w:r>
        <w:rPr/>
        <w:t>.</w:t>
      </w:r>
    </w:p>
    <w:p>
      <w:pPr>
        <w:pStyle w:val="Yellow"/>
        <w:rPr/>
      </w:pPr>
      <w:r>
        <w:rPr/>
        <w:t xml:space="preserve">(Jn1:1,4 “the Word” was “the light of men”) </w:t>
      </w:r>
      <w:r>
        <w:rPr>
          <w:b/>
        </w:rPr>
        <w:t>John 1:5</w:t>
      </w:r>
      <w:r>
        <w:rPr/>
        <w:t xml:space="preserve"> — </w:t>
      </w:r>
      <w:r>
        <w:rPr>
          <w:shd w:val="clear" w:fill="B7DDE8"/>
        </w:rPr>
        <w:t>{The Light} shines in the darkness</w:t>
      </w:r>
      <w:r>
        <w:rPr>
          <w:b w:val="false"/>
          <w:i w:val="false"/>
          <w:color w:val="000000"/>
          <w:u w:val="none"/>
        </w:rPr>
        <w:t xml:space="preserve"> [1FFM]</w:t>
      </w:r>
      <w:r>
        <w:rPr/>
        <w:t xml:space="preserve">, and </w:t>
      </w:r>
      <w:r>
        <w:rPr>
          <w:shd w:val="clear" w:fill="B7DDE8"/>
        </w:rPr>
        <w:t>the darkness has not overcome it</w:t>
      </w:r>
      <w:r>
        <w:rPr>
          <w:b w:val="false"/>
          <w:i w:val="false"/>
          <w:color w:val="000000"/>
          <w:u w:val="none"/>
        </w:rPr>
        <w:t xml:space="preserve"> [1FFN]</w:t>
      </w:r>
      <w:r>
        <w:rPr/>
        <w:t>.</w:t>
      </w:r>
    </w:p>
    <w:p>
      <w:pPr>
        <w:pStyle w:val="Yellow"/>
        <w:rPr/>
      </w:pPr>
      <w:r>
        <w:rPr>
          <w:b/>
        </w:rPr>
        <w:t>John 9:5</w:t>
      </w:r>
      <w:r>
        <w:rPr/>
        <w:t xml:space="preserve"> — </w:t>
      </w:r>
      <w:r>
        <w:rPr>
          <w:shd w:fill="B7DDE8" w:val="clear"/>
        </w:rPr>
        <w:t>While I am in the world, I am the light of the world</w:t>
      </w:r>
      <w:r>
        <w:rPr>
          <w:b w:val="false"/>
          <w:i w:val="false"/>
          <w:color w:val="000000"/>
          <w:u w:val="none"/>
        </w:rPr>
        <w:t xml:space="preserve"> [1MFC]</w:t>
      </w:r>
      <w:r>
        <w:rPr/>
        <w:t>.”</w:t>
      </w:r>
    </w:p>
    <w:p>
      <w:pPr>
        <w:pStyle w:val="Yellow"/>
        <w:rPr/>
        <w:pBdr>
          <w:left w:val="single" w:sz="28" w:space="5" w:color="C00000"/>
        </w:pBdr>
      </w:pPr>
      <w:r>
        <w:rPr>
          <w:b/>
        </w:rPr>
        <w:t xml:space="preserve">2 Corinthians 4:6</w:t>
      </w:r>
      <w:r>
        <w:rPr/>
        <w:t xml:space="preserve"> — For </w:t>
      </w:r>
      <w:r>
        <w:rPr>
          <w:shd w:fill="B7DDE8" w:val="clear"/>
        </w:rPr>
        <w:t xml:space="preserve">God, who said, “Let light shine out of darkness,”</w:t>
      </w:r>
      <w:r>
        <w:rPr>
          <w:b w:val="false"/>
          <w:i w:val="false"/>
          <w:u w:val="none"/>
          <w:color w:val="000000"/>
        </w:rPr>
        <w:t xml:space="preserve"> [1GDV]</w:t>
      </w:r>
      <w:r>
        <w:rPr/>
        <w:t xml:space="preserve"> </w:t>
      </w:r>
      <w:r>
        <w:rPr>
          <w:shd w:fill="B7DDE8" w:val="clear"/>
        </w:rPr>
        <w:t xml:space="preserve">made His light shine in our hearts to give us the light of the knowledge of the glory of God in the face of Jesus Christ</w:t>
      </w:r>
      <w:r>
        <w:rPr>
          <w:b w:val="false"/>
          <w:i w:val="false"/>
          <w:color w:val="000000"/>
          <w:u w:val="none"/>
        </w:rPr>
        <w:t xml:space="preserve"> [1GDW]</w:t>
      </w:r>
      <w:r>
        <w:rPr/>
        <w:t xml:space="preserve">.</w:t>
      </w:r>
    </w:p>
    <w:p>
      <w:pPr>
        <w:pStyle w:val="Yellow"/>
        <w:rPr/>
      </w:pPr>
      <w:r>
        <w:rPr>
          <w:b/>
        </w:rPr>
        <w:t>1 John 1:5</w:t>
      </w:r>
      <w:r>
        <w:rPr/>
        <w:t xml:space="preserve"> — </w:t>
      </w:r>
      <w:r>
        <w:rPr>
          <w:shd w:fill="B7DDE8" w:val="clear"/>
        </w:rPr>
        <w:t>God is light</w:t>
      </w:r>
      <w:r>
        <w:rPr>
          <w:b w:val="false"/>
          <w:i w:val="false"/>
          <w:color w:val="000000"/>
          <w:u w:val="none"/>
        </w:rPr>
        <w:t xml:space="preserve"> [1MEO]</w:t>
      </w:r>
      <w:r>
        <w:rPr/>
        <w:t xml:space="preserve">, and </w:t>
      </w:r>
      <w:r>
        <w:rPr>
          <w:shd w:fill="B7DDE8" w:val="clear"/>
        </w:rPr>
        <w:t>in Him there is no darkness at all</w:t>
      </w:r>
      <w:r>
        <w:rPr>
          <w:b w:val="false"/>
          <w:i w:val="false"/>
          <w:color w:val="000000"/>
          <w:u w:val="none"/>
        </w:rPr>
        <w:t xml:space="preserve"> [1MEP]</w:t>
      </w:r>
      <w:r>
        <w:rPr/>
        <w:t>.</w:t>
      </w:r>
    </w:p>
    <w:p>
      <w:r>
        <w:rPr>
          <w:b/>
          <w:sz w:val="32"/>
          <w:highlight w:val="yellow"/>
        </w:rPr>
        <w:t>God's Care over Small Things  (11)</w:t>
      </w:r>
    </w:p>
    <w:p>
      <w:pPr>
        <w:pStyle w:val="Yellow"/>
        <w:rPr/>
      </w:pPr>
      <w:r>
        <w:rPr/>
        <w:t xml:space="preserve">(Job1:13–19 after Job lost his children and possessions) </w:t>
      </w:r>
      <w:r>
        <w:rPr>
          <w:b/>
        </w:rPr>
        <w:t xml:space="preserve">Job 1:21</w:t>
      </w:r>
      <w:r>
        <w:rPr/>
        <w:t xml:space="preserve"> — </w:t>
      </w:r>
      <w:r>
        <w:rPr>
          <w:shd w:fill="B7DDE8" w:val="clear"/>
        </w:rPr>
        <w:t xml:space="preserve">The LORD gave</w:t>
      </w:r>
      <w:r>
        <w:rPr>
          <w:b w:val="false"/>
          <w:i w:val="false"/>
          <w:color w:val="000000"/>
          <w:u w:val="none"/>
        </w:rPr>
        <w:t xml:space="preserve"> [1LLM]</w:t>
      </w:r>
      <w:r>
        <w:rPr/>
        <w:t xml:space="preserve">, and </w:t>
      </w:r>
      <w:r>
        <w:rPr>
          <w:shd w:fill="B7DDE8" w:val="clear"/>
        </w:rPr>
        <w:t xml:space="preserve">the LORD has taken away</w:t>
      </w:r>
      <w:r>
        <w:rPr>
          <w:b w:val="false"/>
          <w:i w:val="false"/>
          <w:color w:val="000000"/>
          <w:u w:val="none"/>
        </w:rPr>
        <w:t xml:space="preserve"> [1LLN]</w:t>
      </w:r>
      <w:r>
        <w:rPr/>
        <w:t xml:space="preserve">.</w:t>
      </w:r>
    </w:p>
    <w:p>
      <w:pPr>
        <w:pStyle w:val="Yellow"/>
        <w:rPr/>
      </w:pPr>
      <w:r>
        <w:rPr>
          <w:b/>
        </w:rPr>
        <w:t>Matthew 6:8</w:t>
      </w:r>
      <w:r>
        <w:rPr/>
        <w:t xml:space="preserve"> — </w:t>
      </w:r>
      <w:r>
        <w:rPr>
          <w:shd w:fill="B7DDE8" w:val="clear"/>
        </w:rPr>
        <w:t>your Father knows what you need before you ask Him</w:t>
      </w:r>
      <w:r>
        <w:rPr>
          <w:b w:val="false"/>
          <w:i w:val="false"/>
          <w:color w:val="000000"/>
          <w:u w:val="none"/>
        </w:rPr>
        <w:t xml:space="preserve"> [1MCL]</w:t>
      </w:r>
      <w:r>
        <w:rPr/>
        <w:t>.</w:t>
      </w:r>
    </w:p>
    <w:p>
      <w:pPr>
        <w:pStyle w:val="Yellow"/>
        <w:rPr/>
      </w:pPr>
      <w:r>
        <w:rPr/>
        <w:t xml:space="preserve">&lt;22&gt;</w:t>
      </w:r>
      <w:r>
        <w:rPr>
          <w:b/>
        </w:rPr>
        <w:t xml:space="preserve">Matthew 6:25</w:t>
      </w:r>
      <w:r>
        <w:rPr/>
        <w:t xml:space="preserve"> — Therefore I tell you, </w:t>
      </w:r>
      <w:r>
        <w:rPr>
          <w:shd w:fill="B7DDE8" w:val="clear"/>
        </w:rPr>
        <w:t xml:space="preserve">do not worry about your life, what you will eat or drink, or about your body, what you will wear</w:t>
      </w:r>
      <w:r>
        <w:rPr>
          <w:b w:val="false"/>
          <w:i w:val="false"/>
          <w:color w:val="000000"/>
          <w:u w:val="none"/>
        </w:rPr>
        <w:t xml:space="preserve"> [1KXM]</w:t>
      </w:r>
      <w:r>
        <w:rPr/>
        <w:t xml:space="preserve">.</w:t>
      </w:r>
    </w:p>
    <w:p>
      <w:pPr>
        <w:pStyle w:val="Yellow"/>
        <w:rPr/>
      </w:pPr>
      <w:r>
        <w:rPr/>
        <w:t xml:space="preserve">&lt;22&gt;</w:t>
      </w:r>
      <w:r>
        <w:rPr>
          <w:b/>
        </w:rPr>
        <w:t xml:space="preserve">Matthew 6:26</w:t>
      </w:r>
      <w:r>
        <w:rPr/>
        <w:t xml:space="preserve"> — Look at the birds of the air: </w:t>
      </w:r>
      <w:r>
        <w:rPr>
          <w:shd w:fill="B7DDE8" w:val="clear"/>
        </w:rPr>
        <w:t xml:space="preserve">they do not sow or reap or gather into barns</w:t>
      </w:r>
      <w:r>
        <w:rPr>
          <w:b w:val="false"/>
          <w:i w:val="false"/>
          <w:color w:val="000000"/>
          <w:u w:val="none"/>
        </w:rPr>
        <w:t xml:space="preserve"> [1KXN]</w:t>
      </w:r>
      <w:r>
        <w:rPr/>
        <w:t xml:space="preserve">—and yet </w:t>
      </w:r>
      <w:r>
        <w:rPr>
          <w:shd w:fill="B7DDE8" w:val="clear"/>
        </w:rPr>
        <w:t xml:space="preserve">your heavenly Father feeds them</w:t>
      </w:r>
      <w:r>
        <w:rPr>
          <w:b w:val="false"/>
          <w:i w:val="false"/>
          <w:color w:val="000000"/>
          <w:u w:val="none"/>
        </w:rPr>
        <w:t xml:space="preserve"> [2KXO]</w:t>
      </w:r>
      <w:r>
        <w:rPr/>
        <w:t xml:space="preserve">. </w:t>
      </w:r>
      <w:r>
        <w:rPr>
          <w:shd w:fill="B7DDE8" w:val="clear"/>
        </w:rPr>
        <w:t xml:space="preserve">Are you not much more valuable than they</w:t>
      </w:r>
      <w:r>
        <w:rPr>
          <w:b w:val="false"/>
          <w:i w:val="false"/>
          <w:color w:val="000000"/>
          <w:u w:val="none"/>
        </w:rPr>
        <w:t xml:space="preserve"> [2KXP]</w:t>
      </w:r>
      <w:r>
        <w:rPr/>
        <w:t xml:space="preserve">?</w:t>
      </w:r>
    </w:p>
    <w:p>
      <w:pPr>
        <w:pStyle w:val="Yellow"/>
        <w:rPr/>
      </w:pPr>
      <w:r>
        <w:rPr>
          <w:highlight w:val="cyan"/>
        </w:rPr>
        <w:t xml:space="preserve">&lt;22&gt;</w:t>
      </w:r>
      <w:r>
        <w:rPr>
          <w:b/>
          <w:highlight w:val="cyan"/>
        </w:rPr>
        <w:t xml:space="preserve">Matthew 6:30</w:t>
      </w:r>
      <w:r>
        <w:rPr>
          <w:highlight w:val="cyan"/>
        </w:rPr>
        <w:t xml:space="preserve"> — </w:t>
      </w:r>
      <w:r>
        <w:rPr>
          <w:highlight w:val="cyan"/>
          <w:shd w:fill="B7DDE8" w:val="clear"/>
        </w:rPr>
        <w:t xml:space="preserve">If that is how God clothes the grass of the field, which is here today and tomorrow is thrown into the furnace, will He not much more clothe you, O you of little faith</w:t>
      </w:r>
      <w:r>
        <w:rPr>
          <w:b w:val="false"/>
          <w:i w:val="false"/>
          <w:color w:val="000000"/>
          <w:u w:val="none"/>
        </w:rPr>
        <w:t xml:space="preserve"> [2KXQ]</w:t>
      </w:r>
      <w:r>
        <w:rPr>
          <w:highlight w:val="cyan"/>
        </w:rPr>
        <w:t xml:space="preserve">?</w:t>
      </w:r>
    </w:p>
    <w:p>
      <w:pPr>
        <w:pStyle w:val="Yellow"/>
        <w:rPr/>
      </w:pPr>
      <w:r>
        <w:rPr/>
        <w:t xml:space="preserve">&lt;22&gt;</w:t>
      </w:r>
      <w:r>
        <w:rPr>
          <w:b/>
        </w:rPr>
        <w:t xml:space="preserve">Matthew 6:33-34</w:t>
      </w:r>
      <w:r>
        <w:rPr/>
        <w:t xml:space="preserve"> — But </w:t>
      </w:r>
      <w:r>
        <w:rPr>
          <w:shd w:fill="B7DDE8" w:val="clear"/>
        </w:rPr>
        <w:t xml:space="preserve">seek first the kingdom of God and His righteousness</w:t>
      </w:r>
      <w:r>
        <w:rPr>
          <w:b w:val="false"/>
          <w:i w:val="false"/>
          <w:color w:val="000000"/>
          <w:u w:val="none"/>
        </w:rPr>
        <w:t xml:space="preserve"> [1KXR]</w:t>
      </w:r>
      <w:r>
        <w:rPr/>
        <w:t xml:space="preserve">, and </w:t>
      </w:r>
      <w:r>
        <w:rPr>
          <w:shd w:fill="B7DDE8" w:val="clear"/>
        </w:rPr>
        <w:t xml:space="preserve">all these things will be added unto you</w:t>
      </w:r>
      <w:r>
        <w:rPr>
          <w:b w:val="false"/>
          <w:i w:val="false"/>
          <w:color w:val="000000"/>
          <w:u w:val="none"/>
        </w:rPr>
        <w:t xml:space="preserve"> [2KXS]</w:t>
      </w:r>
      <w:r>
        <w:rPr/>
        <w:t xml:space="preserve">. Therefore </w:t>
      </w:r>
      <w:r>
        <w:rPr>
          <w:shd w:fill="B7DDE8" w:val="clear"/>
        </w:rPr>
        <w:t xml:space="preserve">do not worry about tomorrow</w:t>
      </w:r>
      <w:r>
        <w:rPr>
          <w:b w:val="false"/>
          <w:i w:val="false"/>
          <w:color w:val="000000"/>
          <w:u w:val="none"/>
        </w:rPr>
        <w:t xml:space="preserve"> [1KXT]</w:t>
      </w:r>
      <w:r>
        <w:rPr/>
        <w:t xml:space="preserve">, for </w:t>
      </w:r>
      <w:r>
        <w:rPr>
          <w:shd w:fill="B7DDE8" w:val="clear"/>
        </w:rPr>
        <w:t xml:space="preserve">tomorrow will worry about itself</w:t>
      </w:r>
      <w:r>
        <w:rPr>
          <w:b w:val="false"/>
          <w:i w:val="false"/>
          <w:color w:val="000000"/>
          <w:u w:val="none"/>
        </w:rPr>
        <w:t xml:space="preserve"> [1KXU]</w:t>
      </w:r>
      <w:r>
        <w:rPr/>
        <w:t xml:space="preserve">. </w:t>
      </w:r>
      <w:r>
        <w:rPr>
          <w:shd w:fill="B7DDE8" w:val="clear"/>
        </w:rPr>
        <w:t xml:space="preserve">Today has enough trouble of its own</w:t>
      </w:r>
      <w:r>
        <w:rPr>
          <w:b w:val="false"/>
          <w:i w:val="false"/>
          <w:color w:val="000000"/>
          <w:u w:val="none"/>
        </w:rPr>
        <w:t xml:space="preserve"> [1KXV]</w:t>
      </w:r>
      <w:r>
        <w:rPr/>
        <w:t xml:space="preserve">.</w:t>
      </w:r>
    </w:p>
    <w:p>
      <w:pPr>
        <w:pStyle w:val="Yellow"/>
        <w:rPr/>
      </w:pPr>
      <w:r>
        <w:rPr>
          <w:b/>
        </w:rPr>
        <w:t>Matthew 10:29-31</w:t>
      </w:r>
      <w:r>
        <w:rPr/>
        <w:t xml:space="preserve"> — </w:t>
      </w:r>
      <w:r>
        <w:rPr>
          <w:shd w:val="clear" w:fill="B7DDE8"/>
        </w:rPr>
        <w:t>Are not two sparrows sold for a penny</w:t>
      </w:r>
      <w:r>
        <w:rPr>
          <w:b w:val="false"/>
          <w:i w:val="false"/>
          <w:color w:val="000000"/>
          <w:u w:val="none"/>
        </w:rPr>
        <w:t xml:space="preserve"> [1CWV]</w:t>
      </w:r>
      <w:r>
        <w:rPr/>
        <w:t xml:space="preserve">? Yet </w:t>
      </w:r>
      <w:r>
        <w:rPr>
          <w:shd w:val="clear" w:fill="B7DDE8"/>
        </w:rPr>
        <w:t>not one of them will fall to the ground apart from the will of your Father</w:t>
      </w:r>
      <w:r>
        <w:rPr>
          <w:b w:val="false"/>
          <w:i w:val="false"/>
          <w:color w:val="000000"/>
          <w:u w:val="none"/>
        </w:rPr>
        <w:t xml:space="preserve"> [1CWW]</w:t>
      </w:r>
      <w:r>
        <w:rPr/>
        <w:t xml:space="preserve">. And even </w:t>
      </w:r>
      <w:r>
        <w:rPr/>
        <w:t>the very hairs of your head are all numbered</w:t>
      </w:r>
      <w:r>
        <w:rPr>
          <w:b w:val="false"/>
          <w:i w:val="false"/>
          <w:color w:val="000000"/>
          <w:u w:val="none"/>
        </w:rPr>
        <w:t xml:space="preserve"> [2CWX]</w:t>
      </w:r>
      <w:r>
        <w:rPr/>
        <w:t xml:space="preserve">. So </w:t>
      </w:r>
      <w:r>
        <w:rPr/>
        <w:t>do not be afraid</w:t>
      </w:r>
      <w:r>
        <w:rPr>
          <w:b w:val="false"/>
          <w:i w:val="false"/>
          <w:color w:val="000000"/>
          <w:u w:val="none"/>
        </w:rPr>
        <w:t xml:space="preserve"> [17AKG]</w:t>
      </w:r>
      <w:r>
        <w:rPr/>
        <w:t xml:space="preserve">; </w:t>
      </w:r>
      <w:r>
        <w:rPr/>
        <w:t>you are worth more than many sparrows</w:t>
      </w:r>
      <w:r>
        <w:rPr>
          <w:b w:val="false"/>
          <w:i w:val="false"/>
          <w:color w:val="000000"/>
          <w:u w:val="none"/>
        </w:rPr>
        <w:t xml:space="preserve"> [2CWY]</w:t>
      </w:r>
      <w:r>
        <w:rPr/>
        <w:t>.</w:t>
      </w:r>
    </w:p>
    <w:p>
      <w:pPr>
        <w:pStyle w:val="Yellow"/>
        <w:rPr/>
      </w:pPr>
      <w:r>
        <w:rPr>
          <w:b/>
        </w:rPr>
        <w:t>Luke 12:6-7</w:t>
      </w:r>
      <w:r>
        <w:rPr/>
        <w:t xml:space="preserve"> — </w:t>
      </w:r>
      <w:r>
        <w:rPr>
          <w:shd w:val="clear" w:fill="B7DDE8"/>
        </w:rPr>
        <w:t>Are not five sparrows sold for two pennies</w:t>
      </w:r>
      <w:r>
        <w:rPr>
          <w:b w:val="false"/>
          <w:i w:val="false"/>
          <w:color w:val="000000"/>
          <w:u w:val="none"/>
        </w:rPr>
        <w:t xml:space="preserve"> [1CWZ]</w:t>
      </w:r>
      <w:r>
        <w:rPr/>
        <w:t xml:space="preserve">? Yet </w:t>
      </w:r>
      <w:r>
        <w:rPr>
          <w:shd w:val="clear" w:fill="B7DDE8"/>
        </w:rPr>
        <w:t>not one of them is forgotten by God</w:t>
      </w:r>
      <w:r>
        <w:rPr>
          <w:b w:val="false"/>
          <w:i w:val="false"/>
          <w:color w:val="000000"/>
          <w:u w:val="none"/>
        </w:rPr>
        <w:t xml:space="preserve"> [1CXA]</w:t>
      </w:r>
      <w:r>
        <w:rPr/>
        <w:t xml:space="preserve">. And even </w:t>
      </w:r>
      <w:r>
        <w:rPr>
          <w:shd w:val="clear" w:color="auto" w:fill="D9C3E6"/>
        </w:rPr>
        <w:t>the very hairs of your head are all numbered</w:t>
      </w:r>
      <w:r>
        <w:rPr>
          <w:b w:val="false"/>
          <w:i w:val="false"/>
          <w:color w:val="000000"/>
          <w:u w:val="none"/>
        </w:rPr>
        <w:t xml:space="preserve"> [2CWX]</w:t>
      </w:r>
      <w:r>
        <w:rPr>
          <w:shd w:val="clear" w:color="auto" w:fill="D9C3E6"/>
        </w:rPr>
        <w:t xml:space="preserve">. So </w:t>
      </w:r>
      <w:r>
        <w:rPr>
          <w:shd w:val="clear" w:color="auto" w:fill="D9C3E6"/>
        </w:rPr>
        <w:t>do not be afraid</w:t>
      </w:r>
      <w:r>
        <w:rPr>
          <w:b w:val="false"/>
          <w:i w:val="false"/>
          <w:u w:val="none"/>
          <w:color w:val="000000"/>
        </w:rPr>
        <w:t xml:space="preserve"> [17AKG]</w:t>
      </w:r>
      <w:r>
        <w:rPr>
          <w:shd w:val="clear" w:color="auto" w:fill="D9C3E6"/>
        </w:rPr>
        <w:t xml:space="preserve">; </w:t>
      </w:r>
      <w:r>
        <w:rPr>
          <w:shd w:val="clear" w:color="auto" w:fill="D9C3E6"/>
        </w:rPr>
        <w:t>you are worth more than many sparrows</w:t>
      </w:r>
      <w:r>
        <w:rPr>
          <w:b w:val="false"/>
          <w:i w:val="false"/>
          <w:color w:val="000000"/>
          <w:u w:val="none"/>
        </w:rPr>
        <w:t xml:space="preserve"> [2CWY]</w:t>
      </w:r>
      <w:r>
        <w:rPr>
          <w:shd w:val="clear" w:color="auto" w:fill="D9C3E6"/>
        </w:rPr>
        <w:t>.</w:t>
      </w:r>
    </w:p>
    <w:p>
      <w:pPr>
        <w:pStyle w:val="Yellow"/>
        <w:rPr/>
      </w:pPr>
      <w:r>
        <w:rPr>
          <w:highlight w:val="cyan"/>
        </w:rPr>
        <w:t xml:space="preserve">(Lk12:27 Lilies were “adorned” beyond “Solomon in all his glory”) </w:t>
      </w:r>
      <w:r>
        <w:rPr>
          <w:b/>
          <w:highlight w:val="cyan"/>
        </w:rPr>
        <w:t xml:space="preserve">Luke 12:28</w:t>
      </w:r>
      <w:r>
        <w:rPr>
          <w:highlight w:val="cyan"/>
        </w:rPr>
        <w:t xml:space="preserve"> — </w:t>
      </w:r>
      <w:r>
        <w:rPr>
          <w:highlight w:val="cyan"/>
          <w:shd w:fill="B7DDE8" w:val="clear"/>
        </w:rPr>
        <w:t xml:space="preserve">If {that} is how God clothes the grass of the field, which is here today and tomorrow is thrown into the furnace, how much more will He clothe you, O you of little faith</w:t>
      </w:r>
      <w:r>
        <w:rPr>
          <w:b w:val="false"/>
          <w:i w:val="false"/>
          <w:color w:val="000000"/>
          <w:u w:val="none"/>
        </w:rPr>
        <w:t xml:space="preserve"> [2KXQ]</w:t>
      </w:r>
      <w:r>
        <w:rPr>
          <w:highlight w:val="cyan"/>
        </w:rPr>
        <w:t xml:space="preserve">!</w:t>
      </w:r>
    </w:p>
    <w:p>
      <w:pPr>
        <w:pStyle w:val="Yellow"/>
        <w:rPr/>
      </w:pPr>
      <w:r>
        <w:rPr/>
        <w:t xml:space="preserve">&lt;29&gt;(Lk12:22 “what you will wear” / 29 “what you will eat or drink”) </w:t>
      </w:r>
      <w:r>
        <w:rPr>
          <w:b/>
        </w:rPr>
        <w:t xml:space="preserve">Luke 12:30</w:t>
      </w:r>
      <w:r>
        <w:rPr/>
        <w:t xml:space="preserve"> — </w:t>
      </w:r>
      <w:r>
        <w:rPr>
          <w:shd w:fill="B7DDE8" w:val="clear"/>
        </w:rPr>
        <w:t xml:space="preserve">your Father knows that you need {them}</w:t>
      </w:r>
      <w:r>
        <w:rPr>
          <w:b w:val="false"/>
          <w:i w:val="false"/>
          <w:color w:val="000000"/>
          <w:u w:val="none"/>
        </w:rPr>
        <w:t xml:space="preserve"> [1LKF]</w:t>
      </w:r>
      <w:r>
        <w:rPr/>
        <w:t xml:space="preserve">.</w:t>
      </w:r>
    </w:p>
    <w:p>
      <w:pPr>
        <w:pStyle w:val="Yellow"/>
        <w:rPr/>
      </w:pPr>
      <w:r>
        <w:rPr/>
        <w:t xml:space="preserve">&lt;29&gt;</w:t>
      </w:r>
      <w:r>
        <w:rPr>
          <w:b/>
        </w:rPr>
        <w:t xml:space="preserve">Luke 12:31</w:t>
      </w:r>
      <w:r>
        <w:rPr/>
        <w:t xml:space="preserve"> — </w:t>
      </w:r>
      <w:r>
        <w:rPr>
          <w:shd w:fill="B7DDE8" w:val="clear"/>
        </w:rPr>
        <w:t xml:space="preserve">seek {His} kingdom</w:t>
      </w:r>
      <w:r>
        <w:rPr>
          <w:b w:val="false"/>
          <w:i w:val="false"/>
          <w:color w:val="000000"/>
          <w:u w:val="none"/>
        </w:rPr>
        <w:t xml:space="preserve"> [1LKG]</w:t>
      </w:r>
      <w:r>
        <w:rPr/>
        <w:t xml:space="preserve">, and </w:t>
      </w:r>
      <w:r>
        <w:rPr>
          <w:shd w:fill="B7DDE8" w:val="clear"/>
        </w:rPr>
        <w:t xml:space="preserve">{these things} will be added unto you</w:t>
      </w:r>
      <w:r>
        <w:rPr>
          <w:b w:val="false"/>
          <w:i w:val="false"/>
          <w:u w:val="none"/>
          <w:color w:val="000000"/>
        </w:rPr>
        <w:t xml:space="preserve"> [2KXS]</w:t>
      </w:r>
      <w:r>
        <w:rPr/>
        <w:t xml:space="preserve">.</w:t>
      </w:r>
    </w:p>
    <w:p>
      <w:r>
        <w:rPr>
          <w:b/>
          <w:sz w:val="32"/>
          <w:highlight w:val="yellow"/>
        </w:rPr>
        <w:t>God's Kingship  (17)</w:t>
      </w:r>
    </w:p>
    <w:p>
      <w:pPr>
        <w:pStyle w:val="Yellow"/>
        <w:rPr/>
      </w:pPr>
      <w:r>
        <w:rPr>
          <w:b/>
        </w:rPr>
        <w:t>Psalm 22:28</w:t>
      </w:r>
      <w:r>
        <w:rPr/>
        <w:t xml:space="preserve"> — </w:t>
      </w:r>
      <w:r>
        <w:rPr>
          <w:shd w:fill="B7DDE8" w:val="clear"/>
        </w:rPr>
        <w:t>dominion belongs to the LORD</w:t>
      </w:r>
      <w:r>
        <w:rPr>
          <w:b w:val="false"/>
          <w:i w:val="false"/>
          <w:color w:val="000000"/>
          <w:u w:val="none"/>
        </w:rPr>
        <w:t xml:space="preserve"> [1LYP]</w:t>
      </w:r>
      <w:r>
        <w:rPr/>
        <w:t xml:space="preserve"> and </w:t>
      </w:r>
      <w:r>
        <w:rPr>
          <w:shd w:fill="B7DDE8" w:val="clear"/>
        </w:rPr>
        <w:t>He rules over the nations</w:t>
      </w:r>
      <w:r>
        <w:rPr>
          <w:b w:val="false"/>
          <w:i w:val="false"/>
          <w:color w:val="000000"/>
          <w:u w:val="none"/>
        </w:rPr>
        <w:t xml:space="preserve"> [4LKB]</w:t>
      </w:r>
      <w:r>
        <w:rPr/>
        <w:t>.</w:t>
      </w:r>
    </w:p>
    <w:p>
      <w:pPr>
        <w:pStyle w:val="Yellow"/>
        <w:rPr/>
      </w:pPr>
      <w:r>
        <w:rPr>
          <w:b/>
        </w:rPr>
        <w:t xml:space="preserve">Psalm 44:4</w:t>
      </w:r>
      <w:r>
        <w:rPr/>
        <w:t xml:space="preserve"> — </w:t>
      </w:r>
      <w:r>
        <w:rPr>
          <w:shd w:fill="B7DDE8" w:val="clear"/>
        </w:rPr>
        <w:t xml:space="preserve">You are my King, O God</w:t>
      </w:r>
      <w:r>
        <w:rPr>
          <w:b w:val="false"/>
          <w:i w:val="false"/>
          <w:color w:val="000000"/>
          <w:u w:val="none"/>
        </w:rPr>
        <w:t xml:space="preserve"> [4LX]</w:t>
      </w:r>
      <w:r>
        <w:rPr/>
        <w:t xml:space="preserve">, </w:t>
      </w:r>
      <w:r>
        <w:rPr>
          <w:color w:val="000000"/>
        </w:rPr>
        <w:t xml:space="preserve">who ordains victories for Jacob</w:t>
      </w:r>
      <w:r>
        <w:rPr>
          <w:b w:val="false"/>
          <w:i w:val="false"/>
          <w:color w:val="000000"/>
          <w:u w:val="none"/>
          <w:shd w:val="clear" w:color="auto" w:fill="F4B183"/>
        </w:rPr>
        <w:t xml:space="preserve"> [1KTI]</w:t>
      </w:r>
      <w:r>
        <w:rPr/>
        <w:t xml:space="preserve">.</w:t>
      </w:r>
    </w:p>
    <w:p>
      <w:pPr>
        <w:pStyle w:val="Yellow"/>
        <w:rPr/>
      </w:pPr>
      <w:r>
        <w:rPr>
          <w:b/>
        </w:rPr>
        <w:t xml:space="preserve">Psalm 47:7</w:t>
      </w:r>
      <w:r>
        <w:rPr/>
        <w:t xml:space="preserve"> — For </w:t>
      </w:r>
      <w:r>
        <w:rPr>
          <w:shd w:fill="B7DDE8" w:val="clear"/>
        </w:rPr>
        <w:t xml:space="preserve">God is King of all the earth</w:t>
      </w:r>
      <w:r>
        <w:rPr>
          <w:b w:val="false"/>
          <w:i w:val="false"/>
          <w:color w:val="000000"/>
          <w:u w:val="none"/>
        </w:rPr>
        <w:t xml:space="preserve"> [1KTD]</w:t>
      </w:r>
    </w:p>
    <w:p>
      <w:pPr>
        <w:pStyle w:val="Yellow"/>
        <w:rPr/>
      </w:pPr>
      <w:r>
        <w:rPr/>
        <w:t xml:space="preserve">(Ps55:3 “the enemy” and “the wicked”) </w:t>
      </w:r>
      <w:r>
        <w:rPr>
          <w:b/>
        </w:rPr>
        <w:t xml:space="preserve">Psalm 55:19</w:t>
      </w:r>
      <w:r>
        <w:rPr/>
        <w:t xml:space="preserve"> — </w:t>
      </w:r>
      <w:r>
        <w:rPr>
          <w:shd w:fill="B7DDE8" w:val="clear"/>
        </w:rPr>
        <w:t xml:space="preserve">God will hear</w:t>
      </w:r>
      <w:r>
        <w:rPr>
          <w:b w:val="false"/>
          <w:i w:val="false"/>
          <w:color w:val="000000"/>
          <w:u w:val="none"/>
        </w:rPr>
        <w:t xml:space="preserve"> [1LDY]</w:t>
      </w:r>
      <w:r>
        <w:rPr/>
        <w:t xml:space="preserve"> and </w:t>
      </w:r>
      <w:r>
        <w:rPr>
          <w:shd w:fill="B7DDE8" w:val="clear"/>
        </w:rPr>
        <w:t xml:space="preserve">humiliate {them}</w:t>
      </w:r>
      <w:r>
        <w:rPr>
          <w:b w:val="false"/>
          <w:i w:val="false"/>
          <w:color w:val="000000"/>
          <w:u w:val="none"/>
        </w:rPr>
        <w:t xml:space="preserve"> [1LDZ]</w:t>
      </w:r>
      <w:r>
        <w:rPr/>
        <w:t xml:space="preserve">—</w:t>
      </w:r>
      <w:r>
        <w:rPr>
          <w:shd w:fill="B7DDE8" w:val="clear"/>
        </w:rPr>
        <w:t xml:space="preserve">the One enthroned for the ages</w:t>
      </w:r>
      <w:r>
        <w:rPr>
          <w:b w:val="false"/>
          <w:i w:val="false"/>
          <w:color w:val="000000"/>
          <w:u w:val="none"/>
        </w:rPr>
        <w:t xml:space="preserve"> [1LEA]</w:t>
      </w:r>
      <w:r>
        <w:rPr/>
        <w:t xml:space="preserve">—Selah because </w:t>
      </w:r>
      <w:r>
        <w:rPr>
          <w:shd w:fill="B7DDE8" w:val="clear"/>
        </w:rPr>
        <w:t xml:space="preserve">they do not change</w:t>
      </w:r>
      <w:r>
        <w:rPr>
          <w:b w:val="false"/>
          <w:i w:val="false"/>
          <w:color w:val="000000"/>
          <w:u w:val="none"/>
        </w:rPr>
        <w:t xml:space="preserve"> [1LEB]</w:t>
      </w:r>
      <w:r>
        <w:rPr/>
        <w:t xml:space="preserve"> and </w:t>
      </w:r>
      <w:r>
        <w:rPr>
          <w:shd w:fill="B7DDE8" w:val="clear"/>
        </w:rPr>
        <w:t xml:space="preserve">they have no fear of God</w:t>
      </w:r>
      <w:r>
        <w:rPr>
          <w:b w:val="false"/>
          <w:i w:val="false"/>
          <w:color w:val="000000"/>
          <w:u w:val="none"/>
        </w:rPr>
        <w:t xml:space="preserve"> [1LEC]</w:t>
      </w:r>
      <w:r>
        <w:rPr/>
        <w:t xml:space="preserve">.</w:t>
      </w:r>
    </w:p>
    <w:p>
      <w:pPr>
        <w:pStyle w:val="Yellow"/>
        <w:rPr/>
        <w:pBdr>
          <w:left w:val="single" w:sz="28" w:space="5" w:color="C00000"/>
        </w:pBdr>
      </w:pPr>
      <w:r>
        <w:rPr>
          <w:b/>
        </w:rPr>
        <w:t xml:space="preserve">Psalm 67:4</w:t>
      </w:r>
      <w:r>
        <w:rPr/>
        <w:t xml:space="preserve"> — </w:t>
      </w:r>
      <w:r>
        <w:rPr>
          <w:shd w:fill="B7DDE8" w:val="clear"/>
        </w:rPr>
        <w:t xml:space="preserve">You judge the peoples justly</w:t>
      </w:r>
      <w:r>
        <w:rPr>
          <w:b w:val="false"/>
          <w:i w:val="false"/>
          <w:u w:val="none"/>
          <w:color w:val="000000"/>
        </w:rPr>
        <w:t xml:space="preserve"> [1INS]</w:t>
      </w:r>
      <w:r>
        <w:rPr/>
        <w:t xml:space="preserve"> and </w:t>
      </w:r>
      <w:r>
        <w:rPr>
          <w:shd w:fill="B7DDE8" w:val="clear"/>
        </w:rPr>
        <w:t xml:space="preserve">lead the nations of the earth</w:t>
      </w:r>
      <w:r>
        <w:rPr>
          <w:b w:val="false"/>
          <w:i w:val="false"/>
          <w:color w:val="000000"/>
          <w:u w:val="none"/>
        </w:rPr>
        <w:t xml:space="preserve"> [1INT]</w:t>
      </w:r>
      <w:r>
        <w:rPr/>
        <w:t xml:space="preserve">. Selah</w:t>
      </w:r>
    </w:p>
    <w:p>
      <w:pPr>
        <w:pStyle w:val="Yellow"/>
        <w:rPr/>
      </w:pPr>
      <w:r>
        <w:rPr>
          <w:b/>
        </w:rPr>
        <w:t xml:space="preserve">Psalm 95:3</w:t>
      </w:r>
      <w:r>
        <w:rPr/>
        <w:t xml:space="preserve"> — For </w:t>
      </w:r>
      <w:r>
        <w:rPr>
          <w:shd w:fill="B7DDE8" w:val="clear"/>
        </w:rPr>
        <w:t xml:space="preserve">the LORD is a great God</w:t>
      </w:r>
      <w:r>
        <w:rPr>
          <w:b w:val="false"/>
          <w:i w:val="false"/>
          <w:color w:val="000000"/>
          <w:u w:val="none"/>
        </w:rPr>
        <w:t xml:space="preserve"> [6GC]</w:t>
      </w:r>
      <w:r>
        <w:rPr/>
        <w:t xml:space="preserve">, </w:t>
      </w:r>
      <w:r>
        <w:rPr>
          <w:shd w:fill="B7DDE8" w:val="clear"/>
        </w:rPr>
        <w:t xml:space="preserve">a great King above all gods</w:t>
      </w:r>
      <w:r>
        <w:rPr>
          <w:b w:val="false"/>
          <w:i w:val="false"/>
          <w:color w:val="000000"/>
          <w:u w:val="none"/>
        </w:rPr>
        <w:t xml:space="preserve"> [1KSX]</w:t>
      </w:r>
      <w:r>
        <w:rPr/>
        <w:t xml:space="preserve">.</w:t>
      </w:r>
    </w:p>
    <w:p>
      <w:pPr>
        <w:pStyle w:val="Yellow"/>
        <w:rPr/>
      </w:pPr>
      <w:r>
        <w:t xml:space="preserve">(Ps102:11 “I wither away like grass”) </w:t>
      </w:r>
      <w:r>
        <w:rPr>
          <w:b/>
        </w:rPr>
        <w:t>Psalm 102:12</w:t>
      </w:r>
      <w:r>
        <w:t xml:space="preserve"> — {But} </w:t>
      </w:r>
      <w:r>
        <w:rPr>
          <w:shd w:fill="B7DDE8" w:val="clear"/>
        </w:rPr>
        <w:t xml:space="preserve">You, O LORD, sit enthroned </w:t>
      </w:r>
      <w:r>
        <w:rPr>
          <w:shd w:fill="B7DDE8" w:val="clear"/>
        </w:rPr>
        <w:t>forever</w:t>
      </w:r>
      <w:r>
        <w:rPr>
          <w:b w:val="false"/>
          <w:i w:val="false"/>
          <w:color w:val="000000"/>
          <w:u w:val="none"/>
        </w:rPr>
        <w:t xml:space="preserve"> [4AAU]</w:t>
      </w:r>
      <w:r>
        <w:rPr>
          <w:b w:val="false"/>
          <w:i w:val="false"/>
          <w:color w:val="000000"/>
          <w:u w:val="none"/>
        </w:rPr>
        <w:t xml:space="preserve"> [3MHA]</w:t>
      </w:r>
      <w:r>
        <w:t xml:space="preserve">; </w:t>
      </w:r>
      <w:r>
        <w:rPr>
          <w:shd w:fill="B7DDE8" w:val="clear"/>
        </w:rPr>
        <w:t>Your renown endures to all generations</w:t>
      </w:r>
      <w:r>
        <w:rPr>
          <w:b w:val="false"/>
          <w:i w:val="false"/>
          <w:color w:val="000000"/>
          <w:u w:val="none"/>
        </w:rPr>
        <w:t xml:space="preserve"> [2AAT]</w:t>
      </w:r>
      <w:r>
        <w:t>.</w:t>
      </w:r>
    </w:p>
    <w:p>
      <w:pPr>
        <w:pStyle w:val="Yellow"/>
        <w:rPr/>
      </w:pPr>
      <w:r>
        <w:rPr>
          <w:b/>
        </w:rPr>
        <w:t xml:space="preserve">Psalm 146:10</w:t>
      </w:r>
      <w:r>
        <w:rPr/>
        <w:t xml:space="preserve"> — </w:t>
      </w:r>
      <w:r>
        <w:rPr>
          <w:shd w:fill="B7DDE8" w:val="clear"/>
        </w:rPr>
        <w:t xml:space="preserve">The LORD reigns forever</w:t>
      </w:r>
      <w:r>
        <w:rPr>
          <w:b w:val="false"/>
          <w:i w:val="false"/>
          <w:color w:val="000000"/>
          <w:u w:val="none"/>
        </w:rPr>
        <w:t xml:space="preserve"> [4AAU]</w:t>
      </w:r>
      <w:r>
        <w:rPr/>
        <w:t xml:space="preserve">, </w:t>
      </w:r>
      <w:r>
        <w:rPr>
          <w:shd w:fill="B7DDE8" w:val="clear"/>
        </w:rPr>
        <w:t xml:space="preserve">your God, O Zion</w:t>
      </w:r>
      <w:r>
        <w:rPr>
          <w:b w:val="false"/>
          <w:i w:val="false"/>
          <w:color w:val="000000"/>
          <w:u w:val="none"/>
        </w:rPr>
        <w:t xml:space="preserve"> [15MP]</w:t>
      </w:r>
      <w:r>
        <w:rPr/>
        <w:t xml:space="preserve">, for all generations. Hallelujah!</w:t>
      </w:r>
    </w:p>
    <w:p>
      <w:pPr>
        <w:pStyle w:val="Yellow"/>
        <w:rPr/>
      </w:pPr>
      <w:r>
        <w:rPr>
          <w:b/>
        </w:rPr>
        <w:t xml:space="preserve">Isaiah 24:23</w:t>
      </w:r>
      <w:r>
        <w:rPr/>
        <w:t xml:space="preserve"> — </w:t>
      </w:r>
      <w:r>
        <w:rPr>
          <w:shd w:fill="B7DDE8" w:val="clear"/>
        </w:rPr>
        <w:t xml:space="preserve">the LORD of Hosts will reign on Mount Zion and in Jerusalem, and before His elders with great glory</w:t>
      </w:r>
      <w:r>
        <w:rPr>
          <w:b w:val="false"/>
          <w:i w:val="false"/>
          <w:color w:val="000000"/>
          <w:u w:val="none"/>
        </w:rPr>
        <w:t xml:space="preserve"> [1GCD]</w:t>
      </w:r>
      <w:r>
        <w:rPr/>
        <w:t xml:space="preserve">.</w:t>
      </w:r>
    </w:p>
    <w:p>
      <w:pPr>
        <w:pStyle w:val="Yellow"/>
        <w:rPr/>
        <w:pBdr>
          <w:left w:val="single" w:sz="28" w:space="5" w:color="C00000"/>
        </w:pBdr>
      </w:pPr>
      <w:r>
        <w:rPr>
          <w:b/>
        </w:rPr>
        <w:t>Isaiah 33:22</w:t>
      </w:r>
      <w:r>
        <w:rPr/>
        <w:t xml:space="preserve"> — For </w:t>
      </w:r>
      <w:r>
        <w:rPr>
          <w:shd w:val="clear" w:fill="B7DDE8"/>
        </w:rPr>
        <w:t>the LORD is our Judge</w:t>
      </w:r>
      <w:r>
        <w:rPr>
          <w:b w:val="false"/>
          <w:i w:val="false"/>
          <w:color w:val="000000"/>
          <w:u w:val="none"/>
        </w:rPr>
        <w:t xml:space="preserve"> [1BWD]</w:t>
      </w:r>
      <w:r>
        <w:rPr/>
        <w:t xml:space="preserve">, </w:t>
      </w:r>
      <w:r>
        <w:rPr>
          <w:shd w:val="clear" w:fill="B7DDE8"/>
        </w:rPr>
        <w:t>the LORD is our lawgiver</w:t>
      </w:r>
      <w:r>
        <w:rPr>
          <w:b w:val="false"/>
          <w:i w:val="false"/>
          <w:color w:val="000000"/>
          <w:u w:val="none"/>
        </w:rPr>
        <w:t xml:space="preserve"> [1BWE]</w:t>
      </w:r>
      <w:r>
        <w:rPr/>
        <w:t xml:space="preserve">, </w:t>
      </w:r>
      <w:r>
        <w:rPr>
          <w:shd w:val="clear" w:fill="B7DDE8"/>
        </w:rPr>
        <w:t>the LORD is our King</w:t>
      </w:r>
      <w:r>
        <w:rPr>
          <w:b w:val="false"/>
          <w:i w:val="false"/>
          <w:color w:val="000000"/>
          <w:u w:val="none"/>
        </w:rPr>
        <w:t xml:space="preserve"> [4LX]</w:t>
      </w:r>
      <w:r>
        <w:rPr/>
        <w:t xml:space="preserve">. </w:t>
      </w:r>
      <w:r>
        <w:rPr>
          <w:shd w:val="clear" w:fill="F4B183" w:color="auto"/>
          <w:color w:val="000000"/>
        </w:rPr>
        <w:t>It is He who will save us</w:t>
      </w:r>
      <w:r>
        <w:rPr>
          <w:b w:val="false"/>
          <w:i w:val="false"/>
          <w:color w:val="000000"/>
          <w:u w:val="none"/>
          <w:shd w:val="clear" w:color="auto" w:fill="F4B183"/>
        </w:rPr>
        <w:t xml:space="preserve"> [1BWF]</w:t>
      </w:r>
      <w:r>
        <w:rPr/>
        <w:t>.</w:t>
      </w:r>
    </w:p>
    <w:p>
      <w:pPr>
        <w:pStyle w:val="Yellow"/>
        <w:rPr/>
        <w:shd w:val="clear" w:color="auto" w:fill="E4DFEC"/>
        <w:pBdr>
          <w:left w:val="single" w:sz="28" w:space="5" w:color="7030A0"/>
        </w:pBdr>
      </w:pPr>
      <w:r>
        <w:rPr>
          <w:b/>
        </w:rPr>
        <w:t>Lamentations 5:19</w:t>
      </w:r>
      <w:r>
        <w:t xml:space="preserve"> — </w:t>
      </w:r>
      <w:r>
        <w:rPr>
          <w:shd w:fill="B7DDE8" w:val="clear"/>
        </w:rPr>
        <w:t>You, O LORD, reign forever</w:t>
      </w:r>
      <w:r>
        <w:rPr>
          <w:b w:val="false"/>
          <w:i w:val="false"/>
          <w:color w:val="000000"/>
          <w:u w:val="none"/>
        </w:rPr>
        <w:t xml:space="preserve"> [4AAU]</w:t>
      </w:r>
      <w:r>
        <w:t xml:space="preserve">; </w:t>
      </w:r>
      <w:r>
        <w:rPr>
          <w:shd w:fill="B7DDE8" w:val="clear"/>
        </w:rPr>
        <w:t>Your throne endures from generation to generation</w:t>
      </w:r>
      <w:r>
        <w:rPr>
          <w:b w:val="false"/>
          <w:i w:val="false"/>
          <w:color w:val="000000"/>
          <w:u w:val="none"/>
        </w:rPr>
        <w:t xml:space="preserve"> [3MHA]</w:t>
      </w:r>
      <w:r>
        <w:t>.</w:t>
      </w:r>
    </w:p>
    <w:p>
      <w:pPr>
        <w:pStyle w:val="Yellow"/>
        <w:rPr/>
      </w:pPr>
      <w:r>
        <w:rPr/>
        <w:t xml:space="preserve">(Da4:2 “the Most High God”) </w:t>
      </w:r>
      <w:r>
        <w:rPr>
          <w:b/>
        </w:rPr>
        <w:t xml:space="preserve">Daniel 4:3</w:t>
      </w:r>
      <w:r>
        <w:rPr/>
        <w:t xml:space="preserve"> — </w:t>
      </w:r>
      <w:r>
        <w:rPr>
          <w:shd w:fill="B7DDE8" w:val="clear"/>
        </w:rPr>
        <w:t xml:space="preserve">How great are {His} signs, how mighty His wonders</w:t>
      </w:r>
      <w:r>
        <w:rPr>
          <w:b w:val="false"/>
          <w:i w:val="false"/>
          <w:color w:val="000000"/>
          <w:u w:val="none"/>
        </w:rPr>
        <w:t xml:space="preserve"> [1KOP]</w:t>
      </w:r>
      <w:r>
        <w:rPr/>
        <w:t xml:space="preserve">! </w:t>
      </w:r>
      <w:r>
        <w:rPr>
          <w:shd w:fill="B7DDE8" w:val="clear"/>
        </w:rPr>
        <w:t xml:space="preserve">His kingdom is an eternal kingdom</w:t>
      </w:r>
      <w:r>
        <w:rPr>
          <w:b w:val="false"/>
          <w:i w:val="false"/>
          <w:color w:val="000000"/>
          <w:u w:val="none"/>
        </w:rPr>
        <w:t xml:space="preserve"> [5HE]</w:t>
      </w:r>
      <w:r>
        <w:rPr/>
        <w:t xml:space="preserve">; </w:t>
      </w:r>
      <w:r>
        <w:rPr>
          <w:shd w:val="clear" w:color="auto" w:fill="D9C3E6"/>
        </w:rPr>
        <w:t xml:space="preserve">His dominion endures from generation to generation</w:t>
      </w:r>
      <w:r>
        <w:rPr>
          <w:b w:val="false"/>
          <w:i w:val="false"/>
          <w:color w:val="000000"/>
          <w:u w:val="none"/>
        </w:rPr>
        <w:t xml:space="preserve"> [2DZN]</w:t>
      </w:r>
      <w:r>
        <w:rPr>
          <w:shd w:val="clear" w:color="auto" w:fill="D9C3E6"/>
        </w:rPr>
        <w:t xml:space="preserve">.</w:t>
      </w:r>
    </w:p>
    <w:p>
      <w:pPr>
        <w:pStyle w:val="Yellow"/>
        <w:rPr/>
      </w:pPr>
      <w:r>
        <w:rPr>
          <w:b/>
          <w:u w:val="none"/>
        </w:rPr>
        <w:t xml:space="preserve">Daniel 4:17</w:t>
      </w:r>
      <w:r>
        <w:rPr>
          <w:u w:val="none"/>
        </w:rPr>
        <w:t xml:space="preserve"> — </w:t>
      </w:r>
      <w:r>
        <w:rPr>
          <w:u w:val="none"/>
          <w:shd w:fill="B7DDE8" w:val="clear"/>
        </w:rPr>
        <w:t xml:space="preserve">the Most High rules over the kingdom of mankind</w:t>
      </w:r>
      <w:r>
        <w:rPr>
          <w:b w:val="false"/>
          <w:i w:val="false"/>
          <w:color w:val="000000"/>
          <w:u w:val="none"/>
        </w:rPr>
        <w:t xml:space="preserve"> [4LKB]</w:t>
      </w:r>
      <w:r>
        <w:rPr>
          <w:u w:val="none"/>
          <w:color w:val="auto"/>
        </w:rPr>
        <w:t xml:space="preserve"> and </w:t>
      </w:r>
      <w:r>
        <w:rPr>
          <w:u w:val="none"/>
          <w:color w:val="auto"/>
        </w:rPr>
        <w:t xml:space="preserve">gives it to whom He wishes</w:t>
      </w:r>
      <w:r>
        <w:rPr>
          <w:b w:val="false"/>
          <w:i w:val="false"/>
          <w:color w:val="auto"/>
          <w:u w:val="none"/>
        </w:rPr>
        <w:t xml:space="preserve"> [2LKC]</w:t>
      </w:r>
      <w:r>
        <w:rPr>
          <w:u w:val="none"/>
          <w:color w:val="auto"/>
        </w:rPr>
        <w:t xml:space="preserve">, </w:t>
      </w:r>
      <w:r>
        <w:rPr>
          <w:u w:val="none"/>
          <w:color w:val="auto"/>
        </w:rPr>
        <w:t xml:space="preserve">setting over it the lowliest of men</w:t>
      </w:r>
      <w:r>
        <w:rPr>
          <w:b w:val="false"/>
          <w:i w:val="false"/>
          <w:color w:val="auto"/>
          <w:u w:val="none"/>
        </w:rPr>
        <w:t xml:space="preserve"> [1LKD]</w:t>
      </w:r>
      <w:r>
        <w:rPr>
          <w:u w:val="none"/>
          <w:color w:val="auto"/>
        </w:rPr>
        <w:t xml:space="preserve">.’</w:t>
      </w:r>
    </w:p>
    <w:p>
      <w:pPr>
        <w:pStyle w:val="Green"/>
        <w:rPr/>
        <w:shd w:val="clear" w:color="auto" w:fill="E4DFEC"/>
        <w:pBdr>
          <w:left w:val="single" w:sz="28" w:space="5" w:color="7030A0"/>
        </w:pBdr>
      </w:pPr>
      <w:r>
        <w:rPr>
          <w:b/>
          <w:u w:val="none"/>
          <w:shd w:fill="F4CCCC" w:val="clear"/>
        </w:rPr>
        <w:t xml:space="preserve">Daniel 4:25</w:t>
      </w:r>
      <w:r>
        <w:rPr>
          <w:u w:val="none"/>
          <w:shd w:fill="F4CCCC" w:val="clear"/>
        </w:rPr>
        <w:t xml:space="preserve"> — </w:t>
      </w:r>
      <w:r>
        <w:rPr>
          <w:u w:val="none"/>
          <w:shd w:fill="B7DDE8" w:val="clear"/>
        </w:rPr>
        <w:t xml:space="preserve">the Most High rules over the kingdom of mankind</w:t>
      </w:r>
      <w:r>
        <w:rPr>
          <w:b w:val="false"/>
          <w:i w:val="false"/>
          <w:color w:val="000000"/>
          <w:u w:val="none"/>
        </w:rPr>
        <w:t xml:space="preserve"> [4LKB]</w:t>
      </w:r>
      <w:r>
        <w:rPr>
          <w:u w:val="none"/>
          <w:shd w:fill="F4CCCC" w:val="clear"/>
        </w:rPr>
        <w:t xml:space="preserve"> and </w:t>
      </w:r>
      <w:r>
        <w:rPr>
          <w:u w:val="none"/>
          <w:shd w:fill="B7DDE8" w:val="clear"/>
        </w:rPr>
        <w:t xml:space="preserve">gives it to whom He wishes</w:t>
      </w:r>
      <w:r>
        <w:rPr>
          <w:b w:val="false"/>
          <w:i w:val="false"/>
          <w:color w:val="000000"/>
          <w:u w:val="none"/>
        </w:rPr>
        <w:t xml:space="preserve"> [2LKC]</w:t>
      </w:r>
      <w:r>
        <w:rPr>
          <w:u w:val="none"/>
          <w:shd w:fill="F4CCCC" w:val="clear"/>
        </w:rPr>
        <w:t xml:space="preserve">.</w:t>
      </w:r>
    </w:p>
    <w:p>
      <w:pPr>
        <w:pStyle w:val="Yellow"/>
        <w:rPr/>
      </w:pPr>
      <w:r>
        <w:rPr>
          <w:b/>
          <w:u w:val="none"/>
        </w:rPr>
        <w:t xml:space="preserve">Daniel 6:26</w:t>
      </w:r>
      <w:r>
        <w:rPr>
          <w:u w:val="none"/>
        </w:rPr>
        <w:t xml:space="preserve"> — For </w:t>
      </w:r>
      <w:r>
        <w:rPr>
          <w:u w:val="none"/>
          <w:shd w:fill="B7DDE8" w:val="clear"/>
        </w:rPr>
        <w:t xml:space="preserve">He is the living God</w:t>
      </w:r>
      <w:r>
        <w:rPr>
          <w:b w:val="false"/>
          <w:i w:val="false"/>
          <w:color w:val="000000"/>
          <w:u w:val="none"/>
        </w:rPr>
        <w:t xml:space="preserve"> [4ASR]</w:t>
      </w:r>
      <w:r>
        <w:rPr>
          <w:u w:val="none"/>
        </w:rPr>
        <w:t xml:space="preserve">, and </w:t>
      </w:r>
      <w:r>
        <w:rPr>
          <w:u w:val="none"/>
          <w:shd w:fill="B7DDE8" w:val="clear"/>
        </w:rPr>
        <w:t xml:space="preserve">He endures forever</w:t>
      </w:r>
      <w:r>
        <w:rPr>
          <w:b w:val="false"/>
          <w:i w:val="false"/>
          <w:u w:val="none"/>
          <w:color w:val="000000"/>
        </w:rPr>
        <w:t xml:space="preserve"> [3NC]</w:t>
      </w:r>
      <w:r>
        <w:rPr>
          <w:u w:val="none"/>
        </w:rPr>
        <w:t xml:space="preserve">; </w:t>
      </w:r>
      <w:r>
        <w:rPr>
          <w:u w:val="none"/>
          <w:shd w:fill="B7DDE8" w:val="clear"/>
        </w:rPr>
        <w:t xml:space="preserve">His kingdom will never be destroyed, and His dominion will never end</w:t>
      </w:r>
      <w:r>
        <w:rPr>
          <w:b w:val="false"/>
          <w:i w:val="false"/>
          <w:color w:val="000000"/>
          <w:u w:val="none"/>
        </w:rPr>
        <w:t xml:space="preserve"> [5HE]</w:t>
      </w:r>
      <w:r>
        <w:rPr>
          <w:u w:val="none"/>
        </w:rPr>
        <w:t xml:space="preserve">.</w:t>
      </w:r>
    </w:p>
    <w:p>
      <w:pPr>
        <w:pStyle w:val="Yellow"/>
        <w:rPr/>
      </w:pPr>
      <w:r>
        <w:rPr>
          <w:b/>
        </w:rPr>
        <w:t>Zechariah 14:9</w:t>
      </w:r>
      <w:r>
        <w:rPr/>
        <w:t xml:space="preserve"> — On that day </w:t>
      </w:r>
      <w:r>
        <w:rPr>
          <w:shd w:fill="B7DDE8" w:val="clear"/>
        </w:rPr>
        <w:t>the LORD will become King over all the earth</w:t>
      </w:r>
      <w:r>
        <w:rPr>
          <w:b w:val="false"/>
          <w:i w:val="false"/>
          <w:color w:val="000000"/>
          <w:u w:val="none"/>
        </w:rPr>
        <w:t xml:space="preserve"> [1GL]</w:t>
      </w:r>
      <w:r>
        <w:rPr/>
        <w:t>—the LORD alone, and His name alone.</w:t>
      </w:r>
    </w:p>
    <w:p>
      <w:pPr>
        <w:pStyle w:val="Yellow"/>
        <w:rPr/>
      </w:pPr>
      <w:r>
        <w:rPr>
          <w:b/>
        </w:rPr>
        <w:t xml:space="preserve">1 Timothy 1:17</w:t>
      </w:r>
      <w:r>
        <w:rPr/>
        <w:t xml:space="preserve"> — Now to </w:t>
      </w:r>
      <w:r>
        <w:rPr>
          <w:shd w:fill="B7DDE8" w:val="clear"/>
        </w:rPr>
        <w:t xml:space="preserve">the King eternal, immortal, and invisible</w:t>
      </w:r>
      <w:r>
        <w:rPr>
          <w:b w:val="false"/>
          <w:i w:val="false"/>
          <w:color w:val="000000"/>
          <w:u w:val="none"/>
        </w:rPr>
        <w:t xml:space="preserve"> [1GAO]</w:t>
      </w:r>
      <w:r>
        <w:rPr/>
        <w:t xml:space="preserve">, </w:t>
      </w:r>
      <w:r>
        <w:rPr>
          <w:shd w:fill="B7DDE8" w:val="clear"/>
        </w:rPr>
        <w:t xml:space="preserve">the only God</w:t>
      </w:r>
      <w:r>
        <w:rPr>
          <w:b w:val="false"/>
          <w:i w:val="false"/>
          <w:color w:val="000000"/>
          <w:u w:val="none"/>
        </w:rPr>
        <w:t xml:space="preserve"> [19FQ]</w:t>
      </w:r>
      <w:r>
        <w:rPr/>
        <w:t xml:space="preserve">, </w:t>
      </w:r>
      <w:r>
        <w:rPr>
          <w:shd w:fill="B7DDE8" w:val="clear"/>
        </w:rPr>
        <w:t xml:space="preserve">be honor and glory forever and ever</w:t>
      </w:r>
      <w:r>
        <w:rPr>
          <w:b w:val="false"/>
          <w:i w:val="false"/>
          <w:color w:val="000000"/>
          <w:u w:val="none"/>
        </w:rPr>
        <w:t xml:space="preserve"> [1GAP]</w:t>
      </w:r>
      <w:r>
        <w:rPr/>
        <w:t xml:space="preserve">.</w:t>
      </w:r>
    </w:p>
    <w:p>
      <w:r>
        <w:rPr>
          <w:b/>
          <w:sz w:val="32"/>
          <w:highlight w:val="yellow"/>
        </w:rPr>
        <w:t>God's Omniscience  (21)</w:t>
      </w:r>
    </w:p>
    <w:p>
      <w:pPr>
        <w:pStyle w:val="Yellow"/>
        <w:rPr/>
      </w:pPr>
      <w:r>
        <w:rPr>
          <w:b/>
          <w:shd w:val="clear" w:color="auto" w:fill="C00000"/>
          <w:color w:val="FFFFFF"/>
        </w:rPr>
        <w:t xml:space="preserve">Genesis 16:13</w:t>
      </w:r>
      <w:r>
        <w:rPr>
          <w:shd w:val="clear" w:color="auto" w:fill="C00000"/>
          <w:color w:val="FFFFFF"/>
        </w:rPr>
        <w:t xml:space="preserve"> — </w:t>
      </w:r>
      <w:r>
        <w:rPr>
          <w:shd w:val="clear" w:color="auto" w:fill="C00000"/>
          <w:color w:val="FFFFFF"/>
        </w:rPr>
        <w:t xml:space="preserve">You are the God who sees me</w:t>
      </w:r>
      <w:r>
        <w:rPr>
          <w:b w:val="false"/>
          <w:i w:val="false"/>
          <w:u w:val="none"/>
          <w:shd w:val="clear" w:color="auto" w:fill="C00000"/>
          <w:color w:val="FFFFFF"/>
        </w:rPr>
        <w:t xml:space="preserve"> [1LED]</w:t>
      </w:r>
    </w:p>
    <w:p>
      <w:pPr>
        <w:pStyle w:val="Yellow"/>
        <w:rPr/>
      </w:pPr>
      <w:r>
        <w:rPr>
          <w:b/>
        </w:rPr>
        <w:t xml:space="preserve">1 Samuel 2:3</w:t>
      </w:r>
      <w:r>
        <w:rPr/>
        <w:t xml:space="preserve"> — </w:t>
      </w:r>
      <w:r>
        <w:rPr>
          <w:shd w:fill="B7DDE8" w:val="clear"/>
        </w:rPr>
        <w:t xml:space="preserve">the LORD is a God who knows</w:t>
      </w:r>
      <w:r>
        <w:rPr>
          <w:b w:val="false"/>
          <w:i w:val="false"/>
          <w:color w:val="000000"/>
          <w:u w:val="none"/>
        </w:rPr>
        <w:t xml:space="preserve"> [1LKL]</w:t>
      </w:r>
      <w:r>
        <w:rPr/>
        <w:t xml:space="preserve">, and </w:t>
      </w:r>
      <w:r>
        <w:rPr>
          <w:shd w:fill="B7DDE8" w:val="clear"/>
        </w:rPr>
        <w:t xml:space="preserve">by Him actions are weighed</w:t>
      </w:r>
      <w:r>
        <w:rPr>
          <w:b w:val="false"/>
          <w:i w:val="false"/>
          <w:color w:val="000000"/>
          <w:u w:val="none"/>
        </w:rPr>
        <w:t xml:space="preserve"> [1LKM]</w:t>
      </w:r>
      <w:r>
        <w:rPr/>
        <w:t xml:space="preserve">.</w:t>
      </w:r>
    </w:p>
    <w:p>
      <w:pPr>
        <w:pStyle w:val="Yellow"/>
        <w:numPr>
          <w:ilvl w:val="0"/>
          <w:numId w:val="7"/>
        </w:numPr>
        <w:rPr/>
      </w:pPr>
      <w:r>
        <w:rPr/>
        <w:t xml:space="preserve">1 Samuel 16:7 — </w:t>
      </w:r>
      <w:r>
        <w:rPr>
          <w:shd w:fill="B7DDE8" w:val="clear"/>
        </w:rPr>
        <w:t>the LORD does not see as man does</w:t>
      </w:r>
      <w:r>
        <w:rPr>
          <w:b w:val="false"/>
          <w:i w:val="false"/>
          <w:color w:val="000000"/>
          <w:u w:val="none"/>
        </w:rPr>
        <w:t xml:space="preserve"> [1MH]</w:t>
      </w:r>
      <w:r>
        <w:rPr/>
        <w:t xml:space="preserve">. For </w:t>
      </w:r>
      <w:r>
        <w:rPr>
          <w:shd w:fill="B7DDE8" w:val="clear"/>
        </w:rPr>
        <w:t>man sees the outward appearance</w:t>
      </w:r>
      <w:r>
        <w:rPr>
          <w:b w:val="false"/>
          <w:i w:val="false"/>
          <w:color w:val="000000"/>
          <w:u w:val="none"/>
        </w:rPr>
        <w:t xml:space="preserve"> [1MI]</w:t>
      </w:r>
      <w:r>
        <w:rPr/>
        <w:t xml:space="preserve">, but </w:t>
      </w:r>
      <w:r>
        <w:rPr>
          <w:shd w:fill="B7DDE8" w:val="clear"/>
        </w:rPr>
        <w:t>the LORD sees the heart</w:t>
      </w:r>
      <w:r>
        <w:rPr>
          <w:b w:val="false"/>
          <w:i w:val="false"/>
          <w:color w:val="000000"/>
          <w:u w:val="none"/>
        </w:rPr>
        <w:t xml:space="preserve"> [3FC]</w:t>
      </w:r>
      <w:r>
        <w:rPr/>
        <w:t>.”</w:t>
      </w:r>
    </w:p>
    <w:p>
      <w:pPr>
        <w:pStyle w:val="Yellow"/>
        <w:rPr/>
      </w:pPr>
      <w:r>
        <w:rPr>
          <w:b/>
          <w:u w:val="none"/>
        </w:rPr>
        <w:t>2 Kings 20:5</w:t>
      </w:r>
      <w:r>
        <w:rPr>
          <w:u w:val="none"/>
        </w:rPr>
        <w:t xml:space="preserve"> — </w:t>
      </w:r>
      <w:r>
        <w:rPr>
          <w:u w:val="none"/>
          <w:shd w:val="clear" w:color="auto" w:fill="C00000"/>
          <w:color w:val="FFFFFF"/>
        </w:rPr>
        <w:t>I have heard your prayer</w:t>
      </w:r>
      <w:r>
        <w:rPr>
          <w:b w:val="false"/>
          <w:i w:val="false"/>
          <w:u w:val="none"/>
          <w:shd w:val="clear" w:color="auto" w:fill="C00000"/>
          <w:color w:val="FFFFFF"/>
        </w:rPr>
        <w:t xml:space="preserve"> [2CQI]</w:t>
      </w:r>
      <w:r>
        <w:rPr>
          <w:u w:val="none"/>
          <w:shd w:val="clear" w:color="auto" w:fill="C00000"/>
          <w:color w:val="FFFFFF"/>
        </w:rPr>
        <w:t xml:space="preserve">; </w:t>
      </w:r>
      <w:r>
        <w:rPr>
          <w:u w:val="none"/>
          <w:shd w:val="clear" w:color="auto" w:fill="C00000"/>
          <w:color w:val="FFFFFF"/>
        </w:rPr>
        <w:t>I have seen your tears</w:t>
      </w:r>
      <w:r>
        <w:rPr>
          <w:b w:val="false"/>
          <w:i w:val="false"/>
          <w:u w:val="none"/>
          <w:shd w:val="clear" w:color="auto" w:fill="C00000"/>
          <w:color w:val="FFFFFF"/>
        </w:rPr>
        <w:t xml:space="preserve"> [2CQJ]</w:t>
      </w:r>
      <w:r>
        <w:rPr>
          <w:u w:val="none"/>
          <w:shd w:val="clear" w:color="auto" w:fill="C00000"/>
          <w:color w:val="FFFFFF"/>
        </w:rPr>
        <w:t>.</w:t>
      </w:r>
      <w:r>
        <w:rPr>
          <w:u w:val="none"/>
          <w:shd w:fill="F4CCCC" w:val="clear"/>
        </w:rPr>
        <w:t xml:space="preserve"> Behold, </w:t>
      </w:r>
      <w:r>
        <w:rPr>
          <w:u w:val="none"/>
          <w:shd w:val="clear" w:fill="B7DDE8"/>
        </w:rPr>
        <w:t>I will heal you</w:t>
      </w:r>
      <w:r>
        <w:rPr>
          <w:b w:val="false"/>
          <w:i w:val="false"/>
          <w:color w:val="000000"/>
          <w:u w:val="none"/>
        </w:rPr>
        <w:t xml:space="preserve"> [3CQU]</w:t>
      </w:r>
      <w:r>
        <w:rPr>
          <w:u w:val="none"/>
          <w:shd w:fill="F4CCCC" w:val="clear"/>
        </w:rPr>
        <w:t>.</w:t>
      </w:r>
    </w:p>
    <w:p>
      <w:pPr>
        <w:pStyle w:val="Yellow"/>
        <w:rPr/>
        <w:pBdr>
          <w:left w:val="single" w:sz="28" w:space="5" w:color="C00000"/>
        </w:pBdr>
      </w:pPr>
      <w:r>
        <w:rPr>
          <w:b/>
        </w:rPr>
        <w:t xml:space="preserve">Psalm 11:4</w:t>
      </w:r>
      <w:r>
        <w:rPr/>
        <w:t xml:space="preserve"> — </w:t>
      </w:r>
      <w:r>
        <w:rPr>
          <w:shd w:fill="F4B183" w:val="clear" w:color="auto"/>
          <w:color w:val="000000"/>
        </w:rPr>
        <w:t xml:space="preserve">The LORD is in His holy temple</w:t>
      </w:r>
      <w:r>
        <w:rPr>
          <w:b w:val="false"/>
          <w:i w:val="false"/>
          <w:color w:val="000000"/>
          <w:u w:val="none"/>
          <w:shd w:val="clear" w:color="auto" w:fill="F4B183"/>
        </w:rPr>
        <w:t xml:space="preserve"> [1KTJ]</w:t>
      </w:r>
      <w:r>
        <w:rPr/>
        <w:t xml:space="preserve">; </w:t>
      </w:r>
      <w:r>
        <w:rPr>
          <w:shd w:fill="B7DDE8" w:val="clear"/>
        </w:rPr>
        <w:t xml:space="preserve">the LORD is on His heavenly throne</w:t>
      </w:r>
      <w:r>
        <w:rPr>
          <w:b w:val="false"/>
          <w:i w:val="false"/>
          <w:color w:val="000000"/>
          <w:u w:val="none"/>
        </w:rPr>
        <w:t xml:space="preserve"> [1KTK]</w:t>
      </w:r>
      <w:r>
        <w:rPr/>
        <w:t xml:space="preserve">. </w:t>
      </w:r>
      <w:r>
        <w:rPr>
          <w:shd w:fill="B7DDE8" w:val="clear"/>
        </w:rPr>
        <w:t xml:space="preserve">His eyes are watching closely</w:t>
      </w:r>
      <w:r>
        <w:rPr>
          <w:b w:val="false"/>
          <w:i w:val="false"/>
          <w:color w:val="000000"/>
          <w:u w:val="none"/>
        </w:rPr>
        <w:t xml:space="preserve"> [1KTL]</w:t>
      </w:r>
      <w:r>
        <w:rPr/>
        <w:t xml:space="preserve">; </w:t>
      </w:r>
      <w:r>
        <w:rPr>
          <w:shd w:fill="B7DDE8" w:val="clear"/>
        </w:rPr>
        <w:t xml:space="preserve">they examine the sons of men</w:t>
      </w:r>
      <w:r>
        <w:rPr>
          <w:b w:val="false"/>
          <w:i w:val="false"/>
          <w:color w:val="000000"/>
          <w:u w:val="none"/>
        </w:rPr>
        <w:t xml:space="preserve"> [1KTM]</w:t>
      </w:r>
      <w:r>
        <w:rPr/>
        <w:t xml:space="preserve">.</w:t>
      </w:r>
    </w:p>
    <w:p>
      <w:pPr>
        <w:pStyle w:val="Yellow"/>
        <w:rPr/>
      </w:pPr>
      <w:r>
        <w:rPr>
          <w:b/>
        </w:rPr>
        <w:t xml:space="preserve">Psalm 31:7</w:t>
      </w:r>
      <w:r>
        <w:rPr/>
        <w:t xml:space="preserve"> — </w:t>
      </w:r>
      <w:r>
        <w:rPr>
          <w:shd w:fill="B7DDE8" w:val="clear"/>
        </w:rPr>
        <w:t xml:space="preserve">You have seen my affliction</w:t>
      </w:r>
      <w:r>
        <w:rPr>
          <w:b w:val="false"/>
          <w:i w:val="false"/>
          <w:color w:val="000000"/>
          <w:u w:val="none"/>
        </w:rPr>
        <w:t xml:space="preserve"> [1IHA]</w:t>
      </w:r>
      <w:r>
        <w:rPr/>
        <w:t xml:space="preserve">; </w:t>
      </w:r>
      <w:r>
        <w:rPr>
          <w:shd w:fill="B7DDE8" w:val="clear"/>
        </w:rPr>
        <w:t xml:space="preserve">You have known the anguish of my soul</w:t>
      </w:r>
      <w:r>
        <w:rPr>
          <w:b w:val="false"/>
          <w:i w:val="false"/>
          <w:color w:val="000000"/>
          <w:u w:val="none"/>
        </w:rPr>
        <w:t xml:space="preserve"> [1IHB]</w:t>
      </w:r>
      <w:r>
        <w:rPr/>
        <w:t xml:space="preserve">.</w:t>
      </w:r>
    </w:p>
    <w:p>
      <w:pPr>
        <w:pStyle w:val="Yellow"/>
        <w:rPr/>
      </w:pPr>
      <w:r>
        <w:rPr/>
        <w:t xml:space="preserve">(Ps35:19–21 Enemies “devise deceitful schemes” and “gape at me”) </w:t>
      </w:r>
      <w:r>
        <w:rPr>
          <w:b/>
        </w:rPr>
        <w:t xml:space="preserve">Psalm 35:22</w:t>
      </w:r>
      <w:r>
        <w:rPr/>
        <w:t xml:space="preserve"> — O LORD, </w:t>
      </w:r>
      <w:r>
        <w:rPr>
          <w:shd w:fill="B7DDE8" w:val="clear"/>
        </w:rPr>
        <w:t xml:space="preserve">You have seen {it}</w:t>
      </w:r>
      <w:r>
        <w:rPr>
          <w:b w:val="false"/>
          <w:i w:val="false"/>
          <w:color w:val="000000"/>
          <w:u w:val="none"/>
        </w:rPr>
        <w:t xml:space="preserve"> [1LLE]</w:t>
      </w:r>
    </w:p>
    <w:p>
      <w:pPr>
        <w:pStyle w:val="Yellow"/>
        <w:rPr/>
      </w:pPr>
      <w:r>
        <w:rPr>
          <w:b/>
        </w:rPr>
        <w:t xml:space="preserve">Psalm 38:9</w:t>
      </w:r>
      <w:r>
        <w:rPr/>
        <w:t xml:space="preserve"> — O Lord, </w:t>
      </w:r>
      <w:r>
        <w:rPr>
          <w:shd w:fill="B7DDE8" w:val="clear"/>
        </w:rPr>
        <w:t xml:space="preserve">my every desire is before You</w:t>
      </w:r>
      <w:r>
        <w:rPr>
          <w:b w:val="false"/>
          <w:i w:val="false"/>
          <w:color w:val="000000"/>
          <w:u w:val="none"/>
        </w:rPr>
        <w:t xml:space="preserve"> [1LOO]</w:t>
      </w:r>
      <w:r>
        <w:rPr/>
        <w:t xml:space="preserve">; </w:t>
      </w:r>
      <w:r>
        <w:rPr>
          <w:shd w:fill="B7DDE8" w:val="clear"/>
        </w:rPr>
        <w:t xml:space="preserve">my groaning is not hidden from You</w:t>
      </w:r>
      <w:r>
        <w:rPr>
          <w:b w:val="false"/>
          <w:i w:val="false"/>
          <w:color w:val="000000"/>
          <w:u w:val="none"/>
        </w:rPr>
        <w:t xml:space="preserve"> [1LOP]</w:t>
      </w:r>
      <w:r>
        <w:rPr/>
        <w:t xml:space="preserve">.</w:t>
      </w:r>
    </w:p>
    <w:p>
      <w:pPr>
        <w:pStyle w:val="Yellow"/>
        <w:rPr/>
      </w:pPr>
      <w:r>
        <w:rPr>
          <w:b/>
          <w:shd w:val="clear" w:color="auto" w:fill="C00000"/>
          <w:color w:val="FFFFFF"/>
        </w:rPr>
        <w:t xml:space="preserve">Psalm 56:8</w:t>
      </w:r>
      <w:r>
        <w:rPr>
          <w:shd w:val="clear" w:color="auto" w:fill="C00000"/>
          <w:color w:val="FFFFFF"/>
        </w:rPr>
        <w:t xml:space="preserve"> — </w:t>
      </w:r>
      <w:r>
        <w:rPr>
          <w:shd w:val="clear" w:color="auto" w:fill="C00000"/>
          <w:color w:val="FFFFFF"/>
        </w:rPr>
        <w:t xml:space="preserve">You have taken account of my wanderings</w:t>
      </w:r>
      <w:r>
        <w:rPr>
          <w:b w:val="false"/>
          <w:i w:val="false"/>
          <w:u w:val="none"/>
          <w:shd w:val="clear" w:color="auto" w:fill="C00000"/>
          <w:color w:val="FFFFFF"/>
        </w:rPr>
        <w:t xml:space="preserve"> [1LLL]</w:t>
      </w:r>
      <w:r>
        <w:rPr>
          <w:shd w:val="clear" w:color="auto" w:fill="C00000"/>
          <w:color w:val="FFFFFF"/>
        </w:rPr>
        <w:t xml:space="preserve">.</w:t>
      </w:r>
    </w:p>
    <w:p>
      <w:pPr>
        <w:pStyle w:val="Yellow"/>
        <w:rPr/>
      </w:pPr>
      <w:r>
        <w:rPr>
          <w:b/>
        </w:rPr>
        <w:t xml:space="preserve">Psalm 69:5</w:t>
      </w:r>
      <w:r>
        <w:rPr/>
        <w:t xml:space="preserve"> — </w:t>
      </w:r>
      <w:r>
        <w:rPr>
          <w:shd w:fill="B7DDE8" w:val="clear"/>
        </w:rPr>
        <w:t xml:space="preserve">You know my folly, O God</w:t>
      </w:r>
      <w:r>
        <w:rPr>
          <w:b w:val="false"/>
          <w:i w:val="false"/>
          <w:color w:val="000000"/>
          <w:u w:val="none"/>
        </w:rPr>
        <w:t xml:space="preserve"> [1LOM]</w:t>
      </w:r>
      <w:r>
        <w:rPr/>
        <w:t xml:space="preserve">, and </w:t>
      </w:r>
      <w:r>
        <w:rPr>
          <w:shd w:fill="B7DDE8" w:val="clear"/>
        </w:rPr>
        <w:t xml:space="preserve">my guilt is not hidden from You</w:t>
      </w:r>
      <w:r>
        <w:rPr>
          <w:b w:val="false"/>
          <w:i w:val="false"/>
          <w:color w:val="000000"/>
          <w:u w:val="none"/>
        </w:rPr>
        <w:t xml:space="preserve"> [1LON]</w:t>
      </w:r>
      <w:r>
        <w:rPr/>
        <w:t xml:space="preserve">.</w:t>
      </w:r>
    </w:p>
    <w:p>
      <w:pPr>
        <w:pStyle w:val="Yellow"/>
        <w:rPr/>
      </w:pPr>
      <w:r>
        <w:rPr>
          <w:b/>
        </w:rPr>
        <w:t xml:space="preserve">Psalm 69:19</w:t>
      </w:r>
      <w:r>
        <w:rPr/>
        <w:t xml:space="preserve"> — </w:t>
      </w:r>
      <w:r>
        <w:rPr>
          <w:shd w:fill="B7DDE8" w:val="clear"/>
        </w:rPr>
        <w:t xml:space="preserve">You know my reproach, my shame and disgrace</w:t>
      </w:r>
      <w:r>
        <w:rPr>
          <w:b w:val="false"/>
          <w:i w:val="false"/>
          <w:color w:val="000000"/>
          <w:u w:val="none"/>
        </w:rPr>
        <w:t xml:space="preserve"> [1LPR]</w:t>
      </w:r>
      <w:r>
        <w:rPr/>
        <w:t xml:space="preserve">. </w:t>
      </w:r>
      <w:r>
        <w:rPr>
          <w:shd w:fill="B7DDE8" w:val="clear"/>
        </w:rPr>
        <w:t xml:space="preserve">All my adversaries are before You</w:t>
      </w:r>
      <w:r>
        <w:rPr>
          <w:b w:val="false"/>
          <w:i w:val="false"/>
          <w:color w:val="000000"/>
          <w:u w:val="none"/>
        </w:rPr>
        <w:t xml:space="preserve"> [1LPS]</w:t>
      </w:r>
      <w:r>
        <w:rPr/>
        <w:t xml:space="preserve">.</w:t>
      </w:r>
    </w:p>
    <w:p>
      <w:pPr>
        <w:pStyle w:val="Yellow"/>
        <w:rPr/>
      </w:pPr>
      <w:r>
        <w:rPr>
          <w:b/>
          <w:u w:val="none"/>
        </w:rPr>
        <w:t>Psalm 94:11</w:t>
      </w:r>
      <w:r>
        <w:rPr>
          <w:u w:val="none"/>
        </w:rPr>
        <w:t xml:space="preserve"> — </w:t>
      </w:r>
      <w:r>
        <w:rPr>
          <w:u w:val="none"/>
          <w:shd w:fill="B7DDE8" w:val="clear"/>
        </w:rPr>
        <w:t>The LORD knows the thoughts of man</w:t>
      </w:r>
      <w:r>
        <w:rPr>
          <w:b w:val="false"/>
          <w:i w:val="false"/>
          <w:color w:val="000000"/>
          <w:u w:val="none"/>
        </w:rPr>
        <w:t xml:space="preserve"> [1MGG]</w:t>
      </w:r>
      <w:r>
        <w:rPr>
          <w:u w:val="none"/>
          <w:shd w:val="clear" w:color="auto" w:fill="548235"/>
          <w:color w:val="FFFFFF"/>
        </w:rPr>
        <w:t xml:space="preserve">, </w:t>
      </w:r>
      <w:r>
        <w:rPr>
          <w:u w:val="none"/>
          <w:shd w:fill="548235" w:val="clear" w:color="auto"/>
          <w:color w:val="FFFFFF"/>
        </w:rPr>
        <w:t>that they are futile</w:t>
      </w:r>
      <w:r>
        <w:rPr>
          <w:b w:val="false"/>
          <w:i w:val="false"/>
          <w:color w:val="FFFFFF"/>
          <w:u w:val="none"/>
          <w:shd w:val="clear" w:color="auto" w:fill="548235"/>
        </w:rPr>
        <w:t xml:space="preserve"> [1GE]</w:t>
      </w:r>
      <w:r>
        <w:rPr>
          <w:u w:val="none"/>
          <w:shd w:val="clear" w:color="auto" w:fill="548235"/>
          <w:color w:val="FFFFFF"/>
        </w:rPr>
        <w:t>.</w:t>
      </w:r>
    </w:p>
    <w:p>
      <w:pPr>
        <w:pStyle w:val="Yellow"/>
        <w:rPr/>
      </w:pPr>
      <w:r>
        <w:rPr/>
        <w:t xml:space="preserve">(Ps102:18 “a people not yet created may praise the LORD”) </w:t>
      </w:r>
      <w:r>
        <w:rPr>
          <w:b/>
        </w:rPr>
        <w:t xml:space="preserve">Psalm 102:19–20</w:t>
      </w:r>
      <w:r>
        <w:rPr/>
        <w:t xml:space="preserve"> — {For} </w:t>
      </w:r>
      <w:r>
        <w:rPr>
          <w:shd w:fill="B7DDE8" w:val="clear"/>
        </w:rPr>
        <w:t xml:space="preserve">{He} looked down from the heights of His sanctuary</w:t>
      </w:r>
      <w:r>
        <w:rPr>
          <w:b w:val="false"/>
          <w:i w:val="false"/>
          <w:color w:val="000000"/>
          <w:u w:val="none"/>
        </w:rPr>
        <w:t xml:space="preserve"> [1INU]</w:t>
      </w:r>
      <w:r>
        <w:rPr/>
        <w:t xml:space="preserve">; </w:t>
      </w:r>
      <w:r>
        <w:rPr>
          <w:shd w:fill="B7DDE8" w:val="clear"/>
        </w:rPr>
        <w:t xml:space="preserve">the LORD gazed out from heaven to earth</w:t>
      </w:r>
      <w:r>
        <w:rPr>
          <w:b w:val="false"/>
          <w:i w:val="false"/>
          <w:color w:val="000000"/>
          <w:u w:val="none"/>
        </w:rPr>
        <w:t xml:space="preserve"> [1INU]</w:t>
      </w:r>
      <w:r>
        <w:rPr/>
        <w:t xml:space="preserve"> </w:t>
      </w:r>
      <w:r>
        <w:rPr>
          <w:shd w:fill="B7DDE8" w:val="clear"/>
        </w:rPr>
        <w:t xml:space="preserve">to hear a prisoner’s groaning</w:t>
      </w:r>
      <w:r>
        <w:rPr>
          <w:b w:val="false"/>
          <w:i w:val="false"/>
          <w:color w:val="000000"/>
          <w:u w:val="none"/>
        </w:rPr>
        <w:t xml:space="preserve"> [1INV]</w:t>
      </w:r>
      <w:r>
        <w:rPr/>
        <w:t xml:space="preserve">, </w:t>
      </w:r>
      <w:r>
        <w:rPr>
          <w:shd w:fill="B7DDE8" w:val="clear"/>
        </w:rPr>
        <w:t xml:space="preserve">to release those condemned to death</w:t>
      </w:r>
      <w:r>
        <w:rPr>
          <w:b w:val="false"/>
          <w:i w:val="false"/>
          <w:u w:val="none"/>
          <w:color w:val="000000"/>
        </w:rPr>
        <w:t xml:space="preserve"> [1INW]</w:t>
      </w:r>
      <w:r>
        <w:rPr/>
        <w:t xml:space="preserve">,</w:t>
      </w:r>
    </w:p>
    <w:p>
      <w:pPr>
        <w:pStyle w:val="Yellow"/>
        <w:rPr/>
        <w:pBdr>
          <w:left w:val="single" w:sz="28" w:space="5" w:color="C00000"/>
        </w:pBdr>
      </w:pPr>
      <w:r>
        <w:rPr>
          <w:b/>
        </w:rPr>
        <w:t xml:space="preserve">Psalm 139:1-5</w:t>
      </w:r>
      <w:r>
        <w:rPr/>
        <w:t xml:space="preserve"> — O LORD, </w:t>
      </w:r>
      <w:r>
        <w:rPr>
          <w:shd w:fill="B7DDE8" w:val="clear"/>
        </w:rPr>
        <w:t xml:space="preserve">You have searched me and known me</w:t>
      </w:r>
      <w:r>
        <w:rPr>
          <w:b w:val="false"/>
          <w:i w:val="false"/>
          <w:color w:val="000000"/>
          <w:u w:val="none"/>
        </w:rPr>
        <w:t xml:space="preserve"> [1HQT]</w:t>
      </w:r>
      <w:r>
        <w:rPr/>
        <w:t xml:space="preserve">. </w:t>
      </w:r>
      <w:r>
        <w:rPr>
          <w:shd w:fill="B7DDE8" w:val="clear"/>
        </w:rPr>
        <w:t xml:space="preserve">You know when I sit and when I rise</w:t>
      </w:r>
      <w:r>
        <w:rPr>
          <w:b w:val="false"/>
          <w:i w:val="false"/>
          <w:color w:val="000000"/>
          <w:u w:val="none"/>
        </w:rPr>
        <w:t xml:space="preserve"> [1HQU]</w:t>
      </w:r>
      <w:r>
        <w:rPr/>
        <w:t xml:space="preserve">; </w:t>
      </w:r>
      <w:r>
        <w:rPr>
          <w:shd w:fill="B7DDE8" w:val="clear"/>
        </w:rPr>
        <w:t xml:space="preserve">You understand my thoughts from afar</w:t>
      </w:r>
      <w:r>
        <w:rPr>
          <w:b w:val="false"/>
          <w:i w:val="false"/>
          <w:color w:val="000000"/>
          <w:u w:val="none"/>
        </w:rPr>
        <w:t xml:space="preserve"> [1HQV]</w:t>
      </w:r>
      <w:r>
        <w:rPr/>
        <w:t xml:space="preserve">. </w:t>
      </w:r>
      <w:r>
        <w:rPr>
          <w:shd w:fill="B7DDE8" w:val="clear"/>
        </w:rPr>
        <w:t xml:space="preserve">You search out my path and my lying down</w:t>
      </w:r>
      <w:r>
        <w:rPr>
          <w:b w:val="false"/>
          <w:i w:val="false"/>
          <w:color w:val="000000"/>
          <w:u w:val="none"/>
        </w:rPr>
        <w:t xml:space="preserve"> [1HQW]</w:t>
      </w:r>
      <w:r>
        <w:rPr/>
        <w:t xml:space="preserve">; </w:t>
      </w:r>
      <w:r>
        <w:rPr>
          <w:shd w:fill="B7DDE8" w:val="clear"/>
        </w:rPr>
        <w:t xml:space="preserve">You are aware of all my ways</w:t>
      </w:r>
      <w:r>
        <w:rPr>
          <w:b w:val="false"/>
          <w:i w:val="false"/>
          <w:color w:val="000000"/>
          <w:u w:val="none"/>
        </w:rPr>
        <w:t xml:space="preserve"> [1HQX]</w:t>
      </w:r>
      <w:r>
        <w:rPr/>
        <w:t xml:space="preserve">. </w:t>
      </w:r>
      <w:r>
        <w:rPr>
          <w:shd w:fill="B7DDE8" w:val="clear"/>
        </w:rPr>
        <w:t xml:space="preserve">Even before a word is on my tongue, You know all about it, O LORD</w:t>
      </w:r>
      <w:r>
        <w:rPr>
          <w:b w:val="false"/>
          <w:i w:val="false"/>
          <w:color w:val="000000"/>
          <w:u w:val="none"/>
        </w:rPr>
        <w:t xml:space="preserve"> [1HQY]</w:t>
      </w:r>
      <w:r>
        <w:rPr/>
        <w:t xml:space="preserve">. </w:t>
      </w:r>
      <w:r>
        <w:rPr>
          <w:shd w:fill="B7DDE8" w:val="clear"/>
        </w:rPr>
        <w:t xml:space="preserve">You hem me in behind and before</w:t>
      </w:r>
      <w:r>
        <w:rPr>
          <w:b w:val="false"/>
          <w:i w:val="false"/>
          <w:u w:val="none"/>
          <w:color w:val="000000"/>
        </w:rPr>
        <w:t xml:space="preserve"> [1HQZ]</w:t>
      </w:r>
      <w:r>
        <w:rPr/>
        <w:t xml:space="preserve">; </w:t>
      </w:r>
      <w:r>
        <w:rPr>
          <w:shd w:fill="B7DDE8" w:val="clear"/>
        </w:rPr>
        <w:t xml:space="preserve">You have laid Your hand upon me</w:t>
      </w:r>
      <w:r>
        <w:rPr>
          <w:b w:val="false"/>
          <w:i w:val="false"/>
          <w:color w:val="000000"/>
          <w:u w:val="none"/>
        </w:rPr>
        <w:t xml:space="preserve"> [1HRA]</w:t>
      </w:r>
      <w:r>
        <w:rPr/>
        <w:t xml:space="preserve">.</w:t>
      </w:r>
    </w:p>
    <w:p>
      <w:pPr>
        <w:pStyle w:val="Yellow"/>
        <w:rPr/>
      </w:pPr>
      <w:r>
        <w:rPr>
          <w:b/>
        </w:rPr>
        <w:t>Psalm 139:11–12</w:t>
      </w:r>
      <w:r>
        <w:rPr/>
        <w:t xml:space="preserve"> — If I say, “</w:t>
      </w:r>
      <w:r>
        <w:rPr>
          <w:shd w:fill="B7DDE8" w:val="clear"/>
        </w:rPr>
        <w:t>Surely the darkness will hide me, and the light become night around me</w:t>
      </w:r>
      <w:r>
        <w:rPr>
          <w:b w:val="false"/>
          <w:i w:val="false"/>
          <w:color w:val="000000"/>
          <w:u w:val="none"/>
        </w:rPr>
        <w:t xml:space="preserve"> [1MEQ]</w:t>
      </w:r>
      <w:r>
        <w:rPr/>
        <w:t>”—</w:t>
      </w:r>
      <w:r>
        <w:rPr>
          <w:shd w:fill="B7DDE8" w:val="clear"/>
        </w:rPr>
        <w:t>even the darkness is not dark to You</w:t>
      </w:r>
      <w:r>
        <w:rPr>
          <w:b w:val="false"/>
          <w:i w:val="false"/>
          <w:color w:val="000000"/>
          <w:u w:val="none"/>
        </w:rPr>
        <w:t xml:space="preserve"> [1MER]</w:t>
      </w:r>
      <w:r>
        <w:rPr/>
        <w:t xml:space="preserve">, but </w:t>
      </w:r>
      <w:r>
        <w:rPr>
          <w:shd w:fill="B7DDE8" w:val="clear"/>
        </w:rPr>
        <w:t>the night shines like the day</w:t>
      </w:r>
      <w:r>
        <w:rPr>
          <w:b w:val="false"/>
          <w:i w:val="false"/>
          <w:color w:val="000000"/>
          <w:u w:val="none"/>
        </w:rPr>
        <w:t xml:space="preserve"> [1MER]</w:t>
      </w:r>
      <w:r>
        <w:rPr/>
        <w:t xml:space="preserve">, for </w:t>
      </w:r>
      <w:r>
        <w:rPr>
          <w:shd w:fill="B7DDE8" w:val="clear"/>
        </w:rPr>
        <w:t>darkness is as light to You</w:t>
      </w:r>
      <w:r>
        <w:rPr>
          <w:b w:val="false"/>
          <w:i w:val="false"/>
          <w:color w:val="000000"/>
          <w:u w:val="none"/>
        </w:rPr>
        <w:t xml:space="preserve"> [1MER]</w:t>
      </w:r>
      <w:r>
        <w:rPr/>
        <w:t>.</w:t>
      </w:r>
    </w:p>
    <w:p>
      <w:pPr>
        <w:pStyle w:val="Yellow"/>
        <w:rPr/>
      </w:pPr>
      <w:r>
        <w:rPr>
          <w:b/>
        </w:rPr>
        <w:t>Psalm 142:3</w:t>
      </w:r>
      <w:r>
        <w:t xml:space="preserve"> — Although </w:t>
      </w:r>
      <w:r>
        <w:rPr>
          <w:shd w:fill="548235" w:val="clear" w:color="auto"/>
          <w:color w:val="FFFFFF"/>
        </w:rPr>
        <w:t>my spirit grows faint within me</w:t>
      </w:r>
      <w:r>
        <w:rPr>
          <w:b w:val="false"/>
          <w:i w:val="false"/>
          <w:color w:val="FFFFFF"/>
          <w:u w:val="none"/>
          <w:shd w:val="clear" w:color="auto" w:fill="548235"/>
        </w:rPr>
        <w:t xml:space="preserve"> [1BFB]</w:t>
      </w:r>
      <w:r>
        <w:rPr>
          <w:shd w:val="clear" w:color="auto" w:fill="548235"/>
          <w:color w:val="FFFFFF"/>
        </w:rPr>
        <w:t xml:space="preserve">, </w:t>
      </w:r>
      <w:r>
        <w:rPr>
          <w:shd w:fill="B7DDE8" w:val="clear"/>
        </w:rPr>
        <w:t>You know my way</w:t>
      </w:r>
      <w:r>
        <w:rPr>
          <w:b w:val="false"/>
          <w:i w:val="false"/>
          <w:color w:val="000000"/>
          <w:u w:val="none"/>
        </w:rPr>
        <w:t xml:space="preserve"> [2BFC]</w:t>
      </w:r>
      <w:r>
        <w:t>.</w:t>
      </w:r>
    </w:p>
    <w:p>
      <w:pPr>
        <w:pStyle w:val="Yellow"/>
        <w:rPr/>
      </w:pPr>
      <w:r>
        <w:rPr>
          <w:b/>
        </w:rPr>
        <w:t xml:space="preserve">Proverbs 5:21</w:t>
      </w:r>
      <w:r>
        <w:rPr/>
        <w:t xml:space="preserve"> — For </w:t>
      </w:r>
      <w:r>
        <w:rPr>
          <w:shd w:fill="B7DDE8" w:val="clear"/>
        </w:rPr>
        <w:t xml:space="preserve">a man’s ways are before the eyes of the LORD</w:t>
      </w:r>
      <w:r>
        <w:rPr>
          <w:b w:val="false"/>
          <w:i w:val="false"/>
          <w:color w:val="000000"/>
          <w:u w:val="none"/>
        </w:rPr>
        <w:t xml:space="preserve"> [1HPN]</w:t>
      </w:r>
      <w:r>
        <w:rPr/>
        <w:t xml:space="preserve">, and </w:t>
      </w:r>
      <w:r>
        <w:rPr>
          <w:shd w:fill="B7DDE8" w:val="clear"/>
        </w:rPr>
        <w:t xml:space="preserve">the LORD examines all his paths</w:t>
      </w:r>
      <w:r>
        <w:rPr>
          <w:b w:val="false"/>
          <w:i w:val="false"/>
          <w:color w:val="000000"/>
          <w:u w:val="none"/>
        </w:rPr>
        <w:t xml:space="preserve"> [1HPO]</w:t>
      </w:r>
      <w:r>
        <w:rPr/>
        <w:t xml:space="preserve">.</w:t>
      </w:r>
    </w:p>
    <w:p>
      <w:pPr>
        <w:pStyle w:val="Yellow"/>
        <w:rPr/>
      </w:pPr>
      <w:r>
        <w:rPr>
          <w:b/>
          <w:u w:val="none"/>
          <w:shd w:val="clear" w:color="auto" w:fill="C00000"/>
          <w:color w:val="FFFFFF"/>
        </w:rPr>
        <w:t xml:space="preserve">Jeremiah 12:3</w:t>
      </w:r>
      <w:r>
        <w:rPr>
          <w:u w:val="none"/>
          <w:shd w:val="clear" w:color="auto" w:fill="C00000"/>
          <w:color w:val="FFFFFF"/>
        </w:rPr>
        <w:t xml:space="preserve"> — </w:t>
      </w:r>
      <w:r>
        <w:rPr>
          <w:u w:val="none"/>
          <w:shd w:val="clear" w:color="auto" w:fill="C00000"/>
          <w:color w:val="FFFFFF"/>
        </w:rPr>
        <w:t xml:space="preserve">You know me, O LORD</w:t>
      </w:r>
      <w:r>
        <w:rPr>
          <w:b w:val="false"/>
          <w:i w:val="false"/>
          <w:u w:val="none"/>
          <w:shd w:val="clear" w:color="auto" w:fill="C00000"/>
          <w:color w:val="FFFFFF"/>
        </w:rPr>
        <w:t xml:space="preserve"> [1LEX]</w:t>
      </w:r>
      <w:r>
        <w:rPr>
          <w:u w:val="none"/>
          <w:shd w:val="clear" w:color="auto" w:fill="C00000"/>
          <w:color w:val="FFFFFF"/>
        </w:rPr>
        <w:t xml:space="preserve">; </w:t>
      </w:r>
      <w:r>
        <w:rPr>
          <w:u w:val="none"/>
          <w:shd w:val="clear" w:color="auto" w:fill="C00000"/>
          <w:color w:val="FFFFFF"/>
        </w:rPr>
        <w:t xml:space="preserve">You see me</w:t>
      </w:r>
      <w:r>
        <w:rPr>
          <w:b w:val="false"/>
          <w:i w:val="false"/>
          <w:u w:val="none"/>
          <w:shd w:val="clear" w:color="auto" w:fill="C00000"/>
          <w:color w:val="FFFFFF"/>
        </w:rPr>
        <w:t xml:space="preserve"> [1LEY]</w:t>
      </w:r>
      <w:r>
        <w:rPr>
          <w:u w:val="none"/>
          <w:shd w:val="clear" w:color="auto" w:fill="C00000"/>
          <w:color w:val="FFFFFF"/>
        </w:rPr>
        <w:t xml:space="preserve"> and </w:t>
      </w:r>
      <w:r>
        <w:rPr>
          <w:u w:val="none"/>
          <w:shd w:val="clear" w:color="auto" w:fill="C00000"/>
          <w:color w:val="FFFFFF"/>
        </w:rPr>
        <w:t xml:space="preserve">test my heart</w:t>
      </w:r>
      <w:r>
        <w:rPr>
          <w:u w:val="none"/>
          <w:shd w:val="clear" w:color="auto" w:fill="C00000"/>
          <w:color w:val="FFFFFF"/>
        </w:rPr>
        <w:t xml:space="preserve"> toward You</w:t>
      </w:r>
      <w:r>
        <w:rPr>
          <w:b w:val="false"/>
          <w:i w:val="false"/>
          <w:u w:val="none"/>
          <w:shd w:val="clear" w:color="auto" w:fill="C00000"/>
          <w:color w:val="FFFFFF"/>
        </w:rPr>
        <w:t xml:space="preserve"> [1LEZ]</w:t>
      </w:r>
      <w:r>
        <w:rPr>
          <w:u w:val="none"/>
          <w:shd w:val="clear" w:color="auto" w:fill="C00000"/>
          <w:color w:val="FFFFFF"/>
        </w:rPr>
        <w:t xml:space="preserve">.</w:t>
      </w:r>
    </w:p>
    <w:p>
      <w:pPr>
        <w:pStyle w:val="Yellow"/>
        <w:numPr>
          <w:ilvl w:val="0"/>
          <w:numId w:val="7"/>
        </w:numPr>
        <w:rPr/>
      </w:pPr>
      <w:r>
        <w:rPr/>
        <w:t xml:space="preserve">Jeremiah 20:12 — O LORD of Hosts, </w:t>
      </w:r>
      <w:r>
        <w:rPr>
          <w:shd w:fill="B7DDE8" w:val="clear"/>
        </w:rPr>
        <w:t>who examines the righteous</w:t>
      </w:r>
      <w:r>
        <w:rPr>
          <w:b w:val="false"/>
          <w:i w:val="false"/>
          <w:color w:val="000000"/>
          <w:u w:val="none"/>
        </w:rPr>
        <w:t xml:space="preserve"> [1FB]</w:t>
      </w:r>
    </w:p>
    <w:p>
      <w:pPr>
        <w:pStyle w:val="Yellow"/>
        <w:rPr/>
        <w:pBdr>
          <w:left w:val="single" w:sz="28" w:space="5" w:color="C00000"/>
        </w:pBdr>
      </w:pPr>
      <w:r>
        <w:rPr>
          <w:b/>
        </w:rPr>
        <w:t>John 16:30</w:t>
      </w:r>
      <w:r>
        <w:rPr/>
        <w:t xml:space="preserve"> — Now we understand that </w:t>
      </w:r>
      <w:r>
        <w:rPr>
          <w:shd w:val="clear" w:fill="B7DDE8"/>
        </w:rPr>
        <w:t>You know all things</w:t>
      </w:r>
      <w:r>
        <w:rPr>
          <w:b w:val="false"/>
          <w:i w:val="false"/>
          <w:color w:val="000000"/>
          <w:u w:val="none"/>
        </w:rPr>
        <w:t xml:space="preserve"> [2DBI]</w:t>
      </w:r>
      <w:r>
        <w:rPr/>
        <w:t xml:space="preserve"> and that </w:t>
      </w:r>
      <w:r>
        <w:rPr>
          <w:shd w:val="clear" w:fill="B7DDE8"/>
        </w:rPr>
        <w:t>You have no need for anyone to question You</w:t>
      </w:r>
      <w:r>
        <w:rPr>
          <w:b w:val="false"/>
          <w:i w:val="false"/>
          <w:color w:val="000000"/>
          <w:u w:val="none"/>
        </w:rPr>
        <w:t xml:space="preserve"> [1DBJ]</w:t>
      </w:r>
      <w:r>
        <w:rPr/>
        <w:t xml:space="preserve">. Because of this, </w:t>
      </w:r>
      <w:r>
        <w:rPr>
          <w:shd w:val="clear" w:fill="548235" w:color="auto"/>
          <w:color w:val="FFFFFF"/>
        </w:rPr>
        <w:t>we believe that You came from God</w:t>
      </w:r>
      <w:r>
        <w:rPr>
          <w:b w:val="false"/>
          <w:i w:val="false"/>
          <w:color w:val="FFFFFF"/>
          <w:u w:val="none"/>
          <w:shd w:val="clear" w:color="auto" w:fill="548235"/>
        </w:rPr>
        <w:t xml:space="preserve"> [1DBK]</w:t>
      </w:r>
      <w:r>
        <w:rPr/>
        <w:t>.”</w:t>
      </w:r>
    </w:p>
    <w:p>
      <w:pPr>
        <w:pStyle w:val="Yellow"/>
        <w:rPr/>
      </w:pPr>
      <w:r>
        <w:rPr>
          <w:b/>
        </w:rPr>
        <w:t>Hebrews 4:13</w:t>
      </w:r>
      <w:r>
        <w:rPr/>
        <w:t xml:space="preserve"> — </w:t>
      </w:r>
      <w:r>
        <w:rPr>
          <w:shd w:val="clear" w:fill="B7DDE8"/>
        </w:rPr>
        <w:t>Nothing in all creation is hidden from God’s sight</w:t>
      </w:r>
      <w:r>
        <w:rPr>
          <w:b w:val="false"/>
          <w:i w:val="false"/>
          <w:color w:val="000000"/>
          <w:u w:val="none"/>
        </w:rPr>
        <w:t xml:space="preserve"> [1ESU]</w:t>
      </w:r>
      <w:r>
        <w:rPr/>
        <w:t xml:space="preserve">; </w:t>
      </w:r>
      <w:r>
        <w:rPr>
          <w:shd w:val="clear" w:fill="B7DDE8"/>
        </w:rPr>
        <w:t>everything is uncovered and exposed before the eyes of Him</w:t>
      </w:r>
      <w:r>
        <w:rPr>
          <w:b w:val="false"/>
          <w:i w:val="false"/>
          <w:color w:val="000000"/>
          <w:u w:val="none"/>
        </w:rPr>
        <w:t xml:space="preserve"> [1ESU]</w:t>
      </w:r>
      <w:r>
        <w:rPr/>
        <w:t xml:space="preserve"> </w:t>
      </w:r>
      <w:r>
        <w:rPr>
          <w:shd w:val="clear" w:fill="B7DDE8"/>
        </w:rPr>
        <w:t>to whom we must give account</w:t>
      </w:r>
      <w:r>
        <w:rPr>
          <w:b w:val="false"/>
          <w:i w:val="false"/>
          <w:color w:val="000000"/>
          <w:u w:val="none"/>
        </w:rPr>
        <w:t xml:space="preserve"> [1ESV]</w:t>
      </w:r>
      <w:r>
        <w:rPr/>
        <w:t>.</w:t>
      </w:r>
    </w:p>
    <w:p>
      <w:r>
        <w:rPr>
          <w:b/>
          <w:sz w:val="32"/>
          <w:highlight w:val="yellow"/>
        </w:rPr>
        <w:t>God's Uniqueness  (8)</w:t>
      </w:r>
    </w:p>
    <w:p>
      <w:pPr>
        <w:pStyle w:val="Yellow"/>
        <w:rPr/>
      </w:pPr>
      <w:r>
        <w:rPr>
          <w:b/>
        </w:rPr>
        <w:t>Deuteronomy 4:39</w:t>
      </w:r>
      <w:r>
        <w:t xml:space="preserve"> — </w:t>
      </w:r>
      <w:r>
        <w:rPr>
          <w:shd w:fill="B7DDE8" w:val="clear"/>
        </w:rPr>
        <w:t>Know therefore this day and take to heart that the LORD is God in heaven above and on the earth below</w:t>
      </w:r>
      <w:r>
        <w:rPr>
          <w:b w:val="false"/>
          <w:i w:val="false"/>
          <w:color w:val="000000"/>
          <w:u w:val="none"/>
        </w:rPr>
        <w:t xml:space="preserve"> [1NI]</w:t>
      </w:r>
      <w:r>
        <w:t xml:space="preserve">; </w:t>
      </w:r>
      <w:r>
        <w:rPr>
          <w:shd w:val="clear" w:color="auto" w:fill="D9C3E6"/>
        </w:rPr>
        <w:t>there is no other</w:t>
      </w:r>
      <w:r>
        <w:rPr>
          <w:b w:val="false"/>
          <w:i w:val="false"/>
          <w:color w:val="000000"/>
          <w:u w:val="none"/>
        </w:rPr>
        <w:t xml:space="preserve"> [19FQ]</w:t>
      </w:r>
      <w:r>
        <w:rPr>
          <w:shd w:val="clear" w:color="auto" w:fill="D9C3E6"/>
        </w:rPr>
        <w:t>.</w:t>
      </w:r>
    </w:p>
    <w:p>
      <w:pPr>
        <w:pStyle w:val="Yellow"/>
        <w:rPr/>
      </w:pPr>
      <w:r>
        <w:rPr>
          <w:b/>
          <w:u w:val="none"/>
        </w:rPr>
        <w:t xml:space="preserve">Deuteronomy 6:4</w:t>
      </w:r>
      <w:r>
        <w:rPr>
          <w:u w:val="none"/>
        </w:rPr>
        <w:t xml:space="preserve"> — Hear, O Israel: </w:t>
      </w:r>
      <w:r>
        <w:rPr>
          <w:u w:val="none"/>
          <w:shd w:fill="B7DDE8" w:val="clear"/>
        </w:rPr>
        <w:t xml:space="preserve">The LORD our God, the LORD is One</w:t>
      </w:r>
      <w:r>
        <w:rPr>
          <w:b w:val="false"/>
          <w:i w:val="false"/>
          <w:color w:val="000000"/>
          <w:u w:val="none"/>
        </w:rPr>
        <w:t xml:space="preserve"> [19FQ]</w:t>
      </w:r>
      <w:r>
        <w:rPr>
          <w:u w:val="none"/>
        </w:rPr>
        <w:t xml:space="preserve">.</w:t>
      </w:r>
    </w:p>
    <w:p>
      <w:pPr>
        <w:pStyle w:val="Red"/>
        <w:spacing w:before="0" w:after="100" w:line="252" w:lineRule="auto"/>
        <w:rPr/>
      </w:pPr>
      <w:r>
        <w:rPr>
          <w:b/>
        </w:rPr>
        <w:t>Joshua 2:11</w:t>
      </w:r>
      <w:r>
        <w:rPr/>
        <w:t xml:space="preserve"> — </w:t>
      </w:r>
      <w:r>
        <w:rPr>
          <w:shd w:val="clear" w:fill="B7DDE8"/>
        </w:rPr>
        <w:t>the LORD your God is God in the heavens above and on the earth below</w:t>
      </w:r>
      <w:r>
        <w:rPr>
          <w:b w:val="false"/>
          <w:i w:val="false"/>
          <w:color w:val="000000"/>
          <w:u w:val="none"/>
        </w:rPr>
        <w:t xml:space="preserve"> [1NH]</w:t>
      </w:r>
      <w:r>
        <w:rPr/>
        <w:t>.</w:t>
      </w:r>
      <w:r>
        <w:rPr>
          <w:b w:val="0"/>
          <w:i w:val="0"/>
          <w:u w:val="single"/>
        </w:rPr>
      </w:r>
    </w:p>
    <w:p>
      <w:pPr>
        <w:pStyle w:val="Yellow"/>
        <w:rPr/>
      </w:pPr>
      <w:r>
        <w:rPr>
          <w:b/>
          <w:u w:val="none"/>
        </w:rPr>
        <w:t>2 Kings 5:15</w:t>
      </w:r>
      <w:r>
        <w:rPr>
          <w:u w:val="none"/>
        </w:rPr>
        <w:t xml:space="preserve"> — Now I know for sure that </w:t>
      </w:r>
      <w:r>
        <w:rPr>
          <w:u w:val="none"/>
          <w:shd w:fill="B7DDE8" w:val="clear"/>
        </w:rPr>
        <w:t>there is no God in all the earth except in Israel</w:t>
      </w:r>
      <w:r>
        <w:rPr>
          <w:b w:val="false"/>
          <w:i w:val="false"/>
          <w:color w:val="000000"/>
          <w:u w:val="none"/>
        </w:rPr>
        <w:t xml:space="preserve"> [19FQ]</w:t>
      </w:r>
      <w:r>
        <w:rPr>
          <w:u w:val="none"/>
        </w:rPr>
        <w:t>.</w:t>
      </w:r>
    </w:p>
    <w:p>
      <w:pPr>
        <w:pStyle w:val="Yellow"/>
        <w:rPr/>
      </w:pPr>
      <w:r>
        <w:rPr>
          <w:b/>
        </w:rPr>
        <w:t xml:space="preserve">Isaiah 43:12–13</w:t>
      </w:r>
      <w:r>
        <w:rPr/>
        <w:t xml:space="preserve"> — </w:t>
      </w:r>
      <w:r>
        <w:rPr>
          <w:shd w:fill="B7DDE8" w:val="clear"/>
        </w:rPr>
        <w:t xml:space="preserve">I alone decreed and saved and proclaimed—I, and not some foreign god among you</w:t>
      </w:r>
      <w:r>
        <w:rPr>
          <w:b w:val="false"/>
          <w:i w:val="false"/>
          <w:color w:val="000000"/>
          <w:u w:val="none"/>
        </w:rPr>
        <w:t xml:space="preserve"> [1GJZ]</w:t>
      </w:r>
      <w:r>
        <w:rPr/>
        <w:t xml:space="preserve">. So </w:t>
      </w:r>
      <w:r>
        <w:rPr>
          <w:shd w:fill="B7DDE8" w:val="clear"/>
        </w:rPr>
        <w:t xml:space="preserve">you are My witnesses</w:t>
      </w:r>
      <w:r>
        <w:rPr>
          <w:b w:val="false"/>
          <w:i w:val="false"/>
          <w:color w:val="000000"/>
          <w:u w:val="none"/>
        </w:rPr>
        <w:t xml:space="preserve"> [3IG]</w:t>
      </w:r>
      <w:r>
        <w:rPr/>
        <w:t xml:space="preserve">,” declares the LORD, “</w:t>
      </w:r>
      <w:r>
        <w:rPr>
          <w:shd w:fill="B7DDE8" w:val="clear"/>
        </w:rPr>
        <w:t xml:space="preserve">that I am God</w:t>
      </w:r>
      <w:r>
        <w:rPr>
          <w:b w:val="false"/>
          <w:i w:val="false"/>
          <w:color w:val="000000"/>
          <w:u w:val="none"/>
        </w:rPr>
        <w:t xml:space="preserve"> [1GKA]</w:t>
      </w:r>
      <w:r>
        <w:rPr/>
        <w:t xml:space="preserve">. </w:t>
      </w:r>
      <w:r>
        <w:rPr>
          <w:shd w:fill="B7DDE8" w:val="clear"/>
        </w:rPr>
        <w:t xml:space="preserve">Even from eternity I am He</w:t>
      </w:r>
      <w:r>
        <w:rPr>
          <w:b w:val="false"/>
          <w:i w:val="false"/>
          <w:color w:val="000000"/>
          <w:u w:val="none"/>
        </w:rPr>
        <w:t xml:space="preserve"> [2MY]</w:t>
      </w:r>
      <w:r>
        <w:rPr>
          <w:b w:val="false"/>
          <w:i w:val="false"/>
          <w:color w:val="000000"/>
          <w:u w:val="none"/>
        </w:rPr>
        <w:t xml:space="preserve"> [1GKB]</w:t>
      </w:r>
      <w:r>
        <w:rPr/>
        <w:t xml:space="preserve">, and </w:t>
      </w:r>
      <w:r>
        <w:rPr>
          <w:shd w:fill="B7DDE8" w:val="clear"/>
        </w:rPr>
        <w:t xml:space="preserve">none can deliver out of My hand</w:t>
      </w:r>
      <w:r>
        <w:rPr>
          <w:b w:val="false"/>
          <w:i w:val="false"/>
          <w:color w:val="000000"/>
          <w:u w:val="none"/>
        </w:rPr>
        <w:t xml:space="preserve"> [2FS]</w:t>
      </w:r>
      <w:r>
        <w:rPr/>
        <w:t xml:space="preserve">. </w:t>
      </w:r>
      <w:r>
        <w:rPr>
          <w:shd w:fill="B7DDE8" w:val="clear"/>
        </w:rPr>
        <w:t xml:space="preserve">When I act, who can reverse it</w:t>
      </w:r>
      <w:r>
        <w:rPr>
          <w:b w:val="false"/>
          <w:i w:val="false"/>
          <w:color w:val="000000"/>
          <w:u w:val="none"/>
        </w:rPr>
        <w:t xml:space="preserve"> [1GKC]</w:t>
      </w:r>
      <w:r>
        <w:rPr/>
        <w:t xml:space="preserve">?”</w:t>
      </w:r>
    </w:p>
    <w:p>
      <w:pPr>
        <w:pStyle w:val="Yellow"/>
        <w:rPr/>
      </w:pPr>
      <w:r>
        <w:rPr>
          <w:u w:val="none"/>
        </w:rPr>
        <w:t xml:space="preserve">(Is45:1–3 God promised to empower “Cyrus”) </w:t>
      </w:r>
      <w:r>
        <w:rPr>
          <w:b/>
          <w:u w:val="none"/>
        </w:rPr>
        <w:t>Isaiah 45:4–6</w:t>
      </w:r>
      <w:r>
        <w:rPr>
          <w:u w:val="none"/>
        </w:rPr>
        <w:t xml:space="preserve"> — {For} </w:t>
      </w:r>
      <w:r>
        <w:rPr>
          <w:u w:val="none"/>
          <w:shd w:fill="B7DDE8" w:val="clear"/>
        </w:rPr>
        <w:t>the sake of Jacob My servant and Israel My chosen one</w:t>
      </w:r>
      <w:r>
        <w:rPr>
          <w:b w:val="false"/>
          <w:i w:val="false"/>
          <w:color w:val="000000"/>
          <w:u w:val="none"/>
        </w:rPr>
        <w:t xml:space="preserve"> [1MC]</w:t>
      </w:r>
      <w:r>
        <w:rPr>
          <w:u w:val="none"/>
        </w:rPr>
        <w:t xml:space="preserve">, </w:t>
      </w:r>
      <w:r>
        <w:rPr>
          <w:u w:val="none"/>
          <w:shd w:fill="B7DDE8" w:val="clear"/>
        </w:rPr>
        <w:t>I call {you} by name</w:t>
      </w:r>
      <w:r>
        <w:rPr>
          <w:b w:val="false"/>
          <w:i w:val="false"/>
          <w:color w:val="000000"/>
          <w:u w:val="none"/>
        </w:rPr>
        <w:t xml:space="preserve"> [1MD]</w:t>
      </w:r>
      <w:r>
        <w:rPr>
          <w:u w:val="none"/>
        </w:rPr>
        <w:t xml:space="preserve">; </w:t>
      </w:r>
      <w:r>
        <w:rPr>
          <w:u w:val="none"/>
          <w:shd w:fill="B7DDE8" w:val="clear"/>
        </w:rPr>
        <w:t>I have given you a title of honor, though you have not known Me</w:t>
      </w:r>
      <w:r>
        <w:rPr>
          <w:b w:val="false"/>
          <w:i w:val="false"/>
          <w:u w:val="none"/>
          <w:color w:val="000000"/>
        </w:rPr>
        <w:t xml:space="preserve"> [1ME]</w:t>
      </w:r>
      <w:r>
        <w:rPr>
          <w:u w:val="none"/>
        </w:rPr>
        <w:t xml:space="preserve">. </w:t>
      </w:r>
      <w:r>
        <w:rPr>
          <w:u w:val="none"/>
          <w:shd w:fill="B7DDE8" w:val="clear"/>
        </w:rPr>
        <w:t xml:space="preserve">I am the LORD, and there is no other; </w:t>
      </w:r>
      <w:r>
        <w:rPr>
          <w:u w:val="none"/>
          <w:shd w:fill="B7DDE8" w:val="clear"/>
        </w:rPr>
        <w:t>there is no God but Me</w:t>
      </w:r>
      <w:r>
        <w:rPr>
          <w:b w:val="false"/>
          <w:i w:val="false"/>
          <w:color w:val="000000"/>
          <w:u w:val="none"/>
        </w:rPr>
        <w:t xml:space="preserve"> [19FQ]</w:t>
      </w:r>
      <w:r>
        <w:rPr>
          <w:u w:val="none"/>
        </w:rPr>
        <w:t xml:space="preserve">. </w:t>
      </w:r>
      <w:r>
        <w:rPr>
          <w:u w:val="none"/>
          <w:shd w:fill="B7DDE8" w:val="clear"/>
        </w:rPr>
        <w:t>I will equip you for battle, though you have not known Me</w:t>
      </w:r>
      <w:r>
        <w:rPr>
          <w:b w:val="false"/>
          <w:i w:val="false"/>
          <w:color w:val="000000"/>
          <w:u w:val="none"/>
        </w:rPr>
        <w:t xml:space="preserve"> [1LA]</w:t>
      </w:r>
      <w:r>
        <w:rPr>
          <w:u w:val="none"/>
        </w:rPr>
        <w:t xml:space="preserve">, </w:t>
      </w:r>
      <w:r>
        <w:rPr>
          <w:u w:val="none"/>
          <w:shd w:fill="B7DDE8" w:val="clear"/>
        </w:rPr>
        <w:t>so that all may know, from where the sun rises to where it sets, that there is none but Me</w:t>
      </w:r>
      <w:r>
        <w:rPr>
          <w:b w:val="false"/>
          <w:i w:val="false"/>
          <w:color w:val="000000"/>
          <w:u w:val="none"/>
        </w:rPr>
        <w:t xml:space="preserve"> [1FY]</w:t>
      </w:r>
      <w:r>
        <w:rPr>
          <w:u w:val="none"/>
        </w:rPr>
        <w:t>; I am the LORD, and there is no other.</w:t>
      </w:r>
    </w:p>
    <w:p>
      <w:pPr>
        <w:pStyle w:val="Yellow"/>
        <w:rPr/>
      </w:pPr>
      <w:r>
        <w:rPr>
          <w:b/>
        </w:rPr>
        <w:t>Romans 3:29</w:t>
      </w:r>
      <w:r>
        <w:rPr/>
        <w:t xml:space="preserve"> — </w:t>
      </w:r>
      <w:r>
        <w:rPr>
          <w:shd w:fill="B7DDE8" w:val="clear"/>
        </w:rPr>
        <w:t>Is God the God of Jews only? Is He not the God of Gentiles too? Yes, of Gentiles too</w:t>
      </w:r>
      <w:r>
        <w:rPr>
          <w:b w:val="false"/>
          <w:i w:val="false"/>
          <w:color w:val="000000"/>
          <w:u w:val="none"/>
        </w:rPr>
        <w:t xml:space="preserve"> [1LUJ]</w:t>
      </w:r>
      <w:r>
        <w:rPr/>
        <w:t>,</w:t>
      </w:r>
    </w:p>
    <w:p>
      <w:pPr>
        <w:pStyle w:val="Yellow"/>
        <w:rPr/>
        <w:shd w:val="clear" w:color="auto" w:fill="E4DFEC"/>
        <w:pBdr>
          <w:left w:val="single" w:sz="28" w:space="5" w:color="7030A0"/>
        </w:pBdr>
      </w:pPr>
      <w:r>
        <w:rPr>
          <w:b/>
          <w:u w:val="none"/>
        </w:rPr>
        <w:t>Galatians 3:20</w:t>
      </w:r>
      <w:r>
        <w:rPr>
          <w:u w:val="none"/>
        </w:rPr>
        <w:t xml:space="preserve"> — </w:t>
      </w:r>
      <w:r>
        <w:rPr>
          <w:u w:val="none"/>
          <w:shd w:fill="B7DDE8" w:val="clear"/>
        </w:rPr>
        <w:t>God is one</w:t>
      </w:r>
      <w:r>
        <w:rPr>
          <w:b w:val="false"/>
          <w:i w:val="false"/>
          <w:color w:val="000000"/>
          <w:u w:val="none"/>
        </w:rPr>
        <w:t xml:space="preserve"> [19FQ]</w:t>
      </w:r>
      <w:r>
        <w:rPr>
          <w:u w:val="none"/>
        </w:rPr>
        <w:t>.</w:t>
      </w:r>
    </w:p>
    <w:p>
      <w:r>
        <w:rPr>
          <w:b/>
          <w:sz w:val="32"/>
          <w:highlight w:val="yellow"/>
        </w:rPr>
        <w:t>God's Wisdom vs. Man's  (16)</w:t>
      </w:r>
    </w:p>
    <w:p>
      <w:pPr>
        <w:pStyle w:val="Yellow"/>
        <w:rPr/>
      </w:pPr>
      <w:r>
        <w:rPr>
          <w:shd w:val="clear" w:color="auto" w:fill="548235"/>
          <w:color w:val="FFFFFF"/>
        </w:rPr>
        <w:t xml:space="preserve">(Job12:13 God) </w:t>
      </w:r>
      <w:r>
        <w:rPr>
          <w:b/>
          <w:shd w:val="clear" w:color="auto" w:fill="548235"/>
          <w:color w:val="FFFFFF"/>
        </w:rPr>
        <w:t>Job 12:17</w:t>
      </w:r>
      <w:r>
        <w:rPr>
          <w:shd w:val="clear" w:color="auto" w:fill="548235"/>
          <w:color w:val="FFFFFF"/>
        </w:rPr>
        <w:t xml:space="preserve"> — </w:t>
      </w:r>
      <w:r>
        <w:rPr>
          <w:shd w:val="clear" w:fill="548235" w:color="auto"/>
          <w:color w:val="FFFFFF"/>
        </w:rPr>
        <w:t>{He} leads counselors away barefoot</w:t>
      </w:r>
      <w:r>
        <w:rPr>
          <w:b w:val="false"/>
          <w:i w:val="false"/>
          <w:color w:val="FFFFFF"/>
          <w:u w:val="none"/>
          <w:shd w:val="clear" w:color="auto" w:fill="548235"/>
        </w:rPr>
        <w:t xml:space="preserve"> [1DMX]</w:t>
      </w:r>
      <w:r>
        <w:rPr>
          <w:shd w:val="clear" w:color="auto" w:fill="548235"/>
          <w:color w:val="FFFFFF"/>
        </w:rPr>
        <w:t xml:space="preserve"> and </w:t>
      </w:r>
      <w:r>
        <w:rPr>
          <w:shd w:val="clear" w:fill="548235" w:color="auto"/>
          <w:color w:val="FFFFFF"/>
        </w:rPr>
        <w:t>makes fools of judges</w:t>
      </w:r>
      <w:r>
        <w:rPr>
          <w:b w:val="false"/>
          <w:i w:val="false"/>
          <w:color w:val="FFFFFF"/>
          <w:u w:val="none"/>
          <w:shd w:val="clear" w:color="auto" w:fill="548235"/>
        </w:rPr>
        <w:t xml:space="preserve"> [1DMY]</w:t>
      </w:r>
      <w:r>
        <w:rPr>
          <w:shd w:val="clear" w:color="auto" w:fill="548235"/>
          <w:color w:val="FFFFFF"/>
        </w:rPr>
        <w:t>.</w:t>
      </w:r>
    </w:p>
    <w:p>
      <w:pPr>
        <w:pStyle w:val="Yellow"/>
        <w:rPr/>
      </w:pPr>
      <w:r>
        <w:rPr>
          <w:shd w:val="clear" w:color="auto" w:fill="F4B183"/>
          <w:color w:val="000000"/>
        </w:rPr>
        <w:t xml:space="preserve">(Job12:13 God) </w:t>
      </w:r>
      <w:r>
        <w:rPr>
          <w:b/>
          <w:shd w:val="clear" w:color="auto" w:fill="F4B183"/>
          <w:color w:val="000000"/>
        </w:rPr>
        <w:t xml:space="preserve">Job 12:20</w:t>
      </w:r>
      <w:r>
        <w:rPr>
          <w:shd w:val="clear" w:color="auto" w:fill="F4B183"/>
          <w:color w:val="000000"/>
        </w:rPr>
        <w:t xml:space="preserve"> — </w:t>
      </w:r>
      <w:r>
        <w:rPr>
          <w:shd w:fill="F4B183" w:val="clear" w:color="auto"/>
          <w:color w:val="000000"/>
        </w:rPr>
        <w:t xml:space="preserve">{He} deprives the trusted of speech</w:t>
      </w:r>
      <w:r>
        <w:rPr>
          <w:b w:val="false"/>
          <w:i w:val="false"/>
          <w:color w:val="000000"/>
          <w:u w:val="none"/>
          <w:shd w:val="clear" w:color="auto" w:fill="F4B183"/>
        </w:rPr>
        <w:t xml:space="preserve"> [1HRJ]</w:t>
      </w:r>
      <w:r>
        <w:rPr>
          <w:shd w:val="clear" w:color="auto" w:fill="F4B183"/>
          <w:color w:val="000000"/>
        </w:rPr>
        <w:t xml:space="preserve"> and </w:t>
      </w:r>
      <w:r>
        <w:rPr>
          <w:shd w:fill="F4B183" w:val="clear" w:color="auto"/>
          <w:color w:val="000000"/>
        </w:rPr>
        <w:t xml:space="preserve">takes away the discernment of elders</w:t>
      </w:r>
      <w:r>
        <w:rPr>
          <w:b w:val="false"/>
          <w:i w:val="false"/>
          <w:color w:val="000000"/>
          <w:u w:val="none"/>
          <w:shd w:val="clear" w:color="auto" w:fill="F4B183"/>
        </w:rPr>
        <w:t xml:space="preserve"> [1HRK]</w:t>
      </w:r>
      <w:r>
        <w:rPr>
          <w:shd w:val="clear" w:color="auto" w:fill="F4B183"/>
          <w:color w:val="000000"/>
        </w:rPr>
        <w:t xml:space="preserve">.</w:t>
      </w:r>
    </w:p>
    <w:p>
      <w:pPr>
        <w:pStyle w:val="Yellow"/>
        <w:rPr/>
      </w:pPr>
      <w:r>
        <w:rPr>
          <w:b/>
        </w:rPr>
        <w:t>Psalm 147:5</w:t>
      </w:r>
      <w:r>
        <w:t xml:space="preserve"> — </w:t>
      </w:r>
      <w:r>
        <w:rPr>
          <w:shd w:fill="B7DDE8" w:val="clear"/>
        </w:rPr>
        <w:t>Great is our Lord</w:t>
      </w:r>
      <w:r>
        <w:rPr>
          <w:b w:val="false"/>
          <w:i w:val="false"/>
          <w:color w:val="000000"/>
          <w:u w:val="none"/>
        </w:rPr>
        <w:t xml:space="preserve"> [6GC]</w:t>
      </w:r>
      <w:r>
        <w:t xml:space="preserve">, and </w:t>
      </w:r>
      <w:r>
        <w:rPr>
          <w:shd w:fill="B7DDE8" w:val="clear"/>
        </w:rPr>
        <w:t>mighty in power</w:t>
      </w:r>
      <w:r>
        <w:rPr>
          <w:b w:val="false"/>
          <w:i w:val="false"/>
          <w:color w:val="000000"/>
          <w:u w:val="none"/>
        </w:rPr>
        <w:t xml:space="preserve"> [4MFN]</w:t>
      </w:r>
      <w:r>
        <w:t xml:space="preserve">; </w:t>
      </w:r>
      <w:r>
        <w:rPr>
          <w:shd w:fill="B7DDE8" w:val="clear"/>
        </w:rPr>
        <w:t>His understanding has no limit</w:t>
      </w:r>
      <w:r>
        <w:rPr>
          <w:b w:val="false"/>
          <w:i w:val="false"/>
          <w:color w:val="000000"/>
          <w:u w:val="none"/>
        </w:rPr>
        <w:t xml:space="preserve"> [2HX]</w:t>
      </w:r>
      <w:r>
        <w:t>.</w:t>
      </w:r>
    </w:p>
    <w:p>
      <w:pPr>
        <w:pStyle w:val="Yellow"/>
        <w:rPr/>
      </w:pPr>
      <w:r>
        <w:rPr>
          <w:b/>
        </w:rPr>
        <w:t xml:space="preserve">Proverbs 21:30</w:t>
      </w:r>
      <w:r>
        <w:rPr/>
        <w:t xml:space="preserve"> — </w:t>
      </w:r>
      <w:r>
        <w:rPr>
          <w:shd w:fill="B7DDE8" w:val="clear"/>
        </w:rPr>
        <w:t xml:space="preserve">There is no wisdom, no understanding, no counsel that can prevail against the LORD</w:t>
      </w:r>
      <w:r>
        <w:rPr>
          <w:b w:val="false"/>
          <w:i w:val="false"/>
          <w:color w:val="000000"/>
          <w:u w:val="none"/>
        </w:rPr>
        <w:t xml:space="preserve"> [1HNF]</w:t>
      </w:r>
      <w:r>
        <w:rPr/>
        <w:t xml:space="preserve">.</w:t>
      </w:r>
    </w:p>
    <w:p>
      <w:pPr>
        <w:pStyle w:val="Yellow"/>
        <w:rPr/>
      </w:pPr>
      <w:r>
        <w:rPr>
          <w:b/>
        </w:rPr>
        <w:t>Proverbs 22:12</w:t>
      </w:r>
      <w:r>
        <w:rPr/>
        <w:t xml:space="preserve"> — </w:t>
      </w:r>
      <w:r>
        <w:rPr>
          <w:shd w:val="clear" w:fill="B7DDE8"/>
        </w:rPr>
        <w:t>The LORD’s eyes keep watch over knowledge</w:t>
      </w:r>
      <w:r>
        <w:rPr>
          <w:b w:val="false"/>
          <w:i w:val="false"/>
          <w:color w:val="000000"/>
          <w:u w:val="none"/>
        </w:rPr>
        <w:t xml:space="preserve"> [1SD]</w:t>
      </w:r>
      <w:r>
        <w:rPr/>
        <w:t xml:space="preserve">, but </w:t>
      </w:r>
      <w:r>
        <w:rPr>
          <w:shd w:val="clear" w:fill="B7DDE8"/>
        </w:rPr>
        <w:t>He frustrates the words of the faithless</w:t>
      </w:r>
      <w:r>
        <w:rPr>
          <w:b w:val="false"/>
          <w:i w:val="false"/>
          <w:color w:val="000000"/>
          <w:u w:val="none"/>
        </w:rPr>
        <w:t xml:space="preserve"> [1SE]</w:t>
      </w:r>
      <w:r>
        <w:rPr/>
        <w:t>.</w:t>
      </w:r>
    </w:p>
    <w:p>
      <w:pPr>
        <w:pStyle w:val="Yellow"/>
        <w:rPr/>
      </w:pPr>
      <w:r>
        <w:rPr>
          <w:b/>
        </w:rPr>
        <w:t xml:space="preserve">Isaiah 29:13–14</w:t>
      </w:r>
      <w:r>
        <w:rPr/>
        <w:t xml:space="preserve"> — Therefore the Lord said: “</w:t>
      </w:r>
      <w:r>
        <w:rPr>
          <w:shd w:fill="B7DDE8" w:val="clear"/>
        </w:rPr>
        <w:t xml:space="preserve">These people draw near to Me with their mouths and honor Me with their lips, but their hearts are far from Me</w:t>
      </w:r>
      <w:r>
        <w:rPr>
          <w:b w:val="false"/>
          <w:i w:val="false"/>
          <w:color w:val="000000"/>
          <w:u w:val="none"/>
        </w:rPr>
        <w:t xml:space="preserve"> [2ZF]</w:t>
      </w:r>
      <w:r>
        <w:rPr/>
        <w:t xml:space="preserve">. </w:t>
      </w:r>
      <w:r>
        <w:rPr>
          <w:shd w:fill="B7DDE8" w:val="clear"/>
        </w:rPr>
        <w:t xml:space="preserve">Their worship of Me is but rules taught by men</w:t>
      </w:r>
      <w:r>
        <w:rPr>
          <w:b w:val="false"/>
          <w:i w:val="false"/>
          <w:color w:val="000000"/>
          <w:u w:val="none"/>
        </w:rPr>
        <w:t xml:space="preserve"> [1HDC]</w:t>
      </w:r>
      <w:r>
        <w:rPr/>
        <w:t xml:space="preserve">. Therefore </w:t>
      </w:r>
      <w:r>
        <w:rPr>
          <w:shd w:fill="F4B183" w:val="clear" w:color="auto"/>
          <w:color w:val="000000"/>
        </w:rPr>
        <w:t xml:space="preserve">I will again confound these people with wonder upon wonder</w:t>
      </w:r>
      <w:r>
        <w:rPr>
          <w:b w:val="false"/>
          <w:i w:val="false"/>
          <w:color w:val="000000"/>
          <w:u w:val="none"/>
          <w:shd w:val="clear" w:color="auto" w:fill="F4B183"/>
        </w:rPr>
        <w:t xml:space="preserve"> [1HDD]</w:t>
      </w:r>
      <w:r>
        <w:rPr/>
        <w:t xml:space="preserve">. </w:t>
      </w:r>
      <w:r>
        <w:rPr>
          <w:color w:val="000000"/>
          <w:shd w:val="clear" w:color="auto" w:fill="D9C3E6"/>
        </w:rPr>
        <w:t xml:space="preserve">The wisdom of the wise will vanish</w:t>
      </w:r>
      <w:r>
        <w:rPr>
          <w:b w:val="false"/>
          <w:i w:val="false"/>
          <w:color w:val="000000"/>
          <w:u w:val="none"/>
          <w:shd w:val="clear" w:color="auto" w:fill="F4B183"/>
        </w:rPr>
        <w:t xml:space="preserve"> [2HDE]</w:t>
      </w:r>
      <w:r>
        <w:rPr>
          <w:shd w:val="clear" w:color="auto" w:fill="D9C3E6"/>
        </w:rPr>
        <w:t xml:space="preserve">, and </w:t>
      </w:r>
      <w:r>
        <w:rPr>
          <w:color w:val="000000"/>
          <w:shd w:val="clear" w:color="auto" w:fill="D9C3E6"/>
        </w:rPr>
        <w:t xml:space="preserve">the intelligence of the intelligent will be hidden</w:t>
      </w:r>
      <w:r>
        <w:rPr>
          <w:b w:val="false"/>
          <w:i w:val="false"/>
          <w:color w:val="000000"/>
          <w:u w:val="none"/>
          <w:shd w:val="clear" w:color="auto" w:fill="F4B183"/>
        </w:rPr>
        <w:t xml:space="preserve"> [2HDE]</w:t>
      </w:r>
      <w:r>
        <w:rPr>
          <w:shd w:val="clear" w:color="auto" w:fill="D9C3E6"/>
        </w:rPr>
        <w:t xml:space="preserve">.”</w:t>
      </w:r>
    </w:p>
    <w:p>
      <w:pPr>
        <w:pStyle w:val="Yellow"/>
        <w:rPr/>
      </w:pPr>
      <w:r>
        <w:rPr>
          <w:b/>
          <w:u w:val="none"/>
        </w:rPr>
        <w:t>Isaiah 44:24–26</w:t>
      </w:r>
      <w:r>
        <w:rPr>
          <w:u w:val="none"/>
        </w:rPr>
        <w:t xml:space="preserve"> — Thus says the LORD, your Redeemer </w:t>
      </w:r>
      <w:r>
        <w:rPr>
          <w:u w:val="none"/>
          <w:shd w:val="clear" w:color="auto" w:fill="D9C3E6"/>
        </w:rPr>
        <w:t>who formed you from the womb</w:t>
      </w:r>
      <w:r>
        <w:rPr>
          <w:b w:val="false"/>
          <w:i w:val="false"/>
          <w:color w:val="000000"/>
          <w:u w:val="none"/>
        </w:rPr>
        <w:t xml:space="preserve"> [2IA]</w:t>
      </w:r>
      <w:r>
        <w:rPr>
          <w:u w:val="none"/>
        </w:rPr>
        <w:t>: “</w:t>
      </w:r>
      <w:r>
        <w:rPr>
          <w:u w:val="none"/>
          <w:shd w:fill="B7DDE8" w:val="clear"/>
        </w:rPr>
        <w:t xml:space="preserve">I am the LORD, </w:t>
      </w:r>
      <w:r>
        <w:rPr>
          <w:u w:val="none"/>
          <w:shd w:fill="B7DDE8" w:val="clear"/>
        </w:rPr>
        <w:t>who has made all things</w:t>
      </w:r>
      <w:r>
        <w:rPr>
          <w:b w:val="false"/>
          <w:i w:val="false"/>
          <w:color w:val="000000"/>
          <w:u w:val="none"/>
        </w:rPr>
        <w:t xml:space="preserve"> [8FV]</w:t>
      </w:r>
      <w:r>
        <w:rPr>
          <w:u w:val="none"/>
        </w:rPr>
        <w:t xml:space="preserve">, </w:t>
      </w:r>
      <w:r>
        <w:rPr>
          <w:u w:val="none"/>
          <w:shd w:fill="B7DDE8" w:val="clear"/>
        </w:rPr>
        <w:t>who alone stretched out the heavens</w:t>
      </w:r>
      <w:r>
        <w:rPr>
          <w:b w:val="false"/>
          <w:i w:val="false"/>
          <w:color w:val="000000"/>
          <w:u w:val="none"/>
        </w:rPr>
        <w:t xml:space="preserve"> [3MGM]</w:t>
      </w:r>
      <w:r>
        <w:rPr>
          <w:u w:val="none"/>
        </w:rPr>
        <w:t xml:space="preserve">, </w:t>
      </w:r>
      <w:r>
        <w:rPr>
          <w:u w:val="none"/>
          <w:shd w:fill="B7DDE8" w:val="clear"/>
        </w:rPr>
        <w:t>who by Myself spread out the earth</w:t>
      </w:r>
      <w:r>
        <w:rPr>
          <w:b w:val="false"/>
          <w:i w:val="false"/>
          <w:color w:val="000000"/>
          <w:u w:val="none"/>
        </w:rPr>
        <w:t xml:space="preserve"> [1MGN]</w:t>
      </w:r>
      <w:r>
        <w:rPr>
          <w:u w:val="none"/>
        </w:rPr>
        <w:t xml:space="preserve">, </w:t>
      </w:r>
      <w:r>
        <w:rPr>
          <w:u w:val="none"/>
          <w:shd w:fill="B7DDE8" w:val="clear"/>
        </w:rPr>
        <w:t>who foils the signs of false prophets and makes fools of diviners</w:t>
      </w:r>
      <w:r>
        <w:rPr>
          <w:b w:val="false"/>
          <w:i w:val="false"/>
          <w:color w:val="000000"/>
          <w:u w:val="none"/>
        </w:rPr>
        <w:t xml:space="preserve"> [1IO]</w:t>
      </w:r>
      <w:r>
        <w:rPr>
          <w:u w:val="none"/>
        </w:rPr>
        <w:t xml:space="preserve">, </w:t>
      </w:r>
      <w:r>
        <w:rPr>
          <w:u w:val="none"/>
          <w:shd w:fill="B7DDE8" w:val="clear"/>
        </w:rPr>
        <w:t>who confounds the wise and turns their knowledge into nonsense</w:t>
      </w:r>
      <w:r>
        <w:rPr>
          <w:b w:val="false"/>
          <w:i w:val="false"/>
          <w:color w:val="000000"/>
          <w:u w:val="none"/>
        </w:rPr>
        <w:t xml:space="preserve"> [1MF]</w:t>
      </w:r>
      <w:r>
        <w:rPr>
          <w:u w:val="none"/>
        </w:rPr>
        <w:t xml:space="preserve">, </w:t>
      </w:r>
      <w:r>
        <w:rPr>
          <w:u w:val="none"/>
          <w:shd w:fill="B7DDE8" w:val="clear"/>
        </w:rPr>
        <w:t>who confirms the message of His servant and fulfills the counsel of His messengers</w:t>
      </w:r>
      <w:r>
        <w:rPr>
          <w:b w:val="false"/>
          <w:i w:val="false"/>
          <w:color w:val="000000"/>
          <w:u w:val="none"/>
        </w:rPr>
        <w:t xml:space="preserve"> [1IP]</w:t>
      </w:r>
    </w:p>
    <w:p>
      <w:pPr>
        <w:pStyle w:val="Yellow"/>
        <w:rPr/>
      </w:pPr>
      <w:r>
        <w:rPr>
          <w:b/>
        </w:rPr>
        <w:t>Isaiah 55:8-9</w:t>
      </w:r>
      <w:r>
        <w:rPr/>
        <w:t xml:space="preserve"> — “For </w:t>
      </w:r>
      <w:r>
        <w:rPr>
          <w:shd w:fill="B7DDE8" w:val="clear"/>
        </w:rPr>
        <w:t>My thoughts are not your thoughts, neither are your ways My ways</w:t>
      </w:r>
      <w:r>
        <w:rPr>
          <w:b w:val="false"/>
          <w:i w:val="false"/>
          <w:color w:val="000000"/>
          <w:u w:val="none"/>
        </w:rPr>
        <w:t xml:space="preserve"> [1JQ]</w:t>
      </w:r>
      <w:r>
        <w:rPr/>
        <w:t xml:space="preserve">,” declares the LORD. “For </w:t>
      </w:r>
      <w:r>
        <w:rPr>
          <w:shd w:fill="B7DDE8" w:val="clear"/>
        </w:rPr>
        <w:t>as the heavens are higher than the earth, so My ways are higher than your ways and My thoughts than your thoughts</w:t>
      </w:r>
      <w:r>
        <w:rPr>
          <w:b w:val="false"/>
          <w:i w:val="false"/>
          <w:color w:val="000000"/>
          <w:u w:val="none"/>
        </w:rPr>
        <w:t xml:space="preserve"> [1JQ]</w:t>
      </w:r>
      <w:r>
        <w:rPr/>
        <w:t>.</w:t>
      </w:r>
    </w:p>
    <w:p>
      <w:pPr>
        <w:pStyle w:val="Yellow"/>
        <w:rPr/>
      </w:pPr>
      <w:r>
        <w:rPr>
          <w:u w:val="none"/>
        </w:rPr>
        <w:t xml:space="preserve">(Lk16:13 Can’t serve “God and money”) </w:t>
      </w:r>
      <w:r>
        <w:rPr>
          <w:b/>
          <w:u w:val="none"/>
        </w:rPr>
        <w:t>Luke 16:15</w:t>
      </w:r>
      <w:r>
        <w:rPr>
          <w:u w:val="none"/>
        </w:rPr>
        <w:t xml:space="preserve"> — </w:t>
      </w:r>
      <w:r>
        <w:rPr>
          <w:u w:val="none"/>
          <w:color w:val="000000"/>
        </w:rPr>
        <w:t>You are the ones who justify yourselves before men</w:t>
      </w:r>
      <w:r>
        <w:rPr>
          <w:b w:val="false"/>
          <w:i w:val="false"/>
          <w:color w:val="000000"/>
          <w:u w:val="none"/>
        </w:rPr>
        <w:t xml:space="preserve"> [1CET]</w:t>
      </w:r>
      <w:r>
        <w:rPr>
          <w:u w:val="none"/>
        </w:rPr>
        <w:t xml:space="preserve">, but </w:t>
      </w:r>
      <w:r>
        <w:rPr>
          <w:u w:val="none"/>
          <w:shd w:val="clear" w:fill="B7DDE8"/>
        </w:rPr>
        <w:t>God knows your hearts</w:t>
      </w:r>
      <w:r>
        <w:rPr>
          <w:b w:val="false"/>
          <w:i w:val="false"/>
          <w:color w:val="000000"/>
          <w:u w:val="none"/>
        </w:rPr>
        <w:t xml:space="preserve"> [3FC]</w:t>
      </w:r>
      <w:r>
        <w:rPr>
          <w:u w:val="none"/>
        </w:rPr>
        <w:t xml:space="preserve">. For </w:t>
      </w:r>
      <w:r>
        <w:rPr>
          <w:u w:val="none"/>
          <w:shd w:val="clear" w:fill="B7DDE8"/>
        </w:rPr>
        <w:t>what is prized among men is detestable before God</w:t>
      </w:r>
      <w:r>
        <w:rPr>
          <w:b w:val="false"/>
          <w:i w:val="false"/>
          <w:color w:val="000000"/>
          <w:u w:val="none"/>
        </w:rPr>
        <w:t xml:space="preserve"> [1CEU]</w:t>
      </w:r>
      <w:r>
        <w:rPr>
          <w:u w:val="none"/>
        </w:rPr>
        <w:t>.</w:t>
      </w:r>
    </w:p>
    <w:p>
      <w:pPr>
        <w:pStyle w:val="Yellow"/>
        <w:rPr/>
      </w:pPr>
      <w:r>
        <w:rPr>
          <w:b/>
        </w:rPr>
        <w:t xml:space="preserve">Romans 11:34</w:t>
      </w:r>
      <w:r>
        <w:rPr/>
        <w:t xml:space="preserve"> — “</w:t>
      </w:r>
      <w:r>
        <w:rPr>
          <w:shd w:fill="B7DDE8" w:val="clear"/>
        </w:rPr>
        <w:t xml:space="preserve">Who has known the mind of the Lord</w:t>
      </w:r>
      <w:r>
        <w:rPr>
          <w:b w:val="false"/>
          <w:i w:val="false"/>
          <w:color w:val="000000"/>
          <w:u w:val="none"/>
        </w:rPr>
        <w:t xml:space="preserve"> [1LNU]</w:t>
      </w:r>
      <w:r>
        <w:rPr/>
        <w:t xml:space="preserve">? Or </w:t>
      </w:r>
      <w:r>
        <w:rPr>
          <w:shd w:fill="B7DDE8" w:val="clear"/>
        </w:rPr>
        <w:t xml:space="preserve">who has been His counselor</w:t>
      </w:r>
      <w:r>
        <w:rPr>
          <w:b w:val="false"/>
          <w:i w:val="false"/>
          <w:color w:val="000000"/>
          <w:u w:val="none"/>
        </w:rPr>
        <w:t xml:space="preserve"> [1LNV]</w:t>
      </w:r>
      <w:r>
        <w:rPr/>
        <w:t xml:space="preserve">?”</w:t>
      </w:r>
    </w:p>
    <w:p>
      <w:pPr>
        <w:pStyle w:val="Yellow"/>
        <w:rPr/>
      </w:pPr>
      <w:r>
        <w:rPr>
          <w:b/>
        </w:rPr>
        <w:t xml:space="preserve">1 Corinthians 1:19-20</w:t>
      </w:r>
      <w:r>
        <w:rPr/>
        <w:t xml:space="preserve"> — For it is written: “</w:t>
      </w:r>
      <w:r>
        <w:rPr>
          <w:shd w:fill="B7DDE8" w:val="clear"/>
        </w:rPr>
        <w:t xml:space="preserve">I will destroy the wisdom of the wise</w:t>
      </w:r>
      <w:r>
        <w:rPr>
          <w:b w:val="false"/>
          <w:i w:val="false"/>
          <w:color w:val="000000"/>
          <w:u w:val="none"/>
        </w:rPr>
        <w:t xml:space="preserve"> [2HDE]</w:t>
      </w:r>
      <w:r>
        <w:rPr/>
        <w:t xml:space="preserve">; </w:t>
      </w:r>
      <w:r>
        <w:rPr>
          <w:shd w:fill="B7DDE8" w:val="clear"/>
        </w:rPr>
        <w:t xml:space="preserve">the intelligence of the intelligent I will frustrate</w:t>
      </w:r>
      <w:r>
        <w:rPr>
          <w:b w:val="false"/>
          <w:i w:val="false"/>
          <w:color w:val="000000"/>
          <w:u w:val="none"/>
        </w:rPr>
        <w:t xml:space="preserve"> [2HDE]</w:t>
      </w:r>
      <w:r>
        <w:rPr/>
        <w:t xml:space="preserve">.” Has not </w:t>
      </w:r>
      <w:r>
        <w:rPr>
          <w:shd w:fill="B7DDE8" w:val="clear"/>
        </w:rPr>
        <w:t xml:space="preserve">God made foolish the wisdom of the world</w:t>
      </w:r>
      <w:r>
        <w:rPr>
          <w:b w:val="false"/>
          <w:i w:val="false"/>
          <w:color w:val="000000"/>
          <w:u w:val="none"/>
        </w:rPr>
        <w:t xml:space="preserve"> [1IQD]</w:t>
      </w:r>
      <w:r>
        <w:rPr/>
        <w:t xml:space="preserve">?</w:t>
      </w:r>
    </w:p>
    <w:p>
      <w:pPr>
        <w:pStyle w:val="Yellow"/>
        <w:rPr/>
      </w:pPr>
      <w:r>
        <w:rPr/>
        <w:t xml:space="preserve">(1Co1:24 “Christ the power of God and the wisdom of God”) </w:t>
      </w:r>
      <w:r>
        <w:rPr>
          <w:b/>
        </w:rPr>
        <w:t>1 Corinthians 1:25</w:t>
      </w:r>
      <w:r>
        <w:rPr/>
        <w:t xml:space="preserve"> — {For} </w:t>
      </w:r>
      <w:r>
        <w:rPr>
          <w:shd w:fill="B7DDE8" w:val="clear"/>
        </w:rPr>
        <w:t xml:space="preserve">the foolishness of God is wiser than man’s </w:t>
      </w:r>
      <w:r>
        <w:rPr>
          <w:shd w:fill="B7DDE8" w:val="clear"/>
        </w:rPr>
        <w:t>wisdom</w:t>
      </w:r>
      <w:r>
        <w:rPr>
          <w:shd w:fill="B7DDE8" w:val="clear"/>
        </w:rPr>
        <w:t>, and the weakness of God is stronger than man’s strength</w:t>
      </w:r>
      <w:r>
        <w:rPr>
          <w:b w:val="false"/>
          <w:i w:val="false"/>
          <w:color w:val="000000"/>
          <w:u w:val="none"/>
        </w:rPr>
        <w:t xml:space="preserve"> [1XM]</w:t>
      </w:r>
      <w:r>
        <w:rPr/>
        <w:t>.</w:t>
      </w:r>
    </w:p>
    <w:p>
      <w:pPr>
        <w:pStyle w:val="Yellow"/>
        <w:rPr/>
      </w:pPr>
      <w:r>
        <w:rPr/>
        <w:t xml:space="preserve">(1Co2:11 “the Spirit of God”) </w:t>
      </w:r>
      <w:r>
        <w:rPr>
          <w:b/>
        </w:rPr>
        <w:t>1 Corinthians 2:4–5</w:t>
      </w:r>
      <w:r>
        <w:rPr/>
        <w:t xml:space="preserve"> — </w:t>
      </w:r>
      <w:r>
        <w:rPr>
          <w:shd w:val="clear" w:fill="B7DDE8"/>
        </w:rPr>
        <w:t>My message and my preaching were not with persuasive words of wisdom</w:t>
      </w:r>
      <w:r>
        <w:rPr>
          <w:b w:val="false"/>
          <w:i w:val="false"/>
          <w:color w:val="000000"/>
          <w:u w:val="none"/>
        </w:rPr>
        <w:t xml:space="preserve"> [1DAO]</w:t>
      </w:r>
      <w:r>
        <w:rPr/>
        <w:t xml:space="preserve">, but </w:t>
      </w:r>
      <w:r>
        <w:rPr>
          <w:shd w:val="clear" w:fill="B7DDE8"/>
        </w:rPr>
        <w:t>with a demonstration of the {Spirit’s} power</w:t>
      </w:r>
      <w:r>
        <w:rPr>
          <w:b w:val="false"/>
          <w:i w:val="false"/>
          <w:color w:val="000000"/>
          <w:u w:val="none"/>
        </w:rPr>
        <w:t xml:space="preserve"> [1DAP]</w:t>
      </w:r>
      <w:r>
        <w:rPr/>
        <w:t xml:space="preserve">, so that </w:t>
      </w:r>
      <w:r>
        <w:rPr>
          <w:shd w:val="clear" w:fill="B7DDE8"/>
        </w:rPr>
        <w:t>your faith would not rest on men’s wisdom, but on God’s power</w:t>
      </w:r>
      <w:r>
        <w:rPr>
          <w:b w:val="false"/>
          <w:i w:val="false"/>
          <w:color w:val="000000"/>
          <w:u w:val="none"/>
        </w:rPr>
        <w:t xml:space="preserve"> [1DAQ]</w:t>
      </w:r>
      <w:r>
        <w:rPr/>
        <w:t>.</w:t>
      </w:r>
    </w:p>
    <w:p>
      <w:pPr>
        <w:pStyle w:val="Yellow"/>
        <w:rPr/>
      </w:pPr>
      <w:r>
        <w:rPr>
          <w:b/>
        </w:rPr>
        <w:t>1 Corinthians 2:16</w:t>
      </w:r>
      <w:r>
        <w:rPr/>
        <w:t xml:space="preserve"> — “For </w:t>
      </w:r>
      <w:r>
        <w:rPr>
          <w:shd w:fill="548235" w:val="clear" w:color="auto"/>
          <w:color w:val="FFFFFF"/>
        </w:rPr>
        <w:t>who has known the mind of the Lord, so as to instruct Him</w:t>
      </w:r>
      <w:r>
        <w:rPr>
          <w:b w:val="false"/>
          <w:i w:val="false"/>
          <w:color w:val="FFFFFF"/>
          <w:u w:val="none"/>
          <w:shd w:val="clear" w:color="auto" w:fill="548235"/>
        </w:rPr>
        <w:t xml:space="preserve"> [1YT]</w:t>
      </w:r>
      <w:r>
        <w:rPr/>
        <w:t xml:space="preserve">?” But </w:t>
      </w:r>
      <w:r>
        <w:rPr>
          <w:shd w:fill="B7DDE8" w:val="clear"/>
        </w:rPr>
        <w:t>we have the mind of Christ</w:t>
      </w:r>
      <w:r>
        <w:rPr>
          <w:b w:val="false"/>
          <w:i w:val="false"/>
          <w:color w:val="000000"/>
          <w:u w:val="none"/>
        </w:rPr>
        <w:t xml:space="preserve"> [1YU]</w:t>
      </w:r>
      <w:r>
        <w:rPr/>
        <w:t>.</w:t>
      </w:r>
    </w:p>
    <w:p>
      <w:pPr>
        <w:pStyle w:val="Yellow"/>
        <w:rPr/>
      </w:pPr>
      <w:r>
        <w:rPr>
          <w:b/>
          <w:shd w:val="clear" w:color="auto" w:fill="F4B183"/>
          <w:color w:val="000000"/>
        </w:rPr>
        <w:t>1 Corinthians 3:18-19</w:t>
      </w:r>
      <w:r>
        <w:rPr>
          <w:shd w:val="clear" w:color="auto" w:fill="F4B183"/>
          <w:color w:val="000000"/>
        </w:rPr>
        <w:t xml:space="preserve"> — </w:t>
      </w:r>
      <w:r>
        <w:rPr>
          <w:shd w:val="clear" w:fill="F4B183" w:color="auto"/>
          <w:color w:val="000000"/>
        </w:rPr>
        <w:t>If any of you thinks he is wise in this age, he should become a fool, so that he may become wise</w:t>
      </w:r>
      <w:r>
        <w:rPr>
          <w:b w:val="false"/>
          <w:i w:val="false"/>
          <w:color w:val="000000"/>
          <w:u w:val="none"/>
          <w:shd w:val="clear" w:color="auto" w:fill="F4B183"/>
        </w:rPr>
        <w:t xml:space="preserve"> [1EPK]</w:t>
      </w:r>
      <w:r>
        <w:rPr>
          <w:shd w:val="clear" w:color="auto" w:fill="F4B183"/>
          <w:color w:val="000000"/>
        </w:rPr>
        <w:t xml:space="preserve">. For </w:t>
      </w:r>
      <w:r>
        <w:rPr>
          <w:shd w:val="clear" w:fill="F4B183" w:color="auto"/>
          <w:color w:val="000000"/>
        </w:rPr>
        <w:t>the wisdom of this world is foolishness in God’s sight</w:t>
      </w:r>
      <w:r>
        <w:rPr>
          <w:b w:val="false"/>
          <w:i w:val="false"/>
          <w:color w:val="000000"/>
          <w:u w:val="none"/>
          <w:shd w:val="clear" w:color="auto" w:fill="F4B183"/>
        </w:rPr>
        <w:t xml:space="preserve"> [1EPL]</w:t>
      </w:r>
      <w:r>
        <w:rPr>
          <w:shd w:val="clear" w:color="auto" w:fill="F4B183"/>
          <w:color w:val="000000"/>
        </w:rPr>
        <w:t>. As it is written: “</w:t>
      </w:r>
      <w:r>
        <w:rPr>
          <w:shd w:val="clear" w:fill="F4B183" w:color="auto"/>
          <w:color w:val="000000"/>
        </w:rPr>
        <w:t>He catches the wise in their craftiness</w:t>
      </w:r>
      <w:r>
        <w:rPr>
          <w:b w:val="false"/>
          <w:i w:val="false"/>
          <w:color w:val="000000"/>
          <w:u w:val="none"/>
          <w:shd w:val="clear" w:color="auto" w:fill="F4B183"/>
        </w:rPr>
        <w:t xml:space="preserve"> [1EPM]</w:t>
      </w:r>
      <w:r>
        <w:rPr>
          <w:shd w:val="clear" w:color="auto" w:fill="F4B183"/>
          <w:color w:val="000000"/>
        </w:rPr>
        <w:t>.”</w:t>
      </w:r>
    </w:p>
    <w:p>
      <w:pPr>
        <w:pStyle w:val="Yellow"/>
        <w:rPr/>
      </w:pPr>
      <w:r>
        <w:rPr/>
        <w:t xml:space="preserve">(Ja3:14ᶜ when you “harbor bitter jealousy and selfish ambition”) </w:t>
      </w:r>
      <w:r>
        <w:rPr>
          <w:b/>
        </w:rPr>
        <w:t>James 3:15</w:t>
      </w:r>
      <w:r>
        <w:rPr/>
        <w:t xml:space="preserve"> — </w:t>
      </w:r>
      <w:r>
        <w:rPr>
          <w:shd w:fill="B7DDE8" w:val="clear"/>
        </w:rPr>
        <w:t xml:space="preserve">{Such </w:t>
      </w:r>
      <w:r>
        <w:rPr>
          <w:shd w:fill="B7DDE8" w:val="clear"/>
        </w:rPr>
        <w:t>wisdom</w:t>
      </w:r>
      <w:r>
        <w:rPr>
          <w:shd w:fill="B7DDE8" w:val="clear"/>
        </w:rPr>
        <w:t>} does not come from above</w:t>
      </w:r>
      <w:r>
        <w:rPr>
          <w:b w:val="false"/>
          <w:i w:val="false"/>
          <w:color w:val="000000"/>
          <w:u w:val="none"/>
        </w:rPr>
        <w:t xml:space="preserve"> [1XO]</w:t>
      </w:r>
      <w:r>
        <w:rPr/>
        <w:t xml:space="preserve">, but </w:t>
      </w:r>
      <w:r>
        <w:rPr>
          <w:shd w:fill="B7DDE8" w:val="clear"/>
        </w:rPr>
        <w:t>is earthly, unspiritual, demonic</w:t>
      </w:r>
      <w:r>
        <w:rPr>
          <w:b w:val="false"/>
          <w:i w:val="false"/>
          <w:color w:val="000000"/>
          <w:u w:val="none"/>
        </w:rPr>
        <w:t xml:space="preserve"> [1XP]</w:t>
      </w:r>
      <w:r>
        <w:rPr/>
        <w:t>.</w:t>
      </w:r>
    </w:p>
    <w:p>
      <w:r>
        <w:rPr>
          <w:b/>
          <w:sz w:val="32"/>
          <w:highlight w:val="yellow"/>
        </w:rPr>
        <w:t>Greed and Love of Money  (15)</w:t>
      </w:r>
    </w:p>
    <w:p>
      <w:pPr>
        <w:pStyle w:val="Yellow"/>
        <w:rPr/>
      </w:pPr>
      <w:r>
        <w:rPr/>
        <w:t xml:space="preserve">(Pr1:11–16 sinners plan to ambush the innocent) </w:t>
      </w:r>
      <w:r>
        <w:rPr>
          <w:b/>
        </w:rPr>
        <w:t xml:space="preserve">Proverbs 1:18–19</w:t>
      </w:r>
      <w:r>
        <w:rPr/>
        <w:t xml:space="preserve"> — {But} </w:t>
      </w:r>
      <w:r>
        <w:rPr>
          <w:shd w:fill="B7DDE8" w:val="clear"/>
        </w:rPr>
        <w:t xml:space="preserve">{they} lie in wait for their own blood</w:t>
      </w:r>
      <w:r>
        <w:rPr>
          <w:b w:val="false"/>
          <w:i w:val="false"/>
          <w:u w:val="none"/>
          <w:color w:val="000000"/>
        </w:rPr>
        <w:t xml:space="preserve"> [1IBV]</w:t>
      </w:r>
      <w:r>
        <w:rPr/>
        <w:t xml:space="preserve">; </w:t>
      </w:r>
      <w:r>
        <w:rPr>
          <w:shd w:fill="B7DDE8" w:val="clear"/>
        </w:rPr>
        <w:t xml:space="preserve">they ambush their own lives</w:t>
      </w:r>
      <w:r>
        <w:rPr>
          <w:b w:val="false"/>
          <w:i w:val="false"/>
          <w:color w:val="000000"/>
          <w:u w:val="none"/>
        </w:rPr>
        <w:t xml:space="preserve"> [1IBW]</w:t>
      </w:r>
      <w:r>
        <w:rPr/>
        <w:t xml:space="preserve">. </w:t>
      </w:r>
      <w:r>
        <w:rPr>
          <w:shd w:fill="B7DDE8" w:val="clear"/>
        </w:rPr>
        <w:t xml:space="preserve">Such is the fate of all who are greedy, whose unjust gain takes the lives of its possessors</w:t>
      </w:r>
      <w:r>
        <w:rPr>
          <w:b w:val="false"/>
          <w:i w:val="false"/>
          <w:color w:val="000000"/>
          <w:u w:val="none"/>
        </w:rPr>
        <w:t xml:space="preserve"> [1IBX]</w:t>
      </w:r>
      <w:r>
        <w:rPr/>
        <w:t xml:space="preserve">.</w:t>
      </w:r>
    </w:p>
    <w:p>
      <w:pPr>
        <w:pStyle w:val="Yellow"/>
        <w:rPr/>
      </w:pPr>
      <w:r>
        <w:rPr>
          <w:b/>
        </w:rPr>
        <w:t xml:space="preserve">Proverbs 15:27</w:t>
      </w:r>
      <w:r>
        <w:rPr/>
        <w:t xml:space="preserve"> — </w:t>
      </w:r>
      <w:r>
        <w:rPr>
          <w:shd w:fill="B7DDE8" w:val="clear"/>
        </w:rPr>
        <w:t xml:space="preserve">He who is greedy for unjust gain brings trouble on his household</w:t>
      </w:r>
      <w:r>
        <w:rPr>
          <w:b w:val="false"/>
          <w:i w:val="false"/>
          <w:color w:val="000000"/>
          <w:u w:val="none"/>
        </w:rPr>
        <w:t xml:space="preserve"> [1IJE]</w:t>
      </w:r>
      <w:r>
        <w:rPr/>
        <w:t xml:space="preserve">, but </w:t>
      </w:r>
      <w:r>
        <w:rPr>
          <w:shd w:fill="B7DDE8" w:val="clear"/>
        </w:rPr>
        <w:t xml:space="preserve">he who hates bribes will live</w:t>
      </w:r>
      <w:r>
        <w:rPr>
          <w:b w:val="false"/>
          <w:i w:val="false"/>
          <w:color w:val="000000"/>
          <w:u w:val="none"/>
        </w:rPr>
        <w:t xml:space="preserve"> [1IJF]</w:t>
      </w:r>
      <w:r>
        <w:rPr/>
        <w:t xml:space="preserve">.</w:t>
      </w:r>
    </w:p>
    <w:p>
      <w:pPr>
        <w:pStyle w:val="Yellow"/>
        <w:rPr/>
      </w:pPr>
      <w:r>
        <w:rPr>
          <w:b/>
        </w:rPr>
        <w:t xml:space="preserve">Proverbs 22:16</w:t>
      </w:r>
      <w:r>
        <w:rPr/>
        <w:t xml:space="preserve"> — </w:t>
      </w:r>
      <w:r>
        <w:rPr>
          <w:shd w:fill="B7DDE8" w:val="clear"/>
        </w:rPr>
        <w:t xml:space="preserve">Oppressing the poor to enrich oneself</w:t>
      </w:r>
      <w:r>
        <w:rPr>
          <w:b w:val="false"/>
          <w:i w:val="false"/>
          <w:color w:val="000000"/>
          <w:u w:val="none"/>
        </w:rPr>
        <w:t xml:space="preserve"> [1HEL]</w:t>
      </w:r>
      <w:r>
        <w:rPr/>
        <w:t xml:space="preserve"> or </w:t>
      </w:r>
      <w:r>
        <w:rPr>
          <w:shd w:fill="B7DDE8" w:val="clear"/>
        </w:rPr>
        <w:t xml:space="preserve">giving gifts to the rich</w:t>
      </w:r>
      <w:r>
        <w:rPr>
          <w:b w:val="false"/>
          <w:i w:val="false"/>
          <w:color w:val="000000"/>
          <w:u w:val="none"/>
        </w:rPr>
        <w:t xml:space="preserve"> [1HEM]</w:t>
      </w:r>
      <w:r>
        <w:rPr/>
        <w:t xml:space="preserve"> </w:t>
      </w:r>
      <w:r>
        <w:rPr>
          <w:shd w:fill="B7DDE8" w:val="clear"/>
        </w:rPr>
        <w:t xml:space="preserve">will surely lead to poverty</w:t>
      </w:r>
      <w:r>
        <w:rPr>
          <w:b w:val="false"/>
          <w:i w:val="false"/>
          <w:color w:val="000000"/>
          <w:u w:val="none"/>
        </w:rPr>
        <w:t xml:space="preserve"> [1HEN]</w:t>
      </w:r>
      <w:r>
        <w:rPr/>
        <w:t xml:space="preserve">.</w:t>
      </w:r>
    </w:p>
    <w:p>
      <w:pPr>
        <w:pStyle w:val="Yellow"/>
        <w:rPr/>
      </w:pPr>
      <w:r>
        <w:rPr>
          <w:b/>
          <w:color w:val="auto"/>
        </w:rPr>
        <w:t>Proverbs 27:24</w:t>
      </w:r>
      <w:r>
        <w:rPr>
          <w:color w:val="auto"/>
        </w:rPr>
        <w:t xml:space="preserve"> — </w:t>
      </w:r>
      <w:r>
        <w:rPr>
          <w:color w:val="auto"/>
        </w:rPr>
        <w:t>riches are not forever</w:t>
      </w:r>
      <w:r>
        <w:rPr>
          <w:b w:val="false"/>
          <w:i w:val="false"/>
          <w:color w:val="auto"/>
          <w:u w:val="none"/>
        </w:rPr>
        <w:t xml:space="preserve"> [1FEC]</w:t>
      </w:r>
      <w:r>
        <w:rPr>
          <w:color w:val="auto"/>
        </w:rPr>
        <w:t xml:space="preserve">, </w:t>
      </w:r>
      <w:r>
        <w:rPr>
          <w:color w:val="auto"/>
        </w:rPr>
        <w:t>nor does a crown endure to every generation</w:t>
      </w:r>
      <w:r>
        <w:rPr>
          <w:b w:val="false"/>
          <w:i w:val="false"/>
          <w:color w:val="auto"/>
          <w:u w:val="none"/>
        </w:rPr>
        <w:t xml:space="preserve"> [1FED]</w:t>
      </w:r>
      <w:r>
        <w:rPr>
          <w:color w:val="auto"/>
        </w:rPr>
        <w:t>.</w:t>
      </w:r>
    </w:p>
    <w:p>
      <w:pPr>
        <w:pStyle w:val="Yellow"/>
        <w:rPr/>
      </w:pPr>
      <w:r>
        <w:rPr>
          <w:b/>
        </w:rPr>
        <w:t xml:space="preserve">Proverbs 28:22</w:t>
      </w:r>
      <w:r>
        <w:rPr/>
        <w:t xml:space="preserve"> — </w:t>
      </w:r>
      <w:r>
        <w:rPr>
          <w:shd w:fill="B7DDE8" w:val="clear"/>
        </w:rPr>
        <w:t xml:space="preserve">A stingy man hastens after wealth</w:t>
      </w:r>
      <w:r>
        <w:rPr>
          <w:b w:val="false"/>
          <w:i w:val="false"/>
          <w:color w:val="000000"/>
          <w:u w:val="none"/>
        </w:rPr>
        <w:t xml:space="preserve"> [1HDT]</w:t>
      </w:r>
      <w:r>
        <w:rPr/>
        <w:t xml:space="preserve"> and </w:t>
      </w:r>
      <w:r>
        <w:rPr>
          <w:shd w:fill="B7DDE8" w:val="clear"/>
        </w:rPr>
        <w:t xml:space="preserve">does not know that poverty awaits him</w:t>
      </w:r>
      <w:r>
        <w:rPr>
          <w:b w:val="false"/>
          <w:i w:val="false"/>
          <w:color w:val="000000"/>
          <w:u w:val="none"/>
        </w:rPr>
        <w:t xml:space="preserve"> [1HDU]</w:t>
      </w:r>
      <w:r>
        <w:rPr/>
        <w:t xml:space="preserve">.</w:t>
      </w:r>
    </w:p>
    <w:p>
      <w:pPr>
        <w:pStyle w:val="Yellow"/>
        <w:rPr/>
      </w:pPr>
      <w:r>
        <w:rPr>
          <w:b/>
          <w:color w:val="auto"/>
        </w:rPr>
        <w:t xml:space="preserve">Ecclesiastes 5:10</w:t>
      </w:r>
      <w:r>
        <w:rPr>
          <w:color w:val="auto"/>
        </w:rPr>
        <w:t xml:space="preserve"> — </w:t>
      </w:r>
      <w:r>
        <w:rPr>
          <w:color w:val="auto"/>
        </w:rPr>
        <w:t xml:space="preserve">He who loves money is never satisfied by money</w:t>
      </w:r>
      <w:r>
        <w:rPr>
          <w:b w:val="false"/>
          <w:i w:val="false"/>
          <w:color w:val="auto"/>
          <w:u w:val="none"/>
        </w:rPr>
        <w:t xml:space="preserve"> [1HEO]</w:t>
      </w:r>
      <w:r>
        <w:rPr>
          <w:color w:val="auto"/>
        </w:rPr>
        <w:t xml:space="preserve">, and </w:t>
      </w:r>
      <w:r>
        <w:rPr>
          <w:color w:val="auto"/>
        </w:rPr>
        <w:t xml:space="preserve">he who loves wealth is never satisfied by income</w:t>
      </w:r>
      <w:r>
        <w:rPr>
          <w:b w:val="false"/>
          <w:i w:val="false"/>
          <w:color w:val="auto"/>
          <w:u w:val="none"/>
        </w:rPr>
        <w:t xml:space="preserve"> [1HEO]</w:t>
      </w:r>
      <w:r>
        <w:rPr>
          <w:color w:val="auto"/>
        </w:rPr>
        <w:t xml:space="preserve">.</w:t>
      </w:r>
    </w:p>
    <w:p>
      <w:pPr>
        <w:pStyle w:val="Yellow"/>
        <w:rPr/>
      </w:pPr>
      <w:r>
        <w:rPr>
          <w:b/>
        </w:rPr>
        <w:t>Jeremiah 17:11</w:t>
      </w:r>
      <w:r>
        <w:rPr/>
        <w:t xml:space="preserve"> — </w:t>
      </w:r>
      <w:r>
        <w:rPr>
          <w:shd w:val="clear" w:fill="B7DDE8"/>
        </w:rPr>
        <w:t>Like a partridge hatching eggs it did not lay is the man who makes a fortune unjustly</w:t>
      </w:r>
      <w:r>
        <w:rPr>
          <w:b w:val="false"/>
          <w:i w:val="false"/>
          <w:color w:val="000000"/>
          <w:u w:val="none"/>
        </w:rPr>
        <w:t xml:space="preserve"> [1EMZ]</w:t>
      </w:r>
      <w:r>
        <w:rPr/>
        <w:t xml:space="preserve">. </w:t>
      </w:r>
      <w:r>
        <w:rPr>
          <w:shd w:val="clear" w:fill="B7DDE8"/>
        </w:rPr>
        <w:t>In the middle of his days his riches will desert him</w:t>
      </w:r>
      <w:r>
        <w:rPr>
          <w:b w:val="false"/>
          <w:i w:val="false"/>
          <w:color w:val="000000"/>
          <w:u w:val="none"/>
        </w:rPr>
        <w:t xml:space="preserve"> [1ENA]</w:t>
      </w:r>
      <w:r>
        <w:rPr/>
        <w:t xml:space="preserve">, and </w:t>
      </w:r>
      <w:r>
        <w:rPr>
          <w:shd w:val="clear" w:fill="B7DDE8"/>
        </w:rPr>
        <w:t>in the end he will be the fool</w:t>
      </w:r>
      <w:r>
        <w:rPr>
          <w:b w:val="false"/>
          <w:i w:val="false"/>
          <w:color w:val="000000"/>
          <w:u w:val="none"/>
        </w:rPr>
        <w:t xml:space="preserve"> [1ENB]</w:t>
      </w:r>
      <w:r>
        <w:rPr/>
        <w:t>.”</w:t>
      </w:r>
    </w:p>
    <w:p>
      <w:pPr>
        <w:pStyle w:val="Yellow"/>
        <w:rPr/>
      </w:pPr>
      <w:r>
        <w:rPr>
          <w:b/>
        </w:rPr>
        <w:t xml:space="preserve">Matthew 6:24</w:t>
      </w:r>
      <w:r>
        <w:rPr/>
        <w:t xml:space="preserve"> — </w:t>
      </w:r>
      <w:r>
        <w:rPr>
          <w:shd w:fill="B7DDE8" w:val="clear"/>
        </w:rPr>
        <w:t xml:space="preserve">No one can serve two masters</w:t>
      </w:r>
      <w:r>
        <w:rPr>
          <w:b w:val="false"/>
          <w:i w:val="false"/>
          <w:color w:val="000000"/>
          <w:u w:val="none"/>
        </w:rPr>
        <w:t xml:space="preserve"> [1HTK]</w:t>
      </w:r>
      <w:r>
        <w:rPr/>
        <w:t xml:space="preserve">. </w:t>
      </w:r>
      <w:r>
        <w:rPr>
          <w:shd w:fill="B7DDE8" w:val="clear"/>
        </w:rPr>
        <w:t xml:space="preserve">Either he will hate the one and love the other, or he will be devoted to the one and despise the other</w:t>
      </w:r>
      <w:r>
        <w:rPr>
          <w:b w:val="false"/>
          <w:i w:val="false"/>
          <w:color w:val="000000"/>
          <w:u w:val="none"/>
        </w:rPr>
        <w:t xml:space="preserve"> [1HTL]</w:t>
      </w:r>
      <w:r>
        <w:rPr/>
        <w:t xml:space="preserve">. </w:t>
      </w:r>
      <w:r>
        <w:rPr>
          <w:shd w:fill="B7DDE8" w:val="clear"/>
        </w:rPr>
        <w:t xml:space="preserve">You cannot serve both God and money</w:t>
      </w:r>
      <w:r>
        <w:rPr>
          <w:b w:val="false"/>
          <w:i w:val="false"/>
          <w:color w:val="000000"/>
          <w:u w:val="none"/>
        </w:rPr>
        <w:t xml:space="preserve"> [2HTJ]</w:t>
      </w:r>
      <w:r>
        <w:rPr/>
        <w:t xml:space="preserve">.</w:t>
      </w:r>
    </w:p>
    <w:p>
      <w:pPr>
        <w:pStyle w:val="Yellow"/>
        <w:rPr/>
      </w:pPr>
      <w:r>
        <w:rPr>
          <w:b/>
        </w:rPr>
        <w:t xml:space="preserve">Matthew 16:26</w:t>
      </w:r>
      <w:r>
        <w:rPr/>
        <w:t xml:space="preserve"> — </w:t>
      </w:r>
      <w:r>
        <w:rPr>
          <w:shd w:fill="B7DDE8" w:val="clear"/>
        </w:rPr>
        <w:t xml:space="preserve">What will it profit a man if he gains the whole world, yet forfeits his soul</w:t>
      </w:r>
      <w:r>
        <w:rPr>
          <w:b w:val="false"/>
          <w:i w:val="false"/>
          <w:color w:val="000000"/>
          <w:u w:val="none"/>
        </w:rPr>
        <w:t xml:space="preserve"> [1KYE]</w:t>
      </w:r>
      <w:r>
        <w:rPr/>
        <w:t xml:space="preserve">? Or </w:t>
      </w:r>
      <w:r>
        <w:rPr>
          <w:shd w:fill="B7DDE8" w:val="clear"/>
        </w:rPr>
        <w:t xml:space="preserve">what can a man give in exchange for his soul</w:t>
      </w:r>
      <w:r>
        <w:rPr>
          <w:b w:val="false"/>
          <w:i w:val="false"/>
          <w:color w:val="000000"/>
          <w:u w:val="none"/>
        </w:rPr>
        <w:t xml:space="preserve"> [1KYF]</w:t>
      </w:r>
      <w:r>
        <w:rPr/>
        <w:t xml:space="preserve">?</w:t>
      </w:r>
    </w:p>
    <w:p>
      <w:pPr>
        <w:pStyle w:val="Yellow"/>
        <w:rPr/>
      </w:pPr>
      <w:r>
        <w:rPr>
          <w:b/>
          <w:shd w:val="clear" w:color="auto" w:fill="C00000"/>
          <w:color w:val="FFFFFF"/>
        </w:rPr>
        <w:t xml:space="preserve">Luke 16:13</w:t>
      </w:r>
      <w:r>
        <w:rPr>
          <w:shd w:val="clear" w:color="auto" w:fill="C00000"/>
          <w:color w:val="FFFFFF"/>
        </w:rPr>
        <w:t xml:space="preserve"> — </w:t>
      </w:r>
      <w:r>
        <w:rPr>
          <w:shd w:val="clear" w:color="auto" w:fill="C00000"/>
          <w:color w:val="FFFFFF"/>
        </w:rPr>
        <w:t xml:space="preserve">You cannot serve both God and money</w:t>
      </w:r>
      <w:r>
        <w:rPr>
          <w:b w:val="false"/>
          <w:i w:val="false"/>
          <w:u w:val="none"/>
          <w:shd w:val="clear" w:color="auto" w:fill="C00000"/>
          <w:color w:val="FFFFFF"/>
        </w:rPr>
        <w:t xml:space="preserve"> [2HTJ]</w:t>
      </w:r>
      <w:r>
        <w:rPr>
          <w:shd w:val="clear" w:color="auto" w:fill="C00000"/>
          <w:color w:val="FFFFFF"/>
        </w:rPr>
        <w:t xml:space="preserve">.</w:t>
      </w:r>
    </w:p>
    <w:p>
      <w:pPr>
        <w:pStyle w:val="Yellow"/>
        <w:rPr/>
      </w:pPr>
      <w:r>
        <w:rPr>
          <w:b/>
          <w:color w:val="auto"/>
        </w:rPr>
        <w:t xml:space="preserve">Acts 8:20-21</w:t>
      </w:r>
      <w:r>
        <w:rPr>
          <w:color w:val="auto"/>
        </w:rPr>
        <w:t xml:space="preserve"> — “</w:t>
      </w:r>
      <w:r>
        <w:rPr>
          <w:color w:val="auto"/>
        </w:rPr>
        <w:t xml:space="preserve">May your silver perish with you, because you thought you could buy the gift of God with money</w:t>
      </w:r>
      <w:r>
        <w:rPr>
          <w:b w:val="false"/>
          <w:i w:val="false"/>
          <w:color w:val="auto"/>
          <w:u w:val="none"/>
        </w:rPr>
        <w:t xml:space="preserve"> [1GMC]</w:t>
      </w:r>
      <w:r>
        <w:rPr>
          <w:color w:val="auto"/>
        </w:rPr>
        <w:t xml:space="preserve">! </w:t>
      </w:r>
      <w:r>
        <w:rPr>
          <w:color w:val="auto"/>
        </w:rPr>
        <w:t xml:space="preserve">You have no part or share in our ministry, because your heart is not right before God</w:t>
      </w:r>
      <w:r>
        <w:rPr>
          <w:b w:val="false"/>
          <w:i w:val="false"/>
          <w:color w:val="auto"/>
          <w:u w:val="none"/>
        </w:rPr>
        <w:t xml:space="preserve"> [1GMD]</w:t>
      </w:r>
      <w:r>
        <w:rPr>
          <w:color w:val="auto"/>
        </w:rPr>
        <w:t xml:space="preserve">.</w:t>
      </w:r>
    </w:p>
    <w:p>
      <w:pPr>
        <w:pStyle w:val="Yellow"/>
        <w:rPr/>
      </w:pPr>
      <w:r>
        <w:rPr>
          <w:b/>
        </w:rPr>
        <w:t xml:space="preserve">1 Timothy 6:9</w:t>
      </w:r>
      <w:r>
        <w:rPr/>
        <w:t xml:space="preserve"> — </w:t>
      </w:r>
      <w:r>
        <w:rPr>
          <w:shd w:fill="B7DDE8" w:val="clear"/>
        </w:rPr>
        <w:t xml:space="preserve">Those who want to be rich, however, fall into temptation</w:t>
      </w:r>
      <w:r>
        <w:rPr>
          <w:b w:val="false"/>
          <w:i w:val="false"/>
          <w:color w:val="000000"/>
          <w:u w:val="none"/>
        </w:rPr>
        <w:t xml:space="preserve"> [1HDY]</w:t>
      </w:r>
      <w:r>
        <w:rPr/>
        <w:t xml:space="preserve"> and </w:t>
      </w:r>
      <w:r>
        <w:rPr>
          <w:shd w:fill="B7DDE8" w:val="clear"/>
        </w:rPr>
        <w:t xml:space="preserve">become ensnared by many foolish and harmful desires</w:t>
      </w:r>
      <w:r>
        <w:rPr>
          <w:b w:val="false"/>
          <w:i w:val="false"/>
          <w:color w:val="000000"/>
          <w:u w:val="none"/>
        </w:rPr>
        <w:t xml:space="preserve"> [1HDZ]</w:t>
      </w:r>
      <w:r>
        <w:rPr/>
        <w:t xml:space="preserve"> </w:t>
      </w:r>
      <w:r>
        <w:rPr>
          <w:shd w:fill="B7DDE8" w:val="clear"/>
        </w:rPr>
        <w:t xml:space="preserve">that plunge them into ruin and destruction</w:t>
      </w:r>
      <w:r>
        <w:rPr>
          <w:b w:val="false"/>
          <w:i w:val="false"/>
          <w:color w:val="000000"/>
          <w:u w:val="none"/>
        </w:rPr>
        <w:t xml:space="preserve"> [1HEA]</w:t>
      </w:r>
      <w:r>
        <w:rPr/>
        <w:t xml:space="preserve">.</w:t>
      </w:r>
    </w:p>
    <w:p>
      <w:pPr>
        <w:pStyle w:val="Yellow"/>
        <w:rPr/>
      </w:pPr>
      <w:r>
        <w:rPr>
          <w:b/>
        </w:rPr>
        <w:t>1 Timothy 6:10</w:t>
      </w:r>
      <w:r>
        <w:rPr/>
        <w:t xml:space="preserve"> — For </w:t>
      </w:r>
      <w:r>
        <w:rPr>
          <w:shd w:val="clear" w:fill="B7DDE8"/>
        </w:rPr>
        <w:t>the love of money is the root of all kinds of evil</w:t>
      </w:r>
      <w:r>
        <w:rPr>
          <w:b w:val="false"/>
          <w:i w:val="false"/>
          <w:color w:val="000000"/>
          <w:u w:val="none"/>
        </w:rPr>
        <w:t xml:space="preserve"> [1DER]</w:t>
      </w:r>
      <w:r>
        <w:rPr/>
        <w:t xml:space="preserve">. </w:t>
      </w:r>
      <w:r>
        <w:rPr>
          <w:shd w:val="clear" w:fill="B7DDE8"/>
        </w:rPr>
        <w:t>By craving it, some have wandered away from the faith</w:t>
      </w:r>
      <w:r>
        <w:rPr>
          <w:b w:val="false"/>
          <w:i w:val="false"/>
          <w:color w:val="000000"/>
          <w:u w:val="none"/>
        </w:rPr>
        <w:t xml:space="preserve"> [1DES]</w:t>
      </w:r>
      <w:r>
        <w:rPr/>
        <w:t xml:space="preserve"> and </w:t>
      </w:r>
      <w:r>
        <w:rPr>
          <w:shd w:val="clear" w:fill="B7DDE8"/>
        </w:rPr>
        <w:t>pierced themselves with many sorrows</w:t>
      </w:r>
      <w:r>
        <w:rPr>
          <w:b w:val="false"/>
          <w:i w:val="false"/>
          <w:color w:val="000000"/>
          <w:u w:val="none"/>
        </w:rPr>
        <w:t xml:space="preserve"> [1DET]</w:t>
      </w:r>
      <w:r>
        <w:rPr/>
        <w:t>.</w:t>
      </w:r>
    </w:p>
    <w:p>
      <w:pPr>
        <w:pStyle w:val="Yellow"/>
        <w:rPr/>
      </w:pPr>
      <w:r>
        <w:rPr>
          <w:b/>
        </w:rPr>
        <w:t xml:space="preserve">James 1:11</w:t>
      </w:r>
      <w:r>
        <w:rPr/>
        <w:t xml:space="preserve"> — For </w:t>
      </w:r>
      <w:r>
        <w:rPr>
          <w:shd w:fill="B7DDE8" w:val="clear"/>
        </w:rPr>
        <w:t xml:space="preserve">the sun rises with scorching heat and withers the plant; its flower falls and its beauty is lost</w:t>
      </w:r>
      <w:r>
        <w:rPr>
          <w:b w:val="false"/>
          <w:i w:val="false"/>
          <w:color w:val="000000"/>
          <w:u w:val="none"/>
        </w:rPr>
        <w:t xml:space="preserve"> [1HEC]</w:t>
      </w:r>
      <w:r>
        <w:rPr/>
        <w:t xml:space="preserve">. So too, </w:t>
      </w:r>
      <w:r>
        <w:rPr>
          <w:shd w:fill="B7DDE8" w:val="clear"/>
        </w:rPr>
        <w:t xml:space="preserve">the rich man will fade away in the midst of his pursuits</w:t>
      </w:r>
      <w:r>
        <w:rPr>
          <w:b w:val="false"/>
          <w:i w:val="false"/>
          <w:color w:val="000000"/>
          <w:u w:val="none"/>
        </w:rPr>
        <w:t xml:space="preserve"> [1HEC]</w:t>
      </w:r>
      <w:r>
        <w:rPr/>
        <w:t xml:space="preserve">.</w:t>
      </w:r>
    </w:p>
    <w:p>
      <w:pPr>
        <w:pStyle w:val="Yellow"/>
        <w:rPr/>
      </w:pPr>
      <w:r>
        <w:rPr>
          <w:b/>
        </w:rPr>
        <w:t xml:space="preserve">James 5:1-6</w:t>
      </w:r>
      <w:r>
        <w:rPr/>
        <w:t xml:space="preserve"> — Come now, you who are rich, </w:t>
      </w:r>
      <w:r>
        <w:rPr>
          <w:shd w:fill="B7DDE8" w:val="clear"/>
        </w:rPr>
        <w:t xml:space="preserve">weep and wail over the misery to come upon you</w:t>
      </w:r>
      <w:r>
        <w:rPr>
          <w:b w:val="false"/>
          <w:i w:val="false"/>
          <w:color w:val="000000"/>
          <w:u w:val="none"/>
        </w:rPr>
        <w:t xml:space="preserve"> [1JQI]</w:t>
      </w:r>
      <w:r>
        <w:rPr/>
        <w:t xml:space="preserve">. </w:t>
      </w:r>
      <w:r>
        <w:rPr>
          <w:shd w:fill="B7DDE8" w:val="clear"/>
        </w:rPr>
        <w:t xml:space="preserve">Your riches have rotted</w:t>
      </w:r>
      <w:r>
        <w:rPr>
          <w:b w:val="false"/>
          <w:i w:val="false"/>
          <w:color w:val="000000"/>
          <w:u w:val="none"/>
        </w:rPr>
        <w:t xml:space="preserve"> [1JQJ]</w:t>
      </w:r>
      <w:r>
        <w:rPr/>
        <w:t xml:space="preserve"> and </w:t>
      </w:r>
      <w:r>
        <w:rPr>
          <w:shd w:fill="B7DDE8" w:val="clear"/>
        </w:rPr>
        <w:t xml:space="preserve">moths have eaten your clothes</w:t>
      </w:r>
      <w:r>
        <w:rPr>
          <w:b w:val="false"/>
          <w:i w:val="false"/>
          <w:color w:val="000000"/>
          <w:u w:val="none"/>
        </w:rPr>
        <w:t xml:space="preserve"> [1JQK]</w:t>
      </w:r>
      <w:r>
        <w:rPr/>
        <w:t xml:space="preserve">. </w:t>
      </w:r>
      <w:r>
        <w:rPr>
          <w:shd w:fill="B7DDE8" w:val="clear"/>
        </w:rPr>
        <w:t xml:space="preserve">Your gold and silver are corroded</w:t>
      </w:r>
      <w:r>
        <w:rPr>
          <w:b w:val="false"/>
          <w:i w:val="false"/>
          <w:color w:val="000000"/>
          <w:u w:val="none"/>
        </w:rPr>
        <w:t xml:space="preserve"> [1JQL]</w:t>
      </w:r>
      <w:r>
        <w:rPr/>
        <w:t xml:space="preserve">. </w:t>
      </w:r>
      <w:r>
        <w:rPr>
          <w:shd w:fill="B7DDE8" w:val="clear"/>
        </w:rPr>
        <w:t xml:space="preserve">Their corrosion will testify against you</w:t>
      </w:r>
      <w:r>
        <w:rPr>
          <w:b w:val="false"/>
          <w:i w:val="false"/>
          <w:color w:val="000000"/>
          <w:u w:val="none"/>
        </w:rPr>
        <w:t xml:space="preserve"> [1JQM]</w:t>
      </w:r>
      <w:r>
        <w:rPr/>
        <w:t xml:space="preserve"> and </w:t>
      </w:r>
      <w:r>
        <w:rPr>
          <w:shd w:fill="B7DDE8" w:val="clear"/>
        </w:rPr>
        <w:t xml:space="preserve">consume your flesh like fire</w:t>
      </w:r>
      <w:r>
        <w:rPr>
          <w:b w:val="false"/>
          <w:i w:val="false"/>
          <w:color w:val="000000"/>
          <w:u w:val="none"/>
        </w:rPr>
        <w:t xml:space="preserve"> [1JQN]</w:t>
      </w:r>
      <w:r>
        <w:rPr/>
        <w:t xml:space="preserve">. </w:t>
      </w:r>
      <w:r>
        <w:rPr>
          <w:shd w:fill="B7DDE8" w:val="clear"/>
        </w:rPr>
        <w:t xml:space="preserve">You have hoarded treasure in the last days</w:t>
      </w:r>
      <w:r>
        <w:rPr>
          <w:b w:val="false"/>
          <w:i w:val="false"/>
          <w:color w:val="000000"/>
          <w:u w:val="none"/>
        </w:rPr>
        <w:t xml:space="preserve"> [1JQO]</w:t>
      </w:r>
      <w:r>
        <w:rPr/>
        <w:t xml:space="preserve">. Look, </w:t>
      </w:r>
      <w:r>
        <w:rPr>
          <w:shd w:fill="B7DDE8" w:val="clear"/>
        </w:rPr>
        <w:t xml:space="preserve">the wages you withheld from the workmen who mowed your fields are crying out against you</w:t>
      </w:r>
      <w:r>
        <w:rPr>
          <w:b w:val="false"/>
          <w:i w:val="false"/>
          <w:color w:val="000000"/>
          <w:u w:val="none"/>
        </w:rPr>
        <w:t xml:space="preserve"> [1JQP]</w:t>
      </w:r>
      <w:r>
        <w:rPr/>
        <w:t xml:space="preserve">. </w:t>
      </w:r>
      <w:r>
        <w:rPr>
          <w:shd w:fill="B7DDE8" w:val="clear"/>
        </w:rPr>
        <w:t xml:space="preserve">The cries of the harvesters have reached the ears of the Lord of Hosts</w:t>
      </w:r>
      <w:r>
        <w:rPr>
          <w:b w:val="false"/>
          <w:i w:val="false"/>
          <w:u w:val="none"/>
          <w:color w:val="000000"/>
        </w:rPr>
        <w:t xml:space="preserve"> [13CNM]</w:t>
      </w:r>
      <w:r>
        <w:rPr/>
        <w:t xml:space="preserve">. </w:t>
      </w:r>
      <w:r>
        <w:rPr>
          <w:shd w:fill="B7DDE8" w:val="clear"/>
        </w:rPr>
        <w:t xml:space="preserve">You have lived on earth in luxury and self-indulgence</w:t>
      </w:r>
      <w:r>
        <w:rPr>
          <w:b w:val="false"/>
          <w:i w:val="false"/>
          <w:color w:val="000000"/>
          <w:u w:val="none"/>
        </w:rPr>
        <w:t xml:space="preserve"> [1JQQ]</w:t>
      </w:r>
      <w:r>
        <w:rPr/>
        <w:t xml:space="preserve">. </w:t>
      </w:r>
      <w:r>
        <w:rPr>
          <w:shd w:fill="B7DDE8" w:val="clear"/>
        </w:rPr>
        <w:t xml:space="preserve">You have fattened your hearts in the day of slaughter</w:t>
      </w:r>
      <w:r>
        <w:rPr>
          <w:b w:val="false"/>
          <w:i w:val="false"/>
          <w:color w:val="000000"/>
          <w:u w:val="none"/>
        </w:rPr>
        <w:t xml:space="preserve"> [1JQR]</w:t>
      </w:r>
      <w:r>
        <w:rPr/>
        <w:t xml:space="preserve">. </w:t>
      </w:r>
      <w:r>
        <w:rPr>
          <w:shd w:fill="B7DDE8" w:val="clear"/>
        </w:rPr>
        <w:t xml:space="preserve">You have condemned and murdered the righteous</w:t>
      </w:r>
      <w:r>
        <w:rPr>
          <w:b w:val="false"/>
          <w:i w:val="false"/>
          <w:color w:val="000000"/>
          <w:u w:val="none"/>
        </w:rPr>
        <w:t xml:space="preserve"> [1JQS]</w:t>
      </w:r>
      <w:r>
        <w:rPr>
          <w:b w:val="false"/>
          <w:i w:val="false"/>
          <w:color w:val="000000"/>
          <w:u w:val="none"/>
        </w:rPr>
        <w:t xml:space="preserve"> [1JQT]</w:t>
      </w:r>
      <w:r>
        <w:rPr/>
        <w:t xml:space="preserve">, </w:t>
      </w:r>
      <w:r>
        <w:rPr>
          <w:shd w:fill="B7DDE8" w:val="clear"/>
        </w:rPr>
        <w:t xml:space="preserve">who did not resist you</w:t>
      </w:r>
      <w:r>
        <w:rPr>
          <w:b w:val="false"/>
          <w:i w:val="false"/>
          <w:u w:val="none"/>
          <w:color w:val="000000"/>
        </w:rPr>
        <w:t xml:space="preserve"> [1JQU]</w:t>
      </w:r>
      <w:r>
        <w:rPr/>
        <w:t xml:space="preserve">.</w:t>
      </w:r>
    </w:p>
    <w:p>
      <w:r>
        <w:rPr>
          <w:b/>
          <w:sz w:val="32"/>
          <w:highlight w:val="yellow"/>
        </w:rPr>
        <w:t>Grumbling and Complaining  (14)</w:t>
      </w:r>
    </w:p>
    <w:p>
      <w:pPr>
        <w:pStyle w:val="Yellow"/>
        <w:rPr/>
      </w:pPr>
      <w:r>
        <w:rPr>
          <w:b/>
        </w:rPr>
        <w:t xml:space="preserve">Numbers 11:1</w:t>
      </w:r>
      <w:r>
        <w:rPr/>
        <w:t xml:space="preserve"> — Soon </w:t>
      </w:r>
      <w:r>
        <w:rPr>
          <w:shd w:fill="F4B183" w:val="clear" w:color="auto"/>
          <w:color w:val="000000"/>
        </w:rPr>
        <w:t xml:space="preserve">the people began to complain about their hardship in the hearing of the LORD</w:t>
      </w:r>
      <w:r>
        <w:rPr>
          <w:b w:val="false"/>
          <w:i w:val="false"/>
          <w:color w:val="000000"/>
          <w:u w:val="none"/>
          <w:shd w:val="clear" w:color="auto" w:fill="F4B183"/>
        </w:rPr>
        <w:t xml:space="preserve"> [1JIU]</w:t>
      </w:r>
      <w:r>
        <w:rPr/>
        <w:t xml:space="preserve">, and when </w:t>
      </w:r>
      <w:r>
        <w:rPr>
          <w:shd w:fill="B7DDE8" w:val="clear"/>
        </w:rPr>
        <w:t xml:space="preserve">He heard them</w:t>
      </w:r>
      <w:r>
        <w:rPr>
          <w:b w:val="false"/>
          <w:i w:val="false"/>
          <w:color w:val="000000"/>
          <w:u w:val="none"/>
        </w:rPr>
        <w:t xml:space="preserve"> [1JIV]</w:t>
      </w:r>
      <w:r>
        <w:rPr/>
        <w:t xml:space="preserve">, </w:t>
      </w:r>
      <w:r>
        <w:rPr>
          <w:shd w:fill="B7DDE8" w:val="clear"/>
        </w:rPr>
        <w:t xml:space="preserve">His anger was kindled</w:t>
      </w:r>
      <w:r>
        <w:rPr>
          <w:b w:val="false"/>
          <w:i w:val="false"/>
          <w:color w:val="000000"/>
          <w:u w:val="none"/>
        </w:rPr>
        <w:t xml:space="preserve"> [1JIW]</w:t>
      </w:r>
      <w:r>
        <w:rPr/>
        <w:t xml:space="preserve">, and </w:t>
      </w:r>
      <w:r>
        <w:rPr>
          <w:shd w:fill="B7DDE8" w:val="clear"/>
        </w:rPr>
        <w:t xml:space="preserve">fire from the LORD blazed among them and consumed the outskirts of the camp</w:t>
      </w:r>
      <w:r>
        <w:rPr>
          <w:b w:val="false"/>
          <w:i w:val="false"/>
          <w:color w:val="000000"/>
          <w:u w:val="none"/>
        </w:rPr>
        <w:t xml:space="preserve"> [1JIX]</w:t>
      </w:r>
      <w:r>
        <w:rPr/>
        <w:t xml:space="preserve">.</w:t>
      </w:r>
    </w:p>
    <w:p>
      <w:pPr>
        <w:pStyle w:val="Yellow"/>
        <w:rPr/>
      </w:pPr>
      <w:r>
        <w:rPr>
          <w:b/>
        </w:rPr>
        <w:t xml:space="preserve">Numbers 14:36–37</w:t>
      </w:r>
      <w:r>
        <w:rPr/>
        <w:t xml:space="preserve"> — So </w:t>
      </w:r>
      <w:r>
        <w:rPr>
          <w:shd w:fill="B7DDE8" w:val="clear"/>
        </w:rPr>
        <w:t xml:space="preserve">the men Moses had sent to spy out the land, who had returned and made the whole congregation grumble against him by bringing out a bad report about the land</w:t>
      </w:r>
      <w:r>
        <w:rPr>
          <w:b w:val="false"/>
          <w:i w:val="false"/>
          <w:color w:val="000000"/>
          <w:u w:val="none"/>
        </w:rPr>
        <w:t xml:space="preserve"> [1JDC]</w:t>
      </w:r>
      <w:r>
        <w:rPr/>
        <w:t xml:space="preserve">—</w:t>
      </w:r>
      <w:r>
        <w:rPr>
          <w:shd w:fill="B7DDE8" w:val="clear"/>
        </w:rPr>
        <w:t xml:space="preserve">those men who had brought out the bad report about the land</w:t>
      </w:r>
      <w:r>
        <w:rPr>
          <w:b w:val="false"/>
          <w:i w:val="false"/>
          <w:u w:val="none"/>
          <w:color w:val="000000"/>
        </w:rPr>
        <w:t xml:space="preserve"> [1JDD]</w:t>
      </w:r>
      <w:r>
        <w:rPr/>
        <w:t xml:space="preserve">—</w:t>
      </w:r>
      <w:r>
        <w:rPr>
          <w:shd w:fill="B7DDE8" w:val="clear"/>
        </w:rPr>
        <w:t xml:space="preserve">were struck down by a plague before the LORD</w:t>
      </w:r>
      <w:r>
        <w:rPr>
          <w:b w:val="false"/>
          <w:i w:val="false"/>
          <w:color w:val="000000"/>
          <w:u w:val="none"/>
        </w:rPr>
        <w:t xml:space="preserve"> [1JDE]</w:t>
      </w:r>
      <w:r>
        <w:rPr/>
        <w:t xml:space="preserve">.</w:t>
      </w:r>
    </w:p>
    <w:p>
      <w:pPr>
        <w:pStyle w:val="Yellow"/>
        <w:rPr/>
      </w:pPr>
      <w:r>
        <w:rPr>
          <w:b/>
        </w:rPr>
        <w:t xml:space="preserve">Proverbs 16:28</w:t>
      </w:r>
      <w:r>
        <w:rPr/>
        <w:t xml:space="preserve"> — </w:t>
      </w:r>
      <w:r>
        <w:rPr>
          <w:shd w:fill="B7DDE8" w:val="clear"/>
        </w:rPr>
        <w:t xml:space="preserve">A perverse man spreads dissension</w:t>
      </w:r>
      <w:r>
        <w:rPr>
          <w:b w:val="false"/>
          <w:i w:val="false"/>
          <w:color w:val="000000"/>
          <w:u w:val="none"/>
        </w:rPr>
        <w:t xml:space="preserve"> [1HGD]</w:t>
      </w:r>
      <w:r>
        <w:rPr/>
        <w:t xml:space="preserve">, and </w:t>
      </w:r>
      <w:r>
        <w:rPr>
          <w:shd w:fill="B7DDE8" w:val="clear"/>
        </w:rPr>
        <w:t xml:space="preserve">a gossip divides close friends</w:t>
      </w:r>
      <w:r>
        <w:rPr>
          <w:b w:val="false"/>
          <w:i w:val="false"/>
          <w:color w:val="000000"/>
          <w:u w:val="none"/>
        </w:rPr>
        <w:t xml:space="preserve"> [1HGE]</w:t>
      </w:r>
      <w:r>
        <w:rPr/>
        <w:t xml:space="preserve">.</w:t>
      </w:r>
    </w:p>
    <w:p>
      <w:pPr>
        <w:pStyle w:val="Yellow"/>
        <w:rPr/>
        <w:pBdr>
          <w:left w:val="single" w:sz="28" w:space="5" w:color="C00000"/>
        </w:pBdr>
      </w:pPr>
      <w:r>
        <w:rPr>
          <w:b/>
          <w:shd w:val="clear" w:color="auto" w:fill="548235"/>
          <w:color w:val="FFFFFF"/>
        </w:rPr>
        <w:t xml:space="preserve">Proverbs 17:9</w:t>
      </w:r>
      <w:r>
        <w:rPr>
          <w:shd w:val="clear" w:color="auto" w:fill="548235"/>
          <w:color w:val="FFFFFF"/>
        </w:rPr>
        <w:t xml:space="preserve"> — </w:t>
      </w:r>
      <w:r>
        <w:rPr>
          <w:shd w:fill="548235" w:val="clear" w:color="auto"/>
          <w:color w:val="FFFFFF"/>
        </w:rPr>
        <w:t xml:space="preserve">Whoever conceals an offense promotes love</w:t>
      </w:r>
      <w:r>
        <w:rPr>
          <w:b w:val="false"/>
          <w:i w:val="false"/>
          <w:color w:val="FFFFFF"/>
          <w:u w:val="none"/>
          <w:shd w:val="clear" w:color="auto" w:fill="548235"/>
        </w:rPr>
        <w:t xml:space="preserve"> [1HBR]</w:t>
      </w:r>
      <w:r>
        <w:rPr>
          <w:shd w:val="clear" w:color="auto" w:fill="548235"/>
          <w:color w:val="FFFFFF"/>
        </w:rPr>
        <w:t xml:space="preserve">, but </w:t>
      </w:r>
      <w:r>
        <w:rPr>
          <w:shd w:fill="548235" w:val="clear" w:color="auto"/>
          <w:color w:val="FFFFFF"/>
        </w:rPr>
        <w:t xml:space="preserve">he who brings it up separates friends</w:t>
      </w:r>
      <w:r>
        <w:rPr>
          <w:b w:val="false"/>
          <w:i w:val="false"/>
          <w:color w:val="FFFFFF"/>
          <w:u w:val="none"/>
          <w:shd w:val="clear" w:color="auto" w:fill="548235"/>
        </w:rPr>
        <w:t xml:space="preserve"> [1HBS]</w:t>
      </w:r>
      <w:r>
        <w:rPr>
          <w:shd w:val="clear" w:color="auto" w:fill="548235"/>
          <w:color w:val="FFFFFF"/>
        </w:rPr>
        <w:t xml:space="preserve">.</w:t>
      </w:r>
    </w:p>
    <w:p>
      <w:pPr>
        <w:pStyle w:val="Yellow"/>
        <w:rPr/>
      </w:pPr>
      <w:r>
        <w:rPr>
          <w:b/>
        </w:rPr>
        <w:t xml:space="preserve">Proverbs 17:14</w:t>
      </w:r>
      <w:r>
        <w:rPr/>
        <w:t xml:space="preserve"> — </w:t>
      </w:r>
      <w:r>
        <w:rPr>
          <w:shd w:fill="B7DDE8" w:val="clear"/>
        </w:rPr>
        <w:t xml:space="preserve">To start a quarrel is to release a flood</w:t>
      </w:r>
      <w:r>
        <w:rPr>
          <w:b w:val="false"/>
          <w:i w:val="false"/>
          <w:color w:val="000000"/>
          <w:u w:val="none"/>
        </w:rPr>
        <w:t xml:space="preserve"> [1HBY]</w:t>
      </w:r>
      <w:r>
        <w:rPr/>
        <w:t xml:space="preserve">; so </w:t>
      </w:r>
      <w:r>
        <w:rPr>
          <w:shd w:fill="B7DDE8" w:val="clear"/>
        </w:rPr>
        <w:t xml:space="preserve">abandon the dispute before it breaks out</w:t>
      </w:r>
      <w:r>
        <w:rPr>
          <w:b w:val="false"/>
          <w:i w:val="false"/>
          <w:color w:val="000000"/>
          <w:u w:val="none"/>
        </w:rPr>
        <w:t xml:space="preserve"> [1HBZ]</w:t>
      </w:r>
      <w:r>
        <w:rPr/>
        <w:t xml:space="preserve">.</w:t>
      </w:r>
    </w:p>
    <w:p>
      <w:pPr>
        <w:pStyle w:val="Yellow"/>
        <w:rPr/>
      </w:pPr>
      <w:r>
        <w:rPr>
          <w:b/>
          <w:highlight w:val="cyan"/>
        </w:rPr>
        <w:t xml:space="preserve">Proverbs 18:8</w:t>
      </w:r>
      <w:r>
        <w:rPr>
          <w:highlight w:val="cyan"/>
        </w:rPr>
        <w:t xml:space="preserve"> — </w:t>
      </w:r>
      <w:r>
        <w:rPr>
          <w:highlight w:val="cyan"/>
          <w:shd w:fill="B7DDE8" w:val="clear"/>
        </w:rPr>
        <w:t xml:space="preserve">The words of a gossip are like choice morsels that go down into the inmost being</w:t>
      </w:r>
      <w:r>
        <w:rPr>
          <w:b w:val="false"/>
          <w:i w:val="false"/>
          <w:color w:val="000000"/>
          <w:u w:val="none"/>
        </w:rPr>
        <w:t xml:space="preserve"> [2HLY]</w:t>
      </w:r>
      <w:r>
        <w:rPr>
          <w:highlight w:val="cyan"/>
        </w:rPr>
        <w:t xml:space="preserve">.</w:t>
      </w:r>
    </w:p>
    <w:p>
      <w:pPr>
        <w:pStyle w:val="Yellow"/>
        <w:rPr/>
      </w:pPr>
      <w:r>
        <w:rPr>
          <w:b/>
        </w:rPr>
        <w:t xml:space="preserve">Proverbs 19:13</w:t>
      </w:r>
      <w:r>
        <w:rPr/>
        <w:t xml:space="preserve"> — </w:t>
      </w:r>
      <w:r>
        <w:rPr>
          <w:shd w:fill="B7DDE8" w:val="clear"/>
        </w:rPr>
        <w:t xml:space="preserve">A foolish son is his father’s ruin</w:t>
      </w:r>
      <w:r>
        <w:rPr>
          <w:b w:val="false"/>
          <w:i w:val="false"/>
          <w:u w:val="none"/>
          <w:color w:val="000000"/>
        </w:rPr>
        <w:t xml:space="preserve"> [1GTX]</w:t>
      </w:r>
      <w:r>
        <w:rPr/>
        <w:t xml:space="preserve">, and </w:t>
      </w:r>
      <w:r>
        <w:rPr>
          <w:shd w:fill="B7DDE8" w:val="clear"/>
        </w:rPr>
        <w:t xml:space="preserve">a quarrelsome wife is like a constant dripping</w:t>
      </w:r>
      <w:r>
        <w:rPr>
          <w:b w:val="false"/>
          <w:i w:val="false"/>
          <w:color w:val="000000"/>
          <w:u w:val="none"/>
        </w:rPr>
        <w:t xml:space="preserve"> [1GTY]</w:t>
      </w:r>
      <w:r>
        <w:rPr/>
        <w:t xml:space="preserve">.</w:t>
      </w:r>
    </w:p>
    <w:p>
      <w:pPr>
        <w:pStyle w:val="Yellow"/>
        <w:rPr/>
      </w:pPr>
      <w:r>
        <w:rPr>
          <w:b/>
        </w:rPr>
        <w:t xml:space="preserve">Proverbs 26:17</w:t>
      </w:r>
      <w:r>
        <w:rPr/>
        <w:t xml:space="preserve"> — </w:t>
      </w:r>
      <w:r>
        <w:rPr>
          <w:shd w:fill="B7DDE8" w:val="clear"/>
        </w:rPr>
        <w:t xml:space="preserve">Like one who grabs a dog by the ears is a passerby who meddles in a quarrel not his own</w:t>
      </w:r>
      <w:r>
        <w:rPr>
          <w:b w:val="false"/>
          <w:i w:val="false"/>
          <w:color w:val="000000"/>
          <w:u w:val="none"/>
        </w:rPr>
        <w:t xml:space="preserve"> [1HMQ]</w:t>
      </w:r>
      <w:r>
        <w:rPr/>
        <w:t xml:space="preserve">.</w:t>
      </w:r>
    </w:p>
    <w:p>
      <w:pPr>
        <w:pStyle w:val="Yellow"/>
        <w:rPr/>
      </w:pPr>
      <w:r>
        <w:rPr>
          <w:b/>
          <w:shd w:val="clear" w:color="auto" w:fill="F4B183"/>
          <w:color w:val="000000"/>
        </w:rPr>
        <w:t xml:space="preserve">Proverbs 26:20</w:t>
      </w:r>
      <w:r>
        <w:rPr>
          <w:shd w:val="clear" w:color="auto" w:fill="F4B183"/>
          <w:color w:val="000000"/>
        </w:rPr>
        <w:t xml:space="preserve"> — </w:t>
      </w:r>
      <w:r>
        <w:rPr>
          <w:shd w:fill="F4B183" w:val="clear" w:color="auto"/>
          <w:color w:val="000000"/>
        </w:rPr>
        <w:t xml:space="preserve">Without wood, a fire goes out; without gossip, a conflict ceases</w:t>
      </w:r>
      <w:r>
        <w:rPr>
          <w:b w:val="false"/>
          <w:i w:val="false"/>
          <w:color w:val="000000"/>
          <w:u w:val="none"/>
          <w:shd w:val="clear" w:color="auto" w:fill="F4B183"/>
        </w:rPr>
        <w:t xml:space="preserve"> [1HMT]</w:t>
      </w:r>
      <w:r>
        <w:rPr>
          <w:shd w:val="clear" w:color="auto" w:fill="F4B183"/>
          <w:color w:val="000000"/>
        </w:rPr>
        <w:t xml:space="preserve">.</w:t>
      </w:r>
    </w:p>
    <w:p>
      <w:pPr>
        <w:pStyle w:val="Yellow"/>
        <w:rPr/>
      </w:pPr>
      <w:r>
        <w:rPr>
          <w:b/>
          <w:shd w:val="clear" w:color="auto" w:fill="C00000"/>
          <w:color w:val="FFFFFF"/>
        </w:rPr>
        <w:t xml:space="preserve">Proverbs 26:21</w:t>
      </w:r>
      <w:r>
        <w:rPr>
          <w:shd w:val="clear" w:color="auto" w:fill="C00000"/>
          <w:color w:val="FFFFFF"/>
        </w:rPr>
        <w:t xml:space="preserve"> — </w:t>
      </w:r>
      <w:r>
        <w:rPr>
          <w:shd w:val="clear" w:color="auto" w:fill="C00000"/>
          <w:color w:val="FFFFFF"/>
        </w:rPr>
        <w:t xml:space="preserve">Like charcoal for embers and wood for fire, so is a quarrelsome man for kindling strife</w:t>
      </w:r>
      <w:r>
        <w:rPr>
          <w:b w:val="false"/>
          <w:i w:val="false"/>
          <w:u w:val="none"/>
          <w:shd w:val="clear" w:color="auto" w:fill="C00000"/>
          <w:color w:val="FFFFFF"/>
        </w:rPr>
        <w:t xml:space="preserve"> [1HMS]</w:t>
      </w:r>
      <w:r>
        <w:rPr>
          <w:shd w:val="clear" w:color="auto" w:fill="C00000"/>
          <w:color w:val="FFFFFF"/>
        </w:rPr>
        <w:t xml:space="preserve">.</w:t>
      </w:r>
    </w:p>
    <w:p>
      <w:pPr>
        <w:pStyle w:val="Yellow"/>
        <w:rPr/>
      </w:pPr>
      <w:r>
        <w:rPr>
          <w:b/>
          <w:highlight w:val="cyan"/>
          <w:shd w:val="clear" w:color="auto" w:fill="C00000"/>
          <w:color w:val="FFFFFF"/>
        </w:rPr>
        <w:t xml:space="preserve">Proverbs 26:22</w:t>
      </w:r>
      <w:r>
        <w:rPr>
          <w:highlight w:val="cyan"/>
          <w:shd w:val="clear" w:color="auto" w:fill="C00000"/>
          <w:color w:val="FFFFFF"/>
        </w:rPr>
        <w:t xml:space="preserve"> — </w:t>
      </w:r>
      <w:r>
        <w:rPr>
          <w:highlight w:val="cyan"/>
          <w:shd w:val="clear" w:color="auto" w:fill="C00000"/>
          <w:color w:val="FFFFFF"/>
        </w:rPr>
        <w:t xml:space="preserve">The words of a gossip are like choice morsels that go down into the inmost being</w:t>
      </w:r>
      <w:r>
        <w:rPr>
          <w:b w:val="false"/>
          <w:i w:val="false"/>
          <w:u w:val="none"/>
          <w:shd w:val="clear" w:color="auto" w:fill="C00000"/>
          <w:color w:val="FFFFFF"/>
        </w:rPr>
        <w:t xml:space="preserve"> [2HLY]</w:t>
      </w:r>
      <w:r>
        <w:rPr>
          <w:highlight w:val="cyan"/>
          <w:shd w:val="clear" w:color="auto" w:fill="C00000"/>
          <w:color w:val="FFFFFF"/>
        </w:rPr>
        <w:t xml:space="preserve">.</w:t>
      </w:r>
    </w:p>
    <w:p>
      <w:pPr>
        <w:pStyle w:val="Yellow"/>
        <w:rPr/>
      </w:pPr>
      <w:r>
        <w:rPr>
          <w:b/>
        </w:rPr>
        <w:t xml:space="preserve">2 Timothy 2:14</w:t>
      </w:r>
      <w:r>
        <w:rPr/>
        <w:t xml:space="preserve"> — </w:t>
      </w:r>
      <w:r>
        <w:rPr>
          <w:shd w:fill="B7DDE8" w:val="clear"/>
        </w:rPr>
        <w:t xml:space="preserve">Remind the believers of these things</w:t>
      </w:r>
      <w:r>
        <w:rPr>
          <w:b w:val="false"/>
          <w:i w:val="false"/>
          <w:color w:val="000000"/>
          <w:u w:val="none"/>
        </w:rPr>
        <w:t xml:space="preserve"> [1GLW]</w:t>
      </w:r>
      <w:r>
        <w:rPr/>
        <w:t xml:space="preserve">, </w:t>
      </w:r>
      <w:r>
        <w:rPr>
          <w:shd w:fill="B7DDE8" w:val="clear"/>
        </w:rPr>
        <w:t xml:space="preserve">charging them before God to avoid quarreling over words</w:t>
      </w:r>
      <w:r>
        <w:rPr>
          <w:b w:val="false"/>
          <w:i w:val="false"/>
          <w:color w:val="000000"/>
          <w:u w:val="none"/>
        </w:rPr>
        <w:t xml:space="preserve"> [1GLX]</w:t>
      </w:r>
      <w:r>
        <w:rPr/>
        <w:t xml:space="preserve">, </w:t>
      </w:r>
      <w:r>
        <w:rPr>
          <w:shd w:fill="B7DDE8" w:val="clear"/>
        </w:rPr>
        <w:t xml:space="preserve">which succeeds only in leading the listeners to ruin</w:t>
      </w:r>
      <w:r>
        <w:rPr>
          <w:b w:val="false"/>
          <w:i w:val="false"/>
          <w:color w:val="000000"/>
          <w:u w:val="none"/>
        </w:rPr>
        <w:t xml:space="preserve"> [1GLY]</w:t>
      </w:r>
      <w:r>
        <w:rPr/>
        <w:t xml:space="preserve">.</w:t>
      </w:r>
    </w:p>
    <w:p>
      <w:pPr>
        <w:pStyle w:val="Yellow"/>
        <w:rPr/>
      </w:pPr>
      <w:r>
        <w:rPr>
          <w:b/>
          <w:shd w:val="clear" w:color="auto" w:fill="F4B183"/>
          <w:color w:val="000000"/>
        </w:rPr>
        <w:t xml:space="preserve">Titus 3:10–11</w:t>
      </w:r>
      <w:r>
        <w:rPr>
          <w:shd w:val="clear" w:color="auto" w:fill="F4B183"/>
          <w:color w:val="000000"/>
        </w:rPr>
        <w:t xml:space="preserve"> — </w:t>
      </w:r>
      <w:r>
        <w:rPr>
          <w:shd w:fill="F4B183" w:val="clear" w:color="auto"/>
          <w:color w:val="000000"/>
        </w:rPr>
        <w:t xml:space="preserve">Reject a divisive man after a first and second admonition</w:t>
      </w:r>
      <w:r>
        <w:rPr>
          <w:b w:val="false"/>
          <w:i w:val="false"/>
          <w:color w:val="000000"/>
          <w:u w:val="none"/>
          <w:shd w:val="clear" w:color="auto" w:fill="F4B183"/>
        </w:rPr>
        <w:t xml:space="preserve"> [1HUT]</w:t>
      </w:r>
      <w:r>
        <w:rPr>
          <w:shd w:val="clear" w:color="auto" w:fill="F4B183"/>
          <w:color w:val="000000"/>
        </w:rPr>
        <w:t xml:space="preserve">, knowing that </w:t>
      </w:r>
      <w:r>
        <w:rPr>
          <w:shd w:fill="F4B183" w:val="clear" w:color="auto"/>
          <w:color w:val="000000"/>
        </w:rPr>
        <w:t xml:space="preserve">such a man is corrupt and sinful</w:t>
      </w:r>
      <w:r>
        <w:rPr>
          <w:b w:val="false"/>
          <w:i w:val="false"/>
          <w:color w:val="000000"/>
          <w:u w:val="none"/>
          <w:shd w:val="clear" w:color="auto" w:fill="F4B183"/>
        </w:rPr>
        <w:t xml:space="preserve"> [1HUU]</w:t>
      </w:r>
      <w:r>
        <w:rPr>
          <w:shd w:val="clear" w:color="auto" w:fill="F4B183"/>
          <w:color w:val="000000"/>
        </w:rPr>
        <w:t xml:space="preserve">; </w:t>
      </w:r>
      <w:r>
        <w:rPr>
          <w:shd w:fill="F4B183" w:val="clear" w:color="auto"/>
          <w:color w:val="000000"/>
        </w:rPr>
        <w:t xml:space="preserve">he is self-condemned</w:t>
      </w:r>
      <w:r>
        <w:rPr>
          <w:b w:val="false"/>
          <w:i w:val="false"/>
          <w:color w:val="000000"/>
          <w:u w:val="none"/>
          <w:shd w:val="clear" w:color="auto" w:fill="F4B183"/>
        </w:rPr>
        <w:t xml:space="preserve"> [1HUV]</w:t>
      </w:r>
      <w:r>
        <w:rPr>
          <w:shd w:val="clear" w:color="auto" w:fill="F4B183"/>
          <w:color w:val="000000"/>
        </w:rPr>
        <w:t xml:space="preserve">.</w:t>
      </w:r>
    </w:p>
    <w:p>
      <w:pPr>
        <w:pStyle w:val="Yellow"/>
        <w:rPr/>
      </w:pPr>
      <w:r>
        <w:rPr>
          <w:b/>
        </w:rPr>
        <w:t xml:space="preserve">James 5:9</w:t>
      </w:r>
      <w:r>
        <w:rPr/>
        <w:t xml:space="preserve"> — </w:t>
      </w:r>
      <w:r>
        <w:rPr>
          <w:shd w:fill="F4B183" w:val="clear" w:color="auto"/>
          <w:color w:val="000000"/>
        </w:rPr>
        <w:t xml:space="preserve">Do not complain about one another, brothers</w:t>
      </w:r>
      <w:r>
        <w:rPr>
          <w:b w:val="false"/>
          <w:i w:val="false"/>
          <w:color w:val="000000"/>
          <w:u w:val="none"/>
          <w:shd w:val="clear" w:color="auto" w:fill="F4B183"/>
        </w:rPr>
        <w:t xml:space="preserve"> [1GGZ]</w:t>
      </w:r>
      <w:r>
        <w:rPr/>
        <w:t xml:space="preserve">, so that </w:t>
      </w:r>
      <w:r>
        <w:rPr>
          <w:shd w:fill="B7DDE8" w:val="clear"/>
        </w:rPr>
        <w:t xml:space="preserve">you will not be judged</w:t>
      </w:r>
      <w:r>
        <w:rPr>
          <w:b w:val="false"/>
          <w:i w:val="false"/>
          <w:color w:val="000000"/>
          <w:u w:val="none"/>
        </w:rPr>
        <w:t xml:space="preserve"> [2CCG]</w:t>
      </w:r>
      <w:r>
        <w:rPr/>
        <w:t xml:space="preserve">. Look, </w:t>
      </w:r>
      <w:r>
        <w:rPr>
          <w:shd w:fill="B7DDE8" w:val="clear"/>
        </w:rPr>
        <w:t xml:space="preserve">the Judge is standing at the door</w:t>
      </w:r>
      <w:r>
        <w:rPr>
          <w:b w:val="false"/>
          <w:i w:val="false"/>
          <w:color w:val="000000"/>
          <w:u w:val="none"/>
        </w:rPr>
        <w:t xml:space="preserve"> [1GHA]</w:t>
      </w:r>
      <w:r>
        <w:rPr/>
        <w:t xml:space="preserve">!</w:t>
      </w:r>
    </w:p>
    <w:p>
      <w:r>
        <w:rPr>
          <w:b/>
          <w:sz w:val="32"/>
          <w:highlight w:val="yellow"/>
        </w:rPr>
        <w:t>Humility  (28)</w:t>
      </w:r>
    </w:p>
    <w:p>
      <w:pPr>
        <w:pStyle w:val="Green"/>
        <w:rPr/>
      </w:pPr>
      <w:r>
        <w:rPr>
          <w:u w:val="none"/>
        </w:rPr>
        <w:t xml:space="preserve">(1Sa2:6–7 the LORD) </w:t>
      </w:r>
      <w:r>
        <w:rPr>
          <w:b/>
          <w:u w:val="none"/>
        </w:rPr>
        <w:t xml:space="preserve">1 Samuel 2:8</w:t>
      </w:r>
      <w:r>
        <w:rPr>
          <w:u w:val="none"/>
        </w:rPr>
        <w:t xml:space="preserve"> — </w:t>
      </w:r>
      <w:r>
        <w:rPr>
          <w:u w:val="none"/>
          <w:shd w:fill="B7DDE8" w:val="clear"/>
        </w:rPr>
        <w:t xml:space="preserve">{He} raises the poor from the dust and lifts the needy from the ash heap</w:t>
      </w:r>
      <w:r>
        <w:rPr>
          <w:b w:val="false"/>
          <w:i w:val="false"/>
          <w:color w:val="000000"/>
          <w:u w:val="none"/>
        </w:rPr>
        <w:t xml:space="preserve"> [2FYV]</w:t>
      </w:r>
      <w:r>
        <w:rPr>
          <w:u w:val="none"/>
        </w:rPr>
        <w:t xml:space="preserve">. </w:t>
      </w:r>
      <w:r>
        <w:rPr>
          <w:u w:val="none"/>
          <w:shd w:fill="B7DDE8" w:val="clear"/>
        </w:rPr>
        <w:t xml:space="preserve">He seats them among princes and bestows on them a throne of honor</w:t>
      </w:r>
      <w:r>
        <w:rPr>
          <w:b w:val="false"/>
          <w:i w:val="false"/>
          <w:color w:val="000000"/>
          <w:u w:val="none"/>
        </w:rPr>
        <w:t xml:space="preserve"> [1FYW]</w:t>
      </w:r>
      <w:r>
        <w:rPr>
          <w:u w:val="none"/>
        </w:rPr>
        <w:t xml:space="preserve">.</w:t>
      </w:r>
    </w:p>
    <w:p>
      <w:pPr>
        <w:pStyle w:val="Green"/>
        <w:rPr/>
        <w:pBdr>
          <w:left w:val="single" w:sz="28" w:space="5" w:color="C00000"/>
        </w:pBdr>
      </w:pPr>
      <w:r>
        <w:rPr>
          <w:b/>
        </w:rPr>
        <w:t>2 Samuel 22:28</w:t>
      </w:r>
      <w:r>
        <w:t xml:space="preserve"> — </w:t>
      </w:r>
      <w:r>
        <w:rPr>
          <w:shd w:fill="F4B183" w:val="clear" w:color="auto"/>
          <w:color w:val="000000"/>
        </w:rPr>
        <w:t>You save an afflicted people</w:t>
      </w:r>
      <w:r>
        <w:rPr>
          <w:b w:val="false"/>
          <w:i w:val="false"/>
          <w:color w:val="000000"/>
          <w:u w:val="none"/>
          <w:shd w:val="clear" w:color="auto" w:fill="F4B183"/>
        </w:rPr>
        <w:t xml:space="preserve"> [2BRB]</w:t>
      </w:r>
      <w:r>
        <w:t xml:space="preserve">, but </w:t>
      </w:r>
      <w:r>
        <w:rPr>
          <w:shd w:fill="B7DDE8" w:val="clear"/>
        </w:rPr>
        <w:t>Your eyes are on the haughty</w:t>
      </w:r>
      <w:r>
        <w:rPr>
          <w:b w:val="false"/>
          <w:i w:val="false"/>
          <w:color w:val="000000"/>
          <w:u w:val="none"/>
        </w:rPr>
        <w:t xml:space="preserve"> [1BRC]</w:t>
      </w:r>
      <w:r>
        <w:t xml:space="preserve"> </w:t>
      </w:r>
      <w:r>
        <w:rPr>
          <w:shd w:fill="B7DDE8" w:val="clear"/>
        </w:rPr>
        <w:t>to bring them down</w:t>
      </w:r>
      <w:r>
        <w:rPr>
          <w:b w:val="false"/>
          <w:i w:val="false"/>
          <w:color w:val="000000"/>
          <w:u w:val="none"/>
        </w:rPr>
        <w:t xml:space="preserve"> [2BRD]</w:t>
      </w:r>
      <w:r>
        <w:t>.</w:t>
      </w:r>
    </w:p>
    <w:p>
      <w:pPr>
        <w:pStyle w:val="Yellow"/>
        <w:rPr/>
      </w:pPr>
      <w:r>
        <w:rPr/>
        <w:t xml:space="preserve">(2Ch26:5–15 after God gave Uzziah success) </w:t>
      </w:r>
      <w:r>
        <w:rPr>
          <w:b/>
        </w:rPr>
        <w:t xml:space="preserve">2 Chronicles 26:16</w:t>
      </w:r>
      <w:r>
        <w:rPr/>
        <w:t xml:space="preserve"> — {But} </w:t>
      </w:r>
      <w:r>
        <w:rPr>
          <w:shd w:fill="B7DDE8" w:val="clear"/>
        </w:rPr>
        <w:t xml:space="preserve">when Uzziah grew powerful, his arrogance led to his own destruction</w:t>
      </w:r>
      <w:r>
        <w:rPr>
          <w:b w:val="false"/>
          <w:i w:val="false"/>
          <w:color w:val="000000"/>
          <w:u w:val="none"/>
        </w:rPr>
        <w:t xml:space="preserve"> [1JTI]</w:t>
      </w:r>
      <w:r>
        <w:rPr/>
        <w:t xml:space="preserve">.</w:t>
      </w:r>
    </w:p>
    <w:p>
      <w:pPr>
        <w:pStyle w:val="Yellow"/>
        <w:rPr/>
      </w:pPr>
      <w:r>
        <w:rPr>
          <w:b/>
        </w:rPr>
        <w:t xml:space="preserve">2 Chronicles 32:24-26</w:t>
      </w:r>
      <w:r>
        <w:rPr/>
        <w:t xml:space="preserve"> —  In those days </w:t>
      </w:r>
      <w:r>
        <w:rPr>
          <w:shd w:fill="B7DDE8" w:val="clear"/>
        </w:rPr>
        <w:t xml:space="preserve">Hezekiah became mortally ill</w:t>
      </w:r>
      <w:r>
        <w:rPr>
          <w:b w:val="false"/>
          <w:i w:val="false"/>
          <w:color w:val="000000"/>
          <w:u w:val="none"/>
        </w:rPr>
        <w:t xml:space="preserve"> [1KIZ]</w:t>
      </w:r>
      <w:r>
        <w:rPr/>
        <w:t xml:space="preserve">. So </w:t>
      </w:r>
      <w:r>
        <w:rPr>
          <w:shd w:fill="B7DDE8" w:val="clear"/>
        </w:rPr>
        <w:t xml:space="preserve">he prayed to the LORD</w:t>
      </w:r>
      <w:r>
        <w:rPr>
          <w:b w:val="false"/>
          <w:i w:val="false"/>
          <w:color w:val="000000"/>
          <w:u w:val="none"/>
        </w:rPr>
        <w:t xml:space="preserve"> [2CRO]</w:t>
      </w:r>
      <w:r>
        <w:rPr/>
        <w:t xml:space="preserve">, </w:t>
      </w:r>
      <w:r>
        <w:rPr>
          <w:shd w:fill="B7DDE8" w:val="clear"/>
        </w:rPr>
        <w:t xml:space="preserve">who spoke to him and gave him a sign</w:t>
      </w:r>
      <w:r>
        <w:rPr>
          <w:b w:val="false"/>
          <w:i w:val="false"/>
          <w:color w:val="000000"/>
          <w:u w:val="none"/>
        </w:rPr>
        <w:t xml:space="preserve"> [1KJA]</w:t>
      </w:r>
      <w:r>
        <w:rPr/>
        <w:t xml:space="preserve">. But </w:t>
      </w:r>
      <w:r>
        <w:rPr>
          <w:shd w:fill="B7DDE8" w:val="clear"/>
        </w:rPr>
        <w:t xml:space="preserve">because his heart was proud</w:t>
      </w:r>
      <w:r>
        <w:rPr>
          <w:b w:val="false"/>
          <w:i w:val="false"/>
          <w:color w:val="000000"/>
          <w:u w:val="none"/>
        </w:rPr>
        <w:t xml:space="preserve"> [1KJB]</w:t>
      </w:r>
      <w:r>
        <w:rPr/>
        <w:t xml:space="preserve">, </w:t>
      </w:r>
      <w:r>
        <w:rPr>
          <w:shd w:fill="B7DDE8" w:val="clear"/>
        </w:rPr>
        <w:t xml:space="preserve">Hezekiah did not repay the favor shown to him</w:t>
      </w:r>
      <w:r>
        <w:rPr>
          <w:b w:val="false"/>
          <w:i w:val="false"/>
          <w:color w:val="000000"/>
          <w:u w:val="none"/>
        </w:rPr>
        <w:t xml:space="preserve"> [1KJC]</w:t>
      </w:r>
      <w:r>
        <w:rPr/>
        <w:t xml:space="preserve">. Therefore </w:t>
      </w:r>
      <w:r>
        <w:rPr>
          <w:shd w:fill="B7DDE8" w:val="clear"/>
        </w:rPr>
        <w:t xml:space="preserve">wrath came upon him and upon Judah and Jerusalem</w:t>
      </w:r>
      <w:r>
        <w:rPr>
          <w:b w:val="false"/>
          <w:i w:val="false"/>
          <w:color w:val="000000"/>
          <w:u w:val="none"/>
        </w:rPr>
        <w:t xml:space="preserve"> [1KJD]</w:t>
      </w:r>
      <w:r>
        <w:rPr/>
        <w:t xml:space="preserve">. Then </w:t>
      </w:r>
      <w:r>
        <w:rPr>
          <w:shd w:fill="B7DDE8" w:val="clear"/>
        </w:rPr>
        <w:t xml:space="preserve">Hezekiah humbled the pride of his heart—he and the people of Jerusalem</w:t>
      </w:r>
      <w:r>
        <w:rPr>
          <w:b w:val="false"/>
          <w:i w:val="false"/>
          <w:color w:val="000000"/>
          <w:u w:val="none"/>
        </w:rPr>
        <w:t xml:space="preserve"> [1KJE]</w:t>
      </w:r>
      <w:r>
        <w:rPr/>
        <w:t xml:space="preserve">—so that </w:t>
      </w:r>
      <w:r>
        <w:rPr>
          <w:shd w:fill="548235" w:val="clear" w:color="auto"/>
          <w:color w:val="FFFFFF"/>
        </w:rPr>
        <w:t xml:space="preserve">the wrath of the LORD did not come upon them during the days of Hezekiah</w:t>
      </w:r>
      <w:r>
        <w:rPr>
          <w:b w:val="false"/>
          <w:i w:val="false"/>
          <w:color w:val="FFFFFF"/>
          <w:u w:val="none"/>
          <w:shd w:val="clear" w:color="auto" w:fill="548235"/>
        </w:rPr>
        <w:t xml:space="preserve"> [1KJF]</w:t>
      </w:r>
      <w:r>
        <w:rPr/>
        <w:t xml:space="preserve">.</w:t>
      </w:r>
    </w:p>
    <w:p>
      <w:pPr>
        <w:pStyle w:val="Green"/>
        <w:rPr/>
      </w:pPr>
      <w:r>
        <w:rPr>
          <w:u w:val="none"/>
          <w:shd w:val="clear" w:color="auto" w:fill="C00000"/>
          <w:color w:val="FFFFFF"/>
        </w:rPr>
        <w:t xml:space="preserve">(Ps113:5 “the LORD our God”) </w:t>
      </w:r>
      <w:r>
        <w:rPr>
          <w:b/>
          <w:u w:val="none"/>
          <w:shd w:val="clear" w:color="auto" w:fill="C00000"/>
          <w:color w:val="FFFFFF"/>
        </w:rPr>
        <w:t xml:space="preserve">Psalm 113:7–8</w:t>
      </w:r>
      <w:r>
        <w:rPr>
          <w:u w:val="none"/>
          <w:shd w:val="clear" w:color="auto" w:fill="C00000"/>
          <w:color w:val="FFFFFF"/>
        </w:rPr>
        <w:t xml:space="preserve"> — </w:t>
      </w:r>
      <w:r>
        <w:rPr>
          <w:u w:val="none"/>
          <w:shd w:val="clear" w:color="auto" w:fill="C00000"/>
          <w:color w:val="FFFFFF"/>
        </w:rPr>
        <w:t xml:space="preserve">{He} raises the poor from the dust and lifts the needy from the dump</w:t>
      </w:r>
      <w:r>
        <w:rPr>
          <w:b w:val="false"/>
          <w:i w:val="false"/>
          <w:u w:val="none"/>
          <w:shd w:val="clear" w:color="auto" w:fill="C00000"/>
          <w:color w:val="FFFFFF"/>
        </w:rPr>
        <w:t xml:space="preserve"> [2FYV]</w:t>
      </w:r>
      <w:r>
        <w:rPr>
          <w:u w:val="none"/>
          <w:shd w:val="clear" w:color="auto" w:fill="C00000"/>
          <w:color w:val="FFFFFF"/>
        </w:rPr>
        <w:t xml:space="preserve"> </w:t>
      </w:r>
      <w:r>
        <w:rPr>
          <w:u w:val="none"/>
          <w:shd w:val="clear" w:color="auto" w:fill="C00000"/>
          <w:color w:val="FFFFFF"/>
        </w:rPr>
        <w:t xml:space="preserve">to seat them with nobles, with the princes of His people</w:t>
      </w:r>
      <w:r>
        <w:rPr>
          <w:b w:val="false"/>
          <w:i w:val="false"/>
          <w:u w:val="none"/>
          <w:shd w:val="clear" w:color="auto" w:fill="C00000"/>
          <w:color w:val="FFFFFF"/>
        </w:rPr>
        <w:t xml:space="preserve"> [1GXW]</w:t>
      </w:r>
      <w:r>
        <w:rPr>
          <w:u w:val="none"/>
          <w:shd w:val="clear" w:color="auto" w:fill="C00000"/>
          <w:color w:val="FFFFFF"/>
        </w:rPr>
        <w:t xml:space="preserve">.</w:t>
      </w:r>
    </w:p>
    <w:p>
      <w:pPr>
        <w:pStyle w:val="Yellow"/>
        <w:rPr/>
      </w:pPr>
      <w:r>
        <w:rPr>
          <w:b/>
        </w:rPr>
        <w:t xml:space="preserve">Psalm 138:6</w:t>
      </w:r>
      <w:r>
        <w:rPr/>
        <w:t xml:space="preserve"> — Though </w:t>
      </w:r>
      <w:r>
        <w:rPr>
          <w:shd w:fill="B7DDE8" w:val="clear"/>
        </w:rPr>
        <w:t xml:space="preserve">the LORD is on high</w:t>
      </w:r>
      <w:r>
        <w:rPr>
          <w:b w:val="false"/>
          <w:i w:val="false"/>
          <w:color w:val="000000"/>
          <w:u w:val="none"/>
        </w:rPr>
        <w:t xml:space="preserve"> [1LJK]</w:t>
      </w:r>
      <w:r>
        <w:rPr/>
        <w:t xml:space="preserve">, </w:t>
      </w:r>
      <w:r>
        <w:rPr>
          <w:shd w:fill="B7DDE8" w:val="clear"/>
        </w:rPr>
        <w:t xml:space="preserve">He attends to the lowly</w:t>
      </w:r>
      <w:r>
        <w:rPr>
          <w:b w:val="false"/>
          <w:i w:val="false"/>
          <w:color w:val="000000"/>
          <w:u w:val="none"/>
        </w:rPr>
        <w:t xml:space="preserve"> [1LJL]</w:t>
      </w:r>
      <w:r>
        <w:rPr/>
        <w:t xml:space="preserve">; but </w:t>
      </w:r>
      <w:r>
        <w:rPr>
          <w:shd w:fill="B7DDE8" w:val="clear"/>
        </w:rPr>
        <w:t xml:space="preserve">the proud He knows from afar</w:t>
      </w:r>
      <w:r>
        <w:rPr>
          <w:b w:val="false"/>
          <w:i w:val="false"/>
          <w:color w:val="000000"/>
          <w:u w:val="none"/>
        </w:rPr>
        <w:t xml:space="preserve"> [1LJM]</w:t>
      </w:r>
      <w:r>
        <w:rPr/>
        <w:t xml:space="preserve">.</w:t>
      </w:r>
    </w:p>
    <w:p>
      <w:pPr>
        <w:pStyle w:val="Yellow"/>
        <w:rPr/>
      </w:pPr>
      <w:r>
        <w:rPr>
          <w:u w:val="none"/>
        </w:rPr>
        <w:t xml:space="preserve">(Pr3:32 “the LORD”) </w:t>
      </w:r>
      <w:r>
        <w:rPr>
          <w:b/>
          <w:u w:val="none"/>
        </w:rPr>
        <w:t xml:space="preserve">Proverbs 3:34</w:t>
      </w:r>
      <w:r>
        <w:rPr>
          <w:u w:val="none"/>
        </w:rPr>
        <w:t xml:space="preserve"> — </w:t>
      </w:r>
      <w:r>
        <w:rPr>
          <w:u w:val="none"/>
          <w:shd w:fill="B7DDE8" w:val="clear"/>
        </w:rPr>
        <w:t xml:space="preserve">{He} mocks the mockers</w:t>
      </w:r>
      <w:r>
        <w:rPr>
          <w:b w:val="false"/>
          <w:i w:val="false"/>
          <w:color w:val="000000"/>
          <w:u w:val="none"/>
        </w:rPr>
        <w:t xml:space="preserve"> [1HFC]</w:t>
      </w:r>
      <w:r>
        <w:rPr>
          <w:u w:val="none"/>
        </w:rPr>
        <w:t xml:space="preserve">, but </w:t>
      </w:r>
      <w:r>
        <w:rPr>
          <w:u w:val="none"/>
          <w:shd w:fill="B7DDE8" w:val="clear"/>
        </w:rPr>
        <w:t xml:space="preserve">gives grace to the humble</w:t>
      </w:r>
      <w:r>
        <w:rPr>
          <w:b w:val="false"/>
          <w:i w:val="false"/>
          <w:color w:val="000000"/>
          <w:u w:val="none"/>
        </w:rPr>
        <w:t xml:space="preserve"> [3FRS]</w:t>
      </w:r>
      <w:r>
        <w:rPr>
          <w:u w:val="none"/>
        </w:rPr>
        <w:t xml:space="preserve">.</w:t>
      </w:r>
    </w:p>
    <w:p>
      <w:pPr>
        <w:pStyle w:val="Yellow"/>
        <w:rPr/>
      </w:pPr>
      <w:r>
        <w:rPr>
          <w:b/>
        </w:rPr>
        <w:t xml:space="preserve">Proverbs 11:2</w:t>
      </w:r>
      <w:r>
        <w:rPr/>
        <w:t xml:space="preserve"> — </w:t>
      </w:r>
      <w:r>
        <w:rPr>
          <w:shd w:fill="B7DDE8" w:val="clear"/>
        </w:rPr>
        <w:t xml:space="preserve">When pride comes, disgrace follows</w:t>
      </w:r>
      <w:r>
        <w:rPr>
          <w:b w:val="false"/>
          <w:i w:val="false"/>
          <w:color w:val="000000"/>
          <w:u w:val="none"/>
        </w:rPr>
        <w:t xml:space="preserve"> [1HNX]</w:t>
      </w:r>
      <w:r>
        <w:rPr/>
        <w:t xml:space="preserve">, but </w:t>
      </w:r>
      <w:r>
        <w:rPr>
          <w:shd w:fill="B7DDE8" w:val="clear"/>
        </w:rPr>
        <w:t xml:space="preserve">with humility comes wisdom</w:t>
      </w:r>
      <w:r>
        <w:rPr>
          <w:b w:val="false"/>
          <w:i w:val="false"/>
          <w:color w:val="000000"/>
          <w:u w:val="none"/>
        </w:rPr>
        <w:t xml:space="preserve"> [1HNY]</w:t>
      </w:r>
      <w:r>
        <w:rPr/>
        <w:t xml:space="preserve">.</w:t>
      </w:r>
    </w:p>
    <w:p>
      <w:pPr>
        <w:pStyle w:val="Yellow"/>
        <w:rPr/>
        <w:pBdr>
          <w:left w:val="single" w:sz="28" w:space="5" w:color="C00000"/>
        </w:pBdr>
      </w:pPr>
      <w:r>
        <w:rPr>
          <w:b/>
        </w:rPr>
        <w:t>Proverbs 15:25</w:t>
      </w:r>
      <w:r>
        <w:rPr/>
        <w:t xml:space="preserve"> — </w:t>
      </w:r>
      <w:r>
        <w:rPr>
          <w:shd w:val="clear" w:fill="B7DDE8"/>
        </w:rPr>
        <w:t>The LORD tears down the house of the proud</w:t>
      </w:r>
      <w:r>
        <w:rPr>
          <w:b w:val="false"/>
          <w:i w:val="false"/>
          <w:color w:val="000000"/>
          <w:u w:val="none"/>
        </w:rPr>
        <w:t xml:space="preserve"> [1DZU]</w:t>
      </w:r>
      <w:r>
        <w:rPr/>
        <w:t xml:space="preserve">, but </w:t>
      </w:r>
      <w:r>
        <w:rPr>
          <w:shd w:val="clear" w:fill="F4B183" w:color="auto"/>
          <w:color w:val="000000"/>
        </w:rPr>
        <w:t>He protects the boundaries of the widow</w:t>
      </w:r>
      <w:r>
        <w:rPr>
          <w:b w:val="false"/>
          <w:i w:val="false"/>
          <w:color w:val="000000"/>
          <w:u w:val="none"/>
          <w:shd w:val="clear" w:color="auto" w:fill="F4B183"/>
        </w:rPr>
        <w:t xml:space="preserve"> [1DZV]</w:t>
      </w:r>
      <w:r>
        <w:rPr/>
        <w:t>.</w:t>
      </w:r>
    </w:p>
    <w:p>
      <w:pPr>
        <w:pStyle w:val="Yellow"/>
        <w:rPr/>
      </w:pPr>
      <w:r>
        <w:rPr>
          <w:b/>
          <w:u w:val="none"/>
        </w:rPr>
        <w:t xml:space="preserve">Proverbs 16:5</w:t>
      </w:r>
      <w:r>
        <w:rPr>
          <w:u w:val="none"/>
        </w:rPr>
        <w:t xml:space="preserve"> — </w:t>
      </w:r>
      <w:r>
        <w:rPr>
          <w:u w:val="none"/>
          <w:shd w:fill="B7DDE8" w:val="clear"/>
        </w:rPr>
        <w:t xml:space="preserve">Everyone who is proud in heart is detestable to the LORD</w:t>
      </w:r>
      <w:r>
        <w:rPr>
          <w:b w:val="false"/>
          <w:i w:val="false"/>
          <w:color w:val="000000"/>
          <w:u w:val="none"/>
        </w:rPr>
        <w:t xml:space="preserve"> [1HMZ]</w:t>
      </w:r>
      <w:r>
        <w:rPr>
          <w:u w:val="none"/>
        </w:rPr>
        <w:t xml:space="preserve">; be assured that </w:t>
      </w:r>
      <w:r>
        <w:rPr>
          <w:u w:val="none"/>
          <w:shd w:fill="B7DDE8" w:val="clear"/>
        </w:rPr>
        <w:t xml:space="preserve">he will not go unpunished</w:t>
      </w:r>
      <w:r>
        <w:rPr>
          <w:b w:val="false"/>
          <w:i w:val="false"/>
          <w:color w:val="000000"/>
          <w:u w:val="none"/>
        </w:rPr>
        <w:t xml:space="preserve"> [1HNA]</w:t>
      </w:r>
      <w:r>
        <w:rPr>
          <w:u w:val="none"/>
        </w:rPr>
        <w:t xml:space="preserve">.</w:t>
      </w:r>
    </w:p>
    <w:p>
      <w:pPr>
        <w:pStyle w:val="Yellow"/>
        <w:rPr/>
      </w:pPr>
      <w:r>
        <w:rPr>
          <w:b/>
        </w:rPr>
        <w:t xml:space="preserve">Proverbs 16:18</w:t>
      </w:r>
      <w:r>
        <w:rPr/>
        <w:t xml:space="preserve"> — </w:t>
      </w:r>
      <w:r>
        <w:rPr>
          <w:shd w:fill="B7DDE8" w:val="clear"/>
        </w:rPr>
        <w:t xml:space="preserve">Pride goes before destruction</w:t>
      </w:r>
      <w:r>
        <w:rPr>
          <w:b w:val="false"/>
          <w:i w:val="false"/>
          <w:color w:val="000000"/>
          <w:u w:val="none"/>
        </w:rPr>
        <w:t xml:space="preserve"> [1JUT]</w:t>
      </w:r>
      <w:r>
        <w:rPr/>
        <w:t xml:space="preserve">, and </w:t>
      </w:r>
      <w:r>
        <w:rPr>
          <w:shd w:fill="B7DDE8" w:val="clear"/>
        </w:rPr>
        <w:t xml:space="preserve">a haughty spirit before a fall</w:t>
      </w:r>
      <w:r>
        <w:rPr>
          <w:b w:val="false"/>
          <w:i w:val="false"/>
          <w:color w:val="000000"/>
          <w:u w:val="none"/>
        </w:rPr>
        <w:t xml:space="preserve"> [1JUT]</w:t>
      </w:r>
      <w:r>
        <w:rPr/>
        <w:t xml:space="preserve">.</w:t>
      </w:r>
    </w:p>
    <w:p>
      <w:pPr>
        <w:pStyle w:val="Yellow"/>
        <w:rPr/>
        <w:pBdr>
          <w:left w:val="single" w:sz="28" w:space="5" w:color="C00000"/>
        </w:pBdr>
      </w:pPr>
      <w:r>
        <w:rPr>
          <w:b/>
        </w:rPr>
        <w:t xml:space="preserve">Proverbs 17:19</w:t>
      </w:r>
      <w:r>
        <w:rPr/>
        <w:t xml:space="preserve"> — </w:t>
      </w:r>
      <w:r>
        <w:rPr>
          <w:shd w:fill="548235" w:val="clear" w:color="auto"/>
          <w:color w:val="FFFFFF"/>
        </w:rPr>
        <w:t xml:space="preserve">He who loves transgression loves strife</w:t>
      </w:r>
      <w:r>
        <w:rPr>
          <w:b w:val="false"/>
          <w:i w:val="false"/>
          <w:color w:val="FFFFFF"/>
          <w:u w:val="none"/>
          <w:shd w:val="clear" w:color="auto" w:fill="548235"/>
        </w:rPr>
        <w:t xml:space="preserve"> [1JSQ]</w:t>
      </w:r>
      <w:r>
        <w:rPr/>
        <w:t xml:space="preserve">; </w:t>
      </w:r>
      <w:r>
        <w:rPr>
          <w:shd w:fill="B7DDE8" w:val="clear"/>
        </w:rPr>
        <w:t xml:space="preserve">he who builds his gate high invites destruction</w:t>
      </w:r>
      <w:r>
        <w:rPr>
          <w:b w:val="false"/>
          <w:i w:val="false"/>
          <w:color w:val="000000"/>
          <w:u w:val="none"/>
        </w:rPr>
        <w:t xml:space="preserve"> [1JSR]</w:t>
      </w:r>
      <w:r>
        <w:rPr/>
        <w:t xml:space="preserve">.</w:t>
      </w:r>
    </w:p>
    <w:p>
      <w:pPr>
        <w:pStyle w:val="Yellow"/>
        <w:rPr/>
      </w:pPr>
      <w:r>
        <w:rPr>
          <w:b/>
        </w:rPr>
        <w:t xml:space="preserve">Proverbs 25:6–7</w:t>
      </w:r>
      <w:r>
        <w:rPr/>
        <w:t xml:space="preserve"> — </w:t>
      </w:r>
      <w:r>
        <w:rPr>
          <w:shd w:fill="B7DDE8" w:val="clear"/>
        </w:rPr>
        <w:t xml:space="preserve">Do not exalt yourself in the presence of the king</w:t>
      </w:r>
      <w:r>
        <w:rPr>
          <w:b w:val="false"/>
          <w:i w:val="false"/>
          <w:color w:val="000000"/>
          <w:u w:val="none"/>
        </w:rPr>
        <w:t xml:space="preserve"> [1KSY]</w:t>
      </w:r>
      <w:r>
        <w:rPr/>
        <w:t xml:space="preserve">, and </w:t>
      </w:r>
      <w:r>
        <w:rPr>
          <w:shd w:fill="B7DDE8" w:val="clear"/>
        </w:rPr>
        <w:t xml:space="preserve">do not stand in the place of great men</w:t>
      </w:r>
      <w:r>
        <w:rPr>
          <w:b w:val="false"/>
          <w:i w:val="false"/>
          <w:color w:val="000000"/>
          <w:u w:val="none"/>
        </w:rPr>
        <w:t xml:space="preserve"> [1KSZ]</w:t>
      </w:r>
      <w:r>
        <w:rPr/>
        <w:t xml:space="preserve">; for </w:t>
      </w:r>
      <w:r>
        <w:rPr>
          <w:shd w:fill="B7DDE8" w:val="clear"/>
        </w:rPr>
        <w:t xml:space="preserve">it is better to be told, “Come up here!” than to be demoted in the presence of the prince</w:t>
      </w:r>
      <w:r>
        <w:rPr>
          <w:b w:val="false"/>
          <w:i w:val="false"/>
          <w:color w:val="000000"/>
          <w:u w:val="none"/>
        </w:rPr>
        <w:t xml:space="preserve"> [1KTA]</w:t>
      </w:r>
      <w:r>
        <w:rPr/>
        <w:t xml:space="preserve">.</w:t>
      </w:r>
    </w:p>
    <w:p>
      <w:pPr>
        <w:pStyle w:val="Yellow"/>
        <w:rPr/>
      </w:pPr>
      <w:r>
        <w:rPr>
          <w:b/>
        </w:rPr>
        <w:t xml:space="preserve">Proverbs 29:23</w:t>
      </w:r>
      <w:r>
        <w:rPr/>
        <w:t xml:space="preserve"> — </w:t>
      </w:r>
      <w:r>
        <w:rPr>
          <w:shd w:fill="B7DDE8" w:val="clear"/>
        </w:rPr>
        <w:t xml:space="preserve">A man’s pride will bring him low</w:t>
      </w:r>
      <w:r>
        <w:rPr>
          <w:b w:val="false"/>
          <w:i w:val="false"/>
          <w:color w:val="000000"/>
          <w:u w:val="none"/>
        </w:rPr>
        <w:t xml:space="preserve"> [1HDO]</w:t>
      </w:r>
      <w:r>
        <w:rPr/>
        <w:t xml:space="preserve">, but </w:t>
      </w:r>
      <w:r>
        <w:rPr>
          <w:shd w:fill="B7DDE8" w:val="clear"/>
        </w:rPr>
        <w:t xml:space="preserve">a humble spirit will obtain honor</w:t>
      </w:r>
      <w:r>
        <w:rPr>
          <w:b w:val="false"/>
          <w:i w:val="false"/>
          <w:color w:val="000000"/>
          <w:u w:val="none"/>
        </w:rPr>
        <w:t xml:space="preserve"> [1HDP]</w:t>
      </w:r>
      <w:r>
        <w:rPr/>
        <w:t xml:space="preserve">.</w:t>
      </w:r>
    </w:p>
    <w:p>
      <w:pPr>
        <w:pStyle w:val="Yellow"/>
        <w:rPr/>
        <w:shd w:val="clear" w:color="auto" w:fill="E4DFEC"/>
        <w:pBdr>
          <w:left w:val="single" w:sz="28" w:space="5" w:color="7030A0"/>
        </w:pBdr>
      </w:pPr>
      <w:r>
        <w:rPr/>
        <w:t xml:space="preserve">(Is2:3-4 Judgment in the “last days”) </w:t>
      </w:r>
      <w:r>
        <w:rPr>
          <w:b/>
        </w:rPr>
        <w:t>Isaiah 2:11</w:t>
      </w:r>
      <w:r>
        <w:rPr/>
        <w:t xml:space="preserve"> – </w:t>
      </w:r>
      <w:r>
        <w:rPr>
          <w:shd w:fill="B7DDE8" w:val="clear"/>
        </w:rPr>
        <w:t>The proud look of man will be humbled, and the loftiness of men brought low</w:t>
      </w:r>
      <w:r>
        <w:rPr>
          <w:b w:val="false"/>
          <w:i w:val="false"/>
          <w:color w:val="000000"/>
          <w:u w:val="none"/>
        </w:rPr>
        <w:t xml:space="preserve"> [2LB]</w:t>
      </w:r>
      <w:r>
        <w:rPr/>
        <w:t xml:space="preserve">; </w:t>
      </w:r>
      <w:r>
        <w:rPr>
          <w:shd w:fill="B7DDE8" w:val="clear"/>
        </w:rPr>
        <w:t>the LORD alone will be exalted in {that day}</w:t>
      </w:r>
      <w:r>
        <w:rPr>
          <w:b w:val="false"/>
          <w:i w:val="false"/>
          <w:color w:val="000000"/>
          <w:u w:val="none"/>
        </w:rPr>
        <w:t xml:space="preserve"> [2GM]</w:t>
      </w:r>
      <w:r>
        <w:rPr/>
        <w:t>.</w:t>
      </w:r>
    </w:p>
    <w:p>
      <w:pPr>
        <w:pStyle w:val="Yellow"/>
        <w:rPr/>
      </w:pPr>
      <w:r>
        <w:rPr/>
        <w:t xml:space="preserve">(Is2:12 on the Day the LORD comes against the proud) </w:t>
      </w:r>
      <w:r>
        <w:rPr>
          <w:b/>
        </w:rPr>
        <w:t>Isaiah 2:17–18</w:t>
      </w:r>
      <w:r>
        <w:rPr/>
        <w:t xml:space="preserve"> — {So} </w:t>
      </w:r>
      <w:r>
        <w:rPr>
          <w:shd w:fill="B7DDE8" w:val="clear"/>
        </w:rPr>
        <w:t>the pride of man will be brought low, and the loftiness of men will be humbled</w:t>
      </w:r>
      <w:r>
        <w:rPr>
          <w:b w:val="false"/>
          <w:i w:val="false"/>
          <w:color w:val="000000"/>
          <w:u w:val="none"/>
        </w:rPr>
        <w:t xml:space="preserve"> [2LB]</w:t>
      </w:r>
      <w:r>
        <w:rPr/>
        <w:t xml:space="preserve">; </w:t>
      </w:r>
      <w:r>
        <w:rPr>
          <w:shd w:fill="B7DDE8" w:val="clear"/>
        </w:rPr>
        <w:t>the LORD alone will be exalted in that day</w:t>
      </w:r>
      <w:r>
        <w:rPr>
          <w:b w:val="false"/>
          <w:i w:val="false"/>
          <w:color w:val="000000"/>
          <w:u w:val="none"/>
        </w:rPr>
        <w:t xml:space="preserve"> [2GM]</w:t>
      </w:r>
      <w:r>
        <w:rPr/>
        <w:t xml:space="preserve">, and </w:t>
      </w:r>
      <w:r>
        <w:rPr>
          <w:shd w:fill="B7DDE8" w:val="clear"/>
        </w:rPr>
        <w:t>the idols will vanish completely</w:t>
      </w:r>
      <w:r>
        <w:rPr>
          <w:b w:val="false"/>
          <w:i w:val="false"/>
          <w:color w:val="000000"/>
          <w:u w:val="none"/>
        </w:rPr>
        <w:t xml:space="preserve"> [1GN]</w:t>
      </w:r>
      <w:r>
        <w:rPr/>
        <w:t>.</w:t>
      </w:r>
    </w:p>
    <w:p>
      <w:pPr>
        <w:pStyle w:val="Yellow"/>
        <w:rPr/>
      </w:pPr>
      <w:r>
        <w:rPr>
          <w:b/>
        </w:rPr>
        <w:t xml:space="preserve">Isaiah 3:16–17</w:t>
      </w:r>
      <w:r>
        <w:rPr/>
        <w:t xml:space="preserve"> — The LORD also says: “</w:t>
      </w:r>
      <w:r>
        <w:rPr>
          <w:shd w:fill="B7DDE8" w:val="clear"/>
        </w:rPr>
        <w:t xml:space="preserve">Because the daughters of Zion are haughty—walking with heads held high and wanton eyes, prancing and skipping as they go, jingling the bracelets on their ankles</w:t>
      </w:r>
      <w:r>
        <w:rPr>
          <w:b w:val="false"/>
          <w:i w:val="false"/>
          <w:color w:val="000000"/>
          <w:u w:val="none"/>
        </w:rPr>
        <w:t xml:space="preserve"> [1KAR]</w:t>
      </w:r>
      <w:r>
        <w:rPr/>
        <w:t xml:space="preserve">—</w:t>
      </w:r>
      <w:r>
        <w:rPr>
          <w:shd w:fill="B7DDE8" w:val="clear"/>
        </w:rPr>
        <w:t xml:space="preserve">the Lord will bring sores on the heads of the daughters of Zion</w:t>
      </w:r>
      <w:r>
        <w:rPr>
          <w:b w:val="false"/>
          <w:i w:val="false"/>
          <w:color w:val="000000"/>
          <w:u w:val="none"/>
        </w:rPr>
        <w:t xml:space="preserve"> [1KAS]</w:t>
      </w:r>
      <w:r>
        <w:rPr/>
        <w:t xml:space="preserve">, and </w:t>
      </w:r>
      <w:r>
        <w:rPr>
          <w:shd w:fill="B7DDE8" w:val="clear"/>
        </w:rPr>
        <w:t xml:space="preserve">the LORD will make their foreheads bare</w:t>
      </w:r>
      <w:r>
        <w:rPr>
          <w:b w:val="false"/>
          <w:i w:val="false"/>
          <w:color w:val="000000"/>
          <w:u w:val="none"/>
        </w:rPr>
        <w:t xml:space="preserve"> [1KAT]</w:t>
      </w:r>
      <w:r>
        <w:rPr/>
        <w:t xml:space="preserve">.”</w:t>
      </w:r>
    </w:p>
    <w:p>
      <w:pPr>
        <w:pStyle w:val="Yellow"/>
        <w:rPr/>
      </w:pPr>
      <w:r>
        <w:rPr/>
        <w:t xml:space="preserve">(Is26:4 “GOD the LORD”) </w:t>
      </w:r>
      <w:r>
        <w:rPr>
          <w:b/>
        </w:rPr>
        <w:t xml:space="preserve">Isaiah 26:5–6</w:t>
      </w:r>
      <w:r>
        <w:rPr/>
        <w:t xml:space="preserve"> — </w:t>
      </w:r>
      <w:r>
        <w:rPr>
          <w:shd w:fill="B7DDE8" w:val="clear"/>
        </w:rPr>
        <w:t xml:space="preserve">{He} has humbled those who dwell on high</w:t>
      </w:r>
      <w:r>
        <w:rPr>
          <w:b w:val="false"/>
          <w:i w:val="false"/>
          <w:color w:val="000000"/>
          <w:u w:val="none"/>
        </w:rPr>
        <w:t xml:space="preserve"> [1GWP]</w:t>
      </w:r>
      <w:r>
        <w:rPr/>
        <w:t xml:space="preserve">; </w:t>
      </w:r>
      <w:r>
        <w:rPr>
          <w:shd w:fill="B7DDE8" w:val="clear"/>
        </w:rPr>
        <w:t xml:space="preserve">He lays the lofty city low</w:t>
      </w:r>
      <w:r>
        <w:rPr>
          <w:b w:val="false"/>
          <w:i w:val="false"/>
          <w:color w:val="000000"/>
          <w:u w:val="none"/>
        </w:rPr>
        <w:t xml:space="preserve"> [1GWP]</w:t>
      </w:r>
      <w:r>
        <w:rPr/>
        <w:t xml:space="preserve">. </w:t>
      </w:r>
      <w:r>
        <w:rPr>
          <w:shd w:fill="B7DDE8" w:val="clear"/>
        </w:rPr>
        <w:t xml:space="preserve">He brings it down to the ground</w:t>
      </w:r>
      <w:r>
        <w:rPr>
          <w:b w:val="false"/>
          <w:i w:val="false"/>
          <w:color w:val="000000"/>
          <w:u w:val="none"/>
        </w:rPr>
        <w:t xml:space="preserve"> [1GWP]</w:t>
      </w:r>
      <w:r>
        <w:rPr/>
        <w:t xml:space="preserve">; </w:t>
      </w:r>
      <w:r>
        <w:rPr>
          <w:shd w:fill="B7DDE8" w:val="clear"/>
        </w:rPr>
        <w:t xml:space="preserve">He casts it into the dust</w:t>
      </w:r>
      <w:r>
        <w:rPr>
          <w:b w:val="false"/>
          <w:i w:val="false"/>
          <w:color w:val="000000"/>
          <w:u w:val="none"/>
        </w:rPr>
        <w:t xml:space="preserve"> [1GWP]</w:t>
      </w:r>
      <w:r>
        <w:rPr/>
        <w:t xml:space="preserve">. </w:t>
      </w:r>
      <w:r>
        <w:rPr>
          <w:shd w:fill="F4B183" w:val="clear" w:color="auto"/>
          <w:color w:val="000000"/>
        </w:rPr>
        <w:t xml:space="preserve">Feet trample it down—the feet of the oppressed, the steps of the poor</w:t>
      </w:r>
      <w:r>
        <w:rPr>
          <w:b w:val="false"/>
          <w:i w:val="false"/>
          <w:color w:val="000000"/>
          <w:u w:val="none"/>
          <w:shd w:val="clear" w:color="auto" w:fill="F4B183"/>
        </w:rPr>
        <w:t xml:space="preserve"> [1GWQ]</w:t>
      </w:r>
      <w:r>
        <w:rPr/>
        <w:t xml:space="preserve">.</w:t>
      </w:r>
    </w:p>
    <w:p>
      <w:pPr>
        <w:pStyle w:val="Yellow"/>
        <w:rPr/>
      </w:pPr>
      <w:r>
        <w:rPr>
          <w:b/>
        </w:rPr>
        <w:t>Isaiah 66:2</w:t>
      </w:r>
      <w:r>
        <w:rPr/>
        <w:t xml:space="preserve"> — </w:t>
      </w:r>
      <w:r>
        <w:rPr>
          <w:shd w:val="clear" w:fill="B7DDE8"/>
        </w:rPr>
        <w:t>This is the one I will esteem: he who is humble and contrite in spirit, who trembles at My word</w:t>
      </w:r>
      <w:r>
        <w:rPr>
          <w:b w:val="false"/>
          <w:i w:val="false"/>
          <w:color w:val="000000"/>
          <w:u w:val="none"/>
        </w:rPr>
        <w:t xml:space="preserve"> [1SZ]</w:t>
      </w:r>
      <w:r>
        <w:rPr/>
        <w:t>.</w:t>
      </w:r>
    </w:p>
    <w:p>
      <w:pPr>
        <w:pStyle w:val="Yellow"/>
        <w:rPr/>
      </w:pPr>
      <w:r>
        <w:rPr>
          <w:b/>
        </w:rPr>
        <w:t xml:space="preserve">Ezekiel 17:24</w:t>
      </w:r>
      <w:r>
        <w:rPr/>
        <w:t xml:space="preserve"> — Then </w:t>
      </w:r>
      <w:r>
        <w:rPr>
          <w:shd w:fill="B7DDE8" w:val="clear"/>
        </w:rPr>
        <w:t xml:space="preserve">all the trees of the field will know that I am the LORD</w:t>
      </w:r>
      <w:r>
        <w:rPr>
          <w:b w:val="false"/>
          <w:i w:val="false"/>
          <w:color w:val="000000"/>
          <w:u w:val="none"/>
        </w:rPr>
        <w:t xml:space="preserve"> [1LLV]</w:t>
      </w:r>
      <w:r>
        <w:rPr/>
        <w:t xml:space="preserve">. </w:t>
      </w:r>
      <w:r>
        <w:rPr>
          <w:shd w:fill="B7DDE8" w:val="clear"/>
        </w:rPr>
        <w:t xml:space="preserve">I bring the tall tree down</w:t>
      </w:r>
      <w:r>
        <w:rPr>
          <w:b w:val="false"/>
          <w:i w:val="false"/>
          <w:color w:val="000000"/>
          <w:u w:val="none"/>
        </w:rPr>
        <w:t xml:space="preserve"> [1LLW]</w:t>
      </w:r>
      <w:r>
        <w:rPr/>
        <w:t xml:space="preserve"> and </w:t>
      </w:r>
      <w:r>
        <w:rPr>
          <w:shd w:fill="B7DDE8" w:val="clear"/>
        </w:rPr>
        <w:t xml:space="preserve">make the low tree tall</w:t>
      </w:r>
      <w:r>
        <w:rPr>
          <w:b w:val="false"/>
          <w:i w:val="false"/>
          <w:color w:val="000000"/>
          <w:u w:val="none"/>
        </w:rPr>
        <w:t xml:space="preserve"> [1LLX]</w:t>
      </w:r>
      <w:r>
        <w:rPr/>
        <w:t xml:space="preserve">. </w:t>
      </w:r>
      <w:r>
        <w:rPr>
          <w:shd w:fill="B7DDE8" w:val="clear"/>
        </w:rPr>
        <w:t xml:space="preserve">I dry up the green tree</w:t>
      </w:r>
      <w:r>
        <w:rPr>
          <w:b w:val="false"/>
          <w:i w:val="false"/>
          <w:color w:val="000000"/>
          <w:u w:val="none"/>
        </w:rPr>
        <w:t xml:space="preserve"> [1LLY]</w:t>
      </w:r>
      <w:r>
        <w:rPr/>
        <w:t xml:space="preserve"> and </w:t>
      </w:r>
      <w:r>
        <w:rPr>
          <w:shd w:fill="B7DDE8" w:val="clear"/>
        </w:rPr>
        <w:t xml:space="preserve">make the withered tree flourish</w:t>
      </w:r>
      <w:r>
        <w:rPr>
          <w:b w:val="false"/>
          <w:i w:val="false"/>
          <w:color w:val="000000"/>
          <w:u w:val="none"/>
        </w:rPr>
        <w:t xml:space="preserve"> [1LLZ]</w:t>
      </w:r>
      <w:r>
        <w:rPr/>
        <w:t xml:space="preserve">. </w:t>
      </w:r>
      <w:r>
        <w:rPr>
          <w:shd w:fill="B7DDE8" w:val="clear"/>
        </w:rPr>
        <w:t xml:space="preserve">I, the LORD, have spoken</w:t>
      </w:r>
      <w:r>
        <w:rPr>
          <w:b w:val="false"/>
          <w:i w:val="false"/>
          <w:color w:val="000000"/>
          <w:u w:val="none"/>
        </w:rPr>
        <w:t xml:space="preserve"> [4BFP]</w:t>
      </w:r>
      <w:r>
        <w:rPr/>
        <w:t xml:space="preserve">, and </w:t>
      </w:r>
      <w:r>
        <w:rPr>
          <w:shd w:fill="B7DDE8" w:val="clear"/>
        </w:rPr>
        <w:t xml:space="preserve">I have done it</w:t>
      </w:r>
      <w:r>
        <w:rPr>
          <w:b w:val="false"/>
          <w:i w:val="false"/>
          <w:color w:val="000000"/>
          <w:u w:val="none"/>
        </w:rPr>
        <w:t xml:space="preserve"> [1LMA]</w:t>
      </w:r>
      <w:r>
        <w:rPr/>
        <w:t xml:space="preserve">.’”</w:t>
      </w:r>
    </w:p>
    <w:p>
      <w:pPr>
        <w:pStyle w:val="Yellow"/>
        <w:rPr/>
      </w:pPr>
      <w:r>
        <w:rPr/>
        <w:t xml:space="preserve">(Zep3:11 God will remove “those who rejoice in their pride”) </w:t>
      </w:r>
      <w:r>
        <w:rPr>
          <w:b/>
        </w:rPr>
        <w:t>Zephaniah 3:12</w:t>
      </w:r>
      <w:r>
        <w:rPr/>
        <w:t xml:space="preserve"> — {But} </w:t>
      </w:r>
      <w:r>
        <w:rPr>
          <w:shd w:val="clear" w:fill="B7DDE8"/>
        </w:rPr>
        <w:t>I will leave within you a meek and humble people</w:t>
      </w:r>
      <w:r>
        <w:rPr>
          <w:b w:val="false"/>
          <w:i w:val="false"/>
          <w:color w:val="000000"/>
          <w:u w:val="none"/>
        </w:rPr>
        <w:t xml:space="preserve"> [1DCU]</w:t>
      </w:r>
      <w:r>
        <w:rPr/>
        <w:t xml:space="preserve">, and </w:t>
      </w:r>
      <w:r>
        <w:rPr>
          <w:shd w:val="clear" w:fill="F4B183" w:color="auto"/>
          <w:color w:val="000000"/>
        </w:rPr>
        <w:t>they will trust in the name of the LORD</w:t>
      </w:r>
      <w:r>
        <w:rPr>
          <w:b w:val="false"/>
          <w:i w:val="false"/>
          <w:color w:val="000000"/>
          <w:u w:val="none"/>
          <w:shd w:val="clear" w:color="auto" w:fill="F4B183"/>
        </w:rPr>
        <w:t xml:space="preserve"> [1DCV]</w:t>
      </w:r>
      <w:r>
        <w:rPr/>
        <w:t>.</w:t>
      </w:r>
    </w:p>
    <w:p>
      <w:pPr>
        <w:pStyle w:val="Yellow"/>
        <w:rPr/>
        <w:pBdr>
          <w:left w:val="single" w:sz="28" w:space="5" w:color="C00000"/>
        </w:pBdr>
      </w:pPr>
      <w:r>
        <w:rPr>
          <w:b/>
        </w:rPr>
        <w:t xml:space="preserve">Matthew 5:3</w:t>
      </w:r>
      <w:r>
        <w:rPr/>
        <w:t xml:space="preserve"> — “</w:t>
      </w:r>
      <w:r>
        <w:rPr>
          <w:shd w:fill="B7DDE8" w:val="clear"/>
        </w:rPr>
        <w:t xml:space="preserve">Blessed are the poor in spirit</w:t>
      </w:r>
      <w:r>
        <w:rPr>
          <w:b w:val="false"/>
          <w:i w:val="false"/>
          <w:color w:val="000000"/>
          <w:u w:val="none"/>
        </w:rPr>
        <w:t xml:space="preserve"> [1GXK]</w:t>
      </w:r>
      <w:r>
        <w:rPr/>
        <w:t xml:space="preserve">, for </w:t>
      </w:r>
      <w:r>
        <w:rPr>
          <w:shd w:fill="F4B183" w:val="clear" w:color="auto"/>
          <w:color w:val="000000"/>
        </w:rPr>
        <w:t xml:space="preserve">theirs is the kingdom of heaven</w:t>
      </w:r>
      <w:r>
        <w:rPr>
          <w:b w:val="false"/>
          <w:i w:val="false"/>
          <w:color w:val="000000"/>
          <w:u w:val="none"/>
          <w:shd w:val="clear" w:color="auto" w:fill="F4B183"/>
        </w:rPr>
        <w:t xml:space="preserve"> [3EJF]</w:t>
      </w:r>
      <w:r>
        <w:rPr/>
        <w:t xml:space="preserve">.</w:t>
      </w:r>
    </w:p>
    <w:p>
      <w:pPr>
        <w:pStyle w:val="Yellow"/>
        <w:rPr/>
      </w:pPr>
      <w:r>
        <w:rPr>
          <w:shd w:val="clear" w:color="auto" w:fill="548235"/>
          <w:color w:val="FFFFFF"/>
        </w:rPr>
        <w:t xml:space="preserve">(Lk1:47 “God”) </w:t>
      </w:r>
      <w:r>
        <w:rPr>
          <w:b/>
          <w:shd w:val="clear" w:color="auto" w:fill="548235"/>
          <w:color w:val="FFFFFF"/>
        </w:rPr>
        <w:t xml:space="preserve">Luke 1:53</w:t>
      </w:r>
      <w:r>
        <w:rPr>
          <w:shd w:val="clear" w:color="auto" w:fill="548235"/>
          <w:color w:val="FFFFFF"/>
        </w:rPr>
        <w:t xml:space="preserve"> — </w:t>
      </w:r>
      <w:r>
        <w:rPr>
          <w:shd w:fill="548235" w:val="clear" w:color="auto"/>
          <w:color w:val="FFFFFF"/>
        </w:rPr>
        <w:t xml:space="preserve">{He} has filled the hungry with good things</w:t>
      </w:r>
      <w:r>
        <w:rPr>
          <w:b w:val="false"/>
          <w:i w:val="false"/>
          <w:color w:val="FFFFFF"/>
          <w:u w:val="none"/>
          <w:shd w:val="clear" w:color="auto" w:fill="548235"/>
        </w:rPr>
        <w:t xml:space="preserve"> [2HED]</w:t>
      </w:r>
      <w:r>
        <w:rPr>
          <w:shd w:val="clear" w:color="auto" w:fill="548235"/>
          <w:color w:val="FFFFFF"/>
        </w:rPr>
        <w:t xml:space="preserve">, but </w:t>
      </w:r>
      <w:r>
        <w:rPr>
          <w:shd w:fill="548235" w:val="clear" w:color="auto"/>
          <w:color w:val="FFFFFF"/>
        </w:rPr>
        <w:t xml:space="preserve">has sent the rich away empty</w:t>
      </w:r>
      <w:r>
        <w:rPr>
          <w:b w:val="false"/>
          <w:i w:val="false"/>
          <w:color w:val="FFFFFF"/>
          <w:u w:val="none"/>
          <w:shd w:val="clear" w:color="auto" w:fill="548235"/>
        </w:rPr>
        <w:t xml:space="preserve"> [1HEE]</w:t>
      </w:r>
      <w:r>
        <w:rPr>
          <w:shd w:val="clear" w:color="auto" w:fill="548235"/>
          <w:color w:val="FFFFFF"/>
        </w:rPr>
        <w:t xml:space="preserve">.</w:t>
      </w:r>
    </w:p>
    <w:p>
      <w:pPr>
        <w:pStyle w:val="Yellow"/>
        <w:rPr/>
      </w:pPr>
      <w:r>
        <w:rPr>
          <w:b/>
          <w:u w:val="none"/>
        </w:rPr>
        <w:t>Luke 9:48</w:t>
      </w:r>
      <w:r>
        <w:rPr>
          <w:u w:val="none"/>
        </w:rPr>
        <w:t xml:space="preserve"> — “</w:t>
      </w:r>
      <w:r>
        <w:rPr>
          <w:u w:val="none"/>
          <w:shd w:fill="B7DDE8" w:val="clear"/>
        </w:rPr>
        <w:t>Whoever welcomes this little child in My name welcomes Me</w:t>
      </w:r>
      <w:r>
        <w:rPr>
          <w:b w:val="false"/>
          <w:i w:val="false"/>
          <w:color w:val="000000"/>
          <w:u w:val="none"/>
        </w:rPr>
        <w:t xml:space="preserve"> [3GON]</w:t>
      </w:r>
      <w:r>
        <w:rPr>
          <w:u w:val="none"/>
        </w:rPr>
        <w:t xml:space="preserve">, and </w:t>
      </w:r>
      <w:r>
        <w:rPr>
          <w:u w:val="none"/>
          <w:shd w:fill="B7DDE8" w:val="clear"/>
        </w:rPr>
        <w:t>whoever welcomes Me welcomes the One who sent Me</w:t>
      </w:r>
      <w:r>
        <w:rPr>
          <w:b w:val="false"/>
          <w:i w:val="false"/>
          <w:color w:val="000000"/>
          <w:u w:val="none"/>
        </w:rPr>
        <w:t xml:space="preserve"> [4GOO]</w:t>
      </w:r>
      <w:r>
        <w:rPr>
          <w:u w:val="none"/>
        </w:rPr>
        <w:t xml:space="preserve">. For </w:t>
      </w:r>
      <w:r>
        <w:rPr>
          <w:u w:val="none"/>
          <w:shd w:fill="B7DDE8" w:val="clear"/>
        </w:rPr>
        <w:t>whoever is the least among all of you, he is the greatest</w:t>
      </w:r>
      <w:r>
        <w:rPr>
          <w:b w:val="false"/>
          <w:i w:val="false"/>
          <w:color w:val="000000"/>
          <w:u w:val="none"/>
        </w:rPr>
        <w:t xml:space="preserve"> [1MAG]</w:t>
      </w:r>
      <w:r>
        <w:rPr>
          <w:u w:val="none"/>
        </w:rPr>
        <w:t>.”</w:t>
      </w:r>
    </w:p>
    <w:p>
      <w:pPr>
        <w:pStyle w:val="Yellow"/>
        <w:rPr/>
        <w:shd w:val="clear" w:color="auto" w:fill="E4DFEC"/>
        <w:pBdr>
          <w:left w:val="single" w:sz="28" w:space="5" w:color="7030A0"/>
        </w:pBdr>
      </w:pPr>
      <w:r>
        <w:rPr>
          <w:b/>
        </w:rPr>
        <w:t>Luke 14:11</w:t>
      </w:r>
      <w:r>
        <w:rPr/>
        <w:t xml:space="preserve"> — For </w:t>
      </w:r>
      <w:r>
        <w:rPr>
          <w:shd w:val="clear" w:fill="B7DDE8"/>
        </w:rPr>
        <w:t>everyone who exalts himself will be humbled</w:t>
      </w:r>
      <w:r>
        <w:rPr>
          <w:b w:val="false"/>
          <w:i w:val="false"/>
          <w:color w:val="000000"/>
          <w:u w:val="none"/>
        </w:rPr>
        <w:t xml:space="preserve"> [2CGN]</w:t>
      </w:r>
      <w:r>
        <w:rPr/>
        <w:t xml:space="preserve">, and </w:t>
      </w:r>
      <w:r>
        <w:rPr>
          <w:shd w:val="clear" w:fill="B7DDE8"/>
        </w:rPr>
        <w:t>the one who humbles himself will be exalted</w:t>
      </w:r>
      <w:r>
        <w:rPr>
          <w:b w:val="false"/>
          <w:i w:val="false"/>
          <w:color w:val="000000"/>
          <w:u w:val="none"/>
        </w:rPr>
        <w:t xml:space="preserve"> [3CGO]</w:t>
      </w:r>
      <w:r>
        <w:rPr/>
        <w:t>.”</w:t>
      </w:r>
    </w:p>
    <w:p>
      <w:pPr>
        <w:pStyle w:val="Yellow"/>
        <w:rPr/>
      </w:pPr>
      <w:r>
        <w:rPr>
          <w:b/>
        </w:rPr>
        <w:t>Romans 12:3</w:t>
      </w:r>
      <w:r>
        <w:rPr/>
        <w:t xml:space="preserve"> — </w:t>
      </w:r>
      <w:r>
        <w:rPr>
          <w:shd w:val="clear" w:fill="B7DDE8"/>
        </w:rPr>
        <w:t>Do not think of yourself more highly than you ought</w:t>
      </w:r>
      <w:r>
        <w:rPr>
          <w:b w:val="false"/>
          <w:i w:val="false"/>
          <w:color w:val="000000"/>
          <w:u w:val="none"/>
        </w:rPr>
        <w:t xml:space="preserve"> [1DFE]</w:t>
      </w:r>
      <w:r>
        <w:rPr/>
        <w:t xml:space="preserve">, but </w:t>
      </w:r>
      <w:r>
        <w:rPr>
          <w:shd w:val="clear" w:fill="B7DDE8"/>
        </w:rPr>
        <w:t>think of yourself with sober judgment</w:t>
      </w:r>
      <w:r>
        <w:rPr>
          <w:b w:val="false"/>
          <w:i w:val="false"/>
          <w:color w:val="000000"/>
          <w:u w:val="none"/>
        </w:rPr>
        <w:t xml:space="preserve"> [1DFF]</w:t>
      </w:r>
      <w:r>
        <w:rPr/>
        <w:t xml:space="preserve">, according to </w:t>
      </w:r>
      <w:r>
        <w:rPr>
          <w:shd w:val="clear" w:fill="B7DDE8"/>
        </w:rPr>
        <w:t>the measure of faith God has given you</w:t>
      </w:r>
      <w:r>
        <w:rPr>
          <w:b w:val="false"/>
          <w:i w:val="false"/>
          <w:color w:val="000000"/>
          <w:u w:val="none"/>
        </w:rPr>
        <w:t xml:space="preserve"> [1DFG]</w:t>
      </w:r>
      <w:r>
        <w:rPr/>
        <w:t>.</w:t>
      </w:r>
    </w:p>
    <w:p>
      <w:pPr>
        <w:pStyle w:val="Yellow"/>
        <w:rPr/>
        <w:shd w:val="clear" w:color="auto" w:fill="E4DFEC"/>
        <w:pBdr>
          <w:left w:val="single" w:sz="28" w:space="5" w:color="7030A0"/>
        </w:pBdr>
      </w:pPr>
      <w:r>
        <w:rPr>
          <w:b/>
          <w:u w:val="none"/>
        </w:rPr>
        <w:t>1 Peter 5:5</w:t>
      </w:r>
      <w:r>
        <w:rPr>
          <w:u w:val="none"/>
        </w:rPr>
        <w:t xml:space="preserve"> — </w:t>
      </w:r>
      <w:r>
        <w:rPr>
          <w:u w:val="none"/>
          <w:shd w:fill="B7DDE8" w:val="clear"/>
        </w:rPr>
        <w:t>God opposes the proud</w:t>
      </w:r>
      <w:r>
        <w:rPr>
          <w:b w:val="false"/>
          <w:i w:val="false"/>
          <w:color w:val="000000"/>
          <w:u w:val="none"/>
        </w:rPr>
        <w:t xml:space="preserve"> [2FRR]</w:t>
      </w:r>
      <w:r>
        <w:rPr>
          <w:u w:val="none"/>
        </w:rPr>
        <w:t xml:space="preserve">, but </w:t>
      </w:r>
      <w:r>
        <w:rPr>
          <w:u w:val="none"/>
          <w:shd w:fill="548235" w:val="clear" w:color="auto"/>
          <w:color w:val="FFFFFF"/>
        </w:rPr>
        <w:t>gives grace to the humble</w:t>
      </w:r>
      <w:r>
        <w:rPr>
          <w:b w:val="false"/>
          <w:i w:val="false"/>
          <w:color w:val="FFFFFF"/>
          <w:u w:val="none"/>
          <w:shd w:val="clear" w:color="auto" w:fill="548235"/>
        </w:rPr>
        <w:t xml:space="preserve"> [3FRS]</w:t>
      </w:r>
      <w:r>
        <w:rPr>
          <w:u w:val="none"/>
        </w:rPr>
        <w:t>.</w:t>
      </w:r>
    </w:p>
    <w:p>
      <w:pPr>
        <w:pStyle w:val="Yellow"/>
        <w:rPr/>
      </w:pPr>
      <w:r>
        <w:rPr>
          <w:b/>
        </w:rPr>
        <w:t xml:space="preserve">1 Peter 5:6</w:t>
      </w:r>
      <w:r>
        <w:rPr/>
        <w:t xml:space="preserve"> — </w:t>
      </w:r>
      <w:r>
        <w:rPr>
          <w:shd w:fill="B7DDE8" w:val="clear"/>
        </w:rPr>
        <w:t xml:space="preserve">Humble yourselves, therefore, under God’s mighty hand</w:t>
      </w:r>
      <w:r>
        <w:rPr>
          <w:b w:val="false"/>
          <w:i w:val="false"/>
          <w:color w:val="000000"/>
          <w:u w:val="none"/>
        </w:rPr>
        <w:t xml:space="preserve"> [1HFF]</w:t>
      </w:r>
      <w:r>
        <w:rPr/>
        <w:t xml:space="preserve">, so that </w:t>
      </w:r>
      <w:r>
        <w:rPr>
          <w:shd w:fill="B7DDE8" w:val="clear"/>
        </w:rPr>
        <w:t xml:space="preserve">in due time He may exalt you</w:t>
      </w:r>
      <w:r>
        <w:rPr>
          <w:b w:val="false"/>
          <w:i w:val="false"/>
          <w:color w:val="000000"/>
          <w:u w:val="none"/>
        </w:rPr>
        <w:t xml:space="preserve"> [1HFG]</w:t>
      </w:r>
      <w:r>
        <w:rPr/>
        <w:t xml:space="preserve">.</w:t>
      </w:r>
    </w:p>
    <w:p>
      <w:r>
        <w:rPr>
          <w:b/>
          <w:sz w:val="32"/>
          <w:highlight w:val="yellow"/>
        </w:rPr>
        <w:t>Hunger and Famine  (11)</w:t>
      </w:r>
    </w:p>
    <w:p>
      <w:pPr>
        <w:pStyle w:val="Yellow"/>
        <w:rPr/>
        <w:pBdr>
          <w:left w:val="single" w:sz="28" w:space="5" w:color="C00000"/>
        </w:pBdr>
      </w:pPr>
      <w:r>
        <w:rPr>
          <w:b/>
        </w:rPr>
        <w:t xml:space="preserve">Proverbs 19:15</w:t>
      </w:r>
      <w:r>
        <w:rPr/>
        <w:t xml:space="preserve"> — </w:t>
      </w:r>
      <w:r>
        <w:rPr>
          <w:shd w:fill="B7DDE8" w:val="clear"/>
        </w:rPr>
        <w:t xml:space="preserve">Laziness brings on deep sleep</w:t>
      </w:r>
      <w:r>
        <w:rPr>
          <w:b w:val="false"/>
          <w:i w:val="false"/>
          <w:u w:val="none"/>
          <w:color w:val="000000"/>
        </w:rPr>
        <w:t xml:space="preserve"> [1HJY]</w:t>
      </w:r>
      <w:r>
        <w:rPr>
          <w:shd w:val="clear" w:color="auto" w:fill="548235"/>
          <w:color w:val="FFFFFF"/>
        </w:rPr>
        <w:t xml:space="preserve">, and </w:t>
      </w:r>
      <w:r>
        <w:rPr>
          <w:shd w:fill="548235" w:val="clear" w:color="auto"/>
          <w:color w:val="FFFFFF"/>
        </w:rPr>
        <w:t xml:space="preserve">an idle soul will suffer hunger</w:t>
      </w:r>
      <w:r>
        <w:rPr>
          <w:b w:val="false"/>
          <w:i w:val="false"/>
          <w:color w:val="FFFFFF"/>
          <w:u w:val="none"/>
          <w:shd w:val="clear" w:color="auto" w:fill="548235"/>
        </w:rPr>
        <w:t xml:space="preserve"> [1HJZ]</w:t>
      </w:r>
      <w:r>
        <w:rPr>
          <w:shd w:val="clear" w:color="auto" w:fill="548235"/>
          <w:color w:val="FFFFFF"/>
        </w:rPr>
        <w:t xml:space="preserve">.</w:t>
      </w:r>
    </w:p>
    <w:p>
      <w:pPr>
        <w:pStyle w:val="Yellow"/>
        <w:rPr/>
      </w:pPr>
      <w:r>
        <w:rPr>
          <w:b/>
          <w:highlight w:val="cyan"/>
          <w:shd w:val="clear" w:color="auto" w:fill="C00000"/>
          <w:color w:val="FFFFFF"/>
        </w:rPr>
        <w:t>Proverbs 24:33–34</w:t>
      </w:r>
      <w:r>
        <w:rPr>
          <w:highlight w:val="cyan"/>
          <w:shd w:val="clear" w:color="auto" w:fill="C00000"/>
          <w:color w:val="FFFFFF"/>
        </w:rPr>
        <w:t xml:space="preserve"> — </w:t>
      </w:r>
      <w:r>
        <w:rPr>
          <w:highlight w:val="cyan"/>
          <w:shd w:val="clear" w:color="auto" w:fill="C00000"/>
          <w:color w:val="FFFFFF"/>
        </w:rPr>
        <w:t>A little sleep, a little slumber, a little folding of the hands to rest</w:t>
      </w:r>
      <w:r>
        <w:rPr>
          <w:b w:val="false"/>
          <w:i w:val="false"/>
          <w:u w:val="none"/>
          <w:shd w:val="clear" w:color="auto" w:fill="C00000"/>
          <w:color w:val="FFFFFF"/>
        </w:rPr>
        <w:t xml:space="preserve"> [2FAM]</w:t>
      </w:r>
      <w:r>
        <w:rPr>
          <w:highlight w:val="cyan"/>
          <w:shd w:val="clear" w:color="auto" w:fill="C00000"/>
          <w:color w:val="FFFFFF"/>
        </w:rPr>
        <w:t xml:space="preserve">, and </w:t>
      </w:r>
      <w:r>
        <w:rPr>
          <w:highlight w:val="cyan"/>
          <w:shd w:val="clear" w:color="auto" w:fill="C00000"/>
          <w:color w:val="FFFFFF"/>
        </w:rPr>
        <w:t>poverty will come upon you like a robber, and need like a bandit</w:t>
      </w:r>
      <w:r>
        <w:rPr>
          <w:b w:val="false"/>
          <w:i w:val="false"/>
          <w:u w:val="none"/>
          <w:shd w:val="clear" w:color="auto" w:fill="C00000"/>
          <w:color w:val="FFFFFF"/>
        </w:rPr>
        <w:t xml:space="preserve"> [2FAN]</w:t>
      </w:r>
      <w:r>
        <w:rPr>
          <w:highlight w:val="cyan"/>
          <w:shd w:val="clear" w:color="auto" w:fill="C00000"/>
          <w:color w:val="FFFFFF"/>
        </w:rPr>
        <w:t>.</w:t>
      </w:r>
    </w:p>
    <w:p>
      <w:pPr>
        <w:pStyle w:val="Yellow"/>
        <w:rPr/>
        <w:pBdr>
          <w:left w:val="single" w:sz="28" w:space="5" w:color="C00000"/>
        </w:pBdr>
      </w:pPr>
      <w:r>
        <w:rPr>
          <w:shd w:val="clear" w:color="auto" w:fill="548235"/>
          <w:color w:val="FFFFFF"/>
        </w:rPr>
        <w:t xml:space="preserve">(Je3:2 because you “have defiled the land” with “prostitution and wickedness”) </w:t>
      </w:r>
      <w:r>
        <w:rPr>
          <w:b/>
          <w:shd w:val="clear" w:color="auto" w:fill="548235"/>
          <w:color w:val="FFFFFF"/>
        </w:rPr>
        <w:t xml:space="preserve">Jeremiah 3:3</w:t>
      </w:r>
      <w:r>
        <w:rPr>
          <w:shd w:val="clear" w:color="auto" w:fill="548235"/>
          <w:color w:val="FFFFFF"/>
        </w:rPr>
        <w:t xml:space="preserve"> — {Therefore} </w:t>
      </w:r>
      <w:r>
        <w:rPr>
          <w:shd w:fill="548235" w:val="clear" w:color="auto"/>
          <w:color w:val="FFFFFF"/>
        </w:rPr>
        <w:t xml:space="preserve">the showers have been withheld</w:t>
      </w:r>
      <w:r>
        <w:rPr>
          <w:b w:val="false"/>
          <w:i w:val="false"/>
          <w:color w:val="FFFFFF"/>
          <w:u w:val="none"/>
          <w:shd w:val="clear" w:color="auto" w:fill="548235"/>
        </w:rPr>
        <w:t xml:space="preserve"> [1LKW]</w:t>
      </w:r>
      <w:r>
        <w:rPr>
          <w:shd w:val="clear" w:color="auto" w:fill="548235"/>
          <w:color w:val="FFFFFF"/>
        </w:rPr>
        <w:t xml:space="preserve">, and </w:t>
      </w:r>
      <w:r>
        <w:rPr>
          <w:shd w:fill="548235" w:val="clear" w:color="auto"/>
          <w:color w:val="FFFFFF"/>
        </w:rPr>
        <w:t xml:space="preserve">no spring rains have fallen</w:t>
      </w:r>
      <w:r>
        <w:rPr>
          <w:b w:val="false"/>
          <w:i w:val="false"/>
          <w:color w:val="FFFFFF"/>
          <w:u w:val="none"/>
          <w:shd w:val="clear" w:color="auto" w:fill="548235"/>
        </w:rPr>
        <w:t xml:space="preserve"> [1LKX]</w:t>
      </w:r>
      <w:r>
        <w:rPr>
          <w:shd w:val="clear" w:color="auto" w:fill="548235"/>
          <w:color w:val="FFFFFF"/>
        </w:rPr>
        <w:t xml:space="preserve">.</w:t>
      </w:r>
    </w:p>
    <w:p>
      <w:pPr>
        <w:pStyle w:val="Yellow"/>
        <w:rPr/>
      </w:pPr>
      <w:r>
        <w:rPr>
          <w:b/>
        </w:rPr>
        <w:t xml:space="preserve">Jeremiah 5:25</w:t>
      </w:r>
      <w:r>
        <w:rPr/>
        <w:t xml:space="preserve"> — </w:t>
      </w:r>
      <w:r>
        <w:rPr>
          <w:shd w:fill="B7DDE8" w:val="clear"/>
        </w:rPr>
        <w:t xml:space="preserve">Your iniquities have diverted these from you</w:t>
      </w:r>
      <w:r>
        <w:rPr>
          <w:b w:val="false"/>
          <w:i w:val="false"/>
          <w:color w:val="000000"/>
          <w:u w:val="none"/>
        </w:rPr>
        <w:t xml:space="preserve"> [1HUB]</w:t>
      </w:r>
      <w:r>
        <w:rPr/>
        <w:t xml:space="preserve">; </w:t>
      </w:r>
      <w:r>
        <w:rPr>
          <w:shd w:fill="B7DDE8" w:val="clear"/>
        </w:rPr>
        <w:t xml:space="preserve">your sins have deprived you of My bounty</w:t>
      </w:r>
      <w:r>
        <w:rPr>
          <w:b w:val="false"/>
          <w:i w:val="false"/>
          <w:color w:val="000000"/>
          <w:u w:val="none"/>
        </w:rPr>
        <w:t xml:space="preserve"> [1HUC]</w:t>
      </w:r>
      <w:r>
        <w:rPr/>
        <w:t xml:space="preserve">.</w:t>
      </w:r>
    </w:p>
    <w:p>
      <w:pPr>
        <w:pStyle w:val="Yellow"/>
        <w:rPr/>
      </w:pPr>
      <w:r>
        <w:rPr/>
        <w:t xml:space="preserve">(Eze5:11ᶜ because Jerusalem “defiled My sanctuary”) </w:t>
      </w:r>
      <w:r>
        <w:rPr>
          <w:b/>
        </w:rPr>
        <w:t xml:space="preserve">Ezekiel 5:16</w:t>
      </w:r>
      <w:r>
        <w:rPr/>
        <w:t xml:space="preserve"> — When </w:t>
      </w:r>
      <w:r>
        <w:rPr>
          <w:shd w:fill="B7DDE8" w:val="clear"/>
        </w:rPr>
        <w:t xml:space="preserve">I shower you with the deadly arrows of famine and destruction that I will send to destroy you</w:t>
      </w:r>
      <w:r>
        <w:rPr>
          <w:b w:val="false"/>
          <w:i w:val="false"/>
          <w:color w:val="000000"/>
          <w:u w:val="none"/>
        </w:rPr>
        <w:t xml:space="preserve"> [1JML]</w:t>
      </w:r>
      <w:r>
        <w:rPr/>
        <w:t xml:space="preserve">, </w:t>
      </w:r>
      <w:r>
        <w:rPr>
          <w:shd w:fill="B7DDE8" w:val="clear"/>
        </w:rPr>
        <w:t xml:space="preserve">I will intensify the famine against you and cut off your supply of food</w:t>
      </w:r>
      <w:r>
        <w:rPr>
          <w:b w:val="false"/>
          <w:i w:val="false"/>
          <w:color w:val="000000"/>
          <w:u w:val="none"/>
        </w:rPr>
        <w:t xml:space="preserve"> [1JMM]</w:t>
      </w:r>
      <w:r>
        <w:rPr>
          <w:b w:val="false"/>
          <w:i w:val="false"/>
          <w:color w:val="000000"/>
          <w:u w:val="none"/>
        </w:rPr>
        <w:t xml:space="preserve"> [1JMN]</w:t>
      </w:r>
      <w:r>
        <w:rPr/>
        <w:t xml:space="preserve">.</w:t>
      </w:r>
    </w:p>
    <w:p>
      <w:pPr>
        <w:pStyle w:val="Yellow"/>
        <w:rPr/>
      </w:pPr>
      <w:r>
        <w:rPr>
          <w:b/>
        </w:rPr>
        <w:t xml:space="preserve">Ezekiel 14:13–14</w:t>
      </w:r>
      <w:r>
        <w:rPr/>
        <w:t xml:space="preserve"> — “Son of man, </w:t>
      </w:r>
      <w:r>
        <w:rPr>
          <w:color w:val="auto"/>
        </w:rPr>
        <w:t xml:space="preserve">if a land sins against Me by acting unfaithfully</w:t>
      </w:r>
      <w:r>
        <w:rPr>
          <w:b w:val="false"/>
          <w:i w:val="false"/>
          <w:color w:val="auto"/>
          <w:u w:val="none"/>
        </w:rPr>
        <w:t xml:space="preserve"> [1KRF]</w:t>
      </w:r>
      <w:r>
        <w:rPr/>
        <w:t xml:space="preserve">, and </w:t>
      </w:r>
      <w:r>
        <w:rPr>
          <w:shd w:fill="B7DDE8" w:val="clear"/>
        </w:rPr>
        <w:t xml:space="preserve">I stretch out My hand against it to cut off its supply of food, to send famine upon it, and to cut off from it both man and beast</w:t>
      </w:r>
      <w:r>
        <w:rPr>
          <w:b w:val="false"/>
          <w:i w:val="false"/>
          <w:color w:val="000000"/>
          <w:u w:val="none"/>
        </w:rPr>
        <w:t xml:space="preserve"> [1KRG]</w:t>
      </w:r>
      <w:r>
        <w:rPr/>
        <w:t xml:space="preserve">, then </w:t>
      </w:r>
      <w:r>
        <w:rPr>
          <w:shd w:fill="B7DDE8" w:val="clear"/>
        </w:rPr>
        <w:t xml:space="preserve">even if these three men—Noah, Daniel, and Job—were in it, their righteousness could deliver only themselves</w:t>
      </w:r>
      <w:r>
        <w:rPr>
          <w:b w:val="false"/>
          <w:i w:val="false"/>
          <w:color w:val="000000"/>
          <w:u w:val="none"/>
        </w:rPr>
        <w:t xml:space="preserve"> [1KRH]</w:t>
      </w:r>
      <w:r>
        <w:rPr/>
        <w:t xml:space="preserve">, declares the Lord GOD.</w:t>
      </w:r>
    </w:p>
    <w:p>
      <w:pPr>
        <w:pStyle w:val="Yellow"/>
        <w:rPr/>
      </w:pPr>
      <w:r>
        <w:rPr/>
        <w:t>&lt;18&gt;(</w:t>
      </w:r>
      <w:r>
        <w:rPr>
          <w:b/>
        </w:rPr>
        <w:t>Amos 4:6</w:t>
      </w:r>
      <w:r>
        <w:rPr/>
        <w:t xml:space="preserve"> Gave you “lack of bread”) Amos 4:7–8 — “</w:t>
      </w:r>
      <w:r>
        <w:rPr>
          <w:shd w:val="clear" w:fill="B7DDE8"/>
        </w:rPr>
        <w:t>I {also} withheld the rain from you when the harvest was three months away</w:t>
      </w:r>
      <w:r>
        <w:rPr>
          <w:b w:val="false"/>
          <w:i w:val="false"/>
          <w:color w:val="000000"/>
          <w:u w:val="none"/>
        </w:rPr>
        <w:t xml:space="preserve"> [1EFK]</w:t>
      </w:r>
      <w:r>
        <w:rPr/>
        <w:t xml:space="preserve">. </w:t>
      </w:r>
      <w:r>
        <w:rPr>
          <w:shd w:val="clear" w:fill="B7DDE8"/>
        </w:rPr>
        <w:t>I sent rain on one city but withheld it from another</w:t>
      </w:r>
      <w:r>
        <w:rPr>
          <w:b w:val="false"/>
          <w:i w:val="false"/>
          <w:color w:val="000000"/>
          <w:u w:val="none"/>
        </w:rPr>
        <w:t xml:space="preserve"> [1EFL]</w:t>
      </w:r>
      <w:r>
        <w:rPr/>
        <w:t xml:space="preserve">. </w:t>
      </w:r>
      <w:r>
        <w:rPr>
          <w:shd w:val="clear" w:fill="B7DDE8"/>
        </w:rPr>
        <w:t>One field received rain while one without rain withered</w:t>
      </w:r>
      <w:r>
        <w:rPr>
          <w:b w:val="false"/>
          <w:i w:val="false"/>
          <w:color w:val="000000"/>
          <w:u w:val="none"/>
        </w:rPr>
        <w:t xml:space="preserve"> [1EFM]</w:t>
      </w:r>
      <w:r>
        <w:rPr/>
        <w:t xml:space="preserve">. </w:t>
      </w:r>
      <w:r>
        <w:rPr>
          <w:shd w:val="clear" w:fill="B7DDE8"/>
        </w:rPr>
        <w:t>People staggered from city to city for water to drink, but they were not satisfied</w:t>
      </w:r>
      <w:r>
        <w:rPr>
          <w:b w:val="false"/>
          <w:i w:val="false"/>
          <w:u w:val="none"/>
          <w:color w:val="000000"/>
        </w:rPr>
        <w:t xml:space="preserve"> [1EFN]</w:t>
      </w:r>
      <w:r>
        <w:rPr/>
        <w:t xml:space="preserve">; yet </w:t>
      </w:r>
      <w:r>
        <w:rPr>
          <w:shd w:val="clear" w:fill="B7DDE8"/>
        </w:rPr>
        <w:t>you have not returned to Me</w:t>
      </w:r>
      <w:r>
        <w:rPr>
          <w:b w:val="false"/>
          <w:i w:val="false"/>
          <w:color w:val="000000"/>
          <w:u w:val="none"/>
        </w:rPr>
        <w:t xml:space="preserve"> [1EFO]</w:t>
      </w:r>
      <w:r>
        <w:rPr/>
        <w:t>,” declares the LORD.</w:t>
      </w:r>
    </w:p>
    <w:p>
      <w:pPr>
        <w:pStyle w:val="Yellow"/>
        <w:rPr/>
      </w:pPr>
      <w:r>
        <w:rPr/>
        <w:t xml:space="preserve">&lt;18&gt;(Am4:6–11ᶜ after Israel repeatedly “did not return to Me”) </w:t>
      </w:r>
      <w:r>
        <w:rPr>
          <w:b/>
        </w:rPr>
        <w:t>Amos 4:12</w:t>
      </w:r>
      <w:r>
        <w:rPr/>
        <w:t xml:space="preserve"> — </w:t>
      </w:r>
      <w:r>
        <w:rPr>
          <w:shd w:val="clear" w:fill="B7DDE8"/>
        </w:rPr>
        <w:t>prepare to meet your God, O Israel</w:t>
      </w:r>
      <w:r>
        <w:rPr>
          <w:b w:val="false"/>
          <w:i w:val="false"/>
          <w:color w:val="000000"/>
          <w:u w:val="none"/>
        </w:rPr>
        <w:t xml:space="preserve"> [1EFP]</w:t>
      </w:r>
      <w:r>
        <w:rPr/>
        <w:t>!</w:t>
      </w:r>
    </w:p>
    <w:p>
      <w:pPr>
        <w:pStyle w:val="Yellow"/>
        <w:rPr/>
      </w:pPr>
      <w:r>
        <w:rPr>
          <w:color w:val="auto"/>
        </w:rPr>
        <w:t xml:space="preserve">(Hag1:9ᶜ Because God’s house “lies in ruins” while each is “busy with his own house”) </w:t>
      </w:r>
      <w:r>
        <w:rPr>
          <w:b/>
          <w:color w:val="auto"/>
        </w:rPr>
        <w:t>Haggai 1:6</w:t>
      </w:r>
      <w:r>
        <w:rPr>
          <w:color w:val="auto"/>
        </w:rPr>
        <w:t xml:space="preserve"> — </w:t>
      </w:r>
      <w:r>
        <w:rPr>
          <w:color w:val="auto"/>
        </w:rPr>
        <w:t>You have planted much but harvested little</w:t>
      </w:r>
      <w:r>
        <w:rPr>
          <w:b w:val="false"/>
          <w:i w:val="false"/>
          <w:color w:val="auto"/>
          <w:u w:val="none"/>
        </w:rPr>
        <w:t xml:space="preserve"> [1LUN]</w:t>
      </w:r>
      <w:r>
        <w:rPr>
          <w:color w:val="auto"/>
        </w:rPr>
        <w:t xml:space="preserve">. </w:t>
      </w:r>
      <w:r>
        <w:rPr>
          <w:color w:val="auto"/>
        </w:rPr>
        <w:t>You eat but never have enough</w:t>
      </w:r>
      <w:r>
        <w:rPr>
          <w:b w:val="false"/>
          <w:i w:val="false"/>
          <w:color w:val="auto"/>
          <w:u w:val="none"/>
        </w:rPr>
        <w:t xml:space="preserve"> [1LUO]</w:t>
      </w:r>
      <w:r>
        <w:rPr>
          <w:color w:val="auto"/>
        </w:rPr>
        <w:t xml:space="preserve">. </w:t>
      </w:r>
      <w:r>
        <w:rPr>
          <w:color w:val="auto"/>
        </w:rPr>
        <w:t>You drink but never have your fill</w:t>
      </w:r>
      <w:r>
        <w:rPr>
          <w:b w:val="false"/>
          <w:i w:val="false"/>
          <w:color w:val="auto"/>
          <w:u w:val="none"/>
        </w:rPr>
        <w:t xml:space="preserve"> [1LUP]</w:t>
      </w:r>
      <w:r>
        <w:rPr>
          <w:color w:val="auto"/>
        </w:rPr>
        <w:t xml:space="preserve">. </w:t>
      </w:r>
      <w:r>
        <w:rPr>
          <w:color w:val="auto"/>
        </w:rPr>
        <w:t>You put on clothes but never get warm</w:t>
      </w:r>
      <w:r>
        <w:rPr>
          <w:b w:val="false"/>
          <w:i w:val="false"/>
          <w:color w:val="auto"/>
          <w:u w:val="none"/>
        </w:rPr>
        <w:t xml:space="preserve"> [1LUQ]</w:t>
      </w:r>
      <w:r>
        <w:rPr>
          <w:color w:val="auto"/>
        </w:rPr>
        <w:t xml:space="preserve">. </w:t>
      </w:r>
      <w:r>
        <w:rPr>
          <w:color w:val="auto"/>
        </w:rPr>
        <w:t>You earn wages to put into a bag pierced through</w:t>
      </w:r>
      <w:r>
        <w:rPr>
          <w:b w:val="false"/>
          <w:i w:val="false"/>
          <w:color w:val="auto"/>
          <w:u w:val="none"/>
        </w:rPr>
        <w:t xml:space="preserve"> [1LUR]</w:t>
      </w:r>
      <w:r>
        <w:rPr>
          <w:color w:val="auto"/>
        </w:rPr>
        <w:t>.”</w:t>
      </w:r>
    </w:p>
    <w:p>
      <w:pPr>
        <w:pStyle w:val="Yellow"/>
        <w:rPr/>
      </w:pPr>
      <w:r>
        <w:rPr>
          <w:b/>
          <w:color w:val="auto"/>
        </w:rPr>
        <w:t xml:space="preserve">Haggai 1:9</w:t>
      </w:r>
      <w:r>
        <w:rPr>
          <w:color w:val="auto"/>
        </w:rPr>
        <w:t xml:space="preserve"> — </w:t>
      </w:r>
      <w:r>
        <w:rPr>
          <w:color w:val="auto"/>
        </w:rPr>
        <w:t xml:space="preserve">You expected much, but behold, it amounted to little</w:t>
      </w:r>
      <w:r>
        <w:rPr>
          <w:b w:val="false"/>
          <w:i w:val="false"/>
          <w:color w:val="auto"/>
          <w:u w:val="none"/>
        </w:rPr>
        <w:t xml:space="preserve"> [1IBY]</w:t>
      </w:r>
      <w:r>
        <w:rPr>
          <w:color w:val="auto"/>
        </w:rPr>
        <w:t xml:space="preserve">. And </w:t>
      </w:r>
      <w:r>
        <w:rPr>
          <w:color w:val="auto"/>
        </w:rPr>
        <w:t xml:space="preserve">what you brought home, I blew away</w:t>
      </w:r>
      <w:r>
        <w:rPr>
          <w:b w:val="false"/>
          <w:i w:val="false"/>
          <w:color w:val="auto"/>
          <w:u w:val="none"/>
        </w:rPr>
        <w:t xml:space="preserve"> [1IBZ]</w:t>
      </w:r>
      <w:r>
        <w:rPr>
          <w:color w:val="auto"/>
        </w:rPr>
        <w:t xml:space="preserve">. Why? declares the LORD of Hosts. </w:t>
      </w:r>
      <w:r>
        <w:rPr>
          <w:color w:val="auto"/>
        </w:rPr>
        <w:t xml:space="preserve">Because My house still lies in ruins, while each of you is busy with his own house</w:t>
      </w:r>
      <w:r>
        <w:rPr>
          <w:b w:val="false"/>
          <w:i w:val="false"/>
          <w:color w:val="auto"/>
          <w:u w:val="none"/>
        </w:rPr>
        <w:t xml:space="preserve"> [1ICA]</w:t>
      </w:r>
      <w:r>
        <w:rPr>
          <w:color w:val="auto"/>
        </w:rPr>
        <w:t xml:space="preserve">.</w:t>
      </w:r>
    </w:p>
    <w:p>
      <w:pPr>
        <w:pStyle w:val="Yellow"/>
        <w:rPr/>
      </w:pPr>
      <w:r>
        <w:rPr>
          <w:b/>
        </w:rPr>
        <w:t>Mark 8:2</w:t>
      </w:r>
      <w:r>
        <w:rPr/>
        <w:t xml:space="preserve"> — “</w:t>
      </w:r>
      <w:r>
        <w:rPr>
          <w:shd w:fill="B7DDE8" w:val="clear"/>
        </w:rPr>
        <w:t>I have compassion for this crowd</w:t>
      </w:r>
      <w:r>
        <w:rPr>
          <w:b w:val="false"/>
          <w:i w:val="false"/>
          <w:color w:val="000000"/>
          <w:u w:val="none"/>
        </w:rPr>
        <w:t xml:space="preserve"> [1FSH]</w:t>
      </w:r>
      <w:r>
        <w:rPr>
          <w:shd w:val="clear" w:color="auto" w:fill="548235"/>
          <w:color w:val="FFFFFF"/>
        </w:rPr>
        <w:t xml:space="preserve">, </w:t>
      </w:r>
      <w:r>
        <w:rPr>
          <w:shd w:fill="548235" w:val="clear" w:color="auto"/>
          <w:color w:val="FFFFFF"/>
        </w:rPr>
        <w:t>because they have already been with Me three days and have nothing to eat</w:t>
      </w:r>
      <w:r>
        <w:rPr>
          <w:b w:val="false"/>
          <w:i w:val="false"/>
          <w:color w:val="FFFFFF"/>
          <w:u w:val="none"/>
          <w:shd w:val="clear" w:color="auto" w:fill="548235"/>
        </w:rPr>
        <w:t xml:space="preserve"> [1FSI]</w:t>
      </w:r>
      <w:r>
        <w:rPr>
          <w:shd w:val="clear" w:color="auto" w:fill="548235"/>
          <w:color w:val="FFFFFF"/>
        </w:rPr>
        <w:t>.</w:t>
      </w:r>
    </w:p>
    <w:p>
      <w:r>
        <w:rPr>
          <w:b/>
          <w:sz w:val="32"/>
          <w:highlight w:val="yellow"/>
        </w:rPr>
        <w:t>Inheriting the Land  (22)</w:t>
      </w:r>
    </w:p>
    <w:p>
      <w:pPr>
        <w:pStyle w:val="Yellow"/>
        <w:rPr/>
      </w:pPr>
      <w:r>
        <w:rPr>
          <w:b/>
        </w:rPr>
        <w:t>Genesis 17:8</w:t>
      </w:r>
      <w:r>
        <w:rPr/>
        <w:t xml:space="preserve"> — And </w:t>
      </w:r>
      <w:r>
        <w:rPr>
          <w:shd w:fill="B7DDE8" w:val="clear"/>
        </w:rPr>
        <w:t xml:space="preserve">to you and your descendants I will give the land where you are residing—all the land of Canaan—as an </w:t>
      </w:r>
      <w:r>
        <w:rPr>
          <w:shd w:fill="B7DDE8" w:val="clear"/>
        </w:rPr>
        <w:t>eternal</w:t>
      </w:r>
      <w:r>
        <w:rPr>
          <w:shd w:fill="B7DDE8" w:val="clear"/>
        </w:rPr>
        <w:t xml:space="preserve"> possession</w:t>
      </w:r>
      <w:r>
        <w:rPr>
          <w:b w:val="false"/>
          <w:i w:val="false"/>
          <w:color w:val="000000"/>
          <w:u w:val="none"/>
        </w:rPr>
        <w:t xml:space="preserve"> [1ABB]</w:t>
      </w:r>
      <w:r>
        <w:rPr/>
        <w:t xml:space="preserve">; and </w:t>
      </w:r>
      <w:r>
        <w:rPr>
          <w:shd w:fill="B7DDE8" w:val="clear"/>
        </w:rPr>
        <w:t>I will be their God</w:t>
      </w:r>
      <w:r>
        <w:rPr>
          <w:b w:val="false"/>
          <w:i w:val="false"/>
          <w:color w:val="000000"/>
          <w:u w:val="none"/>
        </w:rPr>
        <w:t xml:space="preserve"> [1ABC]</w:t>
      </w:r>
      <w:r>
        <w:rPr/>
        <w:t>.</w:t>
      </w:r>
    </w:p>
    <w:p>
      <w:pPr>
        <w:pStyle w:val="Yellow"/>
        <w:rPr/>
      </w:pPr>
      <w:r>
        <w:rPr>
          <w:u w:val="none"/>
        </w:rPr>
        <w:t xml:space="preserve">(Ex3:7 God says of Israel: “I have heard them crying out because of their oppressors”) </w:t>
      </w:r>
      <w:r>
        <w:rPr>
          <w:b/>
          <w:u w:val="none"/>
        </w:rPr>
        <w:t>Exodus 3:8</w:t>
      </w:r>
      <w:r>
        <w:rPr>
          <w:u w:val="none"/>
        </w:rPr>
        <w:t xml:space="preserve"> — </w:t>
      </w:r>
      <w:r>
        <w:rPr>
          <w:u w:val="none"/>
          <w:shd w:val="clear" w:fill="B7DDE8"/>
        </w:rPr>
        <w:t>I have come down to rescue {them} from the hand of the Egyptians</w:t>
      </w:r>
      <w:r>
        <w:rPr>
          <w:b w:val="false"/>
          <w:i w:val="false"/>
          <w:color w:val="000000"/>
          <w:u w:val="none"/>
        </w:rPr>
        <w:t xml:space="preserve"> [1DPJ]</w:t>
      </w:r>
      <w:r>
        <w:rPr>
          <w:u w:val="none"/>
        </w:rPr>
        <w:t xml:space="preserve"> and </w:t>
      </w:r>
      <w:r>
        <w:rPr>
          <w:u w:val="none"/>
          <w:shd w:val="clear" w:fill="B7DDE8"/>
        </w:rPr>
        <w:t>to bring them up out of that land to a good and spacious land, a land flowing with milk and honey</w:t>
      </w:r>
      <w:r>
        <w:rPr>
          <w:b w:val="false"/>
          <w:i w:val="false"/>
          <w:color w:val="000000"/>
          <w:u w:val="none"/>
        </w:rPr>
        <w:t xml:space="preserve"> [1DPK]</w:t>
      </w:r>
    </w:p>
    <w:p>
      <w:pPr>
        <w:pStyle w:val="Yellow"/>
        <w:rPr/>
      </w:pPr>
      <w:r>
        <w:rPr>
          <w:b/>
        </w:rPr>
        <w:t xml:space="preserve">Numbers 14:21–23</w:t>
      </w:r>
      <w:r>
        <w:rPr/>
        <w:t xml:space="preserve"> — Yet </w:t>
      </w:r>
      <w:r>
        <w:rPr>
          <w:shd w:fill="B7DDE8" w:val="clear"/>
        </w:rPr>
        <w:t xml:space="preserve">as surely as I live</w:t>
      </w:r>
      <w:r>
        <w:rPr>
          <w:b w:val="false"/>
          <w:i w:val="false"/>
          <w:color w:val="000000"/>
          <w:u w:val="none"/>
        </w:rPr>
        <w:t xml:space="preserve"> [6ADT]</w:t>
      </w:r>
      <w:r>
        <w:rPr/>
        <w:t xml:space="preserve"> and as surely as </w:t>
      </w:r>
      <w:r>
        <w:rPr>
          <w:shd w:fill="B7DDE8" w:val="clear"/>
        </w:rPr>
        <w:t xml:space="preserve">the whole earth is filled with the glory of the LORD</w:t>
      </w:r>
      <w:r>
        <w:rPr>
          <w:b w:val="false"/>
          <w:i w:val="false"/>
          <w:color w:val="000000"/>
          <w:u w:val="none"/>
        </w:rPr>
        <w:t xml:space="preserve"> [1GBB]</w:t>
      </w:r>
      <w:r>
        <w:rPr/>
        <w:t xml:space="preserve">, not one of </w:t>
      </w:r>
      <w:r>
        <w:rPr>
          <w:shd w:fill="B7DDE8" w:val="clear"/>
        </w:rPr>
        <w:t xml:space="preserve">the men who have seen My glory and the signs I performed in Egypt and in the wilderness</w:t>
      </w:r>
      <w:r>
        <w:rPr>
          <w:b w:val="false"/>
          <w:i w:val="false"/>
          <w:color w:val="000000"/>
          <w:u w:val="none"/>
        </w:rPr>
        <w:t xml:space="preserve"> [1GBC]</w:t>
      </w:r>
      <w:r>
        <w:rPr/>
        <w:t xml:space="preserve">—</w:t>
      </w:r>
      <w:r>
        <w:rPr>
          <w:shd w:fill="B7DDE8" w:val="clear"/>
        </w:rPr>
        <w:t xml:space="preserve">yet have tested Me and disobeyed Me these ten times</w:t>
      </w:r>
      <w:r>
        <w:rPr>
          <w:b w:val="false"/>
          <w:i w:val="false"/>
          <w:u w:val="none"/>
          <w:color w:val="000000"/>
        </w:rPr>
        <w:t xml:space="preserve"> [1GBD]</w:t>
      </w:r>
      <w:r>
        <w:rPr/>
        <w:t xml:space="preserve">—</w:t>
      </w:r>
      <w:r>
        <w:rPr>
          <w:shd w:fill="B7DDE8" w:val="clear"/>
        </w:rPr>
        <w:t xml:space="preserve">not one will ever see the land that I swore to give their fathers</w:t>
      </w:r>
      <w:r>
        <w:rPr>
          <w:b w:val="false"/>
          <w:i w:val="false"/>
          <w:color w:val="000000"/>
          <w:u w:val="none"/>
        </w:rPr>
        <w:t xml:space="preserve"> [1GBE]</w:t>
      </w:r>
      <w:r>
        <w:rPr/>
        <w:t xml:space="preserve">. </w:t>
      </w:r>
      <w:r>
        <w:rPr>
          <w:shd w:fill="B7DDE8" w:val="clear"/>
        </w:rPr>
        <w:t xml:space="preserve">None of those who have treated Me with contempt will see it</w:t>
      </w:r>
      <w:r>
        <w:rPr>
          <w:b w:val="false"/>
          <w:i w:val="false"/>
          <w:color w:val="000000"/>
          <w:u w:val="none"/>
        </w:rPr>
        <w:t xml:space="preserve"> [1GBF]</w:t>
      </w:r>
      <w:r>
        <w:rPr/>
        <w:t xml:space="preserve">.</w:t>
      </w:r>
    </w:p>
    <w:p>
      <w:pPr>
        <w:pStyle w:val="Yellow"/>
        <w:rPr/>
        <w:pBdr>
          <w:left w:val="single" w:sz="28" w:space="5" w:color="C00000"/>
        </w:pBdr>
      </w:pPr>
      <w:r>
        <w:rPr>
          <w:b/>
          <w:shd w:val="clear" w:color="auto" w:fill="F4B183"/>
          <w:color w:val="000000"/>
        </w:rPr>
        <w:t>Deuteronomy 1:25</w:t>
      </w:r>
      <w:r>
        <w:rPr>
          <w:shd w:val="clear" w:color="auto" w:fill="F4B183"/>
          <w:color w:val="000000"/>
        </w:rPr>
        <w:t xml:space="preserve"> — “</w:t>
      </w:r>
      <w:r>
        <w:rPr>
          <w:shd w:fill="F4B183" w:val="clear" w:color="auto"/>
          <w:color w:val="000000"/>
        </w:rPr>
        <w:t>It is a good land that the LORD our God is giving us</w:t>
      </w:r>
      <w:r>
        <w:rPr>
          <w:b w:val="false"/>
          <w:i w:val="false"/>
          <w:color w:val="000000"/>
          <w:u w:val="none"/>
          <w:shd w:val="clear" w:color="auto" w:fill="F4B183"/>
        </w:rPr>
        <w:t xml:space="preserve"> [1MBI]</w:t>
      </w:r>
      <w:r>
        <w:rPr>
          <w:shd w:val="clear" w:color="auto" w:fill="F4B183"/>
          <w:color w:val="000000"/>
        </w:rPr>
        <w:t>.”</w:t>
      </w:r>
    </w:p>
    <w:p>
      <w:pPr>
        <w:pStyle w:val="Yellow"/>
        <w:rPr/>
        <w:pBdr>
          <w:left w:val="single" w:sz="28" w:space="5" w:color="C00000"/>
        </w:pBdr>
      </w:pPr>
      <w:r>
        <w:rPr>
          <w:b/>
          <w:shd w:val="clear" w:color="auto" w:fill="548235"/>
          <w:color w:val="FFFFFF"/>
        </w:rPr>
        <w:t>Deuteronomy 8:7</w:t>
      </w:r>
      <w:r>
        <w:rPr>
          <w:shd w:val="clear" w:color="auto" w:fill="548235"/>
          <w:color w:val="FFFFFF"/>
        </w:rPr>
        <w:t xml:space="preserve"> — </w:t>
      </w:r>
      <w:r>
        <w:rPr>
          <w:shd w:fill="548235" w:val="clear" w:color="auto"/>
          <w:color w:val="FFFFFF"/>
        </w:rPr>
        <w:t>the LORD your God is bringing you into a good land</w:t>
      </w:r>
      <w:r>
        <w:rPr>
          <w:b w:val="false"/>
          <w:i w:val="false"/>
          <w:color w:val="FFFFFF"/>
          <w:u w:val="none"/>
          <w:shd w:val="clear" w:color="auto" w:fill="548235"/>
        </w:rPr>
        <w:t xml:space="preserve"> [1MBJ]</w:t>
      </w:r>
    </w:p>
    <w:p>
      <w:pPr>
        <w:pStyle w:val="Yellow"/>
        <w:rPr/>
        <w:pBdr>
          <w:left w:val="single" w:sz="28" w:space="5" w:color="C00000"/>
        </w:pBdr>
      </w:pPr>
      <w:r>
        <w:rPr>
          <w:b/>
        </w:rPr>
        <w:t xml:space="preserve">Deuteronomy 16:20</w:t>
      </w:r>
      <w:r>
        <w:rPr/>
        <w:t xml:space="preserve"> — </w:t>
      </w:r>
      <w:r>
        <w:rPr>
          <w:shd w:fill="B7DDE8" w:val="clear"/>
        </w:rPr>
        <w:t xml:space="preserve">Pursue justice, and justice alone</w:t>
      </w:r>
      <w:r>
        <w:rPr>
          <w:b w:val="false"/>
          <w:i w:val="false"/>
          <w:u w:val="none"/>
          <w:color w:val="000000"/>
        </w:rPr>
        <w:t xml:space="preserve"> [1GVW]</w:t>
      </w:r>
      <w:r>
        <w:rPr/>
        <w:t xml:space="preserve">, </w:t>
      </w:r>
      <w:r>
        <w:rPr>
          <w:shd w:fill="B7DDE8" w:val="clear"/>
        </w:rPr>
        <w:t xml:space="preserve">so that you may live</w:t>
      </w:r>
      <w:r>
        <w:rPr>
          <w:b w:val="false"/>
          <w:i w:val="false"/>
          <w:color w:val="000000"/>
          <w:u w:val="none"/>
        </w:rPr>
        <w:t xml:space="preserve"> [2ELS]</w:t>
      </w:r>
      <w:r>
        <w:rPr/>
        <w:t xml:space="preserve">, and </w:t>
      </w:r>
      <w:r>
        <w:rPr>
          <w:shd w:fill="B7DDE8" w:val="clear"/>
        </w:rPr>
        <w:t xml:space="preserve">you may possess the land that the LORD your God is giving you</w:t>
      </w:r>
      <w:r>
        <w:rPr>
          <w:b w:val="false"/>
          <w:i w:val="false"/>
          <w:color w:val="000000"/>
          <w:u w:val="none"/>
        </w:rPr>
        <w:t xml:space="preserve"> [1GVX]</w:t>
      </w:r>
      <w:r>
        <w:rPr/>
        <w:t xml:space="preserve">.</w:t>
      </w:r>
    </w:p>
    <w:p>
      <w:pPr>
        <w:pStyle w:val="Yellow"/>
        <w:rPr/>
        <w:pBdr>
          <w:left w:val="single" w:sz="28" w:space="5" w:color="C00000"/>
        </w:pBdr>
      </w:pPr>
      <w:r>
        <w:rPr>
          <w:u w:val="none"/>
          <w:shd w:val="clear" w:color="auto" w:fill="F4B183"/>
          <w:color w:val="000000"/>
        </w:rPr>
        <w:t xml:space="preserve">(De26:8 the LORD) </w:t>
      </w:r>
      <w:r>
        <w:rPr>
          <w:b/>
          <w:u w:val="none"/>
          <w:shd w:val="clear" w:color="auto" w:fill="F4B183"/>
          <w:color w:val="000000"/>
        </w:rPr>
        <w:t xml:space="preserve">Deuteronomy 26:9</w:t>
      </w:r>
      <w:r>
        <w:rPr>
          <w:u w:val="none"/>
          <w:shd w:val="clear" w:color="auto" w:fill="F4B183"/>
          <w:color w:val="000000"/>
        </w:rPr>
        <w:t xml:space="preserve"> — And </w:t>
      </w:r>
      <w:r>
        <w:rPr>
          <w:u w:val="none"/>
          <w:shd w:fill="F4B183" w:val="clear" w:color="auto"/>
          <w:color w:val="000000"/>
        </w:rPr>
        <w:t xml:space="preserve">{He} brought us to this place</w:t>
      </w:r>
      <w:r>
        <w:rPr>
          <w:b w:val="false"/>
          <w:i w:val="false"/>
          <w:color w:val="000000"/>
          <w:u w:val="none"/>
          <w:shd w:val="clear" w:color="auto" w:fill="F4B183"/>
        </w:rPr>
        <w:t xml:space="preserve"> [1LKU]</w:t>
      </w:r>
      <w:r>
        <w:rPr>
          <w:u w:val="none"/>
          <w:shd w:val="clear" w:color="auto" w:fill="F4B183"/>
          <w:color w:val="000000"/>
        </w:rPr>
        <w:t xml:space="preserve"> and </w:t>
      </w:r>
      <w:r>
        <w:rPr>
          <w:u w:val="none"/>
          <w:shd w:fill="F4B183" w:val="clear" w:color="auto"/>
          <w:color w:val="000000"/>
        </w:rPr>
        <w:t xml:space="preserve">gave us this land, </w:t>
      </w:r>
      <w:r>
        <w:rPr>
          <w:u w:val="none"/>
          <w:shd w:fill="F4B183" w:val="clear" w:color="auto"/>
          <w:color w:val="000000"/>
        </w:rPr>
        <w:t xml:space="preserve">a land flowing with milk and honey</w:t>
      </w:r>
      <w:r>
        <w:rPr>
          <w:b w:val="false"/>
          <w:i w:val="false"/>
          <w:color w:val="000000"/>
          <w:u w:val="none"/>
          <w:shd w:val="clear" w:color="auto" w:fill="F4B183"/>
        </w:rPr>
        <w:t xml:space="preserve"> [1LKV]</w:t>
      </w:r>
      <w:r>
        <w:rPr>
          <w:u w:val="none"/>
          <w:shd w:val="clear" w:color="auto" w:fill="F4B183"/>
          <w:color w:val="000000"/>
        </w:rPr>
        <w:t xml:space="preserve">.</w:t>
      </w:r>
    </w:p>
    <w:p>
      <w:pPr>
        <w:pStyle w:val="Yellow"/>
        <w:rPr/>
      </w:pPr>
      <w:r>
        <w:rPr/>
        <w:t xml:space="preserve">(Jos24:8–12 after God delivered Israel) </w:t>
      </w:r>
      <w:r>
        <w:rPr>
          <w:b/>
        </w:rPr>
        <w:t xml:space="preserve">Joshua 24:13</w:t>
      </w:r>
      <w:r>
        <w:rPr/>
        <w:t xml:space="preserve"> — {So} </w:t>
      </w:r>
      <w:r>
        <w:rPr>
          <w:shd w:fill="B7DDE8" w:val="clear"/>
        </w:rPr>
        <w:t xml:space="preserve">I gave you a land on which you did not toil and cities that you did not build</w:t>
      </w:r>
      <w:r>
        <w:rPr>
          <w:b w:val="false"/>
          <w:i w:val="false"/>
          <w:color w:val="000000"/>
          <w:u w:val="none"/>
        </w:rPr>
        <w:t xml:space="preserve"> [1LJY]</w:t>
      </w:r>
      <w:r>
        <w:rPr/>
        <w:t xml:space="preserve">, and </w:t>
      </w:r>
      <w:r>
        <w:rPr>
          <w:shd w:fill="B7DDE8" w:val="clear"/>
        </w:rPr>
        <w:t xml:space="preserve">now you live in them</w:t>
      </w:r>
      <w:r>
        <w:rPr>
          <w:b w:val="false"/>
          <w:i w:val="false"/>
          <w:color w:val="000000"/>
          <w:u w:val="none"/>
        </w:rPr>
        <w:t xml:space="preserve"> [1LJZ]</w:t>
      </w:r>
      <w:r>
        <w:rPr/>
        <w:t xml:space="preserve"> and </w:t>
      </w:r>
      <w:r>
        <w:rPr>
          <w:shd w:fill="B7DDE8" w:val="clear"/>
        </w:rPr>
        <w:t xml:space="preserve">eat from vineyards and olive groves that you did not plant</w:t>
      </w:r>
      <w:r>
        <w:rPr>
          <w:b w:val="false"/>
          <w:i w:val="false"/>
          <w:color w:val="000000"/>
          <w:u w:val="none"/>
        </w:rPr>
        <w:t xml:space="preserve"> [1LKA]</w:t>
      </w:r>
      <w:r>
        <w:rPr/>
        <w:t xml:space="preserve">.’</w:t>
      </w:r>
    </w:p>
    <w:p>
      <w:pPr>
        <w:pStyle w:val="Yellow"/>
        <w:rPr/>
      </w:pPr>
      <w:r>
        <w:t xml:space="preserve">(1Ch5:18,20ᶜ Israelite warriors “cried out to God” and “put their trust in God”) </w:t>
      </w:r>
      <w:r>
        <w:rPr>
          <w:b/>
        </w:rPr>
        <w:t>1 Chronicles 5:22</w:t>
      </w:r>
      <w:r>
        <w:t xml:space="preserve"> — </w:t>
      </w:r>
      <w:r>
        <w:rPr>
          <w:shd w:fill="B7DDE8" w:val="clear"/>
        </w:rPr>
        <w:t>They also took 100,000 captives</w:t>
      </w:r>
      <w:r>
        <w:rPr>
          <w:b w:val="false"/>
          <w:i w:val="false"/>
          <w:color w:val="000000"/>
          <w:u w:val="none"/>
        </w:rPr>
        <w:t xml:space="preserve"> [1KFG]</w:t>
      </w:r>
      <w:r>
        <w:t xml:space="preserve">, 22 and </w:t>
      </w:r>
      <w:r>
        <w:rPr>
          <w:shd w:fill="B7DDE8" w:val="clear"/>
        </w:rPr>
        <w:t>many others fell slain</w:t>
      </w:r>
      <w:r>
        <w:rPr>
          <w:b w:val="false"/>
          <w:i w:val="false"/>
          <w:color w:val="000000"/>
          <w:u w:val="none"/>
        </w:rPr>
        <w:t xml:space="preserve"> [1KFH]</w:t>
      </w:r>
      <w:r>
        <w:t xml:space="preserve">, </w:t>
      </w:r>
      <w:r>
        <w:t xml:space="preserve">because </w:t>
      </w:r>
      <w:r>
        <w:rPr>
          <w:shd w:fill="B7DDE8" w:val="clear"/>
        </w:rPr>
        <w:t>the battle belonged to God</w:t>
      </w:r>
      <w:r>
        <w:rPr>
          <w:b w:val="false"/>
          <w:i w:val="false"/>
          <w:u w:val="none"/>
          <w:color w:val="000000"/>
        </w:rPr>
        <w:t xml:space="preserve"> [1MFX]</w:t>
      </w:r>
      <w:r>
        <w:t xml:space="preserve">. And </w:t>
      </w:r>
      <w:r>
        <w:rPr>
          <w:shd w:fill="B7DDE8" w:val="clear"/>
        </w:rPr>
        <w:t>they occupied the land until the exile</w:t>
      </w:r>
      <w:r>
        <w:rPr>
          <w:b w:val="false"/>
          <w:i w:val="false"/>
          <w:color w:val="000000"/>
          <w:u w:val="none"/>
        </w:rPr>
        <w:t xml:space="preserve"> [1KFI]</w:t>
      </w:r>
      <w:r>
        <w:t>.</w:t>
      </w:r>
    </w:p>
    <w:p>
      <w:pPr>
        <w:pStyle w:val="Yellow"/>
        <w:rPr/>
        <w:pBdr>
          <w:left w:val="single" w:sz="28" w:space="5" w:color="C00000"/>
        </w:pBdr>
      </w:pPr>
      <w:r>
        <w:rPr>
          <w:shd w:val="clear" w:color="auto" w:fill="548235"/>
          <w:color w:val="FFFFFF"/>
        </w:rPr>
        <w:t xml:space="preserve">(Ne9:9 Israel’s “fathers”) </w:t>
      </w:r>
      <w:r>
        <w:rPr>
          <w:b/>
          <w:shd w:val="clear" w:color="auto" w:fill="548235"/>
          <w:color w:val="FFFFFF"/>
        </w:rPr>
        <w:t xml:space="preserve">Nehemiah 9:22</w:t>
      </w:r>
      <w:r>
        <w:rPr>
          <w:shd w:val="clear" w:color="auto" w:fill="548235"/>
          <w:color w:val="FFFFFF"/>
        </w:rPr>
        <w:t xml:space="preserve"> — </w:t>
      </w:r>
      <w:r>
        <w:rPr>
          <w:shd w:fill="548235" w:val="clear" w:color="auto"/>
          <w:color w:val="FFFFFF"/>
        </w:rPr>
        <w:t xml:space="preserve">You gave {them} kingdoms and peoples</w:t>
      </w:r>
      <w:r>
        <w:rPr>
          <w:b w:val="false"/>
          <w:i w:val="false"/>
          <w:color w:val="FFFFFF"/>
          <w:u w:val="none"/>
          <w:shd w:val="clear" w:color="auto" w:fill="548235"/>
        </w:rPr>
        <w:t xml:space="preserve"> [1LKJ]</w:t>
      </w:r>
      <w:r>
        <w:rPr>
          <w:shd w:val="clear" w:color="auto" w:fill="548235"/>
          <w:color w:val="FFFFFF"/>
        </w:rPr>
        <w:t xml:space="preserve"> and </w:t>
      </w:r>
      <w:r>
        <w:rPr>
          <w:shd w:fill="548235" w:val="clear" w:color="auto"/>
          <w:color w:val="FFFFFF"/>
        </w:rPr>
        <w:t xml:space="preserve">allotted to them every corner of the land</w:t>
      </w:r>
      <w:r>
        <w:rPr>
          <w:b w:val="false"/>
          <w:i w:val="false"/>
          <w:color w:val="FFFFFF"/>
          <w:u w:val="none"/>
          <w:shd w:val="clear" w:color="auto" w:fill="548235"/>
        </w:rPr>
        <w:t xml:space="preserve"> [1LKK]</w:t>
      </w:r>
      <w:r>
        <w:rPr>
          <w:shd w:val="clear" w:color="auto" w:fill="548235"/>
          <w:color w:val="FFFFFF"/>
        </w:rPr>
        <w:t xml:space="preserve">.</w:t>
      </w:r>
    </w:p>
    <w:p>
      <w:pPr>
        <w:pStyle w:val="Yellow"/>
        <w:rPr/>
        <w:pBdr>
          <w:left w:val="single" w:sz="28" w:space="5" w:color="C00000"/>
        </w:pBdr>
      </w:pPr>
      <w:r>
        <w:rPr>
          <w:b/>
          <w:u w:val="none"/>
        </w:rPr>
        <w:t xml:space="preserve">Psalm 37:9</w:t>
      </w:r>
      <w:r>
        <w:rPr>
          <w:u w:val="none"/>
        </w:rPr>
        <w:t xml:space="preserve"> — </w:t>
      </w:r>
      <w:r>
        <w:rPr>
          <w:u w:val="none"/>
          <w:shd w:fill="B7DDE8" w:val="clear"/>
        </w:rPr>
        <w:t xml:space="preserve">the evildoers will be cut off</w:t>
      </w:r>
      <w:r>
        <w:rPr>
          <w:b w:val="false"/>
          <w:i w:val="false"/>
          <w:color w:val="000000"/>
          <w:u w:val="none"/>
        </w:rPr>
        <w:t xml:space="preserve"> [1JMO]</w:t>
      </w:r>
      <w:r>
        <w:rPr>
          <w:u w:val="none"/>
        </w:rPr>
        <w:t xml:space="preserve">, but </w:t>
      </w:r>
      <w:r>
        <w:rPr>
          <w:u w:val="none"/>
          <w:shd w:fill="B7DDE8" w:val="clear"/>
        </w:rPr>
        <w:t xml:space="preserve">those who hope in the LORD will inherit the land</w:t>
      </w:r>
      <w:r>
        <w:rPr>
          <w:b w:val="false"/>
          <w:i w:val="false"/>
          <w:u w:val="none"/>
          <w:color w:val="000000"/>
        </w:rPr>
        <w:t xml:space="preserve"> [1JMP]</w:t>
      </w:r>
      <w:r>
        <w:rPr>
          <w:u w:val="none"/>
        </w:rPr>
        <w:t xml:space="preserve">.</w:t>
      </w:r>
    </w:p>
    <w:p>
      <w:pPr>
        <w:pStyle w:val="Yellow"/>
        <w:rPr/>
        <w:pBdr>
          <w:left w:val="single" w:sz="28" w:space="5" w:color="C00000"/>
        </w:pBdr>
      </w:pPr>
      <w:r>
        <w:rPr>
          <w:b/>
          <w:u w:val="none"/>
          <w:shd w:val="clear" w:color="auto" w:fill="F4B183"/>
          <w:color w:val="000000"/>
        </w:rPr>
        <w:t>Psalm 37:11</w:t>
      </w:r>
      <w:r>
        <w:rPr>
          <w:u w:val="none"/>
          <w:shd w:val="clear" w:color="auto" w:fill="F4B183"/>
          <w:color w:val="000000"/>
        </w:rPr>
        <w:t xml:space="preserve"> — </w:t>
      </w:r>
      <w:r>
        <w:rPr>
          <w:u w:val="none"/>
          <w:shd w:val="clear" w:fill="F4B183" w:color="auto"/>
          <w:color w:val="000000"/>
        </w:rPr>
        <w:t>the meek will inherit the land and delight in abundant prosperity</w:t>
      </w:r>
      <w:r>
        <w:rPr>
          <w:b w:val="false"/>
          <w:i w:val="false"/>
          <w:color w:val="000000"/>
          <w:u w:val="none"/>
          <w:shd w:val="clear" w:color="auto" w:fill="F4B183"/>
        </w:rPr>
        <w:t xml:space="preserve"> [1EHZ]</w:t>
      </w:r>
      <w:r>
        <w:rPr>
          <w:u w:val="none"/>
          <w:shd w:val="clear" w:color="auto" w:fill="F4B183"/>
          <w:color w:val="000000"/>
        </w:rPr>
        <w:t>.</w:t>
      </w:r>
    </w:p>
    <w:p>
      <w:pPr>
        <w:pStyle w:val="Yellow"/>
        <w:rPr/>
      </w:pPr>
      <w:r>
        <w:rPr>
          <w:b/>
        </w:rPr>
        <w:t>Psalm 37:29</w:t>
      </w:r>
      <w:r>
        <w:rPr/>
        <w:t xml:space="preserve"> — </w:t>
      </w:r>
      <w:r>
        <w:rPr>
          <w:shd w:fill="B7DDE8" w:val="clear"/>
        </w:rPr>
        <w:t xml:space="preserve">The righteous will </w:t>
      </w:r>
      <w:r>
        <w:rPr>
          <w:shd w:fill="B7DDE8" w:val="clear"/>
        </w:rPr>
        <w:t>inherit</w:t>
      </w:r>
      <w:r>
        <w:rPr>
          <w:shd w:fill="B7DDE8" w:val="clear"/>
        </w:rPr>
        <w:t xml:space="preserve"> the land and dwell in it </w:t>
      </w:r>
      <w:r>
        <w:rPr>
          <w:shd w:fill="B7DDE8" w:val="clear"/>
        </w:rPr>
        <w:t>forever</w:t>
      </w:r>
      <w:r>
        <w:rPr>
          <w:b w:val="false"/>
          <w:i w:val="false"/>
          <w:color w:val="000000"/>
          <w:u w:val="none"/>
        </w:rPr>
        <w:t xml:space="preserve"> [1ABH]</w:t>
      </w:r>
      <w:r>
        <w:rPr/>
        <w:t>.</w:t>
      </w:r>
    </w:p>
    <w:p>
      <w:pPr>
        <w:pStyle w:val="Yellow"/>
        <w:rPr/>
      </w:pPr>
      <w:r>
        <w:rPr/>
        <w:t xml:space="preserve">(Ps44:1 Israel’s fathers) </w:t>
      </w:r>
      <w:r>
        <w:rPr>
          <w:b/>
        </w:rPr>
        <w:t xml:space="preserve">Psalm 44:2–3</w:t>
      </w:r>
      <w:r>
        <w:rPr/>
        <w:t xml:space="preserve"> — </w:t>
      </w:r>
      <w:r>
        <w:rPr>
          <w:shd w:fill="B7DDE8" w:val="clear"/>
        </w:rPr>
        <w:t xml:space="preserve">With Your hand You drove out the nations and planted {our fathers} there</w:t>
      </w:r>
      <w:r>
        <w:rPr>
          <w:b w:val="false"/>
          <w:i w:val="false"/>
          <w:color w:val="000000"/>
          <w:u w:val="none"/>
        </w:rPr>
        <w:t xml:space="preserve"> [1KEF]</w:t>
      </w:r>
      <w:r>
        <w:rPr/>
        <w:t xml:space="preserve">; </w:t>
      </w:r>
      <w:r>
        <w:rPr>
          <w:shd w:fill="B7DDE8" w:val="clear"/>
        </w:rPr>
        <w:t xml:space="preserve">You crushed the peoples and cast them out</w:t>
      </w:r>
      <w:r>
        <w:rPr>
          <w:b w:val="false"/>
          <w:i w:val="false"/>
          <w:color w:val="000000"/>
          <w:u w:val="none"/>
        </w:rPr>
        <w:t xml:space="preserve"> [1KEG]</w:t>
      </w:r>
      <w:r>
        <w:rPr/>
        <w:t xml:space="preserve">. For </w:t>
      </w:r>
      <w:r>
        <w:rPr>
          <w:shd w:fill="B7DDE8" w:val="clear"/>
        </w:rPr>
        <w:t xml:space="preserve">it was not by their sword that they took the land</w:t>
      </w:r>
      <w:r>
        <w:rPr>
          <w:b w:val="false"/>
          <w:i w:val="false"/>
          <w:color w:val="000000"/>
          <w:u w:val="none"/>
        </w:rPr>
        <w:t xml:space="preserve"> [1KEH]</w:t>
      </w:r>
      <w:r>
        <w:rPr/>
        <w:t xml:space="preserve">; </w:t>
      </w:r>
      <w:r>
        <w:rPr>
          <w:shd w:fill="B7DDE8" w:val="clear"/>
        </w:rPr>
        <w:t xml:space="preserve">their arm did not bring them victory</w:t>
      </w:r>
      <w:r>
        <w:rPr>
          <w:b w:val="false"/>
          <w:i w:val="false"/>
          <w:color w:val="000000"/>
          <w:u w:val="none"/>
        </w:rPr>
        <w:t xml:space="preserve"> [1KEI]</w:t>
      </w:r>
      <w:r>
        <w:rPr/>
        <w:t xml:space="preserve">. </w:t>
      </w:r>
      <w:r>
        <w:rPr>
          <w:shd w:fill="B7DDE8" w:val="clear"/>
        </w:rPr>
        <w:t xml:space="preserve">It was by Your right hand, Your arm, and the light of Your face</w:t>
      </w:r>
      <w:r>
        <w:rPr>
          <w:b w:val="false"/>
          <w:i w:val="false"/>
          <w:color w:val="000000"/>
          <w:u w:val="none"/>
        </w:rPr>
        <w:t xml:space="preserve"> [1KEJ]</w:t>
      </w:r>
      <w:r>
        <w:rPr/>
        <w:t xml:space="preserve">, </w:t>
      </w:r>
      <w:r>
        <w:rPr>
          <w:shd w:fill="B7DDE8" w:val="clear"/>
        </w:rPr>
        <w:t xml:space="preserve">because You favored them</w:t>
      </w:r>
      <w:r>
        <w:rPr>
          <w:b w:val="false"/>
          <w:i w:val="false"/>
          <w:color w:val="000000"/>
          <w:u w:val="none"/>
        </w:rPr>
        <w:t xml:space="preserve"> [2KEK]</w:t>
      </w:r>
      <w:r>
        <w:rPr/>
        <w:t xml:space="preserve">.</w:t>
      </w:r>
    </w:p>
    <w:p>
      <w:pPr>
        <w:pStyle w:val="Yellow"/>
        <w:rPr/>
        <w:pBdr>
          <w:left w:val="single" w:sz="28" w:space="5" w:color="C00000"/>
        </w:pBdr>
      </w:pPr>
      <w:r>
        <w:rPr>
          <w:shd w:val="clear" w:color="auto" w:fill="F4B183"/>
          <w:color w:val="000000"/>
        </w:rPr>
        <w:t xml:space="preserve">(Ps47:1–2 God) </w:t>
      </w:r>
      <w:r>
        <w:rPr>
          <w:b/>
          <w:shd w:val="clear" w:color="auto" w:fill="F4B183"/>
          <w:color w:val="000000"/>
        </w:rPr>
        <w:t>Psalm 47:4</w:t>
      </w:r>
      <w:r>
        <w:rPr>
          <w:shd w:val="clear" w:color="auto" w:fill="F4B183"/>
          <w:color w:val="000000"/>
        </w:rPr>
        <w:t xml:space="preserve"> — </w:t>
      </w:r>
      <w:r>
        <w:rPr>
          <w:shd w:fill="F4B183" w:val="clear" w:color="auto"/>
          <w:color w:val="000000"/>
        </w:rPr>
        <w:t>{He} chooses our inheritance for us, the pride of Jacob</w:t>
      </w:r>
      <w:r>
        <w:rPr>
          <w:b w:val="false"/>
          <w:i w:val="false"/>
          <w:color w:val="000000"/>
          <w:u w:val="none"/>
          <w:shd w:val="clear" w:color="auto" w:fill="F4B183"/>
        </w:rPr>
        <w:t xml:space="preserve"> [1ALH]</w:t>
      </w:r>
      <w:r>
        <w:rPr>
          <w:shd w:val="clear" w:color="auto" w:fill="F4B183"/>
          <w:color w:val="000000"/>
        </w:rPr>
        <w:t xml:space="preserve">, </w:t>
      </w:r>
      <w:r>
        <w:rPr>
          <w:shd w:fill="F4B183" w:val="clear" w:color="auto"/>
          <w:color w:val="000000"/>
        </w:rPr>
        <w:t>whom He loves</w:t>
      </w:r>
      <w:r>
        <w:rPr>
          <w:b w:val="false"/>
          <w:i w:val="false"/>
          <w:color w:val="000000"/>
          <w:u w:val="none"/>
          <w:shd w:val="clear" w:color="auto" w:fill="F4B183"/>
        </w:rPr>
        <w:t xml:space="preserve"> [11ALI]</w:t>
      </w:r>
      <w:r>
        <w:rPr>
          <w:shd w:val="clear" w:color="auto" w:fill="F4B183"/>
          <w:color w:val="000000"/>
        </w:rPr>
        <w:t>. Selah</w:t>
      </w:r>
    </w:p>
    <w:p>
      <w:pPr>
        <w:pStyle w:val="Yellow"/>
        <w:rPr/>
      </w:pPr>
      <w:r>
        <w:rPr>
          <w:b/>
        </w:rPr>
        <w:t xml:space="preserve">Proverbs 19:14</w:t>
      </w:r>
      <w:r>
        <w:rPr/>
        <w:t xml:space="preserve"> — </w:t>
      </w:r>
      <w:r>
        <w:rPr>
          <w:shd w:fill="B7DDE8" w:val="clear"/>
        </w:rPr>
        <w:t xml:space="preserve">Houses and wealth are inherited from fathers</w:t>
      </w:r>
      <w:r>
        <w:rPr>
          <w:b w:val="false"/>
          <w:i w:val="false"/>
          <w:color w:val="000000"/>
          <w:u w:val="none"/>
        </w:rPr>
        <w:t xml:space="preserve"> [1GQW]</w:t>
      </w:r>
      <w:r>
        <w:rPr/>
        <w:t xml:space="preserve">, but </w:t>
      </w:r>
      <w:r>
        <w:rPr>
          <w:shd w:fill="B7DDE8" w:val="clear"/>
        </w:rPr>
        <w:t xml:space="preserve">a prudent wife is from the LORD</w:t>
      </w:r>
      <w:r>
        <w:rPr>
          <w:b w:val="false"/>
          <w:i w:val="false"/>
          <w:color w:val="000000"/>
          <w:u w:val="none"/>
        </w:rPr>
        <w:t xml:space="preserve"> [1GQX]</w:t>
      </w:r>
      <w:r>
        <w:rPr/>
        <w:t xml:space="preserve">.</w:t>
      </w:r>
    </w:p>
    <w:p>
      <w:pPr>
        <w:pStyle w:val="Yellow"/>
        <w:rPr/>
      </w:pPr>
      <w:r>
        <w:rPr>
          <w:b/>
        </w:rPr>
        <w:t>Isaiah 57:13</w:t>
      </w:r>
      <w:r>
        <w:rPr/>
        <w:t xml:space="preserve"> — </w:t>
      </w:r>
      <w:r>
        <w:rPr>
          <w:shd w:val="clear" w:fill="B7DDE8"/>
        </w:rPr>
        <w:t>When you cry out, let your companies of idols deliver you!</w:t>
      </w:r>
      <w:r>
        <w:rPr>
          <w:b w:val="false"/>
          <w:i w:val="false"/>
          <w:u w:val="none"/>
          <w:color w:val="000000"/>
        </w:rPr>
        <w:t xml:space="preserve"> [1DGB]</w:t>
      </w:r>
      <w:r>
        <w:rPr/>
        <w:t xml:space="preserve"> Yet </w:t>
      </w:r>
      <w:r>
        <w:rPr>
          <w:shd w:val="clear" w:fill="B7DDE8"/>
        </w:rPr>
        <w:t>the wind will carry off all of them</w:t>
      </w:r>
      <w:r>
        <w:rPr>
          <w:b w:val="false"/>
          <w:i w:val="false"/>
          <w:color w:val="000000"/>
          <w:u w:val="none"/>
        </w:rPr>
        <w:t xml:space="preserve"> [1DGC]</w:t>
      </w:r>
      <w:r>
        <w:rPr/>
        <w:t xml:space="preserve">, </w:t>
      </w:r>
      <w:r>
        <w:rPr>
          <w:shd w:val="clear" w:fill="B7DDE8"/>
        </w:rPr>
        <w:t>a breath will take them away</w:t>
      </w:r>
      <w:r>
        <w:rPr>
          <w:b w:val="false"/>
          <w:i w:val="false"/>
          <w:color w:val="000000"/>
          <w:u w:val="none"/>
        </w:rPr>
        <w:t xml:space="preserve"> [1DGC]</w:t>
      </w:r>
      <w:r>
        <w:rPr/>
        <w:t xml:space="preserve">. But </w:t>
      </w:r>
      <w:r>
        <w:rPr>
          <w:shd w:val="clear" w:fill="B7DDE8"/>
        </w:rPr>
        <w:t>he who seeks refuge in Me will inherit the land</w:t>
      </w:r>
      <w:r>
        <w:rPr>
          <w:b w:val="false"/>
          <w:i w:val="false"/>
          <w:color w:val="000000"/>
          <w:u w:val="none"/>
        </w:rPr>
        <w:t xml:space="preserve"> [1DGD]</w:t>
      </w:r>
      <w:r>
        <w:rPr/>
        <w:t xml:space="preserve"> and </w:t>
      </w:r>
      <w:r>
        <w:rPr>
          <w:shd w:val="clear" w:fill="B7DDE8"/>
        </w:rPr>
        <w:t>possess My holy mountain</w:t>
      </w:r>
      <w:r>
        <w:rPr>
          <w:b w:val="false"/>
          <w:i w:val="false"/>
          <w:color w:val="000000"/>
          <w:u w:val="none"/>
        </w:rPr>
        <w:t xml:space="preserve"> [1DGE]</w:t>
      </w:r>
      <w:r>
        <w:rPr/>
        <w:t>.”</w:t>
      </w:r>
    </w:p>
    <w:p>
      <w:pPr>
        <w:pStyle w:val="Yellow"/>
        <w:rPr/>
      </w:pPr>
      <w:r>
        <w:rPr>
          <w:b/>
        </w:rPr>
        <w:t xml:space="preserve">Isaiah 61:7</w:t>
      </w:r>
      <w:r>
        <w:rPr/>
        <w:t xml:space="preserve"> — </w:t>
      </w:r>
      <w:r>
        <w:rPr>
          <w:shd w:fill="B7DDE8" w:val="clear"/>
        </w:rPr>
        <w:t xml:space="preserve">Instead of shame, My people will have a double portion</w:t>
      </w:r>
      <w:r>
        <w:rPr>
          <w:b w:val="false"/>
          <w:i w:val="false"/>
          <w:color w:val="000000"/>
          <w:u w:val="none"/>
        </w:rPr>
        <w:t xml:space="preserve"> [1GYU]</w:t>
      </w:r>
      <w:r>
        <w:rPr/>
        <w:t xml:space="preserve">, and </w:t>
      </w:r>
      <w:r>
        <w:rPr>
          <w:shd w:fill="B7DDE8" w:val="clear"/>
        </w:rPr>
        <w:t xml:space="preserve">instead of humiliation, they will rejoice in their share</w:t>
      </w:r>
      <w:r>
        <w:rPr>
          <w:b w:val="false"/>
          <w:i w:val="false"/>
          <w:color w:val="000000"/>
          <w:u w:val="none"/>
        </w:rPr>
        <w:t xml:space="preserve"> [1GYV]</w:t>
      </w:r>
      <w:r>
        <w:rPr/>
        <w:t xml:space="preserve">; and so </w:t>
      </w:r>
      <w:r>
        <w:rPr>
          <w:shd w:fill="B7DDE8" w:val="clear"/>
        </w:rPr>
        <w:t xml:space="preserve">they will inherit a double portion in their land</w:t>
      </w:r>
      <w:r>
        <w:rPr>
          <w:b w:val="false"/>
          <w:i w:val="false"/>
          <w:color w:val="000000"/>
          <w:u w:val="none"/>
        </w:rPr>
        <w:t xml:space="preserve"> [1GYW]</w:t>
      </w:r>
      <w:r>
        <w:rPr/>
        <w:t xml:space="preserve">, and </w:t>
      </w:r>
      <w:r>
        <w:rPr>
          <w:shd w:fill="B7DDE8" w:val="clear"/>
        </w:rPr>
        <w:t xml:space="preserve">everlasting joy will be theirs</w:t>
      </w:r>
      <w:r>
        <w:rPr>
          <w:b w:val="false"/>
          <w:i w:val="false"/>
          <w:color w:val="000000"/>
          <w:u w:val="none"/>
        </w:rPr>
        <w:t xml:space="preserve"> [1GYX]</w:t>
      </w:r>
      <w:r>
        <w:rPr/>
        <w:t xml:space="preserve">.</w:t>
      </w:r>
    </w:p>
    <w:p>
      <w:pPr>
        <w:pStyle w:val="Yellow"/>
        <w:rPr/>
      </w:pPr>
      <w:r>
        <w:rPr>
          <w:b/>
        </w:rPr>
        <w:t>Jeremiah 17:4</w:t>
      </w:r>
      <w:r>
        <w:rPr/>
        <w:t xml:space="preserve"> — </w:t>
      </w:r>
      <w:r>
        <w:rPr>
          <w:shd w:fill="B7DDE8" w:val="clear"/>
        </w:rPr>
        <w:t xml:space="preserve">You yourself will relinquish the </w:t>
      </w:r>
      <w:r>
        <w:rPr>
          <w:shd w:fill="B7DDE8" w:val="clear"/>
        </w:rPr>
        <w:t>inheritance</w:t>
      </w:r>
      <w:r>
        <w:rPr>
          <w:shd w:fill="B7DDE8" w:val="clear"/>
        </w:rPr>
        <w:t xml:space="preserve"> that I gave you</w:t>
      </w:r>
      <w:r>
        <w:rPr>
          <w:b w:val="false"/>
          <w:i w:val="false"/>
          <w:color w:val="000000"/>
          <w:u w:val="none"/>
        </w:rPr>
        <w:t xml:space="preserve"> [1ABI]</w:t>
      </w:r>
      <w:r>
        <w:rPr/>
        <w:t xml:space="preserve">. </w:t>
      </w:r>
      <w:r>
        <w:rPr>
          <w:shd w:fill="B7DDE8" w:val="clear"/>
        </w:rPr>
        <w:t>I will enslave you to your enemies in a land you do not know</w:t>
      </w:r>
      <w:r>
        <w:rPr>
          <w:b w:val="false"/>
          <w:i w:val="false"/>
          <w:color w:val="000000"/>
          <w:u w:val="none"/>
        </w:rPr>
        <w:t xml:space="preserve"> [1ABJ]</w:t>
      </w:r>
      <w:r>
        <w:rPr/>
        <w:t xml:space="preserve">, for </w:t>
      </w:r>
      <w:r>
        <w:rPr>
          <w:shd w:fill="B7DDE8" w:val="clear"/>
        </w:rPr>
        <w:t>you have kindled My anger</w:t>
      </w:r>
      <w:r>
        <w:rPr>
          <w:b w:val="false"/>
          <w:i w:val="false"/>
          <w:color w:val="000000"/>
          <w:u w:val="none"/>
        </w:rPr>
        <w:t xml:space="preserve"> [1ABK]</w:t>
      </w:r>
      <w:r>
        <w:rPr/>
        <w:t xml:space="preserve">; </w:t>
      </w:r>
      <w:r>
        <w:rPr>
          <w:shd w:fill="B7DDE8" w:val="clear"/>
        </w:rPr>
        <w:t xml:space="preserve">it will burn </w:t>
      </w:r>
      <w:r>
        <w:rPr>
          <w:shd w:fill="B7DDE8" w:val="clear"/>
        </w:rPr>
        <w:t>forever</w:t>
      </w:r>
      <w:r>
        <w:rPr>
          <w:b w:val="false"/>
          <w:i w:val="false"/>
          <w:color w:val="000000"/>
          <w:u w:val="none"/>
        </w:rPr>
        <w:t xml:space="preserve"> [1ABL]</w:t>
      </w:r>
      <w:r>
        <w:rPr/>
        <w:t>.”</w:t>
      </w:r>
    </w:p>
    <w:p>
      <w:pPr>
        <w:pStyle w:val="Yellow"/>
        <w:rPr/>
        <w:pBdr>
          <w:left w:val="single" w:sz="28" w:space="5" w:color="C00000"/>
        </w:pBdr>
      </w:pPr>
      <w:r>
        <w:rPr>
          <w:b/>
        </w:rPr>
        <w:t xml:space="preserve">Jeremiah 25:5–6</w:t>
      </w:r>
      <w:r>
        <w:rPr/>
        <w:t xml:space="preserve"> — ‘</w:t>
      </w:r>
      <w:r>
        <w:rPr>
          <w:shd w:fill="F4B183" w:val="clear" w:color="auto"/>
          <w:color w:val="000000"/>
        </w:rPr>
        <w:t xml:space="preserve">Turn now, each of you, from your evil ways and deeds</w:t>
      </w:r>
      <w:r>
        <w:rPr>
          <w:b w:val="false"/>
          <w:i w:val="false"/>
          <w:color w:val="000000"/>
          <w:u w:val="none"/>
          <w:shd w:val="clear" w:color="auto" w:fill="F4B183"/>
        </w:rPr>
        <w:t xml:space="preserve"> [2HYO]</w:t>
      </w:r>
      <w:r>
        <w:rPr/>
        <w:t xml:space="preserve">, and </w:t>
      </w:r>
      <w:r>
        <w:rPr>
          <w:shd w:fill="B7DDE8" w:val="clear"/>
        </w:rPr>
        <w:t xml:space="preserve">you can dwell in the land that the LORD has given to you and your fathers forever and ever</w:t>
      </w:r>
      <w:r>
        <w:rPr>
          <w:b w:val="false"/>
          <w:i w:val="false"/>
          <w:color w:val="000000"/>
          <w:u w:val="none"/>
        </w:rPr>
        <w:t xml:space="preserve"> [1HYP]</w:t>
      </w:r>
      <w:r>
        <w:rPr/>
        <w:t xml:space="preserve">. </w:t>
      </w:r>
      <w:r>
        <w:rPr>
          <w:shd w:fill="B7DDE8" w:val="clear"/>
        </w:rPr>
        <w:t xml:space="preserve">Do not follow other gods to serve and worship them</w:t>
      </w:r>
      <w:r>
        <w:rPr>
          <w:b w:val="false"/>
          <w:i w:val="false"/>
          <w:color w:val="000000"/>
          <w:u w:val="none"/>
        </w:rPr>
        <w:t xml:space="preserve"> [1HYQ]</w:t>
      </w:r>
      <w:r>
        <w:rPr/>
        <w:t xml:space="preserve">, and </w:t>
      </w:r>
      <w:r>
        <w:rPr>
          <w:shd w:fill="B7DDE8" w:val="clear"/>
        </w:rPr>
        <w:t xml:space="preserve">do not provoke Me to anger with the works of your hands</w:t>
      </w:r>
      <w:r>
        <w:rPr>
          <w:b w:val="false"/>
          <w:i w:val="false"/>
          <w:color w:val="000000"/>
          <w:u w:val="none"/>
        </w:rPr>
        <w:t xml:space="preserve"> [1HYR]</w:t>
      </w:r>
      <w:r>
        <w:rPr/>
        <w:t xml:space="preserve">. </w:t>
      </w:r>
      <w:r>
        <w:rPr>
          <w:shd w:fill="B7DDE8" w:val="clear"/>
        </w:rPr>
        <w:t xml:space="preserve">Then I will do you no harm</w:t>
      </w:r>
      <w:r>
        <w:rPr>
          <w:b w:val="false"/>
          <w:i w:val="false"/>
          <w:color w:val="000000"/>
          <w:u w:val="none"/>
        </w:rPr>
        <w:t xml:space="preserve"> [1HYS]</w:t>
      </w:r>
      <w:r>
        <w:rPr/>
        <w:t xml:space="preserve">.’</w:t>
      </w:r>
    </w:p>
    <w:p>
      <w:pPr>
        <w:pStyle w:val="Yellow"/>
        <w:rPr/>
      </w:pPr>
      <w:r>
        <w:rPr/>
        <w:t xml:space="preserve">(Eze37:21 “the Israelites”) </w:t>
      </w:r>
      <w:r>
        <w:rPr>
          <w:b/>
        </w:rPr>
        <w:t xml:space="preserve">Ezekiel 37:25</w:t>
      </w:r>
      <w:r>
        <w:rPr/>
        <w:t xml:space="preserve"> — </w:t>
      </w:r>
      <w:r>
        <w:rPr>
          <w:shd w:fill="B7DDE8" w:val="clear"/>
        </w:rPr>
        <w:t xml:space="preserve">{They} will live in the land that I gave to My servant Jacob, where your fathers lived</w:t>
      </w:r>
      <w:r>
        <w:rPr>
          <w:b w:val="false"/>
          <w:i w:val="false"/>
          <w:color w:val="000000"/>
          <w:u w:val="none"/>
        </w:rPr>
        <w:t xml:space="preserve"> [1GPR]</w:t>
      </w:r>
      <w:r>
        <w:rPr/>
        <w:t xml:space="preserve">. </w:t>
      </w:r>
      <w:r>
        <w:rPr>
          <w:shd w:fill="B7DDE8" w:val="clear"/>
        </w:rPr>
        <w:t xml:space="preserve">They will live there forever with their children and grandchildren</w:t>
      </w:r>
      <w:r>
        <w:rPr>
          <w:b w:val="false"/>
          <w:i w:val="false"/>
          <w:color w:val="000000"/>
          <w:u w:val="none"/>
        </w:rPr>
        <w:t xml:space="preserve"> [1GPS]</w:t>
      </w:r>
      <w:r>
        <w:rPr/>
        <w:t xml:space="preserve">, and </w:t>
      </w:r>
      <w:r>
        <w:rPr>
          <w:shd w:fill="B7DDE8" w:val="clear"/>
        </w:rPr>
        <w:t xml:space="preserve">My servant David will be their prince forever</w:t>
      </w:r>
      <w:r>
        <w:rPr>
          <w:b w:val="false"/>
          <w:i w:val="false"/>
          <w:color w:val="000000"/>
          <w:u w:val="none"/>
        </w:rPr>
        <w:t xml:space="preserve"> [1GPT]</w:t>
      </w:r>
      <w:r>
        <w:rPr/>
        <w:t xml:space="preserve">.</w:t>
      </w:r>
    </w:p>
    <w:p>
      <w:pPr>
        <w:pStyle w:val="Yellow"/>
        <w:rPr/>
      </w:pPr>
      <w:r>
        <w:rPr>
          <w:b/>
        </w:rPr>
        <w:t>Matthew 5:5</w:t>
      </w:r>
      <w:r>
        <w:rPr/>
        <w:t xml:space="preserve"> — </w:t>
      </w:r>
      <w:r>
        <w:rPr>
          <w:shd w:val="clear" w:fill="B7DDE8"/>
        </w:rPr>
        <w:t>Blessed are the meek</w:t>
      </w:r>
      <w:r>
        <w:rPr>
          <w:b w:val="false"/>
          <w:i w:val="false"/>
          <w:color w:val="000000"/>
          <w:u w:val="none"/>
        </w:rPr>
        <w:t xml:space="preserve"> [1EJS]</w:t>
      </w:r>
      <w:r>
        <w:rPr/>
        <w:t xml:space="preserve">, for </w:t>
      </w:r>
      <w:r>
        <w:rPr>
          <w:shd w:val="clear" w:fill="B7DDE8"/>
        </w:rPr>
        <w:t>they will inherit the earth</w:t>
      </w:r>
      <w:r>
        <w:rPr>
          <w:b w:val="false"/>
          <w:i w:val="false"/>
          <w:color w:val="000000"/>
          <w:u w:val="none"/>
        </w:rPr>
        <w:t xml:space="preserve"> [1EJT]</w:t>
      </w:r>
      <w:r>
        <w:rPr/>
        <w:t>.</w:t>
      </w:r>
    </w:p>
    <w:p>
      <w:r>
        <w:rPr>
          <w:b/>
          <w:sz w:val="32"/>
          <w:highlight w:val="yellow"/>
        </w:rPr>
        <w:t>Joy  (20)</w:t>
      </w:r>
    </w:p>
    <w:p>
      <w:pPr>
        <w:pStyle w:val="Yellow"/>
        <w:rPr/>
        <w:pBdr>
          <w:left w:val="single" w:sz="28" w:space="5" w:color="C00000"/>
        </w:pBdr>
      </w:pPr>
      <w:r>
        <w:rPr>
          <w:b/>
          <w:shd w:val="clear" w:color="auto" w:fill="F4B183"/>
          <w:color w:val="000000"/>
        </w:rPr>
        <w:t>1 Samuel 2:1</w:t>
      </w:r>
      <w:r>
        <w:rPr>
          <w:shd w:val="clear" w:color="auto" w:fill="F4B183"/>
          <w:color w:val="000000"/>
        </w:rPr>
        <w:t xml:space="preserve"> — </w:t>
      </w:r>
      <w:r>
        <w:rPr>
          <w:shd w:fill="F4B183" w:val="clear" w:color="auto"/>
          <w:color w:val="000000"/>
        </w:rPr>
        <w:t>I rejoice in Your salvation</w:t>
      </w:r>
      <w:r>
        <w:rPr>
          <w:b w:val="false"/>
          <w:i w:val="false"/>
          <w:color w:val="000000"/>
          <w:u w:val="none"/>
          <w:shd w:val="clear" w:color="auto" w:fill="F4B183"/>
        </w:rPr>
        <w:t xml:space="preserve"> [2BTI]</w:t>
      </w:r>
      <w:r>
        <w:rPr>
          <w:shd w:val="clear" w:color="auto" w:fill="F4B183"/>
          <w:color w:val="000000"/>
        </w:rPr>
        <w:t>.</w:t>
      </w:r>
    </w:p>
    <w:p>
      <w:pPr>
        <w:pStyle w:val="Yellow"/>
        <w:rPr/>
      </w:pPr>
      <w:r>
        <w:rPr/>
        <w:t xml:space="preserve">(2Ch29:35 The priests completed the offerings, and “the service of the house of the LORD was established”) </w:t>
      </w:r>
      <w:r>
        <w:rPr>
          <w:b/>
        </w:rPr>
        <w:t>2 Chronicles 29:36</w:t>
      </w:r>
      <w:r>
        <w:rPr/>
        <w:t xml:space="preserve"> — Then </w:t>
      </w:r>
      <w:r>
        <w:rPr>
          <w:shd w:val="clear" w:fill="B7DDE8"/>
        </w:rPr>
        <w:t>Hezekiah and all the people rejoiced at what God had prepared for the people</w:t>
      </w:r>
      <w:r>
        <w:rPr>
          <w:b w:val="false"/>
          <w:i w:val="false"/>
          <w:color w:val="000000"/>
          <w:u w:val="none"/>
        </w:rPr>
        <w:t xml:space="preserve"> [1EVJ]</w:t>
      </w:r>
      <w:r>
        <w:rPr/>
        <w:t xml:space="preserve">, because </w:t>
      </w:r>
      <w:r>
        <w:rPr>
          <w:shd w:val="clear" w:fill="B7DDE8"/>
        </w:rPr>
        <w:t>{everything} had been accomplished so quickly</w:t>
      </w:r>
      <w:r>
        <w:rPr>
          <w:b w:val="false"/>
          <w:i w:val="false"/>
          <w:color w:val="000000"/>
          <w:u w:val="none"/>
        </w:rPr>
        <w:t xml:space="preserve"> [1EVK]</w:t>
      </w:r>
      <w:r>
        <w:rPr/>
        <w:t>.</w:t>
      </w:r>
    </w:p>
    <w:p>
      <w:pPr>
        <w:pStyle w:val="Yellow"/>
        <w:rPr/>
      </w:pPr>
      <w:r>
        <w:rPr/>
        <w:t xml:space="preserve">(Neh12:27–42 Jerusalem’s wall-dedication assembly) </w:t>
      </w:r>
      <w:r>
        <w:rPr>
          <w:b/>
        </w:rPr>
        <w:t>Nehemiah 12:43</w:t>
      </w:r>
      <w:r>
        <w:rPr/>
        <w:t xml:space="preserve"> — </w:t>
      </w:r>
      <w:r>
        <w:rPr>
          <w:shd w:val="clear" w:fill="B7DDE8"/>
        </w:rPr>
        <w:t>God had given {them} great joy</w:t>
      </w:r>
      <w:r>
        <w:rPr>
          <w:b w:val="false"/>
          <w:i w:val="false"/>
          <w:color w:val="000000"/>
          <w:u w:val="none"/>
        </w:rPr>
        <w:t xml:space="preserve"> [1EZA]</w:t>
      </w:r>
      <w:r>
        <w:rPr/>
        <w:t>.</w:t>
      </w:r>
    </w:p>
    <w:p>
      <w:pPr>
        <w:pStyle w:val="Yellow"/>
        <w:rPr/>
      </w:pPr>
      <w:r>
        <w:rPr>
          <w:b/>
        </w:rPr>
        <w:t>Psalm 4:7</w:t>
      </w:r>
      <w:r>
        <w:rPr/>
        <w:t xml:space="preserve"> — </w:t>
      </w:r>
      <w:r>
        <w:rPr>
          <w:shd w:val="clear" w:fill="B7DDE8"/>
        </w:rPr>
        <w:t>You have filled my heart with more joy than when grain and new wine abound</w:t>
      </w:r>
      <w:r>
        <w:rPr>
          <w:b w:val="false"/>
          <w:i w:val="false"/>
          <w:color w:val="000000"/>
          <w:u w:val="none"/>
        </w:rPr>
        <w:t xml:space="preserve"> [1FAR]</w:t>
      </w:r>
      <w:r>
        <w:rPr/>
        <w:t>.</w:t>
      </w:r>
    </w:p>
    <w:p>
      <w:pPr>
        <w:pStyle w:val="Yellow"/>
        <w:rPr/>
      </w:pPr>
      <w:r>
        <w:rPr>
          <w:b/>
        </w:rPr>
        <w:t>Psalm 16:11</w:t>
      </w:r>
      <w:r>
        <w:rPr/>
        <w:t xml:space="preserve"> — </w:t>
      </w:r>
      <w:r>
        <w:rPr>
          <w:shd w:val="clear" w:fill="B7DDE8"/>
        </w:rPr>
        <w:t>You have made known to me the path of life</w:t>
      </w:r>
      <w:r>
        <w:rPr>
          <w:b w:val="false"/>
          <w:i w:val="false"/>
          <w:color w:val="000000"/>
          <w:u w:val="none"/>
        </w:rPr>
        <w:t xml:space="preserve"> [2FAO]</w:t>
      </w:r>
      <w:r>
        <w:rPr/>
        <w:t xml:space="preserve">; </w:t>
      </w:r>
      <w:r>
        <w:rPr>
          <w:shd w:val="clear" w:fill="B7DDE8"/>
        </w:rPr>
        <w:t>You will fill me with joy in Your presence, with eternal pleasures at Your right hand</w:t>
      </w:r>
      <w:r>
        <w:rPr>
          <w:b w:val="false"/>
          <w:i w:val="false"/>
          <w:color w:val="000000"/>
          <w:u w:val="none"/>
        </w:rPr>
        <w:t xml:space="preserve"> [2FAP]</w:t>
      </w:r>
      <w:r>
        <w:rPr>
          <w:b w:val="false"/>
          <w:i w:val="false"/>
          <w:color w:val="000000"/>
          <w:u w:val="none"/>
        </w:rPr>
        <w:t xml:space="preserve"> [1FAQ]</w:t>
      </w:r>
      <w:r>
        <w:rPr/>
        <w:t>.</w:t>
      </w:r>
    </w:p>
    <w:p>
      <w:pPr>
        <w:pStyle w:val="Yellow"/>
        <w:rPr/>
      </w:pPr>
      <w:r>
        <w:rPr>
          <w:b/>
        </w:rPr>
        <w:t>Psalm 30:11</w:t>
      </w:r>
      <w:r>
        <w:rPr/>
        <w:t xml:space="preserve"> — </w:t>
      </w:r>
      <w:r>
        <w:rPr>
          <w:shd w:val="clear" w:fill="B7DDE8"/>
        </w:rPr>
        <w:t>You turned my mourning into dancing</w:t>
      </w:r>
      <w:r>
        <w:rPr>
          <w:b w:val="false"/>
          <w:i w:val="false"/>
          <w:color w:val="000000"/>
          <w:u w:val="none"/>
        </w:rPr>
        <w:t xml:space="preserve"> [1EXW]</w:t>
      </w:r>
      <w:r>
        <w:rPr/>
        <w:t xml:space="preserve">; </w:t>
      </w:r>
      <w:r>
        <w:rPr>
          <w:shd w:val="clear" w:fill="B7DDE8"/>
        </w:rPr>
        <w:t>You peeled off my sackcloth and clothed me with joy</w:t>
      </w:r>
      <w:r>
        <w:rPr>
          <w:b w:val="false"/>
          <w:i w:val="false"/>
          <w:color w:val="000000"/>
          <w:u w:val="none"/>
        </w:rPr>
        <w:t xml:space="preserve"> [1EXX]</w:t>
      </w:r>
      <w:r>
        <w:rPr/>
        <w:t>,</w:t>
      </w:r>
    </w:p>
    <w:p>
      <w:pPr>
        <w:pStyle w:val="Yellow"/>
        <w:rPr/>
      </w:pPr>
      <w:r>
        <w:rPr/>
        <w:t xml:space="preserve">(Ps34:4 the LORD) </w:t>
      </w:r>
      <w:r>
        <w:rPr>
          <w:b/>
        </w:rPr>
        <w:t>Psalm 34:5</w:t>
      </w:r>
      <w:r>
        <w:rPr/>
        <w:t xml:space="preserve"> — </w:t>
      </w:r>
      <w:r>
        <w:rPr>
          <w:shd w:val="clear" w:fill="B7DDE8"/>
        </w:rPr>
        <w:t>Those who look to {Him} are radiant with joy</w:t>
      </w:r>
      <w:r>
        <w:rPr>
          <w:b w:val="false"/>
          <w:i w:val="false"/>
          <w:color w:val="000000"/>
          <w:u w:val="none"/>
        </w:rPr>
        <w:t xml:space="preserve"> [1EYC]</w:t>
      </w:r>
      <w:r>
        <w:rPr>
          <w:shd w:val="clear" w:color="auto" w:fill="548235"/>
          <w:color w:val="FFFFFF"/>
        </w:rPr>
        <w:t xml:space="preserve">; </w:t>
      </w:r>
      <w:r>
        <w:rPr>
          <w:shd w:val="clear" w:fill="548235" w:color="auto"/>
          <w:color w:val="FFFFFF"/>
        </w:rPr>
        <w:t>their faces shall never be ashamed</w:t>
      </w:r>
      <w:r>
        <w:rPr>
          <w:b w:val="false"/>
          <w:i w:val="false"/>
          <w:color w:val="FFFFFF"/>
          <w:u w:val="none"/>
          <w:shd w:val="clear" w:color="auto" w:fill="548235"/>
        </w:rPr>
        <w:t xml:space="preserve"> [1EYD]</w:t>
      </w:r>
      <w:r>
        <w:rPr>
          <w:shd w:val="clear" w:color="auto" w:fill="548235"/>
          <w:color w:val="FFFFFF"/>
        </w:rPr>
        <w:t>.</w:t>
      </w:r>
    </w:p>
    <w:p>
      <w:pPr>
        <w:pStyle w:val="Green"/>
        <w:rPr/>
      </w:pPr>
      <w:r>
        <w:rPr>
          <w:b/>
        </w:rPr>
        <w:t>Psalm 90:7–15</w:t>
      </w:r>
      <w:r>
        <w:rPr/>
        <w:t xml:space="preserve"> — For </w:t>
      </w:r>
      <w:r>
        <w:rPr>
          <w:shd w:val="clear" w:fill="B7DDE8"/>
        </w:rPr>
        <w:t>we are consumed by Your anger</w:t>
      </w:r>
      <w:r>
        <w:rPr>
          <w:b w:val="false"/>
          <w:i w:val="false"/>
          <w:color w:val="000000"/>
          <w:u w:val="none"/>
        </w:rPr>
        <w:t xml:space="preserve"> [1EXA]</w:t>
      </w:r>
      <w:r>
        <w:rPr/>
        <w:t xml:space="preserve"> and </w:t>
      </w:r>
      <w:r>
        <w:rPr>
          <w:shd w:val="clear" w:fill="B7DDE8"/>
        </w:rPr>
        <w:t>terrified by Your wrath</w:t>
      </w:r>
      <w:r>
        <w:rPr>
          <w:b w:val="false"/>
          <w:i w:val="false"/>
          <w:color w:val="000000"/>
          <w:u w:val="none"/>
        </w:rPr>
        <w:t xml:space="preserve"> [1EXB]</w:t>
      </w:r>
      <w:r>
        <w:rPr/>
        <w:t xml:space="preserve">. </w:t>
      </w:r>
      <w:r>
        <w:rPr>
          <w:shd w:val="clear" w:fill="B7DDE8"/>
        </w:rPr>
        <w:t>You have set our iniquities before You</w:t>
      </w:r>
      <w:r>
        <w:rPr>
          <w:b w:val="false"/>
          <w:i w:val="false"/>
          <w:color w:val="000000"/>
          <w:u w:val="none"/>
        </w:rPr>
        <w:t xml:space="preserve"> [1EXC]</w:t>
      </w:r>
      <w:r>
        <w:rPr/>
        <w:t xml:space="preserve">, </w:t>
      </w:r>
      <w:r>
        <w:rPr>
          <w:shd w:val="clear" w:fill="B7DDE8"/>
        </w:rPr>
        <w:t>our secret sins in the light of Your presence</w:t>
      </w:r>
      <w:r>
        <w:rPr>
          <w:b w:val="false"/>
          <w:i w:val="false"/>
          <w:color w:val="000000"/>
          <w:u w:val="none"/>
        </w:rPr>
        <w:t xml:space="preserve"> [1EXD]</w:t>
      </w:r>
      <w:r>
        <w:rPr/>
        <w:t xml:space="preserve">. For </w:t>
      </w:r>
      <w:r>
        <w:rPr>
          <w:shd w:val="clear" w:fill="B7DDE8"/>
        </w:rPr>
        <w:t>all our days decline in Your fury</w:t>
      </w:r>
      <w:r>
        <w:rPr>
          <w:b w:val="false"/>
          <w:i w:val="false"/>
          <w:color w:val="000000"/>
          <w:u w:val="none"/>
        </w:rPr>
        <w:t xml:space="preserve"> [1EXE]</w:t>
      </w:r>
      <w:r>
        <w:rPr/>
        <w:t xml:space="preserve">; </w:t>
      </w:r>
      <w:r>
        <w:rPr>
          <w:shd w:val="clear" w:fill="B7DDE8"/>
        </w:rPr>
        <w:t>we finish our years with a sigh</w:t>
      </w:r>
      <w:r>
        <w:rPr>
          <w:b w:val="false"/>
          <w:i w:val="false"/>
          <w:color w:val="000000"/>
          <w:u w:val="none"/>
        </w:rPr>
        <w:t xml:space="preserve"> [1EXF]</w:t>
      </w:r>
      <w:r>
        <w:rPr/>
        <w:t xml:space="preserve">. </w:t>
      </w:r>
      <w:r>
        <w:rPr>
          <w:shd w:val="clear" w:fill="B7DDE8"/>
        </w:rPr>
        <w:t>The length of our days is seventy years— or eighty if we are strong</w:t>
      </w:r>
      <w:r>
        <w:rPr>
          <w:b w:val="false"/>
          <w:i w:val="false"/>
          <w:color w:val="000000"/>
          <w:u w:val="none"/>
        </w:rPr>
        <w:t xml:space="preserve"> [1EXG]</w:t>
      </w:r>
      <w:r>
        <w:rPr/>
        <w:t xml:space="preserve">— yet </w:t>
      </w:r>
      <w:r>
        <w:rPr>
          <w:shd w:val="clear" w:fill="B7DDE8"/>
        </w:rPr>
        <w:t>their pride is but labor and sorrow</w:t>
      </w:r>
      <w:r>
        <w:rPr>
          <w:b w:val="false"/>
          <w:i w:val="false"/>
          <w:color w:val="000000"/>
          <w:u w:val="none"/>
        </w:rPr>
        <w:t xml:space="preserve"> [1EXH]</w:t>
      </w:r>
      <w:r>
        <w:rPr/>
        <w:t xml:space="preserve">, for </w:t>
      </w:r>
      <w:r>
        <w:rPr>
          <w:shd w:val="clear" w:fill="B7DDE8"/>
        </w:rPr>
        <w:t>they quickly pass, and we fly away</w:t>
      </w:r>
      <w:r>
        <w:rPr>
          <w:b w:val="false"/>
          <w:i w:val="false"/>
          <w:color w:val="000000"/>
          <w:u w:val="none"/>
        </w:rPr>
        <w:t xml:space="preserve"> [1EXI]</w:t>
      </w:r>
      <w:r>
        <w:rPr/>
        <w:t xml:space="preserve">. Who knows the power of Your anger? </w:t>
      </w:r>
      <w:r>
        <w:rPr>
          <w:shd w:val="clear" w:fill="B7DDE8"/>
        </w:rPr>
        <w:t>Your wrath matches the fear You are due</w:t>
      </w:r>
      <w:r>
        <w:rPr>
          <w:b w:val="false"/>
          <w:i w:val="false"/>
          <w:color w:val="000000"/>
          <w:u w:val="none"/>
        </w:rPr>
        <w:t xml:space="preserve"> [1EXJ]</w:t>
      </w:r>
      <w:r>
        <w:rPr/>
        <w:t xml:space="preserve">. So </w:t>
      </w:r>
      <w:r>
        <w:rPr>
          <w:shd w:val="clear" w:fill="B7DDE8"/>
        </w:rPr>
        <w:t>teach us to number our days, that we may present a heart of wisdom</w:t>
      </w:r>
      <w:r>
        <w:rPr>
          <w:b w:val="false"/>
          <w:i w:val="false"/>
          <w:color w:val="000000"/>
          <w:u w:val="none"/>
        </w:rPr>
        <w:t xml:space="preserve"> [1EXK]</w:t>
      </w:r>
      <w:r>
        <w:rPr/>
        <w:t xml:space="preserve">. </w:t>
      </w:r>
      <w:r>
        <w:rPr>
          <w:shd w:val="clear" w:fill="B7DDE8"/>
        </w:rPr>
        <w:t>Return, O LORD</w:t>
      </w:r>
      <w:r>
        <w:rPr>
          <w:b w:val="false"/>
          <w:i w:val="false"/>
          <w:color w:val="000000"/>
          <w:u w:val="none"/>
        </w:rPr>
        <w:t xml:space="preserve"> [1EXL]</w:t>
      </w:r>
      <w:r>
        <w:rPr/>
        <w:t xml:space="preserve">! How long will it be? </w:t>
      </w:r>
      <w:r>
        <w:rPr>
          <w:shd w:val="clear" w:fill="B7DDE8"/>
        </w:rPr>
        <w:t>Have compassion on Your servants</w:t>
      </w:r>
      <w:r>
        <w:rPr>
          <w:b w:val="false"/>
          <w:i w:val="false"/>
          <w:color w:val="000000"/>
          <w:u w:val="none"/>
        </w:rPr>
        <w:t xml:space="preserve"> [1EXM]</w:t>
      </w:r>
      <w:r>
        <w:rPr/>
        <w:t xml:space="preserve">. </w:t>
      </w:r>
      <w:r>
        <w:rPr>
          <w:shd w:val="clear" w:fill="B7DDE8"/>
        </w:rPr>
        <w:t>Satisfy us in the morning with Your loving devotion, that we may sing for joy and be glad all our days</w:t>
      </w:r>
      <w:r>
        <w:rPr>
          <w:b w:val="false"/>
          <w:i w:val="false"/>
          <w:color w:val="000000"/>
          <w:u w:val="none"/>
        </w:rPr>
        <w:t xml:space="preserve"> [1EXN]</w:t>
      </w:r>
      <w:r>
        <w:rPr/>
        <w:t xml:space="preserve">. </w:t>
      </w:r>
      <w:r>
        <w:rPr>
          <w:shd w:val="clear" w:fill="B7DDE8"/>
        </w:rPr>
        <w:t>Make us glad for as many days as You have afflicted us, for as many years as we have seen evil</w:t>
      </w:r>
      <w:r>
        <w:rPr>
          <w:b w:val="false"/>
          <w:i w:val="false"/>
          <w:color w:val="000000"/>
          <w:u w:val="none"/>
        </w:rPr>
        <w:t xml:space="preserve"> [1EXO]</w:t>
      </w:r>
      <w:r>
        <w:rPr/>
        <w:t>.</w:t>
      </w:r>
    </w:p>
    <w:p>
      <w:pPr>
        <w:pStyle w:val="Yellow"/>
        <w:rPr/>
      </w:pPr>
      <w:r>
        <w:rPr>
          <w:b/>
        </w:rPr>
        <w:t xml:space="preserve">Psalm 126:1–3</w:t>
      </w:r>
      <w:r>
        <w:rPr/>
        <w:t xml:space="preserve"> — When </w:t>
      </w:r>
      <w:r>
        <w:rPr>
          <w:shd w:fill="B7DDE8" w:val="clear"/>
        </w:rPr>
        <w:t xml:space="preserve">the LORD restored the captives of Zion</w:t>
      </w:r>
      <w:r>
        <w:rPr>
          <w:b w:val="false"/>
          <w:i w:val="false"/>
          <w:color w:val="000000"/>
          <w:u w:val="none"/>
        </w:rPr>
        <w:t xml:space="preserve"> [1KMR]</w:t>
      </w:r>
      <w:r>
        <w:rPr/>
        <w:t xml:space="preserve">, </w:t>
      </w:r>
      <w:r>
        <w:rPr>
          <w:shd w:fill="B7DDE8" w:val="clear"/>
        </w:rPr>
        <w:t xml:space="preserve">we were like dreamers</w:t>
      </w:r>
      <w:r>
        <w:rPr>
          <w:b w:val="false"/>
          <w:i w:val="false"/>
          <w:color w:val="000000"/>
          <w:u w:val="none"/>
        </w:rPr>
        <w:t xml:space="preserve"> [1KMS]</w:t>
      </w:r>
      <w:r>
        <w:rPr/>
        <w:t xml:space="preserve">. Then </w:t>
      </w:r>
      <w:r>
        <w:rPr>
          <w:shd w:fill="B7DDE8" w:val="clear"/>
        </w:rPr>
        <w:t xml:space="preserve">our mouths were filled with laughter, our tongues with shouts of joy</w:t>
      </w:r>
      <w:r>
        <w:rPr>
          <w:b w:val="false"/>
          <w:i w:val="false"/>
          <w:color w:val="000000"/>
          <w:u w:val="none"/>
        </w:rPr>
        <w:t xml:space="preserve"> [1KMT]</w:t>
      </w:r>
      <w:r>
        <w:rPr/>
        <w:t xml:space="preserve">. Then it was said among the nations, “</w:t>
      </w:r>
      <w:r>
        <w:rPr>
          <w:shd w:fill="B7DDE8" w:val="clear"/>
        </w:rPr>
        <w:t xml:space="preserve">The LORD has done great things for them</w:t>
      </w:r>
      <w:r>
        <w:rPr>
          <w:b w:val="false"/>
          <w:i w:val="false"/>
          <w:color w:val="000000"/>
          <w:u w:val="none"/>
        </w:rPr>
        <w:t xml:space="preserve"> [2KMU]</w:t>
      </w:r>
      <w:r>
        <w:rPr/>
        <w:t xml:space="preserve">.” </w:t>
      </w:r>
      <w:r>
        <w:rPr>
          <w:shd w:fill="B7DDE8" w:val="clear"/>
        </w:rPr>
        <w:t xml:space="preserve">The LORD has done great things for us</w:t>
      </w:r>
      <w:r>
        <w:rPr>
          <w:b w:val="false"/>
          <w:i w:val="false"/>
          <w:color w:val="000000"/>
          <w:u w:val="none"/>
        </w:rPr>
        <w:t xml:space="preserve"> [2KMU]</w:t>
      </w:r>
      <w:r>
        <w:rPr/>
        <w:t xml:space="preserve">; </w:t>
      </w:r>
      <w:r>
        <w:rPr>
          <w:shd w:fill="B7DDE8" w:val="clear"/>
        </w:rPr>
        <w:t xml:space="preserve">we are filled with joy</w:t>
      </w:r>
      <w:r>
        <w:rPr>
          <w:b w:val="false"/>
          <w:i w:val="false"/>
          <w:color w:val="000000"/>
          <w:u w:val="none"/>
        </w:rPr>
        <w:t xml:space="preserve"> [1KMV]</w:t>
      </w:r>
      <w:r>
        <w:rPr/>
        <w:t xml:space="preserve">.</w:t>
      </w:r>
    </w:p>
    <w:p>
      <w:pPr>
        <w:pStyle w:val="Yellow"/>
        <w:rPr/>
      </w:pPr>
      <w:r>
        <w:rPr>
          <w:b/>
        </w:rPr>
        <w:t>Psalm 126:5-6</w:t>
      </w:r>
      <w:r>
        <w:rPr/>
        <w:t xml:space="preserve"> — </w:t>
      </w:r>
      <w:r>
        <w:rPr>
          <w:shd w:val="clear" w:fill="B7DDE8"/>
        </w:rPr>
        <w:t>Those who sow in tears will reap with shouts of joy</w:t>
      </w:r>
      <w:r>
        <w:rPr>
          <w:b w:val="false"/>
          <w:i w:val="false"/>
          <w:color w:val="000000"/>
          <w:u w:val="none"/>
        </w:rPr>
        <w:t xml:space="preserve"> [1EYI]</w:t>
      </w:r>
      <w:r>
        <w:rPr/>
        <w:t xml:space="preserve">. </w:t>
      </w:r>
      <w:r>
        <w:rPr>
          <w:shd w:val="clear" w:fill="B7DDE8"/>
        </w:rPr>
        <w:t>He who goes out weeping, bearing a trail of seed, will surely return with shouts of joy, carrying sheaves of grain</w:t>
      </w:r>
      <w:r>
        <w:rPr>
          <w:b w:val="false"/>
          <w:i w:val="false"/>
          <w:color w:val="000000"/>
          <w:u w:val="none"/>
        </w:rPr>
        <w:t xml:space="preserve"> [1EYI]</w:t>
      </w:r>
      <w:r>
        <w:rPr/>
        <w:t>.</w:t>
      </w:r>
    </w:p>
    <w:p>
      <w:pPr>
        <w:pStyle w:val="Yellow"/>
        <w:rPr/>
        <w:shd w:val="clear" w:color="auto" w:fill="E4DFEC"/>
        <w:pBdr>
          <w:left w:val="single" w:sz="28" w:space="5" w:color="7030A0"/>
        </w:pBdr>
      </w:pPr>
      <w:r>
        <w:rPr>
          <w:u w:val="none"/>
        </w:rPr>
        <w:t xml:space="preserve">(Is35:8–9 the redeemed walk on “the Way of Holiness”) </w:t>
      </w:r>
      <w:r>
        <w:rPr>
          <w:b/>
          <w:u w:val="none"/>
        </w:rPr>
        <w:t>Isaiah 35:10</w:t>
      </w:r>
      <w:r>
        <w:rPr>
          <w:u w:val="none"/>
        </w:rPr>
        <w:t xml:space="preserve"> — {So} </w:t>
      </w:r>
      <w:r>
        <w:rPr>
          <w:u w:val="none"/>
          <w:shd w:val="clear" w:fill="B7DDE8"/>
        </w:rPr>
        <w:t>the redeemed of the LORD will return and enter Zion with singing</w:t>
      </w:r>
      <w:r>
        <w:rPr>
          <w:b w:val="false"/>
          <w:i w:val="false"/>
          <w:u w:val="none"/>
          <w:color w:val="000000"/>
        </w:rPr>
        <w:t xml:space="preserve"> [2AUY]</w:t>
      </w:r>
      <w:r>
        <w:rPr>
          <w:u w:val="none"/>
        </w:rPr>
        <w:t xml:space="preserve">, </w:t>
      </w:r>
      <w:r>
        <w:rPr>
          <w:u w:val="none"/>
          <w:shd w:val="clear" w:fill="B7DDE8"/>
        </w:rPr>
        <w:t>crowned with everlasting joy</w:t>
      </w:r>
      <w:r>
        <w:rPr>
          <w:b w:val="false"/>
          <w:i w:val="false"/>
          <w:color w:val="000000"/>
          <w:u w:val="none"/>
        </w:rPr>
        <w:t xml:space="preserve"> [2AUZ]</w:t>
      </w:r>
      <w:r>
        <w:rPr>
          <w:u w:val="none"/>
        </w:rPr>
        <w:t xml:space="preserve">. </w:t>
      </w:r>
      <w:r>
        <w:rPr>
          <w:u w:val="none"/>
          <w:shd w:val="clear" w:fill="B7DDE8"/>
        </w:rPr>
        <w:t>Gladness and joy will overtake them</w:t>
      </w:r>
      <w:r>
        <w:rPr>
          <w:b w:val="false"/>
          <w:i w:val="false"/>
          <w:color w:val="000000"/>
          <w:u w:val="none"/>
        </w:rPr>
        <w:t xml:space="preserve"> [2AVA]</w:t>
      </w:r>
      <w:r>
        <w:rPr>
          <w:u w:val="none"/>
          <w:shd w:fill="F4CCCC" w:val="clear"/>
        </w:rPr>
        <w:t xml:space="preserve">, and </w:t>
      </w:r>
      <w:r>
        <w:rPr>
          <w:u w:val="none"/>
          <w:shd w:val="clear" w:fill="B7DDE8"/>
        </w:rPr>
        <w:t>sorrow and sighing will flee</w:t>
      </w:r>
      <w:r>
        <w:rPr>
          <w:b w:val="false"/>
          <w:i w:val="false"/>
          <w:color w:val="000000"/>
          <w:u w:val="none"/>
        </w:rPr>
        <w:t xml:space="preserve"> [2AVB]</w:t>
      </w:r>
      <w:r>
        <w:rPr>
          <w:u w:val="none"/>
        </w:rPr>
        <w:t>.</w:t>
      </w:r>
    </w:p>
    <w:p>
      <w:pPr>
        <w:pStyle w:val="Yellow"/>
        <w:rPr/>
      </w:pPr>
      <w:r>
        <w:rPr>
          <w:b/>
          <w:u w:val="none"/>
        </w:rPr>
        <w:t>Isaiah 51:10–11</w:t>
      </w:r>
      <w:r>
        <w:rPr>
          <w:u w:val="none"/>
        </w:rPr>
        <w:t xml:space="preserve"> — </w:t>
      </w:r>
      <w:r>
        <w:rPr>
          <w:u w:val="none"/>
          <w:shd w:fill="F4B183" w:val="clear" w:color="auto"/>
          <w:color w:val="000000"/>
        </w:rPr>
        <w:t>Was it not You who dried up the sea, the waters of the great deep</w:t>
      </w:r>
      <w:r>
        <w:rPr>
          <w:b w:val="false"/>
          <w:i w:val="false"/>
          <w:color w:val="000000"/>
          <w:u w:val="none"/>
          <w:shd w:val="clear" w:color="auto" w:fill="F4B183"/>
        </w:rPr>
        <w:t xml:space="preserve"> [1AUW]</w:t>
      </w:r>
      <w:r>
        <w:rPr>
          <w:u w:val="none"/>
        </w:rPr>
        <w:t xml:space="preserve">, </w:t>
      </w:r>
      <w:r>
        <w:rPr>
          <w:u w:val="none"/>
          <w:shd w:fill="B7DDE8" w:val="clear"/>
        </w:rPr>
        <w:t>who made a road in the depths of the sea for the redeemed to cross over</w:t>
      </w:r>
      <w:r>
        <w:rPr>
          <w:b w:val="false"/>
          <w:i w:val="false"/>
          <w:color w:val="000000"/>
          <w:u w:val="none"/>
        </w:rPr>
        <w:t xml:space="preserve"> [1AUX]</w:t>
      </w:r>
      <w:r>
        <w:rPr>
          <w:u w:val="none"/>
        </w:rPr>
        <w:t xml:space="preserve">? So </w:t>
      </w:r>
      <w:r>
        <w:rPr>
          <w:u w:val="none"/>
          <w:shd w:fill="B7DDE8" w:val="clear"/>
        </w:rPr>
        <w:t>the redeemed of the LORD will return and enter Zion with singing</w:t>
      </w:r>
      <w:r>
        <w:rPr>
          <w:b w:val="false"/>
          <w:i w:val="false"/>
          <w:color w:val="000000"/>
          <w:u w:val="none"/>
        </w:rPr>
        <w:t xml:space="preserve"> [2AUY]</w:t>
      </w:r>
      <w:r>
        <w:rPr>
          <w:u w:val="none"/>
        </w:rPr>
        <w:t xml:space="preserve">, </w:t>
      </w:r>
      <w:r>
        <w:rPr>
          <w:u w:val="none"/>
          <w:shd w:fill="B7DDE8" w:val="clear"/>
        </w:rPr>
        <w:t>crowned with everlasting joy</w:t>
      </w:r>
      <w:r>
        <w:rPr>
          <w:b w:val="false"/>
          <w:i w:val="false"/>
          <w:color w:val="000000"/>
          <w:u w:val="none"/>
        </w:rPr>
        <w:t xml:space="preserve"> [2AUZ]</w:t>
      </w:r>
      <w:r>
        <w:rPr>
          <w:u w:val="none"/>
        </w:rPr>
        <w:t xml:space="preserve">. </w:t>
      </w:r>
      <w:r>
        <w:rPr>
          <w:u w:val="none"/>
          <w:shd w:fill="B7DDE8" w:val="clear"/>
        </w:rPr>
        <w:t>Gladness and joy will overtake them</w:t>
      </w:r>
      <w:r>
        <w:rPr>
          <w:b w:val="false"/>
          <w:i w:val="false"/>
          <w:color w:val="000000"/>
          <w:u w:val="none"/>
        </w:rPr>
        <w:t xml:space="preserve"> [2AVA]</w:t>
      </w:r>
      <w:r>
        <w:rPr>
          <w:u w:val="none"/>
        </w:rPr>
        <w:t xml:space="preserve">, and </w:t>
      </w:r>
      <w:r>
        <w:rPr>
          <w:u w:val="none"/>
          <w:shd w:fill="B7DDE8" w:val="clear"/>
        </w:rPr>
        <w:t>sorrow and sighing will flee</w:t>
      </w:r>
      <w:r>
        <w:rPr>
          <w:b w:val="false"/>
          <w:i w:val="false"/>
          <w:color w:val="000000"/>
          <w:u w:val="none"/>
        </w:rPr>
        <w:t xml:space="preserve"> [2AVB]</w:t>
      </w:r>
      <w:r>
        <w:rPr>
          <w:u w:val="none"/>
        </w:rPr>
        <w:t>.</w:t>
      </w:r>
    </w:p>
    <w:p>
      <w:pPr>
        <w:pStyle w:val="Yellow"/>
        <w:rPr/>
        <w:pBdr>
          <w:left w:val="single" w:sz="28" w:space="5" w:color="C00000"/>
        </w:pBdr>
      </w:pPr>
      <w:r>
        <w:rPr>
          <w:b/>
          <w:shd w:val="clear" w:color="auto" w:fill="548235"/>
          <w:color w:val="FFFFFF"/>
        </w:rPr>
        <w:t>Isaiah 60:15</w:t>
      </w:r>
      <w:r>
        <w:rPr>
          <w:shd w:val="clear" w:color="auto" w:fill="548235"/>
          <w:color w:val="FFFFFF"/>
        </w:rPr>
        <w:t xml:space="preserve"> — Whereas </w:t>
      </w:r>
      <w:r>
        <w:rPr>
          <w:shd w:val="clear" w:fill="548235" w:color="auto"/>
          <w:color w:val="FFFFFF"/>
        </w:rPr>
        <w:t>you have been forsaken and despised, with no one passing through</w:t>
      </w:r>
      <w:r>
        <w:rPr>
          <w:b w:val="false"/>
          <w:i w:val="false"/>
          <w:color w:val="FFFFFF"/>
          <w:u w:val="none"/>
          <w:shd w:val="clear" w:color="auto" w:fill="548235"/>
        </w:rPr>
        <w:t xml:space="preserve"> [1EWX]</w:t>
      </w:r>
      <w:r>
        <w:rPr>
          <w:shd w:val="clear" w:color="auto" w:fill="548235"/>
          <w:color w:val="FFFFFF"/>
        </w:rPr>
        <w:t xml:space="preserve">, </w:t>
      </w:r>
      <w:r>
        <w:rPr>
          <w:shd w:val="clear" w:fill="548235" w:color="auto"/>
          <w:color w:val="FFFFFF"/>
        </w:rPr>
        <w:t>I will make you an everlasting pride</w:t>
      </w:r>
      <w:r>
        <w:rPr>
          <w:b w:val="false"/>
          <w:i w:val="false"/>
          <w:color w:val="FFFFFF"/>
          <w:u w:val="none"/>
          <w:shd w:val="clear" w:color="auto" w:fill="548235"/>
        </w:rPr>
        <w:t xml:space="preserve"> [1EWY]</w:t>
      </w:r>
      <w:r>
        <w:rPr>
          <w:shd w:val="clear" w:color="auto" w:fill="548235"/>
          <w:color w:val="FFFFFF"/>
        </w:rPr>
        <w:t xml:space="preserve">, </w:t>
      </w:r>
      <w:r>
        <w:rPr>
          <w:shd w:val="clear" w:fill="548235" w:color="auto"/>
          <w:color w:val="FFFFFF"/>
        </w:rPr>
        <w:t>a joy from age to age</w:t>
      </w:r>
      <w:r>
        <w:rPr>
          <w:b w:val="false"/>
          <w:i w:val="false"/>
          <w:color w:val="FFFFFF"/>
          <w:u w:val="none"/>
          <w:shd w:val="clear" w:color="auto" w:fill="548235"/>
        </w:rPr>
        <w:t xml:space="preserve"> [1EWZ]</w:t>
      </w:r>
      <w:r>
        <w:rPr>
          <w:shd w:val="clear" w:color="auto" w:fill="548235"/>
          <w:color w:val="FFFFFF"/>
        </w:rPr>
        <w:t>.</w:t>
      </w:r>
    </w:p>
    <w:p>
      <w:pPr>
        <w:pStyle w:val="Yellow"/>
        <w:rPr/>
      </w:pPr>
      <w:r>
        <w:rPr/>
        <w:t xml:space="preserve">(Is61:1 the LORD “has sent Me”) </w:t>
      </w:r>
      <w:r>
        <w:rPr>
          <w:b/>
        </w:rPr>
        <w:t xml:space="preserve">Isaiah 61:2–3</w:t>
      </w:r>
      <w:r>
        <w:rPr/>
        <w:t xml:space="preserve"> — </w:t>
      </w:r>
      <w:r>
        <w:rPr>
          <w:shd w:fill="B7DDE8" w:val="clear"/>
        </w:rPr>
        <w:t xml:space="preserve">to proclaim the year of the LORD’s favor</w:t>
      </w:r>
      <w:r>
        <w:rPr>
          <w:b w:val="false"/>
          <w:i w:val="false"/>
          <w:color w:val="000000"/>
          <w:u w:val="none"/>
        </w:rPr>
        <w:t xml:space="preserve"> [1GHN]</w:t>
      </w:r>
      <w:r>
        <w:rPr/>
        <w:t xml:space="preserve"> and </w:t>
      </w:r>
      <w:r>
        <w:rPr>
          <w:shd w:fill="B7DDE8" w:val="clear"/>
        </w:rPr>
        <w:t xml:space="preserve">the day of our God’s vengeance</w:t>
      </w:r>
      <w:r>
        <w:rPr>
          <w:b w:val="false"/>
          <w:i w:val="false"/>
          <w:color w:val="000000"/>
          <w:u w:val="none"/>
        </w:rPr>
        <w:t xml:space="preserve"> [1GHO]</w:t>
      </w:r>
      <w:r>
        <w:rPr/>
        <w:t xml:space="preserve">, </w:t>
      </w:r>
      <w:r>
        <w:rPr>
          <w:shd w:fill="B7DDE8" w:val="clear"/>
        </w:rPr>
        <w:t xml:space="preserve">to comfort all who mourn</w:t>
      </w:r>
      <w:r>
        <w:rPr>
          <w:b w:val="false"/>
          <w:i w:val="false"/>
          <w:color w:val="000000"/>
          <w:u w:val="none"/>
        </w:rPr>
        <w:t xml:space="preserve"> [1GHP]</w:t>
      </w:r>
      <w:r>
        <w:rPr/>
        <w:t xml:space="preserve">, </w:t>
      </w:r>
      <w:r>
        <w:rPr>
          <w:shd w:fill="B7DDE8" w:val="clear"/>
        </w:rPr>
        <w:t xml:space="preserve">to console the mourners in Zion</w:t>
      </w:r>
      <w:r>
        <w:rPr>
          <w:b w:val="false"/>
          <w:i w:val="false"/>
          <w:color w:val="000000"/>
          <w:u w:val="none"/>
        </w:rPr>
        <w:t xml:space="preserve"> [1GHQ]</w:t>
      </w:r>
      <w:r>
        <w:rPr/>
        <w:t xml:space="preserve">—</w:t>
      </w:r>
      <w:r>
        <w:rPr>
          <w:shd w:fill="B7DDE8" w:val="clear"/>
        </w:rPr>
        <w:t xml:space="preserve">to give them a crown of beauty for ashes</w:t>
      </w:r>
      <w:r>
        <w:rPr>
          <w:b w:val="false"/>
          <w:i w:val="false"/>
          <w:u w:val="none"/>
          <w:color w:val="000000"/>
        </w:rPr>
        <w:t xml:space="preserve"> [1GHR]</w:t>
      </w:r>
      <w:r>
        <w:rPr/>
        <w:t xml:space="preserve">, </w:t>
      </w:r>
      <w:r>
        <w:rPr>
          <w:shd w:fill="B7DDE8" w:val="clear"/>
        </w:rPr>
        <w:t xml:space="preserve">the oil of joy for mourning</w:t>
      </w:r>
      <w:r>
        <w:rPr>
          <w:b w:val="false"/>
          <w:i w:val="false"/>
          <w:u w:val="none"/>
          <w:color w:val="000000"/>
        </w:rPr>
        <w:t xml:space="preserve"> [1GHS]</w:t>
      </w:r>
      <w:r>
        <w:rPr/>
        <w:t xml:space="preserve">, and </w:t>
      </w:r>
      <w:r>
        <w:rPr>
          <w:shd w:fill="B7DDE8" w:val="clear"/>
        </w:rPr>
        <w:t xml:space="preserve">a garment of praise for a spirit of despair</w:t>
      </w:r>
      <w:r>
        <w:rPr>
          <w:b w:val="false"/>
          <w:i w:val="false"/>
          <w:color w:val="000000"/>
          <w:u w:val="none"/>
        </w:rPr>
        <w:t xml:space="preserve"> [1GHT]</w:t>
      </w:r>
      <w:r>
        <w:rPr/>
        <w:t xml:space="preserve">. So </w:t>
      </w:r>
      <w:r>
        <w:rPr>
          <w:shd w:fill="B7DDE8" w:val="clear"/>
        </w:rPr>
        <w:t xml:space="preserve">they will be called oaks of righteousness</w:t>
      </w:r>
      <w:r>
        <w:rPr>
          <w:b w:val="false"/>
          <w:i w:val="false"/>
          <w:color w:val="000000"/>
          <w:u w:val="none"/>
        </w:rPr>
        <w:t xml:space="preserve"> [1GHU]</w:t>
      </w:r>
      <w:r>
        <w:rPr/>
        <w:t xml:space="preserve">, </w:t>
      </w:r>
      <w:r>
        <w:rPr>
          <w:shd w:fill="B7DDE8" w:val="clear"/>
        </w:rPr>
        <w:t xml:space="preserve">the planting of the LORD</w:t>
      </w:r>
      <w:r>
        <w:rPr>
          <w:b w:val="false"/>
          <w:i w:val="false"/>
          <w:color w:val="000000"/>
          <w:u w:val="none"/>
        </w:rPr>
        <w:t xml:space="preserve"> [1GHV]</w:t>
      </w:r>
      <w:r>
        <w:rPr/>
        <w:t xml:space="preserve">, </w:t>
      </w:r>
      <w:r>
        <w:rPr>
          <w:shd w:fill="B7DDE8" w:val="clear"/>
        </w:rPr>
        <w:t xml:space="preserve">that He may be glorified</w:t>
      </w:r>
      <w:r>
        <w:rPr>
          <w:b w:val="false"/>
          <w:i w:val="false"/>
          <w:u w:val="none"/>
          <w:color w:val="000000"/>
        </w:rPr>
        <w:t xml:space="preserve"> [2ABG]</w:t>
      </w:r>
      <w:r>
        <w:rPr/>
        <w:t xml:space="preserve">.</w:t>
      </w:r>
    </w:p>
    <w:p>
      <w:pPr>
        <w:pStyle w:val="Yellow"/>
        <w:rPr/>
      </w:pPr>
      <w:r>
        <w:rPr>
          <w:b/>
        </w:rPr>
        <w:t>Isaiah 61:10</w:t>
      </w:r>
      <w:r>
        <w:t xml:space="preserve"> — </w:t>
      </w:r>
      <w:r>
        <w:rPr>
          <w:shd w:fill="B7DDE8" w:val="clear"/>
        </w:rPr>
        <w:t>I will rejoice greatly in the LORD, my soul will exult in my God</w:t>
      </w:r>
      <w:r>
        <w:rPr>
          <w:b w:val="false"/>
          <w:i w:val="false"/>
          <w:color w:val="000000"/>
          <w:u w:val="none"/>
        </w:rPr>
        <w:t xml:space="preserve"> [1BSY]</w:t>
      </w:r>
      <w:r>
        <w:rPr>
          <w:color w:val="auto"/>
        </w:rPr>
        <w:t xml:space="preserve">; for </w:t>
      </w:r>
      <w:r>
        <w:rPr>
          <w:color w:val="auto"/>
        </w:rPr>
        <w:t>He has clothed me with garments of salvation</w:t>
      </w:r>
      <w:r>
        <w:rPr>
          <w:b w:val="false"/>
          <w:i w:val="false"/>
          <w:color w:val="auto"/>
          <w:u w:val="none"/>
        </w:rPr>
        <w:t xml:space="preserve"> [1BSZ]</w:t>
      </w:r>
      <w:r>
        <w:rPr>
          <w:color w:val="auto"/>
        </w:rPr>
        <w:t xml:space="preserve"> and </w:t>
      </w:r>
      <w:r>
        <w:rPr>
          <w:color w:val="auto"/>
        </w:rPr>
        <w:t>wrapped me in a robe of righteousness</w:t>
      </w:r>
      <w:r>
        <w:rPr>
          <w:b w:val="false"/>
          <w:i w:val="false"/>
          <w:color w:val="auto"/>
          <w:u w:val="none"/>
        </w:rPr>
        <w:t xml:space="preserve"> [1BTA]</w:t>
      </w:r>
      <w:r>
        <w:rPr>
          <w:color w:val="auto"/>
        </w:rPr>
        <w:t xml:space="preserve">, </w:t>
      </w:r>
      <w:r>
        <w:rPr>
          <w:color w:val="auto"/>
        </w:rPr>
        <w:t>as a bridegroom wears a priestly headdress, as a bride adorns herself with her jewels</w:t>
      </w:r>
      <w:r>
        <w:rPr>
          <w:b w:val="false"/>
          <w:i w:val="false"/>
          <w:color w:val="FFFFFF"/>
          <w:u w:val="none"/>
          <w:shd w:val="clear" w:color="auto" w:fill="548235"/>
        </w:rPr>
        <w:t xml:space="preserve"> [1BTB]</w:t>
      </w:r>
      <w:r>
        <w:rPr>
          <w:shd w:val="clear" w:color="auto" w:fill="548235"/>
          <w:color w:val="FFFFFF"/>
        </w:rPr>
        <w:t>.</w:t>
      </w:r>
    </w:p>
    <w:p>
      <w:pPr>
        <w:pStyle w:val="Yellow"/>
        <w:rPr/>
      </w:pPr>
      <w:r>
        <w:rPr>
          <w:b/>
        </w:rPr>
        <w:t>Isaiah 65:18</w:t>
      </w:r>
      <w:r>
        <w:rPr/>
        <w:t xml:space="preserve"> — </w:t>
      </w:r>
      <w:r>
        <w:rPr>
          <w:shd w:val="clear" w:fill="B7DDE8"/>
        </w:rPr>
        <w:t>Be glad and rejoice forever in what I create</w:t>
      </w:r>
      <w:r>
        <w:rPr>
          <w:b w:val="false"/>
          <w:i w:val="false"/>
          <w:color w:val="000000"/>
          <w:u w:val="none"/>
        </w:rPr>
        <w:t xml:space="preserve"> [1EYX]</w:t>
      </w:r>
      <w:r>
        <w:rPr/>
        <w:t xml:space="preserve">; for </w:t>
      </w:r>
      <w:r>
        <w:rPr>
          <w:shd w:val="clear" w:fill="B7DDE8"/>
        </w:rPr>
        <w:t>I will create Jerusalem to be a joy</w:t>
      </w:r>
      <w:r>
        <w:rPr>
          <w:b w:val="false"/>
          <w:i w:val="false"/>
          <w:color w:val="000000"/>
          <w:u w:val="none"/>
        </w:rPr>
        <w:t xml:space="preserve"> [1EYY]</w:t>
      </w:r>
      <w:r>
        <w:rPr/>
        <w:t xml:space="preserve"> and </w:t>
      </w:r>
      <w:r>
        <w:rPr>
          <w:shd w:val="clear" w:fill="B7DDE8"/>
        </w:rPr>
        <w:t>its people to be a delight</w:t>
      </w:r>
      <w:r>
        <w:rPr>
          <w:b w:val="false"/>
          <w:i w:val="false"/>
          <w:color w:val="000000"/>
          <w:u w:val="none"/>
        </w:rPr>
        <w:t xml:space="preserve"> [1EYZ]</w:t>
      </w:r>
      <w:r>
        <w:rPr/>
        <w:t>.</w:t>
      </w:r>
    </w:p>
    <w:p>
      <w:pPr>
        <w:pStyle w:val="Yellow"/>
        <w:rPr/>
      </w:pPr>
      <w:r>
        <w:rPr>
          <w:b/>
        </w:rPr>
        <w:t>Isaiah 65:19</w:t>
      </w:r>
      <w:r>
        <w:rPr/>
        <w:t xml:space="preserve"> — </w:t>
      </w:r>
      <w:r>
        <w:rPr>
          <w:shd w:val="clear" w:fill="B7DDE8"/>
        </w:rPr>
        <w:t>I will rejoice in Jerusalem and take delight in My people</w:t>
      </w:r>
      <w:r>
        <w:rPr>
          <w:b w:val="false"/>
          <w:i w:val="false"/>
          <w:color w:val="000000"/>
          <w:u w:val="none"/>
        </w:rPr>
        <w:t xml:space="preserve"> [1FBQ]</w:t>
      </w:r>
      <w:r>
        <w:rPr/>
        <w:t xml:space="preserve">. </w:t>
      </w:r>
      <w:r>
        <w:rPr>
          <w:shd w:val="clear" w:fill="B7DDE8"/>
        </w:rPr>
        <w:t>The sounds of weeping and crying will no longer be heard in her</w:t>
      </w:r>
      <w:r>
        <w:rPr>
          <w:b w:val="false"/>
          <w:i w:val="false"/>
          <w:color w:val="000000"/>
          <w:u w:val="none"/>
        </w:rPr>
        <w:t xml:space="preserve"> [1FBR]</w:t>
      </w:r>
      <w:r>
        <w:rPr/>
        <w:t>.</w:t>
      </w:r>
    </w:p>
    <w:p>
      <w:pPr>
        <w:pStyle w:val="Yellow"/>
        <w:rPr/>
      </w:pPr>
      <w:r>
        <w:rPr>
          <w:u w:val="none"/>
        </w:rPr>
        <w:t xml:space="preserve">(Jn15:1–10 “Father “Prunes” / Jesus “loved you” “If you keep My commandments, you will remain in My love”) </w:t>
      </w:r>
      <w:r>
        <w:rPr>
          <w:b/>
          <w:u w:val="none"/>
        </w:rPr>
        <w:t>John 15:11</w:t>
      </w:r>
      <w:r>
        <w:rPr>
          <w:u w:val="none"/>
        </w:rPr>
        <w:t xml:space="preserve"> — </w:t>
      </w:r>
      <w:r>
        <w:rPr>
          <w:u w:val="none"/>
          <w:shd w:val="clear" w:fill="B7DDE8"/>
        </w:rPr>
        <w:t>I have told you {these things} so that My joy may be in you and your joy may be complete</w:t>
      </w:r>
      <w:r>
        <w:rPr>
          <w:b w:val="false"/>
          <w:i w:val="false"/>
          <w:color w:val="000000"/>
          <w:u w:val="none"/>
        </w:rPr>
        <w:t xml:space="preserve"> [1EYP]</w:t>
      </w:r>
      <w:r>
        <w:rPr>
          <w:u w:val="none"/>
        </w:rPr>
        <w:t>.</w:t>
      </w:r>
    </w:p>
    <w:p>
      <w:pPr>
        <w:pStyle w:val="Yellow"/>
        <w:rPr/>
        <w:shd w:val="clear" w:color="auto" w:fill="E4DFEC"/>
        <w:pBdr>
          <w:left w:val="single" w:sz="28" w:space="5" w:color="7030A0"/>
        </w:pBdr>
      </w:pPr>
      <w:r>
        <w:rPr>
          <w:b/>
          <w:shd w:val="clear" w:color="auto" w:fill="F4B183"/>
          <w:color w:val="000000"/>
        </w:rPr>
        <w:t>Acts 2:28</w:t>
      </w:r>
      <w:r>
        <w:rPr>
          <w:shd w:val="clear" w:color="auto" w:fill="F4B183"/>
          <w:color w:val="000000"/>
        </w:rPr>
        <w:t xml:space="preserve"> — </w:t>
      </w:r>
      <w:r>
        <w:rPr>
          <w:shd w:val="clear" w:fill="F4B183" w:color="auto"/>
          <w:color w:val="000000"/>
        </w:rPr>
        <w:t>You have made known to {me} the paths of life</w:t>
      </w:r>
      <w:r>
        <w:rPr>
          <w:b w:val="false"/>
          <w:i w:val="false"/>
          <w:color w:val="000000"/>
          <w:u w:val="none"/>
          <w:shd w:val="clear" w:color="auto" w:fill="F4B183"/>
        </w:rPr>
        <w:t xml:space="preserve"> [2FAO]</w:t>
      </w:r>
      <w:r>
        <w:rPr>
          <w:shd w:val="clear" w:color="auto" w:fill="F4B183"/>
          <w:color w:val="000000"/>
        </w:rPr>
        <w:t xml:space="preserve">; </w:t>
      </w:r>
      <w:r>
        <w:rPr>
          <w:shd w:val="clear" w:fill="F4B183" w:color="auto"/>
          <w:color w:val="000000"/>
        </w:rPr>
        <w:t>You will fill me with joy in Your presence</w:t>
      </w:r>
      <w:r>
        <w:rPr>
          <w:b w:val="false"/>
          <w:i w:val="false"/>
          <w:color w:val="000000"/>
          <w:u w:val="none"/>
          <w:shd w:val="clear" w:color="auto" w:fill="F4B183"/>
        </w:rPr>
        <w:t xml:space="preserve"> [2FAP]</w:t>
      </w:r>
      <w:r>
        <w:rPr>
          <w:shd w:val="clear" w:color="auto" w:fill="F4B183"/>
          <w:color w:val="000000"/>
        </w:rPr>
        <w:t>.’</w:t>
      </w:r>
    </w:p>
    <w:p>
      <w:pPr>
        <w:pStyle w:val="Yellow"/>
        <w:rPr/>
      </w:pPr>
      <w:r>
        <w:rPr/>
        <w:t xml:space="preserve">(Re21:3 “God”¹ with “His people”²) </w:t>
      </w:r>
      <w:r>
        <w:rPr>
          <w:b/>
        </w:rPr>
        <w:t xml:space="preserve">Revelation 21:4</w:t>
      </w:r>
      <w:r>
        <w:rPr/>
        <w:t xml:space="preserve"> — </w:t>
      </w:r>
      <w:r>
        <w:rPr>
          <w:shd w:fill="B7DDE8" w:val="clear"/>
        </w:rPr>
        <w:t xml:space="preserve">{He} will wipe away every tear from {their} eyes</w:t>
      </w:r>
      <w:r>
        <w:rPr>
          <w:b w:val="false"/>
          <w:i w:val="false"/>
          <w:color w:val="000000"/>
          <w:u w:val="none"/>
        </w:rPr>
        <w:t xml:space="preserve"> [2KSE]</w:t>
      </w:r>
      <w:r>
        <w:rPr/>
        <w:t xml:space="preserve">, and </w:t>
      </w:r>
      <w:r>
        <w:rPr>
          <w:shd w:fill="B7DDE8" w:val="clear"/>
        </w:rPr>
        <w:t xml:space="preserve">there will be no more death or mourning or crying or pain</w:t>
      </w:r>
      <w:r>
        <w:rPr>
          <w:b w:val="false"/>
          <w:i w:val="false"/>
          <w:color w:val="000000"/>
          <w:u w:val="none"/>
        </w:rPr>
        <w:t xml:space="preserve"> [1KSF]</w:t>
      </w:r>
      <w:r>
        <w:rPr>
          <w:shd w:val="clear" w:color="auto" w:fill="548235"/>
          <w:color w:val="FFFFFF"/>
        </w:rPr>
        <w:t xml:space="preserve">, for </w:t>
      </w:r>
      <w:r>
        <w:rPr>
          <w:shd w:fill="548235" w:val="clear" w:color="auto"/>
          <w:color w:val="FFFFFF"/>
        </w:rPr>
        <w:t xml:space="preserve">the former things have passed away</w:t>
      </w:r>
      <w:r>
        <w:rPr>
          <w:b w:val="false"/>
          <w:i w:val="false"/>
          <w:color w:val="FFFFFF"/>
          <w:u w:val="none"/>
          <w:shd w:val="clear" w:color="auto" w:fill="548235"/>
        </w:rPr>
        <w:t xml:space="preserve"> [1KSG]</w:t>
      </w:r>
      <w:r>
        <w:rPr>
          <w:shd w:val="clear" w:color="auto" w:fill="548235"/>
          <w:color w:val="FFFFFF"/>
        </w:rPr>
        <w:t xml:space="preserve">.</w:t>
      </w:r>
    </w:p>
    <w:p>
      <w:r>
        <w:rPr>
          <w:b/>
          <w:sz w:val="32"/>
          <w:highlight w:val="yellow"/>
        </w:rPr>
        <w:t>Last-Days Deception and Apostasy  (8)</w:t>
      </w:r>
    </w:p>
    <w:p>
      <w:pPr>
        <w:pStyle w:val="Yellow"/>
        <w:rPr/>
      </w:pPr>
      <w:r>
        <w:rPr/>
        <w:t xml:space="preserve">(Mt24:3ᶜ Regarding Jesus’ “coming” and “the end of the age”) </w:t>
      </w:r>
      <w:r>
        <w:rPr>
          <w:b/>
        </w:rPr>
        <w:t xml:space="preserve">Matthew 24:4–5</w:t>
      </w:r>
      <w:r>
        <w:rPr/>
        <w:t xml:space="preserve"> — “</w:t>
      </w:r>
      <w:r>
        <w:rPr>
          <w:shd w:fill="B7DDE8" w:val="clear"/>
        </w:rPr>
        <w:t xml:space="preserve">See to it that no one deceives you</w:t>
      </w:r>
      <w:r>
        <w:rPr>
          <w:b w:val="false"/>
          <w:i w:val="false"/>
          <w:color w:val="000000"/>
          <w:u w:val="none"/>
        </w:rPr>
        <w:t xml:space="preserve"> [1IFL]</w:t>
      </w:r>
      <w:r>
        <w:rPr/>
        <w:t xml:space="preserve">. For </w:t>
      </w:r>
      <w:r>
        <w:rPr>
          <w:shd w:fill="B7DDE8" w:val="clear"/>
        </w:rPr>
        <w:t xml:space="preserve">many will come in My name, claiming, ‘I am the Christ,’ and will deceive many</w:t>
      </w:r>
      <w:r>
        <w:rPr>
          <w:b w:val="false"/>
          <w:i w:val="false"/>
          <w:color w:val="000000"/>
          <w:u w:val="none"/>
        </w:rPr>
        <w:t xml:space="preserve"> [2IFM]</w:t>
      </w:r>
      <w:r>
        <w:rPr>
          <w:b w:val="false"/>
          <w:i w:val="false"/>
          <w:color w:val="000000"/>
          <w:u w:val="none"/>
        </w:rPr>
        <w:t xml:space="preserve"> [2IFN]</w:t>
      </w:r>
      <w:r>
        <w:rPr/>
        <w:t xml:space="preserve">.</w:t>
      </w:r>
    </w:p>
    <w:p>
      <w:pPr>
        <w:pStyle w:val="Yellow"/>
        <w:rPr/>
      </w:pPr>
      <w:r>
        <w:rPr/>
        <w:t xml:space="preserve">(Mt24:9ᶜ When disciples are “persecuted and killed”¹) </w:t>
      </w:r>
      <w:r>
        <w:rPr>
          <w:b/>
        </w:rPr>
        <w:t xml:space="preserve">Matthew 24:10</w:t>
      </w:r>
      <w:r>
        <w:rPr/>
        <w:t xml:space="preserve"> — {At that time} </w:t>
      </w:r>
      <w:r>
        <w:rPr>
          <w:shd w:fill="B7DDE8" w:val="clear"/>
        </w:rPr>
        <w:t xml:space="preserve">many will fall away</w:t>
      </w:r>
      <w:r>
        <w:rPr>
          <w:b w:val="false"/>
          <w:i w:val="false"/>
          <w:color w:val="000000"/>
          <w:u w:val="none"/>
        </w:rPr>
        <w:t xml:space="preserve"> [1GGF]</w:t>
      </w:r>
      <w:r>
        <w:rPr/>
        <w:t xml:space="preserve"> and </w:t>
      </w:r>
      <w:r>
        <w:rPr>
          <w:shd w:fill="B7DDE8" w:val="clear"/>
        </w:rPr>
        <w:t xml:space="preserve">will betray and hate one another</w:t>
      </w:r>
      <w:r>
        <w:rPr>
          <w:b w:val="false"/>
          <w:i w:val="false"/>
          <w:color w:val="000000"/>
          <w:u w:val="none"/>
        </w:rPr>
        <w:t xml:space="preserve"> [1GGG]</w:t>
      </w:r>
      <w:r>
        <w:rPr>
          <w:b w:val="false"/>
          <w:i w:val="false"/>
          <w:color w:val="000000"/>
          <w:u w:val="none"/>
        </w:rPr>
        <w:t xml:space="preserve"> [1GGH]</w:t>
      </w:r>
      <w:r>
        <w:rPr/>
        <w:t xml:space="preserve">,</w:t>
      </w:r>
    </w:p>
    <w:p>
      <w:pPr>
        <w:pStyle w:val="Yellow"/>
        <w:rPr/>
      </w:pPr>
      <w:r>
        <w:rPr/>
        <w:t xml:space="preserve">(Mt24:3ᶜ Regarding Jesus’ “coming” and “the end of the age”) </w:t>
      </w:r>
      <w:r>
        <w:rPr>
          <w:b/>
        </w:rPr>
        <w:t xml:space="preserve">Matthew 24:11</w:t>
      </w:r>
      <w:r>
        <w:rPr/>
        <w:t xml:space="preserve"> — </w:t>
      </w:r>
      <w:r>
        <w:rPr>
          <w:shd w:fill="B7DDE8" w:val="clear"/>
        </w:rPr>
        <w:t xml:space="preserve">many false prophets will arise and deceive many</w:t>
      </w:r>
      <w:r>
        <w:rPr>
          <w:b w:val="false"/>
          <w:i w:val="false"/>
          <w:color w:val="000000"/>
          <w:u w:val="none"/>
        </w:rPr>
        <w:t xml:space="preserve"> [1IFJ]</w:t>
      </w:r>
      <w:r>
        <w:rPr>
          <w:b w:val="false"/>
          <w:i w:val="false"/>
          <w:color w:val="000000"/>
          <w:u w:val="none"/>
        </w:rPr>
        <w:t xml:space="preserve"> [1IFK]</w:t>
      </w:r>
      <w:r>
        <w:rPr/>
        <w:t xml:space="preserve">.</w:t>
      </w:r>
    </w:p>
    <w:p>
      <w:pPr>
        <w:pStyle w:val="Yellow"/>
        <w:rPr/>
      </w:pPr>
      <w:r>
        <w:rPr>
          <w:b/>
          <w:highlight w:val="cyan"/>
        </w:rPr>
        <w:t xml:space="preserve">Matthew 24:24</w:t>
      </w:r>
      <w:r>
        <w:rPr>
          <w:highlight w:val="cyan"/>
        </w:rPr>
        <w:t xml:space="preserve"> — </w:t>
      </w:r>
      <w:r>
        <w:rPr>
          <w:highlight w:val="cyan"/>
          <w:shd w:fill="B7DDE8" w:val="clear"/>
        </w:rPr>
        <w:t xml:space="preserve">false Christs and false prophets will appear</w:t>
      </w:r>
      <w:r>
        <w:rPr>
          <w:b w:val="false"/>
          <w:i w:val="false"/>
          <w:color w:val="000000"/>
          <w:u w:val="none"/>
        </w:rPr>
        <w:t xml:space="preserve"> [2KWN]</w:t>
      </w:r>
      <w:r>
        <w:rPr>
          <w:highlight w:val="cyan"/>
        </w:rPr>
        <w:t xml:space="preserve"> and </w:t>
      </w:r>
      <w:r>
        <w:rPr>
          <w:highlight w:val="cyan"/>
          <w:shd w:fill="B7DDE8" w:val="clear"/>
        </w:rPr>
        <w:t xml:space="preserve">perform great signs and wonders</w:t>
      </w:r>
      <w:r>
        <w:rPr>
          <w:b w:val="false"/>
          <w:i w:val="false"/>
          <w:color w:val="000000"/>
          <w:u w:val="none"/>
        </w:rPr>
        <w:t xml:space="preserve"> [2KWO]</w:t>
      </w:r>
      <w:r>
        <w:rPr>
          <w:highlight w:val="cyan"/>
        </w:rPr>
        <w:t xml:space="preserve"> </w:t>
      </w:r>
      <w:r>
        <w:rPr>
          <w:highlight w:val="cyan"/>
          <w:shd w:fill="B7DDE8" w:val="clear"/>
        </w:rPr>
        <w:t xml:space="preserve">to deceive even the elect, if that were possible</w:t>
      </w:r>
      <w:r>
        <w:rPr>
          <w:b w:val="false"/>
          <w:i w:val="false"/>
          <w:color w:val="000000"/>
          <w:u w:val="none"/>
        </w:rPr>
        <w:t xml:space="preserve"> [2KWP]</w:t>
      </w:r>
      <w:r>
        <w:rPr>
          <w:highlight w:val="cyan"/>
        </w:rPr>
        <w:t xml:space="preserve">.</w:t>
      </w:r>
    </w:p>
    <w:p>
      <w:pPr>
        <w:pStyle w:val="Yellow"/>
        <w:rPr/>
      </w:pPr>
      <w:r>
        <w:rPr>
          <w:shd w:val="clear" w:color="auto" w:fill="C00000"/>
          <w:color w:val="FFFFFF"/>
        </w:rPr>
        <w:t xml:space="preserve">(Mk13:2–4ᶜ Before temple destruction is “about to be fulfilled”) </w:t>
      </w:r>
      <w:r>
        <w:rPr>
          <w:b/>
          <w:shd w:val="clear" w:color="auto" w:fill="C00000"/>
          <w:color w:val="FFFFFF"/>
        </w:rPr>
        <w:t xml:space="preserve">Mark 13:6</w:t>
      </w:r>
      <w:r>
        <w:rPr>
          <w:shd w:val="clear" w:color="auto" w:fill="C00000"/>
          <w:color w:val="FFFFFF"/>
        </w:rPr>
        <w:t xml:space="preserve"> — </w:t>
      </w:r>
      <w:r>
        <w:rPr>
          <w:shd w:val="clear" w:color="auto" w:fill="C00000"/>
          <w:color w:val="FFFFFF"/>
        </w:rPr>
        <w:t xml:space="preserve">Many will come in My name, claiming, ‘I am He,’ and will deceive many</w:t>
      </w:r>
      <w:r>
        <w:rPr>
          <w:b w:val="false"/>
          <w:i w:val="false"/>
          <w:u w:val="none"/>
          <w:shd w:val="clear" w:color="auto" w:fill="C00000"/>
          <w:color w:val="FFFFFF"/>
        </w:rPr>
        <w:t xml:space="preserve"> [2IFM]</w:t>
      </w:r>
      <w:r>
        <w:rPr>
          <w:b w:val="false"/>
          <w:i w:val="false"/>
          <w:u w:val="none"/>
          <w:shd w:val="clear" w:color="auto" w:fill="C00000"/>
          <w:color w:val="FFFFFF"/>
        </w:rPr>
        <w:t xml:space="preserve"> [2IFN]</w:t>
      </w:r>
      <w:r>
        <w:rPr>
          <w:shd w:val="clear" w:color="auto" w:fill="C00000"/>
          <w:color w:val="FFFFFF"/>
        </w:rPr>
        <w:t xml:space="preserve">.</w:t>
      </w:r>
    </w:p>
    <w:p>
      <w:pPr>
        <w:pStyle w:val="Yellow"/>
        <w:rPr/>
      </w:pPr>
      <w:r>
        <w:rPr>
          <w:b/>
          <w:highlight w:val="cyan"/>
          <w:shd w:val="clear" w:color="auto" w:fill="C00000"/>
          <w:color w:val="FFFFFF"/>
        </w:rPr>
        <w:t xml:space="preserve">Mark 13:22</w:t>
      </w:r>
      <w:r>
        <w:rPr>
          <w:highlight w:val="cyan"/>
          <w:shd w:val="clear" w:color="auto" w:fill="C00000"/>
          <w:color w:val="FFFFFF"/>
        </w:rPr>
        <w:t xml:space="preserve"> — </w:t>
      </w:r>
      <w:r>
        <w:rPr>
          <w:highlight w:val="cyan"/>
          <w:shd w:val="clear" w:color="auto" w:fill="C00000"/>
          <w:color w:val="FFFFFF"/>
        </w:rPr>
        <w:t xml:space="preserve">false Christs and false prophets will appear</w:t>
      </w:r>
      <w:r>
        <w:rPr>
          <w:b w:val="false"/>
          <w:i w:val="false"/>
          <w:u w:val="none"/>
          <w:shd w:val="clear" w:color="auto" w:fill="C00000"/>
          <w:color w:val="FFFFFF"/>
        </w:rPr>
        <w:t xml:space="preserve"> [2KWN]</w:t>
      </w:r>
      <w:r>
        <w:rPr>
          <w:highlight w:val="cyan"/>
          <w:shd w:val="clear" w:color="auto" w:fill="C00000"/>
          <w:color w:val="FFFFFF"/>
        </w:rPr>
        <w:t xml:space="preserve"> and </w:t>
      </w:r>
      <w:r>
        <w:rPr>
          <w:highlight w:val="cyan"/>
          <w:shd w:val="clear" w:color="auto" w:fill="C00000"/>
          <w:color w:val="FFFFFF"/>
        </w:rPr>
        <w:t xml:space="preserve">perform signs and wonders</w:t>
      </w:r>
      <w:r>
        <w:rPr>
          <w:b w:val="false"/>
          <w:i w:val="false"/>
          <w:u w:val="none"/>
          <w:shd w:val="clear" w:color="auto" w:fill="C00000"/>
          <w:color w:val="FFFFFF"/>
        </w:rPr>
        <w:t xml:space="preserve"> [2KWO]</w:t>
      </w:r>
      <w:r>
        <w:rPr>
          <w:highlight w:val="cyan"/>
          <w:shd w:val="clear" w:color="auto" w:fill="C00000"/>
          <w:color w:val="FFFFFF"/>
        </w:rPr>
        <w:t xml:space="preserve"> </w:t>
      </w:r>
      <w:r>
        <w:rPr>
          <w:highlight w:val="cyan"/>
          <w:shd w:val="clear" w:color="auto" w:fill="C00000"/>
          <w:color w:val="FFFFFF"/>
        </w:rPr>
        <w:t xml:space="preserve">to deceive even the elect, if that were possible</w:t>
      </w:r>
      <w:r>
        <w:rPr>
          <w:b w:val="false"/>
          <w:i w:val="false"/>
          <w:u w:val="none"/>
          <w:shd w:val="clear" w:color="auto" w:fill="C00000"/>
          <w:color w:val="FFFFFF"/>
        </w:rPr>
        <w:t xml:space="preserve"> [2KWP]</w:t>
      </w:r>
      <w:r>
        <w:rPr>
          <w:highlight w:val="cyan"/>
          <w:shd w:val="clear" w:color="auto" w:fill="C00000"/>
          <w:color w:val="FFFFFF"/>
        </w:rPr>
        <w:t xml:space="preserve">.</w:t>
      </w:r>
    </w:p>
    <w:p>
      <w:pPr>
        <w:pStyle w:val="Yellow"/>
        <w:rPr/>
      </w:pPr>
      <w:r>
        <w:rPr>
          <w:b/>
        </w:rPr>
        <w:t xml:space="preserve">2 Timothy 3:1-5</w:t>
      </w:r>
      <w:r>
        <w:rPr/>
        <w:t xml:space="preserve"> — But understand this: </w:t>
      </w:r>
      <w:r>
        <w:rPr>
          <w:shd w:fill="B7DDE8" w:val="clear"/>
        </w:rPr>
        <w:t xml:space="preserve">In the last days terrible times will come</w:t>
      </w:r>
      <w:r>
        <w:rPr>
          <w:b w:val="false"/>
          <w:i w:val="false"/>
          <w:color w:val="000000"/>
          <w:u w:val="none"/>
        </w:rPr>
        <w:t xml:space="preserve"> [1HBJ]</w:t>
      </w:r>
      <w:r>
        <w:rPr/>
        <w:t xml:space="preserve">. For </w:t>
      </w:r>
      <w:r>
        <w:rPr>
          <w:shd w:fill="B7DDE8" w:val="clear"/>
        </w:rPr>
        <w:t xml:space="preserve">men will be lovers of themselves, lovers of money, boastful, arrogant, abusive, disobedient to their parents, ungrateful, unholy, unloving, unforgiving, slanderous, without self-control, brutal, without love of good, traitorous, reckless, conceited, lovers of pleasure rather than lovers of God</w:t>
      </w:r>
      <w:r>
        <w:rPr>
          <w:b w:val="false"/>
          <w:i w:val="false"/>
          <w:color w:val="000000"/>
          <w:u w:val="none"/>
        </w:rPr>
        <w:t xml:space="preserve"> [1HBK]</w:t>
      </w:r>
      <w:r>
        <w:rPr/>
        <w:t xml:space="preserve">, </w:t>
      </w:r>
      <w:r>
        <w:rPr>
          <w:shd w:fill="B7DDE8" w:val="clear"/>
        </w:rPr>
        <w:t xml:space="preserve">having a form of godliness but denying its power</w:t>
      </w:r>
      <w:r>
        <w:rPr>
          <w:b w:val="false"/>
          <w:i w:val="false"/>
          <w:color w:val="000000"/>
          <w:u w:val="none"/>
        </w:rPr>
        <w:t xml:space="preserve"> [1HBL]</w:t>
      </w:r>
      <w:r>
        <w:rPr/>
        <w:t xml:space="preserve">. </w:t>
      </w:r>
      <w:r>
        <w:rPr>
          <w:shd w:fill="B7DDE8" w:val="clear"/>
        </w:rPr>
        <w:t xml:space="preserve">Turn away from such as these</w:t>
      </w:r>
      <w:r>
        <w:rPr>
          <w:b w:val="false"/>
          <w:i w:val="false"/>
          <w:color w:val="000000"/>
          <w:u w:val="none"/>
        </w:rPr>
        <w:t xml:space="preserve"> [1HBM]</w:t>
      </w:r>
      <w:r>
        <w:rPr/>
        <w:t xml:space="preserve">!</w:t>
      </w:r>
    </w:p>
    <w:p>
      <w:pPr>
        <w:pStyle w:val="Yellow"/>
        <w:rPr/>
      </w:pPr>
      <w:r>
        <w:rPr>
          <w:b/>
        </w:rPr>
        <w:t xml:space="preserve">2 Peter 3:3</w:t>
      </w:r>
      <w:r>
        <w:rPr/>
        <w:t xml:space="preserve"> — Most importantly, </w:t>
      </w:r>
      <w:r>
        <w:rPr>
          <w:shd w:fill="B7DDE8" w:val="clear"/>
        </w:rPr>
        <w:t xml:space="preserve">you must understand</w:t>
      </w:r>
      <w:r>
        <w:rPr>
          <w:b w:val="false"/>
          <w:i w:val="false"/>
          <w:color w:val="000000"/>
          <w:u w:val="none"/>
        </w:rPr>
        <w:t xml:space="preserve"> [1LGO]</w:t>
      </w:r>
      <w:r>
        <w:rPr>
          <w:shd w:val="clear" w:color="auto" w:fill="548235"/>
          <w:color w:val="FFFFFF"/>
        </w:rPr>
        <w:t xml:space="preserve"> that </w:t>
      </w:r>
      <w:r>
        <w:rPr>
          <w:shd w:fill="548235" w:val="clear" w:color="auto"/>
          <w:color w:val="FFFFFF"/>
        </w:rPr>
        <w:t xml:space="preserve">in the last days scoffers will come, scoffing and following their own evil desires</w:t>
      </w:r>
      <w:r>
        <w:rPr>
          <w:b w:val="false"/>
          <w:i w:val="false"/>
          <w:color w:val="FFFFFF"/>
          <w:u w:val="none"/>
          <w:shd w:val="clear" w:color="auto" w:fill="548235"/>
        </w:rPr>
        <w:t xml:space="preserve"> [2ICU]</w:t>
      </w:r>
      <w:r>
        <w:rPr>
          <w:shd w:val="clear" w:color="auto" w:fill="548235"/>
          <w:color w:val="FFFFFF"/>
        </w:rPr>
        <w:t xml:space="preserve">.</w:t>
      </w:r>
    </w:p>
    <w:p>
      <w:r>
        <w:rPr>
          <w:b/>
          <w:sz w:val="32"/>
          <w:highlight w:val="yellow"/>
        </w:rPr>
        <w:t>Life and Death in God's Hand  (7)</w:t>
      </w:r>
    </w:p>
    <w:p>
      <w:pPr>
        <w:pStyle w:val="Yellow"/>
        <w:rPr/>
      </w:pPr>
      <w:r>
        <w:rPr>
          <w:b/>
        </w:rPr>
        <w:t xml:space="preserve">1 Samuel 2:6</w:t>
      </w:r>
      <w:r>
        <w:rPr/>
        <w:t xml:space="preserve"> — </w:t>
      </w:r>
      <w:r>
        <w:rPr>
          <w:shd w:val="clear" w:color="auto" w:fill="D9C3E6"/>
        </w:rPr>
        <w:t xml:space="preserve">The LORD brings death and gives life</w:t>
      </w:r>
      <w:r>
        <w:rPr>
          <w:b w:val="false"/>
          <w:i w:val="false"/>
          <w:color w:val="000000"/>
          <w:u w:val="none"/>
        </w:rPr>
        <w:t xml:space="preserve"> [2FR]</w:t>
      </w:r>
      <w:r>
        <w:rPr/>
        <w:t xml:space="preserve">; </w:t>
      </w:r>
      <w:r>
        <w:rPr>
          <w:shd w:fill="B7DDE8" w:val="clear"/>
        </w:rPr>
        <w:t xml:space="preserve">He brings down to Sheol and raises up</w:t>
      </w:r>
      <w:r>
        <w:rPr>
          <w:b w:val="false"/>
          <w:i w:val="false"/>
          <w:color w:val="000000"/>
          <w:u w:val="none"/>
        </w:rPr>
        <w:t xml:space="preserve"> [1IXB]</w:t>
      </w:r>
      <w:r>
        <w:rPr>
          <w:b w:val="false"/>
          <w:i w:val="false"/>
          <w:color w:val="000000"/>
          <w:u w:val="none"/>
        </w:rPr>
        <w:t xml:space="preserve"> [1IXC]</w:t>
      </w:r>
      <w:r>
        <w:rPr/>
        <w:t xml:space="preserve">.</w:t>
      </w:r>
    </w:p>
    <w:p>
      <w:pPr>
        <w:pStyle w:val="Yellow"/>
        <w:rPr/>
      </w:pPr>
      <w:r>
        <w:rPr/>
        <w:t xml:space="preserve">(Job12:9 the LORD) </w:t>
      </w:r>
      <w:r>
        <w:rPr>
          <w:b/>
        </w:rPr>
        <w:t xml:space="preserve">Job 12:10</w:t>
      </w:r>
      <w:r>
        <w:rPr/>
        <w:t xml:space="preserve"> — </w:t>
      </w:r>
      <w:r>
        <w:rPr>
          <w:shd w:fill="B7DDE8" w:val="clear"/>
        </w:rPr>
        <w:t xml:space="preserve">The life of every living thing is in {His} hand, as well as the breath of all mankind</w:t>
      </w:r>
      <w:r>
        <w:rPr>
          <w:b w:val="false"/>
          <w:i w:val="false"/>
          <w:color w:val="000000"/>
          <w:u w:val="none"/>
        </w:rPr>
        <w:t xml:space="preserve"> [1LAA]</w:t>
      </w:r>
      <w:r>
        <w:rPr/>
        <w:t xml:space="preserve">.</w:t>
      </w:r>
    </w:p>
    <w:p>
      <w:pPr>
        <w:pStyle w:val="Yellow"/>
        <w:rPr/>
      </w:pPr>
      <w:r>
        <w:rPr>
          <w:b/>
        </w:rPr>
        <w:t xml:space="preserve">Psalm 90:3</w:t>
      </w:r>
      <w:r>
        <w:rPr/>
        <w:t xml:space="preserve"> — </w:t>
      </w:r>
      <w:r>
        <w:rPr>
          <w:shd w:fill="B7DDE8" w:val="clear"/>
        </w:rPr>
        <w:t xml:space="preserve">You return man to dust</w:t>
      </w:r>
      <w:r>
        <w:rPr>
          <w:b w:val="false"/>
          <w:i w:val="false"/>
          <w:color w:val="000000"/>
          <w:u w:val="none"/>
        </w:rPr>
        <w:t xml:space="preserve"> [1LSN]</w:t>
      </w:r>
      <w:r>
        <w:rPr/>
        <w:t xml:space="preserve">, saying, “</w:t>
      </w:r>
      <w:r>
        <w:rPr>
          <w:shd w:fill="B7DDE8" w:val="clear"/>
        </w:rPr>
        <w:t xml:space="preserve">Return, O sons of mortals</w:t>
      </w:r>
      <w:r>
        <w:rPr>
          <w:b w:val="false"/>
          <w:i w:val="false"/>
          <w:color w:val="000000"/>
          <w:u w:val="none"/>
        </w:rPr>
        <w:t xml:space="preserve"> [1LSN]</w:t>
      </w:r>
      <w:r>
        <w:rPr/>
        <w:t xml:space="preserve">.”</w:t>
      </w:r>
    </w:p>
    <w:p>
      <w:pPr>
        <w:pStyle w:val="Yellow"/>
        <w:rPr/>
        <w:pBdr>
          <w:left w:val="single" w:sz="28" w:space="5" w:color="C00000"/>
        </w:pBdr>
      </w:pPr>
      <w:r>
        <w:rPr/>
        <w:t xml:space="preserve">(Ps104:1 “the LORD” / Ps104:27 “All creatures”) </w:t>
      </w:r>
      <w:r>
        <w:rPr>
          <w:b/>
        </w:rPr>
        <w:t>Psalm 104:29–30</w:t>
      </w:r>
      <w:r>
        <w:rPr/>
        <w:t xml:space="preserve"> — </w:t>
      </w:r>
      <w:r>
        <w:rPr>
          <w:shd w:fill="B7DDE8" w:val="clear"/>
        </w:rPr>
        <w:t>When {You} hide Your face, they are terrified</w:t>
      </w:r>
      <w:r>
        <w:rPr>
          <w:b w:val="false"/>
          <w:i w:val="false"/>
          <w:u w:val="none"/>
          <w:color w:val="000000"/>
        </w:rPr>
        <w:t xml:space="preserve"> [1JE]</w:t>
      </w:r>
      <w:r>
        <w:rPr/>
        <w:t xml:space="preserve">; </w:t>
      </w:r>
      <w:r>
        <w:rPr>
          <w:shd w:fill="B7DDE8" w:val="clear"/>
        </w:rPr>
        <w:t>when You take away their breath, they die and return to dust</w:t>
      </w:r>
      <w:r>
        <w:rPr>
          <w:b w:val="false"/>
          <w:i w:val="false"/>
          <w:color w:val="000000"/>
          <w:u w:val="none"/>
        </w:rPr>
        <w:t xml:space="preserve"> [1MG]</w:t>
      </w:r>
      <w:r>
        <w:rPr/>
        <w:t xml:space="preserve">. </w:t>
      </w:r>
      <w:r>
        <w:rPr>
          <w:shd w:fill="B7DDE8" w:val="clear"/>
        </w:rPr>
        <w:t>When You send Your Spirit, {they} are created</w:t>
      </w:r>
      <w:r>
        <w:rPr>
          <w:b w:val="false"/>
          <w:i w:val="false"/>
          <w:color w:val="000000"/>
          <w:u w:val="none"/>
        </w:rPr>
        <w:t xml:space="preserve"> [1JF]</w:t>
      </w:r>
      <w:r>
        <w:rPr/>
        <w:t xml:space="preserve">, and </w:t>
      </w:r>
      <w:r>
        <w:rPr>
          <w:shd w:fill="B7DDE8" w:val="clear"/>
        </w:rPr>
        <w:t>You renew the face of the earth</w:t>
      </w:r>
      <w:r>
        <w:rPr>
          <w:b w:val="false"/>
          <w:i w:val="false"/>
          <w:u w:val="none"/>
          <w:color w:val="000000"/>
        </w:rPr>
        <w:t xml:space="preserve"> [1DZQ]</w:t>
      </w:r>
      <w:r>
        <w:rPr/>
        <w:t>.</w:t>
      </w:r>
    </w:p>
    <w:p>
      <w:pPr>
        <w:pStyle w:val="Yellow"/>
        <w:rPr/>
      </w:pPr>
      <w:r>
        <w:rPr>
          <w:b/>
        </w:rPr>
        <w:t xml:space="preserve">Ecclesiastes 12:7</w:t>
      </w:r>
      <w:r>
        <w:rPr/>
        <w:t xml:space="preserve"> — </w:t>
      </w:r>
      <w:r>
        <w:rPr>
          <w:shd w:fill="B7DDE8" w:val="clear"/>
        </w:rPr>
        <w:t xml:space="preserve">the dust returns to the ground from which it came</w:t>
      </w:r>
      <w:r>
        <w:rPr>
          <w:b w:val="false"/>
          <w:i w:val="false"/>
          <w:color w:val="000000"/>
          <w:u w:val="none"/>
        </w:rPr>
        <w:t xml:space="preserve"> [1HRB]</w:t>
      </w:r>
      <w:r>
        <w:rPr/>
        <w:t xml:space="preserve"> and </w:t>
      </w:r>
      <w:r>
        <w:rPr>
          <w:shd w:fill="B7DDE8" w:val="clear"/>
        </w:rPr>
        <w:t xml:space="preserve">the spirit returns to God who gave it</w:t>
      </w:r>
      <w:r>
        <w:rPr>
          <w:b w:val="false"/>
          <w:i w:val="false"/>
          <w:color w:val="000000"/>
          <w:u w:val="none"/>
        </w:rPr>
        <w:t xml:space="preserve"> [1HRC]</w:t>
      </w:r>
      <w:r>
        <w:rPr/>
        <w:t xml:space="preserve">.</w:t>
      </w:r>
    </w:p>
    <w:p>
      <w:pPr>
        <w:pStyle w:val="Yellow"/>
        <w:rPr/>
      </w:pPr>
      <w:r>
        <w:rPr/>
        <w:t xml:space="preserve">(Jn5:18 God¹ / 17 Jesus²) </w:t>
      </w:r>
      <w:r>
        <w:rPr>
          <w:b/>
        </w:rPr>
        <w:t xml:space="preserve">John 5:21</w:t>
      </w:r>
      <w:r>
        <w:rPr/>
        <w:t xml:space="preserve"> — just as </w:t>
      </w:r>
      <w:r>
        <w:rPr>
          <w:shd w:fill="B7DDE8" w:val="clear"/>
        </w:rPr>
        <w:t xml:space="preserve">{the Father} raises the dead and gives them life</w:t>
      </w:r>
      <w:r>
        <w:rPr>
          <w:b w:val="false"/>
          <w:i w:val="false"/>
          <w:color w:val="000000"/>
          <w:u w:val="none"/>
        </w:rPr>
        <w:t xml:space="preserve"> [1IVZ]</w:t>
      </w:r>
      <w:r>
        <w:rPr/>
        <w:t xml:space="preserve">, so also </w:t>
      </w:r>
      <w:r>
        <w:rPr>
          <w:shd w:fill="B7DDE8" w:val="clear"/>
        </w:rPr>
        <w:t xml:space="preserve">{the Son} gives life to whom He wishes</w:t>
      </w:r>
      <w:r>
        <w:rPr>
          <w:b w:val="false"/>
          <w:i w:val="false"/>
          <w:color w:val="000000"/>
          <w:u w:val="none"/>
        </w:rPr>
        <w:t xml:space="preserve"> [1IWA]</w:t>
      </w:r>
      <w:r>
        <w:rPr/>
        <w:t xml:space="preserve">.</w:t>
      </w:r>
    </w:p>
    <w:p>
      <w:pPr>
        <w:pStyle w:val="Yellow"/>
        <w:rPr/>
      </w:pPr>
      <w:r>
        <w:rPr>
          <w:b/>
        </w:rPr>
        <w:t>1 Timothy 6:13</w:t>
      </w:r>
      <w:r>
        <w:rPr/>
        <w:t xml:space="preserve"> — </w:t>
      </w:r>
      <w:r>
        <w:rPr>
          <w:shd w:fill="B7DDE8" w:val="clear"/>
        </w:rPr>
        <w:t>God, who gives life to all things</w:t>
      </w:r>
      <w:r>
        <w:rPr>
          <w:b w:val="false"/>
          <w:i w:val="false"/>
          <w:color w:val="000000"/>
          <w:u w:val="none"/>
        </w:rPr>
        <w:t xml:space="preserve"> [2LBT]</w:t>
      </w:r>
    </w:p>
    <w:p>
      <w:r>
        <w:rPr>
          <w:b/>
          <w:sz w:val="32"/>
          <w:highlight w:val="yellow"/>
        </w:rPr>
        <w:t>Like Chaff and Withering Grass  (11)</w:t>
      </w:r>
    </w:p>
    <w:p>
      <w:pPr>
        <w:pStyle w:val="Yellow"/>
        <w:rPr/>
      </w:pPr>
      <w:r>
        <w:rPr/>
        <w:t xml:space="preserve">(Ps37:1 those who do evil) </w:t>
      </w:r>
      <w:r>
        <w:rPr>
          <w:b/>
        </w:rPr>
        <w:t xml:space="preserve">Psalm 37:2</w:t>
      </w:r>
      <w:r>
        <w:rPr/>
        <w:t xml:space="preserve"> — </w:t>
      </w:r>
      <w:r>
        <w:rPr>
          <w:shd w:fill="B7DDE8" w:val="clear"/>
        </w:rPr>
        <w:t xml:space="preserve">{they} wither quickly like grass</w:t>
      </w:r>
      <w:r>
        <w:rPr>
          <w:b w:val="false"/>
          <w:i w:val="false"/>
          <w:color w:val="000000"/>
          <w:u w:val="none"/>
        </w:rPr>
        <w:t xml:space="preserve"> [1LMW]</w:t>
      </w:r>
      <w:r>
        <w:rPr/>
        <w:t xml:space="preserve"> and </w:t>
      </w:r>
      <w:r>
        <w:rPr>
          <w:shd w:fill="B7DDE8" w:val="clear"/>
        </w:rPr>
        <w:t xml:space="preserve">wilt like tender plants</w:t>
      </w:r>
      <w:r>
        <w:rPr>
          <w:b w:val="false"/>
          <w:i w:val="false"/>
          <w:color w:val="000000"/>
          <w:u w:val="none"/>
        </w:rPr>
        <w:t xml:space="preserve"> [1LMX]</w:t>
      </w:r>
      <w:r>
        <w:rPr/>
        <w:t xml:space="preserve">.</w:t>
      </w:r>
    </w:p>
    <w:p>
      <w:pPr>
        <w:pStyle w:val="Yellow"/>
        <w:rPr/>
      </w:pPr>
      <w:r>
        <w:rPr>
          <w:b/>
        </w:rPr>
        <w:t xml:space="preserve">Psalm 37:20</w:t>
      </w:r>
      <w:r>
        <w:rPr/>
        <w:t xml:space="preserve"> — But </w:t>
      </w:r>
      <w:r>
        <w:rPr>
          <w:shd w:fill="B7DDE8" w:val="clear"/>
        </w:rPr>
        <w:t xml:space="preserve">the wicked and enemies of the LORD will perish like the glory of the fields</w:t>
      </w:r>
      <w:r>
        <w:rPr>
          <w:b w:val="false"/>
          <w:i w:val="false"/>
          <w:color w:val="000000"/>
          <w:u w:val="none"/>
        </w:rPr>
        <w:t xml:space="preserve"> [1JRL]</w:t>
      </w:r>
      <w:r>
        <w:rPr/>
        <w:t xml:space="preserve">. </w:t>
      </w:r>
      <w:r>
        <w:rPr>
          <w:shd w:fill="B7DDE8" w:val="clear"/>
        </w:rPr>
        <w:t xml:space="preserve">They will vanish</w:t>
      </w:r>
      <w:r>
        <w:rPr>
          <w:b w:val="false"/>
          <w:i w:val="false"/>
          <w:color w:val="000000"/>
          <w:u w:val="none"/>
        </w:rPr>
        <w:t xml:space="preserve"> [1JRL]</w:t>
      </w:r>
      <w:r>
        <w:rPr/>
        <w:t xml:space="preserve">; </w:t>
      </w:r>
      <w:r>
        <w:rPr>
          <w:shd w:fill="B7DDE8" w:val="clear"/>
        </w:rPr>
        <w:t xml:space="preserve">like smoke they will fade away</w:t>
      </w:r>
      <w:r>
        <w:rPr>
          <w:b w:val="false"/>
          <w:i w:val="false"/>
          <w:color w:val="000000"/>
          <w:u w:val="none"/>
        </w:rPr>
        <w:t xml:space="preserve"> [1JRL]</w:t>
      </w:r>
      <w:r>
        <w:rPr/>
        <w:t xml:space="preserve">.</w:t>
      </w:r>
    </w:p>
    <w:p>
      <w:pPr>
        <w:pStyle w:val="Yellow"/>
        <w:rPr/>
      </w:pPr>
      <w:r>
        <w:rPr>
          <w:b/>
          <w:u w:val="none"/>
        </w:rPr>
        <w:t>Psalm 68:1–2</w:t>
      </w:r>
      <w:r>
        <w:rPr>
          <w:u w:val="none"/>
        </w:rPr>
        <w:t xml:space="preserve"> — </w:t>
      </w:r>
      <w:r>
        <w:rPr>
          <w:u w:val="none"/>
          <w:shd w:val="clear" w:fill="B7DDE8"/>
        </w:rPr>
        <w:t>God arises</w:t>
      </w:r>
      <w:r>
        <w:rPr>
          <w:b w:val="false"/>
          <w:i w:val="false"/>
          <w:color w:val="000000"/>
          <w:u w:val="none"/>
        </w:rPr>
        <w:t xml:space="preserve"> [1DSV]</w:t>
      </w:r>
      <w:r>
        <w:rPr>
          <w:u w:val="none"/>
        </w:rPr>
        <w:t xml:space="preserve">. </w:t>
      </w:r>
      <w:r>
        <w:rPr>
          <w:u w:val="none"/>
          <w:shd w:val="clear" w:fill="B7DDE8"/>
        </w:rPr>
        <w:t>His enemies are scattered</w:t>
      </w:r>
      <w:r>
        <w:rPr>
          <w:b w:val="false"/>
          <w:i w:val="false"/>
          <w:color w:val="000000"/>
          <w:u w:val="none"/>
        </w:rPr>
        <w:t xml:space="preserve"> [1DSW]</w:t>
      </w:r>
      <w:r>
        <w:rPr>
          <w:u w:val="none"/>
        </w:rPr>
        <w:t xml:space="preserve">, and </w:t>
      </w:r>
      <w:r>
        <w:rPr>
          <w:u w:val="none"/>
          <w:shd w:val="clear" w:fill="B7DDE8"/>
        </w:rPr>
        <w:t>those who hate Him flee His presence</w:t>
      </w:r>
      <w:r>
        <w:rPr>
          <w:b w:val="false"/>
          <w:i w:val="false"/>
          <w:color w:val="000000"/>
          <w:u w:val="none"/>
        </w:rPr>
        <w:t xml:space="preserve"> [1DSX]</w:t>
      </w:r>
      <w:r>
        <w:rPr>
          <w:u w:val="none"/>
        </w:rPr>
        <w:t xml:space="preserve">. </w:t>
      </w:r>
      <w:r>
        <w:rPr>
          <w:u w:val="none"/>
          <w:shd w:val="clear" w:fill="B7DDE8"/>
        </w:rPr>
        <w:t>As smoke is blown away, You will drive them out</w:t>
      </w:r>
      <w:r>
        <w:rPr>
          <w:b w:val="false"/>
          <w:i w:val="false"/>
          <w:color w:val="000000"/>
          <w:u w:val="none"/>
        </w:rPr>
        <w:t xml:space="preserve"> [1DSY]</w:t>
      </w:r>
      <w:r>
        <w:rPr>
          <w:u w:val="none"/>
        </w:rPr>
        <w:t xml:space="preserve">; </w:t>
      </w:r>
      <w:r>
        <w:rPr>
          <w:u w:val="none"/>
          <w:shd w:val="clear" w:fill="B7DDE8"/>
        </w:rPr>
        <w:t>as wax melts before the fire, the wicked will perish in the presence of God</w:t>
      </w:r>
      <w:r>
        <w:rPr>
          <w:b w:val="false"/>
          <w:i w:val="false"/>
          <w:color w:val="000000"/>
          <w:u w:val="none"/>
        </w:rPr>
        <w:t xml:space="preserve"> [1DSZ]</w:t>
      </w:r>
      <w:r>
        <w:rPr>
          <w:u w:val="none"/>
        </w:rPr>
        <w:t>.</w:t>
      </w:r>
    </w:p>
    <w:p>
      <w:pPr>
        <w:pStyle w:val="Yellow"/>
        <w:rPr/>
      </w:pPr>
      <w:r>
        <w:rPr>
          <w:b/>
          <w:color w:val="auto"/>
        </w:rPr>
        <w:t xml:space="preserve">Psalm 92:6–7</w:t>
      </w:r>
      <w:r>
        <w:rPr>
          <w:color w:val="auto"/>
        </w:rPr>
        <w:t xml:space="preserve"> — </w:t>
      </w:r>
      <w:r>
        <w:rPr>
          <w:color w:val="auto"/>
        </w:rPr>
        <w:t xml:space="preserve">A senseless man does not know</w:t>
      </w:r>
      <w:r>
        <w:rPr>
          <w:b w:val="false"/>
          <w:i w:val="false"/>
          <w:color w:val="auto"/>
          <w:u w:val="none"/>
        </w:rPr>
        <w:t xml:space="preserve"> [1JRE]</w:t>
      </w:r>
      <w:r>
        <w:rPr>
          <w:color w:val="auto"/>
        </w:rPr>
        <w:t xml:space="preserve">, and </w:t>
      </w:r>
      <w:r>
        <w:rPr>
          <w:color w:val="auto"/>
        </w:rPr>
        <w:t xml:space="preserve">a fool does not understand</w:t>
      </w:r>
      <w:r>
        <w:rPr>
          <w:b w:val="false"/>
          <w:i w:val="false"/>
          <w:color w:val="auto"/>
          <w:u w:val="none"/>
        </w:rPr>
        <w:t xml:space="preserve"> [1JRE]</w:t>
      </w:r>
      <w:r>
        <w:rPr>
          <w:color w:val="auto"/>
        </w:rPr>
        <w:t xml:space="preserve">, that though </w:t>
      </w:r>
      <w:r>
        <w:rPr>
          <w:color w:val="auto"/>
        </w:rPr>
        <w:t xml:space="preserve">the wicked sprout like grass</w:t>
      </w:r>
      <w:r>
        <w:rPr>
          <w:b w:val="false"/>
          <w:i w:val="false"/>
          <w:color w:val="auto"/>
          <w:u w:val="none"/>
        </w:rPr>
        <w:t xml:space="preserve"> [1JRF]</w:t>
      </w:r>
      <w:r>
        <w:rPr>
          <w:color w:val="auto"/>
        </w:rPr>
        <w:t xml:space="preserve">, and </w:t>
      </w:r>
      <w:r>
        <w:rPr>
          <w:color w:val="auto"/>
        </w:rPr>
        <w:t xml:space="preserve">all evildoers flourish</w:t>
      </w:r>
      <w:r>
        <w:rPr>
          <w:b w:val="false"/>
          <w:i w:val="false"/>
          <w:color w:val="auto"/>
          <w:u w:val="none"/>
        </w:rPr>
        <w:t xml:space="preserve"> [1JRF]</w:t>
      </w:r>
      <w:r>
        <w:rPr>
          <w:color w:val="auto"/>
        </w:rPr>
        <w:t xml:space="preserve">, </w:t>
      </w:r>
      <w:r>
        <w:rPr>
          <w:color w:val="auto"/>
        </w:rPr>
        <w:t xml:space="preserve">they will be forever destroyed</w:t>
      </w:r>
      <w:r>
        <w:rPr>
          <w:b w:val="false"/>
          <w:i w:val="false"/>
          <w:color w:val="auto"/>
          <w:u w:val="none"/>
        </w:rPr>
        <w:t xml:space="preserve"> [1JRG]</w:t>
      </w:r>
      <w:r>
        <w:rPr>
          <w:color w:val="auto"/>
        </w:rPr>
        <w:t xml:space="preserve">.</w:t>
      </w:r>
    </w:p>
    <w:p>
      <w:pPr>
        <w:pStyle w:val="Yellow"/>
        <w:rPr/>
        <w:pBdr>
          <w:left w:val="single" w:sz="28" w:space="5" w:color="C00000"/>
        </w:pBdr>
      </w:pPr>
      <w:r>
        <w:rPr>
          <w:b/>
        </w:rPr>
        <w:t>Proverbs 10:25</w:t>
      </w:r>
      <w:r>
        <w:rPr/>
        <w:t xml:space="preserve"> — </w:t>
      </w:r>
      <w:r>
        <w:rPr>
          <w:shd w:val="clear" w:fill="B7DDE8"/>
        </w:rPr>
        <w:t>When the whirlwind passes, the wicked are no more</w:t>
      </w:r>
      <w:r>
        <w:rPr>
          <w:b w:val="false"/>
          <w:i w:val="false"/>
          <w:color w:val="000000"/>
          <w:u w:val="none"/>
        </w:rPr>
        <w:t xml:space="preserve"> [1FHV]</w:t>
      </w:r>
      <w:r>
        <w:rPr/>
        <w:t xml:space="preserve">, but </w:t>
      </w:r>
      <w:r>
        <w:rPr>
          <w:shd w:val="clear" w:fill="548235" w:color="auto"/>
          <w:color w:val="FFFFFF"/>
        </w:rPr>
        <w:t>the righteous are secure forever</w:t>
      </w:r>
      <w:r>
        <w:rPr>
          <w:b w:val="false"/>
          <w:i w:val="false"/>
          <w:color w:val="FFFFFF"/>
          <w:u w:val="none"/>
          <w:shd w:val="clear" w:color="auto" w:fill="548235"/>
        </w:rPr>
        <w:t xml:space="preserve"> [1FHW]</w:t>
      </w:r>
      <w:r>
        <w:rPr/>
        <w:t>.</w:t>
      </w:r>
    </w:p>
    <w:p>
      <w:pPr>
        <w:pStyle w:val="Yellow"/>
        <w:rPr/>
      </w:pPr>
      <w:r>
        <w:rPr/>
        <w:t xml:space="preserve">(Is5:20–23 because people call evil good and pervert justice) </w:t>
      </w:r>
      <w:r>
        <w:rPr>
          <w:b/>
        </w:rPr>
        <w:t>Isaiah 5:24</w:t>
      </w:r>
      <w:r>
        <w:rPr/>
        <w:t xml:space="preserve"> — </w:t>
      </w:r>
      <w:r>
        <w:rPr>
          <w:shd w:val="clear" w:fill="B7DDE8"/>
        </w:rPr>
        <w:t>{Therefore}, as a tongue of fire consumes the straw, and as dry grass shrivels in the flame, so their roots will decay and their blossoms will blow away like dust</w:t>
      </w:r>
      <w:r>
        <w:rPr>
          <w:b w:val="false"/>
          <w:i w:val="false"/>
          <w:color w:val="000000"/>
          <w:u w:val="none"/>
        </w:rPr>
        <w:t xml:space="preserve"> [1SK]</w:t>
      </w:r>
      <w:r>
        <w:rPr/>
        <w:t xml:space="preserve">; for </w:t>
      </w:r>
      <w:r>
        <w:rPr>
          <w:shd w:val="clear" w:fill="B7DDE8"/>
        </w:rPr>
        <w:t>they have rejected the instruction of the LORD of Hosts</w:t>
      </w:r>
      <w:r>
        <w:rPr>
          <w:b w:val="false"/>
          <w:i w:val="false"/>
          <w:u w:val="none"/>
          <w:color w:val="000000"/>
        </w:rPr>
        <w:t xml:space="preserve"> [2SL]</w:t>
      </w:r>
      <w:r>
        <w:rPr/>
        <w:t xml:space="preserve"> and </w:t>
      </w:r>
      <w:r>
        <w:rPr>
          <w:shd w:val="clear" w:fill="B7DDE8"/>
        </w:rPr>
        <w:t>despised the word of the Holy One of Israel</w:t>
      </w:r>
      <w:r>
        <w:rPr>
          <w:b w:val="false"/>
          <w:i w:val="false"/>
          <w:color w:val="000000"/>
          <w:u w:val="none"/>
        </w:rPr>
        <w:t xml:space="preserve"> [1SM]</w:t>
      </w:r>
      <w:r>
        <w:rPr/>
        <w:t>.</w:t>
      </w:r>
    </w:p>
    <w:p>
      <w:pPr>
        <w:pStyle w:val="Yellow"/>
        <w:rPr/>
      </w:pPr>
      <w:r>
        <w:rPr>
          <w:b/>
        </w:rPr>
        <w:t xml:space="preserve">Isaiah 41:11–12</w:t>
      </w:r>
      <w:r>
        <w:rPr/>
        <w:t xml:space="preserve"> — Behold, </w:t>
      </w:r>
      <w:r>
        <w:rPr>
          <w:shd w:fill="B7DDE8" w:val="clear"/>
        </w:rPr>
        <w:t xml:space="preserve">all who rage against you will be ashamed and disgraced</w:t>
      </w:r>
      <w:r>
        <w:rPr>
          <w:b w:val="false"/>
          <w:i w:val="false"/>
          <w:color w:val="000000"/>
          <w:u w:val="none"/>
        </w:rPr>
        <w:t xml:space="preserve"> [1KKQ]</w:t>
      </w:r>
      <w:r>
        <w:rPr>
          <w:color w:val="auto"/>
        </w:rPr>
        <w:t xml:space="preserve">; </w:t>
      </w:r>
      <w:r>
        <w:rPr>
          <w:color w:val="auto"/>
        </w:rPr>
        <w:t xml:space="preserve">those who contend with you will be reduced to nothing and will perish</w:t>
      </w:r>
      <w:r>
        <w:rPr>
          <w:b w:val="false"/>
          <w:i w:val="false"/>
          <w:color w:val="auto"/>
          <w:u w:val="none"/>
        </w:rPr>
        <w:t xml:space="preserve"> [1KKR]</w:t>
      </w:r>
      <w:r>
        <w:rPr>
          <w:color w:val="auto"/>
        </w:rPr>
        <w:t xml:space="preserve">. </w:t>
      </w:r>
      <w:r>
        <w:rPr>
          <w:color w:val="auto"/>
        </w:rPr>
        <w:t xml:space="preserve">You will seek them but will not find them</w:t>
      </w:r>
      <w:r>
        <w:rPr>
          <w:b w:val="false"/>
          <w:i w:val="false"/>
          <w:color w:val="auto"/>
          <w:u w:val="none"/>
        </w:rPr>
        <w:t xml:space="preserve"> [1KKR]</w:t>
      </w:r>
      <w:r>
        <w:rPr>
          <w:color w:val="auto"/>
        </w:rPr>
        <w:t xml:space="preserve">. </w:t>
      </w:r>
      <w:r>
        <w:rPr>
          <w:color w:val="auto"/>
        </w:rPr>
        <w:t xml:space="preserve">Those who wage war against you will come to nothing</w:t>
      </w:r>
      <w:r>
        <w:rPr>
          <w:b w:val="false"/>
          <w:i w:val="false"/>
          <w:color w:val="auto"/>
          <w:u w:val="none"/>
        </w:rPr>
        <w:t xml:space="preserve"> [1KKR]</w:t>
      </w:r>
      <w:r>
        <w:rPr>
          <w:color w:val="auto"/>
        </w:rPr>
        <w:t xml:space="preserve">.</w:t>
      </w:r>
    </w:p>
    <w:p>
      <w:pPr>
        <w:pStyle w:val="Yellow"/>
        <w:rPr/>
        <w:pBdr>
          <w:left w:val="single" w:sz="28" w:space="5" w:color="C00000"/>
        </w:pBdr>
      </w:pPr>
      <w:r>
        <w:rPr>
          <w:b/>
          <w:u w:val="none"/>
        </w:rPr>
        <w:t xml:space="preserve">Isaiah 50:9</w:t>
      </w:r>
      <w:r>
        <w:rPr>
          <w:u w:val="none"/>
        </w:rPr>
        <w:t xml:space="preserve"> — </w:t>
      </w:r>
      <w:r>
        <w:rPr>
          <w:u w:val="none"/>
          <w:shd w:fill="F4B183" w:val="clear" w:color="auto"/>
          <w:color w:val="000000"/>
        </w:rPr>
        <w:t xml:space="preserve">Surely the Lord GOD helps Me</w:t>
      </w:r>
      <w:r>
        <w:rPr>
          <w:b w:val="false"/>
          <w:i w:val="false"/>
          <w:color w:val="000000"/>
          <w:u w:val="none"/>
          <w:shd w:val="clear" w:color="auto" w:fill="F4B183"/>
        </w:rPr>
        <w:t xml:space="preserve"> [1JWL]</w:t>
      </w:r>
      <w:r>
        <w:rPr>
          <w:u w:val="none"/>
          <w:shd w:fill="F4CCCC" w:val="clear"/>
        </w:rPr>
        <w:t xml:space="preserve">. </w:t>
      </w:r>
      <w:r>
        <w:rPr>
          <w:u w:val="none"/>
          <w:shd w:fill="B7DDE8" w:val="clear"/>
        </w:rPr>
        <w:t xml:space="preserve">Who is there to condemn Me</w:t>
      </w:r>
      <w:r>
        <w:rPr>
          <w:b w:val="false"/>
          <w:i w:val="false"/>
          <w:color w:val="000000"/>
          <w:u w:val="none"/>
        </w:rPr>
        <w:t xml:space="preserve"> [1JWM]</w:t>
      </w:r>
      <w:r>
        <w:rPr>
          <w:u w:val="none"/>
        </w:rPr>
        <w:t xml:space="preserve">? </w:t>
      </w:r>
      <w:r>
        <w:rPr>
          <w:u w:val="none"/>
          <w:shd w:fill="B7DDE8" w:val="clear"/>
        </w:rPr>
        <w:t xml:space="preserve">See, they will all </w:t>
      </w:r>
      <w:r>
        <w:rPr>
          <w:u w:val="none"/>
          <w:shd w:fill="B7DDE8" w:val="clear"/>
        </w:rPr>
        <w:t xml:space="preserve">wear out like a garment</w:t>
      </w:r>
      <w:r>
        <w:rPr>
          <w:u w:val="none"/>
          <w:shd w:fill="B7DDE8" w:val="clear"/>
        </w:rPr>
        <w:t xml:space="preserve">; the moths will devour them</w:t>
      </w:r>
      <w:r>
        <w:rPr>
          <w:b w:val="false"/>
          <w:i w:val="false"/>
          <w:color w:val="000000"/>
          <w:u w:val="none"/>
        </w:rPr>
        <w:t xml:space="preserve"> [1JWN]</w:t>
      </w:r>
      <w:r>
        <w:rPr>
          <w:u w:val="none"/>
        </w:rPr>
        <w:t xml:space="preserve">.</w:t>
      </w:r>
    </w:p>
    <w:p>
      <w:pPr>
        <w:pStyle w:val="Yellow"/>
        <w:rPr/>
        <w:pBdr>
          <w:left w:val="single" w:sz="28" w:space="5" w:color="C00000"/>
        </w:pBdr>
      </w:pPr>
      <w:r>
        <w:rPr>
          <w:b/>
        </w:rPr>
        <w:t>Isaiah 64:6</w:t>
      </w:r>
      <w:r>
        <w:rPr/>
        <w:t xml:space="preserve"> — </w:t>
      </w:r>
      <w:r>
        <w:rPr>
          <w:shd w:val="clear" w:fill="F4B183" w:color="auto"/>
          <w:color w:val="000000"/>
        </w:rPr>
        <w:t>we all wither like a leaf</w:t>
      </w:r>
      <w:r>
        <w:rPr>
          <w:b w:val="false"/>
          <w:i w:val="false"/>
          <w:color w:val="000000"/>
          <w:u w:val="none"/>
          <w:shd w:val="clear" w:color="auto" w:fill="F4B183"/>
        </w:rPr>
        <w:t xml:space="preserve"> [1OP]</w:t>
      </w:r>
      <w:r>
        <w:rPr/>
        <w:t xml:space="preserve">, and </w:t>
      </w:r>
      <w:r>
        <w:rPr>
          <w:shd w:val="clear" w:fill="B7DDE8"/>
        </w:rPr>
        <w:t>our iniquities carry us away like the wind</w:t>
      </w:r>
      <w:r>
        <w:rPr>
          <w:b w:val="false"/>
          <w:i w:val="false"/>
          <w:color w:val="000000"/>
          <w:u w:val="none"/>
        </w:rPr>
        <w:t xml:space="preserve"> [1OQ]</w:t>
      </w:r>
      <w:r>
        <w:rPr/>
        <w:t>.</w:t>
      </w:r>
    </w:p>
    <w:p>
      <w:pPr>
        <w:pStyle w:val="Yellow"/>
        <w:rPr/>
      </w:pPr>
      <w:r>
        <w:rPr/>
        <w:t xml:space="preserve">(Ho13:2ᶜ because Ephraim continues to “sin more and more” and makes “cast images”¹ ²) </w:t>
      </w:r>
      <w:r>
        <w:rPr>
          <w:b/>
        </w:rPr>
        <w:t xml:space="preserve">Hosea 13:3</w:t>
      </w:r>
      <w:r>
        <w:rPr/>
        <w:t xml:space="preserve"> — {Therefore} </w:t>
      </w:r>
      <w:r>
        <w:rPr>
          <w:shd w:fill="B7DDE8" w:val="clear"/>
        </w:rPr>
        <w:t xml:space="preserve">{they} will be like the morning mist</w:t>
      </w:r>
      <w:r>
        <w:rPr>
          <w:b w:val="false"/>
          <w:i w:val="false"/>
          <w:color w:val="000000"/>
          <w:u w:val="none"/>
        </w:rPr>
        <w:t xml:space="preserve"> [1LMY]</w:t>
      </w:r>
      <w:r>
        <w:rPr/>
        <w:t xml:space="preserve">, </w:t>
      </w:r>
      <w:r>
        <w:rPr>
          <w:shd w:fill="B7DDE8" w:val="clear"/>
        </w:rPr>
        <w:t xml:space="preserve">like the early dew that vanishes</w:t>
      </w:r>
      <w:r>
        <w:rPr>
          <w:b w:val="false"/>
          <w:i w:val="false"/>
          <w:color w:val="000000"/>
          <w:u w:val="none"/>
        </w:rPr>
        <w:t xml:space="preserve"> [1LMZ]</w:t>
      </w:r>
      <w:r>
        <w:rPr/>
        <w:t xml:space="preserve">, </w:t>
      </w:r>
      <w:r>
        <w:rPr>
          <w:shd w:fill="B7DDE8" w:val="clear"/>
        </w:rPr>
        <w:t xml:space="preserve">like chaff blown from a threshing floor</w:t>
      </w:r>
      <w:r>
        <w:rPr>
          <w:b w:val="false"/>
          <w:i w:val="false"/>
          <w:color w:val="000000"/>
          <w:u w:val="none"/>
        </w:rPr>
        <w:t xml:space="preserve"> [1LNA]</w:t>
      </w:r>
      <w:r>
        <w:rPr/>
        <w:t xml:space="preserve">, </w:t>
      </w:r>
      <w:r>
        <w:rPr>
          <w:shd w:fill="B7DDE8" w:val="clear"/>
        </w:rPr>
        <w:t xml:space="preserve">like smoke through an open window</w:t>
      </w:r>
      <w:r>
        <w:rPr>
          <w:b w:val="false"/>
          <w:i w:val="false"/>
          <w:color w:val="000000"/>
          <w:u w:val="none"/>
        </w:rPr>
        <w:t xml:space="preserve"> [1LNB]</w:t>
      </w:r>
      <w:r>
        <w:rPr/>
        <w:t xml:space="preserve">.</w:t>
      </w:r>
    </w:p>
    <w:p>
      <w:pPr>
        <w:pStyle w:val="Yellow"/>
        <w:rPr/>
      </w:pPr>
      <w:r>
        <w:rPr>
          <w:b/>
        </w:rPr>
        <w:t xml:space="preserve">Matthew 15:13</w:t>
      </w:r>
      <w:r>
        <w:rPr/>
        <w:t xml:space="preserve"> — </w:t>
      </w:r>
      <w:r>
        <w:rPr>
          <w:shd w:fill="B7DDE8" w:val="clear"/>
        </w:rPr>
        <w:t xml:space="preserve">Every plant that My heavenly Father has not planted will be pulled up by its roots</w:t>
      </w:r>
      <w:r>
        <w:rPr>
          <w:b w:val="false"/>
          <w:i w:val="false"/>
          <w:color w:val="000000"/>
          <w:u w:val="none"/>
        </w:rPr>
        <w:t xml:space="preserve"> [1LLS]</w:t>
      </w:r>
      <w:r>
        <w:rPr/>
        <w:t xml:space="preserve">.</w:t>
      </w:r>
    </w:p>
    <w:p>
      <w:r>
        <w:rPr>
          <w:b/>
          <w:sz w:val="32"/>
          <w:highlight w:val="yellow"/>
        </w:rPr>
        <w:t>Limits of Human Righteousness  (10)</w:t>
      </w:r>
    </w:p>
    <w:p>
      <w:pPr>
        <w:pStyle w:val="Yellow"/>
        <w:rPr/>
        <w:pBdr>
          <w:left w:val="single" w:sz="28" w:space="5" w:color="C00000"/>
        </w:pBdr>
      </w:pPr>
      <w:r>
        <w:rPr/>
        <w:t xml:space="preserve">(De9:5 promise to Abraham, Isaac, and Jacob) </w:t>
      </w:r>
      <w:r>
        <w:rPr>
          <w:b/>
        </w:rPr>
        <w:t>Deuteronomy 9:6</w:t>
      </w:r>
      <w:r>
        <w:rPr/>
        <w:t xml:space="preserve"> — Understand, {then}, that </w:t>
      </w:r>
      <w:r>
        <w:rPr>
          <w:shd w:val="clear" w:fill="B7DDE8"/>
        </w:rPr>
        <w:t>it is not because of your righteousness that the LORD your God is giving you this good land to possess</w:t>
      </w:r>
      <w:r>
        <w:rPr>
          <w:b w:val="false"/>
          <w:i w:val="false"/>
          <w:color w:val="000000"/>
          <w:u w:val="none"/>
        </w:rPr>
        <w:t xml:space="preserve"> [1FIY]</w:t>
      </w:r>
      <w:r>
        <w:rPr/>
        <w:t xml:space="preserve">, for </w:t>
      </w:r>
      <w:r>
        <w:rPr>
          <w:shd w:val="clear" w:fill="B7DDE8"/>
        </w:rPr>
        <w:t>you are a stiff-necked people</w:t>
      </w:r>
      <w:r>
        <w:rPr>
          <w:b w:val="false"/>
          <w:i w:val="false"/>
          <w:u w:val="none"/>
          <w:color w:val="000000"/>
        </w:rPr>
        <w:t xml:space="preserve"> [1FIZ]</w:t>
      </w:r>
      <w:r>
        <w:rPr/>
        <w:t>.</w:t>
      </w:r>
    </w:p>
    <w:p>
      <w:pPr>
        <w:pStyle w:val="Yellow"/>
        <w:rPr/>
      </w:pPr>
      <w:r>
        <w:rPr>
          <w:b/>
        </w:rPr>
        <w:t>Psalm 143:2</w:t>
      </w:r>
      <w:r>
        <w:rPr/>
        <w:t xml:space="preserve"> — </w:t>
      </w:r>
      <w:r>
        <w:rPr>
          <w:shd w:val="clear" w:fill="B7DDE8"/>
        </w:rPr>
        <w:t>no one alive is righteous before You</w:t>
      </w:r>
      <w:r>
        <w:rPr>
          <w:b w:val="false"/>
          <w:i w:val="false"/>
          <w:color w:val="000000"/>
          <w:u w:val="none"/>
        </w:rPr>
        <w:t xml:space="preserve"> [1FGH]</w:t>
      </w:r>
      <w:r>
        <w:rPr/>
        <w:t>.</w:t>
      </w:r>
    </w:p>
    <w:p>
      <w:pPr>
        <w:pStyle w:val="Yellow"/>
        <w:rPr/>
      </w:pPr>
      <w:r>
        <w:rPr>
          <w:b/>
        </w:rPr>
        <w:t xml:space="preserve">Ecclesiastes 7:20</w:t>
      </w:r>
      <w:r>
        <w:rPr/>
        <w:t xml:space="preserve"> — Surely </w:t>
      </w:r>
      <w:r>
        <w:rPr>
          <w:shd w:fill="B7DDE8" w:val="clear"/>
        </w:rPr>
        <w:t xml:space="preserve">there is no righteous man on earth who does good and never sins</w:t>
      </w:r>
      <w:r>
        <w:rPr>
          <w:b w:val="false"/>
          <w:i w:val="false"/>
          <w:color w:val="000000"/>
          <w:u w:val="none"/>
        </w:rPr>
        <w:t xml:space="preserve"> [1IFH]</w:t>
      </w:r>
      <w:r>
        <w:rPr/>
        <w:t xml:space="preserve">.</w:t>
      </w:r>
    </w:p>
    <w:p>
      <w:pPr>
        <w:pStyle w:val="Yellow"/>
        <w:rPr/>
        <w:pBdr>
          <w:left w:val="single" w:sz="28" w:space="5" w:color="C00000"/>
        </w:pBdr>
      </w:pPr>
      <w:r>
        <w:rPr>
          <w:shd w:val="clear" w:color="auto" w:fill="548235"/>
          <w:color w:val="FFFFFF"/>
        </w:rPr>
        <w:t xml:space="preserve">(Is57:8,11 because the people forsook God and failed to remember Him) </w:t>
      </w:r>
      <w:r>
        <w:rPr>
          <w:b/>
          <w:shd w:val="clear" w:color="auto" w:fill="548235"/>
          <w:color w:val="FFFFFF"/>
        </w:rPr>
        <w:t>Isaiah 57:12</w:t>
      </w:r>
      <w:r>
        <w:rPr>
          <w:shd w:val="clear" w:color="auto" w:fill="548235"/>
          <w:color w:val="FFFFFF"/>
        </w:rPr>
        <w:t xml:space="preserve"> — </w:t>
      </w:r>
      <w:r>
        <w:rPr>
          <w:shd w:val="clear" w:fill="548235" w:color="auto"/>
          <w:color w:val="FFFFFF"/>
        </w:rPr>
        <w:t>I will expose your righteousness and your works</w:t>
      </w:r>
      <w:r>
        <w:rPr>
          <w:b w:val="false"/>
          <w:i w:val="false"/>
          <w:color w:val="FFFFFF"/>
          <w:u w:val="none"/>
          <w:shd w:val="clear" w:color="auto" w:fill="548235"/>
        </w:rPr>
        <w:t xml:space="preserve"> [1FEX]</w:t>
      </w:r>
      <w:r>
        <w:rPr>
          <w:shd w:val="clear" w:color="auto" w:fill="548235"/>
          <w:color w:val="FFFFFF"/>
        </w:rPr>
        <w:t xml:space="preserve">, and </w:t>
      </w:r>
      <w:r>
        <w:rPr>
          <w:shd w:val="clear" w:fill="548235" w:color="auto"/>
          <w:color w:val="FFFFFF"/>
        </w:rPr>
        <w:t>they will not profit you</w:t>
      </w:r>
      <w:r>
        <w:rPr>
          <w:b w:val="false"/>
          <w:i w:val="false"/>
          <w:color w:val="FFFFFF"/>
          <w:u w:val="none"/>
          <w:shd w:val="clear" w:color="auto" w:fill="548235"/>
        </w:rPr>
        <w:t xml:space="preserve"> [1FEY]</w:t>
      </w:r>
      <w:r>
        <w:rPr>
          <w:shd w:val="clear" w:color="auto" w:fill="548235"/>
          <w:color w:val="FFFFFF"/>
        </w:rPr>
        <w:t>.</w:t>
      </w:r>
    </w:p>
    <w:p>
      <w:pPr>
        <w:pStyle w:val="Green"/>
        <w:rPr/>
        <w:shd w:val="clear" w:color="auto" w:fill="E4DFEC"/>
        <w:pBdr>
          <w:left w:val="single" w:sz="28" w:space="5" w:color="B4A7D6"/>
        </w:pBdr>
      </w:pPr>
      <w:r>
        <w:rPr>
          <w:b/>
          <w:u w:val="none"/>
        </w:rPr>
        <w:t xml:space="preserve">Ezekiel 18:24</w:t>
      </w:r>
      <w:r>
        <w:rPr>
          <w:u w:val="none"/>
        </w:rPr>
        <w:t xml:space="preserve"> — </w:t>
      </w:r>
      <w:r>
        <w:rPr>
          <w:u w:val="none"/>
          <w:shd w:fill="B7DDE8" w:val="clear"/>
        </w:rPr>
        <w:t xml:space="preserve">If a righteous man turns from his righteousness and practices iniquity, committing the same abominations as the wicked</w:t>
      </w:r>
      <w:r>
        <w:rPr>
          <w:b w:val="false"/>
          <w:i w:val="false"/>
          <w:color w:val="000000"/>
          <w:u w:val="none"/>
        </w:rPr>
        <w:t xml:space="preserve"> [4IST]</w:t>
      </w:r>
      <w:r>
        <w:rPr>
          <w:u w:val="none"/>
        </w:rPr>
        <w:t xml:space="preserve">, will he live? </w:t>
      </w:r>
      <w:r>
        <w:rPr>
          <w:u w:val="none"/>
          <w:shd w:fill="B7DDE8" w:val="clear"/>
        </w:rPr>
        <w:t xml:space="preserve">None of the righteous acts he did will be remembered</w:t>
      </w:r>
      <w:r>
        <w:rPr>
          <w:b w:val="false"/>
          <w:i w:val="false"/>
          <w:color w:val="000000"/>
          <w:u w:val="none"/>
        </w:rPr>
        <w:t xml:space="preserve"> [3ISX]</w:t>
      </w:r>
      <w:r>
        <w:rPr>
          <w:u w:val="none"/>
          <w:shd w:val="clear" w:color="auto" w:fill="548235"/>
          <w:color w:val="FFFFFF"/>
        </w:rPr>
        <w:t xml:space="preserve">. </w:t>
      </w:r>
      <w:r>
        <w:rPr>
          <w:u w:val="none"/>
          <w:shd w:fill="548235" w:val="clear" w:color="auto"/>
          <w:color w:val="FFFFFF"/>
        </w:rPr>
        <w:t xml:space="preserve">Because of the unfaithfulness and sin he has committed, he will die</w:t>
      </w:r>
      <w:r>
        <w:rPr>
          <w:b w:val="false"/>
          <w:i w:val="false"/>
          <w:color w:val="FFFFFF"/>
          <w:u w:val="none"/>
          <w:shd w:val="clear" w:color="auto" w:fill="548235"/>
        </w:rPr>
        <w:t xml:space="preserve"> [3ITA]</w:t>
      </w:r>
      <w:r>
        <w:rPr>
          <w:u w:val="none"/>
          <w:shd w:val="clear" w:color="auto" w:fill="548235"/>
          <w:color w:val="FFFFFF"/>
        </w:rPr>
        <w:t xml:space="preserve">.</w:t>
      </w:r>
    </w:p>
    <w:p>
      <w:pPr>
        <w:pStyle w:val="Yellow"/>
        <w:rPr/>
        <w:pBdr>
          <w:left w:val="single" w:sz="28" w:space="5" w:color="C00000"/>
        </w:pBdr>
      </w:pPr>
      <w:r>
        <w:rPr>
          <w:b/>
          <w:u w:val="none"/>
        </w:rPr>
        <w:t>Ezekiel 18:26</w:t>
      </w:r>
      <w:r>
        <w:rPr>
          <w:u w:val="none"/>
        </w:rPr>
        <w:t xml:space="preserve"> — </w:t>
      </w:r>
      <w:r>
        <w:rPr>
          <w:u w:val="none"/>
          <w:shd w:fill="548235" w:val="clear" w:color="auto"/>
          <w:color w:val="FFFFFF"/>
        </w:rPr>
        <w:t>If a righteous man turns from his righteousness and practices iniquity</w:t>
      </w:r>
      <w:r>
        <w:rPr>
          <w:b w:val="false"/>
          <w:i w:val="false"/>
          <w:color w:val="FFFFFF"/>
          <w:u w:val="none"/>
          <w:shd w:val="clear" w:color="auto" w:fill="548235"/>
        </w:rPr>
        <w:t xml:space="preserve"> [4IST]</w:t>
      </w:r>
      <w:r>
        <w:rPr>
          <w:u w:val="none"/>
          <w:shd w:val="clear" w:color="auto" w:fill="548235"/>
          <w:color w:val="FFFFFF"/>
        </w:rPr>
        <w:t xml:space="preserve">, </w:t>
      </w:r>
      <w:r>
        <w:rPr>
          <w:u w:val="none"/>
          <w:shd w:fill="548235" w:val="clear" w:color="auto"/>
          <w:color w:val="FFFFFF"/>
        </w:rPr>
        <w:t>he will die for this</w:t>
      </w:r>
      <w:r>
        <w:rPr>
          <w:b w:val="false"/>
          <w:i w:val="false"/>
          <w:color w:val="FFFFFF"/>
          <w:u w:val="none"/>
          <w:shd w:val="clear" w:color="auto" w:fill="548235"/>
        </w:rPr>
        <w:t xml:space="preserve"> [3ISV]</w:t>
      </w:r>
      <w:r>
        <w:rPr>
          <w:u w:val="none"/>
          <w:shd w:fill="F4CCCC" w:val="clear"/>
        </w:rPr>
        <w:t xml:space="preserve">. </w:t>
      </w:r>
      <w:r>
        <w:rPr>
          <w:u w:val="none"/>
          <w:shd w:fill="B7DDE8" w:val="clear"/>
        </w:rPr>
        <w:t>He will die because of the iniquity he has committed</w:t>
      </w:r>
      <w:r>
        <w:rPr>
          <w:b w:val="false"/>
          <w:i w:val="false"/>
          <w:color w:val="000000"/>
          <w:u w:val="none"/>
        </w:rPr>
        <w:t xml:space="preserve"> [3ITA]</w:t>
      </w:r>
      <w:r>
        <w:rPr>
          <w:u w:val="none"/>
        </w:rPr>
        <w:t>.</w:t>
      </w:r>
    </w:p>
    <w:p>
      <w:pPr>
        <w:pStyle w:val="Yellow"/>
        <w:rPr/>
      </w:pPr>
      <w:r>
        <w:rPr>
          <w:b/>
          <w:shd w:val="clear" w:color="auto" w:fill="548235"/>
          <w:color w:val="FFFFFF"/>
        </w:rPr>
        <w:t xml:space="preserve">Ezekiel 33:12</w:t>
      </w:r>
      <w:r>
        <w:rPr>
          <w:shd w:val="clear" w:color="auto" w:fill="548235"/>
          <w:color w:val="FFFFFF"/>
        </w:rPr>
        <w:t xml:space="preserve"> — </w:t>
      </w:r>
      <w:r>
        <w:rPr>
          <w:shd w:fill="548235" w:val="clear" w:color="auto"/>
          <w:color w:val="FFFFFF"/>
        </w:rPr>
        <w:t xml:space="preserve">The righteousness of the righteous man will not deliver him in the day of his transgression</w:t>
      </w:r>
      <w:r>
        <w:rPr>
          <w:b w:val="false"/>
          <w:i w:val="false"/>
          <w:color w:val="FFFFFF"/>
          <w:u w:val="none"/>
          <w:shd w:val="clear" w:color="auto" w:fill="548235"/>
        </w:rPr>
        <w:t xml:space="preserve"> [1HXS]</w:t>
      </w:r>
      <w:r>
        <w:rPr>
          <w:shd w:val="clear" w:color="auto" w:fill="548235"/>
          <w:color w:val="FFFFFF"/>
        </w:rPr>
        <w:t xml:space="preserve">; </w:t>
      </w:r>
      <w:r>
        <w:rPr>
          <w:shd w:fill="548235" w:val="clear" w:color="auto"/>
          <w:color w:val="FFFFFF"/>
        </w:rPr>
        <w:t xml:space="preserve">neither will the wickedness of the wicked man cause him to stumble on the day he turns from his wickedness</w:t>
      </w:r>
      <w:r>
        <w:rPr>
          <w:b w:val="false"/>
          <w:i w:val="false"/>
          <w:u w:val="none"/>
          <w:color w:val="FFFFFF"/>
          <w:shd w:val="clear" w:color="auto" w:fill="548235"/>
        </w:rPr>
        <w:t xml:space="preserve"> [1HXT]</w:t>
      </w:r>
      <w:r>
        <w:rPr>
          <w:shd w:val="clear" w:color="auto" w:fill="548235"/>
          <w:color w:val="FFFFFF"/>
        </w:rPr>
        <w:t xml:space="preserve">. </w:t>
      </w:r>
      <w:r>
        <w:rPr>
          <w:shd w:fill="548235" w:val="clear" w:color="auto"/>
          <w:color w:val="FFFFFF"/>
        </w:rPr>
        <w:t xml:space="preserve">Nor will the righteous man be able to survive by his righteousness on the day he sins</w:t>
      </w:r>
      <w:r>
        <w:rPr>
          <w:b w:val="false"/>
          <w:i w:val="false"/>
          <w:color w:val="FFFFFF"/>
          <w:u w:val="none"/>
          <w:shd w:val="clear" w:color="auto" w:fill="548235"/>
        </w:rPr>
        <w:t xml:space="preserve"> [1HXU]</w:t>
      </w:r>
      <w:r>
        <w:rPr>
          <w:shd w:val="clear" w:color="auto" w:fill="548235"/>
          <w:color w:val="FFFFFF"/>
        </w:rPr>
        <w:t xml:space="preserve">.’</w:t>
      </w:r>
    </w:p>
    <w:p>
      <w:pPr>
        <w:pStyle w:val="Yellow"/>
        <w:rPr/>
      </w:pPr>
      <w:r>
        <w:rPr>
          <w:b/>
          <w:color w:val="auto"/>
        </w:rPr>
        <w:t xml:space="preserve">Ezekiel 33:13–16</w:t>
      </w:r>
      <w:r>
        <w:rPr>
          <w:color w:val="auto"/>
        </w:rPr>
        <w:t xml:space="preserve"> — </w:t>
      </w:r>
      <w:r>
        <w:rPr>
          <w:color w:val="auto"/>
        </w:rPr>
        <w:t xml:space="preserve">If I tell the righteous man that he will surely live, but he then trusts in his righteousness and commits iniquity</w:t>
      </w:r>
      <w:r>
        <w:rPr>
          <w:b w:val="false"/>
          <w:i w:val="false"/>
          <w:color w:val="auto"/>
          <w:u w:val="none"/>
        </w:rPr>
        <w:t xml:space="preserve"> [1ITJ]</w:t>
      </w:r>
      <w:r>
        <w:rPr>
          <w:color w:val="auto"/>
        </w:rPr>
        <w:t xml:space="preserve">, then </w:t>
      </w:r>
      <w:r>
        <w:rPr>
          <w:color w:val="auto"/>
        </w:rPr>
        <w:t xml:space="preserve">none of his righteous works will be remembered</w:t>
      </w:r>
      <w:r>
        <w:rPr>
          <w:b w:val="false"/>
          <w:i w:val="false"/>
          <w:u w:val="none"/>
          <w:color w:val="auto"/>
        </w:rPr>
        <w:t xml:space="preserve"> [3ISX]</w:t>
      </w:r>
      <w:r>
        <w:rPr>
          <w:color w:val="auto"/>
        </w:rPr>
        <w:t xml:space="preserve">; </w:t>
      </w:r>
      <w:r>
        <w:rPr>
          <w:color w:val="auto"/>
        </w:rPr>
        <w:t xml:space="preserve">he will die because of the iniquity he has committed</w:t>
      </w:r>
      <w:r>
        <w:rPr>
          <w:b w:val="false"/>
          <w:i w:val="false"/>
          <w:color w:val="auto"/>
          <w:u w:val="none"/>
        </w:rPr>
        <w:t xml:space="preserve"> [3ITA]</w:t>
      </w:r>
      <w:r>
        <w:rPr>
          <w:color w:val="auto"/>
        </w:rPr>
        <w:t xml:space="preserve">. But </w:t>
      </w:r>
      <w:r>
        <w:rPr>
          <w:color w:val="auto"/>
        </w:rPr>
        <w:t xml:space="preserve">if I tell the wicked man, ‘You will surely die,’ and he turns from his sin and does what is just and right—if he restores a pledge, makes restitution for what he has stolen, and walks in the statutes of life without practicing iniquity</w:t>
      </w:r>
      <w:r>
        <w:rPr>
          <w:b w:val="false"/>
          <w:i w:val="false"/>
          <w:color w:val="auto"/>
          <w:u w:val="none"/>
        </w:rPr>
        <w:t xml:space="preserve"> [1ITK]</w:t>
      </w:r>
      <w:r>
        <w:rPr>
          <w:color w:val="auto"/>
        </w:rPr>
        <w:t xml:space="preserve">—then </w:t>
      </w:r>
      <w:r>
        <w:rPr>
          <w:color w:val="auto"/>
        </w:rPr>
        <w:t xml:space="preserve">he will surely live; he will not die</w:t>
      </w:r>
      <w:r>
        <w:rPr>
          <w:b w:val="false"/>
          <w:i w:val="false"/>
          <w:color w:val="auto"/>
          <w:u w:val="none"/>
        </w:rPr>
        <w:t xml:space="preserve"> [3ITE]</w:t>
      </w:r>
      <w:r>
        <w:rPr>
          <w:color w:val="auto"/>
        </w:rPr>
        <w:t xml:space="preserve">. </w:t>
      </w:r>
      <w:r>
        <w:rPr>
          <w:color w:val="auto"/>
        </w:rPr>
        <w:t xml:space="preserve">None of the sins {he} has committed will be held against him</w:t>
      </w:r>
      <w:r>
        <w:rPr>
          <w:b w:val="false"/>
          <w:i w:val="false"/>
          <w:color w:val="auto"/>
          <w:u w:val="none"/>
        </w:rPr>
        <w:t xml:space="preserve"> [2ITH]</w:t>
      </w:r>
      <w:r>
        <w:rPr>
          <w:color w:val="auto"/>
        </w:rPr>
        <w:t xml:space="preserve">. </w:t>
      </w:r>
      <w:r>
        <w:rPr>
          <w:color w:val="auto"/>
        </w:rPr>
        <w:t xml:space="preserve">He has done what is just and right</w:t>
      </w:r>
      <w:r>
        <w:rPr>
          <w:b w:val="false"/>
          <w:i w:val="false"/>
          <w:u w:val="none"/>
          <w:color w:val="auto"/>
        </w:rPr>
        <w:t xml:space="preserve"> [1ITL]</w:t>
      </w:r>
      <w:r>
        <w:rPr>
          <w:color w:val="auto"/>
        </w:rPr>
        <w:t xml:space="preserve">; he will surely live.</w:t>
      </w:r>
    </w:p>
    <w:p>
      <w:pPr>
        <w:pStyle w:val="Yellow"/>
        <w:rPr/>
        <w:pBdr>
          <w:left w:val="single" w:sz="28" w:space="5" w:color="C00000"/>
        </w:pBdr>
      </w:pPr>
      <w:r>
        <w:rPr>
          <w:b/>
          <w:shd w:val="clear" w:color="auto" w:fill="548235"/>
          <w:color w:val="FFFFFF"/>
        </w:rPr>
        <w:t>Romans 3:10</w:t>
      </w:r>
      <w:r>
        <w:rPr>
          <w:shd w:val="clear" w:color="auto" w:fill="548235"/>
          <w:color w:val="FFFFFF"/>
        </w:rPr>
        <w:t xml:space="preserve"> — </w:t>
      </w:r>
      <w:r>
        <w:rPr>
          <w:shd w:val="clear" w:fill="548235" w:color="auto"/>
          <w:color w:val="FFFFFF"/>
        </w:rPr>
        <w:t>There is no one righteous, not even one</w:t>
      </w:r>
      <w:r>
        <w:rPr>
          <w:b w:val="false"/>
          <w:i w:val="false"/>
          <w:color w:val="FFFFFF"/>
          <w:u w:val="none"/>
          <w:shd w:val="clear" w:color="auto" w:fill="548235"/>
        </w:rPr>
        <w:t xml:space="preserve"> [1FGJ]</w:t>
      </w:r>
      <w:r>
        <w:rPr>
          <w:shd w:val="clear" w:color="auto" w:fill="548235"/>
          <w:color w:val="FFFFFF"/>
        </w:rPr>
        <w:t>.</w:t>
      </w:r>
    </w:p>
    <w:p>
      <w:pPr>
        <w:pStyle w:val="Yellow"/>
        <w:rPr/>
      </w:pPr>
      <w:r>
        <w:rPr/>
        <w:t xml:space="preserve">(Ro10:1 “Israelites”) </w:t>
      </w:r>
      <w:r>
        <w:rPr>
          <w:b/>
        </w:rPr>
        <w:t>Romans 10:3</w:t>
      </w:r>
      <w:r>
        <w:rPr/>
        <w:t xml:space="preserve"> — Because </w:t>
      </w:r>
      <w:r>
        <w:rPr>
          <w:shd w:val="clear" w:fill="B7DDE8"/>
        </w:rPr>
        <w:t>{they} were ignorant of God’s righteousness</w:t>
      </w:r>
      <w:r>
        <w:rPr>
          <w:b w:val="false"/>
          <w:i w:val="false"/>
          <w:color w:val="000000"/>
          <w:u w:val="none"/>
        </w:rPr>
        <w:t xml:space="preserve"> [1FEZ]</w:t>
      </w:r>
      <w:r>
        <w:rPr/>
        <w:t xml:space="preserve"> and </w:t>
      </w:r>
      <w:r>
        <w:rPr>
          <w:shd w:val="clear" w:fill="B7DDE8"/>
        </w:rPr>
        <w:t>sought to establish their own</w:t>
      </w:r>
      <w:r>
        <w:rPr>
          <w:b w:val="false"/>
          <w:i w:val="false"/>
          <w:color w:val="000000"/>
          <w:u w:val="none"/>
        </w:rPr>
        <w:t xml:space="preserve"> [1FFA]</w:t>
      </w:r>
      <w:r>
        <w:rPr/>
        <w:t xml:space="preserve">, </w:t>
      </w:r>
      <w:r>
        <w:rPr>
          <w:shd w:val="clear" w:fill="B7DDE8"/>
        </w:rPr>
        <w:t>they did not submit to God’s righteousness</w:t>
      </w:r>
      <w:r>
        <w:rPr>
          <w:b w:val="false"/>
          <w:i w:val="false"/>
          <w:color w:val="000000"/>
          <w:u w:val="none"/>
        </w:rPr>
        <w:t xml:space="preserve"> [1FFB]</w:t>
      </w:r>
      <w:r>
        <w:rPr/>
        <w:t>.</w:t>
      </w:r>
    </w:p>
    <w:p>
      <w:r>
        <w:rPr>
          <w:b/>
          <w:sz w:val="32"/>
          <w:highlight w:val="yellow"/>
        </w:rPr>
        <w:t>Manna and Wilderness Provision  (9)</w:t>
      </w:r>
    </w:p>
    <w:p>
      <w:pPr>
        <w:pStyle w:val="Yellow"/>
        <w:rPr/>
      </w:pPr>
      <w:r>
        <w:rPr>
          <w:b/>
        </w:rPr>
        <w:t>Exodus 16:4</w:t>
      </w:r>
      <w:r>
        <w:rPr/>
        <w:t xml:space="preserve"> — “Behold, </w:t>
      </w:r>
      <w:r>
        <w:rPr>
          <w:shd w:val="clear" w:fill="B7DDE8"/>
        </w:rPr>
        <w:t>I will rain down bread from heaven for you</w:t>
      </w:r>
      <w:r>
        <w:rPr>
          <w:b w:val="false"/>
          <w:i w:val="false"/>
          <w:color w:val="000000"/>
          <w:u w:val="none"/>
        </w:rPr>
        <w:t xml:space="preserve"> [1EBL]</w:t>
      </w:r>
      <w:r>
        <w:rPr/>
        <w:t>.”</w:t>
      </w:r>
    </w:p>
    <w:p>
      <w:pPr>
        <w:pStyle w:val="Yellow"/>
        <w:rPr/>
        <w:shd w:val="clear" w:color="auto" w:fill="E4DFEC"/>
        <w:pBdr>
          <w:left w:val="single" w:sz="28" w:space="5" w:color="7030A0"/>
        </w:pBdr>
      </w:pPr>
      <w:r>
        <w:rPr>
          <w:b/>
          <w:shd w:val="clear" w:color="auto" w:fill="F4B183"/>
          <w:color w:val="000000"/>
        </w:rPr>
        <w:t xml:space="preserve">Deuteronomy 8:4</w:t>
      </w:r>
      <w:r>
        <w:rPr>
          <w:shd w:val="clear" w:color="auto" w:fill="F4B183"/>
          <w:color w:val="000000"/>
        </w:rPr>
        <w:t xml:space="preserve"> — </w:t>
      </w:r>
      <w:r>
        <w:rPr>
          <w:shd w:fill="F4B183" w:val="clear" w:color="auto"/>
          <w:color w:val="000000"/>
        </w:rPr>
        <w:t xml:space="preserve">Your clothing did not wear out</w:t>
      </w:r>
      <w:r>
        <w:rPr>
          <w:b w:val="false"/>
          <w:i w:val="false"/>
          <w:color w:val="000000"/>
          <w:u w:val="none"/>
          <w:shd w:val="clear" w:color="auto" w:fill="F4B183"/>
        </w:rPr>
        <w:t xml:space="preserve"> [2KXI]</w:t>
      </w:r>
      <w:r>
        <w:rPr>
          <w:shd w:val="clear" w:color="auto" w:fill="F4B183"/>
          <w:color w:val="000000"/>
        </w:rPr>
        <w:t xml:space="preserve"> and </w:t>
      </w:r>
      <w:r>
        <w:rPr>
          <w:shd w:fill="F4B183" w:val="clear" w:color="auto"/>
          <w:color w:val="000000"/>
        </w:rPr>
        <w:t xml:space="preserve">your feet did not swell during these forty years</w:t>
      </w:r>
      <w:r>
        <w:rPr>
          <w:b w:val="false"/>
          <w:i w:val="false"/>
          <w:color w:val="000000"/>
          <w:u w:val="none"/>
          <w:shd w:val="clear" w:color="auto" w:fill="F4B183"/>
        </w:rPr>
        <w:t xml:space="preserve"> [2KXJ]</w:t>
      </w:r>
      <w:r>
        <w:rPr>
          <w:shd w:val="clear" w:color="auto" w:fill="F4B183"/>
          <w:color w:val="000000"/>
        </w:rPr>
        <w:t xml:space="preserve">.</w:t>
      </w:r>
    </w:p>
    <w:p>
      <w:pPr>
        <w:pStyle w:val="Yellow"/>
        <w:rPr/>
      </w:pPr>
      <w:r>
        <w:rPr>
          <w:u w:val="none"/>
        </w:rPr>
        <w:t xml:space="preserve">(Neh9:9 Israel’s fathers) </w:t>
      </w:r>
      <w:r>
        <w:rPr>
          <w:b/>
          <w:u w:val="none"/>
        </w:rPr>
        <w:t>Nehemiah 9:15</w:t>
      </w:r>
      <w:r>
        <w:rPr>
          <w:u w:val="none"/>
        </w:rPr>
        <w:t xml:space="preserve"> — </w:t>
      </w:r>
      <w:r>
        <w:rPr>
          <w:u w:val="none"/>
          <w:shd w:val="clear" w:color="auto" w:fill="D9C3E6"/>
        </w:rPr>
        <w:t>In {their} hunger You gave them bread from heaven</w:t>
      </w:r>
      <w:r>
        <w:rPr>
          <w:b w:val="false"/>
          <w:i w:val="false"/>
          <w:color w:val="000000"/>
          <w:u w:val="none"/>
        </w:rPr>
        <w:t xml:space="preserve"> [2EBN]</w:t>
      </w:r>
      <w:r>
        <w:rPr>
          <w:u w:val="none"/>
          <w:shd w:val="clear" w:color="auto" w:fill="D9C3E6"/>
        </w:rPr>
        <w:t xml:space="preserve">; </w:t>
      </w:r>
      <w:r>
        <w:rPr>
          <w:u w:val="none"/>
          <w:shd w:val="clear" w:fill="B7DDE8"/>
        </w:rPr>
        <w:t>in their thirst You brought them water from the rock</w:t>
      </w:r>
      <w:r>
        <w:rPr>
          <w:b w:val="false"/>
          <w:i w:val="false"/>
          <w:color w:val="000000"/>
          <w:u w:val="none"/>
        </w:rPr>
        <w:t xml:space="preserve"> [1EDL]</w:t>
      </w:r>
      <w:r>
        <w:rPr>
          <w:u w:val="none"/>
        </w:rPr>
        <w:t>.</w:t>
      </w:r>
    </w:p>
    <w:p>
      <w:pPr>
        <w:pStyle w:val="Yellow"/>
        <w:rPr/>
      </w:pPr>
      <w:r>
        <w:rPr/>
        <w:t xml:space="preserve">(Neh9:16 Israel’s fathers / Neh9:19 in God’s great compassion) </w:t>
      </w:r>
      <w:r>
        <w:rPr>
          <w:b/>
        </w:rPr>
        <w:t xml:space="preserve">Nehemiah 9:21</w:t>
      </w:r>
      <w:r>
        <w:rPr/>
        <w:t xml:space="preserve"> — </w:t>
      </w:r>
      <w:r>
        <w:rPr>
          <w:shd w:fill="B7DDE8" w:val="clear"/>
        </w:rPr>
        <w:t xml:space="preserve">For forty years You sustained {them} in the wilderness</w:t>
      </w:r>
      <w:r>
        <w:rPr>
          <w:b w:val="false"/>
          <w:i w:val="false"/>
          <w:color w:val="000000"/>
          <w:u w:val="none"/>
        </w:rPr>
        <w:t xml:space="preserve"> [1KXK]</w:t>
      </w:r>
      <w:r>
        <w:rPr/>
        <w:t xml:space="preserve">, </w:t>
      </w:r>
      <w:r>
        <w:rPr>
          <w:shd w:fill="B7DDE8" w:val="clear"/>
        </w:rPr>
        <w:t xml:space="preserve">so that they lacked nothing</w:t>
      </w:r>
      <w:r>
        <w:rPr>
          <w:b w:val="false"/>
          <w:i w:val="false"/>
          <w:color w:val="000000"/>
          <w:u w:val="none"/>
        </w:rPr>
        <w:t xml:space="preserve"> [1KXL]</w:t>
      </w:r>
      <w:r>
        <w:rPr/>
        <w:t xml:space="preserve">. </w:t>
      </w:r>
      <w:r>
        <w:rPr>
          <w:shd w:fill="B7DDE8" w:val="clear"/>
        </w:rPr>
        <w:t xml:space="preserve">Their clothes did not wear out</w:t>
      </w:r>
      <w:r>
        <w:rPr>
          <w:b w:val="false"/>
          <w:i w:val="false"/>
          <w:color w:val="000000"/>
          <w:u w:val="none"/>
        </w:rPr>
        <w:t xml:space="preserve"> [2KXI]</w:t>
      </w:r>
      <w:r>
        <w:rPr/>
        <w:t xml:space="preserve"> and </w:t>
      </w:r>
      <w:r>
        <w:rPr>
          <w:shd w:fill="B7DDE8" w:val="clear"/>
        </w:rPr>
        <w:t xml:space="preserve">their feet did not swell</w:t>
      </w:r>
      <w:r>
        <w:rPr>
          <w:b w:val="false"/>
          <w:i w:val="false"/>
          <w:color w:val="000000"/>
          <w:u w:val="none"/>
        </w:rPr>
        <w:t xml:space="preserve"> [2KXJ]</w:t>
      </w:r>
      <w:r>
        <w:rPr/>
        <w:t xml:space="preserve">.</w:t>
      </w:r>
    </w:p>
    <w:p>
      <w:pPr>
        <w:pStyle w:val="Yellow"/>
        <w:rPr/>
      </w:pPr>
      <w:r>
        <w:rPr>
          <w:u w:val="none"/>
          <w:shd w:val="clear" w:color="auto" w:fill="F4B183"/>
          <w:color w:val="000000"/>
        </w:rPr>
        <w:t xml:space="preserve">(Ps78:4 “the LORD” / Ps78:3 “our fathers”) </w:t>
      </w:r>
      <w:r>
        <w:rPr>
          <w:b/>
          <w:u w:val="none"/>
          <w:shd w:val="clear" w:color="auto" w:fill="F4B183"/>
          <w:color w:val="000000"/>
        </w:rPr>
        <w:t>Psalm 78:15–16</w:t>
      </w:r>
      <w:r>
        <w:rPr>
          <w:u w:val="none"/>
          <w:shd w:val="clear" w:color="auto" w:fill="F4B183"/>
          <w:color w:val="000000"/>
        </w:rPr>
        <w:t xml:space="preserve"> — </w:t>
      </w:r>
      <w:r>
        <w:rPr>
          <w:u w:val="none"/>
          <w:shd w:val="clear" w:fill="F4B183" w:color="auto"/>
          <w:color w:val="000000"/>
        </w:rPr>
        <w:t>{He} split the rocks in the wilderness</w:t>
      </w:r>
      <w:r>
        <w:rPr>
          <w:b w:val="false"/>
          <w:i w:val="false"/>
          <w:color w:val="000000"/>
          <w:u w:val="none"/>
          <w:shd w:val="clear" w:color="auto" w:fill="F4B183"/>
        </w:rPr>
        <w:t xml:space="preserve"> [3DJO]</w:t>
      </w:r>
      <w:r>
        <w:rPr>
          <w:u w:val="none"/>
          <w:shd w:val="clear" w:color="auto" w:fill="F4B183"/>
          <w:color w:val="000000"/>
        </w:rPr>
        <w:t xml:space="preserve"> and </w:t>
      </w:r>
      <w:r>
        <w:rPr>
          <w:u w:val="none"/>
          <w:shd w:val="clear" w:fill="F4B183" w:color="auto"/>
          <w:color w:val="000000"/>
        </w:rPr>
        <w:t>gave {them} drink as abundant as the seas</w:t>
      </w:r>
      <w:r>
        <w:rPr>
          <w:b w:val="false"/>
          <w:i w:val="false"/>
          <w:color w:val="000000"/>
          <w:u w:val="none"/>
          <w:shd w:val="clear" w:color="auto" w:fill="F4B183"/>
        </w:rPr>
        <w:t xml:space="preserve"> [1EDO]</w:t>
      </w:r>
      <w:r>
        <w:rPr>
          <w:u w:val="none"/>
          <w:shd w:val="clear" w:color="auto" w:fill="F4B183"/>
          <w:color w:val="000000"/>
        </w:rPr>
        <w:t xml:space="preserve">. </w:t>
      </w:r>
      <w:r>
        <w:rPr>
          <w:u w:val="none"/>
          <w:color w:val="000000"/>
        </w:rPr>
        <w:t>He brought streams from the stone and made water flow down like rivers</w:t>
      </w:r>
      <w:r>
        <w:rPr>
          <w:b w:val="false"/>
          <w:i w:val="false"/>
          <w:color w:val="000000"/>
          <w:u w:val="none"/>
          <w:shd w:val="clear" w:color="auto" w:fill="F4B183"/>
        </w:rPr>
        <w:t xml:space="preserve"> [2DJN]</w:t>
      </w:r>
      <w:r>
        <w:rPr>
          <w:u w:val="none"/>
          <w:color w:val="000000"/>
        </w:rPr>
        <w:t>.</w:t>
      </w:r>
    </w:p>
    <w:p>
      <w:pPr>
        <w:pStyle w:val="Yellow"/>
        <w:rPr/>
      </w:pPr>
      <w:r>
        <w:rPr>
          <w:u w:val="none"/>
          <w:color w:val="auto"/>
        </w:rPr>
        <w:t xml:space="preserve">(Ps78:21–22 “the LORD” / “His anger flared against Israel” because “they did not believe God”) </w:t>
      </w:r>
      <w:r>
        <w:rPr>
          <w:b/>
          <w:u w:val="none"/>
          <w:color w:val="auto"/>
        </w:rPr>
        <w:t>Psalm 78:23–25</w:t>
      </w:r>
      <w:r>
        <w:rPr>
          <w:u w:val="none"/>
          <w:color w:val="auto"/>
        </w:rPr>
        <w:t xml:space="preserve"> — {Yet} </w:t>
      </w:r>
      <w:r>
        <w:rPr>
          <w:u w:val="none"/>
          <w:color w:val="auto"/>
        </w:rPr>
        <w:t>{He} commanded the clouds above and opened the doors of the heavens</w:t>
      </w:r>
      <w:r>
        <w:rPr>
          <w:b w:val="false"/>
          <w:i w:val="false"/>
          <w:color w:val="auto"/>
          <w:u w:val="none"/>
        </w:rPr>
        <w:t xml:space="preserve"> [1EBM]</w:t>
      </w:r>
      <w:r>
        <w:rPr>
          <w:u w:val="none"/>
          <w:color w:val="auto"/>
        </w:rPr>
        <w:t xml:space="preserve">. </w:t>
      </w:r>
      <w:r>
        <w:rPr>
          <w:u w:val="none"/>
          <w:color w:val="auto"/>
        </w:rPr>
        <w:t>He rained down manna for {them} to eat</w:t>
      </w:r>
      <w:r>
        <w:rPr>
          <w:b w:val="false"/>
          <w:i w:val="false"/>
          <w:color w:val="auto"/>
          <w:u w:val="none"/>
        </w:rPr>
        <w:t xml:space="preserve"> [2EBN]</w:t>
      </w:r>
      <w:r>
        <w:rPr>
          <w:u w:val="none"/>
          <w:color w:val="auto"/>
        </w:rPr>
        <w:t xml:space="preserve">; </w:t>
      </w:r>
      <w:r>
        <w:rPr>
          <w:u w:val="none"/>
          <w:color w:val="auto"/>
        </w:rPr>
        <w:t>He gave them grain from heaven</w:t>
      </w:r>
      <w:r>
        <w:rPr>
          <w:b w:val="false"/>
          <w:i w:val="false"/>
          <w:color w:val="auto"/>
          <w:u w:val="none"/>
        </w:rPr>
        <w:t xml:space="preserve"> [2EBN]</w:t>
      </w:r>
      <w:r>
        <w:rPr>
          <w:u w:val="none"/>
          <w:color w:val="auto"/>
        </w:rPr>
        <w:t xml:space="preserve">. </w:t>
      </w:r>
      <w:r>
        <w:rPr>
          <w:u w:val="none"/>
          <w:color w:val="auto"/>
        </w:rPr>
        <w:t>Man ate the bread of angels</w:t>
      </w:r>
      <w:r>
        <w:rPr>
          <w:b w:val="false"/>
          <w:i w:val="false"/>
          <w:color w:val="auto"/>
          <w:u w:val="none"/>
        </w:rPr>
        <w:t xml:space="preserve"> [1EBO]</w:t>
      </w:r>
      <w:r>
        <w:rPr>
          <w:u w:val="none"/>
          <w:color w:val="auto"/>
        </w:rPr>
        <w:t xml:space="preserve">; </w:t>
      </w:r>
      <w:r>
        <w:rPr>
          <w:u w:val="none"/>
          <w:color w:val="auto"/>
        </w:rPr>
        <w:t>He sent them food in abundance</w:t>
      </w:r>
      <w:r>
        <w:rPr>
          <w:b w:val="false"/>
          <w:i w:val="false"/>
          <w:color w:val="auto"/>
          <w:u w:val="none"/>
        </w:rPr>
        <w:t xml:space="preserve"> [1EBP]</w:t>
      </w:r>
      <w:r>
        <w:rPr>
          <w:u w:val="none"/>
          <w:color w:val="auto"/>
        </w:rPr>
        <w:t>.</w:t>
      </w:r>
    </w:p>
    <w:p>
      <w:pPr>
        <w:pStyle w:val="Yellow"/>
        <w:rPr/>
      </w:pPr>
      <w:r>
        <w:rPr>
          <w:u w:val="none"/>
          <w:color w:val="000000"/>
        </w:rPr>
        <w:t xml:space="preserve">(Ps105:37 “Israel” / Ps105:7 “the LORD our God”) </w:t>
      </w:r>
      <w:r>
        <w:rPr>
          <w:b/>
          <w:u w:val="none"/>
          <w:color w:val="000000"/>
        </w:rPr>
        <w:t>Psalm 105:40–41</w:t>
      </w:r>
      <w:r>
        <w:rPr>
          <w:u w:val="none"/>
          <w:color w:val="000000"/>
        </w:rPr>
        <w:t xml:space="preserve"> — </w:t>
      </w:r>
      <w:r>
        <w:rPr>
          <w:u w:val="none"/>
          <w:color w:val="000000"/>
        </w:rPr>
        <w:t>{They} asked, and {He} brought quail and satisfied them with the bread of heaven</w:t>
      </w:r>
      <w:r>
        <w:rPr>
          <w:b w:val="false"/>
          <w:i w:val="false"/>
          <w:color w:val="000000"/>
          <w:u w:val="none"/>
        </w:rPr>
        <w:t xml:space="preserve"> [1EDM]</w:t>
      </w:r>
      <w:r>
        <w:rPr>
          <w:u w:val="none"/>
          <w:color w:val="000000"/>
        </w:rPr>
        <w:t xml:space="preserve">. </w:t>
      </w:r>
      <w:r>
        <w:rPr>
          <w:u w:val="none"/>
          <w:color w:val="000000"/>
        </w:rPr>
        <w:t>He opened a rock</w:t>
      </w:r>
      <w:r>
        <w:rPr>
          <w:b w:val="false"/>
          <w:i w:val="false"/>
          <w:color w:val="000000"/>
          <w:u w:val="none"/>
        </w:rPr>
        <w:t xml:space="preserve"> [3DJO]</w:t>
      </w:r>
      <w:r>
        <w:rPr>
          <w:u w:val="none"/>
          <w:color w:val="000000"/>
        </w:rPr>
        <w:t xml:space="preserve">, and </w:t>
      </w:r>
      <w:r>
        <w:rPr>
          <w:u w:val="none"/>
          <w:color w:val="000000"/>
        </w:rPr>
        <w:t>water gushed out</w:t>
      </w:r>
      <w:r>
        <w:rPr>
          <w:b w:val="false"/>
          <w:i w:val="false"/>
          <w:color w:val="000000"/>
          <w:u w:val="none"/>
        </w:rPr>
        <w:t xml:space="preserve"> [2DJP]</w:t>
      </w:r>
      <w:r>
        <w:rPr>
          <w:u w:val="none"/>
          <w:color w:val="000000"/>
        </w:rPr>
        <w:t xml:space="preserve">; </w:t>
      </w:r>
      <w:r>
        <w:rPr>
          <w:u w:val="none"/>
          <w:color w:val="000000"/>
        </w:rPr>
        <w:t>it flowed like a river in the desert</w:t>
      </w:r>
      <w:r>
        <w:rPr>
          <w:b w:val="false"/>
          <w:i w:val="false"/>
          <w:color w:val="000000"/>
          <w:u w:val="none"/>
        </w:rPr>
        <w:t xml:space="preserve"> [1EDN]</w:t>
      </w:r>
      <w:r>
        <w:rPr>
          <w:u w:val="none"/>
          <w:color w:val="000000"/>
        </w:rPr>
        <w:t>.</w:t>
      </w:r>
    </w:p>
    <w:p>
      <w:pPr>
        <w:pStyle w:val="Yellow"/>
        <w:rPr/>
        <w:pBdr>
          <w:left w:val="single" w:sz="28" w:space="5" w:color="C00000"/>
        </w:pBdr>
      </w:pPr>
      <w:r>
        <w:rPr>
          <w:shd w:val="clear" w:color="auto" w:fill="548235"/>
          <w:color w:val="FFFFFF"/>
        </w:rPr>
        <w:t xml:space="preserve">(Ps114:7 “the God of Jacob”) </w:t>
      </w:r>
      <w:r>
        <w:rPr>
          <w:b/>
          <w:shd w:val="clear" w:color="auto" w:fill="548235"/>
          <w:color w:val="FFFFFF"/>
        </w:rPr>
        <w:t>Psalm 114:8</w:t>
      </w:r>
      <w:r>
        <w:rPr>
          <w:shd w:val="clear" w:color="auto" w:fill="548235"/>
          <w:color w:val="FFFFFF"/>
        </w:rPr>
        <w:t xml:space="preserve"> — {who} </w:t>
      </w:r>
      <w:r>
        <w:rPr>
          <w:shd w:val="clear" w:fill="548235" w:color="auto"/>
          <w:color w:val="FFFFFF"/>
        </w:rPr>
        <w:t>turned the rock into a pool, the flint into a fountain of water</w:t>
      </w:r>
      <w:r>
        <w:rPr>
          <w:b w:val="false"/>
          <w:i w:val="false"/>
          <w:color w:val="FFFFFF"/>
          <w:u w:val="none"/>
          <w:shd w:val="clear" w:color="auto" w:fill="548235"/>
        </w:rPr>
        <w:t xml:space="preserve"> [1ECV]</w:t>
      </w:r>
      <w:r>
        <w:rPr>
          <w:shd w:val="clear" w:color="auto" w:fill="548235"/>
          <w:color w:val="FFFFFF"/>
        </w:rPr>
        <w:t>!</w:t>
      </w:r>
    </w:p>
    <w:p>
      <w:pPr>
        <w:pStyle w:val="Yellow"/>
        <w:rPr/>
      </w:pPr>
      <w:r>
        <w:rPr>
          <w:u w:val="none"/>
        </w:rPr>
        <w:t xml:space="preserve">(Is48:20 “His servant Jacob” / “The LORD”) </w:t>
      </w:r>
      <w:r>
        <w:rPr>
          <w:b/>
          <w:u w:val="none"/>
        </w:rPr>
        <w:t>Isaiah 48:21</w:t>
      </w:r>
      <w:r>
        <w:rPr>
          <w:u w:val="none"/>
        </w:rPr>
        <w:t xml:space="preserve"> — </w:t>
      </w:r>
      <w:r>
        <w:rPr>
          <w:u w:val="none"/>
          <w:shd w:val="clear" w:fill="B7DDE8"/>
        </w:rPr>
        <w:t>{They} did not thirst when {He} led them through the deserts</w:t>
      </w:r>
      <w:r>
        <w:rPr>
          <w:b w:val="false"/>
          <w:i w:val="false"/>
          <w:color w:val="000000"/>
          <w:u w:val="none"/>
        </w:rPr>
        <w:t xml:space="preserve"> [1DJM]</w:t>
      </w:r>
      <w:r>
        <w:rPr>
          <w:u w:val="none"/>
        </w:rPr>
        <w:t xml:space="preserve">; </w:t>
      </w:r>
      <w:r>
        <w:rPr>
          <w:u w:val="none"/>
          <w:shd w:val="clear" w:color="auto" w:fill="D9C3E6"/>
        </w:rPr>
        <w:t>He made water flow for them from the rock</w:t>
      </w:r>
      <w:r>
        <w:rPr>
          <w:b w:val="false"/>
          <w:i w:val="false"/>
          <w:color w:val="000000"/>
          <w:u w:val="none"/>
        </w:rPr>
        <w:t xml:space="preserve"> [2DJN]</w:t>
      </w:r>
      <w:r>
        <w:rPr>
          <w:u w:val="none"/>
          <w:shd w:val="clear" w:color="auto" w:fill="D9C3E6"/>
        </w:rPr>
        <w:t xml:space="preserve">; </w:t>
      </w:r>
      <w:r>
        <w:rPr>
          <w:u w:val="none"/>
          <w:shd w:val="clear" w:color="auto" w:fill="D9C3E6"/>
        </w:rPr>
        <w:t>He split the rock</w:t>
      </w:r>
      <w:r>
        <w:rPr>
          <w:b w:val="false"/>
          <w:i w:val="false"/>
          <w:color w:val="000000"/>
          <w:u w:val="none"/>
        </w:rPr>
        <w:t xml:space="preserve"> [3DJO]</w:t>
      </w:r>
      <w:r>
        <w:rPr>
          <w:u w:val="none"/>
          <w:shd w:val="clear" w:color="auto" w:fill="D9C3E6"/>
        </w:rPr>
        <w:t xml:space="preserve">, and </w:t>
      </w:r>
      <w:r>
        <w:rPr>
          <w:u w:val="none"/>
          <w:shd w:val="clear" w:color="auto" w:fill="D9C3E6"/>
        </w:rPr>
        <w:t>water gushed out</w:t>
      </w:r>
      <w:r>
        <w:rPr>
          <w:b w:val="false"/>
          <w:i w:val="false"/>
          <w:color w:val="000000"/>
          <w:u w:val="none"/>
        </w:rPr>
        <w:t xml:space="preserve"> [2DJP]</w:t>
      </w:r>
      <w:r>
        <w:rPr>
          <w:u w:val="none"/>
          <w:shd w:val="clear" w:color="auto" w:fill="D9C3E6"/>
        </w:rPr>
        <w:t>.</w:t>
      </w:r>
    </w:p>
    <w:p>
      <w:r>
        <w:rPr>
          <w:b/>
          <w:sz w:val="32"/>
          <w:highlight w:val="yellow"/>
        </w:rPr>
        <w:t>Obedience Rewarded  (17)</w:t>
      </w:r>
    </w:p>
    <w:p>
      <w:pPr>
        <w:pStyle w:val="Yellow"/>
        <w:rPr/>
      </w:pPr>
      <w:r>
        <w:rPr>
          <w:b/>
        </w:rPr>
        <w:t>Joshua 1:8</w:t>
      </w:r>
      <w:r>
        <w:rPr/>
        <w:t xml:space="preserve"> — </w:t>
      </w:r>
      <w:r>
        <w:rPr>
          <w:shd w:fill="B7DDE8" w:val="clear"/>
        </w:rPr>
        <w:t xml:space="preserve">This Book of the </w:t>
      </w:r>
      <w:r>
        <w:rPr>
          <w:shd w:fill="B7DDE8" w:val="clear"/>
        </w:rPr>
        <w:t>Law</w:t>
      </w:r>
      <w:r>
        <w:rPr>
          <w:shd w:fill="B7DDE8" w:val="clear"/>
        </w:rPr>
        <w:t xml:space="preserve"> must not depart from your mouth</w:t>
      </w:r>
      <w:r>
        <w:rPr>
          <w:b w:val="false"/>
          <w:i w:val="false"/>
          <w:u w:val="none"/>
          <w:color w:val="000000"/>
        </w:rPr>
        <w:t xml:space="preserve"> [1ZV]</w:t>
      </w:r>
      <w:r>
        <w:rPr/>
        <w:t xml:space="preserve">; </w:t>
      </w:r>
      <w:r>
        <w:rPr>
          <w:shd w:fill="B7DDE8" w:val="clear"/>
        </w:rPr>
        <w:t>meditate on it day and night, so that you may be careful to do everything written in it. For then you will prosper and succeed in all you do</w:t>
      </w:r>
      <w:r>
        <w:rPr>
          <w:b w:val="false"/>
          <w:i w:val="false"/>
          <w:color w:val="000000"/>
          <w:u w:val="none"/>
        </w:rPr>
        <w:t xml:space="preserve"> [1ZW]</w:t>
      </w:r>
      <w:r>
        <w:rPr/>
        <w:t>.</w:t>
      </w:r>
    </w:p>
    <w:p>
      <w:pPr>
        <w:pStyle w:val="Yellow"/>
        <w:rPr/>
      </w:pPr>
      <w:r>
        <w:rPr>
          <w:b/>
          <w:color w:val="auto"/>
        </w:rPr>
        <w:t>1 Chronicles 22:13</w:t>
      </w:r>
      <w:r>
        <w:rPr>
          <w:color w:val="auto"/>
        </w:rPr>
        <w:t xml:space="preserve"> — </w:t>
      </w:r>
      <w:r>
        <w:rPr>
          <w:color w:val="auto"/>
        </w:rPr>
        <w:t xml:space="preserve">you will succeed, if you carefully follow the statutes and ordinances that the LORD </w:t>
      </w:r>
      <w:r>
        <w:rPr>
          <w:color w:val="auto"/>
        </w:rPr>
        <w:t>commanded</w:t>
      </w:r>
      <w:r>
        <w:rPr>
          <w:color w:val="auto"/>
        </w:rPr>
        <w:t xml:space="preserve"> Moses for Israel</w:t>
      </w:r>
      <w:r>
        <w:rPr>
          <w:b w:val="false"/>
          <w:i w:val="false"/>
          <w:color w:val="auto"/>
          <w:u w:val="none"/>
        </w:rPr>
        <w:t xml:space="preserve"> [1WC]</w:t>
      </w:r>
      <w:r>
        <w:rPr>
          <w:color w:val="auto"/>
        </w:rPr>
        <w:t>.</w:t>
      </w:r>
    </w:p>
    <w:p>
      <w:pPr>
        <w:pStyle w:val="Yellow"/>
        <w:rPr/>
        <w:pBdr>
          <w:left w:val="single" w:sz="28" w:space="5" w:color="C00000"/>
        </w:pBdr>
      </w:pPr>
      <w:r>
        <w:rPr>
          <w:b/>
          <w:u w:val="none"/>
          <w:shd w:val="clear" w:color="auto" w:fill="F4B183"/>
          <w:color w:val="000000"/>
        </w:rPr>
        <w:t>Psalm 37:27</w:t>
      </w:r>
      <w:r>
        <w:rPr>
          <w:u w:val="none"/>
          <w:shd w:val="clear" w:color="auto" w:fill="F4B183"/>
          <w:color w:val="000000"/>
        </w:rPr>
        <w:t xml:space="preserve"> — </w:t>
      </w:r>
      <w:r>
        <w:rPr>
          <w:u w:val="none"/>
          <w:shd w:fill="F4B183" w:val="clear" w:color="auto"/>
          <w:color w:val="000000"/>
        </w:rPr>
        <w:t>Turn away from evil</w:t>
      </w:r>
      <w:r>
        <w:rPr>
          <w:u w:val="none"/>
          <w:shd w:fill="F4B183" w:val="clear" w:color="auto"/>
          <w:color w:val="000000"/>
        </w:rPr>
        <w:t xml:space="preserve"> and do good</w:t>
      </w:r>
      <w:r>
        <w:rPr>
          <w:b w:val="false"/>
          <w:i w:val="false"/>
          <w:color w:val="000000"/>
          <w:u w:val="none"/>
          <w:shd w:val="clear" w:color="auto" w:fill="F4B183"/>
        </w:rPr>
        <w:t xml:space="preserve"> [2FCC]</w:t>
      </w:r>
      <w:r>
        <w:rPr>
          <w:u w:val="none"/>
          <w:shd w:val="clear" w:color="auto" w:fill="F4B183"/>
          <w:color w:val="000000"/>
        </w:rPr>
        <w:t xml:space="preserve">, so that </w:t>
      </w:r>
      <w:r>
        <w:rPr>
          <w:u w:val="none"/>
          <w:shd w:fill="F4B183" w:val="clear" w:color="auto"/>
          <w:color w:val="000000"/>
        </w:rPr>
        <w:t>you will abide forever</w:t>
      </w:r>
      <w:r>
        <w:rPr>
          <w:b w:val="false"/>
          <w:i w:val="false"/>
          <w:color w:val="000000"/>
          <w:u w:val="none"/>
          <w:shd w:val="clear" w:color="auto" w:fill="F4B183"/>
        </w:rPr>
        <w:t xml:space="preserve"> [1MAX]</w:t>
      </w:r>
      <w:r>
        <w:rPr>
          <w:u w:val="none"/>
          <w:shd w:val="clear" w:color="auto" w:fill="F4B183"/>
          <w:color w:val="000000"/>
        </w:rPr>
        <w:t>.</w:t>
      </w:r>
    </w:p>
    <w:p>
      <w:pPr>
        <w:pStyle w:val="Yellow"/>
        <w:rPr/>
        <w:pBdr>
          <w:left w:val="single" w:sz="28" w:space="5" w:color="C00000"/>
        </w:pBdr>
      </w:pPr>
      <w:r>
        <w:rPr>
          <w:b/>
          <w:shd w:val="clear" w:color="auto" w:fill="F4B183"/>
          <w:color w:val="000000"/>
        </w:rPr>
        <w:t>Proverbs 13:13</w:t>
      </w:r>
      <w:r>
        <w:rPr>
          <w:shd w:val="clear" w:color="auto" w:fill="F4B183"/>
          <w:color w:val="000000"/>
        </w:rPr>
        <w:t xml:space="preserve"> — </w:t>
      </w:r>
      <w:r>
        <w:rPr>
          <w:shd w:fill="F4B183" w:val="clear" w:color="auto"/>
          <w:color w:val="000000"/>
        </w:rPr>
        <w:t>He who despises instruction will pay the penalty</w:t>
      </w:r>
      <w:r>
        <w:rPr>
          <w:b w:val="false"/>
          <w:i w:val="false"/>
          <w:color w:val="000000"/>
          <w:u w:val="none"/>
          <w:shd w:val="clear" w:color="auto" w:fill="F4B183"/>
        </w:rPr>
        <w:t xml:space="preserve"> [1WE]</w:t>
      </w:r>
      <w:r>
        <w:rPr>
          <w:shd w:val="clear" w:color="auto" w:fill="F4B183"/>
          <w:color w:val="000000"/>
        </w:rPr>
        <w:t xml:space="preserve">, but </w:t>
      </w:r>
      <w:r>
        <w:rPr>
          <w:shd w:fill="F4B183" w:val="clear" w:color="auto"/>
          <w:color w:val="000000"/>
        </w:rPr>
        <w:t xml:space="preserve">the one who respects a </w:t>
      </w:r>
      <w:r>
        <w:rPr>
          <w:shd w:fill="F4B183" w:val="clear" w:color="auto"/>
          <w:color w:val="000000"/>
        </w:rPr>
        <w:t>command</w:t>
      </w:r>
      <w:r>
        <w:rPr>
          <w:shd w:fill="F4B183" w:val="clear" w:color="auto"/>
          <w:color w:val="000000"/>
        </w:rPr>
        <w:t xml:space="preserve"> will be rewarded</w:t>
      </w:r>
      <w:r>
        <w:rPr>
          <w:b w:val="false"/>
          <w:i w:val="false"/>
          <w:color w:val="000000"/>
          <w:u w:val="none"/>
          <w:shd w:val="clear" w:color="auto" w:fill="F4B183"/>
        </w:rPr>
        <w:t xml:space="preserve"> [1WF]</w:t>
      </w:r>
      <w:r>
        <w:rPr>
          <w:shd w:val="clear" w:color="auto" w:fill="F4B183"/>
          <w:color w:val="000000"/>
        </w:rPr>
        <w:t>.</w:t>
      </w:r>
    </w:p>
    <w:p>
      <w:pPr>
        <w:pStyle w:val="Yellow"/>
        <w:rPr/>
      </w:pPr>
      <w:r>
        <w:rPr>
          <w:b/>
        </w:rPr>
        <w:t xml:space="preserve">Proverbs 19:16</w:t>
      </w:r>
      <w:r>
        <w:rPr/>
        <w:t xml:space="preserve"> — </w:t>
      </w:r>
      <w:r>
        <w:rPr>
          <w:shd w:fill="B7DDE8" w:val="clear"/>
        </w:rPr>
        <w:t xml:space="preserve">He who keeps a commandment preserves his soul</w:t>
      </w:r>
      <w:r>
        <w:rPr>
          <w:b w:val="false"/>
          <w:i w:val="false"/>
          <w:color w:val="000000"/>
          <w:u w:val="none"/>
        </w:rPr>
        <w:t xml:space="preserve"> [1IRX]</w:t>
      </w:r>
      <w:r>
        <w:rPr/>
        <w:t xml:space="preserve">, but </w:t>
      </w:r>
      <w:r>
        <w:rPr>
          <w:shd w:fill="B7DDE8" w:val="clear"/>
        </w:rPr>
        <w:t xml:space="preserve">he who is careless in his ways will die</w:t>
      </w:r>
      <w:r>
        <w:rPr>
          <w:b w:val="false"/>
          <w:i w:val="false"/>
          <w:color w:val="000000"/>
          <w:u w:val="none"/>
        </w:rPr>
        <w:t xml:space="preserve"> [1IRY]</w:t>
      </w:r>
      <w:r>
        <w:rPr/>
        <w:t xml:space="preserve">.</w:t>
      </w:r>
    </w:p>
    <w:p>
      <w:pPr>
        <w:pStyle w:val="Yellow"/>
        <w:rPr/>
      </w:pPr>
      <w:r>
        <w:rPr>
          <w:b/>
        </w:rPr>
        <w:t xml:space="preserve">Isaiah 1:19-20</w:t>
      </w:r>
      <w:r>
        <w:rPr/>
        <w:t xml:space="preserve"> — </w:t>
      </w:r>
      <w:r>
        <w:rPr>
          <w:shd w:fill="B7DDE8" w:val="clear"/>
        </w:rPr>
        <w:t xml:space="preserve">If you are willing and obedient, you will eat the best of the land</w:t>
      </w:r>
      <w:r>
        <w:rPr>
          <w:b w:val="false"/>
          <w:i w:val="false"/>
          <w:color w:val="000000"/>
          <w:u w:val="none"/>
        </w:rPr>
        <w:t xml:space="preserve"> [1KCX]</w:t>
      </w:r>
      <w:r>
        <w:rPr/>
        <w:t xml:space="preserve">. But </w:t>
      </w:r>
      <w:r>
        <w:rPr>
          <w:shd w:fill="B7DDE8" w:val="clear"/>
        </w:rPr>
        <w:t xml:space="preserve">if you resist and rebel, you will be devoured by the sword</w:t>
      </w:r>
      <w:r>
        <w:rPr>
          <w:b w:val="false"/>
          <w:i w:val="false"/>
          <w:color w:val="000000"/>
          <w:u w:val="none"/>
        </w:rPr>
        <w:t xml:space="preserve"> [1KCY]</w:t>
      </w:r>
      <w:r>
        <w:rPr/>
        <w:t xml:space="preserve">.” For </w:t>
      </w:r>
      <w:r>
        <w:rPr>
          <w:shd w:fill="B7DDE8" w:val="clear"/>
        </w:rPr>
        <w:t xml:space="preserve">the mouth of the LORD has spoken</w:t>
      </w:r>
      <w:r>
        <w:rPr>
          <w:b w:val="false"/>
          <w:i w:val="false"/>
          <w:color w:val="000000"/>
          <w:u w:val="none"/>
        </w:rPr>
        <w:t xml:space="preserve"> [2GAE]</w:t>
      </w:r>
      <w:r>
        <w:rPr/>
        <w:t xml:space="preserve">.</w:t>
      </w:r>
    </w:p>
    <w:p>
      <w:pPr>
        <w:pStyle w:val="Yellow"/>
        <w:rPr/>
      </w:pPr>
      <w:r>
        <w:rPr>
          <w:b/>
        </w:rPr>
        <w:t xml:space="preserve">Isaiah 48:18–19</w:t>
      </w:r>
      <w:r>
        <w:rPr/>
        <w:t xml:space="preserve"> — </w:t>
      </w:r>
      <w:r>
        <w:rPr>
          <w:shd w:fill="B7DDE8" w:val="clear"/>
        </w:rPr>
        <w:t xml:space="preserve">If only you had paid attention to My commandments</w:t>
      </w:r>
      <w:r>
        <w:rPr>
          <w:b w:val="false"/>
          <w:i w:val="false"/>
          <w:color w:val="000000"/>
          <w:u w:val="none"/>
        </w:rPr>
        <w:t xml:space="preserve"> [1JLP]</w:t>
      </w:r>
      <w:r>
        <w:rPr/>
        <w:t xml:space="preserve">, </w:t>
      </w:r>
      <w:r>
        <w:rPr>
          <w:shd w:fill="B7DDE8" w:val="clear"/>
        </w:rPr>
        <w:t xml:space="preserve">your peace would have been like a river</w:t>
      </w:r>
      <w:r>
        <w:rPr>
          <w:b w:val="false"/>
          <w:i w:val="false"/>
          <w:color w:val="000000"/>
          <w:u w:val="none"/>
        </w:rPr>
        <w:t xml:space="preserve"> [1JLQ]</w:t>
      </w:r>
      <w:r>
        <w:rPr/>
        <w:t xml:space="preserve">, and </w:t>
      </w:r>
      <w:r>
        <w:rPr>
          <w:shd w:fill="B7DDE8" w:val="clear"/>
        </w:rPr>
        <w:t xml:space="preserve">your righteousness like waves of the sea</w:t>
      </w:r>
      <w:r>
        <w:rPr>
          <w:b w:val="false"/>
          <w:i w:val="false"/>
          <w:color w:val="000000"/>
          <w:u w:val="none"/>
        </w:rPr>
        <w:t xml:space="preserve"> [1JLR]</w:t>
      </w:r>
      <w:r>
        <w:rPr/>
        <w:t xml:space="preserve">. </w:t>
      </w:r>
      <w:r>
        <w:rPr>
          <w:shd w:fill="B7DDE8" w:val="clear"/>
        </w:rPr>
        <w:t xml:space="preserve">Your descendants would have been as countless as the sand</w:t>
      </w:r>
      <w:r>
        <w:rPr>
          <w:b w:val="false"/>
          <w:i w:val="false"/>
          <w:color w:val="000000"/>
          <w:u w:val="none"/>
        </w:rPr>
        <w:t xml:space="preserve"> [1JLS]</w:t>
      </w:r>
      <w:r>
        <w:rPr/>
        <w:t xml:space="preserve">, and </w:t>
      </w:r>
      <w:r>
        <w:rPr>
          <w:shd w:fill="B7DDE8" w:val="clear"/>
        </w:rPr>
        <w:t xml:space="preserve">your offspring as numerous as its grains</w:t>
      </w:r>
      <w:r>
        <w:rPr>
          <w:b w:val="false"/>
          <w:i w:val="false"/>
          <w:color w:val="000000"/>
          <w:u w:val="none"/>
        </w:rPr>
        <w:t xml:space="preserve"> [1JLS]</w:t>
      </w:r>
      <w:r>
        <w:rPr/>
        <w:t xml:space="preserve">; </w:t>
      </w:r>
      <w:r>
        <w:rPr>
          <w:shd w:fill="F4B183" w:val="clear" w:color="auto"/>
          <w:color w:val="000000"/>
        </w:rPr>
        <w:t xml:space="preserve">their name would never be cut off or eliminated from My presence</w:t>
      </w:r>
      <w:r>
        <w:rPr>
          <w:b w:val="false"/>
          <w:i w:val="false"/>
          <w:color w:val="000000"/>
          <w:u w:val="none"/>
          <w:shd w:val="clear" w:color="auto" w:fill="F4B183"/>
        </w:rPr>
        <w:t xml:space="preserve"> [1JLT]</w:t>
      </w:r>
      <w:r>
        <w:rPr/>
        <w:t xml:space="preserve">.”</w:t>
      </w:r>
    </w:p>
    <w:p>
      <w:pPr>
        <w:pStyle w:val="Yellow"/>
        <w:rPr/>
        <w:pBdr>
          <w:left w:val="single" w:sz="28" w:space="5" w:color="C00000"/>
        </w:pBdr>
      </w:pPr>
      <w:r>
        <w:rPr>
          <w:shd w:val="clear" w:color="auto" w:fill="F4B183"/>
          <w:color w:val="000000"/>
        </w:rPr>
        <w:t xml:space="preserve">(Mt5:18 “the Law”) </w:t>
      </w:r>
      <w:r>
        <w:rPr>
          <w:b/>
          <w:shd w:val="clear" w:color="auto" w:fill="F4B183"/>
          <w:color w:val="000000"/>
        </w:rPr>
        <w:t>Matthew 5:19</w:t>
      </w:r>
      <w:r>
        <w:rPr>
          <w:shd w:val="clear" w:color="auto" w:fill="F4B183"/>
          <w:color w:val="000000"/>
        </w:rPr>
        <w:t xml:space="preserve"> — </w:t>
      </w:r>
      <w:r>
        <w:rPr>
          <w:shd w:fill="F4B183" w:val="clear" w:color="auto"/>
          <w:color w:val="000000"/>
        </w:rPr>
        <w:t>whoever breaks one of the least of {these commandments} and teaches others to do likewise will be called least in the kingdom of heaven</w:t>
      </w:r>
      <w:r>
        <w:rPr>
          <w:b w:val="false"/>
          <w:i w:val="false"/>
          <w:color w:val="000000"/>
          <w:u w:val="none"/>
          <w:shd w:val="clear" w:color="auto" w:fill="F4B183"/>
        </w:rPr>
        <w:t xml:space="preserve"> [1VM]</w:t>
      </w:r>
      <w:r>
        <w:rPr>
          <w:shd w:val="clear" w:color="auto" w:fill="F4B183"/>
          <w:color w:val="000000"/>
        </w:rPr>
        <w:t xml:space="preserve">; but </w:t>
      </w:r>
      <w:r>
        <w:rPr>
          <w:shd w:fill="F4B183" w:val="clear" w:color="auto"/>
          <w:color w:val="000000"/>
        </w:rPr>
        <w:t>whoever practices and teaches them will be called great in the kingdom of heaven</w:t>
      </w:r>
      <w:r>
        <w:rPr>
          <w:b w:val="false"/>
          <w:i w:val="false"/>
          <w:color w:val="000000"/>
          <w:u w:val="none"/>
          <w:shd w:val="clear" w:color="auto" w:fill="F4B183"/>
        </w:rPr>
        <w:t xml:space="preserve"> [1VN]</w:t>
      </w:r>
      <w:r>
        <w:rPr>
          <w:shd w:val="clear" w:color="auto" w:fill="F4B183"/>
          <w:color w:val="000000"/>
        </w:rPr>
        <w:t>.</w:t>
      </w:r>
    </w:p>
    <w:p>
      <w:pPr>
        <w:pStyle w:val="Yellow"/>
        <w:rPr/>
        <w:pBdr>
          <w:left w:val="single" w:sz="28" w:space="5" w:color="C00000"/>
        </w:pBdr>
      </w:pPr>
      <w:r>
        <w:rPr>
          <w:b/>
          <w:shd w:val="clear" w:color="auto" w:fill="548235"/>
          <w:color w:val="FFFFFF"/>
        </w:rPr>
        <w:t>Matthew 19:17</w:t>
      </w:r>
      <w:r>
        <w:rPr>
          <w:shd w:val="clear" w:color="auto" w:fill="548235"/>
          <w:color w:val="FFFFFF"/>
        </w:rPr>
        <w:t xml:space="preserve"> — </w:t>
      </w:r>
      <w:r>
        <w:rPr>
          <w:shd w:fill="548235" w:val="clear" w:color="auto"/>
          <w:color w:val="FFFFFF"/>
        </w:rPr>
        <w:t xml:space="preserve">If you want to enter life, keep {the </w:t>
      </w:r>
      <w:r>
        <w:rPr>
          <w:shd w:fill="548235" w:val="clear" w:color="auto"/>
          <w:color w:val="FFFFFF"/>
        </w:rPr>
        <w:t>commandments</w:t>
      </w:r>
      <w:r>
        <w:rPr>
          <w:shd w:fill="548235" w:val="clear" w:color="auto"/>
          <w:color w:val="FFFFFF"/>
        </w:rPr>
        <w:t>}</w:t>
      </w:r>
      <w:r>
        <w:rPr>
          <w:b w:val="false"/>
          <w:i w:val="false"/>
          <w:color w:val="FFFFFF"/>
          <w:u w:val="none"/>
          <w:shd w:val="clear" w:color="auto" w:fill="548235"/>
        </w:rPr>
        <w:t xml:space="preserve"> [1WU]</w:t>
      </w:r>
      <w:r>
        <w:rPr>
          <w:shd w:val="clear" w:color="auto" w:fill="548235"/>
          <w:color w:val="FFFFFF"/>
        </w:rPr>
        <w:t>.”</w:t>
      </w:r>
    </w:p>
    <w:p>
      <w:pPr>
        <w:pStyle w:val="Yellow"/>
        <w:rPr/>
      </w:pPr>
      <w:r>
        <w:rPr/>
        <w:t xml:space="preserve">(Lk11:27 A woman said to Jesus, “Blessed is the womb that bore You”) </w:t>
      </w:r>
      <w:r>
        <w:rPr>
          <w:b/>
        </w:rPr>
        <w:t>Luke 11:28</w:t>
      </w:r>
      <w:r>
        <w:rPr/>
        <w:t xml:space="preserve"> — “</w:t>
      </w:r>
      <w:r>
        <w:rPr>
          <w:shd w:val="clear" w:fill="B7DDE8"/>
        </w:rPr>
        <w:t>Blessed {rather} are those who hear the word of God and obey it</w:t>
      </w:r>
      <w:r>
        <w:rPr>
          <w:b w:val="false"/>
          <w:i w:val="false"/>
          <w:color w:val="000000"/>
          <w:u w:val="none"/>
        </w:rPr>
        <w:t xml:space="preserve"> [1TC]</w:t>
      </w:r>
      <w:r>
        <w:rPr/>
        <w:t>.”</w:t>
      </w:r>
    </w:p>
    <w:p>
      <w:pPr>
        <w:pStyle w:val="Yellow"/>
        <w:rPr/>
      </w:pPr>
      <w:r>
        <w:rPr>
          <w:b/>
        </w:rPr>
        <w:t>John 8:51</w:t>
      </w:r>
      <w:r>
        <w:rPr/>
        <w:t xml:space="preserve"> — Truly, truly, I tell you, </w:t>
      </w:r>
      <w:r>
        <w:rPr>
          <w:shd w:val="clear" w:fill="B7DDE8"/>
        </w:rPr>
        <w:t>if anyone keeps My word, he will never see death</w:t>
      </w:r>
      <w:r>
        <w:rPr>
          <w:b w:val="false"/>
          <w:i w:val="false"/>
          <w:color w:val="000000"/>
          <w:u w:val="none"/>
        </w:rPr>
        <w:t xml:space="preserve"> [1TS]</w:t>
      </w:r>
      <w:r>
        <w:rPr/>
        <w:t>.”</w:t>
      </w:r>
    </w:p>
    <w:p>
      <w:pPr>
        <w:pStyle w:val="Yellow"/>
        <w:rPr/>
        <w:pBdr>
          <w:left w:val="single" w:sz="28" w:space="5" w:color="C00000"/>
        </w:pBdr>
      </w:pPr>
      <w:r>
        <w:rPr>
          <w:shd w:val="clear" w:color="auto" w:fill="F4B183"/>
          <w:color w:val="000000"/>
        </w:rPr>
        <w:t xml:space="preserve">(Jn13:14–15ᶜ “wash one another’s feet”) </w:t>
      </w:r>
      <w:r>
        <w:rPr>
          <w:b/>
          <w:shd w:val="clear" w:color="auto" w:fill="F4B183"/>
          <w:color w:val="000000"/>
        </w:rPr>
        <w:t>John 13:17</w:t>
      </w:r>
      <w:r>
        <w:rPr>
          <w:shd w:val="clear" w:color="auto" w:fill="F4B183"/>
          <w:color w:val="000000"/>
        </w:rPr>
        <w:t xml:space="preserve"> — </w:t>
      </w:r>
      <w:r>
        <w:rPr>
          <w:shd w:val="clear" w:fill="F4B183" w:color="auto"/>
          <w:color w:val="000000"/>
        </w:rPr>
        <w:t>If you know {these things}, you will be blessed if you do them</w:t>
      </w:r>
      <w:r>
        <w:rPr>
          <w:b w:val="false"/>
          <w:i w:val="false"/>
          <w:color w:val="000000"/>
          <w:u w:val="none"/>
          <w:shd w:val="clear" w:color="auto" w:fill="F4B183"/>
        </w:rPr>
        <w:t xml:space="preserve"> [1EKK]</w:t>
      </w:r>
      <w:r>
        <w:rPr>
          <w:shd w:val="clear" w:color="auto" w:fill="F4B183"/>
          <w:color w:val="000000"/>
        </w:rPr>
        <w:t>.</w:t>
      </w:r>
    </w:p>
    <w:p>
      <w:pPr>
        <w:pStyle w:val="Yellow"/>
        <w:rPr/>
      </w:pPr>
      <w:r>
        <w:rPr>
          <w:b/>
        </w:rPr>
        <w:t>Acts 5:32</w:t>
      </w:r>
      <w:r>
        <w:rPr/>
        <w:t xml:space="preserve"> — </w:t>
      </w:r>
      <w:r>
        <w:rPr>
          <w:shd w:val="clear" w:fill="B7DDE8"/>
        </w:rPr>
        <w:t>the Holy Spirit, whom God has given to those who obey Him</w:t>
      </w:r>
      <w:r>
        <w:rPr>
          <w:b w:val="false"/>
          <w:i w:val="false"/>
          <w:color w:val="000000"/>
          <w:u w:val="none"/>
        </w:rPr>
        <w:t xml:space="preserve"> [1FMJ]</w:t>
      </w:r>
      <w:r>
        <w:rPr/>
        <w:t>.</w:t>
      </w:r>
    </w:p>
    <w:p>
      <w:pPr>
        <w:pStyle w:val="Yellow"/>
        <w:rPr/>
      </w:pPr>
      <w:r>
        <w:rPr/>
        <w:t xml:space="preserve">(He5:7 “Jesus”) </w:t>
      </w:r>
      <w:r>
        <w:rPr>
          <w:b/>
        </w:rPr>
        <w:t>Hebrews 5:9–10</w:t>
      </w:r>
      <w:r>
        <w:rPr/>
        <w:t xml:space="preserve"> — And </w:t>
      </w:r>
      <w:r>
        <w:rPr>
          <w:shd w:val="clear" w:fill="B7DDE8"/>
        </w:rPr>
        <w:t>having been made perfect, {He} became the source of eternal salvation to all who obey Him</w:t>
      </w:r>
      <w:r>
        <w:rPr>
          <w:b w:val="false"/>
          <w:i w:val="false"/>
          <w:color w:val="000000"/>
          <w:u w:val="none"/>
        </w:rPr>
        <w:t xml:space="preserve"> [1FMK]</w:t>
      </w:r>
      <w:r>
        <w:rPr>
          <w:b w:val="false"/>
          <w:i w:val="false"/>
          <w:color w:val="000000"/>
          <w:u w:val="none"/>
        </w:rPr>
        <w:t xml:space="preserve"> [1FML]</w:t>
      </w:r>
    </w:p>
    <w:p>
      <w:pPr>
        <w:pStyle w:val="Yellow"/>
        <w:rPr/>
        <w:pBdr>
          <w:left w:val="single" w:sz="28" w:space="5" w:color="C00000"/>
        </w:pBdr>
      </w:pPr>
      <w:r>
        <w:rPr>
          <w:b/>
          <w:shd w:val="clear" w:color="auto" w:fill="F4B183"/>
          <w:color w:val="000000"/>
        </w:rPr>
        <w:t>1 John 2:17</w:t>
      </w:r>
      <w:r>
        <w:rPr>
          <w:shd w:val="clear" w:color="auto" w:fill="F4B183"/>
          <w:color w:val="000000"/>
        </w:rPr>
        <w:t xml:space="preserve"> — </w:t>
      </w:r>
      <w:r>
        <w:rPr>
          <w:shd w:fill="F4B183" w:val="clear" w:color="auto"/>
          <w:color w:val="000000"/>
        </w:rPr>
        <w:t>The world is passing away, along with its desires</w:t>
      </w:r>
      <w:r>
        <w:rPr>
          <w:b w:val="false"/>
          <w:i w:val="false"/>
          <w:color w:val="000000"/>
          <w:u w:val="none"/>
          <w:shd w:val="clear" w:color="auto" w:fill="F4B183"/>
        </w:rPr>
        <w:t xml:space="preserve"> [1LZL]</w:t>
      </w:r>
      <w:r>
        <w:rPr>
          <w:shd w:val="clear" w:color="auto" w:fill="F4B183"/>
          <w:color w:val="000000"/>
        </w:rPr>
        <w:t xml:space="preserve">; but </w:t>
      </w:r>
      <w:r>
        <w:rPr>
          <w:shd w:fill="F4B183" w:val="clear" w:color="auto"/>
          <w:color w:val="000000"/>
        </w:rPr>
        <w:t>whoever does the will of God remains forever</w:t>
      </w:r>
      <w:r>
        <w:rPr>
          <w:b w:val="false"/>
          <w:i w:val="false"/>
          <w:color w:val="000000"/>
          <w:u w:val="none"/>
          <w:shd w:val="clear" w:color="auto" w:fill="F4B183"/>
        </w:rPr>
        <w:t xml:space="preserve"> [1LZM]</w:t>
      </w:r>
      <w:r>
        <w:rPr>
          <w:shd w:val="clear" w:color="auto" w:fill="F4B183"/>
          <w:color w:val="000000"/>
        </w:rPr>
        <w:t>.</w:t>
      </w:r>
    </w:p>
    <w:p>
      <w:pPr>
        <w:pStyle w:val="Yellow"/>
        <w:rPr/>
        <w:pBdr>
          <w:left w:val="single" w:sz="28" w:space="5" w:color="C00000"/>
        </w:pBdr>
      </w:pPr>
      <w:r>
        <w:rPr/>
        <w:t xml:space="preserve">(Re1:1–2 “the revelation” of what will come, “the word of God and the testimony of Jesus”) </w:t>
      </w:r>
      <w:r>
        <w:rPr>
          <w:b/>
        </w:rPr>
        <w:t>Revelation 1:3</w:t>
      </w:r>
      <w:r>
        <w:rPr/>
        <w:t xml:space="preserve"> — </w:t>
      </w:r>
      <w:r>
        <w:rPr>
          <w:shd w:val="clear" w:fill="B7DDE8"/>
        </w:rPr>
        <w:t>Blessed is the one who reads aloud {the words of this prophecy}</w:t>
      </w:r>
      <w:r>
        <w:rPr>
          <w:b w:val="false"/>
          <w:i w:val="false"/>
          <w:u w:val="none"/>
          <w:color w:val="000000"/>
        </w:rPr>
        <w:t xml:space="preserve"> [1FNA]</w:t>
      </w:r>
      <w:r>
        <w:rPr/>
        <w:t xml:space="preserve">, and </w:t>
      </w:r>
      <w:r>
        <w:rPr>
          <w:shd w:val="clear" w:fill="B7DDE8"/>
        </w:rPr>
        <w:t>blessed are those who hear and obey what is written in it</w:t>
      </w:r>
      <w:r>
        <w:rPr>
          <w:b w:val="false"/>
          <w:i w:val="false"/>
          <w:u w:val="none"/>
          <w:color w:val="000000"/>
        </w:rPr>
        <w:t xml:space="preserve"> [1FNB]</w:t>
      </w:r>
      <w:r>
        <w:rPr/>
        <w:t xml:space="preserve">, because </w:t>
      </w:r>
      <w:r>
        <w:rPr>
          <w:shd w:val="clear" w:fill="B7DDE8"/>
        </w:rPr>
        <w:t>the time is near</w:t>
      </w:r>
      <w:r>
        <w:rPr>
          <w:b w:val="false"/>
          <w:i w:val="false"/>
          <w:color w:val="000000"/>
          <w:u w:val="none"/>
        </w:rPr>
        <w:t xml:space="preserve"> [1FNC]</w:t>
      </w:r>
      <w:r>
        <w:rPr/>
        <w:t>.</w:t>
      </w:r>
    </w:p>
    <w:p>
      <w:pPr>
        <w:pStyle w:val="Yellow"/>
        <w:rPr/>
      </w:pPr>
      <w:r>
        <w:rPr>
          <w:u w:val="none"/>
        </w:rPr>
        <w:t xml:space="preserve">(Re1:11 John was told, “Write on a scroll what you see”) </w:t>
      </w:r>
      <w:r>
        <w:rPr>
          <w:b/>
          <w:u w:val="none"/>
        </w:rPr>
        <w:t>Revelation 22:7</w:t>
      </w:r>
      <w:r>
        <w:rPr>
          <w:u w:val="none"/>
        </w:rPr>
        <w:t xml:space="preserve"> — </w:t>
      </w:r>
      <w:r>
        <w:rPr>
          <w:u w:val="none"/>
        </w:rPr>
        <w:t>Behold, I am coming soon</w:t>
      </w:r>
      <w:r>
        <w:rPr>
          <w:b w:val="false"/>
          <w:i w:val="false"/>
          <w:color w:val="000000"/>
          <w:u w:val="none"/>
        </w:rPr>
        <w:t xml:space="preserve"> [4EKT]</w:t>
      </w:r>
      <w:r>
        <w:rPr>
          <w:u w:val="none"/>
        </w:rPr>
        <w:t xml:space="preserve">. </w:t>
      </w:r>
      <w:r>
        <w:rPr>
          <w:u w:val="none"/>
          <w:shd w:val="clear" w:fill="F4B183" w:color="auto"/>
          <w:color w:val="000000"/>
        </w:rPr>
        <w:t>Blessed is the one who keeps the words of prophecy in {this book}</w:t>
      </w:r>
      <w:r>
        <w:rPr>
          <w:b w:val="false"/>
          <w:i w:val="false"/>
          <w:color w:val="000000"/>
          <w:u w:val="none"/>
          <w:shd w:val="clear" w:color="auto" w:fill="F4B183"/>
        </w:rPr>
        <w:t xml:space="preserve"> [1EKU]</w:t>
      </w:r>
      <w:r>
        <w:rPr>
          <w:u w:val="none"/>
        </w:rPr>
        <w:t>.</w:t>
      </w:r>
    </w:p>
    <w:p>
      <w:r>
        <w:rPr>
          <w:b/>
          <w:sz w:val="32"/>
          <w:highlight w:val="yellow"/>
        </w:rPr>
        <w:t>Obedience as Evidence of Love  (9)</w:t>
      </w:r>
    </w:p>
    <w:p>
      <w:pPr>
        <w:pStyle w:val="Yellow"/>
        <w:rPr/>
      </w:pPr>
      <w:r>
        <w:rPr>
          <w:b/>
        </w:rPr>
        <w:t>Matthew 12:50</w:t>
      </w:r>
      <w:r>
        <w:rPr/>
        <w:t xml:space="preserve"> — </w:t>
      </w:r>
      <w:r>
        <w:rPr>
          <w:shd w:fill="B7DDE8" w:val="clear"/>
        </w:rPr>
        <w:t>whoever does the will of My Father in heaven is My brother and sister and mother</w:t>
      </w:r>
      <w:r>
        <w:rPr>
          <w:b w:val="false"/>
          <w:i w:val="false"/>
          <w:color w:val="000000"/>
          <w:u w:val="none"/>
        </w:rPr>
        <w:t xml:space="preserve"> [2LZS]</w:t>
      </w:r>
      <w:r>
        <w:rPr/>
        <w:t>.”</w:t>
      </w:r>
    </w:p>
    <w:p>
      <w:pPr>
        <w:pStyle w:val="Yellow"/>
        <w:rPr/>
      </w:pPr>
      <w:r>
        <w:rPr>
          <w:b/>
          <w:shd w:val="clear" w:color="auto" w:fill="C00000"/>
          <w:color w:val="FFFFFF"/>
        </w:rPr>
        <w:t>Mark 3:35</w:t>
      </w:r>
      <w:r>
        <w:rPr>
          <w:shd w:val="clear" w:color="auto" w:fill="C00000"/>
          <w:color w:val="FFFFFF"/>
        </w:rPr>
        <w:t xml:space="preserve"> — </w:t>
      </w:r>
      <w:r>
        <w:rPr>
          <w:shd w:val="clear" w:color="auto" w:fill="C00000"/>
          <w:color w:val="FFFFFF"/>
        </w:rPr>
        <w:t>whoever does the will of God is My brother and sister and mother</w:t>
      </w:r>
      <w:r>
        <w:rPr>
          <w:b w:val="false"/>
          <w:i w:val="false"/>
          <w:u w:val="none"/>
          <w:shd w:val="clear" w:color="auto" w:fill="C00000"/>
          <w:color w:val="FFFFFF"/>
        </w:rPr>
        <w:t xml:space="preserve"> [2LZS]</w:t>
      </w:r>
      <w:r>
        <w:rPr>
          <w:shd w:val="clear" w:color="auto" w:fill="C00000"/>
          <w:color w:val="FFFFFF"/>
        </w:rPr>
        <w:t>.”</w:t>
      </w:r>
    </w:p>
    <w:p>
      <w:pPr>
        <w:pStyle w:val="Yellow"/>
        <w:rPr/>
      </w:pPr>
      <w:r>
        <w:rPr>
          <w:b/>
        </w:rPr>
        <w:t>John 14:21</w:t>
      </w:r>
      <w:r>
        <w:rPr/>
        <w:t xml:space="preserve"> — </w:t>
      </w:r>
      <w:r>
        <w:rPr>
          <w:shd w:fill="B7DDE8" w:val="clear"/>
        </w:rPr>
        <w:t xml:space="preserve">Whoever has My </w:t>
      </w:r>
      <w:r>
        <w:rPr>
          <w:shd w:fill="B7DDE8" w:val="clear"/>
        </w:rPr>
        <w:t>commandments</w:t>
      </w:r>
      <w:r>
        <w:rPr>
          <w:shd w:fill="B7DDE8" w:val="clear"/>
        </w:rPr>
        <w:t xml:space="preserve"> and keeps them is the one who loves Me</w:t>
      </w:r>
      <w:r>
        <w:rPr>
          <w:b w:val="false"/>
          <w:i w:val="false"/>
          <w:color w:val="000000"/>
          <w:u w:val="none"/>
        </w:rPr>
        <w:t xml:space="preserve"> [1WZ]</w:t>
      </w:r>
      <w:r>
        <w:rPr/>
        <w:t xml:space="preserve">. </w:t>
      </w:r>
      <w:r>
        <w:rPr>
          <w:shd w:fill="B7DDE8" w:val="clear"/>
        </w:rPr>
        <w:t>The one who loves Me will be loved by My Father</w:t>
      </w:r>
      <w:r>
        <w:rPr>
          <w:b w:val="false"/>
          <w:i w:val="false"/>
          <w:u w:val="none"/>
          <w:color w:val="000000"/>
        </w:rPr>
        <w:t xml:space="preserve"> [2TP]</w:t>
      </w:r>
      <w:r>
        <w:rPr/>
        <w:t xml:space="preserve">, and </w:t>
      </w:r>
      <w:r>
        <w:rPr>
          <w:shd w:fill="B7DDE8" w:val="clear"/>
        </w:rPr>
        <w:t>I will love him</w:t>
      </w:r>
      <w:r>
        <w:rPr>
          <w:b w:val="false"/>
          <w:i w:val="false"/>
          <w:u w:val="none"/>
          <w:color w:val="000000"/>
        </w:rPr>
        <w:t xml:space="preserve"> [1XA]</w:t>
      </w:r>
      <w:r>
        <w:rPr/>
        <w:t xml:space="preserve"> and </w:t>
      </w:r>
      <w:r>
        <w:rPr>
          <w:shd w:fill="B7DDE8" w:val="clear"/>
        </w:rPr>
        <w:t>reveal Myself to him</w:t>
      </w:r>
      <w:r>
        <w:rPr>
          <w:b w:val="false"/>
          <w:i w:val="false"/>
          <w:color w:val="000000"/>
          <w:u w:val="none"/>
        </w:rPr>
        <w:t xml:space="preserve"> [1XB]</w:t>
      </w:r>
      <w:r>
        <w:rPr/>
        <w:t>.</w:t>
      </w:r>
    </w:p>
    <w:p>
      <w:pPr>
        <w:pStyle w:val="Yellow"/>
        <w:rPr/>
      </w:pPr>
      <w:r>
        <w:rPr>
          <w:b/>
        </w:rPr>
        <w:t>John 15:10</w:t>
      </w:r>
      <w:r>
        <w:rPr/>
        <w:t xml:space="preserve"> — </w:t>
      </w:r>
      <w:r>
        <w:rPr>
          <w:shd w:fill="B7DDE8" w:val="clear"/>
        </w:rPr>
        <w:t xml:space="preserve">If you </w:t>
      </w:r>
      <w:r>
        <w:rPr>
          <w:shd w:fill="B7DDE8" w:val="clear"/>
        </w:rPr>
        <w:t>keep My commandments</w:t>
      </w:r>
      <w:r>
        <w:rPr>
          <w:shd w:fill="B7DDE8" w:val="clear"/>
        </w:rPr>
        <w:t>, you will remain in My love</w:t>
      </w:r>
      <w:r>
        <w:rPr>
          <w:b w:val="false"/>
          <w:i w:val="false"/>
          <w:color w:val="000000"/>
          <w:u w:val="none"/>
        </w:rPr>
        <w:t xml:space="preserve"> [1WV]</w:t>
      </w:r>
      <w:r>
        <w:rPr/>
        <w:t xml:space="preserve">, just as </w:t>
      </w:r>
      <w:r>
        <w:rPr>
          <w:shd w:fill="B7DDE8" w:val="clear"/>
        </w:rPr>
        <w:t xml:space="preserve">I have kept My Father’s </w:t>
      </w:r>
      <w:r>
        <w:rPr>
          <w:shd w:fill="B7DDE8" w:val="clear"/>
        </w:rPr>
        <w:t>commandments</w:t>
      </w:r>
      <w:r>
        <w:rPr>
          <w:shd w:fill="B7DDE8" w:val="clear"/>
        </w:rPr>
        <w:t xml:space="preserve"> and remain in His love</w:t>
      </w:r>
      <w:r>
        <w:rPr>
          <w:b w:val="false"/>
          <w:i w:val="false"/>
          <w:color w:val="000000"/>
          <w:u w:val="none"/>
        </w:rPr>
        <w:t xml:space="preserve"> [1WW]</w:t>
      </w:r>
      <w:r>
        <w:rPr/>
        <w:t>.</w:t>
      </w:r>
    </w:p>
    <w:p>
      <w:pPr>
        <w:pStyle w:val="Yellow"/>
        <w:rPr/>
      </w:pPr>
      <w:r>
        <w:rPr/>
        <w:t xml:space="preserve">(Jn15:12ᶜ Jesus’ command: “love one another”) </w:t>
      </w:r>
      <w:r>
        <w:rPr>
          <w:b/>
        </w:rPr>
        <w:t>John 15:14</w:t>
      </w:r>
      <w:r>
        <w:rPr/>
        <w:t xml:space="preserve"> — </w:t>
      </w:r>
      <w:r>
        <w:rPr>
          <w:shd w:fill="B7DDE8" w:val="clear"/>
        </w:rPr>
        <w:t xml:space="preserve">You are My friends if you do {what I </w:t>
      </w:r>
      <w:r>
        <w:rPr>
          <w:shd w:fill="B7DDE8" w:val="clear"/>
        </w:rPr>
        <w:t>command</w:t>
      </w:r>
      <w:r>
        <w:rPr>
          <w:shd w:fill="B7DDE8" w:val="clear"/>
        </w:rPr>
        <w:t xml:space="preserve"> you}</w:t>
      </w:r>
      <w:r>
        <w:rPr>
          <w:b w:val="false"/>
          <w:i w:val="false"/>
          <w:color w:val="000000"/>
          <w:u w:val="none"/>
        </w:rPr>
        <w:t xml:space="preserve"> [1WD]</w:t>
      </w:r>
      <w:r>
        <w:rPr/>
        <w:t>.</w:t>
      </w:r>
    </w:p>
    <w:p>
      <w:pPr>
        <w:pStyle w:val="Yellow"/>
        <w:rPr/>
      </w:pPr>
      <w:r>
        <w:rPr/>
        <w:t xml:space="preserve">(1Jn1:5 “God”) </w:t>
      </w:r>
      <w:r>
        <w:rPr>
          <w:b/>
        </w:rPr>
        <w:t>1 John 2:4</w:t>
      </w:r>
      <w:r>
        <w:rPr/>
        <w:t xml:space="preserve"> — </w:t>
      </w:r>
      <w:r>
        <w:rPr>
          <w:shd w:fill="B7DDE8" w:val="clear"/>
        </w:rPr>
        <w:t xml:space="preserve">If anyone says, “I know {Him},” but does not </w:t>
      </w:r>
      <w:r>
        <w:rPr>
          <w:shd w:fill="B7DDE8" w:val="clear"/>
        </w:rPr>
        <w:t>keep His commandments</w:t>
      </w:r>
      <w:r>
        <w:rPr>
          <w:shd w:fill="B7DDE8" w:val="clear"/>
        </w:rPr>
        <w:t>, he is a liar</w:t>
      </w:r>
      <w:r>
        <w:rPr>
          <w:b w:val="false"/>
          <w:i w:val="false"/>
          <w:color w:val="000000"/>
          <w:u w:val="none"/>
        </w:rPr>
        <w:t xml:space="preserve"> [1WK]</w:t>
      </w:r>
      <w:r>
        <w:rPr/>
        <w:t xml:space="preserve">, and </w:t>
      </w:r>
      <w:r>
        <w:rPr>
          <w:shd w:fill="B7DDE8" w:val="clear"/>
        </w:rPr>
        <w:t>the truth is not in him</w:t>
      </w:r>
      <w:r>
        <w:rPr>
          <w:b w:val="false"/>
          <w:i w:val="false"/>
          <w:color w:val="000000"/>
          <w:u w:val="none"/>
        </w:rPr>
        <w:t xml:space="preserve"> [2WL]</w:t>
      </w:r>
      <w:r>
        <w:rPr/>
        <w:t>.</w:t>
      </w:r>
    </w:p>
    <w:p>
      <w:pPr>
        <w:pStyle w:val="Yellow"/>
        <w:rPr/>
      </w:pPr>
      <w:r>
        <w:rPr>
          <w:b/>
        </w:rPr>
        <w:t>1 John 2:5</w:t>
      </w:r>
      <w:r>
        <w:rPr/>
        <w:t xml:space="preserve"> — But </w:t>
      </w:r>
      <w:r>
        <w:rPr>
          <w:shd w:fill="B7DDE8" w:val="clear"/>
        </w:rPr>
        <w:t>if anyone keeps His word, the love of God has been truly perfected in him</w:t>
      </w:r>
      <w:r>
        <w:rPr>
          <w:b w:val="false"/>
          <w:i w:val="false"/>
          <w:color w:val="000000"/>
          <w:u w:val="none"/>
        </w:rPr>
        <w:t xml:space="preserve"> [1LYF]</w:t>
      </w:r>
      <w:r>
        <w:rPr/>
        <w:t>.</w:t>
      </w:r>
    </w:p>
    <w:p>
      <w:pPr>
        <w:pStyle w:val="Yellow"/>
        <w:rPr/>
      </w:pPr>
      <w:r>
        <w:rPr>
          <w:b/>
        </w:rPr>
        <w:t>1 John 3:24</w:t>
      </w:r>
      <w:r>
        <w:rPr/>
        <w:t xml:space="preserve"> — </w:t>
      </w:r>
      <w:r>
        <w:rPr>
          <w:shd w:fill="B7DDE8" w:val="clear"/>
        </w:rPr>
        <w:t xml:space="preserve">Whoever </w:t>
      </w:r>
      <w:r>
        <w:rPr>
          <w:shd w:fill="B7DDE8" w:val="clear"/>
        </w:rPr>
        <w:t>keeps His commandments</w:t>
      </w:r>
      <w:r>
        <w:rPr>
          <w:shd w:fill="B7DDE8" w:val="clear"/>
        </w:rPr>
        <w:t xml:space="preserve"> remains in God, and God in him</w:t>
      </w:r>
      <w:r>
        <w:rPr>
          <w:b w:val="false"/>
          <w:i w:val="false"/>
          <w:color w:val="000000"/>
          <w:u w:val="none"/>
        </w:rPr>
        <w:t xml:space="preserve"> [1WX]</w:t>
      </w:r>
      <w:r>
        <w:rPr/>
        <w:t xml:space="preserve">. And by this </w:t>
      </w:r>
      <w:r>
        <w:rPr>
          <w:shd w:fill="B7DDE8" w:val="clear"/>
        </w:rPr>
        <w:t>we know that He remains in us: by the Spirit He has given us</w:t>
      </w:r>
      <w:r>
        <w:rPr>
          <w:b w:val="false"/>
          <w:i w:val="false"/>
          <w:color w:val="000000"/>
          <w:u w:val="none"/>
        </w:rPr>
        <w:t xml:space="preserve"> [1WY]</w:t>
      </w:r>
      <w:r>
        <w:rPr/>
        <w:t>.</w:t>
      </w:r>
    </w:p>
    <w:p>
      <w:pPr>
        <w:pStyle w:val="Yellow"/>
        <w:rPr/>
      </w:pPr>
      <w:r>
        <w:rPr>
          <w:b/>
        </w:rPr>
        <w:t>1 John 5:3</w:t>
      </w:r>
      <w:r>
        <w:rPr/>
        <w:t xml:space="preserve"> — For </w:t>
      </w:r>
      <w:r>
        <w:rPr>
          <w:shd w:fill="B7DDE8" w:val="clear"/>
        </w:rPr>
        <w:t xml:space="preserve">this is the </w:t>
      </w:r>
      <w:r>
        <w:rPr>
          <w:shd w:fill="B7DDE8" w:val="clear"/>
        </w:rPr>
        <w:t>love</w:t>
      </w:r>
      <w:r>
        <w:rPr>
          <w:shd w:fill="B7DDE8" w:val="clear"/>
        </w:rPr>
        <w:t xml:space="preserve"> of God, that we </w:t>
      </w:r>
      <w:r>
        <w:rPr>
          <w:shd w:fill="B7DDE8" w:val="clear"/>
        </w:rPr>
        <w:t>keep His commandments</w:t>
      </w:r>
      <w:r>
        <w:rPr>
          <w:b w:val="false"/>
          <w:i w:val="false"/>
          <w:color w:val="000000"/>
          <w:u w:val="none"/>
        </w:rPr>
        <w:t xml:space="preserve"> [1WR]</w:t>
      </w:r>
      <w:r>
        <w:rPr/>
        <w:t xml:space="preserve">. And </w:t>
      </w:r>
      <w:r>
        <w:rPr/>
        <w:t xml:space="preserve">His </w:t>
      </w:r>
      <w:r>
        <w:rPr/>
        <w:t>commandments</w:t>
      </w:r>
      <w:r>
        <w:rPr/>
        <w:t xml:space="preserve"> are not burdensome</w:t>
      </w:r>
      <w:r>
        <w:rPr>
          <w:b w:val="false"/>
          <w:i w:val="false"/>
          <w:color w:val="000000"/>
          <w:u w:val="none"/>
        </w:rPr>
        <w:t xml:space="preserve"> [2WS]</w:t>
      </w:r>
    </w:p>
    <w:p>
      <w:r>
        <w:rPr>
          <w:b/>
          <w:sz w:val="32"/>
          <w:highlight w:val="yellow"/>
        </w:rPr>
        <w:t>Persecution  (28)</w:t>
      </w:r>
    </w:p>
    <w:p>
      <w:pPr>
        <w:pStyle w:val="Yellow"/>
        <w:rPr/>
      </w:pPr>
      <w:r>
        <w:rPr>
          <w:b/>
        </w:rPr>
        <w:t>Psalm 34:19</w:t>
      </w:r>
      <w:r>
        <w:rPr/>
        <w:t xml:space="preserve"> — </w:t>
      </w:r>
      <w:r>
        <w:rPr>
          <w:shd w:val="clear" w:fill="B7DDE8"/>
        </w:rPr>
        <w:t>Many are the afflictions of the righteous</w:t>
      </w:r>
      <w:r>
        <w:rPr>
          <w:b w:val="false"/>
          <w:i w:val="false"/>
          <w:color w:val="000000"/>
          <w:u w:val="none"/>
        </w:rPr>
        <w:t xml:space="preserve"> [1FFZ]</w:t>
      </w:r>
      <w:r>
        <w:rPr/>
        <w:t xml:space="preserve">, but </w:t>
      </w:r>
      <w:r>
        <w:rPr>
          <w:shd w:val="clear" w:fill="B7DDE8"/>
        </w:rPr>
        <w:t>the LORD delivers him from them all</w:t>
      </w:r>
      <w:r>
        <w:rPr>
          <w:b w:val="false"/>
          <w:i w:val="false"/>
          <w:color w:val="000000"/>
          <w:u w:val="none"/>
        </w:rPr>
        <w:t xml:space="preserve"> [2FGA]</w:t>
      </w:r>
      <w:r>
        <w:rPr/>
        <w:t>.</w:t>
      </w:r>
    </w:p>
    <w:p>
      <w:pPr>
        <w:pStyle w:val="Yellow"/>
        <w:rPr/>
      </w:pPr>
      <w:r>
        <w:rPr/>
        <w:t xml:space="preserve">(Ps44:17ᶜ “though we have not forgotten You or betrayed Your covenant”) </w:t>
      </w:r>
      <w:r>
        <w:rPr>
          <w:b/>
        </w:rPr>
        <w:t xml:space="preserve">Psalm 44:13</w:t>
      </w:r>
      <w:r>
        <w:rPr/>
        <w:t xml:space="preserve"> — </w:t>
      </w:r>
      <w:r>
        <w:rPr>
          <w:shd w:fill="B7DDE8" w:val="clear"/>
        </w:rPr>
        <w:t xml:space="preserve">You have made us a reproach to our neighbors, a mockery and derision to those around us</w:t>
      </w:r>
      <w:r>
        <w:rPr>
          <w:b w:val="false"/>
          <w:i w:val="false"/>
          <w:color w:val="000000"/>
          <w:u w:val="none"/>
        </w:rPr>
        <w:t xml:space="preserve"> [1LPQ]</w:t>
      </w:r>
      <w:r>
        <w:rPr/>
        <w:t xml:space="preserve">.</w:t>
      </w:r>
    </w:p>
    <w:p>
      <w:pPr>
        <w:pStyle w:val="Yellow"/>
        <w:rPr/>
      </w:pPr>
      <w:r>
        <w:rPr>
          <w:b/>
        </w:rPr>
        <w:t>Isaiah 66:5</w:t>
      </w:r>
      <w:r>
        <w:rPr/>
        <w:t xml:space="preserve"> — </w:t>
      </w:r>
      <w:r>
        <w:rPr>
          <w:shd w:val="clear" w:fill="B7DDE8"/>
        </w:rPr>
        <w:t>You who tremble at His word, hear the word of the LORD</w:t>
      </w:r>
      <w:r>
        <w:rPr>
          <w:b w:val="false"/>
          <w:i w:val="false"/>
          <w:u w:val="none"/>
          <w:color w:val="000000"/>
        </w:rPr>
        <w:t xml:space="preserve"> [1TE]</w:t>
      </w:r>
      <w:r>
        <w:rPr/>
        <w:t>: “</w:t>
      </w:r>
      <w:r>
        <w:rPr>
          <w:shd w:val="clear" w:fill="B7DDE8"/>
        </w:rPr>
        <w:t>Your brothers who hate you and exclude you because of My name</w:t>
      </w:r>
      <w:r>
        <w:rPr>
          <w:b w:val="false"/>
          <w:i w:val="false"/>
          <w:u w:val="none"/>
          <w:color w:val="000000"/>
        </w:rPr>
        <w:t xml:space="preserve"> [1TF]</w:t>
      </w:r>
      <w:r>
        <w:rPr/>
        <w:t xml:space="preserve"> have said, ‘</w:t>
      </w:r>
      <w:r>
        <w:rPr>
          <w:shd w:val="clear" w:fill="B7DDE8"/>
        </w:rPr>
        <w:t>Let the LORD be glorified that we may see your joy!</w:t>
      </w:r>
      <w:r>
        <w:rPr>
          <w:b w:val="false"/>
          <w:i w:val="false"/>
          <w:color w:val="000000"/>
          <w:u w:val="none"/>
        </w:rPr>
        <w:t xml:space="preserve"> [1TG]</w:t>
      </w:r>
      <w:r>
        <w:rPr/>
        <w:t xml:space="preserve">’ But </w:t>
      </w:r>
      <w:r>
        <w:rPr>
          <w:shd w:val="clear" w:fill="B7DDE8"/>
        </w:rPr>
        <w:t>they will be put to shame</w:t>
      </w:r>
      <w:r>
        <w:rPr>
          <w:b w:val="false"/>
          <w:i w:val="false"/>
          <w:u w:val="none"/>
          <w:color w:val="000000"/>
        </w:rPr>
        <w:t xml:space="preserve"> [3TH]</w:t>
      </w:r>
      <w:r>
        <w:rPr/>
        <w:t>.”</w:t>
      </w:r>
    </w:p>
    <w:p>
      <w:pPr>
        <w:pStyle w:val="Yellow"/>
        <w:rPr/>
      </w:pPr>
      <w:r>
        <w:rPr>
          <w:b/>
        </w:rPr>
        <w:t>Matthew 5:10</w:t>
      </w:r>
      <w:r>
        <w:rPr/>
        <w:t xml:space="preserve"> — </w:t>
      </w:r>
      <w:r>
        <w:rPr>
          <w:shd w:val="clear" w:fill="B7DDE8"/>
        </w:rPr>
        <w:t>Blessed are those who are persecuted because of righteousness</w:t>
      </w:r>
      <w:r>
        <w:rPr>
          <w:b w:val="false"/>
          <w:i w:val="false"/>
          <w:color w:val="000000"/>
          <w:u w:val="none"/>
        </w:rPr>
        <w:t xml:space="preserve"> [1EJE]</w:t>
      </w:r>
      <w:r>
        <w:rPr/>
        <w:t xml:space="preserve">, for </w:t>
      </w:r>
      <w:r>
        <w:rPr>
          <w:color w:val="000000"/>
        </w:rPr>
        <w:t>theirs is the kingdom of heaven</w:t>
      </w:r>
      <w:r>
        <w:rPr>
          <w:b w:val="false"/>
          <w:i w:val="false"/>
          <w:color w:val="000000"/>
          <w:u w:val="none"/>
        </w:rPr>
        <w:t xml:space="preserve"> [3EJF]</w:t>
      </w:r>
      <w:r>
        <w:rPr/>
        <w:t>.</w:t>
      </w:r>
    </w:p>
    <w:p>
      <w:pPr>
        <w:pStyle w:val="Yellow"/>
        <w:rPr/>
      </w:pPr>
      <w:r>
        <w:rPr>
          <w:b/>
        </w:rPr>
        <w:t>Matthew 5:11–12</w:t>
      </w:r>
      <w:r>
        <w:rPr/>
        <w:t xml:space="preserve"> — </w:t>
      </w:r>
      <w:r>
        <w:rPr>
          <w:shd w:val="clear" w:fill="B7DDE8"/>
        </w:rPr>
        <w:t>Blessed are you when people insult you, persecute you, and falsely say all kinds of evil against you because of Me</w:t>
      </w:r>
      <w:r>
        <w:rPr>
          <w:b w:val="false"/>
          <w:i w:val="false"/>
          <w:u w:val="none"/>
          <w:color w:val="000000"/>
        </w:rPr>
        <w:t xml:space="preserve"> [1FKL]</w:t>
      </w:r>
      <w:r>
        <w:rPr/>
        <w:t xml:space="preserve">. </w:t>
      </w:r>
      <w:r>
        <w:rPr>
          <w:shd w:val="clear" w:fill="B7DDE8"/>
        </w:rPr>
        <w:t>Rejoice and be glad</w:t>
      </w:r>
      <w:r>
        <w:rPr>
          <w:b w:val="false"/>
          <w:i w:val="false"/>
          <w:u w:val="none"/>
          <w:color w:val="000000"/>
        </w:rPr>
        <w:t xml:space="preserve"> [2FKM]</w:t>
      </w:r>
      <w:r>
        <w:rPr/>
        <w:t xml:space="preserve">, because </w:t>
      </w:r>
      <w:r>
        <w:rPr>
          <w:shd w:val="clear" w:fill="B7DDE8"/>
        </w:rPr>
        <w:t>great is your reward in heaven</w:t>
      </w:r>
      <w:r>
        <w:rPr>
          <w:b w:val="false"/>
          <w:i w:val="false"/>
          <w:color w:val="000000"/>
          <w:u w:val="none"/>
        </w:rPr>
        <w:t xml:space="preserve"> [2AOV]</w:t>
      </w:r>
      <w:r>
        <w:rPr/>
        <w:t xml:space="preserve">, for </w:t>
      </w:r>
      <w:r>
        <w:rPr>
          <w:shd w:val="clear" w:fill="B7DDE8"/>
        </w:rPr>
        <w:t>in the same way they persecuted the prophets before you</w:t>
      </w:r>
      <w:r>
        <w:rPr>
          <w:b w:val="false"/>
          <w:i w:val="false"/>
          <w:u w:val="none"/>
          <w:color w:val="000000"/>
        </w:rPr>
        <w:t xml:space="preserve"> [1FKN]</w:t>
      </w:r>
      <w:r>
        <w:rPr/>
        <w:t>.</w:t>
      </w:r>
    </w:p>
    <w:p>
      <w:pPr>
        <w:pStyle w:val="Yellow"/>
        <w:rPr/>
      </w:pPr>
      <w:r>
        <w:rPr>
          <w:b/>
          <w:shd w:val="clear" w:color="auto" w:fill="548235"/>
          <w:color w:val="FFFFFF"/>
        </w:rPr>
        <w:t xml:space="preserve">Matthew 10:21</w:t>
      </w:r>
      <w:r>
        <w:rPr>
          <w:shd w:val="clear" w:color="auto" w:fill="548235"/>
          <w:color w:val="FFFFFF"/>
        </w:rPr>
        <w:t xml:space="preserve"> — </w:t>
      </w:r>
      <w:r>
        <w:rPr>
          <w:shd w:fill="548235" w:val="clear" w:color="auto"/>
          <w:color w:val="FFFFFF"/>
        </w:rPr>
        <w:t xml:space="preserve">Brother will betray brother to death, and a father his child</w:t>
      </w:r>
      <w:r>
        <w:rPr>
          <w:b w:val="false"/>
          <w:i w:val="false"/>
          <w:color w:val="FFFFFF"/>
          <w:u w:val="none"/>
          <w:shd w:val="clear" w:color="auto" w:fill="548235"/>
        </w:rPr>
        <w:t xml:space="preserve"> [1IUO]</w:t>
      </w:r>
      <w:r>
        <w:rPr>
          <w:shd w:val="clear" w:color="auto" w:fill="548235"/>
          <w:color w:val="FFFFFF"/>
        </w:rPr>
        <w:t xml:space="preserve">; </w:t>
      </w:r>
      <w:r>
        <w:rPr>
          <w:shd w:fill="548235" w:val="clear" w:color="auto"/>
          <w:color w:val="FFFFFF"/>
        </w:rPr>
        <w:t xml:space="preserve">children will rise against their parents and have them put to death</w:t>
      </w:r>
      <w:r>
        <w:rPr>
          <w:b w:val="false"/>
          <w:i w:val="false"/>
          <w:color w:val="FFFFFF"/>
          <w:u w:val="none"/>
          <w:shd w:val="clear" w:color="auto" w:fill="548235"/>
        </w:rPr>
        <w:t xml:space="preserve"> [1IUP]</w:t>
      </w:r>
      <w:r>
        <w:rPr>
          <w:shd w:val="clear" w:color="auto" w:fill="548235"/>
          <w:color w:val="FFFFFF"/>
        </w:rPr>
        <w:t xml:space="preserve">.</w:t>
      </w:r>
    </w:p>
    <w:p>
      <w:pPr>
        <w:pStyle w:val="Yellow"/>
        <w:rPr/>
        <w:shd w:val="clear" w:color="auto" w:fill="E4DFEC"/>
        <w:pBdr>
          <w:left w:val="single" w:sz="28" w:space="5" w:color="B4A7D6"/>
        </w:pBdr>
      </w:pPr>
      <w:r>
        <w:rPr>
          <w:b/>
        </w:rPr>
        <w:t>Matthew 10:22</w:t>
      </w:r>
      <w:r>
        <w:t xml:space="preserve"> — </w:t>
      </w:r>
      <w:r>
        <w:rPr>
          <w:shd w:fill="B7DDE8" w:val="clear"/>
        </w:rPr>
        <w:t>You will be hated by everyone because of My name</w:t>
      </w:r>
      <w:r>
        <w:rPr>
          <w:b w:val="false"/>
          <w:i w:val="false"/>
          <w:color w:val="000000"/>
          <w:u w:val="none"/>
        </w:rPr>
        <w:t xml:space="preserve"> [2BUG]</w:t>
      </w:r>
      <w:r>
        <w:t xml:space="preserve">, but </w:t>
      </w:r>
      <w:r>
        <w:rPr>
          <w:shd w:fill="B7DDE8" w:val="clear"/>
        </w:rPr>
        <w:t>the one who perseveres to the end will be saved</w:t>
      </w:r>
      <w:r>
        <w:rPr>
          <w:b w:val="false"/>
          <w:i w:val="false"/>
          <w:color w:val="000000"/>
          <w:u w:val="none"/>
        </w:rPr>
        <w:t xml:space="preserve"> [2BUH]</w:t>
      </w:r>
      <w:r>
        <w:t>.</w:t>
      </w:r>
    </w:p>
    <w:p>
      <w:pPr>
        <w:pStyle w:val="Yellow"/>
        <w:rPr/>
        <w:pBdr>
          <w:left w:val="single" w:sz="28" w:space="5" w:color="C00000"/>
        </w:pBdr>
      </w:pPr>
      <w:r>
        <w:rPr>
          <w:shd w:val="clear" w:color="auto" w:fill="548235"/>
          <w:color w:val="FFFFFF"/>
        </w:rPr>
        <w:t xml:space="preserve">(Mt24:3ᶜ Regarding Jesus’ “coming” and “the end of the age” / 8ᶜ After “the beginning of birth pains”¹) </w:t>
      </w:r>
      <w:r>
        <w:rPr>
          <w:b/>
          <w:shd w:val="clear" w:color="auto" w:fill="548235"/>
          <w:color w:val="FFFFFF"/>
        </w:rPr>
        <w:t xml:space="preserve">Matthew 24:9</w:t>
      </w:r>
      <w:r>
        <w:rPr>
          <w:shd w:val="clear" w:color="auto" w:fill="548235"/>
          <w:color w:val="FFFFFF"/>
        </w:rPr>
        <w:t xml:space="preserve"> — {Then} </w:t>
      </w:r>
      <w:r>
        <w:rPr>
          <w:shd w:fill="548235" w:val="clear" w:color="auto"/>
          <w:color w:val="FFFFFF"/>
        </w:rPr>
        <w:t xml:space="preserve">they will deliver you over to be persecuted and killed</w:t>
      </w:r>
      <w:r>
        <w:rPr>
          <w:b w:val="false"/>
          <w:i w:val="false"/>
          <w:color w:val="FFFFFF"/>
          <w:u w:val="none"/>
          <w:shd w:val="clear" w:color="auto" w:fill="548235"/>
        </w:rPr>
        <w:t xml:space="preserve"> [1IUY]</w:t>
      </w:r>
      <w:r>
        <w:rPr>
          <w:shd w:val="clear" w:color="auto" w:fill="548235"/>
          <w:color w:val="FFFFFF"/>
        </w:rPr>
        <w:t xml:space="preserve">, and </w:t>
      </w:r>
      <w:r>
        <w:rPr>
          <w:shd w:fill="548235" w:val="clear" w:color="auto"/>
          <w:color w:val="FFFFFF"/>
        </w:rPr>
        <w:t xml:space="preserve">you will be hated by all nations because of My name</w:t>
      </w:r>
      <w:r>
        <w:rPr>
          <w:b w:val="false"/>
          <w:i w:val="false"/>
          <w:u w:val="none"/>
          <w:color w:val="FFFFFF"/>
          <w:shd w:val="clear" w:color="auto" w:fill="548235"/>
        </w:rPr>
        <w:t xml:space="preserve"> [1IUZ]</w:t>
      </w:r>
      <w:r>
        <w:rPr>
          <w:shd w:val="clear" w:color="auto" w:fill="548235"/>
          <w:color w:val="FFFFFF"/>
        </w:rPr>
        <w:t xml:space="preserve">.</w:t>
      </w:r>
    </w:p>
    <w:p>
      <w:pPr>
        <w:pStyle w:val="Yellow"/>
        <w:rPr/>
        <w:pBdr>
          <w:left w:val="single" w:sz="28" w:space="5" w:color="C00000"/>
        </w:pBdr>
      </w:pPr>
      <w:r>
        <w:rPr>
          <w:b/>
        </w:rPr>
        <w:t>Luke 6:22–23</w:t>
      </w:r>
      <w:r>
        <w:t xml:space="preserve"> — </w:t>
      </w:r>
      <w:r>
        <w:rPr>
          <w:shd w:fill="F4B183" w:val="clear" w:color="auto"/>
          <w:color w:val="000000"/>
        </w:rPr>
        <w:t>Blessed are you when people hate you, and when they exclude you and insult you and reject your name as evil because of the Son of Man</w:t>
      </w:r>
      <w:r>
        <w:rPr>
          <w:b w:val="false"/>
          <w:i w:val="false"/>
          <w:color w:val="000000"/>
          <w:u w:val="none"/>
          <w:shd w:val="clear" w:color="auto" w:fill="F4B183"/>
        </w:rPr>
        <w:t xml:space="preserve"> [1AOT]</w:t>
      </w:r>
      <w:r>
        <w:t xml:space="preserve">. </w:t>
      </w:r>
      <w:r>
        <w:rPr>
          <w:shd w:fill="B7DDE8" w:val="clear"/>
        </w:rPr>
        <w:t>Rejoice in that day and leap for joy</w:t>
      </w:r>
      <w:r>
        <w:rPr>
          <w:b w:val="false"/>
          <w:i w:val="false"/>
          <w:color w:val="000000"/>
          <w:u w:val="none"/>
        </w:rPr>
        <w:t xml:space="preserve"> [1AOU]</w:t>
      </w:r>
      <w:r>
        <w:rPr>
          <w:shd w:fill="B7DDE8" w:val="clear"/>
        </w:rPr>
        <w:t xml:space="preserve">, because </w:t>
      </w:r>
      <w:r>
        <w:rPr>
          <w:shd w:fill="B7DDE8" w:val="clear"/>
        </w:rPr>
        <w:t>great is your reward in heaven</w:t>
      </w:r>
      <w:r>
        <w:rPr>
          <w:b w:val="false"/>
          <w:i w:val="false"/>
          <w:color w:val="000000"/>
          <w:u w:val="none"/>
        </w:rPr>
        <w:t xml:space="preserve"> [2AOV]</w:t>
      </w:r>
      <w:r>
        <w:t>.</w:t>
      </w:r>
    </w:p>
    <w:p>
      <w:pPr>
        <w:pStyle w:val="Yellow"/>
        <w:rPr/>
      </w:pPr>
      <w:r>
        <w:rPr>
          <w:b/>
        </w:rPr>
        <w:t xml:space="preserve">Luke 21:12</w:t>
      </w:r>
      <w:r>
        <w:rPr/>
        <w:t xml:space="preserve"> — </w:t>
      </w:r>
      <w:r>
        <w:rPr>
          <w:shd w:fill="B7DDE8" w:val="clear"/>
        </w:rPr>
        <w:t xml:space="preserve">they will seize you</w:t>
      </w:r>
      <w:r>
        <w:rPr>
          <w:b w:val="false"/>
          <w:i w:val="false"/>
          <w:color w:val="000000"/>
          <w:u w:val="none"/>
        </w:rPr>
        <w:t xml:space="preserve"> [1KST]</w:t>
      </w:r>
      <w:r>
        <w:rPr/>
        <w:t xml:space="preserve"> and </w:t>
      </w:r>
      <w:r>
        <w:rPr>
          <w:shd w:fill="B7DDE8" w:val="clear"/>
        </w:rPr>
        <w:t xml:space="preserve">persecute you</w:t>
      </w:r>
      <w:r>
        <w:rPr>
          <w:b w:val="false"/>
          <w:i w:val="false"/>
          <w:color w:val="000000"/>
          <w:u w:val="none"/>
        </w:rPr>
        <w:t xml:space="preserve"> [1KSU]</w:t>
      </w:r>
      <w:r>
        <w:rPr/>
        <w:t xml:space="preserve">. </w:t>
      </w:r>
      <w:r>
        <w:rPr>
          <w:shd w:fill="B7DDE8" w:val="clear"/>
        </w:rPr>
        <w:t xml:space="preserve">On account of My name they will deliver you to the synagogues and prisons</w:t>
      </w:r>
      <w:r>
        <w:rPr>
          <w:b w:val="false"/>
          <w:i w:val="false"/>
          <w:color w:val="000000"/>
          <w:u w:val="none"/>
        </w:rPr>
        <w:t xml:space="preserve"> [1KSV]</w:t>
      </w:r>
      <w:r>
        <w:rPr/>
        <w:t xml:space="preserve">, and </w:t>
      </w:r>
      <w:r>
        <w:rPr>
          <w:color w:val="auto"/>
        </w:rPr>
        <w:t xml:space="preserve">they will bring you before kings and governors</w:t>
      </w:r>
      <w:r>
        <w:rPr>
          <w:b w:val="false"/>
          <w:i w:val="false"/>
          <w:color w:val="auto"/>
          <w:u w:val="none"/>
        </w:rPr>
        <w:t xml:space="preserve"> [1KSW]</w:t>
      </w:r>
      <w:r>
        <w:rPr/>
        <w:t xml:space="preserve">.</w:t>
      </w:r>
    </w:p>
    <w:p>
      <w:pPr>
        <w:pStyle w:val="Yellow"/>
        <w:rPr/>
      </w:pPr>
      <w:r>
        <w:rPr>
          <w:b/>
        </w:rPr>
        <w:t xml:space="preserve">Luke 21:16-17</w:t>
      </w:r>
      <w:r>
        <w:rPr/>
        <w:t xml:space="preserve"> — </w:t>
      </w:r>
      <w:r>
        <w:rPr>
          <w:shd w:fill="B7DDE8" w:val="clear"/>
        </w:rPr>
        <w:t xml:space="preserve">You will be betrayed even by parents and brothers and relatives and friends</w:t>
      </w:r>
      <w:r>
        <w:rPr>
          <w:b w:val="false"/>
          <w:i w:val="false"/>
          <w:color w:val="000000"/>
          <w:u w:val="none"/>
        </w:rPr>
        <w:t xml:space="preserve"> [1IVA]</w:t>
      </w:r>
      <w:r>
        <w:rPr/>
        <w:t xml:space="preserve">, and </w:t>
      </w:r>
      <w:r>
        <w:rPr>
          <w:shd w:fill="B7DDE8" w:val="clear"/>
        </w:rPr>
        <w:t xml:space="preserve">some of you will be put to death</w:t>
      </w:r>
      <w:r>
        <w:rPr>
          <w:b w:val="false"/>
          <w:i w:val="false"/>
          <w:color w:val="000000"/>
          <w:u w:val="none"/>
        </w:rPr>
        <w:t xml:space="preserve"> [1IVB]</w:t>
      </w:r>
      <w:r>
        <w:rPr/>
        <w:t xml:space="preserve">. And </w:t>
      </w:r>
      <w:r>
        <w:rPr>
          <w:shd w:fill="B7DDE8" w:val="clear"/>
        </w:rPr>
        <w:t xml:space="preserve">you will be hated by everyone because of My name</w:t>
      </w:r>
      <w:r>
        <w:rPr>
          <w:b w:val="false"/>
          <w:i w:val="false"/>
          <w:u w:val="none"/>
          <w:color w:val="000000"/>
        </w:rPr>
        <w:t xml:space="preserve"> [2BUG]</w:t>
      </w:r>
      <w:r>
        <w:rPr/>
        <w:t xml:space="preserve">.</w:t>
      </w:r>
    </w:p>
    <w:p>
      <w:pPr>
        <w:pStyle w:val="Yellow"/>
        <w:rPr/>
      </w:pPr>
      <w:r>
        <w:rPr/>
        <w:t xml:space="preserve">(Jn7:3 “Jesus’ brothers”) </w:t>
      </w:r>
      <w:r>
        <w:rPr>
          <w:b/>
        </w:rPr>
        <w:t>John 7:7</w:t>
      </w:r>
      <w:r>
        <w:rPr/>
        <w:t xml:space="preserve"> — </w:t>
      </w:r>
      <w:r>
        <w:rPr>
          <w:shd w:fill="B7DDE8" w:val="clear"/>
        </w:rPr>
        <w:t>The world cannot hate you</w:t>
      </w:r>
      <w:r>
        <w:rPr>
          <w:b w:val="false"/>
          <w:i w:val="false"/>
          <w:color w:val="000000"/>
          <w:u w:val="none"/>
        </w:rPr>
        <w:t xml:space="preserve"> [1LWN]</w:t>
      </w:r>
      <w:r>
        <w:rPr/>
        <w:t xml:space="preserve">, but </w:t>
      </w:r>
      <w:r>
        <w:rPr>
          <w:shd w:fill="B7DDE8" w:val="clear"/>
        </w:rPr>
        <w:t>it hates Me, because I testify that its works are evil</w:t>
      </w:r>
      <w:r>
        <w:rPr>
          <w:b w:val="false"/>
          <w:i w:val="false"/>
          <w:color w:val="000000"/>
          <w:u w:val="none"/>
        </w:rPr>
        <w:t xml:space="preserve"> [1LWO]</w:t>
      </w:r>
      <w:r>
        <w:rPr/>
        <w:t>.</w:t>
      </w:r>
    </w:p>
    <w:p>
      <w:pPr>
        <w:pStyle w:val="Yellow"/>
        <w:rPr/>
      </w:pPr>
      <w:r>
        <w:rPr>
          <w:b/>
        </w:rPr>
        <w:t>John 15:18</w:t>
      </w:r>
      <w:r>
        <w:rPr/>
        <w:t xml:space="preserve"> — </w:t>
      </w:r>
      <w:r>
        <w:rPr>
          <w:shd w:fill="B7DDE8" w:val="clear"/>
        </w:rPr>
        <w:t>If the world hates you, understand that it hated Me first</w:t>
      </w:r>
      <w:r>
        <w:rPr>
          <w:b w:val="false"/>
          <w:i w:val="false"/>
          <w:color w:val="000000"/>
          <w:u w:val="none"/>
        </w:rPr>
        <w:t xml:space="preserve"> [1LWK]</w:t>
      </w:r>
      <w:r>
        <w:rPr/>
        <w:t>.</w:t>
      </w:r>
    </w:p>
    <w:p>
      <w:pPr>
        <w:pStyle w:val="Yellow"/>
        <w:rPr/>
      </w:pPr>
      <w:r>
        <w:rPr>
          <w:b/>
        </w:rPr>
        <w:t>John 15:19</w:t>
      </w:r>
      <w:r>
        <w:rPr/>
        <w:t xml:space="preserve"> — </w:t>
      </w:r>
      <w:r>
        <w:rPr>
          <w:shd w:fill="B7DDE8" w:val="clear"/>
        </w:rPr>
        <w:t>the world hates you, because you are not of the world</w:t>
      </w:r>
      <w:r>
        <w:rPr>
          <w:b w:val="false"/>
          <w:i w:val="false"/>
          <w:color w:val="000000"/>
          <w:u w:val="none"/>
        </w:rPr>
        <w:t xml:space="preserve"> [1LWL]</w:t>
      </w:r>
      <w:r>
        <w:rPr/>
        <w:t xml:space="preserve">, but </w:t>
      </w:r>
      <w:r>
        <w:rPr>
          <w:shd w:fill="B7DDE8" w:val="clear"/>
        </w:rPr>
        <w:t>I have chosen you out of the world</w:t>
      </w:r>
      <w:r>
        <w:rPr>
          <w:b w:val="false"/>
          <w:i w:val="false"/>
          <w:color w:val="000000"/>
          <w:u w:val="none"/>
        </w:rPr>
        <w:t xml:space="preserve"> [1LWM]</w:t>
      </w:r>
      <w:r>
        <w:rPr/>
        <w:t>.</w:t>
      </w:r>
    </w:p>
    <w:p>
      <w:pPr>
        <w:pStyle w:val="Yellow"/>
        <w:rPr/>
      </w:pPr>
      <w:r>
        <w:rPr/>
        <w:t xml:space="preserve">(Jn15:19 “the world”) </w:t>
      </w:r>
      <w:r>
        <w:rPr>
          <w:b/>
        </w:rPr>
        <w:t>John 15:20-21</w:t>
      </w:r>
      <w:r>
        <w:rPr/>
        <w:t xml:space="preserve">— </w:t>
      </w:r>
      <w:r>
        <w:rPr>
          <w:shd w:val="clear" w:fill="B7DDE8"/>
        </w:rPr>
        <w:t>Remember the word that I spoke to you</w:t>
      </w:r>
      <w:r>
        <w:rPr>
          <w:b w:val="false"/>
          <w:i w:val="false"/>
          <w:u w:val="none"/>
          <w:color w:val="000000"/>
        </w:rPr>
        <w:t xml:space="preserve"> [1UM]</w:t>
      </w:r>
      <w:r>
        <w:rPr/>
        <w:t>: ‘</w:t>
      </w:r>
      <w:r>
        <w:rPr>
          <w:shd w:val="clear" w:fill="B7DDE8"/>
        </w:rPr>
        <w:t>No servant is greater than his master</w:t>
      </w:r>
      <w:r>
        <w:rPr>
          <w:b w:val="false"/>
          <w:i w:val="false"/>
          <w:color w:val="000000"/>
          <w:u w:val="none"/>
        </w:rPr>
        <w:t xml:space="preserve"> [1UN]</w:t>
      </w:r>
      <w:r>
        <w:rPr/>
        <w:t xml:space="preserve">.’ </w:t>
      </w:r>
      <w:r>
        <w:rPr>
          <w:shd w:val="clear" w:fill="B7DDE8"/>
        </w:rPr>
        <w:t>If {they} persecuted Me, they will persecute you as well</w:t>
      </w:r>
      <w:r>
        <w:rPr>
          <w:b w:val="false"/>
          <w:i w:val="false"/>
          <w:color w:val="000000"/>
          <w:u w:val="none"/>
        </w:rPr>
        <w:t xml:space="preserve"> [1UO]</w:t>
      </w:r>
      <w:r>
        <w:rPr/>
        <w:t xml:space="preserve">; </w:t>
      </w:r>
      <w:r>
        <w:rPr>
          <w:shd w:val="clear" w:fill="B7DDE8"/>
        </w:rPr>
        <w:t>if they kept My word, they will keep yours as well</w:t>
      </w:r>
      <w:r>
        <w:rPr>
          <w:b w:val="false"/>
          <w:i w:val="false"/>
          <w:u w:val="none"/>
          <w:color w:val="000000"/>
        </w:rPr>
        <w:t xml:space="preserve"> [1UP]</w:t>
      </w:r>
      <w:r>
        <w:rPr/>
        <w:t xml:space="preserve">. But </w:t>
      </w:r>
      <w:r>
        <w:rPr>
          <w:shd w:val="clear" w:fill="B7DDE8"/>
        </w:rPr>
        <w:t>they will treat you like {this} because of My name</w:t>
      </w:r>
      <w:r>
        <w:rPr>
          <w:b w:val="false"/>
          <w:i w:val="false"/>
          <w:color w:val="000000"/>
          <w:u w:val="none"/>
        </w:rPr>
        <w:t xml:space="preserve"> [1UQ]</w:t>
      </w:r>
      <w:r>
        <w:rPr/>
        <w:t xml:space="preserve">, since </w:t>
      </w:r>
      <w:r>
        <w:rPr>
          <w:shd w:val="clear" w:fill="B7DDE8"/>
        </w:rPr>
        <w:t>they do not know {the One who sent Me}</w:t>
      </w:r>
      <w:r>
        <w:rPr>
          <w:b w:val="false"/>
          <w:i w:val="false"/>
          <w:color w:val="000000"/>
          <w:u w:val="none"/>
        </w:rPr>
        <w:t xml:space="preserve"> [1UR]</w:t>
      </w:r>
      <w:r>
        <w:rPr/>
        <w:t>.</w:t>
      </w:r>
    </w:p>
    <w:p>
      <w:pPr>
        <w:pStyle w:val="Yellow"/>
        <w:rPr/>
      </w:pPr>
      <w:r>
        <w:rPr>
          <w:color w:val="auto"/>
        </w:rPr>
        <w:t xml:space="preserve">(Jn15:20 Those who “persecute you”) </w:t>
      </w:r>
      <w:r>
        <w:rPr>
          <w:b/>
          <w:color w:val="auto"/>
        </w:rPr>
        <w:t>John 16:2</w:t>
      </w:r>
      <w:r>
        <w:rPr>
          <w:color w:val="auto"/>
        </w:rPr>
        <w:t xml:space="preserve"> — </w:t>
      </w:r>
      <w:r>
        <w:rPr>
          <w:color w:val="auto"/>
        </w:rPr>
        <w:t>{They} will put you out of the synagogues</w:t>
      </w:r>
      <w:r>
        <w:rPr>
          <w:b w:val="false"/>
          <w:i w:val="false"/>
          <w:color w:val="auto"/>
          <w:u w:val="none"/>
        </w:rPr>
        <w:t xml:space="preserve"> [1LXU]</w:t>
      </w:r>
      <w:r>
        <w:rPr>
          <w:color w:val="auto"/>
        </w:rPr>
        <w:t xml:space="preserve">. In fact, </w:t>
      </w:r>
      <w:r>
        <w:rPr>
          <w:color w:val="auto"/>
        </w:rPr>
        <w:t>a time is coming when anyone who kills you will think he is offering a service to God</w:t>
      </w:r>
      <w:r>
        <w:rPr>
          <w:b w:val="false"/>
          <w:i w:val="false"/>
          <w:color w:val="auto"/>
          <w:u w:val="none"/>
        </w:rPr>
        <w:t xml:space="preserve"> [1LXV]</w:t>
      </w:r>
      <w:r>
        <w:rPr>
          <w:color w:val="auto"/>
        </w:rPr>
        <w:t>.</w:t>
      </w:r>
    </w:p>
    <w:p>
      <w:pPr>
        <w:pStyle w:val="Yellow"/>
        <w:rPr/>
      </w:pPr>
      <w:r>
        <w:rPr/>
        <w:t xml:space="preserve">(Ac22:4ᶜ Paul “persecuted this Way even to the death”) </w:t>
      </w:r>
      <w:r>
        <w:rPr>
          <w:b/>
        </w:rPr>
        <w:t xml:space="preserve">Acts 22:8</w:t>
      </w:r>
      <w:r>
        <w:rPr/>
        <w:t xml:space="preserve"> — </w:t>
      </w:r>
      <w:r>
        <w:rPr>
          <w:shd w:fill="B7DDE8" w:val="clear"/>
        </w:rPr>
        <w:t xml:space="preserve">I am Jesus of Nazareth</w:t>
      </w:r>
      <w:r>
        <w:rPr>
          <w:b w:val="false"/>
          <w:i w:val="false"/>
          <w:color w:val="000000"/>
          <w:u w:val="none"/>
        </w:rPr>
        <w:t xml:space="preserve"> [1LPD]</w:t>
      </w:r>
      <w:r>
        <w:rPr/>
        <w:t xml:space="preserve">, </w:t>
      </w:r>
      <w:r>
        <w:rPr>
          <w:color w:val="auto"/>
        </w:rPr>
        <w:t xml:space="preserve">whom you are persecuting</w:t>
      </w:r>
      <w:r>
        <w:rPr>
          <w:b w:val="false"/>
          <w:i w:val="false"/>
          <w:color w:val="auto"/>
          <w:u w:val="none"/>
        </w:rPr>
        <w:t xml:space="preserve"> [1LPE]</w:t>
      </w:r>
    </w:p>
    <w:p>
      <w:pPr>
        <w:pStyle w:val="Yellow"/>
        <w:rPr/>
        <w:pBdr>
          <w:left w:val="single" w:sz="28" w:space="5" w:color="C00000"/>
        </w:pBdr>
      </w:pPr>
      <w:r>
        <w:rPr>
          <w:b/>
          <w:shd w:val="clear" w:color="auto" w:fill="548235"/>
          <w:color w:val="FFFFFF"/>
        </w:rPr>
        <w:t xml:space="preserve">Romans 8:36</w:t>
      </w:r>
      <w:r>
        <w:rPr>
          <w:shd w:val="clear" w:color="auto" w:fill="548235"/>
          <w:color w:val="FFFFFF"/>
        </w:rPr>
        <w:t xml:space="preserve"> — As it is written: “</w:t>
      </w:r>
      <w:r>
        <w:rPr>
          <w:shd w:fill="548235" w:val="clear" w:color="auto"/>
          <w:color w:val="FFFFFF"/>
        </w:rPr>
        <w:t xml:space="preserve">For Your sake we face death all day long</w:t>
      </w:r>
      <w:r>
        <w:rPr>
          <w:b w:val="false"/>
          <w:i w:val="false"/>
          <w:color w:val="FFFFFF"/>
          <w:u w:val="none"/>
          <w:shd w:val="clear" w:color="auto" w:fill="548235"/>
        </w:rPr>
        <w:t xml:space="preserve"> [1IQK]</w:t>
      </w:r>
      <w:r>
        <w:rPr>
          <w:shd w:val="clear" w:color="auto" w:fill="548235"/>
          <w:color w:val="FFFFFF"/>
        </w:rPr>
        <w:t xml:space="preserve">; </w:t>
      </w:r>
      <w:r>
        <w:rPr>
          <w:shd w:fill="548235" w:val="clear" w:color="auto"/>
          <w:color w:val="FFFFFF"/>
        </w:rPr>
        <w:t xml:space="preserve">we are considered as sheep to be slaughtered</w:t>
      </w:r>
      <w:r>
        <w:rPr>
          <w:b w:val="false"/>
          <w:i w:val="false"/>
          <w:color w:val="FFFFFF"/>
          <w:u w:val="none"/>
          <w:shd w:val="clear" w:color="auto" w:fill="548235"/>
        </w:rPr>
        <w:t xml:space="preserve"> [1IQL]</w:t>
      </w:r>
      <w:r>
        <w:rPr>
          <w:shd w:val="clear" w:color="auto" w:fill="548235"/>
          <w:color w:val="FFFFFF"/>
        </w:rPr>
        <w:t xml:space="preserve">.”</w:t>
      </w:r>
    </w:p>
    <w:p>
      <w:pPr>
        <w:pStyle w:val="Yellow"/>
        <w:rPr/>
      </w:pPr>
      <w:r>
        <w:rPr>
          <w:b/>
        </w:rPr>
        <w:t>2 Corinthians 1:5</w:t>
      </w:r>
      <w:r>
        <w:rPr/>
        <w:t xml:space="preserve"> — For just as </w:t>
      </w:r>
      <w:r>
        <w:rPr>
          <w:shd w:val="clear" w:fill="B7DDE8"/>
        </w:rPr>
        <w:t>the sufferings of Christ overflow to us</w:t>
      </w:r>
      <w:r>
        <w:rPr>
          <w:b w:val="false"/>
          <w:i w:val="false"/>
          <w:u w:val="none"/>
          <w:color w:val="000000"/>
        </w:rPr>
        <w:t xml:space="preserve"> [1EZJ]</w:t>
      </w:r>
      <w:r>
        <w:rPr/>
        <w:t xml:space="preserve">, so also </w:t>
      </w:r>
      <w:r>
        <w:rPr>
          <w:shd w:val="clear" w:fill="B7DDE8"/>
        </w:rPr>
        <w:t>through Christ our comfort overflows</w:t>
      </w:r>
      <w:r>
        <w:rPr>
          <w:b w:val="false"/>
          <w:i w:val="false"/>
          <w:color w:val="000000"/>
          <w:u w:val="none"/>
        </w:rPr>
        <w:t xml:space="preserve"> [1EZK]</w:t>
      </w:r>
      <w:r>
        <w:rPr/>
        <w:t>.</w:t>
      </w:r>
    </w:p>
    <w:p>
      <w:pPr>
        <w:pStyle w:val="Yellow"/>
        <w:rPr/>
      </w:pPr>
      <w:r>
        <w:rPr>
          <w:b/>
          <w:shd w:val="clear" w:color="auto" w:fill="548235"/>
          <w:color w:val="FFFFFF"/>
        </w:rPr>
        <w:t>Philippians 1:29</w:t>
      </w:r>
      <w:r>
        <w:rPr>
          <w:shd w:val="clear" w:color="auto" w:fill="548235"/>
          <w:color w:val="FFFFFF"/>
        </w:rPr>
        <w:t xml:space="preserve"> — For </w:t>
      </w:r>
      <w:r>
        <w:rPr>
          <w:shd w:val="clear" w:fill="548235" w:color="auto"/>
          <w:color w:val="FFFFFF"/>
        </w:rPr>
        <w:t>it has been granted to you on behalf of Christ not only to believe in Him</w:t>
      </w:r>
      <w:r>
        <w:rPr>
          <w:b w:val="false"/>
          <w:i w:val="false"/>
          <w:color w:val="FFFFFF"/>
          <w:u w:val="none"/>
          <w:shd w:val="clear" w:color="auto" w:fill="548235"/>
        </w:rPr>
        <w:t xml:space="preserve"> [1DFI]</w:t>
      </w:r>
      <w:r>
        <w:rPr>
          <w:shd w:val="clear" w:color="auto" w:fill="548235"/>
          <w:color w:val="FFFFFF"/>
        </w:rPr>
        <w:t xml:space="preserve">, </w:t>
      </w:r>
      <w:r>
        <w:rPr>
          <w:shd w:val="clear" w:fill="548235" w:color="auto"/>
          <w:color w:val="FFFFFF"/>
        </w:rPr>
        <w:t>but also to suffer for Him</w:t>
      </w:r>
      <w:r>
        <w:rPr>
          <w:b w:val="false"/>
          <w:i w:val="false"/>
          <w:color w:val="FFFFFF"/>
          <w:u w:val="none"/>
          <w:shd w:val="clear" w:color="auto" w:fill="548235"/>
        </w:rPr>
        <w:t xml:space="preserve"> [1DFJ]</w:t>
      </w:r>
    </w:p>
    <w:p>
      <w:pPr>
        <w:pStyle w:val="Yellow"/>
        <w:rPr/>
        <w:pBdr>
          <w:left w:val="single" w:sz="28" w:space="5" w:color="C00000"/>
        </w:pBdr>
      </w:pPr>
      <w:r>
        <w:rPr>
          <w:shd w:val="clear" w:color="auto" w:fill="548235"/>
          <w:color w:val="FFFFFF"/>
        </w:rPr>
        <w:t xml:space="preserve">(1Th3:3 “trials”) </w:t>
      </w:r>
      <w:r>
        <w:rPr>
          <w:b/>
          <w:shd w:val="clear" w:color="auto" w:fill="548235"/>
          <w:color w:val="FFFFFF"/>
        </w:rPr>
        <w:t xml:space="preserve">1 Thessalonians 3:3</w:t>
      </w:r>
      <w:r>
        <w:rPr>
          <w:shd w:val="clear" w:color="auto" w:fill="548235"/>
          <w:color w:val="FFFFFF"/>
        </w:rPr>
        <w:t xml:space="preserve"> — For </w:t>
      </w:r>
      <w:r>
        <w:rPr>
          <w:shd w:fill="548235" w:val="clear" w:color="auto"/>
          <w:color w:val="FFFFFF"/>
        </w:rPr>
        <w:t xml:space="preserve">you know that we are destined for {this}</w:t>
      </w:r>
      <w:r>
        <w:rPr>
          <w:b w:val="false"/>
          <w:i w:val="false"/>
          <w:color w:val="FFFFFF"/>
          <w:u w:val="none"/>
          <w:shd w:val="clear" w:color="auto" w:fill="548235"/>
        </w:rPr>
        <w:t xml:space="preserve"> [1IIQ]</w:t>
      </w:r>
      <w:r>
        <w:rPr>
          <w:shd w:val="clear" w:color="auto" w:fill="548235"/>
          <w:color w:val="FFFFFF"/>
        </w:rPr>
        <w:t xml:space="preserve">. Indeed, when we were with you, </w:t>
      </w:r>
      <w:r>
        <w:rPr>
          <w:shd w:fill="548235" w:val="clear" w:color="auto"/>
          <w:color w:val="FFFFFF"/>
        </w:rPr>
        <w:t xml:space="preserve">we kept warning you that we would suffer persecution</w:t>
      </w:r>
      <w:r>
        <w:rPr>
          <w:b w:val="false"/>
          <w:i w:val="false"/>
          <w:color w:val="FFFFFF"/>
          <w:u w:val="none"/>
          <w:shd w:val="clear" w:color="auto" w:fill="548235"/>
        </w:rPr>
        <w:t xml:space="preserve"> [1IIR]</w:t>
      </w:r>
      <w:r>
        <w:rPr>
          <w:shd w:val="clear" w:color="auto" w:fill="548235"/>
          <w:color w:val="FFFFFF"/>
        </w:rPr>
        <w:t xml:space="preserve">; and as you know, </w:t>
      </w:r>
      <w:r>
        <w:rPr>
          <w:shd w:fill="548235" w:val="clear" w:color="auto"/>
          <w:color w:val="FFFFFF"/>
        </w:rPr>
        <w:t xml:space="preserve">it has come to pass</w:t>
      </w:r>
      <w:r>
        <w:rPr>
          <w:b w:val="false"/>
          <w:i w:val="false"/>
          <w:color w:val="FFFFFF"/>
          <w:u w:val="none"/>
          <w:shd w:val="clear" w:color="auto" w:fill="548235"/>
        </w:rPr>
        <w:t xml:space="preserve"> [1IIS]</w:t>
      </w:r>
      <w:r>
        <w:rPr>
          <w:shd w:val="clear" w:color="auto" w:fill="548235"/>
          <w:color w:val="FFFFFF"/>
        </w:rPr>
        <w:t xml:space="preserve">.</w:t>
      </w:r>
    </w:p>
    <w:p>
      <w:pPr>
        <w:pStyle w:val="Yellow"/>
        <w:rPr/>
      </w:pPr>
      <w:r>
        <w:rPr>
          <w:b/>
        </w:rPr>
        <w:t xml:space="preserve">2 Timothy 3:12-13</w:t>
      </w:r>
      <w:r>
        <w:rPr/>
        <w:t xml:space="preserve"> — Indeed, </w:t>
      </w:r>
      <w:r>
        <w:rPr>
          <w:shd w:fill="B7DDE8" w:val="clear"/>
        </w:rPr>
        <w:t xml:space="preserve">all who desire to live godly lives in Christ Jesus will be persecuted</w:t>
      </w:r>
      <w:r>
        <w:rPr>
          <w:b w:val="false"/>
          <w:i w:val="false"/>
          <w:color w:val="000000"/>
          <w:u w:val="none"/>
        </w:rPr>
        <w:t xml:space="preserve"> [1IDH]</w:t>
      </w:r>
      <w:r>
        <w:rPr/>
        <w:t xml:space="preserve">, while </w:t>
      </w:r>
      <w:r>
        <w:rPr>
          <w:shd w:fill="B7DDE8" w:val="clear"/>
        </w:rPr>
        <w:t xml:space="preserve">evil men and imposters go from bad to worse</w:t>
      </w:r>
      <w:r>
        <w:rPr>
          <w:b w:val="false"/>
          <w:i w:val="false"/>
          <w:color w:val="000000"/>
          <w:u w:val="none"/>
        </w:rPr>
        <w:t xml:space="preserve"> [1IDI]</w:t>
      </w:r>
      <w:r>
        <w:rPr/>
        <w:t xml:space="preserve">, </w:t>
      </w:r>
      <w:r>
        <w:rPr>
          <w:shd w:fill="B7DDE8" w:val="clear"/>
        </w:rPr>
        <w:t xml:space="preserve">deceiving and being deceived</w:t>
      </w:r>
      <w:r>
        <w:rPr>
          <w:b w:val="false"/>
          <w:i w:val="false"/>
          <w:color w:val="000000"/>
          <w:u w:val="none"/>
        </w:rPr>
        <w:t xml:space="preserve"> [1IDJ]</w:t>
      </w:r>
      <w:r>
        <w:rPr/>
        <w:t xml:space="preserve">.</w:t>
      </w:r>
    </w:p>
    <w:p>
      <w:pPr>
        <w:pStyle w:val="Yellow"/>
        <w:rPr/>
      </w:pPr>
      <w:r>
        <w:rPr/>
        <w:t xml:space="preserve">(He11:24 “Moses”) </w:t>
      </w:r>
      <w:r>
        <w:rPr>
          <w:b/>
        </w:rPr>
        <w:t xml:space="preserve">Hebrews 11:25</w:t>
      </w:r>
      <w:r>
        <w:rPr/>
        <w:t xml:space="preserve"> — </w:t>
      </w:r>
      <w:r>
        <w:rPr>
          <w:shd w:fill="B7DDE8" w:val="clear"/>
        </w:rPr>
        <w:t xml:space="preserve">{He} chose to suffer oppression with God’s people</w:t>
      </w:r>
      <w:r>
        <w:rPr>
          <w:b w:val="false"/>
          <w:i w:val="false"/>
          <w:u w:val="none"/>
          <w:color w:val="000000"/>
        </w:rPr>
        <w:t xml:space="preserve"> [1HVT]</w:t>
      </w:r>
      <w:r>
        <w:rPr/>
        <w:t xml:space="preserve"> </w:t>
      </w:r>
      <w:r>
        <w:rPr>
          <w:shd w:fill="B7DDE8" w:val="clear"/>
        </w:rPr>
        <w:t xml:space="preserve">rather than to experience the fleeting enjoyment of sin</w:t>
      </w:r>
      <w:r>
        <w:rPr>
          <w:b w:val="false"/>
          <w:i w:val="false"/>
          <w:color w:val="000000"/>
          <w:u w:val="none"/>
        </w:rPr>
        <w:t xml:space="preserve"> [1HVU]</w:t>
      </w:r>
      <w:r>
        <w:rPr/>
        <w:t xml:space="preserve">.</w:t>
      </w:r>
    </w:p>
    <w:p>
      <w:pPr>
        <w:pStyle w:val="Yellow"/>
        <w:rPr/>
      </w:pPr>
      <w:r>
        <w:rPr>
          <w:b/>
        </w:rPr>
        <w:t>Hebrews 11:35</w:t>
      </w:r>
      <w:r>
        <w:t xml:space="preserve"> — </w:t>
      </w:r>
      <w:r>
        <w:rPr>
          <w:shd w:fill="B7DDE8" w:val="clear"/>
        </w:rPr>
        <w:t>Women received back their dead, raised to life again</w:t>
      </w:r>
      <w:r>
        <w:rPr>
          <w:b w:val="false"/>
          <w:i w:val="false"/>
          <w:color w:val="000000"/>
          <w:u w:val="none"/>
        </w:rPr>
        <w:t xml:space="preserve"> [1AVI]</w:t>
      </w:r>
      <w:r>
        <w:t xml:space="preserve">. </w:t>
      </w:r>
      <w:r>
        <w:rPr>
          <w:shd w:fill="B7DDE8" w:val="clear"/>
        </w:rPr>
        <w:t>Others were tortured</w:t>
      </w:r>
      <w:r>
        <w:rPr>
          <w:b w:val="false"/>
          <w:i w:val="false"/>
          <w:color w:val="000000"/>
          <w:u w:val="none"/>
        </w:rPr>
        <w:t xml:space="preserve"> [1CIO]</w:t>
      </w:r>
      <w:r>
        <w:t xml:space="preserve"> and </w:t>
      </w:r>
      <w:r>
        <w:rPr>
          <w:shd w:fill="B7DDE8" w:val="clear"/>
        </w:rPr>
        <w:t>refused their release</w:t>
      </w:r>
      <w:r>
        <w:rPr>
          <w:b w:val="false"/>
          <w:i w:val="false"/>
          <w:color w:val="000000"/>
          <w:u w:val="none"/>
        </w:rPr>
        <w:t xml:space="preserve"> [1CIP]</w:t>
      </w:r>
      <w:r>
        <w:rPr>
          <w:shd w:fill="B7DDE8" w:val="clear"/>
        </w:rPr>
        <w:t>, so that they might gain a better resurrection</w:t>
      </w:r>
      <w:r>
        <w:rPr>
          <w:b w:val="false"/>
          <w:i w:val="false"/>
          <w:color w:val="000000"/>
          <w:u w:val="none"/>
        </w:rPr>
        <w:t xml:space="preserve"> [1AVK]</w:t>
      </w:r>
      <w:r>
        <w:t>.</w:t>
      </w:r>
    </w:p>
    <w:p>
      <w:pPr>
        <w:pStyle w:val="Yellow"/>
        <w:rPr/>
        <w:pBdr>
          <w:left w:val="single" w:sz="28" w:space="5" w:color="C00000"/>
        </w:pBdr>
      </w:pPr>
      <w:r>
        <w:rPr>
          <w:b/>
          <w:shd w:val="clear" w:color="auto" w:fill="548235"/>
          <w:color w:val="FFFFFF"/>
        </w:rPr>
        <w:t>1 Peter 3:14</w:t>
      </w:r>
      <w:r>
        <w:rPr>
          <w:shd w:val="clear" w:color="auto" w:fill="548235"/>
          <w:color w:val="FFFFFF"/>
        </w:rPr>
        <w:t xml:space="preserve"> — But </w:t>
      </w:r>
      <w:r>
        <w:rPr>
          <w:shd w:val="clear" w:fill="548235" w:color="auto"/>
          <w:color w:val="FFFFFF"/>
        </w:rPr>
        <w:t>even if you should suffer for what is right, you are blessed</w:t>
      </w:r>
      <w:r>
        <w:rPr>
          <w:b w:val="false"/>
          <w:i w:val="false"/>
          <w:color w:val="FFFFFF"/>
          <w:u w:val="none"/>
          <w:shd w:val="clear" w:color="auto" w:fill="548235"/>
        </w:rPr>
        <w:t xml:space="preserve"> [1EKL]</w:t>
      </w:r>
      <w:r>
        <w:rPr>
          <w:shd w:val="clear" w:color="auto" w:fill="548235"/>
          <w:color w:val="FFFFFF"/>
        </w:rPr>
        <w:t>.</w:t>
      </w:r>
    </w:p>
    <w:p>
      <w:pPr>
        <w:pStyle w:val="Yellow"/>
        <w:rPr/>
      </w:pPr>
      <w:r>
        <w:rPr>
          <w:b/>
          <w:shd w:val="clear" w:color="auto" w:fill="548235"/>
          <w:color w:val="FFFFFF"/>
        </w:rPr>
        <w:t>1 Peter 3:15–16</w:t>
      </w:r>
      <w:r>
        <w:rPr>
          <w:shd w:val="clear" w:color="auto" w:fill="548235"/>
          <w:color w:val="FFFFFF"/>
        </w:rPr>
        <w:t xml:space="preserve"> — </w:t>
      </w:r>
      <w:r>
        <w:rPr>
          <w:shd w:val="clear" w:fill="548235" w:color="auto"/>
          <w:color w:val="FFFFFF"/>
        </w:rPr>
        <w:t>Always be prepared to give a defense to everyone who asks you the reason for the hope that is in you</w:t>
      </w:r>
      <w:r>
        <w:rPr>
          <w:b w:val="false"/>
          <w:i w:val="false"/>
          <w:color w:val="FFFFFF"/>
          <w:u w:val="none"/>
          <w:shd w:val="clear" w:color="auto" w:fill="548235"/>
        </w:rPr>
        <w:t xml:space="preserve"> [1DHW]</w:t>
      </w:r>
      <w:r>
        <w:rPr>
          <w:shd w:val="clear" w:color="auto" w:fill="548235"/>
          <w:color w:val="FFFFFF"/>
        </w:rPr>
        <w:t xml:space="preserve">. But </w:t>
      </w:r>
      <w:r>
        <w:rPr>
          <w:shd w:val="clear" w:fill="548235" w:color="auto"/>
          <w:color w:val="FFFFFF"/>
        </w:rPr>
        <w:t>respond with gentleness and respect</w:t>
      </w:r>
      <w:r>
        <w:rPr>
          <w:b w:val="false"/>
          <w:i w:val="false"/>
          <w:color w:val="FFFFFF"/>
          <w:u w:val="none"/>
          <w:shd w:val="clear" w:color="auto" w:fill="548235"/>
        </w:rPr>
        <w:t xml:space="preserve"> [1DHX]</w:t>
      </w:r>
      <w:r>
        <w:rPr>
          <w:shd w:val="clear" w:color="auto" w:fill="548235"/>
          <w:color w:val="FFFFFF"/>
        </w:rPr>
        <w:t xml:space="preserve">, </w:t>
      </w:r>
      <w:r>
        <w:rPr>
          <w:shd w:val="clear" w:fill="548235" w:color="auto"/>
          <w:color w:val="FFFFFF"/>
        </w:rPr>
        <w:t>keeping a clear conscience</w:t>
      </w:r>
      <w:r>
        <w:rPr>
          <w:b w:val="false"/>
          <w:i w:val="false"/>
          <w:color w:val="FFFFFF"/>
          <w:u w:val="none"/>
          <w:shd w:val="clear" w:color="auto" w:fill="548235"/>
        </w:rPr>
        <w:t xml:space="preserve"> [1DHY]</w:t>
      </w:r>
      <w:r>
        <w:rPr>
          <w:shd w:val="clear" w:color="auto" w:fill="548235"/>
          <w:color w:val="FFFFFF"/>
        </w:rPr>
        <w:t xml:space="preserve">, </w:t>
      </w:r>
      <w:r>
        <w:rPr>
          <w:shd w:val="clear" w:fill="548235" w:color="auto"/>
          <w:color w:val="FFFFFF"/>
        </w:rPr>
        <w:t>so that those who slander you may be put to shame by your good behavior in Christ</w:t>
      </w:r>
      <w:r>
        <w:rPr>
          <w:b w:val="false"/>
          <w:i w:val="false"/>
          <w:color w:val="FFFFFF"/>
          <w:u w:val="none"/>
          <w:shd w:val="clear" w:color="auto" w:fill="548235"/>
        </w:rPr>
        <w:t xml:space="preserve"> [1DHZ]</w:t>
      </w:r>
      <w:r>
        <w:rPr>
          <w:shd w:val="clear" w:color="auto" w:fill="548235"/>
          <w:color w:val="FFFFFF"/>
        </w:rPr>
        <w:t>.</w:t>
      </w:r>
    </w:p>
    <w:p>
      <w:pPr>
        <w:pStyle w:val="Yellow"/>
        <w:rPr/>
        <w:pBdr>
          <w:left w:val="single" w:sz="28" w:space="5" w:color="C00000"/>
        </w:pBdr>
      </w:pPr>
      <w:r>
        <w:rPr>
          <w:b/>
        </w:rPr>
        <w:t xml:space="preserve">1 Peter 4:14</w:t>
      </w:r>
      <w:r>
        <w:rPr/>
        <w:t xml:space="preserve"> — </w:t>
      </w:r>
      <w:r>
        <w:rPr>
          <w:shd w:fill="B7DDE8" w:val="clear"/>
        </w:rPr>
        <w:t xml:space="preserve">If you are insulted for the name of Christ</w:t>
      </w:r>
      <w:r>
        <w:rPr>
          <w:b w:val="false"/>
          <w:i w:val="false"/>
          <w:color w:val="000000"/>
          <w:u w:val="none"/>
        </w:rPr>
        <w:t xml:space="preserve"> [1GFH]</w:t>
      </w:r>
      <w:r>
        <w:rPr/>
        <w:t xml:space="preserve">, </w:t>
      </w:r>
      <w:r>
        <w:rPr>
          <w:shd w:fill="B7DDE8" w:val="clear"/>
        </w:rPr>
        <w:t xml:space="preserve">you are blessed</w:t>
      </w:r>
      <w:r>
        <w:rPr>
          <w:b w:val="false"/>
          <w:i w:val="false"/>
          <w:color w:val="000000"/>
          <w:u w:val="none"/>
        </w:rPr>
        <w:t xml:space="preserve"> [1GFI]</w:t>
      </w:r>
      <w:r>
        <w:rPr/>
        <w:t xml:space="preserve">, because </w:t>
      </w:r>
      <w:r>
        <w:rPr>
          <w:shd w:fill="F4B183" w:val="clear" w:color="auto"/>
          <w:color w:val="000000"/>
        </w:rPr>
        <w:t xml:space="preserve">the Spirit of glory and of God rests on you</w:t>
      </w:r>
      <w:r>
        <w:rPr>
          <w:b w:val="false"/>
          <w:i w:val="false"/>
          <w:color w:val="000000"/>
          <w:u w:val="none"/>
          <w:shd w:val="clear" w:color="auto" w:fill="F4B183"/>
        </w:rPr>
        <w:t xml:space="preserve"> [1GFJ]</w:t>
      </w:r>
      <w:r>
        <w:rPr/>
        <w:t xml:space="preserve">.</w:t>
      </w:r>
    </w:p>
    <w:p>
      <w:pPr>
        <w:pStyle w:val="Yellow"/>
        <w:rPr/>
        <w:pBdr>
          <w:left w:val="single" w:sz="28" w:space="5" w:color="C00000"/>
        </w:pBdr>
      </w:pPr>
      <w:r>
        <w:rPr/>
        <w:t xml:space="preserve">(Re6:9ᶜ Those “slain for the word of God”) </w:t>
      </w:r>
      <w:r>
        <w:rPr>
          <w:b/>
        </w:rPr>
        <w:t xml:space="preserve">Revelation 6:11</w:t>
      </w:r>
      <w:r>
        <w:rPr/>
        <w:t xml:space="preserve"> — Then </w:t>
      </w:r>
      <w:r>
        <w:rPr>
          <w:shd w:fill="B7DDE8" w:val="clear"/>
        </w:rPr>
        <w:t xml:space="preserve">each of {them} was given a white robe</w:t>
      </w:r>
      <w:r>
        <w:rPr>
          <w:b w:val="false"/>
          <w:i w:val="false"/>
          <w:color w:val="000000"/>
          <w:u w:val="none"/>
        </w:rPr>
        <w:t xml:space="preserve"> [1JBR]</w:t>
      </w:r>
      <w:r>
        <w:rPr/>
        <w:t xml:space="preserve"> and </w:t>
      </w:r>
      <w:r>
        <w:rPr>
          <w:shd w:fill="B7DDE8" w:val="clear"/>
        </w:rPr>
        <w:t xml:space="preserve">told to rest a little while longer</w:t>
      </w:r>
      <w:r>
        <w:rPr>
          <w:b w:val="false"/>
          <w:i w:val="false"/>
          <w:color w:val="000000"/>
          <w:u w:val="none"/>
        </w:rPr>
        <w:t xml:space="preserve"> [1JBS]</w:t>
      </w:r>
      <w:r>
        <w:rPr/>
        <w:t xml:space="preserve">, </w:t>
      </w:r>
      <w:r>
        <w:rPr>
          <w:shd w:fill="B7DDE8" w:val="clear"/>
        </w:rPr>
        <w:t xml:space="preserve">until the full number of their fellow servants, their brothers, were killed, just as they had been killed</w:t>
      </w:r>
      <w:r>
        <w:rPr>
          <w:b w:val="false"/>
          <w:i w:val="false"/>
          <w:u w:val="none"/>
          <w:color w:val="000000"/>
        </w:rPr>
        <w:t xml:space="preserve"> [1JBT]</w:t>
      </w:r>
      <w:r>
        <w:rPr/>
        <w:t xml:space="preserve">.</w:t>
      </w:r>
    </w:p>
    <w:p>
      <w:r>
        <w:rPr>
          <w:b/>
          <w:sz w:val="32"/>
          <w:highlight w:val="yellow"/>
        </w:rPr>
        <w:t>Power in Creation and Nature  (19)</w:t>
      </w:r>
    </w:p>
    <w:p>
      <w:pPr>
        <w:pStyle w:val="Yellow"/>
        <w:rPr/>
      </w:pPr>
      <w:r>
        <w:rPr/>
        <w:t xml:space="preserve">(Job12:13 God) </w:t>
      </w:r>
      <w:r>
        <w:rPr>
          <w:b/>
        </w:rPr>
        <w:t>Job 12:15</w:t>
      </w:r>
      <w:r>
        <w:rPr/>
        <w:t xml:space="preserve"> — </w:t>
      </w:r>
      <w:r>
        <w:rPr>
          <w:shd w:val="clear" w:fill="B7DDE8"/>
        </w:rPr>
        <w:t>If {He} holds back the waters, they dry up</w:t>
      </w:r>
      <w:r>
        <w:rPr>
          <w:b w:val="false"/>
          <w:i w:val="false"/>
          <w:color w:val="000000"/>
          <w:u w:val="none"/>
        </w:rPr>
        <w:t xml:space="preserve"> [1OJ]</w:t>
      </w:r>
      <w:r>
        <w:rPr/>
        <w:t xml:space="preserve">, and </w:t>
      </w:r>
      <w:r>
        <w:rPr>
          <w:shd w:val="clear" w:fill="B7DDE8"/>
        </w:rPr>
        <w:t>if He releases them, they overwhelm the land</w:t>
      </w:r>
      <w:r>
        <w:rPr>
          <w:b w:val="false"/>
          <w:i w:val="false"/>
          <w:color w:val="000000"/>
          <w:u w:val="none"/>
        </w:rPr>
        <w:t xml:space="preserve"> [1OK]</w:t>
      </w:r>
      <w:r>
        <w:rPr/>
        <w:t>.</w:t>
      </w:r>
    </w:p>
    <w:p>
      <w:pPr>
        <w:pStyle w:val="Yellow"/>
        <w:rPr/>
      </w:pPr>
      <w:r>
        <w:rPr/>
        <w:t xml:space="preserve">(Ps46:5 God) </w:t>
      </w:r>
      <w:r>
        <w:rPr>
          <w:b/>
        </w:rPr>
        <w:t>Psalm 46:6</w:t>
      </w:r>
      <w:r>
        <w:rPr/>
        <w:t xml:space="preserve"> — </w:t>
      </w:r>
      <w:r>
        <w:rPr>
          <w:shd w:val="clear" w:fill="B7DDE8"/>
        </w:rPr>
        <w:t>Nations rage</w:t>
      </w:r>
      <w:r>
        <w:rPr>
          <w:b w:val="false"/>
          <w:i w:val="false"/>
          <w:u w:val="none"/>
          <w:color w:val="000000"/>
        </w:rPr>
        <w:t xml:space="preserve"> [1ML]</w:t>
      </w:r>
      <w:r>
        <w:rPr/>
        <w:t xml:space="preserve">, </w:t>
      </w:r>
      <w:r>
        <w:rPr>
          <w:shd w:val="clear" w:fill="B7DDE8"/>
        </w:rPr>
        <w:t>kingdoms crumble</w:t>
      </w:r>
      <w:r>
        <w:rPr>
          <w:b w:val="false"/>
          <w:i w:val="false"/>
          <w:u w:val="none"/>
          <w:color w:val="000000"/>
        </w:rPr>
        <w:t xml:space="preserve"> [1MM]</w:t>
      </w:r>
      <w:r>
        <w:rPr/>
        <w:t xml:space="preserve">; </w:t>
      </w:r>
      <w:r>
        <w:rPr>
          <w:shd w:val="clear" w:fill="B7DDE8"/>
        </w:rPr>
        <w:t>the earth melts when {He} lifts His voice</w:t>
      </w:r>
      <w:r>
        <w:rPr>
          <w:b w:val="false"/>
          <w:i w:val="false"/>
          <w:color w:val="000000"/>
          <w:u w:val="none"/>
        </w:rPr>
        <w:t xml:space="preserve"> [1MN]</w:t>
      </w:r>
      <w:r>
        <w:rPr/>
        <w:t>.</w:t>
      </w:r>
    </w:p>
    <w:p>
      <w:pPr>
        <w:pStyle w:val="Yellow"/>
        <w:rPr/>
        <w:pBdr>
          <w:left w:val="single" w:sz="28" w:space="5" w:color="C00000"/>
        </w:pBdr>
      </w:pPr>
      <w:r>
        <w:rPr>
          <w:b/>
          <w:shd w:val="clear" w:color="auto" w:fill="F4B183"/>
          <w:color w:val="000000"/>
        </w:rPr>
        <w:t>Psalm 48:7</w:t>
      </w:r>
      <w:r>
        <w:rPr>
          <w:shd w:val="clear" w:color="auto" w:fill="F4B183"/>
          <w:color w:val="000000"/>
        </w:rPr>
        <w:t xml:space="preserve"> — </w:t>
      </w:r>
      <w:r>
        <w:rPr>
          <w:shd w:val="clear" w:fill="F4B183" w:color="auto"/>
          <w:color w:val="000000"/>
        </w:rPr>
        <w:t>With a wind from the east You wrecked the ships of Tarshish</w:t>
      </w:r>
      <w:r>
        <w:rPr>
          <w:b w:val="false"/>
          <w:i w:val="false"/>
          <w:color w:val="000000"/>
          <w:u w:val="none"/>
          <w:shd w:val="clear" w:color="auto" w:fill="F4B183"/>
        </w:rPr>
        <w:t xml:space="preserve"> [1OO]</w:t>
      </w:r>
      <w:r>
        <w:rPr>
          <w:shd w:val="clear" w:color="auto" w:fill="F4B183"/>
          <w:color w:val="000000"/>
        </w:rPr>
        <w:t>.</w:t>
      </w:r>
    </w:p>
    <w:p>
      <w:pPr>
        <w:pStyle w:val="Yellow"/>
        <w:rPr/>
        <w:pBdr>
          <w:left w:val="single" w:sz="28" w:space="5" w:color="C00000"/>
        </w:pBdr>
      </w:pPr>
      <w:r>
        <w:rPr>
          <w:b/>
          <w:shd w:val="clear" w:color="auto" w:fill="F4B183"/>
          <w:color w:val="000000"/>
        </w:rPr>
        <w:t xml:space="preserve">Psalm 65:7</w:t>
      </w:r>
      <w:r>
        <w:rPr>
          <w:shd w:val="clear" w:color="auto" w:fill="F4B183"/>
          <w:color w:val="000000"/>
        </w:rPr>
        <w:t xml:space="preserve"> — </w:t>
      </w:r>
      <w:r>
        <w:rPr>
          <w:shd w:fill="F4B183" w:val="clear" w:color="auto"/>
          <w:color w:val="000000"/>
        </w:rPr>
        <w:t xml:space="preserve">You stilled the roaring of the seas, the pounding of their waves, and the tumult of the nations</w:t>
      </w:r>
      <w:r>
        <w:rPr>
          <w:b w:val="false"/>
          <w:i w:val="false"/>
          <w:color w:val="000000"/>
          <w:u w:val="none"/>
          <w:shd w:val="clear" w:color="auto" w:fill="F4B183"/>
        </w:rPr>
        <w:t xml:space="preserve"> [1LOD]</w:t>
      </w:r>
      <w:r>
        <w:rPr>
          <w:shd w:val="clear" w:color="auto" w:fill="F4B183"/>
          <w:color w:val="000000"/>
        </w:rPr>
        <w:t xml:space="preserve">.</w:t>
      </w:r>
    </w:p>
    <w:p>
      <w:pPr>
        <w:pStyle w:val="Yellow"/>
        <w:rPr/>
      </w:pPr>
      <w:r>
        <w:rPr>
          <w:b/>
        </w:rPr>
        <w:t>Psalm 74:16–17</w:t>
      </w:r>
      <w:r>
        <w:rPr/>
        <w:t xml:space="preserve"> — </w:t>
      </w:r>
      <w:r>
        <w:rPr>
          <w:shd w:fill="B7DDE8" w:val="clear"/>
        </w:rPr>
        <w:t>The day is Yours, and also the night</w:t>
      </w:r>
      <w:r>
        <w:rPr>
          <w:b w:val="false"/>
          <w:i w:val="false"/>
          <w:color w:val="000000"/>
          <w:u w:val="none"/>
        </w:rPr>
        <w:t xml:space="preserve"> [1JK]</w:t>
      </w:r>
      <w:r>
        <w:rPr/>
        <w:t xml:space="preserve">; </w:t>
      </w:r>
      <w:r>
        <w:rPr>
          <w:shd w:fill="B7DDE8" w:val="clear"/>
        </w:rPr>
        <w:t>You established the moon and the sun</w:t>
      </w:r>
      <w:r>
        <w:rPr>
          <w:b w:val="false"/>
          <w:i w:val="false"/>
          <w:color w:val="000000"/>
          <w:u w:val="none"/>
        </w:rPr>
        <w:t xml:space="preserve"> [1JL]</w:t>
      </w:r>
      <w:r>
        <w:rPr/>
        <w:t xml:space="preserve">. </w:t>
      </w:r>
      <w:r>
        <w:rPr>
          <w:shd w:fill="B7DDE8" w:val="clear"/>
        </w:rPr>
        <w:t>You set all the boundaries of the earth</w:t>
      </w:r>
      <w:r>
        <w:rPr>
          <w:b w:val="false"/>
          <w:i w:val="false"/>
          <w:color w:val="000000"/>
          <w:u w:val="none"/>
        </w:rPr>
        <w:t xml:space="preserve"> [1LK]</w:t>
      </w:r>
      <w:r>
        <w:rPr/>
        <w:t xml:space="preserve">; </w:t>
      </w:r>
      <w:r>
        <w:rPr>
          <w:shd w:fill="B7DDE8" w:val="clear"/>
        </w:rPr>
        <w:t>You made the summer and winter</w:t>
      </w:r>
      <w:r>
        <w:rPr>
          <w:b w:val="false"/>
          <w:i w:val="false"/>
          <w:color w:val="000000"/>
          <w:u w:val="none"/>
        </w:rPr>
        <w:t xml:space="preserve"> [1DZR]</w:t>
      </w:r>
      <w:r>
        <w:rPr/>
        <w:t>.</w:t>
      </w:r>
    </w:p>
    <w:p>
      <w:pPr>
        <w:pStyle w:val="Yellow"/>
        <w:rPr/>
      </w:pPr>
      <w:r>
        <w:rPr>
          <w:b/>
          <w:color w:val="auto"/>
        </w:rPr>
        <w:t>Psalm 75:3</w:t>
      </w:r>
      <w:r>
        <w:rPr>
          <w:color w:val="auto"/>
        </w:rPr>
        <w:t xml:space="preserve"> — </w:t>
      </w:r>
      <w:r>
        <w:rPr>
          <w:color w:val="auto"/>
        </w:rPr>
        <w:t>When the earth and all its dwellers quake, it is I who bear up its pillars</w:t>
      </w:r>
      <w:r>
        <w:rPr>
          <w:b w:val="false"/>
          <w:i w:val="false"/>
          <w:color w:val="auto"/>
          <w:u w:val="none"/>
        </w:rPr>
        <w:t xml:space="preserve"> [1MJ]</w:t>
      </w:r>
      <w:r>
        <w:rPr>
          <w:color w:val="auto"/>
        </w:rPr>
        <w:t>. Selah</w:t>
      </w:r>
    </w:p>
    <w:p>
      <w:pPr>
        <w:pStyle w:val="Yellow"/>
        <w:rPr/>
        <w:pBdr>
          <w:left w:val="single" w:sz="28" w:space="5" w:color="C00000"/>
        </w:pBdr>
      </w:pPr>
      <w:r>
        <w:rPr/>
        <w:t xml:space="preserve">(Ps78:3 “our fathers” / Ps78:4 “the LORD”) </w:t>
      </w:r>
      <w:r>
        <w:rPr>
          <w:b/>
        </w:rPr>
        <w:t>Psalm 78:13–14</w:t>
      </w:r>
      <w:r>
        <w:rPr/>
        <w:t xml:space="preserve"> — </w:t>
      </w:r>
      <w:r>
        <w:rPr>
          <w:shd w:val="clear" w:fill="B7DDE8"/>
        </w:rPr>
        <w:t>{He} split the sea</w:t>
      </w:r>
      <w:r>
        <w:rPr>
          <w:b w:val="false"/>
          <w:i w:val="false"/>
          <w:color w:val="000000"/>
          <w:u w:val="none"/>
        </w:rPr>
        <w:t xml:space="preserve"> [1DJH]</w:t>
      </w:r>
      <w:r>
        <w:rPr/>
        <w:t xml:space="preserve"> and </w:t>
      </w:r>
      <w:r>
        <w:rPr>
          <w:shd w:val="clear" w:fill="B7DDE8"/>
        </w:rPr>
        <w:t>brought {them} through</w:t>
      </w:r>
      <w:r>
        <w:rPr>
          <w:b w:val="false"/>
          <w:i w:val="false"/>
          <w:u w:val="none"/>
          <w:color w:val="000000"/>
        </w:rPr>
        <w:t xml:space="preserve"> [1DJI]</w:t>
      </w:r>
      <w:r>
        <w:rPr/>
        <w:t xml:space="preserve">; </w:t>
      </w:r>
      <w:r>
        <w:rPr>
          <w:shd w:val="clear" w:fill="B7DDE8"/>
        </w:rPr>
        <w:t>He set the waters upright like a wall</w:t>
      </w:r>
      <w:r>
        <w:rPr>
          <w:b w:val="false"/>
          <w:i w:val="false"/>
          <w:color w:val="000000"/>
          <w:u w:val="none"/>
        </w:rPr>
        <w:t xml:space="preserve"> [1DJJ]</w:t>
      </w:r>
      <w:r>
        <w:rPr/>
        <w:t xml:space="preserve">. </w:t>
      </w:r>
      <w:r>
        <w:rPr>
          <w:shd w:val="clear" w:color="auto" w:fill="D9C3E6"/>
        </w:rPr>
        <w:t>He led them with a cloud by day</w:t>
      </w:r>
      <w:r>
        <w:rPr>
          <w:b w:val="false"/>
          <w:i w:val="false"/>
          <w:u w:val="none"/>
          <w:color w:val="000000"/>
        </w:rPr>
        <w:t xml:space="preserve"> [2DJK]</w:t>
      </w:r>
      <w:r>
        <w:rPr>
          <w:shd w:val="clear" w:color="auto" w:fill="D9C3E6"/>
        </w:rPr>
        <w:t xml:space="preserve"> and </w:t>
      </w:r>
      <w:r>
        <w:rPr>
          <w:shd w:val="clear" w:color="auto" w:fill="D9C3E6"/>
        </w:rPr>
        <w:t>with a light of fire all night</w:t>
      </w:r>
      <w:r>
        <w:rPr>
          <w:b w:val="false"/>
          <w:i w:val="false"/>
          <w:color w:val="000000"/>
          <w:u w:val="none"/>
        </w:rPr>
        <w:t xml:space="preserve"> [2DJL]</w:t>
      </w:r>
      <w:r>
        <w:rPr>
          <w:shd w:val="clear" w:color="auto" w:fill="D9C3E6"/>
        </w:rPr>
        <w:t>.</w:t>
      </w:r>
    </w:p>
    <w:p>
      <w:pPr>
        <w:pStyle w:val="Yellow"/>
        <w:rPr/>
      </w:pPr>
      <w:r>
        <w:rPr>
          <w:b/>
        </w:rPr>
        <w:t>Psalm 89:9</w:t>
      </w:r>
      <w:r>
        <w:rPr/>
        <w:t xml:space="preserve"> — </w:t>
      </w:r>
      <w:r>
        <w:rPr>
          <w:shd w:val="clear" w:fill="B7DDE8"/>
        </w:rPr>
        <w:t>You rule the raging sea</w:t>
      </w:r>
      <w:r>
        <w:rPr>
          <w:b w:val="false"/>
          <w:i w:val="false"/>
          <w:color w:val="000000"/>
          <w:u w:val="none"/>
        </w:rPr>
        <w:t xml:space="preserve"> [1OL]</w:t>
      </w:r>
      <w:r>
        <w:rPr/>
        <w:t xml:space="preserve">; </w:t>
      </w:r>
      <w:r>
        <w:rPr>
          <w:shd w:val="clear" w:fill="B7DDE8"/>
        </w:rPr>
        <w:t>when its waves mount up, You still them</w:t>
      </w:r>
      <w:r>
        <w:rPr>
          <w:b w:val="false"/>
          <w:i w:val="false"/>
          <w:color w:val="000000"/>
          <w:u w:val="none"/>
        </w:rPr>
        <w:t xml:space="preserve"> [1OM]</w:t>
      </w:r>
      <w:r>
        <w:rPr/>
        <w:t>.</w:t>
      </w:r>
    </w:p>
    <w:p>
      <w:pPr>
        <w:pStyle w:val="Yellow"/>
        <w:rPr/>
      </w:pPr>
      <w:r>
        <w:rPr>
          <w:u w:val="none"/>
        </w:rPr>
        <w:t xml:space="preserve">(Ps107:23–27 after seafarers were engulfed by a tempest) </w:t>
      </w:r>
      <w:r>
        <w:rPr>
          <w:b/>
          <w:u w:val="none"/>
        </w:rPr>
        <w:t>Psalm 107:28–30</w:t>
      </w:r>
      <w:r>
        <w:rPr>
          <w:u w:val="none"/>
        </w:rPr>
        <w:t xml:space="preserve"> — {Then} </w:t>
      </w:r>
      <w:r>
        <w:rPr>
          <w:u w:val="none"/>
          <w:shd w:val="clear" w:fill="B7DDE8"/>
        </w:rPr>
        <w:t>{they} cried out to the LORD in their trouble</w:t>
      </w:r>
      <w:r>
        <w:rPr>
          <w:b w:val="false"/>
          <w:i w:val="false"/>
          <w:color w:val="000000"/>
          <w:u w:val="none"/>
        </w:rPr>
        <w:t xml:space="preserve"> [4CPP]</w:t>
      </w:r>
      <w:r>
        <w:rPr>
          <w:u w:val="none"/>
        </w:rPr>
        <w:t xml:space="preserve">, and </w:t>
      </w:r>
      <w:r>
        <w:rPr>
          <w:u w:val="none"/>
          <w:shd w:val="clear" w:fill="B7DDE8"/>
        </w:rPr>
        <w:t>He brought them out of their distress</w:t>
      </w:r>
      <w:r>
        <w:rPr>
          <w:b w:val="false"/>
          <w:i w:val="false"/>
          <w:color w:val="000000"/>
          <w:u w:val="none"/>
        </w:rPr>
        <w:t xml:space="preserve"> [1CPQ]</w:t>
      </w:r>
      <w:r>
        <w:rPr>
          <w:u w:val="none"/>
        </w:rPr>
        <w:t xml:space="preserve">. </w:t>
      </w:r>
      <w:r>
        <w:rPr>
          <w:u w:val="none"/>
          <w:shd w:val="clear" w:fill="B7DDE8"/>
        </w:rPr>
        <w:t>He calmed the storm to a whisper</w:t>
      </w:r>
      <w:r>
        <w:rPr>
          <w:b w:val="false"/>
          <w:i w:val="false"/>
          <w:color w:val="000000"/>
          <w:u w:val="none"/>
        </w:rPr>
        <w:t xml:space="preserve"> [1CPR]</w:t>
      </w:r>
      <w:r>
        <w:rPr>
          <w:u w:val="none"/>
        </w:rPr>
        <w:t xml:space="preserve">, and </w:t>
      </w:r>
      <w:r>
        <w:rPr>
          <w:u w:val="none"/>
          <w:shd w:val="clear" w:fill="B7DDE8"/>
        </w:rPr>
        <w:t>the waves of the sea were hushed</w:t>
      </w:r>
      <w:r>
        <w:rPr>
          <w:b w:val="false"/>
          <w:i w:val="false"/>
          <w:color w:val="000000"/>
          <w:u w:val="none"/>
        </w:rPr>
        <w:t xml:space="preserve"> [1CPS]</w:t>
      </w:r>
      <w:r>
        <w:rPr>
          <w:u w:val="none"/>
        </w:rPr>
        <w:t xml:space="preserve">. </w:t>
      </w:r>
      <w:r>
        <w:rPr>
          <w:u w:val="none"/>
          <w:shd w:val="clear" w:fill="B7DDE8"/>
        </w:rPr>
        <w:t>They rejoiced in the silence</w:t>
      </w:r>
      <w:r>
        <w:rPr>
          <w:b w:val="false"/>
          <w:i w:val="false"/>
          <w:color w:val="000000"/>
          <w:u w:val="none"/>
        </w:rPr>
        <w:t xml:space="preserve"> [1CPT]</w:t>
      </w:r>
      <w:r>
        <w:rPr>
          <w:u w:val="none"/>
        </w:rPr>
        <w:t xml:space="preserve">, and </w:t>
      </w:r>
      <w:r>
        <w:rPr>
          <w:u w:val="none"/>
          <w:shd w:val="clear" w:fill="B7DDE8"/>
        </w:rPr>
        <w:t>He guided them to the harbor they desired</w:t>
      </w:r>
      <w:r>
        <w:rPr>
          <w:b w:val="false"/>
          <w:i w:val="false"/>
          <w:color w:val="000000"/>
          <w:u w:val="none"/>
        </w:rPr>
        <w:t xml:space="preserve"> [1CPU]</w:t>
      </w:r>
      <w:r>
        <w:rPr>
          <w:u w:val="none"/>
        </w:rPr>
        <w:t>.</w:t>
      </w:r>
    </w:p>
    <w:p>
      <w:pPr>
        <w:pStyle w:val="Yellow"/>
        <w:rPr/>
      </w:pPr>
      <w:r>
        <w:rPr/>
        <w:t xml:space="preserve">(Ps135:6 “The LORD”) </w:t>
      </w:r>
      <w:r>
        <w:rPr>
          <w:b/>
        </w:rPr>
        <w:t>Psalm 135:7</w:t>
      </w:r>
      <w:r>
        <w:rPr/>
        <w:t xml:space="preserve"> — </w:t>
      </w:r>
      <w:r>
        <w:rPr>
          <w:shd w:val="clear" w:fill="B7DDE8"/>
        </w:rPr>
        <w:t>{He} causes the clouds to rise from the ends of the earth</w:t>
      </w:r>
      <w:r>
        <w:rPr>
          <w:b w:val="false"/>
          <w:i w:val="false"/>
          <w:color w:val="000000"/>
          <w:u w:val="none"/>
        </w:rPr>
        <w:t xml:space="preserve"> [1EGG]</w:t>
      </w:r>
      <w:r>
        <w:rPr/>
        <w:t xml:space="preserve">. </w:t>
      </w:r>
      <w:r>
        <w:rPr>
          <w:shd w:val="clear" w:fill="B7DDE8"/>
        </w:rPr>
        <w:t>He generates the lightning with the rain</w:t>
      </w:r>
      <w:r>
        <w:rPr>
          <w:b w:val="false"/>
          <w:i w:val="false"/>
          <w:color w:val="000000"/>
          <w:u w:val="none"/>
        </w:rPr>
        <w:t xml:space="preserve"> [1EGH]</w:t>
      </w:r>
      <w:r>
        <w:rPr/>
        <w:t xml:space="preserve"> and </w:t>
      </w:r>
      <w:r>
        <w:rPr>
          <w:shd w:val="clear" w:fill="B7DDE8"/>
        </w:rPr>
        <w:t>brings forth the wind from His storehouses</w:t>
      </w:r>
      <w:r>
        <w:rPr>
          <w:b w:val="false"/>
          <w:i w:val="false"/>
          <w:color w:val="000000"/>
          <w:u w:val="none"/>
        </w:rPr>
        <w:t xml:space="preserve"> [1EGI]</w:t>
      </w:r>
      <w:r>
        <w:rPr/>
        <w:t>.</w:t>
      </w:r>
    </w:p>
    <w:p>
      <w:pPr>
        <w:pStyle w:val="Yellow"/>
        <w:rPr/>
      </w:pPr>
      <w:r>
        <w:rPr>
          <w:b/>
        </w:rPr>
        <w:t>Jeremiah 5:22</w:t>
      </w:r>
      <w:r>
        <w:t xml:space="preserve"> — “</w:t>
      </w:r>
      <w:r>
        <w:rPr>
          <w:shd w:fill="B7DDE8" w:val="clear"/>
        </w:rPr>
        <w:t>Do you not tremble before Me</w:t>
      </w:r>
      <w:r>
        <w:rPr>
          <w:b w:val="false"/>
          <w:i w:val="false"/>
          <w:color w:val="000000"/>
          <w:u w:val="none"/>
        </w:rPr>
        <w:t xml:space="preserve"> [1AUS]</w:t>
      </w:r>
      <w:r>
        <w:t xml:space="preserve">, </w:t>
      </w:r>
      <w:r>
        <w:rPr>
          <w:shd w:fill="B7DDE8" w:val="clear"/>
        </w:rPr>
        <w:t>the One who set the sand as the boundary for the sea, an enduring barrier it cannot cross</w:t>
      </w:r>
      <w:r>
        <w:rPr>
          <w:b w:val="false"/>
          <w:i w:val="false"/>
          <w:color w:val="000000"/>
          <w:u w:val="none"/>
        </w:rPr>
        <w:t xml:space="preserve"> [1AUT]</w:t>
      </w:r>
      <w:r>
        <w:t>?</w:t>
      </w:r>
    </w:p>
    <w:p>
      <w:pPr>
        <w:pStyle w:val="Yellow"/>
        <w:rPr/>
      </w:pPr>
      <w:r>
        <w:rPr>
          <w:b/>
        </w:rPr>
        <w:t>Jeremiah 27:5</w:t>
      </w:r>
      <w:r>
        <w:rPr/>
        <w:t xml:space="preserve"> — </w:t>
      </w:r>
      <w:r>
        <w:rPr>
          <w:shd w:fill="B7DDE8" w:val="clear"/>
        </w:rPr>
        <w:t>By My great power and outstretched arm, I made the earth and the men and beasts on the face of it</w:t>
      </w:r>
      <w:r>
        <w:rPr>
          <w:b w:val="false"/>
          <w:i w:val="false"/>
          <w:color w:val="000000"/>
          <w:u w:val="none"/>
        </w:rPr>
        <w:t xml:space="preserve"> [1HU]</w:t>
      </w:r>
      <w:r>
        <w:rPr/>
        <w:t xml:space="preserve">, and </w:t>
      </w:r>
      <w:r>
        <w:rPr>
          <w:shd w:fill="B7DDE8" w:val="clear"/>
        </w:rPr>
        <w:t>I give it to whom I please</w:t>
      </w:r>
      <w:r>
        <w:rPr>
          <w:b w:val="false"/>
          <w:i w:val="false"/>
          <w:color w:val="000000"/>
          <w:u w:val="none"/>
        </w:rPr>
        <w:t xml:space="preserve"> [1HV]</w:t>
      </w:r>
      <w:r>
        <w:rPr/>
        <w:t>.</w:t>
      </w:r>
    </w:p>
    <w:p>
      <w:pPr>
        <w:pStyle w:val="Yellow"/>
        <w:rPr/>
      </w:pPr>
      <w:r>
        <w:rPr>
          <w:b/>
        </w:rPr>
        <w:t>Amos 5:8</w:t>
      </w:r>
      <w:r>
        <w:rPr/>
        <w:t xml:space="preserve"> — </w:t>
      </w:r>
      <w:r>
        <w:rPr>
          <w:shd w:fill="B7DDE8" w:val="clear"/>
        </w:rPr>
        <w:t>He who made the Pleiades and Orion</w:t>
      </w:r>
      <w:r>
        <w:rPr>
          <w:b w:val="false"/>
          <w:i w:val="false"/>
          <w:color w:val="000000"/>
          <w:u w:val="none"/>
        </w:rPr>
        <w:t xml:space="preserve"> [1JM]</w:t>
      </w:r>
      <w:r>
        <w:rPr/>
        <w:t xml:space="preserve">, </w:t>
      </w:r>
      <w:r>
        <w:rPr>
          <w:shd w:fill="B7DDE8" w:val="clear"/>
        </w:rPr>
        <w:t>who turns darkness into dawn and darkens day into night</w:t>
      </w:r>
      <w:r>
        <w:rPr>
          <w:b w:val="false"/>
          <w:i w:val="false"/>
          <w:color w:val="000000"/>
          <w:u w:val="none"/>
        </w:rPr>
        <w:t xml:space="preserve"> [1JN]</w:t>
      </w:r>
      <w:r>
        <w:rPr/>
        <w:t xml:space="preserve">, </w:t>
      </w:r>
      <w:r>
        <w:rPr>
          <w:shd w:fill="B7DDE8" w:val="clear"/>
        </w:rPr>
        <w:t>who summons the waters of the sea and pours them over the face of the earth</w:t>
      </w:r>
      <w:r>
        <w:rPr>
          <w:b w:val="false"/>
          <w:i w:val="false"/>
          <w:color w:val="000000"/>
          <w:u w:val="none"/>
        </w:rPr>
        <w:t xml:space="preserve"> [1JO]</w:t>
      </w:r>
      <w:r>
        <w:rPr/>
        <w:t>—the LORD is His name—</w:t>
      </w:r>
    </w:p>
    <w:p>
      <w:pPr>
        <w:pStyle w:val="Yellow"/>
        <w:rPr/>
      </w:pPr>
      <w:r>
        <w:rPr>
          <w:color w:val="auto"/>
        </w:rPr>
        <w:t xml:space="preserve">(Mt8:25ᶜ Disciples cried, “Lord, save us! We are perishing!”) </w:t>
      </w:r>
      <w:r>
        <w:rPr>
          <w:b/>
          <w:color w:val="auto"/>
        </w:rPr>
        <w:t>Matthew 8:26</w:t>
      </w:r>
      <w:r>
        <w:rPr>
          <w:color w:val="auto"/>
        </w:rPr>
        <w:t xml:space="preserve"> — “</w:t>
      </w:r>
      <w:r>
        <w:rPr>
          <w:color w:val="auto"/>
        </w:rPr>
        <w:t>You of little faith</w:t>
      </w:r>
      <w:r>
        <w:rPr>
          <w:b w:val="false"/>
          <w:i w:val="false"/>
          <w:u w:val="none"/>
          <w:color w:val="auto"/>
        </w:rPr>
        <w:t xml:space="preserve"> [1DFN]</w:t>
      </w:r>
      <w:r>
        <w:rPr>
          <w:color w:val="auto"/>
        </w:rPr>
        <w:t>,” Jesus replied, “</w:t>
      </w:r>
      <w:r>
        <w:rPr>
          <w:color w:val="auto"/>
        </w:rPr>
        <w:t>why are you so afraid?</w:t>
      </w:r>
      <w:r>
        <w:rPr>
          <w:b w:val="false"/>
          <w:i w:val="false"/>
          <w:u w:val="none"/>
          <w:color w:val="auto"/>
        </w:rPr>
        <w:t xml:space="preserve"> [1DFO]</w:t>
      </w:r>
      <w:r>
        <w:rPr>
          <w:color w:val="auto"/>
        </w:rPr>
        <w:t xml:space="preserve">” Then </w:t>
      </w:r>
      <w:r>
        <w:rPr>
          <w:color w:val="auto"/>
        </w:rPr>
        <w:t>He got up and rebuked the winds and the sea</w:t>
      </w:r>
      <w:r>
        <w:rPr>
          <w:b w:val="false"/>
          <w:i w:val="false"/>
          <w:u w:val="none"/>
          <w:color w:val="auto"/>
        </w:rPr>
        <w:t xml:space="preserve"> [2DFP]</w:t>
      </w:r>
      <w:r>
        <w:rPr>
          <w:color w:val="auto"/>
        </w:rPr>
        <w:t xml:space="preserve">, and </w:t>
      </w:r>
      <w:r>
        <w:rPr>
          <w:color w:val="auto"/>
        </w:rPr>
        <w:t>it was perfectly calm</w:t>
      </w:r>
      <w:r>
        <w:rPr>
          <w:b w:val="false"/>
          <w:i w:val="false"/>
          <w:u w:val="none"/>
          <w:color w:val="auto"/>
        </w:rPr>
        <w:t xml:space="preserve"> [2DFQ]</w:t>
      </w:r>
      <w:r>
        <w:rPr>
          <w:color w:val="auto"/>
        </w:rPr>
        <w:t>.</w:t>
      </w:r>
    </w:p>
    <w:p>
      <w:pPr>
        <w:pStyle w:val="Yellow"/>
        <w:rPr/>
      </w:pPr>
      <w:r>
        <w:rPr/>
        <w:t xml:space="preserve">(Mt8:26 “Jesus”) </w:t>
      </w:r>
      <w:r>
        <w:rPr>
          <w:b/>
        </w:rPr>
        <w:t>Matthew 8:27</w:t>
      </w:r>
      <w:r>
        <w:rPr/>
        <w:t xml:space="preserve"> — </w:t>
      </w:r>
      <w:r>
        <w:rPr>
          <w:shd w:val="clear" w:fill="B7DDE8"/>
        </w:rPr>
        <w:t>Even the winds and the sea obey {Him}</w:t>
      </w:r>
      <w:r>
        <w:rPr>
          <w:b w:val="false"/>
          <w:i w:val="false"/>
          <w:color w:val="000000"/>
          <w:u w:val="none"/>
        </w:rPr>
        <w:t xml:space="preserve"> [3FMI]</w:t>
      </w:r>
      <w:r>
        <w:rPr/>
        <w:t>!”</w:t>
      </w:r>
    </w:p>
    <w:p>
      <w:pPr>
        <w:pStyle w:val="Yellow"/>
        <w:rPr/>
      </w:pPr>
      <w:r>
        <w:rPr>
          <w:b/>
        </w:rPr>
        <w:t xml:space="preserve">Mark 4:39</w:t>
      </w:r>
      <w:r>
        <w:rPr/>
        <w:t xml:space="preserve"> — Then </w:t>
      </w:r>
      <w:r>
        <w:rPr>
          <w:shd w:fill="B7DDE8" w:val="clear"/>
        </w:rPr>
        <w:t xml:space="preserve">Jesus got up and rebuked the wind and the sea</w:t>
      </w:r>
      <w:r>
        <w:rPr>
          <w:b w:val="false"/>
          <w:i w:val="false"/>
          <w:color w:val="000000"/>
          <w:u w:val="none"/>
        </w:rPr>
        <w:t xml:space="preserve"> [2DFP]</w:t>
      </w:r>
      <w:r>
        <w:rPr/>
        <w:t xml:space="preserve">. </w:t>
      </w:r>
      <w:r>
        <w:rPr>
          <w:shd w:fill="B7DDE8" w:val="clear"/>
        </w:rPr>
        <w:t xml:space="preserve">“Silence!” He commanded. “Be still!”</w:t>
      </w:r>
      <w:r>
        <w:rPr>
          <w:b w:val="false"/>
          <w:i w:val="false"/>
          <w:color w:val="000000"/>
          <w:u w:val="none"/>
        </w:rPr>
        <w:t xml:space="preserve"> [1IQO]</w:t>
      </w:r>
      <w:r>
        <w:rPr/>
        <w:t xml:space="preserve"> And </w:t>
      </w:r>
      <w:r>
        <w:rPr>
          <w:shd w:fill="B7DDE8" w:val="clear"/>
        </w:rPr>
        <w:t xml:space="preserve">the wind died down</w:t>
      </w:r>
      <w:r>
        <w:rPr>
          <w:b w:val="false"/>
          <w:i w:val="false"/>
          <w:color w:val="000000"/>
          <w:u w:val="none"/>
        </w:rPr>
        <w:t xml:space="preserve"> [1IQP]</w:t>
      </w:r>
      <w:r>
        <w:rPr/>
        <w:t xml:space="preserve">, and </w:t>
      </w:r>
      <w:r>
        <w:rPr>
          <w:shd w:fill="B7DDE8" w:val="clear"/>
        </w:rPr>
        <w:t xml:space="preserve">it was perfectly calm</w:t>
      </w:r>
      <w:r>
        <w:rPr>
          <w:b w:val="false"/>
          <w:i w:val="false"/>
          <w:color w:val="000000"/>
          <w:u w:val="none"/>
        </w:rPr>
        <w:t xml:space="preserve"> [2DFQ]</w:t>
      </w:r>
      <w:r>
        <w:rPr/>
        <w:t xml:space="preserve">.</w:t>
      </w:r>
    </w:p>
    <w:p>
      <w:pPr>
        <w:pStyle w:val="Yellow"/>
        <w:rPr/>
      </w:pPr>
      <w:r>
        <w:rPr>
          <w:b/>
          <w:shd w:val="clear" w:color="auto" w:fill="C00000"/>
          <w:color w:val="FFFFFF"/>
        </w:rPr>
        <w:t xml:space="preserve">Mark 4:41</w:t>
      </w:r>
      <w:r>
        <w:rPr>
          <w:shd w:val="clear" w:color="auto" w:fill="C00000"/>
          <w:color w:val="FFFFFF"/>
        </w:rPr>
        <w:t xml:space="preserve"> —  Overwhelmed with fear, they asked one another, “Who is this, that </w:t>
      </w:r>
      <w:r>
        <w:rPr>
          <w:shd w:val="clear" w:color="auto" w:fill="C00000"/>
          <w:color w:val="FFFFFF"/>
        </w:rPr>
        <w:t xml:space="preserve">even the wind and the sea obey Him</w:t>
      </w:r>
      <w:r>
        <w:rPr>
          <w:b w:val="false"/>
          <w:i w:val="false"/>
          <w:u w:val="none"/>
          <w:shd w:val="clear" w:color="auto" w:fill="C00000"/>
          <w:color w:val="FFFFFF"/>
        </w:rPr>
        <w:t xml:space="preserve"> [3FMI]</w:t>
      </w:r>
      <w:r>
        <w:rPr>
          <w:shd w:val="clear" w:color="auto" w:fill="C00000"/>
          <w:color w:val="FFFFFF"/>
        </w:rPr>
        <w:t xml:space="preserve">?”</w:t>
      </w:r>
    </w:p>
    <w:p>
      <w:pPr>
        <w:pStyle w:val="Yellow"/>
        <w:rPr/>
      </w:pPr>
      <w:r>
        <w:rPr>
          <w:shd w:val="clear" w:color="auto" w:fill="C00000"/>
          <w:color w:val="FFFFFF"/>
        </w:rPr>
        <w:t xml:space="preserve">(Lk8:24 “Jesus”) </w:t>
      </w:r>
      <w:r>
        <w:rPr>
          <w:b/>
          <w:shd w:val="clear" w:color="auto" w:fill="C00000"/>
          <w:color w:val="FFFFFF"/>
        </w:rPr>
        <w:t>Luke 8:25</w:t>
      </w:r>
      <w:r>
        <w:rPr>
          <w:shd w:val="clear" w:color="auto" w:fill="C00000"/>
          <w:color w:val="FFFFFF"/>
        </w:rPr>
        <w:t xml:space="preserve"> — Frightened and amazed, they asked one another, “Who is this? </w:t>
      </w:r>
      <w:r>
        <w:rPr>
          <w:shd w:val="clear" w:color="auto" w:fill="C00000"/>
          <w:color w:val="FFFFFF"/>
        </w:rPr>
        <w:t>{He} commands even the winds and the water</w:t>
      </w:r>
      <w:r>
        <w:rPr>
          <w:b w:val="false"/>
          <w:i w:val="false"/>
          <w:u w:val="none"/>
          <w:shd w:val="clear" w:color="auto" w:fill="C00000"/>
          <w:color w:val="FFFFFF"/>
        </w:rPr>
        <w:t xml:space="preserve"> [1FMH]</w:t>
      </w:r>
      <w:r>
        <w:rPr>
          <w:shd w:val="clear" w:color="auto" w:fill="C00000"/>
          <w:color w:val="FFFFFF"/>
        </w:rPr>
        <w:t xml:space="preserve">, and </w:t>
      </w:r>
      <w:r>
        <w:rPr>
          <w:shd w:val="clear" w:color="auto" w:fill="C00000"/>
          <w:color w:val="FFFFFF"/>
        </w:rPr>
        <w:t>they obey Him</w:t>
      </w:r>
      <w:r>
        <w:rPr>
          <w:b w:val="false"/>
          <w:i w:val="false"/>
          <w:u w:val="none"/>
          <w:shd w:val="clear" w:color="auto" w:fill="C00000"/>
          <w:color w:val="FFFFFF"/>
        </w:rPr>
        <w:t xml:space="preserve"> [3FMI]</w:t>
      </w:r>
      <w:r>
        <w:rPr>
          <w:shd w:val="clear" w:color="auto" w:fill="C00000"/>
          <w:color w:val="FFFFFF"/>
        </w:rPr>
        <w:t>!”</w:t>
      </w:r>
    </w:p>
    <w:p>
      <w:pPr>
        <w:pStyle w:val="Yellow"/>
        <w:rPr/>
      </w:pPr>
      <w:r>
        <w:rPr/>
        <w:t xml:space="preserve">(Ro1:18 “men who suppress the truth by their wickedness”) </w:t>
      </w:r>
      <w:r>
        <w:rPr>
          <w:b/>
        </w:rPr>
        <w:t>Romans 1:19-20</w:t>
      </w:r>
      <w:r>
        <w:rPr/>
        <w:t xml:space="preserve"> — </w:t>
      </w:r>
      <w:r>
        <w:rPr>
          <w:shd w:fill="B7DDE8" w:val="clear"/>
        </w:rPr>
        <w:t>what may be known about God is plain to {them}</w:t>
      </w:r>
      <w:r>
        <w:rPr>
          <w:b w:val="false"/>
          <w:i w:val="false"/>
          <w:color w:val="000000"/>
          <w:u w:val="none"/>
        </w:rPr>
        <w:t xml:space="preserve"> [1LWC]</w:t>
      </w:r>
      <w:r>
        <w:rPr/>
        <w:t xml:space="preserve">, </w:t>
      </w:r>
      <w:r>
        <w:rPr>
          <w:shd w:fill="B7DDE8" w:val="clear"/>
        </w:rPr>
        <w:t>because God has made it plain to them</w:t>
      </w:r>
      <w:r>
        <w:rPr>
          <w:b w:val="false"/>
          <w:i w:val="false"/>
          <w:color w:val="000000"/>
          <w:u w:val="none"/>
        </w:rPr>
        <w:t xml:space="preserve"> [1LWD]</w:t>
      </w:r>
      <w:r>
        <w:rPr/>
        <w:t xml:space="preserve">. </w:t>
      </w:r>
      <w:r>
        <w:rPr>
          <w:shd w:fill="B7DDE8" w:val="clear"/>
        </w:rPr>
        <w:t>since the creation of the world God’s invisible qualities, His eternal power and divine nature, have been clearly seen, being understood from His workmanship</w:t>
      </w:r>
      <w:r>
        <w:rPr>
          <w:b w:val="false"/>
          <w:i w:val="false"/>
          <w:color w:val="000000"/>
          <w:u w:val="none"/>
        </w:rPr>
        <w:t xml:space="preserve"> [1LWE]</w:t>
      </w:r>
      <w:r>
        <w:rPr/>
        <w:t xml:space="preserve">, </w:t>
      </w:r>
      <w:r>
        <w:rPr>
          <w:shd w:fill="B7DDE8" w:val="clear"/>
        </w:rPr>
        <w:t>so that men are without excuse</w:t>
      </w:r>
      <w:r>
        <w:rPr>
          <w:b w:val="false"/>
          <w:i w:val="false"/>
          <w:color w:val="000000"/>
          <w:u w:val="none"/>
        </w:rPr>
        <w:t xml:space="preserve"> [1LWF]</w:t>
      </w:r>
      <w:r>
        <w:rPr/>
        <w:t>.</w:t>
      </w:r>
    </w:p>
    <w:p>
      <w:r>
        <w:rPr>
          <w:b/>
          <w:sz w:val="32"/>
          <w:highlight w:val="yellow"/>
        </w:rPr>
        <w:t>Refuge  (24)</w:t>
      </w:r>
    </w:p>
    <w:p>
      <w:pPr>
        <w:pStyle w:val="Green"/>
        <w:rPr/>
      </w:pPr>
      <w:r>
        <w:rPr>
          <w:b/>
          <w:u w:val="none"/>
        </w:rPr>
        <w:t>2 Samuel 22:3</w:t>
      </w:r>
      <w:r>
        <w:rPr>
          <w:u w:val="none"/>
        </w:rPr>
        <w:t xml:space="preserve"> — </w:t>
      </w:r>
      <w:r>
        <w:rPr>
          <w:u w:val="none"/>
          <w:shd w:val="clear" w:fill="B7DDE8"/>
        </w:rPr>
        <w:t>My God is my rock</w:t>
      </w:r>
      <w:r>
        <w:rPr>
          <w:b w:val="false"/>
          <w:i w:val="false"/>
          <w:color w:val="000000"/>
          <w:u w:val="none"/>
        </w:rPr>
        <w:t xml:space="preserve"> [7GI]</w:t>
      </w:r>
      <w:r>
        <w:rPr>
          <w:u w:val="none"/>
        </w:rPr>
        <w:t xml:space="preserve">, </w:t>
      </w:r>
      <w:r>
        <w:rPr>
          <w:u w:val="none"/>
          <w:shd w:val="clear" w:fill="B7DDE8"/>
        </w:rPr>
        <w:t>in whom I take refuge</w:t>
      </w:r>
      <w:r>
        <w:rPr>
          <w:b w:val="false"/>
          <w:i w:val="false"/>
          <w:color w:val="000000"/>
          <w:u w:val="none"/>
        </w:rPr>
        <w:t xml:space="preserve"> [3BRL]</w:t>
      </w:r>
      <w:r>
        <w:rPr>
          <w:u w:val="none"/>
        </w:rPr>
        <w:t xml:space="preserve">, </w:t>
      </w:r>
      <w:r>
        <w:rPr>
          <w:u w:val="none"/>
          <w:shd w:val="clear" w:fill="B7DDE8"/>
        </w:rPr>
        <w:t>my shield</w:t>
      </w:r>
      <w:r>
        <w:rPr>
          <w:b w:val="false"/>
          <w:i w:val="false"/>
          <w:color w:val="000000"/>
          <w:u w:val="none"/>
        </w:rPr>
        <w:t xml:space="preserve"> [7CUW]</w:t>
      </w:r>
      <w:r>
        <w:rPr>
          <w:u w:val="none"/>
        </w:rPr>
        <w:t xml:space="preserve">, and </w:t>
      </w:r>
      <w:r>
        <w:rPr>
          <w:u w:val="none"/>
          <w:shd w:val="clear" w:fill="B7DDE8"/>
        </w:rPr>
        <w:t>the horn of my salvation</w:t>
      </w:r>
      <w:r>
        <w:rPr>
          <w:b w:val="false"/>
          <w:i w:val="false"/>
          <w:color w:val="000000"/>
          <w:u w:val="none"/>
        </w:rPr>
        <w:t xml:space="preserve"> [2CUY]</w:t>
      </w:r>
      <w:r>
        <w:rPr>
          <w:u w:val="none"/>
        </w:rPr>
        <w:t xml:space="preserve">. </w:t>
      </w:r>
      <w:r>
        <w:rPr>
          <w:u w:val="none"/>
          <w:shd w:val="clear" w:fill="B7DDE8"/>
        </w:rPr>
        <w:t>My stronghold</w:t>
      </w:r>
      <w:r>
        <w:rPr>
          <w:b w:val="false"/>
          <w:i w:val="false"/>
          <w:color w:val="000000"/>
          <w:u w:val="none"/>
        </w:rPr>
        <w:t xml:space="preserve"> [3CUU]</w:t>
      </w:r>
      <w:r>
        <w:rPr>
          <w:u w:val="none"/>
        </w:rPr>
        <w:t xml:space="preserve">, </w:t>
      </w:r>
      <w:r>
        <w:rPr>
          <w:u w:val="none"/>
          <w:shd w:val="clear" w:fill="B7DDE8"/>
        </w:rPr>
        <w:t>my refuge</w:t>
      </w:r>
      <w:r>
        <w:rPr>
          <w:b w:val="false"/>
          <w:i w:val="false"/>
          <w:color w:val="000000"/>
          <w:u w:val="none"/>
        </w:rPr>
        <w:t xml:space="preserve"> [7DXY]</w:t>
      </w:r>
      <w:r>
        <w:rPr>
          <w:u w:val="none"/>
        </w:rPr>
        <w:t xml:space="preserve">, and </w:t>
      </w:r>
      <w:r>
        <w:rPr>
          <w:u w:val="none"/>
          <w:shd w:val="clear" w:fill="F4B183" w:color="auto"/>
          <w:color w:val="000000"/>
        </w:rPr>
        <w:t>my Savior</w:t>
      </w:r>
      <w:r>
        <w:rPr>
          <w:b w:val="false"/>
          <w:i w:val="false"/>
          <w:color w:val="000000"/>
          <w:u w:val="none"/>
          <w:shd w:val="clear" w:color="auto" w:fill="F4B183"/>
        </w:rPr>
        <w:t xml:space="preserve"> [7AYO]</w:t>
      </w:r>
      <w:r>
        <w:rPr>
          <w:u w:val="none"/>
        </w:rPr>
        <w:t xml:space="preserve">, </w:t>
      </w:r>
      <w:r>
        <w:rPr>
          <w:u w:val="none"/>
          <w:shd w:val="clear" w:fill="F4B183" w:color="auto"/>
          <w:color w:val="000000"/>
        </w:rPr>
        <w:t>You save me from violence</w:t>
      </w:r>
      <w:r>
        <w:rPr>
          <w:b w:val="false"/>
          <w:i w:val="false"/>
          <w:color w:val="000000"/>
          <w:u w:val="none"/>
          <w:shd w:val="clear" w:color="auto" w:fill="F4B183"/>
        </w:rPr>
        <w:t xml:space="preserve"> [1DYH]</w:t>
      </w:r>
      <w:r>
        <w:rPr>
          <w:u w:val="none"/>
        </w:rPr>
        <w:t>.</w:t>
      </w:r>
    </w:p>
    <w:p>
      <w:pPr>
        <w:pStyle w:val="Red"/>
        <w:rPr/>
      </w:pPr>
      <w:r>
        <w:rPr>
          <w:b/>
          <w:u w:val="none"/>
          <w:color w:val="auto"/>
        </w:rPr>
        <w:t>Psalm 9:9</w:t>
      </w:r>
      <w:r>
        <w:rPr>
          <w:u w:val="none"/>
          <w:color w:val="auto"/>
        </w:rPr>
        <w:t xml:space="preserve"> — </w:t>
      </w:r>
      <w:r>
        <w:rPr>
          <w:u w:val="none"/>
          <w:color w:val="auto"/>
        </w:rPr>
        <w:t>The LORD is a refuge for the oppressed</w:t>
      </w:r>
      <w:r>
        <w:rPr>
          <w:b w:val="false"/>
          <w:i w:val="false"/>
          <w:color w:val="auto"/>
          <w:u w:val="none"/>
        </w:rPr>
        <w:t xml:space="preserve"> [1DXP]</w:t>
      </w:r>
      <w:r>
        <w:rPr>
          <w:u w:val="none"/>
          <w:color w:val="auto"/>
        </w:rPr>
        <w:t xml:space="preserve">, </w:t>
      </w:r>
      <w:r>
        <w:rPr>
          <w:u w:val="none"/>
          <w:color w:val="auto"/>
        </w:rPr>
        <w:t>a stronghold in times of trouble</w:t>
      </w:r>
      <w:r>
        <w:rPr>
          <w:b w:val="false"/>
          <w:i w:val="false"/>
          <w:color w:val="auto"/>
          <w:u w:val="none"/>
        </w:rPr>
        <w:t xml:space="preserve"> [1DXQ]</w:t>
      </w:r>
      <w:r>
        <w:rPr>
          <w:u w:val="none"/>
          <w:color w:val="auto"/>
        </w:rPr>
        <w:t>.</w:t>
      </w:r>
    </w:p>
    <w:p>
      <w:pPr>
        <w:pStyle w:val="Green"/>
        <w:rPr/>
        <w:shd w:val="clear" w:color="auto" w:fill="E4DFEC"/>
        <w:pBdr>
          <w:left w:val="single" w:sz="28" w:space="5" w:color="B4A7D6"/>
        </w:pBdr>
      </w:pPr>
      <w:r>
        <w:rPr>
          <w:b/>
          <w:u w:val="none"/>
        </w:rPr>
        <w:t>Psalm 18:2</w:t>
      </w:r>
      <w:r>
        <w:rPr>
          <w:u w:val="none"/>
        </w:rPr>
        <w:t xml:space="preserve"> — </w:t>
      </w:r>
      <w:r>
        <w:rPr>
          <w:u w:val="none"/>
          <w:shd w:val="clear" w:fill="B7DDE8"/>
        </w:rPr>
        <w:t>The LORD is my rock</w:t>
      </w:r>
      <w:r>
        <w:rPr>
          <w:b w:val="false"/>
          <w:i w:val="false"/>
          <w:color w:val="000000"/>
          <w:u w:val="none"/>
        </w:rPr>
        <w:t xml:space="preserve"> [7GI]</w:t>
      </w:r>
      <w:r>
        <w:rPr>
          <w:u w:val="none"/>
        </w:rPr>
        <w:t xml:space="preserve">, </w:t>
      </w:r>
      <w:r>
        <w:rPr>
          <w:u w:val="none"/>
          <w:shd w:val="clear" w:fill="B7DDE8"/>
        </w:rPr>
        <w:t>my fortress</w:t>
      </w:r>
      <w:r>
        <w:rPr>
          <w:b w:val="false"/>
          <w:i w:val="false"/>
          <w:u w:val="none"/>
          <w:color w:val="000000"/>
        </w:rPr>
        <w:t xml:space="preserve"> [12GJ]</w:t>
      </w:r>
      <w:r>
        <w:rPr>
          <w:u w:val="none"/>
        </w:rPr>
        <w:t xml:space="preserve">, and </w:t>
      </w:r>
      <w:r>
        <w:rPr>
          <w:u w:val="none"/>
          <w:shd w:val="clear" w:fill="B7DDE8"/>
        </w:rPr>
        <w:t>my deliverer</w:t>
      </w:r>
      <w:r>
        <w:rPr>
          <w:b w:val="false"/>
          <w:i w:val="false"/>
          <w:color w:val="000000"/>
          <w:u w:val="none"/>
        </w:rPr>
        <w:t xml:space="preserve"> [5CUV]</w:t>
      </w:r>
      <w:r>
        <w:rPr>
          <w:u w:val="none"/>
        </w:rPr>
        <w:t xml:space="preserve">. </w:t>
      </w:r>
      <w:r>
        <w:rPr>
          <w:u w:val="none"/>
          <w:shd w:val="clear" w:fill="B7DDE8"/>
        </w:rPr>
        <w:t>My God is my rock</w:t>
      </w:r>
      <w:r>
        <w:rPr>
          <w:b w:val="false"/>
          <w:i w:val="false"/>
          <w:color w:val="000000"/>
          <w:u w:val="none"/>
        </w:rPr>
        <w:t xml:space="preserve"> [7GI]</w:t>
      </w:r>
      <w:r>
        <w:rPr>
          <w:u w:val="none"/>
        </w:rPr>
        <w:t xml:space="preserve">, </w:t>
      </w:r>
      <w:r>
        <w:rPr>
          <w:u w:val="none"/>
          <w:shd w:val="clear" w:fill="B7DDE8"/>
        </w:rPr>
        <w:t>in whom I take refuge</w:t>
      </w:r>
      <w:r>
        <w:rPr>
          <w:b w:val="false"/>
          <w:i w:val="false"/>
          <w:color w:val="000000"/>
          <w:u w:val="none"/>
        </w:rPr>
        <w:t xml:space="preserve"> [3BRL]</w:t>
      </w:r>
      <w:r>
        <w:rPr>
          <w:u w:val="none"/>
        </w:rPr>
        <w:t xml:space="preserve">, </w:t>
      </w:r>
      <w:r>
        <w:rPr>
          <w:u w:val="none"/>
          <w:shd w:val="clear" w:fill="B7DDE8"/>
        </w:rPr>
        <w:t>my shield</w:t>
      </w:r>
      <w:r>
        <w:rPr>
          <w:b w:val="false"/>
          <w:i w:val="false"/>
          <w:color w:val="000000"/>
          <w:u w:val="none"/>
        </w:rPr>
        <w:t xml:space="preserve"> [7CUW]</w:t>
      </w:r>
      <w:r>
        <w:rPr>
          <w:u w:val="none"/>
        </w:rPr>
        <w:t xml:space="preserve">, and </w:t>
      </w:r>
      <w:r>
        <w:rPr>
          <w:u w:val="none"/>
          <w:shd w:val="clear" w:fill="B7DDE8"/>
        </w:rPr>
        <w:t>the horn of my salvation</w:t>
      </w:r>
      <w:r>
        <w:rPr>
          <w:b w:val="false"/>
          <w:i w:val="false"/>
          <w:color w:val="000000"/>
          <w:u w:val="none"/>
        </w:rPr>
        <w:t xml:space="preserve"> [2CUY]</w:t>
      </w:r>
      <w:r>
        <w:rPr>
          <w:u w:val="none"/>
        </w:rPr>
        <w:t xml:space="preserve">, </w:t>
      </w:r>
      <w:r>
        <w:rPr>
          <w:u w:val="none"/>
          <w:shd w:val="clear" w:fill="B7DDE8"/>
        </w:rPr>
        <w:t>my stronghold</w:t>
      </w:r>
      <w:r>
        <w:rPr>
          <w:b w:val="false"/>
          <w:i w:val="false"/>
          <w:u w:val="none"/>
          <w:color w:val="000000"/>
        </w:rPr>
        <w:t xml:space="preserve"> [3CUU]</w:t>
      </w:r>
      <w:r>
        <w:rPr>
          <w:u w:val="none"/>
        </w:rPr>
        <w:t>.</w:t>
      </w:r>
    </w:p>
    <w:p>
      <w:pPr>
        <w:pStyle w:val="Yellow"/>
        <w:rPr/>
      </w:pPr>
      <w:r>
        <w:rPr>
          <w:b/>
        </w:rPr>
        <w:t>Psalm 27:5</w:t>
      </w:r>
      <w:r>
        <w:rPr/>
        <w:t xml:space="preserve"> — For </w:t>
      </w:r>
      <w:r>
        <w:rPr>
          <w:shd w:val="clear" w:fill="B7DDE8"/>
        </w:rPr>
        <w:t>in the day of trouble He will hide me in His shelter</w:t>
      </w:r>
      <w:r>
        <w:rPr>
          <w:b w:val="false"/>
          <w:i w:val="false"/>
          <w:color w:val="000000"/>
          <w:u w:val="none"/>
        </w:rPr>
        <w:t xml:space="preserve"> [1CVO]</w:t>
      </w:r>
      <w:r>
        <w:rPr/>
        <w:t xml:space="preserve">; </w:t>
      </w:r>
      <w:r>
        <w:rPr>
          <w:shd w:val="clear" w:fill="B7DDE8"/>
        </w:rPr>
        <w:t>He will conceal me under the cover of His tent</w:t>
      </w:r>
      <w:r>
        <w:rPr>
          <w:b w:val="false"/>
          <w:i w:val="false"/>
          <w:color w:val="000000"/>
          <w:u w:val="none"/>
        </w:rPr>
        <w:t xml:space="preserve"> [1CVP]</w:t>
      </w:r>
      <w:r>
        <w:rPr/>
        <w:t xml:space="preserve">; </w:t>
      </w:r>
      <w:r>
        <w:rPr>
          <w:shd w:val="clear" w:fill="B7DDE8"/>
        </w:rPr>
        <w:t>He will set me high upon a rock</w:t>
      </w:r>
      <w:r>
        <w:rPr>
          <w:b w:val="false"/>
          <w:i w:val="false"/>
          <w:color w:val="000000"/>
          <w:u w:val="none"/>
        </w:rPr>
        <w:t xml:space="preserve"> [1CVQ]</w:t>
      </w:r>
      <w:r>
        <w:rPr/>
        <w:t>.</w:t>
      </w:r>
    </w:p>
    <w:p>
      <w:pPr>
        <w:pStyle w:val="Yellow"/>
        <w:rPr/>
      </w:pPr>
      <w:r>
        <w:rPr>
          <w:b/>
        </w:rPr>
        <w:t>Psalm 28:8</w:t>
      </w:r>
      <w:r>
        <w:rPr/>
        <w:t xml:space="preserve"> — </w:t>
      </w:r>
      <w:r>
        <w:rPr>
          <w:shd w:val="clear" w:fill="B7DDE8"/>
        </w:rPr>
        <w:t>The LORD is the strength of His people</w:t>
      </w:r>
      <w:r>
        <w:rPr>
          <w:b w:val="false"/>
          <w:i w:val="false"/>
          <w:color w:val="000000"/>
          <w:u w:val="none"/>
        </w:rPr>
        <w:t xml:space="preserve"> [1DWS]</w:t>
      </w:r>
      <w:r>
        <w:rPr>
          <w:shd w:val="clear" w:color="auto" w:fill="548235"/>
          <w:color w:val="FFFFFF"/>
        </w:rPr>
        <w:t xml:space="preserve">, </w:t>
      </w:r>
      <w:r>
        <w:rPr>
          <w:shd w:val="clear" w:fill="548235" w:color="auto"/>
          <w:color w:val="FFFFFF"/>
        </w:rPr>
        <w:t>a stronghold of salvation for His anointed</w:t>
      </w:r>
      <w:r>
        <w:rPr>
          <w:b w:val="false"/>
          <w:i w:val="false"/>
          <w:color w:val="FFFFFF"/>
          <w:u w:val="none"/>
          <w:shd w:val="clear" w:color="auto" w:fill="548235"/>
        </w:rPr>
        <w:t xml:space="preserve"> [1DWT]</w:t>
      </w:r>
      <w:r>
        <w:rPr>
          <w:shd w:val="clear" w:color="auto" w:fill="548235"/>
          <w:color w:val="FFFFFF"/>
        </w:rPr>
        <w:t>.</w:t>
      </w:r>
    </w:p>
    <w:p>
      <w:pPr>
        <w:pStyle w:val="Yellow"/>
        <w:rPr/>
      </w:pPr>
      <w:r>
        <w:rPr>
          <w:b/>
          <w:u w:val="none"/>
        </w:rPr>
        <w:t>Psalm 34:8</w:t>
      </w:r>
      <w:r>
        <w:rPr>
          <w:u w:val="none"/>
        </w:rPr>
        <w:t xml:space="preserve"> — </w:t>
      </w:r>
      <w:r>
        <w:rPr>
          <w:u w:val="none"/>
          <w:shd w:fill="B7DDE8" w:val="clear"/>
        </w:rPr>
        <w:t xml:space="preserve">Taste and see that </w:t>
      </w:r>
      <w:r>
        <w:rPr>
          <w:u w:val="none"/>
          <w:shd w:fill="B7DDE8" w:val="clear"/>
        </w:rPr>
        <w:t>the LORD is good</w:t>
      </w:r>
      <w:r>
        <w:rPr>
          <w:b w:val="false"/>
          <w:i w:val="false"/>
          <w:color w:val="000000"/>
          <w:u w:val="none"/>
        </w:rPr>
        <w:t xml:space="preserve"> [1GQ]</w:t>
      </w:r>
      <w:r>
        <w:rPr>
          <w:u w:val="none"/>
        </w:rPr>
        <w:t xml:space="preserve">; </w:t>
      </w:r>
      <w:r>
        <w:rPr>
          <w:u w:val="none"/>
          <w:shd w:fill="B7DDE8" w:val="clear"/>
        </w:rPr>
        <w:t>blessed is the man who takes refuge in Him</w:t>
      </w:r>
      <w:r>
        <w:rPr>
          <w:b w:val="false"/>
          <w:i w:val="false"/>
          <w:color w:val="000000"/>
          <w:u w:val="none"/>
        </w:rPr>
        <w:t xml:space="preserve"> [1GR]</w:t>
      </w:r>
      <w:r>
        <w:rPr>
          <w:u w:val="none"/>
        </w:rPr>
        <w:t>!</w:t>
      </w:r>
    </w:p>
    <w:p>
      <w:pPr>
        <w:pStyle w:val="Yellow"/>
        <w:rPr/>
      </w:pPr>
      <w:r>
        <w:rPr>
          <w:b/>
        </w:rPr>
        <w:t>Psalm 36:7-9</w:t>
      </w:r>
      <w:r>
        <w:rPr/>
        <w:t xml:space="preserve"> — </w:t>
      </w:r>
      <w:r>
        <w:rPr>
          <w:shd w:val="clear" w:fill="B7DDE8"/>
        </w:rPr>
        <w:t>How precious is Your loving devotion, O God</w:t>
      </w:r>
      <w:r>
        <w:rPr>
          <w:b w:val="false"/>
          <w:i w:val="false"/>
          <w:color w:val="000000"/>
          <w:u w:val="none"/>
        </w:rPr>
        <w:t xml:space="preserve"> [1CUF]</w:t>
      </w:r>
      <w:r>
        <w:rPr/>
        <w:t xml:space="preserve">, that </w:t>
      </w:r>
      <w:r>
        <w:rPr>
          <w:shd w:val="clear" w:fill="B7DDE8"/>
        </w:rPr>
        <w:t>the children of men take refuge in the shadow of Your wings</w:t>
      </w:r>
      <w:r>
        <w:rPr>
          <w:b w:val="false"/>
          <w:i w:val="false"/>
          <w:color w:val="000000"/>
          <w:u w:val="none"/>
        </w:rPr>
        <w:t xml:space="preserve"> [1CUG]</w:t>
      </w:r>
      <w:r>
        <w:rPr/>
        <w:t xml:space="preserve">! </w:t>
      </w:r>
      <w:r>
        <w:rPr>
          <w:shd w:val="clear" w:fill="B7DDE8"/>
        </w:rPr>
        <w:t>They feast on the abundance of Your house</w:t>
      </w:r>
      <w:r>
        <w:rPr>
          <w:b w:val="false"/>
          <w:i w:val="false"/>
          <w:u w:val="none"/>
          <w:color w:val="000000"/>
        </w:rPr>
        <w:t xml:space="preserve"> [1CUH]</w:t>
      </w:r>
      <w:r>
        <w:rPr/>
        <w:t xml:space="preserve">, and </w:t>
      </w:r>
      <w:r>
        <w:rPr>
          <w:shd w:val="clear" w:fill="B7DDE8"/>
        </w:rPr>
        <w:t>You give them drink from Your river of delights</w:t>
      </w:r>
      <w:r>
        <w:rPr>
          <w:b w:val="false"/>
          <w:i w:val="false"/>
          <w:color w:val="000000"/>
          <w:u w:val="none"/>
        </w:rPr>
        <w:t xml:space="preserve"> [1CUI]</w:t>
      </w:r>
      <w:r>
        <w:rPr/>
        <w:t xml:space="preserve">. For </w:t>
      </w:r>
      <w:r>
        <w:rPr>
          <w:shd w:val="clear" w:fill="B7DDE8"/>
        </w:rPr>
        <w:t>with You is the fountain of life</w:t>
      </w:r>
      <w:r>
        <w:rPr>
          <w:b w:val="false"/>
          <w:i w:val="false"/>
          <w:color w:val="000000"/>
          <w:u w:val="none"/>
        </w:rPr>
        <w:t xml:space="preserve"> [1CUJ]</w:t>
      </w:r>
      <w:r>
        <w:rPr/>
        <w:t xml:space="preserve">; </w:t>
      </w:r>
      <w:r>
        <w:rPr>
          <w:shd w:val="clear" w:fill="B7DDE8"/>
        </w:rPr>
        <w:t>in Your light we see light</w:t>
      </w:r>
      <w:r>
        <w:rPr>
          <w:b w:val="false"/>
          <w:i w:val="false"/>
          <w:color w:val="000000"/>
          <w:u w:val="none"/>
        </w:rPr>
        <w:t xml:space="preserve"> [1CUK]</w:t>
      </w:r>
      <w:r>
        <w:rPr/>
        <w:t>.</w:t>
      </w:r>
    </w:p>
    <w:p>
      <w:pPr>
        <w:pStyle w:val="Yellow"/>
        <w:rPr/>
      </w:pPr>
      <w:r>
        <w:rPr>
          <w:b/>
          <w:u w:val="none"/>
          <w:shd w:val="clear" w:color="auto" w:fill="C00000"/>
          <w:color w:val="FFFFFF"/>
        </w:rPr>
        <w:t>Psalm 46:11</w:t>
      </w:r>
      <w:r>
        <w:rPr>
          <w:u w:val="none"/>
          <w:shd w:val="clear" w:color="auto" w:fill="C00000"/>
          <w:color w:val="FFFFFF"/>
        </w:rPr>
        <w:t xml:space="preserve"> — </w:t>
      </w:r>
      <w:r>
        <w:rPr>
          <w:u w:val="none"/>
          <w:shd w:val="clear" w:color="auto" w:fill="C00000"/>
          <w:color w:val="FFFFFF"/>
        </w:rPr>
        <w:t>The LORD of Hosts is with us</w:t>
      </w:r>
      <w:r>
        <w:rPr>
          <w:b w:val="false"/>
          <w:i w:val="false"/>
          <w:u w:val="none"/>
          <w:shd w:val="clear" w:color="auto" w:fill="C00000"/>
          <w:color w:val="FFFFFF"/>
        </w:rPr>
        <w:t xml:space="preserve"> [14DJY]</w:t>
      </w:r>
      <w:r>
        <w:rPr>
          <w:u w:val="none"/>
          <w:shd w:val="clear" w:color="auto" w:fill="C00000"/>
          <w:color w:val="FFFFFF"/>
        </w:rPr>
        <w:t xml:space="preserve">; </w:t>
      </w:r>
      <w:r>
        <w:rPr>
          <w:u w:val="none"/>
          <w:shd w:val="clear" w:color="auto" w:fill="C00000"/>
          <w:color w:val="FFFFFF"/>
        </w:rPr>
        <w:t>the God of Jacob is our fortress</w:t>
      </w:r>
      <w:r>
        <w:rPr>
          <w:b w:val="false"/>
          <w:i w:val="false"/>
          <w:u w:val="none"/>
          <w:shd w:val="clear" w:color="auto" w:fill="C00000"/>
          <w:color w:val="FFFFFF"/>
        </w:rPr>
        <w:t xml:space="preserve"> [12GJ]</w:t>
      </w:r>
      <w:r>
        <w:rPr>
          <w:u w:val="none"/>
          <w:shd w:val="clear" w:color="auto" w:fill="C00000"/>
          <w:color w:val="FFFFFF"/>
        </w:rPr>
        <w:t>.</w:t>
      </w:r>
    </w:p>
    <w:p>
      <w:pPr>
        <w:pStyle w:val="Yellow"/>
        <w:rPr/>
      </w:pPr>
      <w:r>
        <w:rPr>
          <w:b/>
        </w:rPr>
        <w:t>Psalm 57:1</w:t>
      </w:r>
      <w:r>
        <w:rPr/>
        <w:t xml:space="preserve"> — </w:t>
      </w:r>
      <w:r>
        <w:rPr>
          <w:shd w:val="clear" w:fill="B7DDE8"/>
        </w:rPr>
        <w:t>In the shadow of Your wings I will take shelter until the danger has passed</w:t>
      </w:r>
      <w:r>
        <w:rPr>
          <w:b w:val="false"/>
          <w:i w:val="false"/>
          <w:color w:val="000000"/>
          <w:u w:val="none"/>
        </w:rPr>
        <w:t xml:space="preserve"> [1CUR]</w:t>
      </w:r>
      <w:r>
        <w:rPr/>
        <w:t>.</w:t>
      </w:r>
    </w:p>
    <w:p>
      <w:pPr>
        <w:pStyle w:val="Yellow"/>
        <w:rPr/>
      </w:pPr>
      <w:r>
        <w:rPr>
          <w:b/>
          <w:u w:val="none"/>
        </w:rPr>
        <w:t>Psalm 59:16</w:t>
      </w:r>
      <w:r>
        <w:rPr>
          <w:u w:val="none"/>
        </w:rPr>
        <w:t xml:space="preserve"> — </w:t>
      </w:r>
      <w:r>
        <w:rPr>
          <w:u w:val="none"/>
          <w:shd w:val="clear" w:fill="B7DDE8"/>
        </w:rPr>
        <w:t>You are my fortress</w:t>
      </w:r>
      <w:r>
        <w:rPr>
          <w:b w:val="false"/>
          <w:i w:val="false"/>
          <w:color w:val="000000"/>
          <w:u w:val="none"/>
        </w:rPr>
        <w:t xml:space="preserve"> [12GJ]</w:t>
      </w:r>
      <w:r>
        <w:rPr>
          <w:u w:val="none"/>
        </w:rPr>
        <w:t xml:space="preserve">, </w:t>
      </w:r>
      <w:r>
        <w:rPr>
          <w:u w:val="none"/>
          <w:shd w:val="clear" w:fill="B7DDE8"/>
        </w:rPr>
        <w:t>my refuge in times of trouble</w:t>
      </w:r>
      <w:r>
        <w:rPr>
          <w:b w:val="false"/>
          <w:i w:val="false"/>
          <w:color w:val="000000"/>
          <w:u w:val="none"/>
        </w:rPr>
        <w:t xml:space="preserve"> [2CVE]</w:t>
      </w:r>
      <w:r>
        <w:rPr>
          <w:u w:val="none"/>
        </w:rPr>
        <w:t>.</w:t>
      </w:r>
    </w:p>
    <w:p>
      <w:pPr>
        <w:pStyle w:val="Yellow"/>
        <w:rPr/>
      </w:pPr>
      <w:r>
        <w:rPr>
          <w:b/>
          <w:u w:val="none"/>
        </w:rPr>
        <w:t>Psalm 62:1–2</w:t>
      </w:r>
      <w:r>
        <w:rPr>
          <w:u w:val="none"/>
        </w:rPr>
        <w:t xml:space="preserve"> — </w:t>
      </w:r>
      <w:r>
        <w:rPr>
          <w:u w:val="none"/>
          <w:shd w:fill="B7DDE8" w:val="clear"/>
        </w:rPr>
        <w:t>In God alone my soul finds rest</w:t>
      </w:r>
      <w:r>
        <w:rPr>
          <w:b w:val="false"/>
          <w:i w:val="false"/>
          <w:color w:val="000000"/>
          <w:u w:val="none"/>
        </w:rPr>
        <w:t xml:space="preserve"> [1GG]</w:t>
      </w:r>
      <w:r>
        <w:rPr>
          <w:u w:val="none"/>
        </w:rPr>
        <w:t xml:space="preserve">; </w:t>
      </w:r>
      <w:r>
        <w:rPr>
          <w:u w:val="none"/>
          <w:shd w:fill="B7DDE8" w:val="clear"/>
        </w:rPr>
        <w:t>my salvation comes from Him</w:t>
      </w:r>
      <w:r>
        <w:rPr>
          <w:b w:val="false"/>
          <w:i w:val="false"/>
          <w:color w:val="000000"/>
          <w:u w:val="none"/>
        </w:rPr>
        <w:t xml:space="preserve"> [1GH]</w:t>
      </w:r>
      <w:r>
        <w:rPr>
          <w:u w:val="none"/>
        </w:rPr>
        <w:t xml:space="preserve">. </w:t>
      </w:r>
      <w:r>
        <w:rPr>
          <w:u w:val="none"/>
          <w:shd w:fill="B7DDE8" w:val="clear"/>
        </w:rPr>
        <w:t>He alone is my rock</w:t>
      </w:r>
      <w:r>
        <w:rPr>
          <w:u w:val="none"/>
          <w:shd w:fill="B7DDE8" w:val="clear"/>
        </w:rPr>
        <w:t xml:space="preserve"> and my salvation</w:t>
      </w:r>
      <w:r>
        <w:rPr>
          <w:b w:val="false"/>
          <w:i w:val="false"/>
          <w:color w:val="000000"/>
          <w:u w:val="none"/>
        </w:rPr>
        <w:t xml:space="preserve"> [2DYK]</w:t>
      </w:r>
      <w:r>
        <w:rPr>
          <w:b w:val="false"/>
          <w:i w:val="false"/>
          <w:color w:val="000000"/>
          <w:u w:val="none"/>
        </w:rPr>
        <w:t xml:space="preserve"> [2MFS]</w:t>
      </w:r>
      <w:r>
        <w:rPr>
          <w:u w:val="none"/>
        </w:rPr>
        <w:t xml:space="preserve">. </w:t>
      </w:r>
      <w:r>
        <w:rPr>
          <w:u w:val="none"/>
          <w:shd w:val="clear" w:color="auto" w:fill="D9C3E6"/>
        </w:rPr>
        <w:t>He is my fortress</w:t>
      </w:r>
      <w:r>
        <w:rPr>
          <w:b w:val="false"/>
          <w:i w:val="false"/>
          <w:color w:val="000000"/>
          <w:u w:val="none"/>
        </w:rPr>
        <w:t xml:space="preserve"> [12GJ]</w:t>
      </w:r>
      <w:r>
        <w:rPr>
          <w:u w:val="none"/>
          <w:shd w:val="clear" w:color="auto" w:fill="D9C3E6"/>
        </w:rPr>
        <w:t xml:space="preserve">; </w:t>
      </w:r>
      <w:r>
        <w:rPr>
          <w:u w:val="none"/>
          <w:shd w:val="clear" w:color="auto" w:fill="D9C3E6"/>
        </w:rPr>
        <w:t>I will never be shaken</w:t>
      </w:r>
      <w:r>
        <w:rPr>
          <w:b w:val="false"/>
          <w:i w:val="false"/>
          <w:color w:val="000000"/>
          <w:u w:val="none"/>
        </w:rPr>
        <w:t xml:space="preserve"> [1GK]</w:t>
      </w:r>
      <w:r>
        <w:rPr>
          <w:u w:val="none"/>
          <w:shd w:val="clear" w:color="auto" w:fill="D9C3E6"/>
        </w:rPr>
        <w:t>.</w:t>
      </w:r>
    </w:p>
    <w:p>
      <w:pPr>
        <w:pStyle w:val="Yellow"/>
        <w:rPr/>
        <w:shd w:val="clear" w:color="auto" w:fill="E4DFEC"/>
        <w:pBdr>
          <w:left w:val="single" w:sz="28" w:space="5" w:color="7030A0"/>
        </w:pBdr>
      </w:pPr>
      <w:r>
        <w:rPr>
          <w:u w:val="none"/>
        </w:rPr>
        <w:t xml:space="preserve">(Ps62:5 “God”) </w:t>
      </w:r>
      <w:r>
        <w:rPr>
          <w:b/>
          <w:u w:val="none"/>
        </w:rPr>
        <w:t>Psalm 62:6</w:t>
      </w:r>
      <w:r>
        <w:rPr>
          <w:u w:val="none"/>
        </w:rPr>
        <w:t xml:space="preserve"> — </w:t>
      </w:r>
      <w:r>
        <w:rPr>
          <w:u w:val="none"/>
          <w:shd w:fill="B7DDE8" w:val="clear"/>
        </w:rPr>
        <w:t>{He} alone is my rock</w:t>
      </w:r>
      <w:r>
        <w:rPr>
          <w:u w:val="none"/>
          <w:shd w:fill="B7DDE8" w:val="clear"/>
        </w:rPr>
        <w:t xml:space="preserve"> and </w:t>
      </w:r>
      <w:r>
        <w:rPr>
          <w:u w:val="none"/>
          <w:shd w:fill="B7DDE8" w:val="clear"/>
        </w:rPr>
        <w:t>my salvation</w:t>
      </w:r>
      <w:r>
        <w:rPr>
          <w:b w:val="false"/>
          <w:i w:val="false"/>
          <w:color w:val="000000"/>
          <w:u w:val="none"/>
        </w:rPr>
        <w:t xml:space="preserve"> [2DYK]</w:t>
      </w:r>
      <w:r>
        <w:rPr>
          <w:b w:val="false"/>
          <w:i w:val="false"/>
          <w:color w:val="000000"/>
          <w:u w:val="none"/>
        </w:rPr>
        <w:t xml:space="preserve"> [2MFS]</w:t>
      </w:r>
      <w:r>
        <w:rPr>
          <w:u w:val="none"/>
        </w:rPr>
        <w:t xml:space="preserve">; </w:t>
      </w:r>
      <w:r>
        <w:rPr>
          <w:u w:val="none"/>
          <w:shd w:fill="B7DDE8" w:val="clear"/>
        </w:rPr>
        <w:t>He is my fortress</w:t>
      </w:r>
      <w:r>
        <w:rPr>
          <w:b w:val="false"/>
          <w:i w:val="false"/>
          <w:color w:val="000000"/>
          <w:u w:val="none"/>
        </w:rPr>
        <w:t xml:space="preserve"> [12GJ]</w:t>
      </w:r>
      <w:r>
        <w:rPr>
          <w:u w:val="none"/>
        </w:rPr>
        <w:t xml:space="preserve">; </w:t>
      </w:r>
      <w:r>
        <w:rPr>
          <w:u w:val="none"/>
          <w:shd w:fill="B7DDE8" w:val="clear"/>
        </w:rPr>
        <w:t>I will not be shaken</w:t>
      </w:r>
      <w:r>
        <w:rPr>
          <w:b w:val="false"/>
          <w:i w:val="false"/>
          <w:color w:val="000000"/>
          <w:u w:val="none"/>
        </w:rPr>
        <w:t xml:space="preserve"> [2DYL]</w:t>
      </w:r>
      <w:r>
        <w:rPr>
          <w:u w:val="none"/>
        </w:rPr>
        <w:t>.</w:t>
      </w:r>
    </w:p>
    <w:p>
      <w:pPr>
        <w:pStyle w:val="Yellow"/>
        <w:rPr/>
      </w:pPr>
      <w:r>
        <w:rPr>
          <w:b/>
        </w:rPr>
        <w:t xml:space="preserve">Psalm 62:8</w:t>
      </w:r>
      <w:r>
        <w:rPr/>
        <w:t xml:space="preserve"> — </w:t>
      </w:r>
      <w:r>
        <w:rPr>
          <w:shd w:fill="B7DDE8" w:val="clear"/>
        </w:rPr>
        <w:t xml:space="preserve">God is our refuge</w:t>
      </w:r>
      <w:r>
        <w:rPr>
          <w:b w:val="false"/>
          <w:i w:val="false"/>
          <w:color w:val="000000"/>
          <w:u w:val="none"/>
        </w:rPr>
        <w:t xml:space="preserve"> [7DXY]</w:t>
      </w:r>
      <w:r>
        <w:rPr/>
        <w:t xml:space="preserve">.</w:t>
      </w:r>
    </w:p>
    <w:p>
      <w:pPr>
        <w:pStyle w:val="Yellow"/>
        <w:rPr/>
      </w:pPr>
      <w:r>
        <w:rPr>
          <w:b/>
        </w:rPr>
        <w:t xml:space="preserve">Psalm 71:7</w:t>
      </w:r>
      <w:r>
        <w:rPr/>
        <w:t xml:space="preserve"> — </w:t>
      </w:r>
      <w:r>
        <w:rPr>
          <w:shd w:fill="B7DDE8" w:val="clear"/>
        </w:rPr>
        <w:t xml:space="preserve">I have become a portent to many</w:t>
      </w:r>
      <w:r>
        <w:rPr>
          <w:b w:val="false"/>
          <w:i w:val="false"/>
          <w:color w:val="000000"/>
          <w:u w:val="none"/>
        </w:rPr>
        <w:t xml:space="preserve"> [1LPB]</w:t>
      </w:r>
      <w:r>
        <w:rPr/>
        <w:t xml:space="preserve">, but </w:t>
      </w:r>
      <w:r>
        <w:rPr>
          <w:shd w:fill="B7DDE8" w:val="clear"/>
        </w:rPr>
        <w:t xml:space="preserve">You are my strong refuge</w:t>
      </w:r>
      <w:r>
        <w:rPr>
          <w:b w:val="false"/>
          <w:i w:val="false"/>
          <w:color w:val="000000"/>
          <w:u w:val="none"/>
        </w:rPr>
        <w:t xml:space="preserve"> [1LPC]</w:t>
      </w:r>
      <w:r>
        <w:rPr/>
        <w:t xml:space="preserve">.</w:t>
      </w:r>
    </w:p>
    <w:p>
      <w:pPr>
        <w:pStyle w:val="Yellow"/>
        <w:rPr/>
      </w:pPr>
      <w:r>
        <w:rPr>
          <w:b/>
          <w:color w:val="auto"/>
        </w:rPr>
        <w:t>Psalm 91:1</w:t>
      </w:r>
      <w:r>
        <w:rPr>
          <w:color w:val="auto"/>
        </w:rPr>
        <w:t xml:space="preserve"> — </w:t>
      </w:r>
      <w:r>
        <w:rPr>
          <w:color w:val="auto"/>
        </w:rPr>
        <w:t>He who dwells in the shelter of the Most High will abide in the shadow of the Almighty</w:t>
      </w:r>
      <w:r>
        <w:rPr>
          <w:b w:val="false"/>
          <w:i w:val="false"/>
          <w:color w:val="auto"/>
          <w:u w:val="none"/>
        </w:rPr>
        <w:t xml:space="preserve"> [1HK]</w:t>
      </w:r>
      <w:r>
        <w:rPr>
          <w:color w:val="auto"/>
        </w:rPr>
        <w:t>.</w:t>
      </w:r>
    </w:p>
    <w:p>
      <w:pPr>
        <w:pStyle w:val="Yellow"/>
        <w:rPr/>
      </w:pPr>
      <w:r>
        <w:rPr>
          <w:u w:val="none"/>
        </w:rPr>
        <w:t xml:space="preserve">(Ps91:1 “He who dwells in the shelter of the Most High” / Ps91:2 “the LORD”) </w:t>
      </w:r>
      <w:r>
        <w:rPr>
          <w:b/>
          <w:u w:val="none"/>
        </w:rPr>
        <w:t>Psalm 91:3–4</w:t>
      </w:r>
      <w:r>
        <w:rPr>
          <w:u w:val="none"/>
        </w:rPr>
        <w:t xml:space="preserve"> — Surely </w:t>
      </w:r>
      <w:r>
        <w:rPr>
          <w:u w:val="none"/>
          <w:color w:val="000000"/>
        </w:rPr>
        <w:t>{He} will deliver you from the snare of the fowler</w:t>
      </w:r>
      <w:r>
        <w:rPr>
          <w:b w:val="false"/>
          <w:i w:val="false"/>
          <w:color w:val="000000"/>
          <w:u w:val="none"/>
        </w:rPr>
        <w:t xml:space="preserve"> [1DYA]</w:t>
      </w:r>
      <w:r>
        <w:rPr>
          <w:u w:val="none"/>
        </w:rPr>
        <w:t xml:space="preserve">, and </w:t>
      </w:r>
      <w:r>
        <w:rPr>
          <w:u w:val="none"/>
          <w:color w:val="000000"/>
        </w:rPr>
        <w:t>from the deadly plague</w:t>
      </w:r>
      <w:r>
        <w:rPr>
          <w:b w:val="false"/>
          <w:i w:val="false"/>
          <w:color w:val="000000"/>
          <w:u w:val="none"/>
        </w:rPr>
        <w:t xml:space="preserve"> [1DYB]</w:t>
      </w:r>
      <w:r>
        <w:rPr>
          <w:u w:val="none"/>
        </w:rPr>
        <w:t xml:space="preserve">. </w:t>
      </w:r>
      <w:r>
        <w:rPr>
          <w:u w:val="none"/>
          <w:shd w:val="clear" w:fill="B7DDE8"/>
        </w:rPr>
        <w:t>He will cover you with His feathers</w:t>
      </w:r>
      <w:r>
        <w:rPr>
          <w:b w:val="false"/>
          <w:i w:val="false"/>
          <w:color w:val="000000"/>
          <w:u w:val="none"/>
        </w:rPr>
        <w:t xml:space="preserve"> [1DYC]</w:t>
      </w:r>
      <w:r>
        <w:rPr>
          <w:u w:val="none"/>
        </w:rPr>
        <w:t xml:space="preserve">; </w:t>
      </w:r>
      <w:r>
        <w:rPr>
          <w:u w:val="none"/>
          <w:shd w:val="clear" w:fill="B7DDE8"/>
        </w:rPr>
        <w:t>under His wings you will find refuge</w:t>
      </w:r>
      <w:r>
        <w:rPr>
          <w:b w:val="false"/>
          <w:i w:val="false"/>
          <w:color w:val="000000"/>
          <w:u w:val="none"/>
        </w:rPr>
        <w:t xml:space="preserve"> [1DYD]</w:t>
      </w:r>
      <w:r>
        <w:rPr>
          <w:u w:val="none"/>
        </w:rPr>
        <w:t xml:space="preserve">; </w:t>
      </w:r>
      <w:r>
        <w:rPr>
          <w:u w:val="none"/>
          <w:shd w:val="clear" w:fill="B7DDE8"/>
        </w:rPr>
        <w:t>His faithfulness is a shield and rampart</w:t>
      </w:r>
      <w:r>
        <w:rPr>
          <w:b w:val="false"/>
          <w:i w:val="false"/>
          <w:color w:val="000000"/>
          <w:u w:val="none"/>
        </w:rPr>
        <w:t xml:space="preserve"> [1DYE]</w:t>
      </w:r>
      <w:r>
        <w:rPr>
          <w:u w:val="none"/>
        </w:rPr>
        <w:t>.</w:t>
      </w:r>
    </w:p>
    <w:p>
      <w:pPr>
        <w:pStyle w:val="Yellow"/>
        <w:rPr/>
      </w:pPr>
      <w:r>
        <w:rPr>
          <w:b/>
        </w:rPr>
        <w:t xml:space="preserve">Psalm 91:9–10</w:t>
      </w:r>
      <w:r>
        <w:rPr/>
        <w:t xml:space="preserve"> — </w:t>
      </w:r>
      <w:r>
        <w:rPr>
          <w:shd w:fill="B7DDE8" w:val="clear"/>
        </w:rPr>
        <w:t xml:space="preserve">Because you have made the LORD your dwelling—my refuge, the Most High</w:t>
      </w:r>
      <w:r>
        <w:rPr>
          <w:b w:val="false"/>
          <w:i w:val="false"/>
          <w:color w:val="000000"/>
          <w:u w:val="none"/>
        </w:rPr>
        <w:t xml:space="preserve"> [1ILX]</w:t>
      </w:r>
      <w:r>
        <w:rPr/>
        <w:t xml:space="preserve">—</w:t>
      </w:r>
      <w:r>
        <w:rPr>
          <w:shd w:fill="B7DDE8" w:val="clear"/>
        </w:rPr>
        <w:t xml:space="preserve">no evil will befall you</w:t>
      </w:r>
      <w:r>
        <w:rPr>
          <w:b w:val="false"/>
          <w:i w:val="false"/>
          <w:color w:val="000000"/>
          <w:u w:val="none"/>
        </w:rPr>
        <w:t xml:space="preserve"> [1ILY]</w:t>
      </w:r>
      <w:r>
        <w:rPr/>
        <w:t xml:space="preserve">, </w:t>
      </w:r>
      <w:r>
        <w:rPr>
          <w:shd w:fill="B7DDE8" w:val="clear"/>
        </w:rPr>
        <w:t xml:space="preserve">no plague will approach your tent</w:t>
      </w:r>
      <w:r>
        <w:rPr>
          <w:b w:val="false"/>
          <w:i w:val="false"/>
          <w:color w:val="000000"/>
          <w:u w:val="none"/>
        </w:rPr>
        <w:t xml:space="preserve"> [1ILZ]</w:t>
      </w:r>
      <w:r>
        <w:rPr/>
        <w:t xml:space="preserve">.</w:t>
      </w:r>
    </w:p>
    <w:p>
      <w:pPr>
        <w:pStyle w:val="Yellow"/>
        <w:rPr/>
      </w:pPr>
      <w:r>
        <w:rPr>
          <w:b/>
          <w:u w:val="none"/>
        </w:rPr>
        <w:t>Psalm 94:22</w:t>
      </w:r>
      <w:r>
        <w:rPr>
          <w:u w:val="none"/>
        </w:rPr>
        <w:t xml:space="preserve"> — But </w:t>
      </w:r>
      <w:r>
        <w:rPr>
          <w:u w:val="none"/>
          <w:shd w:val="clear" w:fill="B7DDE8"/>
        </w:rPr>
        <w:t>the LORD has been my stronghold</w:t>
      </w:r>
      <w:r>
        <w:rPr>
          <w:b w:val="false"/>
          <w:i w:val="false"/>
          <w:color w:val="000000"/>
          <w:u w:val="none"/>
        </w:rPr>
        <w:t xml:space="preserve"> [1DYI]</w:t>
      </w:r>
      <w:r>
        <w:rPr>
          <w:u w:val="none"/>
        </w:rPr>
        <w:t xml:space="preserve">, and </w:t>
      </w:r>
      <w:r>
        <w:rPr>
          <w:u w:val="none"/>
          <w:shd w:val="clear" w:fill="B7DDE8"/>
        </w:rPr>
        <w:t>my God is my rock of refuge</w:t>
      </w:r>
      <w:r>
        <w:rPr>
          <w:b w:val="false"/>
          <w:i w:val="false"/>
          <w:color w:val="000000"/>
          <w:u w:val="none"/>
        </w:rPr>
        <w:t xml:space="preserve"> [1DYJ]</w:t>
      </w:r>
      <w:r>
        <w:rPr>
          <w:u w:val="none"/>
        </w:rPr>
        <w:t>.</w:t>
      </w:r>
    </w:p>
    <w:p>
      <w:pPr>
        <w:pStyle w:val="Yellow"/>
        <w:rPr/>
      </w:pPr>
      <w:r>
        <w:rPr>
          <w:b/>
          <w:highlight w:val="cyan"/>
          <w:u w:val="none"/>
        </w:rPr>
        <w:t>Psalm 118:8</w:t>
      </w:r>
      <w:r>
        <w:rPr>
          <w:highlight w:val="cyan"/>
          <w:u w:val="none"/>
        </w:rPr>
        <w:t xml:space="preserve"> — </w:t>
      </w:r>
      <w:r>
        <w:rPr>
          <w:highlight w:val="cyan"/>
          <w:u w:val="none"/>
          <w:shd w:val="clear" w:fill="B7DDE8"/>
        </w:rPr>
        <w:t xml:space="preserve">It is better to </w:t>
      </w:r>
      <w:r>
        <w:rPr>
          <w:u w:val="none"/>
          <w:shd w:val="clear" w:fill="B7DDE8"/>
        </w:rPr>
        <w:t>take refuge in the LORD</w:t>
      </w:r>
      <w:r>
        <w:rPr>
          <w:highlight w:val="cyan"/>
          <w:u w:val="none"/>
          <w:shd w:val="clear" w:fill="B7DDE8"/>
        </w:rPr>
        <w:t xml:space="preserve"> than to trust in man</w:t>
      </w:r>
      <w:r>
        <w:rPr>
          <w:b w:val="false"/>
          <w:i w:val="false"/>
          <w:color w:val="000000"/>
          <w:u w:val="none"/>
        </w:rPr>
        <w:t xml:space="preserve"> [1CUS]</w:t>
      </w:r>
      <w:r>
        <w:rPr>
          <w:highlight w:val="cyan"/>
          <w:u w:val="none"/>
        </w:rPr>
        <w:t>.</w:t>
      </w:r>
    </w:p>
    <w:p>
      <w:pPr>
        <w:pStyle w:val="Green"/>
        <w:rPr/>
      </w:pPr>
      <w:r>
        <w:rPr>
          <w:b/>
        </w:rPr>
        <w:t xml:space="preserve">Psalm 121:5</w:t>
      </w:r>
      <w:r>
        <w:rPr/>
        <w:t xml:space="preserve"> — </w:t>
      </w:r>
      <w:r>
        <w:rPr>
          <w:shd w:fill="B7DDE8" w:val="clear"/>
        </w:rPr>
        <w:t xml:space="preserve">The LORD is your keeper</w:t>
      </w:r>
      <w:r>
        <w:rPr>
          <w:b w:val="false"/>
          <w:i w:val="false"/>
          <w:color w:val="000000"/>
          <w:u w:val="none"/>
        </w:rPr>
        <w:t xml:space="preserve"> [1LGQ]</w:t>
      </w:r>
      <w:r>
        <w:rPr/>
        <w:t xml:space="preserve">; </w:t>
      </w:r>
      <w:r>
        <w:rPr>
          <w:shd w:fill="B7DDE8" w:val="clear"/>
        </w:rPr>
        <w:t xml:space="preserve">the LORD is the shade on your right hand</w:t>
      </w:r>
      <w:r>
        <w:rPr>
          <w:b w:val="false"/>
          <w:i w:val="false"/>
          <w:color w:val="000000"/>
          <w:u w:val="none"/>
        </w:rPr>
        <w:t xml:space="preserve"> [1LGR]</w:t>
      </w:r>
      <w:r>
        <w:rPr/>
        <w:t xml:space="preserve">.</w:t>
      </w:r>
    </w:p>
    <w:p>
      <w:pPr>
        <w:pStyle w:val="Yellow"/>
        <w:rPr/>
      </w:pPr>
      <w:r>
        <w:rPr>
          <w:b/>
        </w:rPr>
        <w:t>Proverbs 18:10</w:t>
      </w:r>
      <w:r>
        <w:rPr/>
        <w:t xml:space="preserve"> — </w:t>
      </w:r>
      <w:r>
        <w:rPr>
          <w:shd w:val="clear" w:fill="B7DDE8"/>
        </w:rPr>
        <w:t>The name of the LORD is a strong tower</w:t>
      </w:r>
      <w:r>
        <w:rPr>
          <w:b w:val="false"/>
          <w:i w:val="false"/>
          <w:color w:val="000000"/>
          <w:u w:val="none"/>
        </w:rPr>
        <w:t xml:space="preserve"> [1FGK]</w:t>
      </w:r>
      <w:r>
        <w:rPr/>
        <w:t xml:space="preserve">; </w:t>
      </w:r>
      <w:r>
        <w:rPr>
          <w:shd w:val="clear" w:fill="B7DDE8"/>
        </w:rPr>
        <w:t>the righteous run to it and are safe</w:t>
      </w:r>
      <w:r>
        <w:rPr>
          <w:b w:val="false"/>
          <w:i w:val="false"/>
          <w:color w:val="000000"/>
          <w:u w:val="none"/>
        </w:rPr>
        <w:t xml:space="preserve"> [1FGL]</w:t>
      </w:r>
      <w:r>
        <w:rPr/>
        <w:t>.</w:t>
      </w:r>
    </w:p>
    <w:p>
      <w:pPr>
        <w:pStyle w:val="Yellow"/>
        <w:rPr/>
      </w:pPr>
      <w:r>
        <w:rPr>
          <w:b/>
        </w:rPr>
        <w:t>Isaiah 25:4</w:t>
      </w:r>
      <w:r>
        <w:rPr/>
        <w:t xml:space="preserve"> — </w:t>
      </w:r>
      <w:r>
        <w:rPr>
          <w:shd w:val="clear" w:fill="B7DDE8"/>
        </w:rPr>
        <w:t>You have been a refuge for the poor</w:t>
      </w:r>
      <w:r>
        <w:rPr>
          <w:b w:val="false"/>
          <w:i w:val="false"/>
          <w:color w:val="000000"/>
          <w:u w:val="none"/>
        </w:rPr>
        <w:t xml:space="preserve"> [1DXF]</w:t>
      </w:r>
      <w:r>
        <w:rPr/>
        <w:t xml:space="preserve">, </w:t>
      </w:r>
      <w:r>
        <w:rPr>
          <w:shd w:val="clear" w:fill="B7DDE8"/>
        </w:rPr>
        <w:t>a stronghold for the needy in distress</w:t>
      </w:r>
      <w:r>
        <w:rPr>
          <w:b w:val="false"/>
          <w:i w:val="false"/>
          <w:color w:val="000000"/>
          <w:u w:val="none"/>
        </w:rPr>
        <w:t xml:space="preserve"> [1DXG]</w:t>
      </w:r>
      <w:r>
        <w:rPr>
          <w:color w:val="auto"/>
        </w:rPr>
        <w:t xml:space="preserve">, </w:t>
      </w:r>
      <w:r>
        <w:rPr>
          <w:color w:val="auto"/>
        </w:rPr>
        <w:t>a refuge from the storm</w:t>
      </w:r>
      <w:r>
        <w:rPr>
          <w:b w:val="false"/>
          <w:i w:val="false"/>
          <w:color w:val="auto"/>
          <w:u w:val="none"/>
        </w:rPr>
        <w:t xml:space="preserve"> [1DXH]</w:t>
      </w:r>
      <w:r>
        <w:rPr>
          <w:color w:val="auto"/>
        </w:rPr>
        <w:t xml:space="preserve">, </w:t>
      </w:r>
      <w:r>
        <w:rPr>
          <w:color w:val="auto"/>
        </w:rPr>
        <w:t>a shade from the heat</w:t>
      </w:r>
      <w:r>
        <w:rPr>
          <w:b w:val="false"/>
          <w:i w:val="false"/>
          <w:color w:val="FFFFFF"/>
          <w:u w:val="none"/>
          <w:shd w:val="clear" w:color="auto" w:fill="548235"/>
        </w:rPr>
        <w:t xml:space="preserve"> [1DXI]</w:t>
      </w:r>
      <w:r>
        <w:rPr>
          <w:shd w:val="clear" w:color="auto" w:fill="548235"/>
          <w:color w:val="FFFFFF"/>
        </w:rPr>
        <w:t>.</w:t>
      </w:r>
    </w:p>
    <w:p>
      <w:pPr>
        <w:pStyle w:val="Yellow"/>
        <w:rPr/>
      </w:pPr>
      <w:r>
        <w:rPr>
          <w:b/>
          <w:u w:val="none"/>
        </w:rPr>
        <w:t>Isaiah 26:4</w:t>
      </w:r>
      <w:r>
        <w:rPr>
          <w:u w:val="none"/>
        </w:rPr>
        <w:t xml:space="preserve"> — </w:t>
      </w:r>
      <w:r>
        <w:rPr>
          <w:u w:val="none"/>
          <w:shd w:val="clear" w:fill="B7DDE8"/>
        </w:rPr>
        <w:t>Trust in the LORD forever</w:t>
      </w:r>
      <w:r>
        <w:rPr>
          <w:b w:val="false"/>
          <w:i w:val="false"/>
          <w:color w:val="000000"/>
          <w:u w:val="none"/>
        </w:rPr>
        <w:t xml:space="preserve"> [1DBP]</w:t>
      </w:r>
      <w:r>
        <w:rPr>
          <w:u w:val="none"/>
        </w:rPr>
        <w:t xml:space="preserve">, because </w:t>
      </w:r>
      <w:r>
        <w:rPr>
          <w:u w:val="none"/>
          <w:shd w:val="clear" w:fill="B7DDE8"/>
        </w:rPr>
        <w:t>GOD the LORD is the Rock eternal</w:t>
      </w:r>
      <w:r>
        <w:rPr>
          <w:b w:val="false"/>
          <w:i w:val="false"/>
          <w:color w:val="000000"/>
          <w:u w:val="none"/>
        </w:rPr>
        <w:t xml:space="preserve"> [1DBQ]</w:t>
      </w:r>
      <w:r>
        <w:rPr>
          <w:u w:val="none"/>
        </w:rPr>
        <w:t>.</w:t>
      </w:r>
    </w:p>
    <w:p>
      <w:pPr>
        <w:pStyle w:val="Yellow"/>
        <w:rPr/>
      </w:pPr>
      <w:r>
        <w:rPr>
          <w:b/>
          <w:u w:val="none"/>
          <w:shd w:fill="548235" w:val="clear" w:color="auto"/>
          <w:color w:val="FFFFFF"/>
        </w:rPr>
        <w:t>Jeremiah 17:17</w:t>
      </w:r>
      <w:r>
        <w:rPr>
          <w:u w:val="none"/>
          <w:shd w:fill="548235" w:val="clear" w:color="auto"/>
          <w:color w:val="FFFFFF"/>
        </w:rPr>
        <w:t xml:space="preserve"> — </w:t>
      </w:r>
      <w:r>
        <w:rPr>
          <w:u w:val="none"/>
          <w:shd w:val="clear" w:fill="548235" w:color="auto"/>
          <w:color w:val="FFFFFF"/>
        </w:rPr>
        <w:t>You are my refuge in the day of disaster</w:t>
      </w:r>
      <w:r>
        <w:rPr>
          <w:b w:val="false"/>
          <w:i w:val="false"/>
          <w:color w:val="FFFFFF"/>
          <w:u w:val="none"/>
          <w:shd w:val="clear" w:color="auto" w:fill="548235"/>
        </w:rPr>
        <w:t xml:space="preserve"> [2CVE]</w:t>
      </w:r>
      <w:r>
        <w:rPr>
          <w:u w:val="none"/>
          <w:shd w:fill="548235" w:val="clear" w:color="auto"/>
          <w:color w:val="FFFFFF"/>
        </w:rPr>
        <w:t>.</w:t>
      </w:r>
    </w:p>
    <w:p>
      <w:r>
        <w:rPr>
          <w:b/>
          <w:sz w:val="32"/>
          <w:highlight w:val="yellow"/>
        </w:rPr>
        <w:t>Resurrection and Gathering of the Elect  (11)</w:t>
      </w:r>
    </w:p>
    <w:p>
      <w:pPr>
        <w:pStyle w:val="Yellow"/>
        <w:rPr/>
      </w:pPr>
      <w:r>
        <w:rPr>
          <w:b/>
        </w:rPr>
        <w:t xml:space="preserve">Job 19:25–27</w:t>
      </w:r>
      <w:r>
        <w:rPr/>
        <w:t xml:space="preserve"> — I know that </w:t>
      </w:r>
      <w:r>
        <w:rPr>
          <w:shd w:fill="B7DDE8" w:val="clear" w:color="auto"/>
          <w:color w:val="000000"/>
        </w:rPr>
        <w:t xml:space="preserve">my Redeemer lives</w:t>
      </w:r>
      <w:r>
        <w:rPr>
          <w:b w:val="false"/>
          <w:i w:val="false"/>
          <w:color w:val="000000"/>
          <w:u w:val="none"/>
        </w:rPr>
        <w:t xml:space="preserve"> [8IT]</w:t>
      </w:r>
      <w:r>
        <w:rPr>
          <w:b w:val="false"/>
          <w:i w:val="false"/>
          <w:color w:val="000000"/>
          <w:u w:val="none"/>
        </w:rPr>
        <w:t xml:space="preserve"> [4ASR]</w:t>
      </w:r>
      <w:r>
        <w:rPr/>
        <w:t xml:space="preserve">, and </w:t>
      </w:r>
      <w:r>
        <w:rPr>
          <w:shd w:fill="B7DDE8" w:val="clear"/>
        </w:rPr>
        <w:t xml:space="preserve">in the end He will stand upon the earth</w:t>
      </w:r>
      <w:r>
        <w:rPr>
          <w:b w:val="false"/>
          <w:i w:val="false"/>
          <w:color w:val="000000"/>
          <w:u w:val="none"/>
        </w:rPr>
        <w:t xml:space="preserve"> [1JQF]</w:t>
      </w:r>
      <w:r>
        <w:rPr/>
        <w:t xml:space="preserve">. </w:t>
      </w:r>
      <w:r>
        <w:rPr>
          <w:shd w:fill="B7DDE8" w:val="clear"/>
        </w:rPr>
        <w:t xml:space="preserve">Even after my skin has been destroyed, yet in my flesh I will see God</w:t>
      </w:r>
      <w:r>
        <w:rPr>
          <w:b w:val="false"/>
          <w:i w:val="false"/>
          <w:color w:val="000000"/>
          <w:u w:val="none"/>
        </w:rPr>
        <w:t xml:space="preserve"> [1JQG]</w:t>
      </w:r>
      <w:r>
        <w:rPr/>
        <w:t xml:space="preserve">. </w:t>
      </w:r>
      <w:r>
        <w:rPr>
          <w:shd w:fill="B7DDE8" w:val="clear"/>
        </w:rPr>
        <w:t xml:space="preserve">I will see Him for myself</w:t>
      </w:r>
      <w:r>
        <w:rPr>
          <w:b w:val="false"/>
          <w:i w:val="false"/>
          <w:color w:val="000000"/>
          <w:u w:val="none"/>
        </w:rPr>
        <w:t xml:space="preserve"> [1JQG]</w:t>
      </w:r>
      <w:r>
        <w:rPr/>
        <w:t xml:space="preserve">; </w:t>
      </w:r>
      <w:r>
        <w:rPr>
          <w:shd w:fill="B7DDE8" w:val="clear"/>
        </w:rPr>
        <w:t xml:space="preserve">my eyes will behold Him, and not as a stranger</w:t>
      </w:r>
      <w:r>
        <w:rPr>
          <w:b w:val="false"/>
          <w:i w:val="false"/>
          <w:color w:val="000000"/>
          <w:u w:val="none"/>
        </w:rPr>
        <w:t xml:space="preserve"> [1JQG]</w:t>
      </w:r>
      <w:r>
        <w:rPr/>
        <w:t xml:space="preserve">. </w:t>
      </w:r>
      <w:r>
        <w:rPr>
          <w:shd w:fill="B7DDE8" w:val="clear" w:color="auto"/>
          <w:color w:val="000000"/>
        </w:rPr>
        <w:t xml:space="preserve">How my heart yearns within me</w:t>
      </w:r>
      <w:r>
        <w:rPr>
          <w:b w:val="false"/>
          <w:i w:val="false"/>
          <w:color w:val="000000"/>
          <w:u w:val="none"/>
        </w:rPr>
        <w:t xml:space="preserve"> [1JQH]</w:t>
      </w:r>
      <w:r>
        <w:rPr/>
        <w:t xml:space="preserve">!</w:t>
      </w:r>
    </w:p>
    <w:p>
      <w:pPr>
        <w:pStyle w:val="Yellow"/>
        <w:rPr/>
      </w:pPr>
      <w:r>
        <w:rPr>
          <w:b/>
        </w:rPr>
        <w:t>Psalm 71:20</w:t>
      </w:r>
      <w:r>
        <w:rPr/>
        <w:t xml:space="preserve"> — </w:t>
      </w:r>
      <w:r>
        <w:rPr>
          <w:shd w:val="clear" w:fill="B7DDE8"/>
        </w:rPr>
        <w:t>Though You have shown me many troubles and misfortunes</w:t>
      </w:r>
      <w:r>
        <w:rPr>
          <w:b w:val="false"/>
          <w:i w:val="false"/>
          <w:color w:val="000000"/>
          <w:u w:val="none"/>
        </w:rPr>
        <w:t xml:space="preserve"> [1NY]</w:t>
      </w:r>
      <w:r>
        <w:rPr/>
        <w:t xml:space="preserve">, </w:t>
      </w:r>
      <w:r>
        <w:rPr>
          <w:shd w:val="clear" w:fill="B7DDE8"/>
        </w:rPr>
        <w:t>You will revive me once again</w:t>
      </w:r>
      <w:r>
        <w:rPr>
          <w:b w:val="false"/>
          <w:i w:val="false"/>
          <w:color w:val="000000"/>
          <w:u w:val="none"/>
        </w:rPr>
        <w:t xml:space="preserve"> [1NZ]</w:t>
      </w:r>
      <w:r>
        <w:rPr/>
        <w:t xml:space="preserve">. </w:t>
      </w:r>
      <w:r>
        <w:rPr>
          <w:shd w:val="clear" w:fill="B7DDE8"/>
        </w:rPr>
        <w:t>Even from the depths of the earth You will bring me back up</w:t>
      </w:r>
      <w:r>
        <w:rPr>
          <w:b w:val="false"/>
          <w:i w:val="false"/>
          <w:color w:val="000000"/>
          <w:u w:val="none"/>
        </w:rPr>
        <w:t xml:space="preserve"> [1OA]</w:t>
      </w:r>
      <w:r>
        <w:rPr/>
        <w:t>.</w:t>
      </w:r>
    </w:p>
    <w:p>
      <w:pPr>
        <w:pStyle w:val="Yellow"/>
        <w:rPr/>
      </w:pPr>
      <w:r>
        <w:rPr>
          <w:b/>
        </w:rPr>
        <w:t xml:space="preserve">Ezekiel 37:13</w:t>
      </w:r>
      <w:r>
        <w:rPr/>
        <w:t xml:space="preserve"> — Then </w:t>
      </w:r>
      <w:r>
        <w:rPr>
          <w:shd w:fill="B7DDE8" w:val="clear"/>
        </w:rPr>
        <w:t xml:space="preserve">you, My people, will know that I am the LORD</w:t>
      </w:r>
      <w:r>
        <w:rPr>
          <w:b w:val="false"/>
          <w:i w:val="false"/>
          <w:color w:val="000000"/>
          <w:u w:val="none"/>
        </w:rPr>
        <w:t xml:space="preserve"> [4DHU]</w:t>
      </w:r>
      <w:r>
        <w:rPr/>
        <w:t xml:space="preserve">, when </w:t>
      </w:r>
      <w:r>
        <w:rPr>
          <w:shd w:fill="B7DDE8" w:val="clear"/>
        </w:rPr>
        <w:t xml:space="preserve">I open your graves</w:t>
      </w:r>
      <w:r>
        <w:rPr>
          <w:b w:val="false"/>
          <w:i w:val="false"/>
          <w:color w:val="000000"/>
          <w:u w:val="none"/>
        </w:rPr>
        <w:t xml:space="preserve"> [1LLT]</w:t>
      </w:r>
      <w:r>
        <w:rPr/>
        <w:t xml:space="preserve"> and </w:t>
      </w:r>
      <w:r>
        <w:rPr>
          <w:shd w:fill="B7DDE8" w:val="clear"/>
        </w:rPr>
        <w:t xml:space="preserve">bring you up from them</w:t>
      </w:r>
      <w:r>
        <w:rPr>
          <w:b w:val="false"/>
          <w:i w:val="false"/>
          <w:color w:val="000000"/>
          <w:u w:val="none"/>
        </w:rPr>
        <w:t xml:space="preserve"> [1LLU]</w:t>
      </w:r>
      <w:r>
        <w:rPr/>
        <w:t xml:space="preserve">.</w:t>
      </w:r>
    </w:p>
    <w:p>
      <w:pPr>
        <w:pStyle w:val="Yellow"/>
        <w:rPr/>
      </w:pPr>
      <w:r>
        <w:rPr/>
        <w:t xml:space="preserve">(Mt24:30ᶜ When “the Son of Man” comes) </w:t>
      </w:r>
      <w:r>
        <w:rPr>
          <w:b/>
        </w:rPr>
        <w:t xml:space="preserve">Matthew 24:31</w:t>
      </w:r>
      <w:r>
        <w:rPr/>
        <w:t xml:space="preserve"> — </w:t>
      </w:r>
      <w:r>
        <w:rPr>
          <w:shd w:fill="B7DDE8" w:val="clear"/>
        </w:rPr>
        <w:t xml:space="preserve">{He} will send out His angels with a loud trumpet call</w:t>
      </w:r>
      <w:r>
        <w:rPr>
          <w:b w:val="false"/>
          <w:i w:val="false"/>
          <w:color w:val="000000"/>
          <w:u w:val="none"/>
        </w:rPr>
        <w:t xml:space="preserve"> [1KMW]</w:t>
      </w:r>
      <w:r>
        <w:rPr/>
        <w:t xml:space="preserve">, and </w:t>
      </w:r>
      <w:r>
        <w:rPr>
          <w:shd w:fill="B7DDE8" w:val="clear"/>
        </w:rPr>
        <w:t xml:space="preserve">they will gather His elect from the four winds, from one end of the heavens to the other</w:t>
      </w:r>
      <w:r>
        <w:rPr>
          <w:b w:val="false"/>
          <w:i w:val="false"/>
          <w:color w:val="000000"/>
          <w:u w:val="none"/>
        </w:rPr>
        <w:t xml:space="preserve"> [1KMX]</w:t>
      </w:r>
      <w:r>
        <w:rPr/>
        <w:t xml:space="preserve">.</w:t>
      </w:r>
    </w:p>
    <w:p>
      <w:pPr>
        <w:pStyle w:val="Yellow"/>
        <w:rPr/>
      </w:pPr>
      <w:r>
        <w:rPr>
          <w:u w:val="none"/>
          <w:shd w:val="clear" w:color="auto" w:fill="C00000"/>
          <w:color w:val="FFFFFF"/>
        </w:rPr>
        <w:t xml:space="preserve">(Lk20:37 “the Lord”) </w:t>
      </w:r>
      <w:r>
        <w:rPr>
          <w:b/>
          <w:u w:val="none"/>
          <w:shd w:val="clear" w:color="auto" w:fill="C00000"/>
          <w:color w:val="FFFFFF"/>
        </w:rPr>
        <w:t xml:space="preserve">Luke 20:38</w:t>
      </w:r>
      <w:r>
        <w:rPr>
          <w:u w:val="none"/>
          <w:shd w:val="clear" w:color="auto" w:fill="C00000"/>
          <w:color w:val="FFFFFF"/>
        </w:rPr>
        <w:t xml:space="preserve"> — </w:t>
      </w:r>
      <w:r>
        <w:rPr>
          <w:u w:val="none"/>
          <w:shd w:val="clear" w:color="auto" w:fill="C00000"/>
          <w:color w:val="FFFFFF"/>
        </w:rPr>
        <w:t xml:space="preserve">{He} is not the God of the dead, but of the living</w:t>
      </w:r>
      <w:r>
        <w:rPr>
          <w:b w:val="false"/>
          <w:i w:val="false"/>
          <w:u w:val="none"/>
          <w:shd w:val="clear" w:color="auto" w:fill="C00000"/>
          <w:color w:val="FFFFFF"/>
        </w:rPr>
        <w:t xml:space="preserve"> [3EVH]</w:t>
      </w:r>
      <w:r>
        <w:rPr>
          <w:u w:val="none"/>
          <w:shd w:val="clear" w:color="auto" w:fill="C00000"/>
          <w:color w:val="FFFFFF"/>
        </w:rPr>
        <w:t xml:space="preserve">, for </w:t>
      </w:r>
      <w:r>
        <w:rPr>
          <w:u w:val="none"/>
          <w:shd w:val="clear" w:color="auto" w:fill="C00000"/>
          <w:color w:val="FFFFFF"/>
        </w:rPr>
        <w:t xml:space="preserve">to Him all are alive</w:t>
      </w:r>
      <w:r>
        <w:rPr>
          <w:b w:val="false"/>
          <w:i w:val="false"/>
          <w:u w:val="none"/>
          <w:shd w:val="clear" w:color="auto" w:fill="C00000"/>
          <w:color w:val="FFFFFF"/>
        </w:rPr>
        <w:t xml:space="preserve"> [2EVI]</w:t>
      </w:r>
      <w:r>
        <w:rPr>
          <w:u w:val="none"/>
          <w:shd w:val="clear" w:color="auto" w:fill="C00000"/>
          <w:color w:val="FFFFFF"/>
        </w:rPr>
        <w:t xml:space="preserve">.”</w:t>
      </w:r>
    </w:p>
    <w:p>
      <w:pPr>
        <w:pStyle w:val="Yellow"/>
        <w:rPr/>
      </w:pPr>
      <w:r>
        <w:rPr>
          <w:b/>
        </w:rPr>
        <w:t>John 5:25</w:t>
      </w:r>
      <w:r>
        <w:t xml:space="preserve"> — Truly, truly, I tell you, </w:t>
      </w:r>
      <w:r>
        <w:rPr>
          <w:shd w:fill="B7DDE8" w:val="clear"/>
        </w:rPr>
        <w:t>the hour is coming and has now come when the dead will hear the voice of the Son of God</w:t>
      </w:r>
      <w:r>
        <w:rPr>
          <w:b w:val="false"/>
          <w:i w:val="false"/>
          <w:color w:val="000000"/>
          <w:u w:val="none"/>
        </w:rPr>
        <w:t xml:space="preserve"> [1AMW]</w:t>
      </w:r>
      <w:r>
        <w:t xml:space="preserve">, and </w:t>
      </w:r>
      <w:r>
        <w:rPr>
          <w:shd w:fill="B7DDE8" w:val="clear"/>
        </w:rPr>
        <w:t>those who hear will live</w:t>
      </w:r>
      <w:r>
        <w:rPr>
          <w:b w:val="false"/>
          <w:i w:val="false"/>
          <w:color w:val="000000"/>
          <w:u w:val="none"/>
        </w:rPr>
        <w:t xml:space="preserve"> [1AMX]</w:t>
      </w:r>
      <w:r>
        <w:t>.</w:t>
      </w:r>
    </w:p>
    <w:p>
      <w:pPr>
        <w:pStyle w:val="Yellow"/>
        <w:rPr/>
      </w:pPr>
      <w:r>
        <w:t xml:space="preserve">(Jn5:19 Jesus) </w:t>
      </w:r>
      <w:r>
        <w:rPr>
          <w:b/>
        </w:rPr>
        <w:t>John 5:28–29</w:t>
      </w:r>
      <w:r>
        <w:t xml:space="preserve"> — </w:t>
      </w:r>
      <w:r>
        <w:rPr>
          <w:shd w:fill="B7DDE8" w:val="clear"/>
        </w:rPr>
        <w:t>the hour is coming when all who are in their graves will hear {His} voice and come out</w:t>
      </w:r>
      <w:r>
        <w:rPr>
          <w:b w:val="false"/>
          <w:i w:val="false"/>
          <w:color w:val="000000"/>
          <w:u w:val="none"/>
        </w:rPr>
        <w:t xml:space="preserve"> [1AZA]</w:t>
      </w:r>
      <w:r>
        <w:t>—</w:t>
      </w:r>
      <w:r>
        <w:rPr>
          <w:shd w:fill="B7DDE8" w:val="clear"/>
        </w:rPr>
        <w:t>those who have done good to the resurrection of life</w:t>
      </w:r>
      <w:r>
        <w:rPr>
          <w:b w:val="false"/>
          <w:i w:val="false"/>
          <w:color w:val="000000"/>
          <w:u w:val="none"/>
        </w:rPr>
        <w:t xml:space="preserve"> [1AZB]</w:t>
      </w:r>
      <w:r>
        <w:t xml:space="preserve">, and </w:t>
      </w:r>
      <w:r>
        <w:rPr>
          <w:shd w:fill="B7DDE8" w:val="clear"/>
        </w:rPr>
        <w:t>those who have done evil to the resurrection of judgment</w:t>
      </w:r>
      <w:r>
        <w:rPr>
          <w:b w:val="false"/>
          <w:i w:val="false"/>
          <w:color w:val="000000"/>
          <w:u w:val="none"/>
        </w:rPr>
        <w:t xml:space="preserve"> [1AZC]</w:t>
      </w:r>
      <w:r>
        <w:t>.</w:t>
      </w:r>
    </w:p>
    <w:p>
      <w:pPr>
        <w:pStyle w:val="Yellow"/>
        <w:rPr/>
        <w:pBdr>
          <w:left w:val="single" w:sz="28" w:space="5" w:color="C00000"/>
        </w:pBdr>
      </w:pPr>
      <w:r>
        <w:t xml:space="preserve">(Ac24:12 “my accusers”) </w:t>
      </w:r>
      <w:r>
        <w:rPr>
          <w:b/>
        </w:rPr>
        <w:t>Acts 24:15</w:t>
      </w:r>
      <w:r>
        <w:t xml:space="preserve"> — </w:t>
      </w:r>
      <w:r>
        <w:rPr>
          <w:shd w:fill="B7DDE8" w:val="clear"/>
        </w:rPr>
        <w:t>I have the same hope in God that {they} themselves cherish</w:t>
      </w:r>
      <w:r>
        <w:rPr>
          <w:b w:val="false"/>
          <w:i w:val="false"/>
          <w:u w:val="none"/>
          <w:color w:val="000000"/>
        </w:rPr>
        <w:t xml:space="preserve"> [1BDZ]</w:t>
      </w:r>
      <w:r>
        <w:t xml:space="preserve">, that </w:t>
      </w:r>
      <w:r>
        <w:rPr>
          <w:shd w:fill="B7DDE8" w:val="clear"/>
        </w:rPr>
        <w:t>there will be a resurrection of both the righteous and the wicked</w:t>
      </w:r>
      <w:r>
        <w:rPr>
          <w:b w:val="false"/>
          <w:i w:val="false"/>
          <w:color w:val="000000"/>
          <w:u w:val="none"/>
        </w:rPr>
        <w:t xml:space="preserve"> [1BEA]</w:t>
      </w:r>
      <w:r>
        <w:t>.</w:t>
      </w:r>
    </w:p>
    <w:p>
      <w:pPr>
        <w:pStyle w:val="Yellow"/>
        <w:rPr/>
      </w:pPr>
      <w:r>
        <w:rPr>
          <w:b/>
        </w:rPr>
        <w:t xml:space="preserve">1 Thessalonians 4:14</w:t>
      </w:r>
      <w:r>
        <w:rPr/>
        <w:t xml:space="preserve"> — For since </w:t>
      </w:r>
      <w:r>
        <w:rPr>
          <w:shd w:fill="B7DDE8" w:val="clear"/>
        </w:rPr>
        <w:t xml:space="preserve">we believe that Jesus died and rose again</w:t>
      </w:r>
      <w:r>
        <w:rPr>
          <w:b w:val="false"/>
          <w:i w:val="false"/>
          <w:color w:val="000000"/>
          <w:u w:val="none"/>
        </w:rPr>
        <w:t xml:space="preserve"> [1JGI]</w:t>
      </w:r>
      <w:r>
        <w:rPr/>
        <w:t xml:space="preserve">, we also believe that </w:t>
      </w:r>
      <w:r>
        <w:rPr>
          <w:shd w:fill="B7DDE8" w:val="clear"/>
        </w:rPr>
        <w:t xml:space="preserve">God will bring with Jesus those who have fallen asleep in Him</w:t>
      </w:r>
      <w:r>
        <w:rPr>
          <w:b w:val="false"/>
          <w:i w:val="false"/>
          <w:color w:val="000000"/>
          <w:u w:val="none"/>
        </w:rPr>
        <w:t xml:space="preserve"> [1JGJ]</w:t>
      </w:r>
      <w:r>
        <w:rPr/>
        <w:t xml:space="preserve">.</w:t>
      </w:r>
    </w:p>
    <w:p>
      <w:pPr>
        <w:pStyle w:val="Yellow"/>
        <w:rPr/>
      </w:pPr>
      <w:r>
        <w:rPr>
          <w:b/>
        </w:rPr>
        <w:t xml:space="preserve">1 Thessalonians 4:16-18</w:t>
      </w:r>
      <w:r>
        <w:rPr/>
        <w:t xml:space="preserve"> — For </w:t>
      </w:r>
      <w:r>
        <w:rPr>
          <w:shd w:fill="B7DDE8" w:val="clear"/>
        </w:rPr>
        <w:t xml:space="preserve">the Lord Himself will descend from heaven with a loud command, with the voice of an archangel, and with the trumpet of God</w:t>
      </w:r>
      <w:r>
        <w:rPr>
          <w:b w:val="false"/>
          <w:i w:val="false"/>
          <w:color w:val="000000"/>
          <w:u w:val="none"/>
        </w:rPr>
        <w:t xml:space="preserve"> [1KPG]</w:t>
      </w:r>
      <w:r>
        <w:rPr/>
        <w:t xml:space="preserve">, and </w:t>
      </w:r>
      <w:r>
        <w:rPr>
          <w:shd w:fill="B7DDE8" w:val="clear"/>
        </w:rPr>
        <w:t xml:space="preserve">the dead in Christ will be the first to rise</w:t>
      </w:r>
      <w:r>
        <w:rPr>
          <w:b w:val="false"/>
          <w:i w:val="false"/>
          <w:color w:val="000000"/>
          <w:u w:val="none"/>
        </w:rPr>
        <w:t xml:space="preserve"> [1KPH]</w:t>
      </w:r>
      <w:r>
        <w:rPr/>
        <w:t xml:space="preserve">. After that, </w:t>
      </w:r>
      <w:r>
        <w:rPr>
          <w:shd w:fill="B7DDE8" w:val="clear"/>
        </w:rPr>
        <w:t xml:space="preserve">we who are alive and remain will be caught up together with them in the clouds</w:t>
      </w:r>
      <w:r>
        <w:rPr>
          <w:b w:val="false"/>
          <w:i w:val="false"/>
          <w:color w:val="000000"/>
          <w:u w:val="none"/>
        </w:rPr>
        <w:t xml:space="preserve"> [1KPI]</w:t>
      </w:r>
      <w:r>
        <w:rPr/>
        <w:t xml:space="preserve"> </w:t>
      </w:r>
      <w:r>
        <w:rPr>
          <w:shd w:fill="B7DDE8" w:val="clear"/>
        </w:rPr>
        <w:t xml:space="preserve">to meet the Lord in the air</w:t>
      </w:r>
      <w:r>
        <w:rPr>
          <w:b w:val="false"/>
          <w:i w:val="false"/>
          <w:color w:val="000000"/>
          <w:u w:val="none"/>
        </w:rPr>
        <w:t xml:space="preserve"> [1KPJ]</w:t>
      </w:r>
      <w:r>
        <w:rPr/>
        <w:t xml:space="preserve">. And so </w:t>
      </w:r>
      <w:r>
        <w:rPr>
          <w:shd w:fill="B7DDE8" w:val="clear"/>
        </w:rPr>
        <w:t xml:space="preserve">we will always be with the Lord</w:t>
      </w:r>
      <w:r>
        <w:rPr>
          <w:b w:val="false"/>
          <w:i w:val="false"/>
          <w:color w:val="000000"/>
          <w:u w:val="none"/>
        </w:rPr>
        <w:t xml:space="preserve"> [1KPK]</w:t>
      </w:r>
      <w:r>
        <w:rPr/>
        <w:t xml:space="preserve">. Therefore </w:t>
      </w:r>
      <w:r>
        <w:rPr>
          <w:shd w:fill="B7DDE8" w:val="clear"/>
        </w:rPr>
        <w:t xml:space="preserve">encourage one another with these words</w:t>
      </w:r>
      <w:r>
        <w:rPr>
          <w:b w:val="false"/>
          <w:i w:val="false"/>
          <w:color w:val="000000"/>
          <w:u w:val="none"/>
        </w:rPr>
        <w:t xml:space="preserve"> [1KPL]</w:t>
      </w:r>
      <w:r>
        <w:rPr/>
        <w:t xml:space="preserve">.</w:t>
      </w:r>
    </w:p>
    <w:p>
      <w:pPr>
        <w:pStyle w:val="Yellow"/>
        <w:rPr/>
      </w:pPr>
      <w:r>
        <w:t>(</w:t>
      </w:r>
      <w:r>
        <w:rPr>
          <w:b/>
        </w:rPr>
        <w:t>1 Corinthians 15:21-23</w:t>
      </w:r>
      <w:r>
        <w:t xml:space="preserve"> — </w:t>
      </w:r>
      <w:r>
        <w:rPr>
          <w:shd w:fill="B7DDE8" w:val="clear"/>
        </w:rPr>
        <w:t>For since death came through a man, the resurrection of the dead comes also through a man</w:t>
      </w:r>
      <w:r>
        <w:rPr>
          <w:b w:val="false"/>
          <w:i w:val="false"/>
          <w:color w:val="000000"/>
          <w:u w:val="none"/>
        </w:rPr>
        <w:t xml:space="preserve"> [1AXF]</w:t>
      </w:r>
      <w:r>
        <w:t xml:space="preserve">. </w:t>
      </w:r>
      <w:r>
        <w:rPr>
          <w:shd w:fill="B7DDE8" w:val="clear"/>
        </w:rPr>
        <w:t>For as in Adam all die, so in Christ all will be made alive</w:t>
      </w:r>
      <w:r>
        <w:rPr>
          <w:b w:val="false"/>
          <w:i w:val="false"/>
          <w:color w:val="000000"/>
          <w:u w:val="none"/>
        </w:rPr>
        <w:t xml:space="preserve"> [1AXG]</w:t>
      </w:r>
      <w:r>
        <w:t xml:space="preserve">. But </w:t>
      </w:r>
      <w:r>
        <w:rPr>
          <w:shd w:fill="B7DDE8" w:val="clear"/>
        </w:rPr>
        <w:t xml:space="preserve">each in his own turn: </w:t>
      </w:r>
      <w:r>
        <w:rPr>
          <w:shd w:fill="B7DDE8" w:val="clear"/>
        </w:rPr>
        <w:t>Christ the firstfruits</w:t>
      </w:r>
      <w:r>
        <w:rPr>
          <w:b w:val="false"/>
          <w:i w:val="false"/>
          <w:color w:val="000000"/>
          <w:u w:val="none"/>
        </w:rPr>
        <w:t xml:space="preserve"> [1AXI]</w:t>
      </w:r>
      <w:r>
        <w:rPr>
          <w:shd w:fill="B7DDE8" w:val="clear"/>
        </w:rPr>
        <w:t>; then at His coming, those who belong to Him</w:t>
      </w:r>
      <w:r>
        <w:rPr>
          <w:b w:val="false"/>
          <w:i w:val="false"/>
          <w:color w:val="000000"/>
          <w:u w:val="none"/>
        </w:rPr>
        <w:t xml:space="preserve"> [1AXH]</w:t>
      </w:r>
      <w:r>
        <w:t>.</w:t>
      </w:r>
    </w:p>
    <w:p>
      <w:r>
        <w:rPr>
          <w:b/>
          <w:sz w:val="32"/>
          <w:highlight w:val="yellow"/>
        </w:rPr>
        <w:t>Revelation and Mystery  (20)</w:t>
      </w:r>
    </w:p>
    <w:p>
      <w:pPr>
        <w:pStyle w:val="Yellow"/>
        <w:rPr/>
      </w:pPr>
      <w:r>
        <w:rPr>
          <w:b/>
        </w:rPr>
        <w:t>Genesis 40:8</w:t>
      </w:r>
      <w:r>
        <w:rPr/>
        <w:t xml:space="preserve"> — </w:t>
      </w:r>
      <w:r>
        <w:rPr>
          <w:shd w:fill="B7DDE8" w:val="clear"/>
        </w:rPr>
        <w:t>Don’t interpretations belong to God?</w:t>
      </w:r>
      <w:r>
        <w:rPr>
          <w:b w:val="false"/>
          <w:i w:val="false"/>
          <w:color w:val="000000"/>
          <w:u w:val="none"/>
        </w:rPr>
        <w:t xml:space="preserve"> [1LYO]</w:t>
      </w:r>
    </w:p>
    <w:p>
      <w:pPr>
        <w:pStyle w:val="Yellow"/>
        <w:rPr/>
      </w:pPr>
      <w:r>
        <w:rPr>
          <w:b/>
        </w:rPr>
        <w:t>Numbers 12:6</w:t>
      </w:r>
      <w:r>
        <w:rPr/>
        <w:t xml:space="preserve"> — He said, “Hear now My words: </w:t>
      </w:r>
      <w:r>
        <w:rPr>
          <w:shd w:val="clear" w:fill="B7DDE8"/>
        </w:rPr>
        <w:t>If there is a prophet among you, I, the LORD, will reveal Myself to him in a vision; I will speak to him in a dream</w:t>
      </w:r>
      <w:r>
        <w:rPr>
          <w:b w:val="false"/>
          <w:i w:val="false"/>
          <w:color w:val="000000"/>
          <w:u w:val="none"/>
        </w:rPr>
        <w:t xml:space="preserve"> [1TJ]</w:t>
      </w:r>
      <w:r>
        <w:rPr/>
        <w:t>.</w:t>
      </w:r>
    </w:p>
    <w:p>
      <w:pPr>
        <w:pStyle w:val="Yellow"/>
        <w:rPr/>
      </w:pPr>
      <w:r>
        <w:rPr>
          <w:b/>
        </w:rPr>
        <w:t xml:space="preserve">1 Samuel 2:27</w:t>
      </w:r>
      <w:r>
        <w:rPr/>
        <w:t xml:space="preserve"> — </w:t>
      </w:r>
      <w:r>
        <w:rPr>
          <w:shd w:fill="B7DDE8" w:val="clear"/>
        </w:rPr>
        <w:t xml:space="preserve">Did I not clearly reveal Myself to your father’s house when they were in Egypt under Pharaoh’s house</w:t>
      </w:r>
      <w:r>
        <w:rPr>
          <w:b w:val="false"/>
          <w:i w:val="false"/>
          <w:color w:val="000000"/>
          <w:u w:val="none"/>
        </w:rPr>
        <w:t xml:space="preserve"> [1KGL]</w:t>
      </w:r>
      <w:r>
        <w:rPr/>
        <w:t xml:space="preserve">?</w:t>
      </w:r>
    </w:p>
    <w:p>
      <w:pPr>
        <w:pStyle w:val="Yellow"/>
        <w:rPr/>
      </w:pPr>
      <w:r>
        <w:rPr>
          <w:shd w:val="clear" w:color="auto" w:fill="C00000"/>
          <w:color w:val="FFFFFF"/>
        </w:rPr>
        <w:t xml:space="preserve">(Job12:13 God) </w:t>
      </w:r>
      <w:r>
        <w:rPr>
          <w:b/>
          <w:shd w:val="clear" w:color="auto" w:fill="C00000"/>
          <w:color w:val="FFFFFF"/>
        </w:rPr>
        <w:t>Job 12:22</w:t>
      </w:r>
      <w:r>
        <w:rPr>
          <w:shd w:val="clear" w:color="auto" w:fill="C00000"/>
          <w:color w:val="FFFFFF"/>
        </w:rPr>
        <w:t xml:space="preserve"> — </w:t>
      </w:r>
      <w:r>
        <w:rPr>
          <w:shd w:val="clear" w:color="auto" w:fill="C00000"/>
          <w:color w:val="FFFFFF"/>
        </w:rPr>
        <w:t>{He} reveals the deep things of darkness and brings deep shadows into light</w:t>
      </w:r>
      <w:r>
        <w:rPr>
          <w:b w:val="false"/>
          <w:i w:val="false"/>
          <w:u w:val="none"/>
          <w:shd w:val="clear" w:color="auto" w:fill="C00000"/>
          <w:color w:val="FFFFFF"/>
        </w:rPr>
        <w:t xml:space="preserve"> [1PV]</w:t>
      </w:r>
      <w:r>
        <w:rPr>
          <w:shd w:val="clear" w:color="auto" w:fill="C00000"/>
          <w:color w:val="FFFFFF"/>
        </w:rPr>
        <w:t>.</w:t>
      </w:r>
    </w:p>
    <w:p>
      <w:pPr>
        <w:pStyle w:val="Yellow"/>
        <w:rPr/>
      </w:pPr>
      <w:r>
        <w:rPr>
          <w:b/>
        </w:rPr>
        <w:t xml:space="preserve">Isaiah 42:9</w:t>
      </w:r>
      <w:r>
        <w:rPr/>
        <w:t xml:space="preserve"> — Behold, </w:t>
      </w:r>
      <w:r>
        <w:rPr>
          <w:shd w:fill="B7DDE8" w:val="clear"/>
        </w:rPr>
        <w:t xml:space="preserve">the former things have happened</w:t>
      </w:r>
      <w:r>
        <w:rPr>
          <w:b w:val="false"/>
          <w:i w:val="false"/>
          <w:color w:val="000000"/>
          <w:u w:val="none"/>
        </w:rPr>
        <w:t xml:space="preserve"> [1GIB]</w:t>
      </w:r>
      <w:r>
        <w:rPr/>
        <w:t xml:space="preserve">, and now </w:t>
      </w:r>
      <w:r>
        <w:rPr>
          <w:shd w:fill="B7DDE8" w:val="clear"/>
        </w:rPr>
        <w:t xml:space="preserve">I declare new things</w:t>
      </w:r>
      <w:r>
        <w:rPr>
          <w:b w:val="false"/>
          <w:i w:val="false"/>
          <w:color w:val="000000"/>
          <w:u w:val="none"/>
        </w:rPr>
        <w:t xml:space="preserve"> [1GIC]</w:t>
      </w:r>
      <w:r>
        <w:rPr/>
        <w:t xml:space="preserve">. </w:t>
      </w:r>
      <w:r>
        <w:rPr>
          <w:shd w:fill="B7DDE8" w:val="clear"/>
        </w:rPr>
        <w:t xml:space="preserve">Before they spring forth I proclaim them to you</w:t>
      </w:r>
      <w:r>
        <w:rPr>
          <w:b w:val="false"/>
          <w:i w:val="false"/>
          <w:color w:val="000000"/>
          <w:u w:val="none"/>
        </w:rPr>
        <w:t xml:space="preserve"> [1GID]</w:t>
      </w:r>
      <w:r>
        <w:rPr/>
        <w:t xml:space="preserve">.”</w:t>
      </w:r>
    </w:p>
    <w:p>
      <w:pPr>
        <w:pStyle w:val="Yellow"/>
        <w:rPr/>
      </w:pPr>
      <w:r>
        <w:rPr>
          <w:b/>
        </w:rPr>
        <w:t xml:space="preserve">Isaiah 44:8</w:t>
      </w:r>
      <w:r>
        <w:rPr/>
        <w:t xml:space="preserve"> — </w:t>
      </w:r>
      <w:r>
        <w:rPr>
          <w:shd w:val="clear" w:color="auto" w:fill="D9C3E6"/>
        </w:rPr>
        <w:t xml:space="preserve">Do not tremble or fear</w:t>
      </w:r>
      <w:r>
        <w:rPr>
          <w:b w:val="false"/>
          <w:i w:val="false"/>
          <w:color w:val="000000"/>
          <w:u w:val="none"/>
        </w:rPr>
        <w:t xml:space="preserve"> [17AKG]</w:t>
      </w:r>
      <w:r>
        <w:rPr>
          <w:shd w:val="clear" w:color="auto" w:fill="D9C3E6"/>
        </w:rPr>
        <w:t xml:space="preserve">. </w:t>
      </w:r>
      <w:r>
        <w:rPr>
          <w:shd w:fill="B7DDE8" w:val="clear"/>
        </w:rPr>
        <w:t xml:space="preserve">Have I not told you and declared it long ago</w:t>
      </w:r>
      <w:r>
        <w:rPr>
          <w:b w:val="false"/>
          <w:i w:val="false"/>
          <w:color w:val="000000"/>
          <w:u w:val="none"/>
        </w:rPr>
        <w:t xml:space="preserve"> [1GFZ]</w:t>
      </w:r>
      <w:r>
        <w:rPr/>
        <w:t xml:space="preserve">? </w:t>
      </w:r>
      <w:r>
        <w:rPr>
          <w:shd w:fill="B7DDE8" w:val="clear"/>
        </w:rPr>
        <w:t xml:space="preserve">You are My witnesses</w:t>
      </w:r>
      <w:r>
        <w:rPr>
          <w:b w:val="false"/>
          <w:i w:val="false"/>
          <w:color w:val="000000"/>
          <w:u w:val="none"/>
        </w:rPr>
        <w:t xml:space="preserve"> [3IG]</w:t>
      </w:r>
      <w:r>
        <w:rPr/>
        <w:t xml:space="preserve">! </w:t>
      </w:r>
      <w:r>
        <w:rPr>
          <w:shd w:fill="B7DDE8" w:val="clear"/>
        </w:rPr>
        <w:t xml:space="preserve">Is there any God but Me</w:t>
      </w:r>
      <w:r>
        <w:rPr>
          <w:b w:val="false"/>
          <w:i w:val="false"/>
          <w:color w:val="000000"/>
          <w:u w:val="none"/>
        </w:rPr>
        <w:t xml:space="preserve"> [19FQ]</w:t>
      </w:r>
      <w:r>
        <w:rPr/>
        <w:t xml:space="preserve">? </w:t>
      </w:r>
      <w:r>
        <w:rPr>
          <w:shd w:fill="B7DDE8" w:val="clear"/>
        </w:rPr>
        <w:t xml:space="preserve">There is no other Rock; I know not one</w:t>
      </w:r>
      <w:r>
        <w:rPr>
          <w:b w:val="false"/>
          <w:i w:val="false"/>
          <w:color w:val="000000"/>
          <w:u w:val="none"/>
        </w:rPr>
        <w:t xml:space="preserve"> [1GGA]</w:t>
      </w:r>
      <w:r>
        <w:rPr/>
        <w:t xml:space="preserve">.”</w:t>
      </w:r>
    </w:p>
    <w:p>
      <w:pPr>
        <w:pStyle w:val="Yellow"/>
        <w:rPr/>
        <w:pBdr>
          <w:left w:val="single" w:sz="28" w:space="5" w:color="C00000"/>
        </w:pBdr>
      </w:pPr>
      <w:r>
        <w:rPr>
          <w:b/>
          <w:u w:val="none"/>
          <w:shd w:fill="F4CCCC" w:val="clear"/>
        </w:rPr>
        <w:t>Isaiah 45:21</w:t>
      </w:r>
      <w:r>
        <w:rPr>
          <w:u w:val="none"/>
        </w:rPr>
        <w:t xml:space="preserve"> — </w:t>
      </w:r>
      <w:r>
        <w:rPr>
          <w:u w:val="none"/>
          <w:shd w:fill="B7DDE8" w:val="clear"/>
        </w:rPr>
        <w:t>Who foretold this long ago? Who announced it from ancient times? Was it not I, the LORD?</w:t>
      </w:r>
      <w:r>
        <w:rPr>
          <w:b w:val="false"/>
          <w:i w:val="false"/>
          <w:color w:val="000000"/>
          <w:u w:val="none"/>
        </w:rPr>
        <w:t xml:space="preserve"> [1FZ]</w:t>
      </w:r>
      <w:r>
        <w:rPr>
          <w:u w:val="none"/>
        </w:rPr>
        <w:t xml:space="preserve"> </w:t>
      </w:r>
      <w:r>
        <w:rPr>
          <w:u w:val="none"/>
          <w:shd w:fill="B7DDE8" w:val="clear"/>
        </w:rPr>
        <w:t>There is no other God but Me</w:t>
      </w:r>
      <w:r>
        <w:rPr>
          <w:b w:val="false"/>
          <w:i w:val="false"/>
          <w:color w:val="000000"/>
          <w:u w:val="none"/>
        </w:rPr>
        <w:t xml:space="preserve"> [19FQ]</w:t>
      </w:r>
      <w:r>
        <w:rPr>
          <w:u w:val="none"/>
        </w:rPr>
        <w:t xml:space="preserve">, </w:t>
      </w:r>
      <w:r>
        <w:rPr>
          <w:u w:val="none"/>
          <w:shd w:fill="B7DDE8" w:val="clear"/>
        </w:rPr>
        <w:t>a righteous God</w:t>
      </w:r>
      <w:r>
        <w:rPr>
          <w:b w:val="false"/>
          <w:i w:val="false"/>
          <w:u w:val="none"/>
          <w:color w:val="000000"/>
        </w:rPr>
        <w:t xml:space="preserve"> [16FJ]</w:t>
      </w:r>
      <w:r>
        <w:rPr>
          <w:u w:val="none"/>
        </w:rPr>
        <w:t xml:space="preserve"> and </w:t>
      </w:r>
      <w:r>
        <w:rPr>
          <w:u w:val="none"/>
          <w:shd w:fill="B7DDE8" w:val="clear"/>
        </w:rPr>
        <w:t>Savior; there is none but Me</w:t>
      </w:r>
      <w:r>
        <w:rPr>
          <w:b w:val="false"/>
          <w:i w:val="false"/>
          <w:color w:val="000000"/>
          <w:u w:val="none"/>
        </w:rPr>
        <w:t xml:space="preserve"> [2GA]</w:t>
      </w:r>
      <w:r>
        <w:rPr>
          <w:u w:val="none"/>
          <w:shd w:val="clear" w:color="auto" w:fill="D9C3E6"/>
        </w:rPr>
        <w:t>.</w:t>
      </w:r>
    </w:p>
    <w:p>
      <w:pPr>
        <w:pStyle w:val="Yellow"/>
        <w:rPr/>
      </w:pPr>
      <w:r>
        <w:rPr>
          <w:b/>
          <w:u w:val="none"/>
        </w:rPr>
        <w:t>Isaiah 46:10</w:t>
      </w:r>
      <w:r>
        <w:rPr>
          <w:u w:val="none"/>
        </w:rPr>
        <w:t xml:space="preserve"> — </w:t>
      </w:r>
      <w:r>
        <w:rPr>
          <w:u w:val="none"/>
          <w:shd w:fill="B7DDE8" w:val="clear"/>
        </w:rPr>
        <w:t>I declare the end from the beginning, and from ancient times what is still to come</w:t>
      </w:r>
      <w:r>
        <w:rPr>
          <w:b w:val="false"/>
          <w:i w:val="false"/>
          <w:color w:val="000000"/>
          <w:u w:val="none"/>
        </w:rPr>
        <w:t xml:space="preserve"> [1MBT]</w:t>
      </w:r>
      <w:r>
        <w:rPr>
          <w:u w:val="none"/>
        </w:rPr>
        <w:t>. I say, ‘</w:t>
      </w:r>
      <w:r>
        <w:rPr>
          <w:u w:val="none"/>
          <w:shd w:fill="B7DDE8" w:val="clear"/>
        </w:rPr>
        <w:t>My purpose will stand</w:t>
      </w:r>
      <w:r>
        <w:rPr>
          <w:b w:val="false"/>
          <w:i w:val="false"/>
          <w:color w:val="000000"/>
          <w:u w:val="none"/>
        </w:rPr>
        <w:t xml:space="preserve"> [3JS]</w:t>
      </w:r>
      <w:r>
        <w:rPr>
          <w:u w:val="none"/>
        </w:rPr>
        <w:t xml:space="preserve">, and </w:t>
      </w:r>
      <w:r>
        <w:rPr>
          <w:u w:val="none"/>
          <w:shd w:fill="B7DDE8" w:val="clear"/>
        </w:rPr>
        <w:t>all My good pleasure I will accomplish</w:t>
      </w:r>
      <w:r>
        <w:rPr>
          <w:b w:val="false"/>
          <w:i w:val="false"/>
          <w:color w:val="000000"/>
          <w:u w:val="none"/>
        </w:rPr>
        <w:t xml:space="preserve"> [1MBU]</w:t>
      </w:r>
      <w:r>
        <w:rPr>
          <w:u w:val="none"/>
        </w:rPr>
        <w:t>.’</w:t>
      </w:r>
    </w:p>
    <w:p>
      <w:pPr>
        <w:pStyle w:val="Yellow"/>
        <w:rPr/>
      </w:pPr>
      <w:r>
        <w:t xml:space="preserve">(Is48:3 I foretold the former things long ago) </w:t>
      </w:r>
      <w:r>
        <w:rPr>
          <w:b/>
        </w:rPr>
        <w:t>Isaiah 48:6–7</w:t>
      </w:r>
      <w:r>
        <w:t xml:space="preserve"> — {From now on} </w:t>
      </w:r>
      <w:r>
        <w:rPr>
          <w:shd w:fill="B7DDE8" w:val="clear"/>
        </w:rPr>
        <w:t>I will tell you of new things, hidden things unknown to you</w:t>
      </w:r>
      <w:r>
        <w:rPr>
          <w:b w:val="false"/>
          <w:i w:val="false"/>
          <w:color w:val="000000"/>
          <w:u w:val="none"/>
        </w:rPr>
        <w:t xml:space="preserve"> [1JD]</w:t>
      </w:r>
      <w:r>
        <w:t xml:space="preserve">. </w:t>
      </w:r>
      <w:r>
        <w:rPr>
          <w:shd w:fill="B7DDE8" w:val="clear"/>
        </w:rPr>
        <w:t>They are created now, and not long ago; you have not heard of them before today</w:t>
      </w:r>
      <w:r>
        <w:rPr>
          <w:b w:val="false"/>
          <w:i w:val="false"/>
          <w:color w:val="000000"/>
          <w:u w:val="none"/>
        </w:rPr>
        <w:t xml:space="preserve"> [1MFO]</w:t>
      </w:r>
      <w:r>
        <w:t xml:space="preserve">. </w:t>
      </w:r>
      <w:r>
        <w:rPr>
          <w:shd w:fill="B7DDE8" w:val="clear"/>
        </w:rPr>
        <w:t>So you cannot claim, ‘I already knew them</w:t>
      </w:r>
      <w:r>
        <w:rPr>
          <w:b w:val="false"/>
          <w:i w:val="false"/>
          <w:color w:val="000000"/>
          <w:u w:val="none"/>
        </w:rPr>
        <w:t xml:space="preserve"> [1MFP]</w:t>
      </w:r>
      <w:r>
        <w:t>!’</w:t>
      </w:r>
    </w:p>
    <w:p>
      <w:pPr>
        <w:pStyle w:val="Yellow"/>
        <w:rPr/>
      </w:pPr>
      <w:r>
        <w:rPr>
          <w:b/>
        </w:rPr>
        <w:t xml:space="preserve">Jeremiah 33:3</w:t>
      </w:r>
      <w:r>
        <w:rPr/>
        <w:t xml:space="preserve"> — </w:t>
      </w:r>
      <w:r>
        <w:rPr>
          <w:shd w:fill="F4B183" w:val="clear" w:color="auto"/>
          <w:color w:val="000000"/>
        </w:rPr>
        <w:t xml:space="preserve">Call to Me</w:t>
      </w:r>
      <w:r>
        <w:rPr>
          <w:b w:val="false"/>
          <w:i w:val="false"/>
          <w:color w:val="000000"/>
          <w:u w:val="none"/>
          <w:shd w:val="clear" w:color="auto" w:fill="F4B183"/>
        </w:rPr>
        <w:t xml:space="preserve"> [1LSX]</w:t>
      </w:r>
      <w:r>
        <w:rPr/>
        <w:t xml:space="preserve">, and </w:t>
      </w:r>
      <w:r>
        <w:rPr>
          <w:shd w:fill="B7DDE8" w:val="clear"/>
        </w:rPr>
        <w:t xml:space="preserve">I will answer</w:t>
      </w:r>
      <w:r>
        <w:rPr>
          <w:b w:val="false"/>
          <w:i w:val="false"/>
          <w:color w:val="000000"/>
          <w:u w:val="none"/>
        </w:rPr>
        <w:t xml:space="preserve"> [6GWU]</w:t>
      </w:r>
      <w:r>
        <w:rPr/>
        <w:t xml:space="preserve"> and </w:t>
      </w:r>
      <w:r>
        <w:rPr>
          <w:shd w:fill="B7DDE8" w:val="clear"/>
        </w:rPr>
        <w:t xml:space="preserve">show you great and unsearchable things you do not know</w:t>
      </w:r>
      <w:r>
        <w:rPr>
          <w:b w:val="false"/>
          <w:i w:val="false"/>
          <w:color w:val="000000"/>
          <w:u w:val="none"/>
        </w:rPr>
        <w:t xml:space="preserve"> [1LSY]</w:t>
      </w:r>
      <w:r>
        <w:rPr/>
        <w:t xml:space="preserve">.</w:t>
      </w:r>
    </w:p>
    <w:p>
      <w:pPr>
        <w:pStyle w:val="Yellow"/>
        <w:rPr/>
      </w:pPr>
      <w:r>
        <w:rPr/>
        <w:t xml:space="preserve">(Da2:20 “God”) </w:t>
      </w:r>
      <w:r>
        <w:rPr>
          <w:b/>
        </w:rPr>
        <w:t xml:space="preserve">Daniel 2:22</w:t>
      </w:r>
      <w:r>
        <w:rPr/>
        <w:t xml:space="preserve"> — </w:t>
      </w:r>
      <w:r>
        <w:rPr>
          <w:shd w:fill="B7DDE8" w:val="clear"/>
        </w:rPr>
        <w:t xml:space="preserve">{He} reveals the deep and hidden things</w:t>
      </w:r>
      <w:r>
        <w:rPr>
          <w:b w:val="false"/>
          <w:i w:val="false"/>
          <w:color w:val="000000"/>
          <w:u w:val="none"/>
        </w:rPr>
        <w:t xml:space="preserve"> [1HYE]</w:t>
      </w:r>
      <w:r>
        <w:rPr/>
        <w:t xml:space="preserve">; </w:t>
      </w:r>
      <w:r>
        <w:rPr>
          <w:shd w:fill="B7DDE8" w:val="clear"/>
        </w:rPr>
        <w:t xml:space="preserve">He knows what lies in darkness</w:t>
      </w:r>
      <w:r>
        <w:rPr>
          <w:b w:val="false"/>
          <w:i w:val="false"/>
          <w:color w:val="000000"/>
          <w:u w:val="none"/>
        </w:rPr>
        <w:t xml:space="preserve"> [1HYF]</w:t>
      </w:r>
      <w:r>
        <w:rPr/>
        <w:t xml:space="preserve">, and </w:t>
      </w:r>
      <w:r>
        <w:rPr>
          <w:shd w:fill="B7DDE8" w:val="clear"/>
        </w:rPr>
        <w:t xml:space="preserve">light dwells with Him</w:t>
      </w:r>
      <w:r>
        <w:rPr>
          <w:b w:val="false"/>
          <w:i w:val="false"/>
          <w:color w:val="000000"/>
          <w:u w:val="none"/>
        </w:rPr>
        <w:t xml:space="preserve"> [1HYG]</w:t>
      </w:r>
      <w:r>
        <w:rPr/>
        <w:t xml:space="preserve">.</w:t>
      </w:r>
    </w:p>
    <w:p>
      <w:pPr>
        <w:pStyle w:val="Yellow"/>
        <w:rPr/>
      </w:pPr>
      <w:r>
        <w:rPr>
          <w:b/>
        </w:rPr>
        <w:t xml:space="preserve">Amos 3:7</w:t>
      </w:r>
      <w:r>
        <w:rPr/>
        <w:t xml:space="preserve"> — Surely </w:t>
      </w:r>
      <w:r>
        <w:rPr>
          <w:shd w:fill="B7DDE8" w:val="clear"/>
        </w:rPr>
        <w:t xml:space="preserve">the Lord GOD does nothing without revealing His plan to His servants the prophets</w:t>
      </w:r>
      <w:r>
        <w:rPr>
          <w:b w:val="false"/>
          <w:i w:val="false"/>
          <w:color w:val="000000"/>
          <w:u w:val="none"/>
        </w:rPr>
        <w:t xml:space="preserve"> [1LRQ]</w:t>
      </w:r>
      <w:r>
        <w:rPr/>
        <w:t xml:space="preserve">.</w:t>
      </w:r>
    </w:p>
    <w:p>
      <w:pPr>
        <w:pStyle w:val="Yellow"/>
        <w:rPr/>
      </w:pPr>
      <w:r>
        <w:rPr/>
        <w:t xml:space="preserve">(Mt11:27 Knowledge about “the Son” and “the Father”¹) </w:t>
      </w:r>
      <w:r>
        <w:rPr>
          <w:b/>
        </w:rPr>
        <w:t>Matthew 11:25–26</w:t>
      </w:r>
      <w:r>
        <w:rPr/>
        <w:t xml:space="preserve"> — “</w:t>
      </w:r>
      <w:r>
        <w:rPr>
          <w:color w:val="000000"/>
        </w:rPr>
        <w:t>I praise You</w:t>
      </w:r>
      <w:r>
        <w:rPr>
          <w:b w:val="false"/>
          <w:i w:val="false"/>
          <w:color w:val="000000"/>
          <w:u w:val="none"/>
        </w:rPr>
        <w:t xml:space="preserve"> [1ESP]</w:t>
      </w:r>
      <w:r>
        <w:rPr/>
        <w:t xml:space="preserve">, </w:t>
      </w:r>
      <w:r>
        <w:rPr>
          <w:shd w:val="clear" w:fill="B7DDE8"/>
        </w:rPr>
        <w:t>Father, Lord of heaven and earth</w:t>
      </w:r>
      <w:r>
        <w:rPr>
          <w:b w:val="false"/>
          <w:i w:val="false"/>
          <w:color w:val="000000"/>
          <w:u w:val="none"/>
        </w:rPr>
        <w:t xml:space="preserve"> [1ESQ]</w:t>
      </w:r>
      <w:r>
        <w:rPr/>
        <w:t xml:space="preserve">, because </w:t>
      </w:r>
      <w:r>
        <w:rPr>
          <w:shd w:val="clear" w:fill="B7DDE8"/>
        </w:rPr>
        <w:t>You have hidden {these things} from the wise and learned</w:t>
      </w:r>
      <w:r>
        <w:rPr>
          <w:b w:val="false"/>
          <w:i w:val="false"/>
          <w:color w:val="000000"/>
          <w:u w:val="none"/>
        </w:rPr>
        <w:t xml:space="preserve"> [1ESR]</w:t>
      </w:r>
      <w:r>
        <w:rPr/>
        <w:t xml:space="preserve">, and </w:t>
      </w:r>
      <w:r>
        <w:rPr>
          <w:shd w:val="clear" w:fill="B7DDE8"/>
        </w:rPr>
        <w:t>revealed them to little children</w:t>
      </w:r>
      <w:r>
        <w:rPr>
          <w:b w:val="false"/>
          <w:i w:val="false"/>
          <w:color w:val="000000"/>
          <w:u w:val="none"/>
        </w:rPr>
        <w:t xml:space="preserve"> [1ESS]</w:t>
      </w:r>
      <w:r>
        <w:rPr/>
        <w:t xml:space="preserve">. Yes, Father, for </w:t>
      </w:r>
      <w:r>
        <w:rPr>
          <w:shd w:val="clear" w:fill="B7DDE8"/>
        </w:rPr>
        <w:t>this was well-pleasing in Your sight</w:t>
      </w:r>
      <w:r>
        <w:rPr>
          <w:b w:val="false"/>
          <w:i w:val="false"/>
          <w:color w:val="000000"/>
          <w:u w:val="none"/>
        </w:rPr>
        <w:t xml:space="preserve"> [1EST]</w:t>
      </w:r>
      <w:r>
        <w:rPr/>
        <w:t>.</w:t>
      </w:r>
    </w:p>
    <w:p>
      <w:pPr>
        <w:pStyle w:val="Yellow"/>
        <w:rPr/>
      </w:pPr>
      <w:r>
        <w:rPr/>
        <w:t xml:space="preserve">(Mt13:13ᶜ Those who “do not see” or “understand”¹) </w:t>
      </w:r>
      <w:r>
        <w:rPr>
          <w:b/>
        </w:rPr>
        <w:t>Matthew 13:11</w:t>
      </w:r>
      <w:r>
        <w:rPr/>
        <w:t xml:space="preserve"> — “</w:t>
      </w:r>
      <w:r>
        <w:rPr>
          <w:shd w:val="clear" w:fill="B7DDE8"/>
        </w:rPr>
        <w:t>The knowledge of the mysteries of the kingdom of heaven has been given to you, but not to {them}</w:t>
      </w:r>
      <w:r>
        <w:rPr>
          <w:b w:val="false"/>
          <w:i w:val="false"/>
          <w:color w:val="000000"/>
          <w:u w:val="none"/>
        </w:rPr>
        <w:t xml:space="preserve"> [1RZ]</w:t>
      </w:r>
      <w:r>
        <w:rPr/>
        <w:t>.</w:t>
      </w:r>
    </w:p>
    <w:p>
      <w:pPr>
        <w:pStyle w:val="Yellow"/>
        <w:rPr/>
      </w:pPr>
      <w:r>
        <w:rPr>
          <w:b/>
        </w:rPr>
        <w:t>Matthew 16:16-17</w:t>
      </w:r>
      <w:r>
        <w:t xml:space="preserve"> —Simon Peter answered, “</w:t>
      </w:r>
      <w:r>
        <w:rPr>
          <w:shd w:fill="B7DDE8" w:val="clear"/>
        </w:rPr>
        <w:t xml:space="preserve">You are </w:t>
      </w:r>
      <w:r>
        <w:rPr>
          <w:shd w:fill="B7DDE8" w:val="clear"/>
        </w:rPr>
        <w:t>the Christ</w:t>
      </w:r>
      <w:r>
        <w:rPr>
          <w:b w:val="false"/>
          <w:i w:val="false"/>
          <w:color w:val="000000"/>
          <w:u w:val="none"/>
        </w:rPr>
        <w:t xml:space="preserve"> [1ANC]</w:t>
      </w:r>
      <w:r>
        <w:t xml:space="preserve">, </w:t>
      </w:r>
      <w:r>
        <w:rPr>
          <w:shd w:fill="B7DDE8" w:val="clear"/>
        </w:rPr>
        <w:t xml:space="preserve">the Son of </w:t>
      </w:r>
      <w:r>
        <w:rPr>
          <w:shd w:fill="B7DDE8" w:val="clear"/>
        </w:rPr>
        <w:t>the living God</w:t>
      </w:r>
      <w:r>
        <w:rPr>
          <w:b w:val="false"/>
          <w:i w:val="false"/>
          <w:color w:val="000000"/>
          <w:u w:val="none"/>
        </w:rPr>
        <w:t xml:space="preserve"> [7AMS]</w:t>
      </w:r>
      <w:r>
        <w:t>.” Jesus replied, “</w:t>
      </w:r>
      <w:r>
        <w:rPr>
          <w:shd w:fill="B7DDE8" w:val="clear"/>
        </w:rPr>
        <w:t>Blessed are you, Simon son of Jonah!</w:t>
      </w:r>
      <w:r>
        <w:rPr>
          <w:b w:val="false"/>
          <w:i w:val="false"/>
          <w:color w:val="000000"/>
          <w:u w:val="none"/>
        </w:rPr>
        <w:t xml:space="preserve"> [1CIJ]</w:t>
      </w:r>
      <w:r>
        <w:t xml:space="preserve"> For </w:t>
      </w:r>
      <w:r>
        <w:rPr>
          <w:shd w:fill="B7DDE8" w:val="clear"/>
        </w:rPr>
        <w:t>this was not revealed to you by flesh and blood</w:t>
      </w:r>
      <w:r>
        <w:rPr>
          <w:b w:val="false"/>
          <w:i w:val="false"/>
          <w:color w:val="000000"/>
          <w:u w:val="none"/>
        </w:rPr>
        <w:t xml:space="preserve"> [1ASU]</w:t>
      </w:r>
      <w:r>
        <w:t xml:space="preserve">, </w:t>
      </w:r>
      <w:r>
        <w:t xml:space="preserve">but </w:t>
      </w:r>
      <w:r>
        <w:rPr>
          <w:shd w:fill="B7DDE8" w:val="clear"/>
        </w:rPr>
        <w:t>by My Father in heaven</w:t>
      </w:r>
      <w:r>
        <w:rPr>
          <w:b w:val="false"/>
          <w:i w:val="false"/>
          <w:color w:val="000000"/>
          <w:u w:val="none"/>
        </w:rPr>
        <w:t xml:space="preserve"> [1ASV]</w:t>
      </w:r>
      <w:r>
        <w:t>.</w:t>
      </w:r>
    </w:p>
    <w:p>
      <w:pPr>
        <w:pStyle w:val="Yellow"/>
        <w:rPr/>
        <w:pBdr>
          <w:left w:val="single" w:sz="28" w:space="5" w:color="C00000"/>
        </w:pBdr>
      </w:pPr>
      <w:r>
        <w:rPr>
          <w:b/>
          <w:highlight w:val="cyan"/>
        </w:rPr>
        <w:t>Luke 10:22</w:t>
      </w:r>
      <w:r>
        <w:rPr>
          <w:highlight w:val="cyan"/>
        </w:rPr>
        <w:t xml:space="preserve"> — </w:t>
      </w:r>
      <w:r>
        <w:rPr>
          <w:highlight w:val="cyan"/>
          <w:shd w:val="clear" w:fill="F4B183" w:color="auto"/>
          <w:color w:val="000000"/>
        </w:rPr>
        <w:t>All things have been entrusted to Me by My Father</w:t>
      </w:r>
      <w:r>
        <w:rPr>
          <w:b w:val="false"/>
          <w:i w:val="false"/>
          <w:color w:val="000000"/>
          <w:u w:val="none"/>
          <w:shd w:val="clear" w:color="auto" w:fill="F4B183"/>
        </w:rPr>
        <w:t xml:space="preserve"> [1PM]</w:t>
      </w:r>
      <w:r>
        <w:rPr>
          <w:highlight w:val="cyan"/>
        </w:rPr>
        <w:t xml:space="preserve">. </w:t>
      </w:r>
      <w:r>
        <w:rPr>
          <w:highlight w:val="cyan"/>
          <w:shd w:val="clear" w:fill="B7DDE8"/>
        </w:rPr>
        <w:t>No one knows who the Son is except the Father</w:t>
      </w:r>
      <w:r>
        <w:rPr>
          <w:b w:val="false"/>
          <w:i w:val="false"/>
          <w:color w:val="000000"/>
          <w:u w:val="none"/>
        </w:rPr>
        <w:t xml:space="preserve"> [1PN]</w:t>
      </w:r>
      <w:r>
        <w:rPr>
          <w:highlight w:val="cyan"/>
        </w:rPr>
        <w:t xml:space="preserve">, and </w:t>
      </w:r>
      <w:r>
        <w:rPr>
          <w:highlight w:val="cyan"/>
          <w:shd w:val="clear" w:fill="B7DDE8"/>
        </w:rPr>
        <w:t>no one knows who the Father is except the Son and those to whom the Son chooses to reveal Him</w:t>
      </w:r>
      <w:r>
        <w:rPr>
          <w:b w:val="false"/>
          <w:i w:val="false"/>
          <w:color w:val="000000"/>
          <w:u w:val="none"/>
        </w:rPr>
        <w:t xml:space="preserve"> [1PO]</w:t>
      </w:r>
      <w:r>
        <w:rPr>
          <w:highlight w:val="cyan"/>
        </w:rPr>
        <w:t>.</w:t>
      </w:r>
    </w:p>
    <w:p>
      <w:pPr>
        <w:pStyle w:val="Yellow"/>
        <w:rPr/>
        <w:pBdr>
          <w:left w:val="single" w:sz="28" w:space="5" w:color="C00000"/>
        </w:pBdr>
      </w:pPr>
      <w:r>
        <w:rPr>
          <w:shd w:val="clear" w:color="auto" w:fill="548235"/>
          <w:color w:val="FFFFFF"/>
        </w:rPr>
        <w:t xml:space="preserve">(Jn15:20 Those who “persecute you”¹ / 16:2  “put you out” / “kills you”²) </w:t>
      </w:r>
      <w:r>
        <w:rPr>
          <w:b/>
          <w:shd w:val="clear" w:color="auto" w:fill="548235"/>
          <w:color w:val="FFFFFF"/>
        </w:rPr>
        <w:t xml:space="preserve">John 16:3-4</w:t>
      </w:r>
      <w:r>
        <w:rPr>
          <w:shd w:val="clear" w:color="auto" w:fill="548235"/>
          <w:color w:val="FFFFFF"/>
        </w:rPr>
        <w:t xml:space="preserve"> — </w:t>
      </w:r>
      <w:r>
        <w:rPr>
          <w:shd w:fill="548235" w:val="clear" w:color="auto"/>
          <w:color w:val="FFFFFF"/>
        </w:rPr>
        <w:t xml:space="preserve">{They} will do {these things}</w:t>
      </w:r>
      <w:r>
        <w:rPr>
          <w:b w:val="false"/>
          <w:i w:val="false"/>
          <w:u w:val="none"/>
          <w:color w:val="FFFFFF"/>
          <w:shd w:val="clear" w:color="auto" w:fill="548235"/>
        </w:rPr>
        <w:t xml:space="preserve"> [1LDJ]</w:t>
      </w:r>
      <w:r>
        <w:rPr>
          <w:shd w:val="clear" w:color="auto" w:fill="548235"/>
          <w:color w:val="FFFFFF"/>
        </w:rPr>
        <w:t xml:space="preserve"> because </w:t>
      </w:r>
      <w:r>
        <w:rPr>
          <w:shd w:fill="548235" w:val="clear" w:color="auto"/>
          <w:color w:val="FFFFFF"/>
        </w:rPr>
        <w:t xml:space="preserve">they have not known the Father or Me</w:t>
      </w:r>
      <w:r>
        <w:rPr>
          <w:b w:val="false"/>
          <w:i w:val="false"/>
          <w:color w:val="FFFFFF"/>
          <w:u w:val="none"/>
          <w:shd w:val="clear" w:color="auto" w:fill="548235"/>
        </w:rPr>
        <w:t xml:space="preserve"> [1LDK]</w:t>
      </w:r>
      <w:r>
        <w:rPr>
          <w:shd w:val="clear" w:color="auto" w:fill="548235"/>
          <w:color w:val="FFFFFF"/>
        </w:rPr>
        <w:t xml:space="preserve">. But </w:t>
      </w:r>
      <w:r>
        <w:rPr>
          <w:shd w:fill="548235" w:val="clear" w:color="auto"/>
          <w:color w:val="FFFFFF"/>
        </w:rPr>
        <w:t xml:space="preserve">I have told you these things</w:t>
      </w:r>
      <w:r>
        <w:rPr>
          <w:b w:val="false"/>
          <w:i w:val="false"/>
          <w:color w:val="FFFFFF"/>
          <w:u w:val="none"/>
          <w:shd w:val="clear" w:color="auto" w:fill="548235"/>
        </w:rPr>
        <w:t xml:space="preserve"> [2LDL]</w:t>
      </w:r>
      <w:r>
        <w:rPr>
          <w:shd w:val="clear" w:color="auto" w:fill="548235"/>
          <w:color w:val="FFFFFF"/>
        </w:rPr>
        <w:t xml:space="preserve"> </w:t>
      </w:r>
      <w:r>
        <w:rPr>
          <w:shd w:fill="548235" w:val="clear" w:color="auto"/>
          <w:color w:val="FFFFFF"/>
        </w:rPr>
        <w:t xml:space="preserve">so that when their hour comes, you will remember that I told you about them</w:t>
      </w:r>
      <w:r>
        <w:rPr>
          <w:b w:val="false"/>
          <w:i w:val="false"/>
          <w:color w:val="FFFFFF"/>
          <w:u w:val="none"/>
          <w:shd w:val="clear" w:color="auto" w:fill="548235"/>
        </w:rPr>
        <w:t xml:space="preserve"> [1LDM]</w:t>
      </w:r>
      <w:r>
        <w:rPr>
          <w:shd w:val="clear" w:color="auto" w:fill="548235"/>
          <w:color w:val="FFFFFF"/>
        </w:rPr>
        <w:t xml:space="preserve">.</w:t>
      </w:r>
    </w:p>
    <w:p>
      <w:pPr>
        <w:pStyle w:val="Yellow"/>
        <w:rPr/>
      </w:pPr>
      <w:r>
        <w:rPr>
          <w:b/>
        </w:rPr>
        <w:t xml:space="preserve">John 16:25</w:t>
      </w:r>
      <w:r>
        <w:rPr/>
        <w:t xml:space="preserve"> — </w:t>
      </w:r>
      <w:r>
        <w:rPr>
          <w:shd w:fill="B7DDE8" w:val="clear"/>
        </w:rPr>
        <w:t xml:space="preserve">I have spoken these things to you in figures of speech</w:t>
      </w:r>
      <w:r>
        <w:rPr>
          <w:b w:val="false"/>
          <w:i w:val="false"/>
          <w:color w:val="000000"/>
          <w:u w:val="none"/>
        </w:rPr>
        <w:t xml:space="preserve"> [1HKN]</w:t>
      </w:r>
      <w:r>
        <w:rPr/>
        <w:t xml:space="preserve">. </w:t>
      </w:r>
      <w:r>
        <w:rPr>
          <w:shd w:fill="B7DDE8" w:val="clear"/>
        </w:rPr>
        <w:t xml:space="preserve">An hour is coming when I will no longer speak to you this way, but will tell you plainly about the Father</w:t>
      </w:r>
      <w:r>
        <w:rPr>
          <w:b w:val="false"/>
          <w:i w:val="false"/>
          <w:color w:val="000000"/>
          <w:u w:val="none"/>
        </w:rPr>
        <w:t xml:space="preserve"> [1HKO]</w:t>
      </w:r>
      <w:r>
        <w:rPr/>
        <w:t xml:space="preserve">.</w:t>
      </w:r>
    </w:p>
    <w:p>
      <w:pPr>
        <w:pStyle w:val="Yellow"/>
        <w:rPr/>
      </w:pPr>
      <w:r>
        <w:t xml:space="preserve">(Ro16:27 “God”) </w:t>
      </w:r>
      <w:r>
        <w:rPr>
          <w:b/>
        </w:rPr>
        <w:t>Romans 16:25-26</w:t>
      </w:r>
      <w:r>
        <w:t xml:space="preserve"> — Now to </w:t>
      </w:r>
      <w:r>
        <w:rPr>
          <w:shd w:fill="B7DDE8" w:val="clear"/>
        </w:rPr>
        <w:t>Him who is able to strengthen you by my gospel and by the proclamation of Jesus Christ</w:t>
      </w:r>
      <w:r>
        <w:rPr>
          <w:b w:val="false"/>
          <w:i w:val="false"/>
          <w:color w:val="000000"/>
          <w:u w:val="none"/>
        </w:rPr>
        <w:t xml:space="preserve"> [1PG]</w:t>
      </w:r>
      <w:r>
        <w:t xml:space="preserve">, according to the revelation of </w:t>
      </w:r>
      <w:r>
        <w:rPr>
          <w:shd w:fill="B7DDE8" w:val="clear"/>
        </w:rPr>
        <w:t>the mystery concealed for ages past</w:t>
      </w:r>
      <w:r>
        <w:rPr>
          <w:b w:val="false"/>
          <w:i w:val="false"/>
          <w:color w:val="000000"/>
          <w:u w:val="none"/>
        </w:rPr>
        <w:t xml:space="preserve"> [1PH]</w:t>
      </w:r>
      <w:r>
        <w:t xml:space="preserve"> but </w:t>
      </w:r>
      <w:r>
        <w:rPr>
          <w:shd w:fill="B7DDE8" w:val="clear"/>
        </w:rPr>
        <w:t>now revealed</w:t>
      </w:r>
      <w:r>
        <w:rPr>
          <w:b w:val="false"/>
          <w:i w:val="false"/>
          <w:color w:val="000000"/>
          <w:u w:val="none"/>
        </w:rPr>
        <w:t xml:space="preserve"> [1MFZ]</w:t>
      </w:r>
      <w:r>
        <w:t xml:space="preserve"> and </w:t>
      </w:r>
      <w:r>
        <w:rPr>
          <w:shd w:fill="B7DDE8" w:val="clear"/>
        </w:rPr>
        <w:t>made known through the writings of the prophets by the command of the eternal God</w:t>
      </w:r>
      <w:r>
        <w:rPr>
          <w:b w:val="false"/>
          <w:i w:val="false"/>
          <w:color w:val="000000"/>
          <w:u w:val="none"/>
        </w:rPr>
        <w:t xml:space="preserve"> [1PI]</w:t>
      </w:r>
      <w:r>
        <w:t xml:space="preserve">, </w:t>
      </w:r>
      <w:r>
        <w:rPr>
          <w:shd w:fill="B7DDE8" w:val="clear"/>
        </w:rPr>
        <w:t>in order to lead all nations to the obedience that comes from faith</w:t>
      </w:r>
      <w:r>
        <w:rPr>
          <w:b w:val="false"/>
          <w:i w:val="false"/>
          <w:color w:val="000000"/>
          <w:u w:val="none"/>
        </w:rPr>
        <w:t xml:space="preserve"> [1PJ]</w:t>
      </w:r>
    </w:p>
    <w:p>
      <w:pPr>
        <w:pStyle w:val="Yellow"/>
        <w:rPr/>
      </w:pPr>
      <w:r>
        <w:rPr/>
        <w:t xml:space="preserve">(He1:1 “God”) </w:t>
      </w:r>
      <w:r>
        <w:rPr>
          <w:b/>
        </w:rPr>
        <w:t xml:space="preserve">Hebrews 1:2</w:t>
      </w:r>
      <w:r>
        <w:rPr/>
        <w:t xml:space="preserve"> — But </w:t>
      </w:r>
      <w:r>
        <w:rPr>
          <w:shd w:fill="B7DDE8" w:val="clear"/>
        </w:rPr>
        <w:t xml:space="preserve">in these last days {He} has spoken to us by His Son</w:t>
      </w:r>
      <w:r>
        <w:rPr>
          <w:b w:val="false"/>
          <w:i w:val="false"/>
          <w:color w:val="000000"/>
          <w:u w:val="none"/>
        </w:rPr>
        <w:t xml:space="preserve"> [1KVD]</w:t>
      </w:r>
      <w:r>
        <w:rPr/>
        <w:t xml:space="preserve">, </w:t>
      </w:r>
      <w:r>
        <w:rPr>
          <w:shd w:fill="B7DDE8" w:val="clear"/>
        </w:rPr>
        <w:t xml:space="preserve">whom He appointed heir of all things</w:t>
      </w:r>
      <w:r>
        <w:rPr>
          <w:b w:val="false"/>
          <w:i w:val="false"/>
          <w:color w:val="000000"/>
          <w:u w:val="none"/>
        </w:rPr>
        <w:t xml:space="preserve"> [1KVE]</w:t>
      </w:r>
      <w:r>
        <w:rPr/>
        <w:t xml:space="preserve">, and </w:t>
      </w:r>
      <w:r>
        <w:rPr>
          <w:shd w:fill="B7DDE8" w:val="clear"/>
        </w:rPr>
        <w:t xml:space="preserve">through whom He made the universe</w:t>
      </w:r>
      <w:r>
        <w:rPr>
          <w:b w:val="false"/>
          <w:i w:val="false"/>
          <w:color w:val="000000"/>
          <w:u w:val="none"/>
        </w:rPr>
        <w:t xml:space="preserve"> [1KVF]</w:t>
      </w:r>
      <w:r>
        <w:rPr/>
        <w:t xml:space="preserve">.</w:t>
      </w:r>
    </w:p>
    <w:p>
      <w:r>
        <w:rPr>
          <w:b/>
          <w:sz w:val="32"/>
          <w:highlight w:val="yellow"/>
        </w:rPr>
        <w:t>Reward  (13)</w:t>
      </w:r>
    </w:p>
    <w:p>
      <w:pPr>
        <w:pStyle w:val="Yellow"/>
        <w:rPr/>
      </w:pPr>
      <w:r>
        <w:rPr/>
        <w:t xml:space="preserve">(2Ch15:3–6 Israel suffered without God) </w:t>
      </w:r>
      <w:r>
        <w:rPr>
          <w:b/>
        </w:rPr>
        <w:t xml:space="preserve">2 Chronicles 15:7</w:t>
      </w:r>
      <w:r>
        <w:rPr/>
        <w:t xml:space="preserve"> — {But} as for you, </w:t>
      </w:r>
      <w:r>
        <w:rPr>
          <w:shd w:val="clear" w:color="auto" w:fill="D9C3E6"/>
        </w:rPr>
        <w:t xml:space="preserve">be strong</w:t>
      </w:r>
      <w:r>
        <w:rPr>
          <w:b w:val="false"/>
          <w:i w:val="false"/>
          <w:color w:val="000000"/>
          <w:u w:val="none"/>
        </w:rPr>
        <w:t xml:space="preserve"> [2HAS]</w:t>
      </w:r>
      <w:r>
        <w:rPr>
          <w:shd w:val="clear" w:color="auto" w:fill="D9C3E6"/>
        </w:rPr>
        <w:t xml:space="preserve">; </w:t>
      </w:r>
      <w:r>
        <w:rPr>
          <w:shd w:fill="B7DDE8" w:val="clear"/>
        </w:rPr>
        <w:t xml:space="preserve">do not be discouraged</w:t>
      </w:r>
      <w:r>
        <w:rPr>
          <w:b w:val="false"/>
          <w:i w:val="false"/>
          <w:color w:val="000000"/>
          <w:u w:val="none"/>
        </w:rPr>
        <w:t xml:space="preserve"> [4DOA]</w:t>
      </w:r>
      <w:r>
        <w:rPr/>
        <w:t xml:space="preserve">, for </w:t>
      </w:r>
      <w:r>
        <w:rPr>
          <w:shd w:fill="B7DDE8" w:val="clear"/>
        </w:rPr>
        <w:t xml:space="preserve">your work will be rewarded</w:t>
      </w:r>
      <w:r>
        <w:rPr>
          <w:b w:val="false"/>
          <w:i w:val="false"/>
          <w:color w:val="000000"/>
          <w:u w:val="none"/>
        </w:rPr>
        <w:t xml:space="preserve"> [1HAT]</w:t>
      </w:r>
      <w:r>
        <w:rPr/>
        <w:t xml:space="preserve">.”</w:t>
      </w:r>
    </w:p>
    <w:p>
      <w:pPr>
        <w:pStyle w:val="Yellow"/>
        <w:rPr/>
      </w:pPr>
      <w:r>
        <w:rPr>
          <w:u w:val="none"/>
        </w:rPr>
        <w:t xml:space="preserve">(Ps112:1 “the man who fears the LORD”) </w:t>
      </w:r>
      <w:r>
        <w:rPr>
          <w:b/>
          <w:u w:val="none"/>
        </w:rPr>
        <w:t xml:space="preserve">Psalm 112:9</w:t>
      </w:r>
      <w:r>
        <w:rPr>
          <w:u w:val="none"/>
        </w:rPr>
        <w:t xml:space="preserve"> — </w:t>
      </w:r>
      <w:r>
        <w:rPr>
          <w:u w:val="none"/>
          <w:color w:val="auto"/>
        </w:rPr>
        <w:t xml:space="preserve">{He} has scattered abroad his gifts to the poor</w:t>
      </w:r>
      <w:r>
        <w:rPr>
          <w:b w:val="false"/>
          <w:i w:val="false"/>
          <w:color w:val="auto"/>
          <w:u w:val="none"/>
        </w:rPr>
        <w:t xml:space="preserve"> [2FYX]</w:t>
      </w:r>
      <w:r>
        <w:rPr>
          <w:u w:val="none"/>
        </w:rPr>
        <w:t xml:space="preserve">; </w:t>
      </w:r>
      <w:r>
        <w:rPr>
          <w:u w:val="none"/>
          <w:shd w:fill="B7DDE8" w:val="clear"/>
        </w:rPr>
        <w:t xml:space="preserve">his righteousness endures forever</w:t>
      </w:r>
      <w:r>
        <w:rPr>
          <w:b w:val="false"/>
          <w:i w:val="false"/>
          <w:color w:val="000000"/>
          <w:u w:val="none"/>
        </w:rPr>
        <w:t xml:space="preserve"> [3EMH]</w:t>
      </w:r>
      <w:r>
        <w:rPr>
          <w:u w:val="none"/>
        </w:rPr>
        <w:t xml:space="preserve">; </w:t>
      </w:r>
      <w:r>
        <w:rPr>
          <w:u w:val="none"/>
          <w:shd w:fill="B7DDE8" w:val="clear"/>
        </w:rPr>
        <w:t xml:space="preserve">his horn will be lifted high in honor</w:t>
      </w:r>
      <w:r>
        <w:rPr>
          <w:b w:val="false"/>
          <w:i w:val="false"/>
          <w:color w:val="000000"/>
          <w:u w:val="none"/>
        </w:rPr>
        <w:t xml:space="preserve"> [1FYY]</w:t>
      </w:r>
      <w:r>
        <w:rPr>
          <w:u w:val="none"/>
        </w:rPr>
        <w:t xml:space="preserve">.</w:t>
      </w:r>
    </w:p>
    <w:p>
      <w:pPr>
        <w:pStyle w:val="Yellow"/>
        <w:rPr/>
      </w:pPr>
      <w:r>
        <w:rPr>
          <w:b/>
        </w:rPr>
        <w:t>Isaiah 40:10</w:t>
      </w:r>
      <w:r>
        <w:rPr/>
        <w:t xml:space="preserve"> — Behold, </w:t>
      </w:r>
      <w:r>
        <w:rPr>
          <w:shd w:val="clear" w:fill="F4B183" w:color="auto"/>
          <w:color w:val="000000"/>
        </w:rPr>
        <w:t>the Lord GOD comes with might</w:t>
      </w:r>
      <w:r>
        <w:rPr>
          <w:b w:val="false"/>
          <w:i w:val="false"/>
          <w:color w:val="000000"/>
          <w:u w:val="none"/>
          <w:shd w:val="clear" w:color="auto" w:fill="F4B183"/>
        </w:rPr>
        <w:t xml:space="preserve"> [1FJZ]</w:t>
      </w:r>
      <w:r>
        <w:rPr/>
        <w:t xml:space="preserve">, and </w:t>
      </w:r>
      <w:r>
        <w:rPr>
          <w:shd w:val="clear" w:fill="B7DDE8"/>
        </w:rPr>
        <w:t>His arm establishes His rule</w:t>
      </w:r>
      <w:r>
        <w:rPr>
          <w:b w:val="false"/>
          <w:i w:val="false"/>
          <w:color w:val="000000"/>
          <w:u w:val="none"/>
        </w:rPr>
        <w:t xml:space="preserve"> [1FKA]</w:t>
      </w:r>
      <w:r>
        <w:rPr/>
        <w:t xml:space="preserve">. </w:t>
      </w:r>
      <w:r>
        <w:rPr>
          <w:shd w:val="clear" w:fill="B7DDE8"/>
        </w:rPr>
        <w:t>His reward is with Him</w:t>
      </w:r>
      <w:r>
        <w:rPr>
          <w:b w:val="false"/>
          <w:i w:val="false"/>
          <w:color w:val="000000"/>
          <w:u w:val="none"/>
        </w:rPr>
        <w:t xml:space="preserve"> [2FJW]</w:t>
      </w:r>
      <w:r>
        <w:rPr/>
        <w:t xml:space="preserve">, and </w:t>
      </w:r>
      <w:r>
        <w:rPr>
          <w:shd w:val="clear" w:fill="B7DDE8"/>
        </w:rPr>
        <w:t>His recompense accompanies Him</w:t>
      </w:r>
      <w:r>
        <w:rPr>
          <w:b w:val="false"/>
          <w:i w:val="false"/>
          <w:color w:val="000000"/>
          <w:u w:val="none"/>
        </w:rPr>
        <w:t xml:space="preserve"> [1FKB]</w:t>
      </w:r>
      <w:r>
        <w:rPr/>
        <w:t>.</w:t>
      </w:r>
    </w:p>
    <w:p>
      <w:pPr>
        <w:pStyle w:val="Yellow"/>
        <w:rPr/>
      </w:pPr>
      <w:r>
        <w:rPr/>
        <w:t xml:space="preserve">(Eze29:3ᶜ Because Pharaoh said “The Nile is mine; I made it myself”) </w:t>
      </w:r>
      <w:r>
        <w:rPr>
          <w:b/>
        </w:rPr>
        <w:t xml:space="preserve">Ezekiel 29:19–20</w:t>
      </w:r>
      <w:r>
        <w:rPr/>
        <w:t xml:space="preserve"> — </w:t>
      </w:r>
      <w:r>
        <w:rPr>
          <w:shd w:fill="B7DDE8" w:val="clear"/>
        </w:rPr>
        <w:t xml:space="preserve">I will give the land of Egypt to Nebuchadnezzar king of Babylon</w:t>
      </w:r>
      <w:r>
        <w:rPr>
          <w:b w:val="false"/>
          <w:i w:val="false"/>
          <w:color w:val="000000"/>
          <w:u w:val="none"/>
        </w:rPr>
        <w:t xml:space="preserve"> [1KIF]</w:t>
      </w:r>
      <w:r>
        <w:rPr/>
        <w:t xml:space="preserve">, </w:t>
      </w:r>
      <w:r>
        <w:rPr>
          <w:shd w:fill="B7DDE8" w:val="clear"/>
        </w:rPr>
        <w:t xml:space="preserve">who will carry off its wealth, seize its spoil, and remove its plunder</w:t>
      </w:r>
      <w:r>
        <w:rPr>
          <w:b w:val="false"/>
          <w:i w:val="false"/>
          <w:color w:val="000000"/>
          <w:u w:val="none"/>
        </w:rPr>
        <w:t xml:space="preserve"> [1KIG]</w:t>
      </w:r>
      <w:r>
        <w:rPr/>
        <w:t xml:space="preserve">. </w:t>
      </w:r>
      <w:r>
        <w:rPr>
          <w:shd w:fill="B7DDE8" w:val="clear"/>
        </w:rPr>
        <w:t xml:space="preserve">This will be the wages for his army</w:t>
      </w:r>
      <w:r>
        <w:rPr>
          <w:b w:val="false"/>
          <w:i w:val="false"/>
          <w:color w:val="000000"/>
          <w:u w:val="none"/>
        </w:rPr>
        <w:t xml:space="preserve"> [1KIH]</w:t>
      </w:r>
      <w:r>
        <w:rPr/>
        <w:t xml:space="preserve">. </w:t>
      </w:r>
      <w:r>
        <w:rPr>
          <w:shd w:fill="B7DDE8" w:val="clear"/>
        </w:rPr>
        <w:t xml:space="preserve">I have given him the land of Egypt as the reward for his labor, because it was done for Me</w:t>
      </w:r>
      <w:r>
        <w:rPr>
          <w:b w:val="false"/>
          <w:i w:val="false"/>
          <w:color w:val="000000"/>
          <w:u w:val="none"/>
        </w:rPr>
        <w:t xml:space="preserve"> [1KII]</w:t>
      </w:r>
      <w:r>
        <w:rPr/>
        <w:t xml:space="preserve">, declares the Lord GOD.</w:t>
      </w:r>
    </w:p>
    <w:p>
      <w:pPr>
        <w:pStyle w:val="Yellow"/>
        <w:rPr/>
      </w:pPr>
      <w:r>
        <w:rPr>
          <w:b/>
        </w:rPr>
        <w:t>Matthew 10:41</w:t>
      </w:r>
      <w:r>
        <w:rPr/>
        <w:t xml:space="preserve"> — </w:t>
      </w:r>
      <w:r>
        <w:rPr>
          <w:shd w:val="clear" w:fill="B7DDE8"/>
        </w:rPr>
        <w:t>Whoever receives a prophet because he is a prophet will receive a prophet’s reward</w:t>
      </w:r>
      <w:r>
        <w:rPr>
          <w:b w:val="false"/>
          <w:i w:val="false"/>
          <w:color w:val="000000"/>
          <w:u w:val="none"/>
        </w:rPr>
        <w:t xml:space="preserve"> [1FGN]</w:t>
      </w:r>
      <w:r>
        <w:rPr/>
        <w:t xml:space="preserve">, and </w:t>
      </w:r>
      <w:r>
        <w:rPr>
          <w:shd w:val="clear" w:fill="B7DDE8"/>
        </w:rPr>
        <w:t>whoever receives a righteous man because he is a righteous man will receive a righteous man’s reward</w:t>
      </w:r>
      <w:r>
        <w:rPr>
          <w:b w:val="false"/>
          <w:i w:val="false"/>
          <w:color w:val="000000"/>
          <w:u w:val="none"/>
        </w:rPr>
        <w:t xml:space="preserve"> [1FGO]</w:t>
      </w:r>
      <w:r>
        <w:rPr/>
        <w:t>.</w:t>
      </w:r>
    </w:p>
    <w:p>
      <w:pPr>
        <w:pStyle w:val="Yellow"/>
        <w:rPr/>
      </w:pPr>
      <w:r>
        <w:rPr>
          <w:b/>
        </w:rPr>
        <w:t>Matthew 10:42</w:t>
      </w:r>
      <w:r>
        <w:rPr/>
        <w:t xml:space="preserve"> — And </w:t>
      </w:r>
      <w:r>
        <w:rPr>
          <w:shd w:val="clear" w:fill="B7DDE8"/>
        </w:rPr>
        <w:t>if anyone gives even a cup of cold water to one of these little ones because he is My disciple, truly I tell you, he will never lose his reward</w:t>
      </w:r>
      <w:r>
        <w:rPr>
          <w:b w:val="false"/>
          <w:i w:val="false"/>
          <w:color w:val="000000"/>
          <w:u w:val="none"/>
        </w:rPr>
        <w:t xml:space="preserve"> [1FKP]</w:t>
      </w:r>
      <w:r>
        <w:rPr/>
        <w:t>.”</w:t>
      </w:r>
    </w:p>
    <w:p>
      <w:pPr>
        <w:pStyle w:val="Yellow"/>
        <w:rPr/>
      </w:pPr>
      <w:r>
        <w:rPr>
          <w:b/>
          <w:shd w:val="clear" w:color="auto" w:fill="C00000"/>
          <w:color w:val="FFFFFF"/>
        </w:rPr>
        <w:t>Mark 9:41</w:t>
      </w:r>
      <w:r>
        <w:rPr>
          <w:shd w:val="clear" w:color="auto" w:fill="C00000"/>
          <w:color w:val="FFFFFF"/>
        </w:rPr>
        <w:t xml:space="preserve"> — </w:t>
      </w:r>
      <w:r>
        <w:rPr>
          <w:shd w:val="clear" w:color="auto" w:fill="C00000"/>
          <w:color w:val="FFFFFF"/>
        </w:rPr>
        <w:t>if anyone gives you even a cup of water because you bear the name of Christ, truly I tell you, he will never lose his reward</w:t>
      </w:r>
      <w:r>
        <w:rPr>
          <w:b w:val="false"/>
          <w:i w:val="false"/>
          <w:u w:val="none"/>
          <w:shd w:val="clear" w:color="auto" w:fill="C00000"/>
          <w:color w:val="FFFFFF"/>
        </w:rPr>
        <w:t xml:space="preserve"> [1FKO]</w:t>
      </w:r>
      <w:r>
        <w:rPr>
          <w:shd w:val="clear" w:color="auto" w:fill="C00000"/>
          <w:color w:val="FFFFFF"/>
        </w:rPr>
        <w:t>.</w:t>
      </w:r>
    </w:p>
    <w:p>
      <w:pPr>
        <w:pStyle w:val="Yellow"/>
        <w:rPr/>
      </w:pPr>
      <w:r>
        <w:rPr>
          <w:b/>
          <w:shd w:val="clear" w:color="auto" w:fill="548235"/>
          <w:color w:val="FFFFFF"/>
        </w:rPr>
        <w:t xml:space="preserve">John 12:26</w:t>
      </w:r>
      <w:r>
        <w:rPr>
          <w:shd w:val="clear" w:color="auto" w:fill="548235"/>
          <w:color w:val="FFFFFF"/>
        </w:rPr>
        <w:t xml:space="preserve"> — </w:t>
      </w:r>
      <w:r>
        <w:rPr>
          <w:shd w:fill="548235" w:val="clear" w:color="auto"/>
          <w:color w:val="FFFFFF"/>
        </w:rPr>
        <w:t xml:space="preserve">If anyone serves Me, he must follow Me</w:t>
      </w:r>
      <w:r>
        <w:rPr>
          <w:b w:val="false"/>
          <w:i w:val="false"/>
          <w:color w:val="FFFFFF"/>
          <w:u w:val="none"/>
          <w:shd w:val="clear" w:color="auto" w:fill="548235"/>
        </w:rPr>
        <w:t xml:space="preserve"> [1GAF]</w:t>
      </w:r>
      <w:r>
        <w:rPr>
          <w:shd w:val="clear" w:color="auto" w:fill="548235"/>
          <w:color w:val="FFFFFF"/>
        </w:rPr>
        <w:t xml:space="preserve">; and </w:t>
      </w:r>
      <w:r>
        <w:rPr>
          <w:shd w:fill="548235" w:val="clear" w:color="auto"/>
          <w:color w:val="FFFFFF"/>
        </w:rPr>
        <w:t xml:space="preserve">where I am, My servant will be as well</w:t>
      </w:r>
      <w:r>
        <w:rPr>
          <w:b w:val="false"/>
          <w:i w:val="false"/>
          <w:color w:val="FFFFFF"/>
          <w:u w:val="none"/>
          <w:shd w:val="clear" w:color="auto" w:fill="548235"/>
        </w:rPr>
        <w:t xml:space="preserve"> [1GAG]</w:t>
      </w:r>
      <w:r>
        <w:rPr>
          <w:shd w:val="clear" w:color="auto" w:fill="548235"/>
          <w:color w:val="FFFFFF"/>
        </w:rPr>
        <w:t xml:space="preserve">. </w:t>
      </w:r>
      <w:r>
        <w:rPr>
          <w:shd w:fill="548235" w:val="clear" w:color="auto"/>
          <w:color w:val="FFFFFF"/>
        </w:rPr>
        <w:t xml:space="preserve">If anyone serves Me, the Father will honor him</w:t>
      </w:r>
      <w:r>
        <w:rPr>
          <w:b w:val="false"/>
          <w:i w:val="false"/>
          <w:color w:val="FFFFFF"/>
          <w:u w:val="none"/>
          <w:shd w:val="clear" w:color="auto" w:fill="548235"/>
        </w:rPr>
        <w:t xml:space="preserve"> [1GAH]</w:t>
      </w:r>
      <w:r>
        <w:rPr>
          <w:shd w:val="clear" w:color="auto" w:fill="548235"/>
          <w:color w:val="FFFFFF"/>
        </w:rPr>
        <w:t xml:space="preserve">.</w:t>
      </w:r>
    </w:p>
    <w:p>
      <w:pPr>
        <w:pStyle w:val="Yellow"/>
        <w:rPr/>
      </w:pPr>
      <w:r>
        <w:rPr>
          <w:b/>
          <w:shd w:val="clear" w:color="auto" w:fill="548235"/>
          <w:color w:val="FFFFFF"/>
        </w:rPr>
        <w:t>Ephesians 6:7-8</w:t>
      </w:r>
      <w:r>
        <w:rPr>
          <w:shd w:val="clear" w:color="auto" w:fill="548235"/>
          <w:color w:val="FFFFFF"/>
        </w:rPr>
        <w:t xml:space="preserve"> — </w:t>
      </w:r>
      <w:r>
        <w:rPr>
          <w:shd w:val="clear" w:fill="548235" w:color="auto"/>
          <w:color w:val="FFFFFF"/>
        </w:rPr>
        <w:t>Serve with good will, as to the Lord and not to men</w:t>
      </w:r>
      <w:r>
        <w:rPr>
          <w:b w:val="false"/>
          <w:i w:val="false"/>
          <w:color w:val="FFFFFF"/>
          <w:u w:val="none"/>
          <w:shd w:val="clear" w:color="auto" w:fill="548235"/>
        </w:rPr>
        <w:t xml:space="preserve"> [1FJC]</w:t>
      </w:r>
      <w:r>
        <w:rPr>
          <w:shd w:val="clear" w:color="auto" w:fill="548235"/>
          <w:color w:val="FFFFFF"/>
        </w:rPr>
        <w:t xml:space="preserve">, because you know that </w:t>
      </w:r>
      <w:r>
        <w:rPr>
          <w:shd w:val="clear" w:fill="548235" w:color="auto"/>
          <w:color w:val="FFFFFF"/>
        </w:rPr>
        <w:t>the Lord will reward each one for whatever good he does, whether he is slave or free</w:t>
      </w:r>
      <w:r>
        <w:rPr>
          <w:b w:val="false"/>
          <w:i w:val="false"/>
          <w:color w:val="FFFFFF"/>
          <w:u w:val="none"/>
          <w:shd w:val="clear" w:color="auto" w:fill="548235"/>
        </w:rPr>
        <w:t xml:space="preserve"> [1FJD]</w:t>
      </w:r>
      <w:r>
        <w:rPr>
          <w:shd w:val="clear" w:color="auto" w:fill="548235"/>
          <w:color w:val="FFFFFF"/>
        </w:rPr>
        <w:t>.</w:t>
      </w:r>
    </w:p>
    <w:p>
      <w:pPr>
        <w:pStyle w:val="Yellow"/>
        <w:rPr/>
      </w:pPr>
      <w:r>
        <w:rPr>
          <w:b/>
        </w:rPr>
        <w:t>1 Timothy 3:13</w:t>
      </w:r>
      <w:r>
        <w:rPr/>
        <w:t xml:space="preserve"> — For </w:t>
      </w:r>
      <w:r>
        <w:rPr>
          <w:shd w:val="clear" w:fill="B7DDE8"/>
        </w:rPr>
        <w:t>those who have served well as deacons acquire for themselves a high standing</w:t>
      </w:r>
      <w:r>
        <w:rPr>
          <w:b w:val="false"/>
          <w:i w:val="false"/>
          <w:color w:val="000000"/>
          <w:u w:val="none"/>
        </w:rPr>
        <w:t xml:space="preserve"> [1DBT]</w:t>
      </w:r>
      <w:r>
        <w:rPr/>
        <w:t xml:space="preserve"> and </w:t>
      </w:r>
      <w:r>
        <w:rPr>
          <w:shd w:val="clear" w:fill="B7DDE8"/>
        </w:rPr>
        <w:t>great confidence in the faith that is in Christ Jesus</w:t>
      </w:r>
      <w:r>
        <w:rPr>
          <w:b w:val="false"/>
          <w:i w:val="false"/>
          <w:color w:val="000000"/>
          <w:u w:val="none"/>
        </w:rPr>
        <w:t xml:space="preserve"> [1DBU]</w:t>
      </w:r>
      <w:r>
        <w:rPr/>
        <w:t>.</w:t>
      </w:r>
    </w:p>
    <w:p>
      <w:pPr>
        <w:pStyle w:val="Green"/>
        <w:rPr/>
      </w:pPr>
      <w:r>
        <w:rPr>
          <w:b/>
          <w:u w:val="none"/>
        </w:rPr>
        <w:t>2 Timothy 4:8</w:t>
      </w:r>
      <w:r>
        <w:rPr>
          <w:u w:val="none"/>
        </w:rPr>
        <w:t xml:space="preserve"> — From now on </w:t>
      </w:r>
      <w:r>
        <w:rPr>
          <w:u w:val="none"/>
          <w:shd w:fill="B7DDE8" w:val="clear"/>
        </w:rPr>
        <w:t>there is laid up for me the crown of righteousness</w:t>
      </w:r>
      <w:r>
        <w:rPr>
          <w:b w:val="false"/>
          <w:i w:val="false"/>
          <w:color w:val="000000"/>
          <w:u w:val="none"/>
        </w:rPr>
        <w:t xml:space="preserve"> [1KW]</w:t>
      </w:r>
      <w:r>
        <w:rPr>
          <w:u w:val="none"/>
        </w:rPr>
        <w:t xml:space="preserve">, which the Lord, </w:t>
      </w:r>
      <w:r>
        <w:rPr>
          <w:u w:val="none"/>
          <w:shd w:fill="B7DDE8" w:val="clear"/>
        </w:rPr>
        <w:t>the righteous Judge</w:t>
      </w:r>
      <w:r>
        <w:rPr>
          <w:b w:val="false"/>
          <w:i w:val="false"/>
          <w:color w:val="000000"/>
          <w:u w:val="none"/>
        </w:rPr>
        <w:t xml:space="preserve"> [2FK]</w:t>
      </w:r>
      <w:r>
        <w:rPr>
          <w:u w:val="none"/>
        </w:rPr>
        <w:t xml:space="preserve">, </w:t>
      </w:r>
      <w:r>
        <w:rPr>
          <w:u w:val="none"/>
          <w:shd w:fill="B7DDE8" w:val="clear"/>
        </w:rPr>
        <w:t>will award to me on that day</w:t>
      </w:r>
      <w:r>
        <w:rPr>
          <w:b w:val="false"/>
          <w:i w:val="false"/>
          <w:color w:val="000000"/>
          <w:u w:val="none"/>
        </w:rPr>
        <w:t xml:space="preserve"> [1MFM]</w:t>
      </w:r>
      <w:r>
        <w:rPr>
          <w:u w:val="none"/>
        </w:rPr>
        <w:t xml:space="preserve">—and not only to me, but to </w:t>
      </w:r>
      <w:r>
        <w:rPr>
          <w:u w:val="none"/>
          <w:shd w:fill="B7DDE8" w:val="clear"/>
        </w:rPr>
        <w:t>all who crave His appearing</w:t>
      </w:r>
      <w:r>
        <w:rPr>
          <w:b w:val="false"/>
          <w:i w:val="false"/>
          <w:u w:val="none"/>
          <w:color w:val="000000"/>
        </w:rPr>
        <w:t xml:space="preserve"> [1KX]</w:t>
      </w:r>
      <w:r>
        <w:rPr>
          <w:u w:val="none"/>
        </w:rPr>
        <w:t>.</w:t>
      </w:r>
    </w:p>
    <w:p>
      <w:pPr>
        <w:pStyle w:val="Yellow"/>
        <w:rPr/>
      </w:pPr>
      <w:r>
        <w:rPr>
          <w:b/>
          <w:shd w:val="clear" w:color="auto" w:fill="548235"/>
          <w:color w:val="FFFFFF"/>
        </w:rPr>
        <w:t>Revelation 2:17</w:t>
      </w:r>
      <w:r>
        <w:rPr>
          <w:shd w:val="clear" w:color="auto" w:fill="548235"/>
          <w:color w:val="FFFFFF"/>
        </w:rPr>
        <w:t xml:space="preserve"> — </w:t>
      </w:r>
      <w:r>
        <w:rPr>
          <w:shd w:val="clear" w:fill="548235" w:color="auto"/>
          <w:color w:val="FFFFFF"/>
        </w:rPr>
        <w:t>To the one who overcomes, I will give the hidden manna</w:t>
      </w:r>
      <w:r>
        <w:rPr>
          <w:b w:val="false"/>
          <w:i w:val="false"/>
          <w:color w:val="FFFFFF"/>
          <w:u w:val="none"/>
          <w:shd w:val="clear" w:color="auto" w:fill="548235"/>
        </w:rPr>
        <w:t xml:space="preserve"> [1FDU]</w:t>
      </w:r>
      <w:r>
        <w:rPr>
          <w:shd w:val="clear" w:color="auto" w:fill="548235"/>
          <w:color w:val="FFFFFF"/>
        </w:rPr>
        <w:t xml:space="preserve">. </w:t>
      </w:r>
      <w:r>
        <w:rPr>
          <w:shd w:val="clear" w:fill="548235" w:color="auto"/>
          <w:color w:val="FFFFFF"/>
        </w:rPr>
        <w:t>I will also give him a white stone inscribed with a new name</w:t>
      </w:r>
      <w:r>
        <w:rPr>
          <w:b w:val="false"/>
          <w:i w:val="false"/>
          <w:color w:val="FFFFFF"/>
          <w:u w:val="none"/>
          <w:shd w:val="clear" w:color="auto" w:fill="548235"/>
        </w:rPr>
        <w:t xml:space="preserve"> [1FDV]</w:t>
      </w:r>
      <w:r>
        <w:rPr>
          <w:shd w:val="clear" w:color="auto" w:fill="548235"/>
          <w:color w:val="FFFFFF"/>
        </w:rPr>
        <w:t xml:space="preserve">, </w:t>
      </w:r>
      <w:r>
        <w:rPr>
          <w:shd w:val="clear" w:fill="548235" w:color="auto"/>
          <w:color w:val="FFFFFF"/>
        </w:rPr>
        <w:t>known only to the one who receives it</w:t>
      </w:r>
      <w:r>
        <w:rPr>
          <w:b w:val="false"/>
          <w:i w:val="false"/>
          <w:color w:val="FFFFFF"/>
          <w:u w:val="none"/>
          <w:shd w:val="clear" w:color="auto" w:fill="548235"/>
        </w:rPr>
        <w:t xml:space="preserve"> [1FDW]</w:t>
      </w:r>
      <w:r>
        <w:rPr>
          <w:shd w:val="clear" w:color="auto" w:fill="548235"/>
          <w:color w:val="FFFFFF"/>
        </w:rPr>
        <w:t>.</w:t>
      </w:r>
    </w:p>
    <w:p>
      <w:pPr>
        <w:pStyle w:val="Yellow"/>
        <w:rPr/>
        <w:pBdr>
          <w:left w:val="single" w:sz="28" w:space="5" w:color="C00000"/>
        </w:pBdr>
      </w:pPr>
      <w:r>
        <w:rPr>
          <w:b/>
          <w:u w:val="none"/>
        </w:rPr>
        <w:t>Revelation 22:12</w:t>
      </w:r>
      <w:r>
        <w:rPr>
          <w:u w:val="none"/>
        </w:rPr>
        <w:t xml:space="preserve"> — Behold, </w:t>
      </w:r>
      <w:r>
        <w:rPr>
          <w:u w:val="none"/>
          <w:shd w:val="clear" w:fill="B7DDE8"/>
        </w:rPr>
        <w:t>I am coming soon</w:t>
      </w:r>
      <w:r>
        <w:rPr>
          <w:b w:val="false"/>
          <w:i w:val="false"/>
          <w:color w:val="000000"/>
          <w:u w:val="none"/>
        </w:rPr>
        <w:t xml:space="preserve"> [4EKT]</w:t>
      </w:r>
      <w:r>
        <w:rPr>
          <w:u w:val="none"/>
        </w:rPr>
        <w:t xml:space="preserve">, and </w:t>
      </w:r>
      <w:r>
        <w:rPr>
          <w:u w:val="none"/>
          <w:shd w:val="clear" w:fill="B7DDE8"/>
        </w:rPr>
        <w:t>My reward is with Me</w:t>
      </w:r>
      <w:r>
        <w:rPr>
          <w:b w:val="false"/>
          <w:i w:val="false"/>
          <w:color w:val="000000"/>
          <w:u w:val="none"/>
        </w:rPr>
        <w:t xml:space="preserve"> [2FJW]</w:t>
      </w:r>
      <w:r>
        <w:rPr>
          <w:u w:val="none"/>
        </w:rPr>
        <w:t xml:space="preserve">, </w:t>
      </w:r>
      <w:r>
        <w:rPr>
          <w:u w:val="none"/>
          <w:shd w:val="clear" w:fill="F4B183" w:color="auto"/>
          <w:color w:val="000000"/>
        </w:rPr>
        <w:t>to give to each one according to what he has done</w:t>
      </w:r>
      <w:r>
        <w:rPr>
          <w:b w:val="false"/>
          <w:i w:val="false"/>
          <w:color w:val="000000"/>
          <w:u w:val="none"/>
          <w:shd w:val="clear" w:color="auto" w:fill="F4B183"/>
        </w:rPr>
        <w:t xml:space="preserve"> [12HT]</w:t>
      </w:r>
      <w:r>
        <w:rPr>
          <w:u w:val="none"/>
        </w:rPr>
        <w:t>.</w:t>
      </w:r>
    </w:p>
    <w:p>
      <w:r>
        <w:rPr>
          <w:b/>
          <w:sz w:val="32"/>
          <w:highlight w:val="yellow"/>
        </w:rPr>
        <w:t>Righteousness Leads to Life  (14)</w:t>
      </w:r>
    </w:p>
    <w:p>
      <w:pPr>
        <w:pStyle w:val="Green"/>
        <w:rPr/>
      </w:pPr>
      <w:r>
        <w:rPr>
          <w:b/>
          <w:highlight w:val="cyan"/>
          <w:color w:val="auto"/>
        </w:rPr>
        <w:t>2 Samuel 22:21</w:t>
      </w:r>
      <w:r>
        <w:rPr>
          <w:highlight w:val="cyan"/>
          <w:color w:val="auto"/>
        </w:rPr>
        <w:t xml:space="preserve"> — </w:t>
      </w:r>
      <w:r>
        <w:rPr>
          <w:highlight w:val="cyan"/>
          <w:color w:val="auto"/>
        </w:rPr>
        <w:t>The LORD has rewarded me according to my righteousness</w:t>
      </w:r>
      <w:r>
        <w:rPr>
          <w:b w:val="false"/>
          <w:i w:val="false"/>
          <w:u w:val="none"/>
          <w:color w:val="auto"/>
        </w:rPr>
        <w:t xml:space="preserve"> [3EPN]</w:t>
      </w:r>
      <w:r>
        <w:rPr>
          <w:highlight w:val="cyan"/>
          <w:color w:val="auto"/>
        </w:rPr>
        <w:t xml:space="preserve">; </w:t>
      </w:r>
      <w:r>
        <w:rPr>
          <w:highlight w:val="cyan"/>
          <w:color w:val="auto"/>
        </w:rPr>
        <w:t>He has repaid me according to the cleanness of my hands</w:t>
      </w:r>
      <w:r>
        <w:rPr>
          <w:b w:val="false"/>
          <w:i w:val="false"/>
          <w:u w:val="none"/>
          <w:color w:val="auto"/>
        </w:rPr>
        <w:t xml:space="preserve"> [3EPN]</w:t>
      </w:r>
      <w:r>
        <w:rPr>
          <w:highlight w:val="cyan"/>
          <w:color w:val="auto"/>
        </w:rPr>
        <w:t>.</w:t>
      </w:r>
    </w:p>
    <w:p>
      <w:pPr>
        <w:pStyle w:val="Yellow"/>
        <w:rPr/>
      </w:pPr>
      <w:r>
        <w:rPr>
          <w:b/>
          <w:highlight w:val="cyan"/>
          <w:shd w:val="clear" w:color="auto" w:fill="548235"/>
          <w:color w:val="FFFFFF"/>
        </w:rPr>
        <w:t>Psalm 18:20</w:t>
      </w:r>
      <w:r>
        <w:rPr>
          <w:highlight w:val="cyan"/>
          <w:shd w:val="clear" w:color="auto" w:fill="548235"/>
          <w:color w:val="FFFFFF"/>
        </w:rPr>
        <w:t xml:space="preserve"> — </w:t>
      </w:r>
      <w:r>
        <w:rPr>
          <w:highlight w:val="cyan"/>
          <w:shd w:val="clear" w:fill="548235" w:color="auto"/>
          <w:color w:val="FFFFFF"/>
        </w:rPr>
        <w:t>The LORD has rewarded me according to my righteousness</w:t>
      </w:r>
      <w:r>
        <w:rPr>
          <w:b w:val="false"/>
          <w:i w:val="false"/>
          <w:color w:val="FFFFFF"/>
          <w:u w:val="none"/>
          <w:shd w:val="clear" w:color="auto" w:fill="548235"/>
        </w:rPr>
        <w:t xml:space="preserve"> [3EPN]</w:t>
      </w:r>
      <w:r>
        <w:rPr>
          <w:highlight w:val="cyan"/>
          <w:shd w:val="clear" w:color="auto" w:fill="548235"/>
          <w:color w:val="FFFFFF"/>
        </w:rPr>
        <w:t xml:space="preserve">; </w:t>
      </w:r>
      <w:r>
        <w:rPr>
          <w:highlight w:val="cyan"/>
          <w:shd w:val="clear" w:fill="548235" w:color="auto"/>
          <w:color w:val="FFFFFF"/>
        </w:rPr>
        <w:t>He has repaid me according to the cleanness of my hands</w:t>
      </w:r>
      <w:r>
        <w:rPr>
          <w:b w:val="false"/>
          <w:i w:val="false"/>
          <w:color w:val="FFFFFF"/>
          <w:u w:val="none"/>
          <w:shd w:val="clear" w:color="auto" w:fill="548235"/>
        </w:rPr>
        <w:t xml:space="preserve"> [3EPN]</w:t>
      </w:r>
      <w:r>
        <w:rPr>
          <w:highlight w:val="cyan"/>
          <w:shd w:val="clear" w:color="auto" w:fill="548235"/>
          <w:color w:val="FFFFFF"/>
        </w:rPr>
        <w:t>.</w:t>
      </w:r>
    </w:p>
    <w:p>
      <w:pPr>
        <w:pStyle w:val="Yellow"/>
        <w:rPr/>
      </w:pPr>
      <w:r>
        <w:rPr>
          <w:b/>
          <w:shd w:val="clear" w:color="auto" w:fill="C00000"/>
          <w:color w:val="FFFFFF"/>
        </w:rPr>
        <w:t>Psalm 18:24</w:t>
      </w:r>
      <w:r>
        <w:rPr>
          <w:shd w:val="clear" w:color="auto" w:fill="C00000"/>
          <w:color w:val="FFFFFF"/>
        </w:rPr>
        <w:t xml:space="preserve"> — So </w:t>
      </w:r>
      <w:r>
        <w:rPr>
          <w:shd w:val="clear" w:color="auto" w:fill="C00000"/>
          <w:color w:val="FFFFFF"/>
        </w:rPr>
        <w:t>the LORD has repaid me according to my righteousness, according to the cleanness of my hands in His sight</w:t>
      </w:r>
      <w:r>
        <w:rPr>
          <w:b w:val="false"/>
          <w:i w:val="false"/>
          <w:u w:val="none"/>
          <w:shd w:val="clear" w:color="auto" w:fill="C00000"/>
          <w:color w:val="FFFFFF"/>
        </w:rPr>
        <w:t xml:space="preserve"> [3EPN]</w:t>
      </w:r>
      <w:r>
        <w:rPr>
          <w:shd w:val="clear" w:color="auto" w:fill="C00000"/>
          <w:color w:val="FFFFFF"/>
        </w:rPr>
        <w:t>.</w:t>
      </w:r>
    </w:p>
    <w:p>
      <w:pPr>
        <w:pStyle w:val="Yellow"/>
        <w:rPr/>
        <w:pBdr>
          <w:left w:val="single" w:sz="28" w:space="5" w:color="C00000"/>
        </w:pBdr>
      </w:pPr>
      <w:r>
        <w:rPr>
          <w:b/>
        </w:rPr>
        <w:t xml:space="preserve">Proverbs 10:2</w:t>
      </w:r>
      <w:r>
        <w:rPr/>
        <w:t xml:space="preserve"> — </w:t>
      </w:r>
      <w:r>
        <w:rPr>
          <w:shd w:fill="B7DDE8" w:val="clear"/>
        </w:rPr>
        <w:t xml:space="preserve">Ill-gotten treasures profit nothing</w:t>
      </w:r>
      <w:r>
        <w:rPr>
          <w:b w:val="false"/>
          <w:i w:val="false"/>
          <w:u w:val="none"/>
          <w:color w:val="000000"/>
        </w:rPr>
        <w:t xml:space="preserve"> [1JGK]</w:t>
      </w:r>
      <w:r>
        <w:rPr>
          <w:shd w:val="clear" w:color="auto" w:fill="548235"/>
          <w:color w:val="FFFFFF"/>
        </w:rPr>
        <w:t xml:space="preserve">, but </w:t>
      </w:r>
      <w:r>
        <w:rPr>
          <w:shd w:fill="548235" w:val="clear" w:color="auto"/>
          <w:color w:val="FFFFFF"/>
        </w:rPr>
        <w:t xml:space="preserve">righteousness brings deliverance from death</w:t>
      </w:r>
      <w:r>
        <w:rPr>
          <w:b w:val="false"/>
          <w:i w:val="false"/>
          <w:color w:val="FFFFFF"/>
          <w:u w:val="none"/>
          <w:shd w:val="clear" w:color="auto" w:fill="548235"/>
        </w:rPr>
        <w:t xml:space="preserve"> [1JGL]</w:t>
      </w:r>
      <w:r>
        <w:rPr>
          <w:shd w:val="clear" w:color="auto" w:fill="548235"/>
          <w:color w:val="FFFFFF"/>
        </w:rPr>
        <w:t xml:space="preserve">.</w:t>
      </w:r>
    </w:p>
    <w:p>
      <w:pPr>
        <w:pStyle w:val="Yellow"/>
        <w:rPr/>
      </w:pPr>
      <w:r>
        <w:rPr>
          <w:b/>
        </w:rPr>
        <w:t>Proverbs 10:11</w:t>
      </w:r>
      <w:r>
        <w:rPr/>
        <w:t xml:space="preserve"> — </w:t>
      </w:r>
      <w:r>
        <w:rPr>
          <w:shd w:val="clear" w:fill="B7DDE8"/>
        </w:rPr>
        <w:t>The mouth of the righteous is a fountain of life</w:t>
      </w:r>
      <w:r>
        <w:rPr>
          <w:b w:val="false"/>
          <w:i w:val="false"/>
          <w:color w:val="000000"/>
          <w:u w:val="none"/>
        </w:rPr>
        <w:t xml:space="preserve"> [1FHF]</w:t>
      </w:r>
      <w:r>
        <w:rPr/>
        <w:t xml:space="preserve">, but </w:t>
      </w:r>
      <w:r>
        <w:rPr>
          <w:shd w:val="clear" w:fill="B7DDE8"/>
        </w:rPr>
        <w:t>the mouth of the wicked conceals violence</w:t>
      </w:r>
      <w:r>
        <w:rPr>
          <w:b w:val="false"/>
          <w:i w:val="false"/>
          <w:color w:val="000000"/>
          <w:u w:val="none"/>
        </w:rPr>
        <w:t xml:space="preserve"> [2FHG]</w:t>
      </w:r>
      <w:r>
        <w:rPr/>
        <w:t>.</w:t>
      </w:r>
    </w:p>
    <w:p>
      <w:pPr>
        <w:pStyle w:val="Yellow"/>
        <w:rPr/>
      </w:pPr>
      <w:r>
        <w:rPr>
          <w:b/>
        </w:rPr>
        <w:t xml:space="preserve">Proverbs 11:5</w:t>
      </w:r>
      <w:r>
        <w:rPr/>
        <w:t xml:space="preserve"> — </w:t>
      </w:r>
      <w:r>
        <w:rPr>
          <w:shd w:fill="B7DDE8" w:val="clear"/>
        </w:rPr>
        <w:t xml:space="preserve">The righteousness of the blameless directs their path</w:t>
      </w:r>
      <w:r>
        <w:rPr>
          <w:b w:val="false"/>
          <w:i w:val="false"/>
          <w:color w:val="000000"/>
          <w:u w:val="none"/>
        </w:rPr>
        <w:t xml:space="preserve"> [1HXX]</w:t>
      </w:r>
      <w:r>
        <w:rPr/>
        <w:t xml:space="preserve">, but </w:t>
      </w:r>
      <w:r>
        <w:rPr>
          <w:shd w:fill="B7DDE8" w:val="clear"/>
        </w:rPr>
        <w:t xml:space="preserve">the wicked fall by their own wickedness</w:t>
      </w:r>
      <w:r>
        <w:rPr>
          <w:b w:val="false"/>
          <w:i w:val="false"/>
          <w:color w:val="000000"/>
          <w:u w:val="none"/>
        </w:rPr>
        <w:t xml:space="preserve"> [1HXY]</w:t>
      </w:r>
      <w:r>
        <w:rPr/>
        <w:t xml:space="preserve">.</w:t>
      </w:r>
    </w:p>
    <w:p>
      <w:pPr>
        <w:pStyle w:val="Yellow"/>
        <w:rPr/>
      </w:pPr>
      <w:r>
        <w:rPr>
          <w:b/>
          <w:shd w:val="clear" w:color="auto" w:fill="548235"/>
          <w:color w:val="FFFFFF"/>
        </w:rPr>
        <w:t>Proverbs 11:18</w:t>
      </w:r>
      <w:r>
        <w:rPr>
          <w:shd w:val="clear" w:color="auto" w:fill="548235"/>
          <w:color w:val="FFFFFF"/>
        </w:rPr>
        <w:t xml:space="preserve"> — </w:t>
      </w:r>
      <w:r>
        <w:rPr>
          <w:shd w:val="clear" w:fill="548235" w:color="auto"/>
          <w:color w:val="FFFFFF"/>
        </w:rPr>
        <w:t>The wicked man earns an empty wage</w:t>
      </w:r>
      <w:r>
        <w:rPr>
          <w:b w:val="false"/>
          <w:i w:val="false"/>
          <w:color w:val="FFFFFF"/>
          <w:u w:val="none"/>
          <w:shd w:val="clear" w:color="auto" w:fill="548235"/>
        </w:rPr>
        <w:t xml:space="preserve"> [1FGX]</w:t>
      </w:r>
      <w:r>
        <w:rPr>
          <w:shd w:val="clear" w:color="auto" w:fill="548235"/>
          <w:color w:val="FFFFFF"/>
        </w:rPr>
        <w:t xml:space="preserve">, but </w:t>
      </w:r>
      <w:r>
        <w:rPr>
          <w:shd w:val="clear" w:fill="548235" w:color="auto"/>
          <w:color w:val="FFFFFF"/>
        </w:rPr>
        <w:t>he who sows righteousness reaps a true reward</w:t>
      </w:r>
      <w:r>
        <w:rPr>
          <w:b w:val="false"/>
          <w:i w:val="false"/>
          <w:color w:val="FFFFFF"/>
          <w:u w:val="none"/>
          <w:shd w:val="clear" w:color="auto" w:fill="548235"/>
        </w:rPr>
        <w:t xml:space="preserve"> [1FGY]</w:t>
      </w:r>
      <w:r>
        <w:rPr>
          <w:shd w:val="clear" w:color="auto" w:fill="548235"/>
          <w:color w:val="FFFFFF"/>
        </w:rPr>
        <w:t>.</w:t>
      </w:r>
    </w:p>
    <w:p>
      <w:pPr>
        <w:pStyle w:val="Yellow"/>
        <w:rPr/>
      </w:pPr>
      <w:r>
        <w:rPr>
          <w:b/>
        </w:rPr>
        <w:t xml:space="preserve">Proverbs 11:19</w:t>
      </w:r>
      <w:r>
        <w:rPr/>
        <w:t xml:space="preserve"> — </w:t>
      </w:r>
      <w:r>
        <w:rPr>
          <w:shd w:fill="B7DDE8" w:val="clear"/>
        </w:rPr>
        <w:t xml:space="preserve">Genuine righteousness leads to life</w:t>
      </w:r>
      <w:r>
        <w:rPr>
          <w:b w:val="false"/>
          <w:i w:val="false"/>
          <w:color w:val="000000"/>
          <w:u w:val="none"/>
        </w:rPr>
        <w:t xml:space="preserve"> [1IWO]</w:t>
      </w:r>
      <w:r>
        <w:rPr/>
        <w:t xml:space="preserve">, but </w:t>
      </w:r>
      <w:r>
        <w:rPr>
          <w:shd w:fill="B7DDE8" w:val="clear"/>
        </w:rPr>
        <w:t xml:space="preserve">the pursuit of evil brings death</w:t>
      </w:r>
      <w:r>
        <w:rPr>
          <w:b w:val="false"/>
          <w:i w:val="false"/>
          <w:color w:val="000000"/>
          <w:u w:val="none"/>
        </w:rPr>
        <w:t xml:space="preserve"> [1IWP]</w:t>
      </w:r>
      <w:r>
        <w:rPr/>
        <w:t xml:space="preserve">.</w:t>
      </w:r>
    </w:p>
    <w:p>
      <w:pPr>
        <w:pStyle w:val="Yellow"/>
        <w:rPr/>
      </w:pPr>
      <w:r>
        <w:rPr>
          <w:b/>
        </w:rPr>
        <w:t xml:space="preserve">Proverbs 11:23</w:t>
      </w:r>
      <w:r>
        <w:rPr/>
        <w:t xml:space="preserve"> — </w:t>
      </w:r>
      <w:r>
        <w:rPr>
          <w:shd w:fill="B7DDE8" w:val="clear"/>
        </w:rPr>
        <w:t xml:space="preserve">The desire of the righteous leads only to good</w:t>
      </w:r>
      <w:r>
        <w:rPr>
          <w:b w:val="false"/>
          <w:i w:val="false"/>
          <w:color w:val="000000"/>
          <w:u w:val="none"/>
        </w:rPr>
        <w:t xml:space="preserve"> [1JGX]</w:t>
      </w:r>
      <w:r>
        <w:rPr/>
        <w:t xml:space="preserve">, but </w:t>
      </w:r>
      <w:r>
        <w:rPr>
          <w:shd w:fill="F4B183" w:val="clear" w:color="auto"/>
          <w:color w:val="000000"/>
        </w:rPr>
        <w:t xml:space="preserve">the hope of the wicked brings wrath</w:t>
      </w:r>
      <w:r>
        <w:rPr>
          <w:b w:val="false"/>
          <w:i w:val="false"/>
          <w:color w:val="000000"/>
          <w:u w:val="none"/>
          <w:shd w:val="clear" w:color="auto" w:fill="F4B183"/>
        </w:rPr>
        <w:t xml:space="preserve"> [1JGY]</w:t>
      </w:r>
      <w:r>
        <w:rPr/>
        <w:t xml:space="preserve">.</w:t>
      </w:r>
    </w:p>
    <w:p>
      <w:pPr>
        <w:pStyle w:val="Yellow"/>
        <w:rPr/>
        <w:pBdr>
          <w:left w:val="single" w:sz="28" w:space="5" w:color="C00000"/>
        </w:pBdr>
      </w:pPr>
      <w:r>
        <w:rPr>
          <w:b/>
        </w:rPr>
        <w:t xml:space="preserve">Proverbs 12:28</w:t>
      </w:r>
      <w:r>
        <w:rPr/>
        <w:t xml:space="preserve"> — </w:t>
      </w:r>
      <w:r>
        <w:rPr>
          <w:shd w:fill="B7DDE8" w:val="clear"/>
        </w:rPr>
        <w:t xml:space="preserve">There is life in the path of righteousness</w:t>
      </w:r>
      <w:r>
        <w:rPr>
          <w:b w:val="false"/>
          <w:i w:val="false"/>
          <w:u w:val="none"/>
          <w:color w:val="000000"/>
        </w:rPr>
        <w:t xml:space="preserve"> [1IWQ]</w:t>
      </w:r>
      <w:r>
        <w:rPr/>
        <w:t xml:space="preserve">, but </w:t>
      </w:r>
      <w:r>
        <w:rPr>
          <w:shd w:fill="B7DDE8" w:val="clear"/>
        </w:rPr>
        <w:t xml:space="preserve">another path leads to death</w:t>
      </w:r>
      <w:r>
        <w:rPr>
          <w:b w:val="false"/>
          <w:i w:val="false"/>
          <w:color w:val="000000"/>
          <w:u w:val="none"/>
        </w:rPr>
        <w:t xml:space="preserve"> [1IWR]</w:t>
      </w:r>
      <w:r>
        <w:rPr/>
        <w:t xml:space="preserve">.</w:t>
      </w:r>
    </w:p>
    <w:p>
      <w:pPr>
        <w:pStyle w:val="Yellow"/>
        <w:rPr/>
        <w:pBdr>
          <w:left w:val="single" w:sz="28" w:space="5" w:color="C00000"/>
        </w:pBdr>
      </w:pPr>
      <w:r>
        <w:rPr>
          <w:b/>
        </w:rPr>
        <w:t xml:space="preserve">Proverbs 13:6</w:t>
      </w:r>
      <w:r>
        <w:rPr/>
        <w:t xml:space="preserve"> — </w:t>
      </w:r>
      <w:r>
        <w:rPr>
          <w:shd w:fill="B7DDE8" w:val="clear"/>
        </w:rPr>
        <w:t xml:space="preserve">Righteousness guards the man of integrity</w:t>
      </w:r>
      <w:r>
        <w:rPr>
          <w:b w:val="false"/>
          <w:i w:val="false"/>
          <w:u w:val="none"/>
          <w:color w:val="000000"/>
        </w:rPr>
        <w:t xml:space="preserve"> [1HXV]</w:t>
      </w:r>
      <w:r>
        <w:rPr/>
        <w:t xml:space="preserve">, but </w:t>
      </w:r>
      <w:r>
        <w:rPr>
          <w:shd w:fill="B7DDE8" w:val="clear"/>
        </w:rPr>
        <w:t xml:space="preserve">wickedness undermines the sinner</w:t>
      </w:r>
      <w:r>
        <w:rPr>
          <w:b w:val="false"/>
          <w:i w:val="false"/>
          <w:color w:val="000000"/>
          <w:u w:val="none"/>
        </w:rPr>
        <w:t xml:space="preserve"> [1HXW]</w:t>
      </w:r>
      <w:r>
        <w:rPr/>
        <w:t xml:space="preserve">.</w:t>
      </w:r>
    </w:p>
    <w:p>
      <w:pPr>
        <w:pStyle w:val="Yellow"/>
        <w:rPr/>
      </w:pPr>
      <w:r>
        <w:rPr>
          <w:b/>
        </w:rPr>
        <w:t>Proverbs 16:17</w:t>
      </w:r>
      <w:r>
        <w:rPr/>
        <w:t xml:space="preserve"> — </w:t>
      </w:r>
      <w:r>
        <w:rPr>
          <w:shd w:val="clear" w:fill="B7DDE8"/>
        </w:rPr>
        <w:t>The highway of the upright leads away from evil</w:t>
      </w:r>
      <w:r>
        <w:rPr>
          <w:b w:val="false"/>
          <w:i w:val="false"/>
          <w:color w:val="000000"/>
          <w:u w:val="none"/>
        </w:rPr>
        <w:t xml:space="preserve"> [1DWI]</w:t>
      </w:r>
      <w:r>
        <w:rPr/>
        <w:t xml:space="preserve">; </w:t>
      </w:r>
      <w:r>
        <w:rPr>
          <w:shd w:val="clear" w:fill="F4B183" w:color="auto"/>
          <w:color w:val="000000"/>
        </w:rPr>
        <w:t>he who guards his way protects his life</w:t>
      </w:r>
      <w:r>
        <w:rPr>
          <w:b w:val="false"/>
          <w:i w:val="false"/>
          <w:color w:val="000000"/>
          <w:u w:val="none"/>
          <w:shd w:val="clear" w:color="auto" w:fill="F4B183"/>
        </w:rPr>
        <w:t xml:space="preserve"> [1DWJ]</w:t>
      </w:r>
      <w:r>
        <w:rPr/>
        <w:t>.</w:t>
      </w:r>
    </w:p>
    <w:p>
      <w:pPr>
        <w:pStyle w:val="Yellow"/>
        <w:rPr/>
      </w:pPr>
      <w:r>
        <w:rPr>
          <w:b/>
        </w:rPr>
        <w:t xml:space="preserve">Romans 8:10</w:t>
      </w:r>
      <w:r>
        <w:rPr/>
        <w:t xml:space="preserve"> — But </w:t>
      </w:r>
      <w:r>
        <w:rPr>
          <w:shd w:fill="B7DDE8" w:val="clear"/>
        </w:rPr>
        <w:t xml:space="preserve">if Christ is in you</w:t>
      </w:r>
      <w:r>
        <w:rPr>
          <w:b w:val="false"/>
          <w:i w:val="false"/>
          <w:color w:val="000000"/>
          <w:u w:val="none"/>
        </w:rPr>
        <w:t xml:space="preserve"> [1ITQ]</w:t>
      </w:r>
      <w:r>
        <w:rPr/>
        <w:t xml:space="preserve">, </w:t>
      </w:r>
      <w:r>
        <w:rPr>
          <w:shd w:fill="B7DDE8" w:val="clear"/>
        </w:rPr>
        <w:t xml:space="preserve">your body is dead because of sin</w:t>
      </w:r>
      <w:r>
        <w:rPr>
          <w:b w:val="false"/>
          <w:i w:val="false"/>
          <w:color w:val="000000"/>
          <w:u w:val="none"/>
        </w:rPr>
        <w:t xml:space="preserve"> [1ITR]</w:t>
      </w:r>
      <w:r>
        <w:rPr/>
        <w:t xml:space="preserve">, yet </w:t>
      </w:r>
      <w:r>
        <w:rPr>
          <w:shd w:fill="B7DDE8" w:val="clear"/>
        </w:rPr>
        <w:t xml:space="preserve">your spirit is alive because of righteousness</w:t>
      </w:r>
      <w:r>
        <w:rPr>
          <w:b w:val="false"/>
          <w:i w:val="false"/>
          <w:color w:val="000000"/>
          <w:u w:val="none"/>
        </w:rPr>
        <w:t xml:space="preserve"> [1ITS]</w:t>
      </w:r>
      <w:r>
        <w:rPr/>
        <w:t xml:space="preserve">.</w:t>
      </w:r>
    </w:p>
    <w:p>
      <w:pPr>
        <w:pStyle w:val="Yellow"/>
        <w:rPr/>
      </w:pPr>
      <w:r>
        <w:rPr>
          <w:b/>
        </w:rPr>
        <w:t xml:space="preserve">Hebrews 12:11</w:t>
      </w:r>
      <w:r>
        <w:rPr/>
        <w:t xml:space="preserve"> — </w:t>
      </w:r>
      <w:r>
        <w:rPr>
          <w:shd w:fill="B7DDE8" w:val="clear"/>
        </w:rPr>
        <w:t xml:space="preserve">No discipline seems enjoyable at the time, but painful</w:t>
      </w:r>
      <w:r>
        <w:rPr>
          <w:b w:val="false"/>
          <w:i w:val="false"/>
          <w:color w:val="000000"/>
          <w:u w:val="none"/>
        </w:rPr>
        <w:t xml:space="preserve"> [1IKI]</w:t>
      </w:r>
      <w:r>
        <w:rPr/>
        <w:t xml:space="preserve">. </w:t>
      </w:r>
      <w:r>
        <w:rPr>
          <w:shd w:fill="B7DDE8" w:val="clear"/>
        </w:rPr>
        <w:t xml:space="preserve">Later on, however, it yields a harvest of righteousness and peace to those who have been trained by it</w:t>
      </w:r>
      <w:r>
        <w:rPr>
          <w:b w:val="false"/>
          <w:i w:val="false"/>
          <w:color w:val="000000"/>
          <w:u w:val="none"/>
        </w:rPr>
        <w:t xml:space="preserve"> [1IKJ]</w:t>
      </w:r>
      <w:r>
        <w:rPr/>
        <w:t xml:space="preserve">.</w:t>
      </w:r>
    </w:p>
    <w:p>
      <w:r>
        <w:rPr>
          <w:b/>
          <w:sz w:val="32"/>
          <w:highlight w:val="yellow"/>
        </w:rPr>
        <w:t>Safety and Security  (13)</w:t>
      </w:r>
    </w:p>
    <w:p>
      <w:pPr>
        <w:pStyle w:val="Yellow"/>
        <w:rPr/>
      </w:pPr>
      <w:r>
        <w:rPr>
          <w:b/>
        </w:rPr>
        <w:t xml:space="preserve">Exodus 9:26</w:t>
      </w:r>
      <w:r>
        <w:rPr/>
        <w:t xml:space="preserve"> — </w:t>
      </w:r>
      <w:r>
        <w:rPr>
          <w:shd w:fill="B7DDE8" w:val="clear"/>
        </w:rPr>
        <w:t xml:space="preserve">The only place where it did not hail was in the land of Goshen, where the Israelites lived</w:t>
      </w:r>
      <w:r>
        <w:rPr>
          <w:b w:val="false"/>
          <w:i w:val="false"/>
          <w:color w:val="000000"/>
          <w:u w:val="none"/>
        </w:rPr>
        <w:t xml:space="preserve"> [1KVZ]</w:t>
      </w:r>
      <w:r>
        <w:rPr/>
        <w:t xml:space="preserve">.</w:t>
      </w:r>
    </w:p>
    <w:p>
      <w:pPr>
        <w:pStyle w:val="Yellow"/>
        <w:rPr/>
      </w:pPr>
      <w:r>
        <w:rPr>
          <w:b/>
        </w:rPr>
        <w:t xml:space="preserve">1 Samuel 23:14</w:t>
      </w:r>
      <w:r>
        <w:rPr/>
        <w:t xml:space="preserve"> — </w:t>
      </w:r>
      <w:r>
        <w:rPr>
          <w:shd w:fill="B7DDE8" w:val="clear"/>
        </w:rPr>
        <w:t xml:space="preserve">Day after day Saul searched for him</w:t>
      </w:r>
      <w:r>
        <w:rPr>
          <w:b w:val="false"/>
          <w:i w:val="false"/>
          <w:color w:val="000000"/>
          <w:u w:val="none"/>
        </w:rPr>
        <w:t xml:space="preserve"> [1KWY]</w:t>
      </w:r>
      <w:r>
        <w:rPr/>
        <w:t xml:space="preserve">, but </w:t>
      </w:r>
      <w:r>
        <w:rPr>
          <w:shd w:fill="B7DDE8" w:val="clear"/>
        </w:rPr>
        <w:t xml:space="preserve">God would not deliver David into his hand</w:t>
      </w:r>
      <w:r>
        <w:rPr>
          <w:b w:val="false"/>
          <w:i w:val="false"/>
          <w:color w:val="000000"/>
          <w:u w:val="none"/>
        </w:rPr>
        <w:t xml:space="preserve"> [1KWZ]</w:t>
      </w:r>
      <w:r>
        <w:rPr/>
        <w:t xml:space="preserve">.</w:t>
      </w:r>
    </w:p>
    <w:p>
      <w:pPr>
        <w:pStyle w:val="Yellow"/>
        <w:rPr/>
      </w:pPr>
      <w:r>
        <w:rPr>
          <w:b/>
          <w:highlight w:val="cyan"/>
          <w:color w:val="auto"/>
        </w:rPr>
        <w:t xml:space="preserve">2 Samuel 22:37</w:t>
      </w:r>
      <w:r>
        <w:rPr>
          <w:highlight w:val="cyan"/>
          <w:color w:val="auto"/>
        </w:rPr>
        <w:t xml:space="preserve"> — </w:t>
      </w:r>
      <w:r>
        <w:rPr>
          <w:highlight w:val="cyan"/>
          <w:color w:val="auto"/>
        </w:rPr>
        <w:t xml:space="preserve">You broaden the path beneath me</w:t>
      </w:r>
      <w:r>
        <w:rPr>
          <w:b w:val="false"/>
          <w:i w:val="false"/>
          <w:u w:val="none"/>
          <w:color w:val="auto"/>
        </w:rPr>
        <w:t xml:space="preserve"> [2LOA]</w:t>
      </w:r>
      <w:r>
        <w:rPr>
          <w:highlight w:val="cyan"/>
          <w:color w:val="auto"/>
        </w:rPr>
        <w:t xml:space="preserve"> so that </w:t>
      </w:r>
      <w:r>
        <w:rPr>
          <w:highlight w:val="cyan"/>
          <w:color w:val="auto"/>
        </w:rPr>
        <w:t xml:space="preserve">my ankles do not give way</w:t>
      </w:r>
      <w:r>
        <w:rPr>
          <w:b w:val="false"/>
          <w:i w:val="false"/>
          <w:u w:val="none"/>
          <w:color w:val="auto"/>
        </w:rPr>
        <w:t xml:space="preserve"> [2LOB]</w:t>
      </w:r>
      <w:r>
        <w:rPr>
          <w:highlight w:val="cyan"/>
          <w:color w:val="auto"/>
        </w:rPr>
        <w:t xml:space="preserve">.</w:t>
      </w:r>
    </w:p>
    <w:p>
      <w:pPr>
        <w:pStyle w:val="Yellow"/>
        <w:rPr/>
      </w:pPr>
      <w:r>
        <w:rPr>
          <w:shd w:val="clear" w:color="auto" w:fill="C00000"/>
          <w:color w:val="FFFFFF"/>
        </w:rPr>
        <w:t xml:space="preserve">(2Ki19:21 “Jerusalem”) </w:t>
      </w:r>
      <w:r>
        <w:rPr>
          <w:b/>
          <w:shd w:val="clear" w:color="auto" w:fill="C00000"/>
          <w:color w:val="FFFFFF"/>
        </w:rPr>
        <w:t>2 Kings 19:32–33</w:t>
      </w:r>
      <w:r>
        <w:rPr>
          <w:shd w:val="clear" w:color="auto" w:fill="C00000"/>
          <w:color w:val="FFFFFF"/>
        </w:rPr>
        <w:t xml:space="preserve"> — So this is what the LORD says about the king of Assyria: ‘</w:t>
      </w:r>
      <w:r>
        <w:rPr>
          <w:shd w:val="clear" w:color="auto" w:fill="C00000"/>
          <w:color w:val="FFFFFF"/>
        </w:rPr>
        <w:t>He will not enter {this city}</w:t>
      </w:r>
      <w:r>
        <w:rPr>
          <w:b w:val="false"/>
          <w:i w:val="false"/>
          <w:u w:val="none"/>
          <w:shd w:val="clear" w:color="auto" w:fill="C00000"/>
          <w:color w:val="FFFFFF"/>
        </w:rPr>
        <w:t xml:space="preserve"> [2DUI]</w:t>
      </w:r>
      <w:r>
        <w:rPr>
          <w:shd w:val="clear" w:color="auto" w:fill="C00000"/>
          <w:color w:val="FFFFFF"/>
        </w:rPr>
        <w:t xml:space="preserve"> or </w:t>
      </w:r>
      <w:r>
        <w:rPr>
          <w:shd w:val="clear" w:color="auto" w:fill="C00000"/>
          <w:color w:val="FFFFFF"/>
        </w:rPr>
        <w:t>shoot an arrow into it</w:t>
      </w:r>
      <w:r>
        <w:rPr>
          <w:b w:val="false"/>
          <w:i w:val="false"/>
          <w:u w:val="none"/>
          <w:shd w:val="clear" w:color="auto" w:fill="C00000"/>
          <w:color w:val="FFFFFF"/>
        </w:rPr>
        <w:t xml:space="preserve"> [2DUJ]</w:t>
      </w:r>
      <w:r>
        <w:rPr>
          <w:shd w:val="clear" w:color="auto" w:fill="C00000"/>
          <w:color w:val="FFFFFF"/>
        </w:rPr>
        <w:t xml:space="preserve">. </w:t>
      </w:r>
      <w:r>
        <w:rPr>
          <w:shd w:val="clear" w:color="auto" w:fill="C00000"/>
          <w:color w:val="FFFFFF"/>
        </w:rPr>
        <w:t>He will not come before it with a shield</w:t>
      </w:r>
      <w:r>
        <w:rPr>
          <w:b w:val="false"/>
          <w:i w:val="false"/>
          <w:u w:val="none"/>
          <w:shd w:val="clear" w:color="auto" w:fill="C00000"/>
          <w:color w:val="FFFFFF"/>
        </w:rPr>
        <w:t xml:space="preserve"> [2DUK]</w:t>
      </w:r>
      <w:r>
        <w:rPr>
          <w:shd w:val="clear" w:color="auto" w:fill="C00000"/>
          <w:color w:val="FFFFFF"/>
        </w:rPr>
        <w:t xml:space="preserve"> or </w:t>
      </w:r>
      <w:r>
        <w:rPr>
          <w:shd w:val="clear" w:color="auto" w:fill="C00000"/>
          <w:color w:val="FFFFFF"/>
        </w:rPr>
        <w:t>build up a siege ramp against it</w:t>
      </w:r>
      <w:r>
        <w:rPr>
          <w:b w:val="false"/>
          <w:i w:val="false"/>
          <w:u w:val="none"/>
          <w:shd w:val="clear" w:color="auto" w:fill="C00000"/>
          <w:color w:val="FFFFFF"/>
        </w:rPr>
        <w:t xml:space="preserve"> [2DUL]</w:t>
      </w:r>
      <w:r>
        <w:rPr>
          <w:shd w:val="clear" w:color="auto" w:fill="C00000"/>
          <w:color w:val="FFFFFF"/>
        </w:rPr>
        <w:t xml:space="preserve">. </w:t>
      </w:r>
      <w:r>
        <w:rPr>
          <w:shd w:val="clear" w:color="auto" w:fill="C00000"/>
          <w:color w:val="FFFFFF"/>
        </w:rPr>
        <w:t>He will go back the way he came</w:t>
      </w:r>
      <w:r>
        <w:rPr>
          <w:b w:val="false"/>
          <w:i w:val="false"/>
          <w:u w:val="none"/>
          <w:shd w:val="clear" w:color="auto" w:fill="C00000"/>
          <w:color w:val="FFFFFF"/>
        </w:rPr>
        <w:t xml:space="preserve"> [2DUM]</w:t>
      </w:r>
      <w:r>
        <w:rPr>
          <w:shd w:val="clear" w:color="auto" w:fill="C00000"/>
          <w:color w:val="FFFFFF"/>
        </w:rPr>
        <w:t xml:space="preserve">, and </w:t>
      </w:r>
      <w:r>
        <w:rPr>
          <w:shd w:val="clear" w:color="auto" w:fill="C00000"/>
          <w:color w:val="FFFFFF"/>
        </w:rPr>
        <w:t>he will not enter this city</w:t>
      </w:r>
      <w:r>
        <w:rPr>
          <w:b w:val="false"/>
          <w:i w:val="false"/>
          <w:u w:val="none"/>
          <w:shd w:val="clear" w:color="auto" w:fill="C00000"/>
          <w:color w:val="FFFFFF"/>
        </w:rPr>
        <w:t xml:space="preserve"> [2DUI]</w:t>
      </w:r>
      <w:r>
        <w:rPr>
          <w:shd w:val="clear" w:color="auto" w:fill="C00000"/>
          <w:color w:val="FFFFFF"/>
        </w:rPr>
        <w:t>, declares the LORD.</w:t>
      </w:r>
    </w:p>
    <w:p>
      <w:pPr>
        <w:pStyle w:val="Yellow"/>
        <w:rPr/>
      </w:pPr>
      <w:r>
        <w:rPr>
          <w:b/>
        </w:rPr>
        <w:t>Psalm 16:8–9</w:t>
      </w:r>
      <w:r>
        <w:rPr/>
        <w:t xml:space="preserve"> — </w:t>
      </w:r>
      <w:r>
        <w:rPr>
          <w:shd w:val="clear" w:fill="B7DDE8"/>
        </w:rPr>
        <w:t>I have set the LORD always before me</w:t>
      </w:r>
      <w:r>
        <w:rPr>
          <w:b w:val="false"/>
          <w:i w:val="false"/>
          <w:u w:val="none"/>
          <w:color w:val="000000"/>
        </w:rPr>
        <w:t xml:space="preserve"> [1EZW]</w:t>
      </w:r>
      <w:r>
        <w:rPr/>
        <w:t xml:space="preserve">. Because </w:t>
      </w:r>
      <w:r>
        <w:rPr>
          <w:shd w:val="clear" w:fill="B7DDE8"/>
        </w:rPr>
        <w:t>He is at my right hand</w:t>
      </w:r>
      <w:r>
        <w:rPr>
          <w:b w:val="false"/>
          <w:i w:val="false"/>
          <w:u w:val="none"/>
          <w:color w:val="000000"/>
        </w:rPr>
        <w:t xml:space="preserve"> [1EZX]</w:t>
      </w:r>
      <w:r>
        <w:rPr/>
        <w:t xml:space="preserve">, </w:t>
      </w:r>
      <w:r>
        <w:rPr>
          <w:shd w:val="clear" w:fill="B7DDE8"/>
        </w:rPr>
        <w:t>I will not be shaken</w:t>
      </w:r>
      <w:r>
        <w:rPr>
          <w:b w:val="false"/>
          <w:i w:val="false"/>
          <w:u w:val="none"/>
          <w:color w:val="000000"/>
        </w:rPr>
        <w:t xml:space="preserve"> [2DYL]</w:t>
      </w:r>
      <w:r>
        <w:rPr/>
        <w:t xml:space="preserve">. Therefore </w:t>
      </w:r>
      <w:r>
        <w:rPr>
          <w:shd w:val="clear" w:fill="B7DDE8"/>
        </w:rPr>
        <w:t>my heart is glad</w:t>
      </w:r>
      <w:r>
        <w:rPr>
          <w:b w:val="false"/>
          <w:i w:val="false"/>
          <w:color w:val="000000"/>
          <w:u w:val="none"/>
        </w:rPr>
        <w:t xml:space="preserve"> [1EZY]</w:t>
      </w:r>
      <w:r>
        <w:rPr/>
        <w:t xml:space="preserve"> and </w:t>
      </w:r>
      <w:r>
        <w:rPr>
          <w:shd w:val="clear" w:fill="B7DDE8"/>
        </w:rPr>
        <w:t>my tongue rejoices</w:t>
      </w:r>
      <w:r>
        <w:rPr>
          <w:b w:val="false"/>
          <w:i w:val="false"/>
          <w:color w:val="000000"/>
          <w:u w:val="none"/>
        </w:rPr>
        <w:t xml:space="preserve"> [1EZZ]</w:t>
      </w:r>
      <w:r>
        <w:rPr/>
        <w:t xml:space="preserve">; </w:t>
      </w:r>
      <w:r>
        <w:rPr>
          <w:shd w:val="clear" w:fill="B7DDE8"/>
        </w:rPr>
        <w:t>my body also will dwell securely</w:t>
      </w:r>
      <w:r>
        <w:rPr>
          <w:b w:val="false"/>
          <w:i w:val="false"/>
          <w:u w:val="none"/>
          <w:color w:val="000000"/>
        </w:rPr>
        <w:t xml:space="preserve"> [1FAA]</w:t>
      </w:r>
      <w:r>
        <w:rPr/>
        <w:t>.</w:t>
      </w:r>
    </w:p>
    <w:p>
      <w:pPr>
        <w:pStyle w:val="Yellow"/>
        <w:rPr/>
        <w:pBdr>
          <w:left w:val="single" w:sz="28" w:space="5" w:color="C00000"/>
        </w:pBdr>
      </w:pPr>
      <w:r>
        <w:rPr>
          <w:b/>
          <w:highlight w:val="cyan"/>
          <w:shd w:val="clear" w:color="auto" w:fill="548235"/>
          <w:color w:val="FFFFFF"/>
        </w:rPr>
        <w:t xml:space="preserve">Psalm 18:36</w:t>
      </w:r>
      <w:r>
        <w:rPr>
          <w:highlight w:val="cyan"/>
          <w:shd w:val="clear" w:color="auto" w:fill="548235"/>
          <w:color w:val="FFFFFF"/>
        </w:rPr>
        <w:t xml:space="preserve"> — </w:t>
      </w:r>
      <w:r>
        <w:rPr>
          <w:highlight w:val="cyan"/>
          <w:shd w:fill="548235" w:val="clear" w:color="auto"/>
          <w:color w:val="FFFFFF"/>
        </w:rPr>
        <w:t xml:space="preserve">You broaden the path beneath me</w:t>
      </w:r>
      <w:r>
        <w:rPr>
          <w:b w:val="false"/>
          <w:i w:val="false"/>
          <w:color w:val="FFFFFF"/>
          <w:u w:val="none"/>
          <w:shd w:val="clear" w:color="auto" w:fill="548235"/>
        </w:rPr>
        <w:t xml:space="preserve"> [2LOA]</w:t>
      </w:r>
      <w:r>
        <w:rPr>
          <w:highlight w:val="cyan"/>
          <w:shd w:val="clear" w:color="auto" w:fill="548235"/>
          <w:color w:val="FFFFFF"/>
        </w:rPr>
        <w:t xml:space="preserve"> so that </w:t>
      </w:r>
      <w:r>
        <w:rPr>
          <w:highlight w:val="cyan"/>
          <w:shd w:fill="548235" w:val="clear" w:color="auto"/>
          <w:color w:val="FFFFFF"/>
        </w:rPr>
        <w:t xml:space="preserve">my ankles do not give way</w:t>
      </w:r>
      <w:r>
        <w:rPr>
          <w:b w:val="false"/>
          <w:i w:val="false"/>
          <w:color w:val="FFFFFF"/>
          <w:u w:val="none"/>
          <w:shd w:val="clear" w:color="auto" w:fill="548235"/>
        </w:rPr>
        <w:t xml:space="preserve"> [2LOB]</w:t>
      </w:r>
      <w:r>
        <w:rPr>
          <w:highlight w:val="cyan"/>
          <w:shd w:val="clear" w:color="auto" w:fill="548235"/>
          <w:color w:val="FFFFFF"/>
        </w:rPr>
        <w:t xml:space="preserve">.</w:t>
      </w:r>
    </w:p>
    <w:p>
      <w:pPr>
        <w:pStyle w:val="Yellow"/>
        <w:rPr/>
        <w:pBdr>
          <w:left w:val="single" w:sz="28" w:space="5" w:color="C00000"/>
        </w:pBdr>
      </w:pPr>
      <w:r>
        <w:rPr>
          <w:shd w:val="clear" w:color="auto" w:fill="F4B183"/>
          <w:color w:val="000000"/>
        </w:rPr>
        <w:t xml:space="preserve">(Ps21:8 the LORD’s enemies) </w:t>
      </w:r>
      <w:r>
        <w:rPr>
          <w:b/>
          <w:shd w:val="clear" w:color="auto" w:fill="F4B183"/>
          <w:color w:val="000000"/>
        </w:rPr>
        <w:t xml:space="preserve">Psalm 21:11</w:t>
      </w:r>
      <w:r>
        <w:rPr>
          <w:shd w:val="clear" w:color="auto" w:fill="F4B183"/>
          <w:color w:val="000000"/>
        </w:rPr>
        <w:t xml:space="preserve"> — Though </w:t>
      </w:r>
      <w:r>
        <w:rPr>
          <w:shd w:fill="F4B183" w:val="clear" w:color="auto"/>
          <w:color w:val="000000"/>
        </w:rPr>
        <w:t xml:space="preserve">{they} intend You harm</w:t>
      </w:r>
      <w:r>
        <w:rPr>
          <w:b w:val="false"/>
          <w:i w:val="false"/>
          <w:color w:val="000000"/>
          <w:u w:val="none"/>
          <w:shd w:val="clear" w:color="auto" w:fill="F4B183"/>
        </w:rPr>
        <w:t xml:space="preserve"> [1LJJ]</w:t>
      </w:r>
      <w:r>
        <w:rPr>
          <w:shd w:val="clear" w:color="auto" w:fill="F4B183"/>
          <w:color w:val="000000"/>
        </w:rPr>
        <w:t xml:space="preserve">, </w:t>
      </w:r>
      <w:r>
        <w:rPr>
          <w:shd w:fill="F4B183" w:val="clear" w:color="auto"/>
          <w:color w:val="000000"/>
        </w:rPr>
        <w:t xml:space="preserve">the schemes they devise will not prevail</w:t>
      </w:r>
      <w:r>
        <w:rPr>
          <w:b w:val="false"/>
          <w:i w:val="false"/>
          <w:color w:val="000000"/>
          <w:u w:val="none"/>
          <w:shd w:val="clear" w:color="auto" w:fill="F4B183"/>
        </w:rPr>
        <w:t xml:space="preserve"> [2DKE]</w:t>
      </w:r>
      <w:r>
        <w:rPr>
          <w:shd w:val="clear" w:color="auto" w:fill="F4B183"/>
          <w:color w:val="000000"/>
        </w:rPr>
        <w:t xml:space="preserve">.</w:t>
      </w:r>
    </w:p>
    <w:p>
      <w:pPr>
        <w:pStyle w:val="Yellow"/>
        <w:rPr/>
        <w:pBdr>
          <w:left w:val="single" w:sz="28" w:space="5" w:color="C00000"/>
        </w:pBdr>
      </w:pPr>
      <w:r>
        <w:rPr>
          <w:b/>
        </w:rPr>
        <w:t>Psalm 31:8</w:t>
      </w:r>
      <w:r>
        <w:rPr/>
        <w:t xml:space="preserve"> — </w:t>
      </w:r>
      <w:r>
        <w:rPr>
          <w:shd w:val="clear" w:fill="B7DDE8"/>
        </w:rPr>
        <w:t>You have not delivered me to the enemy</w:t>
      </w:r>
      <w:r>
        <w:rPr>
          <w:b w:val="false"/>
          <w:i w:val="false"/>
          <w:color w:val="000000"/>
          <w:u w:val="none"/>
        </w:rPr>
        <w:t xml:space="preserve"> [1DTF]</w:t>
      </w:r>
      <w:r>
        <w:rPr/>
        <w:t xml:space="preserve">; </w:t>
      </w:r>
      <w:r>
        <w:rPr>
          <w:shd w:val="clear" w:fill="F4B183" w:color="auto"/>
          <w:color w:val="000000"/>
        </w:rPr>
        <w:t>You have set my feet in the open</w:t>
      </w:r>
      <w:r>
        <w:rPr>
          <w:b w:val="false"/>
          <w:i w:val="false"/>
          <w:color w:val="000000"/>
          <w:u w:val="none"/>
          <w:shd w:val="clear" w:color="auto" w:fill="F4B183"/>
        </w:rPr>
        <w:t xml:space="preserve"> [1DTG]</w:t>
      </w:r>
      <w:r>
        <w:rPr/>
        <w:t>.</w:t>
      </w:r>
    </w:p>
    <w:p>
      <w:pPr>
        <w:pStyle w:val="Yellow"/>
        <w:rPr/>
        <w:pBdr>
          <w:left w:val="single" w:sz="28" w:space="5" w:color="C00000"/>
        </w:pBdr>
      </w:pPr>
      <w:r>
        <w:rPr>
          <w:b/>
        </w:rPr>
        <w:t>Psalm 41:11</w:t>
      </w:r>
      <w:r>
        <w:rPr/>
        <w:t xml:space="preserve"> — By this I know that </w:t>
      </w:r>
      <w:r>
        <w:rPr>
          <w:shd w:val="clear" w:fill="B7DDE8"/>
        </w:rPr>
        <w:t>You delight in me</w:t>
      </w:r>
      <w:r>
        <w:rPr>
          <w:b w:val="false"/>
          <w:i w:val="false"/>
          <w:color w:val="000000"/>
          <w:u w:val="none"/>
        </w:rPr>
        <w:t xml:space="preserve"> [1DTD]</w:t>
      </w:r>
      <w:r>
        <w:rPr/>
        <w:t xml:space="preserve">, for </w:t>
      </w:r>
      <w:r>
        <w:rPr>
          <w:shd w:val="clear" w:fill="F4B183" w:color="auto"/>
          <w:color w:val="000000"/>
        </w:rPr>
        <w:t>my enemy does not triumph over me</w:t>
      </w:r>
      <w:r>
        <w:rPr>
          <w:b w:val="false"/>
          <w:i w:val="false"/>
          <w:color w:val="000000"/>
          <w:u w:val="none"/>
          <w:shd w:val="clear" w:color="auto" w:fill="F4B183"/>
        </w:rPr>
        <w:t xml:space="preserve"> [1DTE]</w:t>
      </w:r>
      <w:r>
        <w:rPr/>
        <w:t>.</w:t>
      </w:r>
    </w:p>
    <w:p>
      <w:pPr>
        <w:pStyle w:val="Yellow"/>
        <w:rPr/>
        <w:pBdr>
          <w:left w:val="single" w:sz="28" w:space="5" w:color="C00000"/>
        </w:pBdr>
      </w:pPr>
      <w:r>
        <w:rPr/>
        <w:t xml:space="preserve">(Ps127:4 “children born in one’s youth”) </w:t>
      </w:r>
      <w:r>
        <w:rPr>
          <w:b/>
        </w:rPr>
        <w:t>Psalm 127:5</w:t>
      </w:r>
      <w:r>
        <w:rPr/>
        <w:t xml:space="preserve"> — </w:t>
      </w:r>
      <w:r>
        <w:rPr>
          <w:shd w:val="clear" w:fill="B7DDE8"/>
        </w:rPr>
        <w:t>Blessed is the man whose quiver is full of {them}</w:t>
      </w:r>
      <w:r>
        <w:rPr>
          <w:b w:val="false"/>
          <w:i w:val="false"/>
          <w:color w:val="000000"/>
          <w:u w:val="none"/>
        </w:rPr>
        <w:t xml:space="preserve"> [1ELF]</w:t>
      </w:r>
      <w:r>
        <w:rPr/>
        <w:t xml:space="preserve">. </w:t>
      </w:r>
      <w:r>
        <w:rPr>
          <w:shd w:val="clear" w:fill="F4B183" w:color="auto"/>
          <w:color w:val="000000"/>
        </w:rPr>
        <w:t>He will not be put to shame when he confronts the enemies at the gate</w:t>
      </w:r>
      <w:r>
        <w:rPr>
          <w:b w:val="false"/>
          <w:i w:val="false"/>
          <w:color w:val="000000"/>
          <w:u w:val="none"/>
          <w:shd w:val="clear" w:color="auto" w:fill="F4B183"/>
        </w:rPr>
        <w:t xml:space="preserve"> [1ELG]</w:t>
      </w:r>
      <w:r>
        <w:rPr/>
        <w:t>.</w:t>
      </w:r>
    </w:p>
    <w:p>
      <w:pPr>
        <w:pStyle w:val="Yellow"/>
        <w:rPr/>
        <w:pBdr>
          <w:left w:val="single" w:sz="28" w:space="5" w:color="C00000"/>
        </w:pBdr>
      </w:pPr>
      <w:r>
        <w:rPr>
          <w:shd w:val="clear" w:color="auto" w:fill="F4B183"/>
          <w:color w:val="000000"/>
        </w:rPr>
        <w:t xml:space="preserve">(Ps129:1 Israel’s persecutors) </w:t>
      </w:r>
      <w:r>
        <w:rPr>
          <w:b/>
          <w:shd w:val="clear" w:color="auto" w:fill="F4B183"/>
          <w:color w:val="000000"/>
        </w:rPr>
        <w:t xml:space="preserve">Psalm 129:2</w:t>
      </w:r>
      <w:r>
        <w:rPr>
          <w:shd w:val="clear" w:color="auto" w:fill="F4B183"/>
          <w:color w:val="000000"/>
        </w:rPr>
        <w:t xml:space="preserve"> — </w:t>
      </w:r>
      <w:r>
        <w:rPr>
          <w:shd w:fill="F4B183" w:val="clear" w:color="auto"/>
          <w:color w:val="000000"/>
        </w:rPr>
        <w:t xml:space="preserve">many a time {they} have persecuted me from my youth</w:t>
      </w:r>
      <w:r>
        <w:rPr>
          <w:b w:val="false"/>
          <w:i w:val="false"/>
          <w:color w:val="000000"/>
          <w:u w:val="none"/>
          <w:shd w:val="clear" w:color="auto" w:fill="F4B183"/>
        </w:rPr>
        <w:t xml:space="preserve"> [1IHK]</w:t>
      </w:r>
      <w:r>
        <w:rPr>
          <w:shd w:val="clear" w:color="auto" w:fill="F4B183"/>
          <w:color w:val="000000"/>
        </w:rPr>
        <w:t xml:space="preserve">, but </w:t>
      </w:r>
      <w:r>
        <w:rPr>
          <w:shd w:fill="F4B183" w:val="clear" w:color="auto"/>
          <w:color w:val="000000"/>
        </w:rPr>
        <w:t xml:space="preserve">they have not prevailed against me</w:t>
      </w:r>
      <w:r>
        <w:rPr>
          <w:b w:val="false"/>
          <w:i w:val="false"/>
          <w:color w:val="000000"/>
          <w:u w:val="none"/>
          <w:shd w:val="clear" w:color="auto" w:fill="F4B183"/>
        </w:rPr>
        <w:t xml:space="preserve"> [1IHL]</w:t>
      </w:r>
      <w:r>
        <w:rPr>
          <w:shd w:val="clear" w:color="auto" w:fill="F4B183"/>
          <w:color w:val="000000"/>
        </w:rPr>
        <w:t xml:space="preserve">.</w:t>
      </w:r>
    </w:p>
    <w:p>
      <w:pPr>
        <w:pStyle w:val="Yellow"/>
        <w:rPr/>
      </w:pPr>
      <w:r>
        <w:rPr/>
        <w:t xml:space="preserve">(Is37:21 because Hezekiah “prayed to Me”) </w:t>
      </w:r>
      <w:r>
        <w:rPr>
          <w:b/>
        </w:rPr>
        <w:t>Isaiah 37:33–35</w:t>
      </w:r>
      <w:r>
        <w:rPr/>
        <w:t xml:space="preserve"> — {So} this is what the LORD says about the king of Assyria: ‘</w:t>
      </w:r>
      <w:r>
        <w:rPr>
          <w:shd w:val="clear" w:fill="B7DDE8"/>
        </w:rPr>
        <w:t>He will not enter this city</w:t>
      </w:r>
      <w:r>
        <w:rPr>
          <w:b w:val="false"/>
          <w:i w:val="false"/>
          <w:color w:val="000000"/>
          <w:u w:val="none"/>
        </w:rPr>
        <w:t xml:space="preserve"> [2DUI]</w:t>
      </w:r>
      <w:r>
        <w:rPr/>
        <w:t xml:space="preserve"> or </w:t>
      </w:r>
      <w:r>
        <w:rPr>
          <w:shd w:val="clear" w:fill="B7DDE8"/>
        </w:rPr>
        <w:t>shoot an arrow into it</w:t>
      </w:r>
      <w:r>
        <w:rPr>
          <w:b w:val="false"/>
          <w:i w:val="false"/>
          <w:color w:val="000000"/>
          <w:u w:val="none"/>
        </w:rPr>
        <w:t xml:space="preserve"> [2DUJ]</w:t>
      </w:r>
      <w:r>
        <w:rPr/>
        <w:t xml:space="preserve">. </w:t>
      </w:r>
      <w:r>
        <w:rPr>
          <w:shd w:val="clear" w:fill="B7DDE8"/>
        </w:rPr>
        <w:t>He will not come before it with a shield</w:t>
      </w:r>
      <w:r>
        <w:rPr>
          <w:b w:val="false"/>
          <w:i w:val="false"/>
          <w:color w:val="000000"/>
          <w:u w:val="none"/>
        </w:rPr>
        <w:t xml:space="preserve"> [2DUK]</w:t>
      </w:r>
      <w:r>
        <w:rPr/>
        <w:t xml:space="preserve"> or </w:t>
      </w:r>
      <w:r>
        <w:rPr>
          <w:shd w:val="clear" w:fill="B7DDE8"/>
        </w:rPr>
        <w:t>build up a siege ramp against it</w:t>
      </w:r>
      <w:r>
        <w:rPr>
          <w:b w:val="false"/>
          <w:i w:val="false"/>
          <w:color w:val="000000"/>
          <w:u w:val="none"/>
        </w:rPr>
        <w:t xml:space="preserve"> [2DUL]</w:t>
      </w:r>
      <w:r>
        <w:rPr/>
        <w:t xml:space="preserve">. </w:t>
      </w:r>
      <w:r>
        <w:rPr>
          <w:shd w:val="clear" w:fill="B7DDE8"/>
        </w:rPr>
        <w:t>He will go back the way he came</w:t>
      </w:r>
      <w:r>
        <w:rPr>
          <w:b w:val="false"/>
          <w:i w:val="false"/>
          <w:color w:val="000000"/>
          <w:u w:val="none"/>
        </w:rPr>
        <w:t xml:space="preserve"> [2DUM]</w:t>
      </w:r>
      <w:r>
        <w:rPr/>
        <w:t xml:space="preserve">, and </w:t>
      </w:r>
      <w:r>
        <w:rPr>
          <w:shd w:val="clear" w:fill="B7DDE8"/>
        </w:rPr>
        <w:t>he will not enter this city</w:t>
      </w:r>
      <w:r>
        <w:rPr>
          <w:b w:val="false"/>
          <w:i w:val="false"/>
          <w:color w:val="000000"/>
          <w:u w:val="none"/>
        </w:rPr>
        <w:t xml:space="preserve"> [2DUI]</w:t>
      </w:r>
      <w:r>
        <w:rPr/>
        <w:t>,’ declares the LORD. ‘</w:t>
      </w:r>
      <w:r>
        <w:rPr>
          <w:shd w:val="clear" w:fill="B7DDE8"/>
        </w:rPr>
        <w:t>I will defend this city</w:t>
      </w:r>
      <w:r>
        <w:rPr>
          <w:b w:val="false"/>
          <w:i w:val="false"/>
          <w:color w:val="000000"/>
          <w:u w:val="none"/>
        </w:rPr>
        <w:t xml:space="preserve"> [2DUN]</w:t>
      </w:r>
      <w:r>
        <w:rPr/>
        <w:t xml:space="preserve"> and </w:t>
      </w:r>
      <w:r>
        <w:rPr>
          <w:shd w:val="clear" w:fill="B7DDE8"/>
        </w:rPr>
        <w:t>save it for My own sake</w:t>
      </w:r>
      <w:r>
        <w:rPr>
          <w:b w:val="false"/>
          <w:i w:val="false"/>
          <w:color w:val="000000"/>
          <w:u w:val="none"/>
        </w:rPr>
        <w:t xml:space="preserve"> [1DUO]</w:t>
      </w:r>
      <w:r>
        <w:rPr/>
        <w:t xml:space="preserve"> and </w:t>
      </w:r>
      <w:r>
        <w:rPr>
          <w:shd w:val="clear" w:fill="B7DDE8"/>
        </w:rPr>
        <w:t>for the sake of My servant David</w:t>
      </w:r>
      <w:r>
        <w:rPr>
          <w:b w:val="false"/>
          <w:i w:val="false"/>
          <w:color w:val="000000"/>
          <w:u w:val="none"/>
        </w:rPr>
        <w:t xml:space="preserve"> [1DUP]</w:t>
      </w:r>
      <w:r>
        <w:rPr/>
        <w:t>.’”</w:t>
      </w:r>
    </w:p>
    <w:p>
      <w:pPr>
        <w:pStyle w:val="Yellow"/>
        <w:rPr/>
      </w:pPr>
      <w:r>
        <w:rPr/>
        <w:t xml:space="preserve">(Zec14:10 “Jerusalem”) </w:t>
      </w:r>
      <w:r>
        <w:rPr>
          <w:b/>
        </w:rPr>
        <w:t xml:space="preserve">Zechariah 14:11</w:t>
      </w:r>
      <w:r>
        <w:rPr/>
        <w:t xml:space="preserve"> — </w:t>
      </w:r>
      <w:r>
        <w:rPr>
          <w:shd w:fill="B7DDE8" w:val="clear"/>
        </w:rPr>
        <w:t xml:space="preserve">People will live {there}</w:t>
      </w:r>
      <w:r>
        <w:rPr>
          <w:b w:val="false"/>
          <w:i w:val="false"/>
          <w:color w:val="000000"/>
          <w:u w:val="none"/>
        </w:rPr>
        <w:t xml:space="preserve"> [1JOQ]</w:t>
      </w:r>
      <w:r>
        <w:rPr/>
        <w:t xml:space="preserve">, and </w:t>
      </w:r>
      <w:r>
        <w:rPr>
          <w:shd w:fill="B7DDE8" w:val="clear"/>
        </w:rPr>
        <w:t xml:space="preserve">never again will there be an utter destruction</w:t>
      </w:r>
      <w:r>
        <w:rPr>
          <w:b w:val="false"/>
          <w:i w:val="false"/>
          <w:color w:val="000000"/>
          <w:u w:val="none"/>
        </w:rPr>
        <w:t xml:space="preserve"> [1JOR]</w:t>
      </w:r>
      <w:r>
        <w:rPr/>
        <w:t xml:space="preserve">. So </w:t>
      </w:r>
      <w:r>
        <w:rPr>
          <w:shd w:fill="B7DDE8" w:val="clear"/>
        </w:rPr>
        <w:t xml:space="preserve">Jerusalem will dwell securely</w:t>
      </w:r>
      <w:r>
        <w:rPr>
          <w:b w:val="false"/>
          <w:i w:val="false"/>
          <w:color w:val="000000"/>
          <w:u w:val="none"/>
        </w:rPr>
        <w:t xml:space="preserve"> [1JOS]</w:t>
      </w:r>
      <w:r>
        <w:rPr/>
        <w:t xml:space="preserve">.</w:t>
      </w:r>
    </w:p>
    <w:p>
      <w:r>
        <w:rPr>
          <w:b/>
          <w:sz w:val="32"/>
          <w:highlight w:val="yellow"/>
        </w:rPr>
        <w:t>Self-Deception  (5)</w:t>
      </w:r>
    </w:p>
    <w:p>
      <w:pPr>
        <w:pStyle w:val="Yellow"/>
        <w:rPr/>
        <w:pBdr>
          <w:left w:val="single" w:sz="28" w:space="5" w:color="C00000"/>
        </w:pBdr>
      </w:pPr>
      <w:r>
        <w:rPr>
          <w:b/>
        </w:rPr>
        <w:t xml:space="preserve">Proverbs 21:2</w:t>
      </w:r>
      <w:r>
        <w:rPr/>
        <w:t xml:space="preserve"> — </w:t>
      </w:r>
      <w:r>
        <w:rPr>
          <w:shd w:fill="B7DDE8" w:val="clear"/>
        </w:rPr>
        <w:t xml:space="preserve">All a man’s ways seem right to him</w:t>
      </w:r>
      <w:r>
        <w:rPr>
          <w:b w:val="false"/>
          <w:i w:val="false"/>
          <w:color w:val="000000"/>
          <w:u w:val="none"/>
        </w:rPr>
        <w:t xml:space="preserve"> [1HMY]</w:t>
      </w:r>
      <w:r>
        <w:rPr/>
        <w:t xml:space="preserve">, but </w:t>
      </w:r>
      <w:r>
        <w:rPr>
          <w:shd w:fill="F4B183" w:val="clear" w:color="auto"/>
          <w:color w:val="000000"/>
        </w:rPr>
        <w:t xml:space="preserve">the LORD weighs the heart</w:t>
      </w:r>
      <w:r>
        <w:rPr>
          <w:b w:val="false"/>
          <w:i w:val="false"/>
          <w:color w:val="000000"/>
          <w:u w:val="none"/>
          <w:shd w:val="clear" w:color="auto" w:fill="F4B183"/>
        </w:rPr>
        <w:t xml:space="preserve"> [2DRS]</w:t>
      </w:r>
      <w:r>
        <w:rPr/>
        <w:t xml:space="preserve">.</w:t>
      </w:r>
    </w:p>
    <w:p>
      <w:pPr>
        <w:pStyle w:val="Yellow"/>
        <w:rPr/>
      </w:pPr>
      <w:r>
        <w:rPr>
          <w:b/>
          <w:shd w:val="clear" w:color="auto" w:fill="F4B183"/>
          <w:color w:val="000000"/>
        </w:rPr>
        <w:t xml:space="preserve">Proverbs 30:12</w:t>
      </w:r>
      <w:r>
        <w:rPr>
          <w:shd w:val="clear" w:color="auto" w:fill="F4B183"/>
          <w:color w:val="000000"/>
        </w:rPr>
        <w:t xml:space="preserve"> — </w:t>
      </w:r>
      <w:r>
        <w:rPr>
          <w:shd w:fill="F4B183" w:val="clear" w:color="auto"/>
          <w:color w:val="000000"/>
        </w:rPr>
        <w:t xml:space="preserve">There is a generation of those who are pure in their own eyes</w:t>
      </w:r>
      <w:r>
        <w:rPr>
          <w:b w:val="false"/>
          <w:i w:val="false"/>
          <w:color w:val="000000"/>
          <w:u w:val="none"/>
          <w:shd w:val="clear" w:color="auto" w:fill="F4B183"/>
        </w:rPr>
        <w:t xml:space="preserve"> [1HJI]</w:t>
      </w:r>
      <w:r>
        <w:rPr>
          <w:shd w:val="clear" w:color="auto" w:fill="F4B183"/>
          <w:color w:val="000000"/>
        </w:rPr>
        <w:t xml:space="preserve"> and </w:t>
      </w:r>
      <w:r>
        <w:rPr>
          <w:shd w:fill="F4B183" w:val="clear" w:color="auto"/>
          <w:color w:val="000000"/>
        </w:rPr>
        <w:t xml:space="preserve">yet unwashed of their filth</w:t>
      </w:r>
      <w:r>
        <w:rPr>
          <w:b w:val="false"/>
          <w:i w:val="false"/>
          <w:color w:val="000000"/>
          <w:u w:val="none"/>
          <w:shd w:val="clear" w:color="auto" w:fill="F4B183"/>
        </w:rPr>
        <w:t xml:space="preserve"> [1HJJ]</w:t>
      </w:r>
      <w:r>
        <w:rPr>
          <w:shd w:val="clear" w:color="auto" w:fill="F4B183"/>
          <w:color w:val="000000"/>
        </w:rPr>
        <w:t xml:space="preserve">.</w:t>
      </w:r>
    </w:p>
    <w:p>
      <w:pPr>
        <w:pStyle w:val="Yellow"/>
        <w:rPr/>
      </w:pPr>
      <w:r>
        <w:rPr>
          <w:b/>
          <w:shd w:val="clear" w:color="auto" w:fill="548235"/>
          <w:color w:val="FFFFFF"/>
        </w:rPr>
        <w:t>Galatians 6:3</w:t>
      </w:r>
      <w:r>
        <w:rPr>
          <w:shd w:val="clear" w:color="auto" w:fill="548235"/>
          <w:color w:val="FFFFFF"/>
        </w:rPr>
        <w:t xml:space="preserve"> — </w:t>
      </w:r>
      <w:r>
        <w:rPr>
          <w:shd w:fill="548235" w:val="clear" w:color="auto"/>
          <w:color w:val="FFFFFF"/>
        </w:rPr>
        <w:t>If anyone thinks he is something when he is nothing, he deceives himself</w:t>
      </w:r>
      <w:r>
        <w:rPr>
          <w:b w:val="false"/>
          <w:i w:val="false"/>
          <w:color w:val="FFFFFF"/>
          <w:u w:val="none"/>
          <w:shd w:val="clear" w:color="auto" w:fill="548235"/>
        </w:rPr>
        <w:t xml:space="preserve"> [1LYA]</w:t>
      </w:r>
      <w:r>
        <w:rPr>
          <w:shd w:val="clear" w:color="auto" w:fill="548235"/>
          <w:color w:val="FFFFFF"/>
        </w:rPr>
        <w:t>.</w:t>
      </w:r>
    </w:p>
    <w:p>
      <w:pPr>
        <w:pStyle w:val="Yellow"/>
        <w:rPr/>
      </w:pPr>
      <w:r>
        <w:rPr>
          <w:b/>
        </w:rPr>
        <w:t xml:space="preserve">1 John 1:8</w:t>
      </w:r>
      <w:r>
        <w:rPr/>
        <w:t xml:space="preserve"> — </w:t>
      </w:r>
      <w:r>
        <w:rPr>
          <w:shd w:fill="B7DDE8" w:val="clear"/>
        </w:rPr>
        <w:t xml:space="preserve">If we say we have no sin, we deceive ourselves</w:t>
      </w:r>
      <w:r>
        <w:rPr>
          <w:b w:val="false"/>
          <w:i w:val="false"/>
          <w:color w:val="000000"/>
          <w:u w:val="none"/>
        </w:rPr>
        <w:t xml:space="preserve"> [1HUK]</w:t>
      </w:r>
      <w:r>
        <w:rPr/>
        <w:t xml:space="preserve">, and </w:t>
      </w:r>
      <w:r>
        <w:rPr>
          <w:shd w:fill="B7DDE8" w:val="clear"/>
        </w:rPr>
        <w:t xml:space="preserve">the truth is not in us</w:t>
      </w:r>
      <w:r>
        <w:rPr>
          <w:b w:val="false"/>
          <w:i w:val="false"/>
          <w:color w:val="000000"/>
          <w:u w:val="none"/>
        </w:rPr>
        <w:t xml:space="preserve"> [1HUL]</w:t>
      </w:r>
      <w:r>
        <w:rPr/>
        <w:t xml:space="preserve">.</w:t>
      </w:r>
    </w:p>
    <w:p>
      <w:pPr>
        <w:pStyle w:val="Yellow"/>
        <w:rPr/>
      </w:pPr>
      <w:r>
        <w:rPr>
          <w:b/>
          <w:u w:val="none"/>
        </w:rPr>
        <w:t xml:space="preserve">Revelation 3:15</w:t>
      </w:r>
      <w:r>
        <w:rPr>
          <w:u w:val="none"/>
        </w:rPr>
        <w:t xml:space="preserve"> — </w:t>
      </w:r>
      <w:r>
        <w:rPr>
          <w:u w:val="none"/>
        </w:rPr>
        <w:t xml:space="preserve">I know your deeds</w:t>
      </w:r>
      <w:r>
        <w:rPr>
          <w:b w:val="false"/>
          <w:i w:val="false"/>
          <w:color w:val="000000"/>
          <w:u w:val="none"/>
        </w:rPr>
        <w:t xml:space="preserve"> [4ETQ]</w:t>
      </w:r>
      <w:r>
        <w:rPr>
          <w:u w:val="none"/>
        </w:rPr>
        <w:t xml:space="preserve">; </w:t>
      </w:r>
      <w:r>
        <w:rPr>
          <w:u w:val="none"/>
          <w:shd w:fill="B7DDE8" w:val="clear"/>
        </w:rPr>
        <w:t xml:space="preserve">you are neither cold nor hot</w:t>
      </w:r>
      <w:r>
        <w:rPr>
          <w:b w:val="false"/>
          <w:i w:val="false"/>
          <w:color w:val="000000"/>
          <w:u w:val="none"/>
        </w:rPr>
        <w:t xml:space="preserve"> [1HER]</w:t>
      </w:r>
      <w:r>
        <w:rPr>
          <w:u w:val="none"/>
        </w:rPr>
        <w:t xml:space="preserve">. </w:t>
      </w:r>
      <w:r>
        <w:rPr>
          <w:u w:val="none"/>
          <w:shd w:fill="B7DDE8" w:val="clear"/>
        </w:rPr>
        <w:t xml:space="preserve">How I wish you were one or the other</w:t>
      </w:r>
      <w:r>
        <w:rPr>
          <w:b w:val="false"/>
          <w:i w:val="false"/>
          <w:color w:val="000000"/>
          <w:u w:val="none"/>
        </w:rPr>
        <w:t xml:space="preserve"> [1HES]</w:t>
      </w:r>
      <w:r>
        <w:rPr>
          <w:u w:val="none"/>
        </w:rPr>
        <w:t xml:space="preserve">! So </w:t>
      </w:r>
      <w:r>
        <w:rPr>
          <w:u w:val="none"/>
          <w:shd w:fill="B7DDE8" w:val="clear"/>
        </w:rPr>
        <w:t xml:space="preserve">because you are lukewarm—neither hot nor cold—I am about to vomit you out of My mouth</w:t>
      </w:r>
      <w:r>
        <w:rPr>
          <w:b w:val="false"/>
          <w:i w:val="false"/>
          <w:color w:val="000000"/>
          <w:u w:val="none"/>
        </w:rPr>
        <w:t xml:space="preserve"> [1HET]</w:t>
      </w:r>
      <w:r>
        <w:rPr>
          <w:u w:val="none"/>
        </w:rPr>
        <w:t xml:space="preserve"> </w:t>
      </w:r>
      <w:r>
        <w:rPr>
          <w:u w:val="none"/>
          <w:shd w:fill="B7DDE8" w:val="clear"/>
        </w:rPr>
        <w:t xml:space="preserve">You say, ‘I am rich; I have grown wealthy and need nothing</w:t>
      </w:r>
      <w:r>
        <w:rPr>
          <w:b w:val="false"/>
          <w:i w:val="false"/>
          <w:color w:val="000000"/>
          <w:u w:val="none"/>
        </w:rPr>
        <w:t xml:space="preserve"> [1HEU]</w:t>
      </w:r>
      <w:r>
        <w:rPr>
          <w:u w:val="none"/>
        </w:rPr>
        <w:t xml:space="preserve">.’ But </w:t>
      </w:r>
      <w:r>
        <w:rPr>
          <w:u w:val="none"/>
          <w:shd w:fill="B7DDE8" w:val="clear"/>
        </w:rPr>
        <w:t xml:space="preserve">you do not realize that you are wretched, pitiful, poor, blind, and naked</w:t>
      </w:r>
      <w:r>
        <w:rPr>
          <w:b w:val="false"/>
          <w:i w:val="false"/>
          <w:color w:val="000000"/>
          <w:u w:val="none"/>
        </w:rPr>
        <w:t xml:space="preserve"> [1HEV]</w:t>
      </w:r>
      <w:r>
        <w:rPr>
          <w:u w:val="none"/>
        </w:rPr>
        <w:t xml:space="preserve">. I counsel you to </w:t>
      </w:r>
      <w:r>
        <w:rPr>
          <w:u w:val="none"/>
          <w:shd w:fill="B7DDE8" w:val="clear"/>
        </w:rPr>
        <w:t xml:space="preserve">buy from Me gold refined by fire so that you may become rich</w:t>
      </w:r>
      <w:r>
        <w:rPr>
          <w:b w:val="false"/>
          <w:i w:val="false"/>
          <w:color w:val="000000"/>
          <w:u w:val="none"/>
        </w:rPr>
        <w:t xml:space="preserve"> [1HEW]</w:t>
      </w:r>
      <w:r>
        <w:rPr>
          <w:u w:val="none"/>
        </w:rPr>
        <w:t xml:space="preserve">, </w:t>
      </w:r>
      <w:r>
        <w:rPr>
          <w:u w:val="none"/>
          <w:shd w:fill="B7DDE8" w:val="clear"/>
        </w:rPr>
        <w:t xml:space="preserve">white garments so that you may be clothed and your shameful nakedness not exposed</w:t>
      </w:r>
      <w:r>
        <w:rPr>
          <w:b w:val="false"/>
          <w:i w:val="false"/>
          <w:color w:val="000000"/>
          <w:u w:val="none"/>
        </w:rPr>
        <w:t xml:space="preserve"> [1HEX]</w:t>
      </w:r>
      <w:r>
        <w:rPr>
          <w:u w:val="none"/>
        </w:rPr>
        <w:t xml:space="preserve">, and </w:t>
      </w:r>
      <w:r>
        <w:rPr>
          <w:u w:val="none"/>
          <w:shd w:fill="B7DDE8" w:val="clear"/>
        </w:rPr>
        <w:t xml:space="preserve">salve to anoint your eyes so that you may see</w:t>
      </w:r>
      <w:r>
        <w:rPr>
          <w:b w:val="false"/>
          <w:i w:val="false"/>
          <w:color w:val="000000"/>
          <w:u w:val="none"/>
        </w:rPr>
        <w:t xml:space="preserve"> [1HEY]</w:t>
      </w:r>
      <w:r>
        <w:rPr>
          <w:u w:val="none"/>
        </w:rPr>
        <w:t xml:space="preserve">. </w:t>
      </w:r>
      <w:r>
        <w:rPr>
          <w:u w:val="none"/>
          <w:shd w:fill="B7DDE8" w:val="clear"/>
        </w:rPr>
        <w:t xml:space="preserve">Those I love, I rebuke and discipline</w:t>
      </w:r>
      <w:r>
        <w:rPr>
          <w:b w:val="false"/>
          <w:i w:val="false"/>
          <w:u w:val="none"/>
          <w:color w:val="000000"/>
        </w:rPr>
        <w:t xml:space="preserve"> [1HEZ]</w:t>
      </w:r>
      <w:r>
        <w:rPr>
          <w:b w:val="false"/>
          <w:i w:val="false"/>
          <w:u w:val="none"/>
          <w:color w:val="000000"/>
        </w:rPr>
        <w:t xml:space="preserve"> [3HFA]</w:t>
      </w:r>
      <w:r>
        <w:rPr>
          <w:u w:val="none"/>
        </w:rPr>
        <w:t xml:space="preserve">. Therefore </w:t>
      </w:r>
      <w:r>
        <w:rPr>
          <w:u w:val="none"/>
          <w:shd w:fill="B7DDE8" w:val="clear"/>
        </w:rPr>
        <w:t xml:space="preserve">be earnest</w:t>
      </w:r>
      <w:r>
        <w:rPr>
          <w:b w:val="false"/>
          <w:i w:val="false"/>
          <w:color w:val="000000"/>
          <w:u w:val="none"/>
        </w:rPr>
        <w:t xml:space="preserve"> [1HFB]</w:t>
      </w:r>
      <w:r>
        <w:rPr>
          <w:u w:val="none"/>
        </w:rPr>
        <w:t xml:space="preserve"> and </w:t>
      </w:r>
      <w:r>
        <w:rPr>
          <w:u w:val="none"/>
          <w:shd w:fill="B7DDE8" w:val="clear"/>
        </w:rPr>
        <w:t xml:space="preserve">repent</w:t>
      </w:r>
      <w:r>
        <w:rPr>
          <w:b w:val="false"/>
          <w:i w:val="false"/>
          <w:color w:val="000000"/>
          <w:u w:val="none"/>
        </w:rPr>
        <w:t xml:space="preserve"> [4ARS]</w:t>
      </w:r>
      <w:r>
        <w:rPr>
          <w:u w:val="none"/>
        </w:rPr>
        <w:t xml:space="preserve">.</w:t>
      </w:r>
    </w:p>
    <w:p>
      <w:r>
        <w:rPr>
          <w:b/>
          <w:sz w:val="32"/>
          <w:highlight w:val="yellow"/>
        </w:rPr>
        <w:t>Sexual Immorality  (21)</w:t>
      </w:r>
    </w:p>
    <w:p>
      <w:pPr>
        <w:pStyle w:val="Yellow"/>
        <w:rPr/>
      </w:pPr>
      <w:r>
        <w:rPr/>
        <w:t xml:space="preserve">(Pr2:16 “the forbidden woman”) </w:t>
      </w:r>
      <w:r>
        <w:rPr>
          <w:b/>
        </w:rPr>
        <w:t xml:space="preserve">Proverbs 2:18–19</w:t>
      </w:r>
      <w:r>
        <w:rPr/>
        <w:t xml:space="preserve"> — </w:t>
      </w:r>
      <w:r>
        <w:rPr>
          <w:shd w:fill="B7DDE8" w:val="clear"/>
        </w:rPr>
        <w:t xml:space="preserve">{her} house sinks down to death</w:t>
      </w:r>
      <w:r>
        <w:rPr>
          <w:b w:val="false"/>
          <w:i w:val="false"/>
          <w:color w:val="000000"/>
          <w:u w:val="none"/>
        </w:rPr>
        <w:t xml:space="preserve"> [1IWF]</w:t>
      </w:r>
      <w:r>
        <w:rPr/>
        <w:t xml:space="preserve">, and </w:t>
      </w:r>
      <w:r>
        <w:rPr>
          <w:shd w:fill="B7DDE8" w:val="clear"/>
        </w:rPr>
        <w:t xml:space="preserve">her tracks to the departed spirits</w:t>
      </w:r>
      <w:r>
        <w:rPr>
          <w:b w:val="false"/>
          <w:i w:val="false"/>
          <w:color w:val="000000"/>
          <w:u w:val="none"/>
        </w:rPr>
        <w:t xml:space="preserve"> [1IWG]</w:t>
      </w:r>
      <w:r>
        <w:rPr/>
        <w:t xml:space="preserve">. </w:t>
      </w:r>
      <w:r>
        <w:rPr>
          <w:shd w:fill="B7DDE8" w:val="clear"/>
        </w:rPr>
        <w:t xml:space="preserve">None who go to her return or negotiate the paths of life</w:t>
      </w:r>
      <w:r>
        <w:rPr>
          <w:b w:val="false"/>
          <w:i w:val="false"/>
          <w:color w:val="000000"/>
          <w:u w:val="none"/>
        </w:rPr>
        <w:t xml:space="preserve"> [1IWH]</w:t>
      </w:r>
      <w:r>
        <w:rPr/>
        <w:t xml:space="preserve">.</w:t>
      </w:r>
    </w:p>
    <w:p>
      <w:pPr>
        <w:pStyle w:val="Yellow"/>
        <w:rPr/>
      </w:pPr>
      <w:r>
        <w:rPr>
          <w:b/>
          <w:shd w:val="clear" w:color="auto" w:fill="F4B183"/>
          <w:color w:val="000000"/>
        </w:rPr>
        <w:t xml:space="preserve">Proverbs 5:3–5</w:t>
      </w:r>
      <w:r>
        <w:rPr>
          <w:shd w:val="clear" w:color="auto" w:fill="F4B183"/>
          <w:color w:val="000000"/>
        </w:rPr>
        <w:t xml:space="preserve"> — Though </w:t>
      </w:r>
      <w:r>
        <w:rPr>
          <w:shd w:fill="F4B183" w:val="clear" w:color="auto"/>
          <w:color w:val="000000"/>
        </w:rPr>
        <w:t xml:space="preserve">the lips of the forbidden woman drip honey and her speech is smoother than oil</w:t>
      </w:r>
      <w:r>
        <w:rPr>
          <w:b w:val="false"/>
          <w:i w:val="false"/>
          <w:color w:val="000000"/>
          <w:u w:val="none"/>
          <w:shd w:val="clear" w:color="auto" w:fill="F4B183"/>
        </w:rPr>
        <w:t xml:space="preserve"> [1HRV]</w:t>
      </w:r>
      <w:r>
        <w:rPr>
          <w:shd w:val="clear" w:color="auto" w:fill="F4B183"/>
          <w:color w:val="000000"/>
        </w:rPr>
        <w:t xml:space="preserve">, </w:t>
      </w:r>
      <w:r>
        <w:rPr>
          <w:shd w:fill="F4B183" w:val="clear" w:color="auto"/>
          <w:color w:val="000000"/>
        </w:rPr>
        <w:t xml:space="preserve">in the end she is bitter as wormwood</w:t>
      </w:r>
      <w:r>
        <w:rPr>
          <w:b w:val="false"/>
          <w:i w:val="false"/>
          <w:color w:val="000000"/>
          <w:u w:val="none"/>
          <w:shd w:val="clear" w:color="auto" w:fill="F4B183"/>
        </w:rPr>
        <w:t xml:space="preserve"> [1HRW]</w:t>
      </w:r>
      <w:r>
        <w:rPr>
          <w:shd w:val="clear" w:color="auto" w:fill="F4B183"/>
          <w:color w:val="000000"/>
        </w:rPr>
        <w:t xml:space="preserve">, </w:t>
      </w:r>
      <w:r>
        <w:rPr>
          <w:shd w:fill="F4B183" w:val="clear" w:color="auto"/>
          <w:color w:val="000000"/>
        </w:rPr>
        <w:t xml:space="preserve">sharp as a double-edged sword</w:t>
      </w:r>
      <w:r>
        <w:rPr>
          <w:b w:val="false"/>
          <w:i w:val="false"/>
          <w:color w:val="000000"/>
          <w:u w:val="none"/>
          <w:shd w:val="clear" w:color="auto" w:fill="F4B183"/>
        </w:rPr>
        <w:t xml:space="preserve"> [1HRX]</w:t>
      </w:r>
      <w:r>
        <w:rPr>
          <w:shd w:val="clear" w:color="auto" w:fill="F4B183"/>
          <w:color w:val="000000"/>
        </w:rPr>
        <w:t xml:space="preserve">. </w:t>
      </w:r>
      <w:r>
        <w:rPr>
          <w:shd w:fill="F4B183" w:val="clear" w:color="auto"/>
          <w:color w:val="000000"/>
        </w:rPr>
        <w:t xml:space="preserve">Her feet go down to death</w:t>
      </w:r>
      <w:r>
        <w:rPr>
          <w:b w:val="false"/>
          <w:i w:val="false"/>
          <w:color w:val="000000"/>
          <w:u w:val="none"/>
          <w:shd w:val="clear" w:color="auto" w:fill="F4B183"/>
        </w:rPr>
        <w:t xml:space="preserve"> [1HRY]</w:t>
      </w:r>
      <w:r>
        <w:rPr>
          <w:shd w:val="clear" w:color="auto" w:fill="F4B183"/>
          <w:color w:val="000000"/>
        </w:rPr>
        <w:t xml:space="preserve">; </w:t>
      </w:r>
      <w:r>
        <w:rPr>
          <w:shd w:fill="F4B183" w:val="clear" w:color="auto"/>
          <w:color w:val="000000"/>
        </w:rPr>
        <w:t xml:space="preserve">her steps lead straight to Sheol</w:t>
      </w:r>
      <w:r>
        <w:rPr>
          <w:b w:val="false"/>
          <w:i w:val="false"/>
          <w:color w:val="000000"/>
          <w:u w:val="none"/>
          <w:shd w:val="clear" w:color="auto" w:fill="F4B183"/>
        </w:rPr>
        <w:t xml:space="preserve"> [1HRZ]</w:t>
      </w:r>
      <w:r>
        <w:rPr>
          <w:shd w:val="clear" w:color="auto" w:fill="F4B183"/>
          <w:color w:val="000000"/>
        </w:rPr>
        <w:t xml:space="preserve">.</w:t>
      </w:r>
    </w:p>
    <w:p>
      <w:pPr>
        <w:pStyle w:val="Yellow"/>
        <w:rPr/>
      </w:pPr>
      <w:r>
        <w:rPr/>
        <w:t xml:space="preserve">(Pr5:3 “forbidden woman”) </w:t>
      </w:r>
      <w:r>
        <w:rPr>
          <w:b/>
        </w:rPr>
        <w:t xml:space="preserve">Proverbs 5:8–10</w:t>
      </w:r>
      <w:r>
        <w:rPr/>
        <w:t xml:space="preserve"> — </w:t>
      </w:r>
      <w:r>
        <w:rPr>
          <w:shd w:fill="B7DDE8" w:val="clear"/>
        </w:rPr>
        <w:t xml:space="preserve">Keep your path far from {her}; do not go near the door of her house</w:t>
      </w:r>
      <w:r>
        <w:rPr>
          <w:b w:val="false"/>
          <w:i w:val="false"/>
          <w:u w:val="none"/>
          <w:color w:val="000000"/>
        </w:rPr>
        <w:t xml:space="preserve"> [1HDF]</w:t>
      </w:r>
      <w:r>
        <w:rPr/>
        <w:t xml:space="preserve">, </w:t>
      </w:r>
      <w:r>
        <w:rPr>
          <w:shd w:fill="B7DDE8" w:val="clear"/>
        </w:rPr>
        <w:t xml:space="preserve">lest you concede your vigor to others</w:t>
      </w:r>
      <w:r>
        <w:rPr>
          <w:b w:val="false"/>
          <w:i w:val="false"/>
          <w:color w:val="000000"/>
          <w:u w:val="none"/>
        </w:rPr>
        <w:t xml:space="preserve"> [1HDG]</w:t>
      </w:r>
      <w:r>
        <w:rPr/>
        <w:t xml:space="preserve">, and </w:t>
      </w:r>
      <w:r>
        <w:rPr>
          <w:shd w:fill="B7DDE8" w:val="clear"/>
        </w:rPr>
        <w:t xml:space="preserve">your years to one who is cruel</w:t>
      </w:r>
      <w:r>
        <w:rPr>
          <w:b w:val="false"/>
          <w:i w:val="false"/>
          <w:color w:val="000000"/>
          <w:u w:val="none"/>
        </w:rPr>
        <w:t xml:space="preserve"> [1HDH]</w:t>
      </w:r>
      <w:r>
        <w:rPr/>
        <w:t xml:space="preserve">; </w:t>
      </w:r>
      <w:r>
        <w:rPr>
          <w:shd w:fill="B7DDE8" w:val="clear"/>
        </w:rPr>
        <w:t xml:space="preserve">lest strangers feast on your wealth</w:t>
      </w:r>
      <w:r>
        <w:rPr>
          <w:b w:val="false"/>
          <w:i w:val="false"/>
          <w:color w:val="000000"/>
          <w:u w:val="none"/>
        </w:rPr>
        <w:t xml:space="preserve"> [1HDI]</w:t>
      </w:r>
      <w:r>
        <w:rPr/>
        <w:t xml:space="preserve">, and </w:t>
      </w:r>
      <w:r>
        <w:rPr>
          <w:shd w:fill="B7DDE8" w:val="clear"/>
        </w:rPr>
        <w:t xml:space="preserve">your labors enrich the house of a foreigner</w:t>
      </w:r>
      <w:r>
        <w:rPr>
          <w:b w:val="false"/>
          <w:i w:val="false"/>
          <w:color w:val="000000"/>
          <w:u w:val="none"/>
        </w:rPr>
        <w:t xml:space="preserve"> [1HDJ]</w:t>
      </w:r>
      <w:r>
        <w:rPr/>
        <w:t xml:space="preserve">.</w:t>
      </w:r>
    </w:p>
    <w:p>
      <w:pPr>
        <w:pStyle w:val="Yellow"/>
        <w:rPr/>
      </w:pPr>
      <w:r>
        <w:rPr/>
        <w:t xml:space="preserve">(Pr5:8–10 if you go near the forbidden woman) </w:t>
      </w:r>
      <w:r>
        <w:rPr>
          <w:b/>
        </w:rPr>
        <w:t xml:space="preserve">Proverbs 5:11–13</w:t>
      </w:r>
      <w:r>
        <w:rPr/>
        <w:t xml:space="preserve"> — </w:t>
      </w:r>
      <w:r>
        <w:rPr>
          <w:shd w:fill="B7DDE8" w:val="clear"/>
        </w:rPr>
        <w:t xml:space="preserve">At the end of your life you will groan when your flesh and your body are spent</w:t>
      </w:r>
      <w:r>
        <w:rPr>
          <w:b w:val="false"/>
          <w:i w:val="false"/>
          <w:color w:val="000000"/>
          <w:u w:val="none"/>
        </w:rPr>
        <w:t xml:space="preserve"> [1ILK]</w:t>
      </w:r>
      <w:r>
        <w:rPr/>
        <w:t xml:space="preserve">, and you will say, “</w:t>
      </w:r>
      <w:r>
        <w:rPr>
          <w:shd w:fill="B7DDE8" w:val="clear"/>
        </w:rPr>
        <w:t xml:space="preserve">How I hated discipline, and my heart despised reproof!</w:t>
      </w:r>
      <w:r>
        <w:rPr>
          <w:b w:val="false"/>
          <w:i w:val="false"/>
          <w:u w:val="none"/>
          <w:color w:val="000000"/>
        </w:rPr>
        <w:t xml:space="preserve"> [1ILL]</w:t>
      </w:r>
      <w:r>
        <w:rPr/>
        <w:t xml:space="preserve"> </w:t>
      </w:r>
      <w:r>
        <w:rPr>
          <w:shd w:fill="B7DDE8" w:val="clear"/>
        </w:rPr>
        <w:t xml:space="preserve">I did not listen to the voice of my teachers or incline my ear to my mentors</w:t>
      </w:r>
      <w:r>
        <w:rPr>
          <w:b w:val="false"/>
          <w:i w:val="false"/>
          <w:color w:val="000000"/>
          <w:u w:val="none"/>
        </w:rPr>
        <w:t xml:space="preserve"> [1ILM]</w:t>
      </w:r>
      <w:r>
        <w:rPr/>
        <w:t xml:space="preserve">.</w:t>
      </w:r>
    </w:p>
    <w:p>
      <w:pPr>
        <w:pStyle w:val="Yellow"/>
        <w:rPr/>
      </w:pPr>
      <w:r>
        <w:rPr>
          <w:b/>
        </w:rPr>
        <w:t xml:space="preserve">Proverbs 6:26</w:t>
      </w:r>
      <w:r>
        <w:rPr/>
        <w:t xml:space="preserve"> — </w:t>
      </w:r>
      <w:r>
        <w:rPr>
          <w:shd w:fill="B7DDE8" w:val="clear"/>
        </w:rPr>
        <w:t xml:space="preserve">the levy of the prostitute is poverty</w:t>
      </w:r>
      <w:r>
        <w:rPr>
          <w:b w:val="false"/>
          <w:i w:val="false"/>
          <w:color w:val="000000"/>
          <w:u w:val="none"/>
        </w:rPr>
        <w:t xml:space="preserve"> [1GPZ]</w:t>
      </w:r>
      <w:r>
        <w:rPr/>
        <w:t xml:space="preserve">, and </w:t>
      </w:r>
      <w:r>
        <w:rPr>
          <w:shd w:fill="B7DDE8" w:val="clear"/>
        </w:rPr>
        <w:t xml:space="preserve">the adulteress preys upon your very life</w:t>
      </w:r>
      <w:r>
        <w:rPr>
          <w:b w:val="false"/>
          <w:i w:val="false"/>
          <w:color w:val="000000"/>
          <w:u w:val="none"/>
        </w:rPr>
        <w:t xml:space="preserve"> [1GQA]</w:t>
      </w:r>
      <w:r>
        <w:rPr/>
        <w:t xml:space="preserve">.</w:t>
      </w:r>
    </w:p>
    <w:p>
      <w:pPr>
        <w:pStyle w:val="Yellow"/>
        <w:rPr/>
      </w:pPr>
      <w:r>
        <w:rPr/>
        <w:t xml:space="preserve">(Pr6:27–28 as fire burns and hot coals scorch) </w:t>
      </w:r>
      <w:r>
        <w:rPr>
          <w:b/>
        </w:rPr>
        <w:t xml:space="preserve">Proverbs 6:29</w:t>
      </w:r>
      <w:r>
        <w:rPr/>
        <w:t xml:space="preserve"> — {So} is </w:t>
      </w:r>
      <w:r>
        <w:rPr>
          <w:shd w:fill="B7DDE8" w:val="clear"/>
        </w:rPr>
        <w:t xml:space="preserve">he who sleeps with another man’s wife; no one who touches her will go unpunished</w:t>
      </w:r>
      <w:r>
        <w:rPr>
          <w:b w:val="false"/>
          <w:i w:val="false"/>
          <w:color w:val="000000"/>
          <w:u w:val="none"/>
        </w:rPr>
        <w:t xml:space="preserve"> [1GQT]</w:t>
      </w:r>
      <w:r>
        <w:rPr/>
        <w:t xml:space="preserve">.</w:t>
      </w:r>
    </w:p>
    <w:p>
      <w:pPr>
        <w:pStyle w:val="Yellow"/>
        <w:rPr/>
      </w:pPr>
      <w:r>
        <w:rPr>
          <w:b/>
        </w:rPr>
        <w:t xml:space="preserve">Proverbs 6:32–33</w:t>
      </w:r>
      <w:r>
        <w:rPr/>
        <w:t xml:space="preserve"> — </w:t>
      </w:r>
      <w:r>
        <w:rPr>
          <w:shd w:fill="B7DDE8" w:val="clear"/>
        </w:rPr>
        <w:t xml:space="preserve">He who commits adultery lacks judgment</w:t>
      </w:r>
      <w:r>
        <w:rPr>
          <w:b w:val="false"/>
          <w:i w:val="false"/>
          <w:color w:val="000000"/>
          <w:u w:val="none"/>
        </w:rPr>
        <w:t xml:space="preserve"> [1GSJ]</w:t>
      </w:r>
      <w:r>
        <w:rPr/>
        <w:t xml:space="preserve">; </w:t>
      </w:r>
      <w:r>
        <w:rPr>
          <w:shd w:fill="B7DDE8" w:val="clear"/>
        </w:rPr>
        <w:t xml:space="preserve">whoever does so destroys himself</w:t>
      </w:r>
      <w:r>
        <w:rPr>
          <w:b w:val="false"/>
          <w:i w:val="false"/>
          <w:color w:val="000000"/>
          <w:u w:val="none"/>
        </w:rPr>
        <w:t xml:space="preserve"> [1GSK]</w:t>
      </w:r>
      <w:r>
        <w:rPr/>
        <w:t xml:space="preserve">. </w:t>
      </w:r>
      <w:r>
        <w:rPr>
          <w:shd w:fill="B7DDE8" w:val="clear"/>
        </w:rPr>
        <w:t xml:space="preserve">Wounds and dishonor will befall him</w:t>
      </w:r>
      <w:r>
        <w:rPr>
          <w:b w:val="false"/>
          <w:i w:val="false"/>
          <w:color w:val="000000"/>
          <w:u w:val="none"/>
        </w:rPr>
        <w:t xml:space="preserve"> [1GSL]</w:t>
      </w:r>
      <w:r>
        <w:rPr/>
        <w:t xml:space="preserve">, and </w:t>
      </w:r>
      <w:r>
        <w:rPr>
          <w:shd w:fill="B7DDE8" w:val="clear"/>
        </w:rPr>
        <w:t xml:space="preserve">his reproach will never be wiped away</w:t>
      </w:r>
      <w:r>
        <w:rPr>
          <w:b w:val="false"/>
          <w:i w:val="false"/>
          <w:color w:val="000000"/>
          <w:u w:val="none"/>
        </w:rPr>
        <w:t xml:space="preserve"> [1GSM]</w:t>
      </w:r>
      <w:r>
        <w:rPr/>
        <w:t xml:space="preserve">.</w:t>
      </w:r>
    </w:p>
    <w:p>
      <w:pPr>
        <w:pStyle w:val="Yellow"/>
        <w:rPr/>
      </w:pPr>
      <w:r>
        <w:rPr/>
        <w:t xml:space="preserve">(Pr7:5 “the adulteress” / Pr7:7 “a young man lacking judgment”) </w:t>
      </w:r>
      <w:r>
        <w:rPr>
          <w:b/>
        </w:rPr>
        <w:t xml:space="preserve">Proverbs 7:21–23</w:t>
      </w:r>
      <w:r>
        <w:rPr/>
        <w:t xml:space="preserve"> — </w:t>
      </w:r>
      <w:r>
        <w:rPr>
          <w:shd w:fill="B7DDE8" w:val="clear"/>
        </w:rPr>
        <w:t xml:space="preserve">With {her} great persuasion she entices {him}</w:t>
      </w:r>
      <w:r>
        <w:rPr>
          <w:b w:val="false"/>
          <w:i w:val="false"/>
          <w:color w:val="000000"/>
          <w:u w:val="none"/>
        </w:rPr>
        <w:t xml:space="preserve"> [1HML]</w:t>
      </w:r>
      <w:r>
        <w:rPr/>
        <w:t xml:space="preserve">; </w:t>
      </w:r>
      <w:r>
        <w:rPr>
          <w:shd w:fill="B7DDE8" w:val="clear"/>
        </w:rPr>
        <w:t xml:space="preserve">with her flattering lips she lures him</w:t>
      </w:r>
      <w:r>
        <w:rPr>
          <w:b w:val="false"/>
          <w:i w:val="false"/>
          <w:color w:val="000000"/>
          <w:u w:val="none"/>
        </w:rPr>
        <w:t xml:space="preserve"> [1HMM]</w:t>
      </w:r>
      <w:r>
        <w:rPr/>
        <w:t xml:space="preserve">. </w:t>
      </w:r>
      <w:r>
        <w:rPr>
          <w:shd w:fill="B7DDE8" w:val="clear"/>
        </w:rPr>
        <w:t xml:space="preserve">He follows her on impulse</w:t>
      </w:r>
      <w:r>
        <w:rPr>
          <w:b w:val="false"/>
          <w:i w:val="false"/>
          <w:color w:val="000000"/>
          <w:u w:val="none"/>
        </w:rPr>
        <w:t xml:space="preserve"> [1HMN]</w:t>
      </w:r>
      <w:r>
        <w:rPr/>
        <w:t xml:space="preserve">, </w:t>
      </w:r>
      <w:r>
        <w:rPr>
          <w:shd w:fill="B7DDE8" w:val="clear"/>
        </w:rPr>
        <w:t xml:space="preserve">like an ox going to the slaughter, like a deer bounding into a trap, until an arrow pierces his liver, like a bird darting into a snare</w:t>
      </w:r>
      <w:r>
        <w:rPr>
          <w:b w:val="false"/>
          <w:i w:val="false"/>
          <w:color w:val="000000"/>
          <w:u w:val="none"/>
        </w:rPr>
        <w:t xml:space="preserve"> [1HMO]</w:t>
      </w:r>
      <w:r>
        <w:rPr/>
        <w:t xml:space="preserve">—</w:t>
      </w:r>
      <w:r>
        <w:rPr>
          <w:shd w:fill="B7DDE8" w:val="clear"/>
        </w:rPr>
        <w:t xml:space="preserve">not knowing it will cost him his life</w:t>
      </w:r>
      <w:r>
        <w:rPr>
          <w:b w:val="false"/>
          <w:i w:val="false"/>
          <w:color w:val="000000"/>
          <w:u w:val="none"/>
        </w:rPr>
        <w:t xml:space="preserve"> [1HMP]</w:t>
      </w:r>
      <w:r>
        <w:rPr/>
        <w:t xml:space="preserve">.</w:t>
      </w:r>
    </w:p>
    <w:p>
      <w:pPr>
        <w:pStyle w:val="Yellow"/>
        <w:rPr/>
      </w:pPr>
      <w:r>
        <w:rPr>
          <w:b/>
        </w:rPr>
        <w:t xml:space="preserve">Proverbs 23:27–28</w:t>
      </w:r>
      <w:r>
        <w:rPr/>
        <w:t xml:space="preserve"> — For </w:t>
      </w:r>
      <w:r>
        <w:rPr>
          <w:shd w:fill="B7DDE8" w:val="clear"/>
        </w:rPr>
        <w:t xml:space="preserve">a prostitute is a deep pit</w:t>
      </w:r>
      <w:r>
        <w:rPr>
          <w:b w:val="false"/>
          <w:i w:val="false"/>
          <w:color w:val="000000"/>
          <w:u w:val="none"/>
        </w:rPr>
        <w:t xml:space="preserve"> [1GUC]</w:t>
      </w:r>
      <w:r>
        <w:rPr/>
        <w:t xml:space="preserve">, and </w:t>
      </w:r>
      <w:r>
        <w:rPr>
          <w:shd w:fill="B7DDE8" w:val="clear"/>
        </w:rPr>
        <w:t xml:space="preserve">an adulteress is a narrow well</w:t>
      </w:r>
      <w:r>
        <w:rPr>
          <w:b w:val="false"/>
          <w:i w:val="false"/>
          <w:color w:val="000000"/>
          <w:u w:val="none"/>
        </w:rPr>
        <w:t xml:space="preserve"> [1GUD]</w:t>
      </w:r>
      <w:r>
        <w:rPr/>
        <w:t xml:space="preserve">. </w:t>
      </w:r>
      <w:r>
        <w:rPr>
          <w:shd w:fill="B7DDE8" w:val="clear"/>
        </w:rPr>
        <w:t xml:space="preserve">Like a robber she lies in wait</w:t>
      </w:r>
      <w:r>
        <w:rPr>
          <w:b w:val="false"/>
          <w:i w:val="false"/>
          <w:color w:val="000000"/>
          <w:u w:val="none"/>
        </w:rPr>
        <w:t xml:space="preserve"> [1GUE]</w:t>
      </w:r>
      <w:r>
        <w:rPr/>
        <w:t xml:space="preserve"> and </w:t>
      </w:r>
      <w:r>
        <w:rPr>
          <w:shd w:fill="B7DDE8" w:val="clear"/>
        </w:rPr>
        <w:t xml:space="preserve">multiplies the faithless among men</w:t>
      </w:r>
      <w:r>
        <w:rPr>
          <w:b w:val="false"/>
          <w:i w:val="false"/>
          <w:color w:val="000000"/>
          <w:u w:val="none"/>
        </w:rPr>
        <w:t xml:space="preserve"> [1GUF]</w:t>
      </w:r>
      <w:r>
        <w:rPr/>
        <w:t xml:space="preserve">.</w:t>
      </w:r>
    </w:p>
    <w:p>
      <w:pPr>
        <w:pStyle w:val="Yellow"/>
        <w:rPr/>
      </w:pPr>
      <w:r>
        <w:rPr/>
        <w:t xml:space="preserve">&lt;7&gt;</w:t>
      </w:r>
      <w:r>
        <w:rPr>
          <w:b/>
        </w:rPr>
        <w:t xml:space="preserve">Jeremiah 5:7–8</w:t>
      </w:r>
      <w:r>
        <w:rPr/>
        <w:t xml:space="preserve"> — “</w:t>
      </w:r>
      <w:r>
        <w:rPr>
          <w:shd w:fill="B7DDE8" w:val="clear"/>
        </w:rPr>
        <w:t xml:space="preserve">Why should I forgive you</w:t>
      </w:r>
      <w:r>
        <w:rPr>
          <w:b w:val="false"/>
          <w:i w:val="false"/>
          <w:color w:val="000000"/>
          <w:u w:val="none"/>
        </w:rPr>
        <w:t xml:space="preserve"> [1GRB]</w:t>
      </w:r>
      <w:r>
        <w:rPr/>
        <w:t xml:space="preserve">? </w:t>
      </w:r>
      <w:r>
        <w:rPr>
          <w:shd w:fill="B7DDE8" w:val="clear"/>
        </w:rPr>
        <w:t xml:space="preserve">Your children have forsaken Me and sworn by gods that are not gods</w:t>
      </w:r>
      <w:r>
        <w:rPr>
          <w:b w:val="false"/>
          <w:i w:val="false"/>
          <w:color w:val="000000"/>
          <w:u w:val="none"/>
        </w:rPr>
        <w:t xml:space="preserve"> [1GRC]</w:t>
      </w:r>
      <w:r>
        <w:rPr>
          <w:b w:val="false"/>
          <w:i w:val="false"/>
          <w:color w:val="000000"/>
          <w:u w:val="none"/>
        </w:rPr>
        <w:t xml:space="preserve"> [1GRD]</w:t>
      </w:r>
      <w:r>
        <w:rPr/>
        <w:t xml:space="preserve">. </w:t>
      </w:r>
      <w:r>
        <w:rPr>
          <w:shd w:fill="B7DDE8" w:val="clear"/>
        </w:rPr>
        <w:t xml:space="preserve">I satisfied their needs</w:t>
      </w:r>
      <w:r>
        <w:rPr>
          <w:b w:val="false"/>
          <w:i w:val="false"/>
          <w:u w:val="none"/>
          <w:color w:val="000000"/>
        </w:rPr>
        <w:t xml:space="preserve"> [1GRE]</w:t>
      </w:r>
      <w:r>
        <w:rPr/>
        <w:t xml:space="preserve">, yet </w:t>
      </w:r>
      <w:r>
        <w:rPr>
          <w:shd w:fill="B7DDE8" w:val="clear"/>
        </w:rPr>
        <w:t xml:space="preserve">they committed adultery and assembled at the houses of prostitutes</w:t>
      </w:r>
      <w:r>
        <w:rPr>
          <w:b w:val="false"/>
          <w:i w:val="false"/>
          <w:color w:val="000000"/>
          <w:u w:val="none"/>
        </w:rPr>
        <w:t xml:space="preserve"> [1GRF]</w:t>
      </w:r>
      <w:r>
        <w:rPr>
          <w:b w:val="false"/>
          <w:i w:val="false"/>
          <w:color w:val="000000"/>
          <w:u w:val="none"/>
        </w:rPr>
        <w:t xml:space="preserve"> [1GRG]</w:t>
      </w:r>
      <w:r>
        <w:rPr/>
        <w:t xml:space="preserve">. </w:t>
      </w:r>
      <w:r>
        <w:rPr>
          <w:shd w:fill="B7DDE8" w:val="clear"/>
        </w:rPr>
        <w:t xml:space="preserve">They are well-fed, lusty stallions</w:t>
      </w:r>
      <w:r>
        <w:rPr>
          <w:b w:val="false"/>
          <w:i w:val="false"/>
          <w:color w:val="000000"/>
          <w:u w:val="none"/>
        </w:rPr>
        <w:t xml:space="preserve"> [1GRH]</w:t>
      </w:r>
      <w:r>
        <w:rPr/>
        <w:t xml:space="preserve">, </w:t>
      </w:r>
      <w:r>
        <w:rPr>
          <w:shd w:fill="B7DDE8" w:val="clear"/>
        </w:rPr>
        <w:t xml:space="preserve">each neighing after his neighbor’s wife</w:t>
      </w:r>
      <w:r>
        <w:rPr>
          <w:b w:val="false"/>
          <w:i w:val="false"/>
          <w:color w:val="000000"/>
          <w:u w:val="none"/>
        </w:rPr>
        <w:t xml:space="preserve"> [1GRI]</w:t>
      </w:r>
      <w:r>
        <w:rPr/>
        <w:t xml:space="preserve">.</w:t>
      </w:r>
    </w:p>
    <w:p>
      <w:pPr>
        <w:pStyle w:val="Yellow"/>
        <w:rPr/>
      </w:pPr>
      <w:r>
        <w:rPr/>
        <w:t xml:space="preserve">&lt;7&gt;</w:t>
      </w:r>
      <w:r>
        <w:rPr>
          <w:b/>
        </w:rPr>
        <w:t xml:space="preserve">Jeremiah 5:9</w:t>
      </w:r>
      <w:r>
        <w:rPr/>
        <w:t xml:space="preserve"> — “</w:t>
      </w:r>
      <w:r>
        <w:rPr>
          <w:shd w:fill="B7DDE8" w:val="clear"/>
        </w:rPr>
        <w:t xml:space="preserve">Should I not punish them for these things</w:t>
      </w:r>
      <w:r>
        <w:rPr>
          <w:b w:val="false"/>
          <w:i w:val="false"/>
          <w:color w:val="000000"/>
          <w:u w:val="none"/>
        </w:rPr>
        <w:t xml:space="preserve"> [1GRJ]</w:t>
      </w:r>
      <w:r>
        <w:rPr/>
        <w:t xml:space="preserve">?” declares the LORD. “</w:t>
      </w:r>
      <w:r>
        <w:rPr>
          <w:shd w:fill="B7DDE8" w:val="clear"/>
        </w:rPr>
        <w:t xml:space="preserve">Should I not avenge Myself on such a nation as this</w:t>
      </w:r>
      <w:r>
        <w:rPr>
          <w:b w:val="false"/>
          <w:i w:val="false"/>
          <w:color w:val="000000"/>
          <w:u w:val="none"/>
        </w:rPr>
        <w:t xml:space="preserve"> [1GRK]</w:t>
      </w:r>
      <w:r>
        <w:rPr/>
        <w:t xml:space="preserve">?</w:t>
      </w:r>
    </w:p>
    <w:p>
      <w:pPr>
        <w:pStyle w:val="Yellow"/>
        <w:rPr/>
      </w:pPr>
      <w:r>
        <w:rPr/>
        <w:t xml:space="preserve">&lt;7&gt;(Je5:11 because Israel and Judah “have been utterly unfaithful to Me”) </w:t>
      </w:r>
      <w:r>
        <w:rPr>
          <w:b/>
        </w:rPr>
        <w:t xml:space="preserve">Jeremiah 5:15</w:t>
      </w:r>
      <w:r>
        <w:rPr/>
        <w:t xml:space="preserve"> — Behold, </w:t>
      </w:r>
      <w:r>
        <w:rPr>
          <w:shd w:fill="B7DDE8" w:val="clear"/>
        </w:rPr>
        <w:t xml:space="preserve">I am bringing a distant nation against you, O house of Israel</w:t>
      </w:r>
      <w:r>
        <w:rPr>
          <w:b w:val="false"/>
          <w:i w:val="false"/>
          <w:color w:val="000000"/>
          <w:u w:val="none"/>
        </w:rPr>
        <w:t xml:space="preserve"> [1GRL]</w:t>
      </w:r>
      <w:r>
        <w:rPr/>
        <w:t xml:space="preserve">,” declares the LORD. “</w:t>
      </w:r>
      <w:r>
        <w:rPr>
          <w:shd w:fill="B7DDE8" w:val="clear"/>
        </w:rPr>
        <w:t xml:space="preserve">It is an established nation, an ancient nation</w:t>
      </w:r>
      <w:r>
        <w:rPr>
          <w:b w:val="false"/>
          <w:i w:val="false"/>
          <w:color w:val="000000"/>
          <w:u w:val="none"/>
        </w:rPr>
        <w:t xml:space="preserve"> [1GRM]</w:t>
      </w:r>
      <w:r>
        <w:rPr/>
        <w:t xml:space="preserve">, </w:t>
      </w:r>
      <w:r>
        <w:rPr>
          <w:shd w:fill="B7DDE8" w:val="clear"/>
        </w:rPr>
        <w:t xml:space="preserve">a nation whose language you do not know and whose speech you do not understand</w:t>
      </w:r>
      <w:r>
        <w:rPr>
          <w:b w:val="false"/>
          <w:i w:val="false"/>
          <w:color w:val="000000"/>
          <w:u w:val="none"/>
        </w:rPr>
        <w:t xml:space="preserve"> [1GRN]</w:t>
      </w:r>
      <w:r>
        <w:rPr/>
        <w:t xml:space="preserve">.</w:t>
      </w:r>
    </w:p>
    <w:p>
      <w:pPr>
        <w:pStyle w:val="Yellow"/>
        <w:rPr/>
      </w:pPr>
      <w:r>
        <w:rPr/>
        <w:t xml:space="preserve">&lt;7&gt;</w:t>
      </w:r>
      <w:r>
        <w:rPr>
          <w:b/>
        </w:rPr>
        <w:t xml:space="preserve">Jeremiah 5:18</w:t>
      </w:r>
      <w:r>
        <w:rPr/>
        <w:t xml:space="preserve"> — “Yet even in those days,” declares the LORD, “</w:t>
      </w:r>
      <w:r>
        <w:rPr>
          <w:shd w:fill="B7DDE8" w:val="clear"/>
        </w:rPr>
        <w:t xml:space="preserve">I will not make a full end of you</w:t>
      </w:r>
      <w:r>
        <w:rPr>
          <w:b w:val="false"/>
          <w:i w:val="false"/>
          <w:u w:val="none"/>
          <w:color w:val="000000"/>
        </w:rPr>
        <w:t xml:space="preserve"> [4DOI]</w:t>
      </w:r>
      <w:r>
        <w:rPr/>
        <w:t xml:space="preserve">.</w:t>
      </w:r>
    </w:p>
    <w:p>
      <w:pPr>
        <w:pStyle w:val="Yellow"/>
        <w:rPr/>
      </w:pPr>
      <w:r>
        <w:rPr>
          <w:b/>
        </w:rPr>
        <w:t xml:space="preserve">Matthew 5:28</w:t>
      </w:r>
      <w:r>
        <w:rPr/>
        <w:t xml:space="preserve"> — </w:t>
      </w:r>
      <w:r>
        <w:rPr>
          <w:shd w:fill="B7DDE8" w:val="clear"/>
        </w:rPr>
        <w:t xml:space="preserve">anyone who looks at a woman to lust after her has already committed adultery with her in his heart</w:t>
      </w:r>
      <w:r>
        <w:rPr>
          <w:b w:val="false"/>
          <w:i w:val="false"/>
          <w:color w:val="000000"/>
          <w:u w:val="none"/>
        </w:rPr>
        <w:t xml:space="preserve"> [1GSA]</w:t>
      </w:r>
      <w:r>
        <w:rPr/>
        <w:t xml:space="preserve">.</w:t>
      </w:r>
    </w:p>
    <w:p>
      <w:pPr>
        <w:pStyle w:val="Yellow"/>
        <w:rPr/>
      </w:pPr>
      <w:r>
        <w:rPr/>
        <w:t xml:space="preserve">&lt;41&gt;</w:t>
      </w:r>
      <w:r>
        <w:rPr>
          <w:b/>
        </w:rPr>
        <w:t xml:space="preserve">1 Corinthians 6:13</w:t>
      </w:r>
      <w:r>
        <w:rPr/>
        <w:t xml:space="preserve"> — </w:t>
      </w:r>
      <w:r>
        <w:rPr>
          <w:shd w:fill="B7DDE8" w:val="clear"/>
        </w:rPr>
        <w:t xml:space="preserve">“Food for the stomach and the stomach for food,”</w:t>
      </w:r>
      <w:r>
        <w:rPr>
          <w:b w:val="false"/>
          <w:i w:val="false"/>
          <w:color w:val="000000"/>
          <w:u w:val="none"/>
        </w:rPr>
        <w:t xml:space="preserve"> [1GTJ]</w:t>
      </w:r>
      <w:r>
        <w:rPr/>
        <w:t xml:space="preserve"> but </w:t>
      </w:r>
      <w:r>
        <w:rPr>
          <w:shd w:fill="B7DDE8" w:val="clear"/>
        </w:rPr>
        <w:t xml:space="preserve">God will destroy them both</w:t>
      </w:r>
      <w:r>
        <w:rPr>
          <w:b w:val="false"/>
          <w:i w:val="false"/>
          <w:color w:val="000000"/>
          <w:u w:val="none"/>
        </w:rPr>
        <w:t xml:space="preserve"> [1GTK]</w:t>
      </w:r>
      <w:r>
        <w:rPr/>
        <w:t xml:space="preserve">. </w:t>
      </w:r>
      <w:r>
        <w:rPr>
          <w:shd w:fill="B7DDE8" w:val="clear"/>
        </w:rPr>
        <w:t xml:space="preserve">The body is not intended for sexual immorality, but for the Lord</w:t>
      </w:r>
      <w:r>
        <w:rPr>
          <w:b w:val="false"/>
          <w:i w:val="false"/>
          <w:color w:val="000000"/>
          <w:u w:val="none"/>
        </w:rPr>
        <w:t xml:space="preserve"> [1GTL]</w:t>
      </w:r>
      <w:r>
        <w:rPr/>
        <w:t xml:space="preserve">, and </w:t>
      </w:r>
      <w:r>
        <w:rPr>
          <w:shd w:fill="B7DDE8" w:val="clear"/>
        </w:rPr>
        <w:t xml:space="preserve">the Lord for the body</w:t>
      </w:r>
      <w:r>
        <w:rPr>
          <w:b w:val="false"/>
          <w:i w:val="false"/>
          <w:color w:val="000000"/>
          <w:u w:val="none"/>
        </w:rPr>
        <w:t xml:space="preserve"> [1GTM]</w:t>
      </w:r>
      <w:r>
        <w:rPr/>
        <w:t xml:space="preserve">.</w:t>
      </w:r>
    </w:p>
    <w:p>
      <w:pPr>
        <w:pStyle w:val="Yellow"/>
        <w:rPr/>
      </w:pPr>
      <w:r>
        <w:rPr>
          <w:u w:val="none"/>
        </w:rPr>
        <w:t xml:space="preserve">&lt;41&gt;</w:t>
      </w:r>
      <w:r>
        <w:rPr>
          <w:b/>
          <w:u w:val="none"/>
        </w:rPr>
        <w:t xml:space="preserve">1 Corinthians 6:15-17</w:t>
      </w:r>
      <w:r>
        <w:rPr>
          <w:u w:val="none"/>
        </w:rPr>
        <w:t xml:space="preserve"> — Do you not know that </w:t>
      </w:r>
      <w:r>
        <w:rPr>
          <w:u w:val="none"/>
          <w:shd w:fill="B7DDE8" w:val="clear"/>
        </w:rPr>
        <w:t xml:space="preserve">your bodies are members of Christ</w:t>
      </w:r>
      <w:r>
        <w:rPr>
          <w:b w:val="false"/>
          <w:i w:val="false"/>
          <w:color w:val="000000"/>
          <w:u w:val="none"/>
        </w:rPr>
        <w:t xml:space="preserve"> [1GTN]</w:t>
      </w:r>
      <w:r>
        <w:rPr>
          <w:u w:val="none"/>
        </w:rPr>
        <w:t xml:space="preserve">? Or don’t you know that </w:t>
      </w:r>
      <w:r>
        <w:rPr>
          <w:u w:val="none"/>
          <w:shd w:fill="B7DDE8" w:val="clear"/>
        </w:rPr>
        <w:t xml:space="preserve">he who unites himself with a prostitute is one with her in body</w:t>
      </w:r>
      <w:r>
        <w:rPr>
          <w:b w:val="false"/>
          <w:i w:val="false"/>
          <w:color w:val="000000"/>
          <w:u w:val="none"/>
        </w:rPr>
        <w:t xml:space="preserve"> [1GTO]</w:t>
      </w:r>
      <w:r>
        <w:rPr>
          <w:u w:val="none"/>
        </w:rPr>
        <w:t xml:space="preserve">? For it is said, “</w:t>
      </w:r>
      <w:r>
        <w:rPr>
          <w:u w:val="none"/>
          <w:shd w:fill="B7DDE8" w:val="clear"/>
        </w:rPr>
        <w:t xml:space="preserve">The two will become one flesh</w:t>
      </w:r>
      <w:r>
        <w:rPr>
          <w:b w:val="false"/>
          <w:i w:val="false"/>
          <w:u w:val="none"/>
          <w:color w:val="000000"/>
        </w:rPr>
        <w:t xml:space="preserve"> [4GNS]</w:t>
      </w:r>
      <w:r>
        <w:rPr>
          <w:u w:val="none"/>
        </w:rPr>
        <w:t xml:space="preserve">.” But </w:t>
      </w:r>
      <w:r>
        <w:rPr>
          <w:u w:val="none"/>
          <w:shd w:fill="B7DDE8" w:val="clear"/>
        </w:rPr>
        <w:t xml:space="preserve">he who unites himself with the Lord is one with Him in spirit</w:t>
      </w:r>
      <w:r>
        <w:rPr>
          <w:b w:val="false"/>
          <w:i w:val="false"/>
          <w:color w:val="000000"/>
          <w:u w:val="none"/>
        </w:rPr>
        <w:t xml:space="preserve"> [1GTP]</w:t>
      </w:r>
      <w:r>
        <w:rPr>
          <w:u w:val="none"/>
        </w:rPr>
        <w:t xml:space="preserve">.</w:t>
      </w:r>
    </w:p>
    <w:p>
      <w:pPr>
        <w:pStyle w:val="Yellow"/>
        <w:rPr/>
      </w:pPr>
      <w:r>
        <w:rPr/>
        <w:t xml:space="preserve">&lt;41&gt;</w:t>
      </w:r>
      <w:r>
        <w:rPr>
          <w:b/>
        </w:rPr>
        <w:t xml:space="preserve">1 Corinthians 6:18</w:t>
      </w:r>
      <w:r>
        <w:rPr/>
        <w:t xml:space="preserve"> — </w:t>
      </w:r>
      <w:r>
        <w:rPr>
          <w:shd w:fill="B7DDE8" w:val="clear"/>
        </w:rPr>
        <w:t xml:space="preserve">Every other sin a man can commit is outside his body</w:t>
      </w:r>
      <w:r>
        <w:rPr>
          <w:b w:val="false"/>
          <w:i w:val="false"/>
          <w:color w:val="000000"/>
          <w:u w:val="none"/>
        </w:rPr>
        <w:t xml:space="preserve"> [1GTQ]</w:t>
      </w:r>
      <w:r>
        <w:rPr/>
        <w:t xml:space="preserve">, but </w:t>
      </w:r>
      <w:r>
        <w:rPr>
          <w:shd w:fill="B7DDE8" w:val="clear"/>
        </w:rPr>
        <w:t xml:space="preserve">he who sins sexually sins against his own body</w:t>
      </w:r>
      <w:r>
        <w:rPr>
          <w:b w:val="false"/>
          <w:i w:val="false"/>
          <w:color w:val="000000"/>
          <w:u w:val="none"/>
        </w:rPr>
        <w:t xml:space="preserve"> [1GTR]</w:t>
      </w:r>
      <w:r>
        <w:rPr/>
        <w:t xml:space="preserve">.</w:t>
      </w:r>
    </w:p>
    <w:p>
      <w:pPr>
        <w:pStyle w:val="Yellow"/>
        <w:rPr/>
      </w:pPr>
      <w:r>
        <w:rPr>
          <w:u w:val="none"/>
        </w:rPr>
        <w:t xml:space="preserve">&lt;41&gt;</w:t>
      </w:r>
      <w:r>
        <w:rPr>
          <w:b/>
          <w:u w:val="none"/>
        </w:rPr>
        <w:t xml:space="preserve">1 Corinthians 6:19-20</w:t>
      </w:r>
      <w:r>
        <w:rPr>
          <w:u w:val="none"/>
        </w:rPr>
        <w:t xml:space="preserve"> — Do you not know that </w:t>
      </w:r>
      <w:r>
        <w:rPr>
          <w:u w:val="none"/>
          <w:shd w:fill="B7DDE8" w:val="clear"/>
        </w:rPr>
        <w:t xml:space="preserve">your body is a temple of </w:t>
      </w:r>
      <w:r>
        <w:rPr>
          <w:u w:val="none"/>
          <w:shd w:fill="B7DDE8" w:val="clear"/>
        </w:rPr>
        <w:t xml:space="preserve">the Holy Spirit who is in you</w:t>
      </w:r>
      <w:r>
        <w:rPr>
          <w:b w:val="false"/>
          <w:i w:val="false"/>
          <w:u w:val="none"/>
          <w:color w:val="000000"/>
        </w:rPr>
        <w:t xml:space="preserve"> [1GTS]</w:t>
      </w:r>
      <w:r>
        <w:rPr>
          <w:u w:val="none"/>
        </w:rPr>
        <w:t xml:space="preserve">, </w:t>
      </w:r>
      <w:r>
        <w:rPr>
          <w:u w:val="none"/>
          <w:shd w:fill="B7DDE8" w:val="clear"/>
        </w:rPr>
        <w:t xml:space="preserve">whom you have received from God</w:t>
      </w:r>
      <w:r>
        <w:rPr>
          <w:b w:val="false"/>
          <w:i w:val="false"/>
          <w:color w:val="000000"/>
          <w:u w:val="none"/>
        </w:rPr>
        <w:t xml:space="preserve"> [1GTT]</w:t>
      </w:r>
      <w:r>
        <w:rPr>
          <w:u w:val="none"/>
        </w:rPr>
        <w:t xml:space="preserve">? </w:t>
      </w:r>
      <w:r>
        <w:rPr>
          <w:u w:val="none"/>
          <w:shd w:fill="B7DDE8" w:val="clear"/>
        </w:rPr>
        <w:t xml:space="preserve">You are not your own</w:t>
      </w:r>
      <w:r>
        <w:rPr>
          <w:b w:val="false"/>
          <w:i w:val="false"/>
          <w:color w:val="000000"/>
          <w:u w:val="none"/>
        </w:rPr>
        <w:t xml:space="preserve"> [1GTU]</w:t>
      </w:r>
      <w:r>
        <w:rPr>
          <w:u w:val="none"/>
        </w:rPr>
        <w:t xml:space="preserve">; </w:t>
      </w:r>
      <w:r>
        <w:rPr>
          <w:u w:val="none"/>
          <w:shd w:fill="B7DDE8" w:val="clear"/>
        </w:rPr>
        <w:t xml:space="preserve">you were bought at a price</w:t>
      </w:r>
      <w:r>
        <w:rPr>
          <w:b w:val="false"/>
          <w:i w:val="false"/>
          <w:color w:val="000000"/>
          <w:u w:val="none"/>
        </w:rPr>
        <w:t xml:space="preserve"> [1GTV]</w:t>
      </w:r>
      <w:r>
        <w:rPr>
          <w:u w:val="none"/>
        </w:rPr>
        <w:t xml:space="preserve">. Therefore </w:t>
      </w:r>
      <w:r>
        <w:rPr>
          <w:u w:val="none"/>
          <w:shd w:fill="B7DDE8" w:val="clear"/>
        </w:rPr>
        <w:t xml:space="preserve">glorify God with your body</w:t>
      </w:r>
      <w:r>
        <w:rPr>
          <w:b w:val="false"/>
          <w:i w:val="false"/>
          <w:u w:val="none"/>
          <w:color w:val="000000"/>
        </w:rPr>
        <w:t xml:space="preserve"> [1GTW]</w:t>
      </w:r>
      <w:r>
        <w:rPr>
          <w:u w:val="none"/>
        </w:rPr>
        <w:t xml:space="preserve">.</w:t>
      </w:r>
    </w:p>
    <w:p>
      <w:pPr>
        <w:pStyle w:val="Yellow"/>
        <w:rPr/>
      </w:pPr>
      <w:r>
        <w:rPr/>
        <w:t xml:space="preserve">(1Co10:1 “our forefathers”) </w:t>
      </w:r>
      <w:r>
        <w:rPr>
          <w:b/>
        </w:rPr>
        <w:t xml:space="preserve">1 Corinthians 10:8</w:t>
      </w:r>
      <w:r>
        <w:rPr/>
        <w:t xml:space="preserve"> — </w:t>
      </w:r>
      <w:r>
        <w:rPr>
          <w:shd w:fill="B7DDE8" w:val="clear"/>
        </w:rPr>
        <w:t xml:space="preserve">We should not commit sexual immorality</w:t>
      </w:r>
      <w:r>
        <w:rPr>
          <w:b w:val="false"/>
          <w:i w:val="false"/>
          <w:color w:val="000000"/>
          <w:u w:val="none"/>
        </w:rPr>
        <w:t xml:space="preserve"> [1GSZ]</w:t>
      </w:r>
      <w:r>
        <w:rPr/>
        <w:t xml:space="preserve">, as </w:t>
      </w:r>
      <w:r>
        <w:rPr>
          <w:shd w:fill="B7DDE8" w:val="clear"/>
        </w:rPr>
        <w:t xml:space="preserve">some of {them} did</w:t>
      </w:r>
      <w:r>
        <w:rPr>
          <w:b w:val="false"/>
          <w:i w:val="false"/>
          <w:color w:val="000000"/>
          <w:u w:val="none"/>
        </w:rPr>
        <w:t xml:space="preserve"> [1GTA]</w:t>
      </w:r>
      <w:r>
        <w:rPr/>
        <w:t xml:space="preserve">, and </w:t>
      </w:r>
      <w:r>
        <w:rPr>
          <w:shd w:fill="B7DDE8" w:val="clear"/>
        </w:rPr>
        <w:t xml:space="preserve">in one day twenty-three thousand of them died</w:t>
      </w:r>
      <w:r>
        <w:rPr>
          <w:b w:val="false"/>
          <w:i w:val="false"/>
          <w:color w:val="000000"/>
          <w:u w:val="none"/>
        </w:rPr>
        <w:t xml:space="preserve"> [1GTB]</w:t>
      </w:r>
      <w:r>
        <w:rPr/>
        <w:t xml:space="preserve">.</w:t>
      </w:r>
    </w:p>
    <w:p>
      <w:pPr>
        <w:pStyle w:val="Yellow"/>
        <w:rPr/>
      </w:pPr>
      <w:r>
        <w:rPr>
          <w:b/>
        </w:rPr>
        <w:t xml:space="preserve">1 Thessalonians 4:3-6</w:t>
      </w:r>
      <w:r>
        <w:rPr/>
        <w:t xml:space="preserve"> — For </w:t>
      </w:r>
      <w:r>
        <w:rPr>
          <w:shd w:fill="B7DDE8" w:val="clear"/>
        </w:rPr>
        <w:t xml:space="preserve">it is God’s will that you should be holy</w:t>
      </w:r>
      <w:r>
        <w:rPr>
          <w:b w:val="false"/>
          <w:i w:val="false"/>
          <w:color w:val="000000"/>
          <w:u w:val="none"/>
        </w:rPr>
        <w:t xml:space="preserve"> [1GSP]</w:t>
      </w:r>
      <w:r>
        <w:rPr/>
        <w:t xml:space="preserve">: </w:t>
      </w:r>
      <w:r>
        <w:rPr>
          <w:shd w:fill="B7DDE8" w:val="clear"/>
        </w:rPr>
        <w:t xml:space="preserve">You must abstain from sexual immorality</w:t>
      </w:r>
      <w:r>
        <w:rPr>
          <w:b w:val="false"/>
          <w:i w:val="false"/>
          <w:color w:val="000000"/>
          <w:u w:val="none"/>
        </w:rPr>
        <w:t xml:space="preserve"> [1GSQ]</w:t>
      </w:r>
      <w:r>
        <w:rPr/>
        <w:t xml:space="preserve">; </w:t>
      </w:r>
      <w:r>
        <w:rPr>
          <w:shd w:fill="B7DDE8" w:val="clear"/>
        </w:rPr>
        <w:t xml:space="preserve">each of you must know how to control his own body in holiness and honor</w:t>
      </w:r>
      <w:r>
        <w:rPr>
          <w:b w:val="false"/>
          <w:i w:val="false"/>
          <w:color w:val="000000"/>
          <w:u w:val="none"/>
        </w:rPr>
        <w:t xml:space="preserve"> [1GSR]</w:t>
      </w:r>
      <w:r>
        <w:rPr/>
        <w:t xml:space="preserve">, </w:t>
      </w:r>
      <w:r>
        <w:rPr>
          <w:shd w:fill="B7DDE8" w:val="clear"/>
        </w:rPr>
        <w:t xml:space="preserve">not in lustful passion</w:t>
      </w:r>
      <w:r>
        <w:rPr>
          <w:b w:val="false"/>
          <w:i w:val="false"/>
          <w:color w:val="000000"/>
          <w:u w:val="none"/>
        </w:rPr>
        <w:t xml:space="preserve"> [1GSS]</w:t>
      </w:r>
      <w:r>
        <w:rPr/>
        <w:t xml:space="preserve"> like </w:t>
      </w:r>
      <w:r>
        <w:rPr>
          <w:shd w:fill="B7DDE8" w:val="clear"/>
        </w:rPr>
        <w:t xml:space="preserve">the Gentiles who do not know God</w:t>
      </w:r>
      <w:r>
        <w:rPr>
          <w:b w:val="false"/>
          <w:i w:val="false"/>
          <w:color w:val="000000"/>
          <w:u w:val="none"/>
        </w:rPr>
        <w:t xml:space="preserve"> [1GST]</w:t>
      </w:r>
      <w:r>
        <w:rPr/>
        <w:t xml:space="preserve">; and </w:t>
      </w:r>
      <w:r>
        <w:rPr>
          <w:shd w:fill="B7DDE8" w:val="clear"/>
        </w:rPr>
        <w:t xml:space="preserve">no one should ever violate or exploit his brother in this regard</w:t>
      </w:r>
      <w:r>
        <w:rPr>
          <w:b w:val="false"/>
          <w:i w:val="false"/>
          <w:color w:val="000000"/>
          <w:u w:val="none"/>
        </w:rPr>
        <w:t xml:space="preserve"> [1GSU]</w:t>
      </w:r>
      <w:r>
        <w:rPr/>
        <w:t xml:space="preserve">, because </w:t>
      </w:r>
      <w:r>
        <w:rPr>
          <w:shd w:fill="B7DDE8" w:val="clear"/>
        </w:rPr>
        <w:t xml:space="preserve">the Lord will avenge all such acts</w:t>
      </w:r>
      <w:r>
        <w:rPr>
          <w:b w:val="false"/>
          <w:i w:val="false"/>
          <w:color w:val="000000"/>
          <w:u w:val="none"/>
        </w:rPr>
        <w:t xml:space="preserve"> [1GSV]</w:t>
      </w:r>
      <w:r>
        <w:rPr/>
        <w:t xml:space="preserve">, as we have already told you and solemnly warned you.</w:t>
      </w:r>
    </w:p>
    <w:p>
      <w:pPr>
        <w:pStyle w:val="Yellow"/>
        <w:rPr/>
      </w:pPr>
      <w:r>
        <w:rPr>
          <w:b/>
        </w:rPr>
        <w:t xml:space="preserve">Jude 1:7</w:t>
      </w:r>
      <w:r>
        <w:rPr/>
        <w:t xml:space="preserve"> — In like manner, </w:t>
      </w:r>
      <w:r>
        <w:rPr>
          <w:shd w:fill="B7DDE8" w:val="clear"/>
        </w:rPr>
        <w:t xml:space="preserve">Sodom and Gomorrah and the cities around them, who indulged in sexual immorality and pursued strange flesh</w:t>
      </w:r>
      <w:r>
        <w:rPr>
          <w:b w:val="false"/>
          <w:i w:val="false"/>
          <w:color w:val="000000"/>
          <w:u w:val="none"/>
        </w:rPr>
        <w:t xml:space="preserve"> [1GSN]</w:t>
      </w:r>
      <w:r>
        <w:rPr/>
        <w:t xml:space="preserve">, </w:t>
      </w:r>
      <w:r>
        <w:rPr>
          <w:shd w:fill="B7DDE8" w:val="clear"/>
        </w:rPr>
        <w:t xml:space="preserve">are on display as an example of those who sustain the punishment of eternal fire</w:t>
      </w:r>
      <w:r>
        <w:rPr>
          <w:b w:val="false"/>
          <w:i w:val="false"/>
          <w:color w:val="000000"/>
          <w:u w:val="none"/>
        </w:rPr>
        <w:t xml:space="preserve"> [1GSO]</w:t>
      </w:r>
      <w:r>
        <w:rPr/>
        <w:t xml:space="preserve">.</w:t>
      </w:r>
    </w:p>
    <w:p>
      <w:r>
        <w:rPr>
          <w:b/>
          <w:sz w:val="32"/>
          <w:highlight w:val="yellow"/>
        </w:rPr>
        <w:t>Signs and Wonders  (10)</w:t>
      </w:r>
    </w:p>
    <w:p>
      <w:pPr>
        <w:pStyle w:val="Yellow"/>
        <w:rPr/>
      </w:pPr>
      <w:r>
        <w:rPr/>
        <w:t xml:space="preserve">(De10:17 the LORD) </w:t>
      </w:r>
      <w:r>
        <w:rPr>
          <w:b/>
        </w:rPr>
        <w:t xml:space="preserve">Deuteronomy 10:21</w:t>
      </w:r>
      <w:r>
        <w:rPr/>
        <w:t xml:space="preserve"> — </w:t>
      </w:r>
      <w:r>
        <w:rPr>
          <w:shd w:fill="B7DDE8" w:val="clear"/>
        </w:rPr>
        <w:t xml:space="preserve">{He} is your praise</w:t>
      </w:r>
      <w:r>
        <w:rPr>
          <w:b w:val="false"/>
          <w:i w:val="false"/>
          <w:u w:val="none"/>
          <w:color w:val="000000"/>
        </w:rPr>
        <w:t xml:space="preserve"> [2ERB]</w:t>
      </w:r>
      <w:r>
        <w:rPr/>
        <w:t xml:space="preserve"> and </w:t>
      </w:r>
      <w:r>
        <w:rPr>
          <w:shd w:fill="B7DDE8" w:val="clear"/>
        </w:rPr>
        <w:t xml:space="preserve">He is your God</w:t>
      </w:r>
      <w:r>
        <w:rPr>
          <w:b w:val="false"/>
          <w:i w:val="false"/>
          <w:color w:val="000000"/>
          <w:u w:val="none"/>
        </w:rPr>
        <w:t xml:space="preserve"> [15MP]</w:t>
      </w:r>
      <w:r>
        <w:rPr/>
        <w:t xml:space="preserve">, </w:t>
      </w:r>
      <w:r>
        <w:rPr>
          <w:shd w:fill="B7DDE8" w:val="clear"/>
        </w:rPr>
        <w:t xml:space="preserve">who has done for you these great and awesome wonders that your eyes have seen</w:t>
      </w:r>
      <w:r>
        <w:rPr>
          <w:b w:val="false"/>
          <w:i w:val="false"/>
          <w:u w:val="none"/>
          <w:color w:val="000000"/>
        </w:rPr>
        <w:t xml:space="preserve"> [1GFK]</w:t>
      </w:r>
      <w:r>
        <w:rPr/>
        <w:t xml:space="preserve">.</w:t>
      </w:r>
    </w:p>
    <w:p>
      <w:pPr>
        <w:pStyle w:val="Yellow"/>
        <w:rPr/>
        <w:pBdr>
          <w:left w:val="single" w:sz="28" w:space="5" w:color="C00000"/>
        </w:pBdr>
      </w:pPr>
      <w:r>
        <w:rPr>
          <w:b/>
        </w:rPr>
        <w:t xml:space="preserve">Psalm 86:10</w:t>
      </w:r>
      <w:r>
        <w:rPr/>
        <w:t xml:space="preserve"> — For </w:t>
      </w:r>
      <w:r>
        <w:rPr>
          <w:shd w:fill="B7DDE8" w:val="clear"/>
        </w:rPr>
        <w:t xml:space="preserve">You are great</w:t>
      </w:r>
      <w:r>
        <w:rPr>
          <w:b w:val="false"/>
          <w:i w:val="false"/>
          <w:color w:val="000000"/>
          <w:u w:val="none"/>
        </w:rPr>
        <w:t xml:space="preserve"> [6GC]</w:t>
      </w:r>
      <w:r>
        <w:rPr/>
        <w:t xml:space="preserve"> and </w:t>
      </w:r>
      <w:r>
        <w:rPr>
          <w:shd w:fill="B7DDE8" w:val="clear"/>
        </w:rPr>
        <w:t xml:space="preserve">perform wonders</w:t>
      </w:r>
      <w:r>
        <w:rPr>
          <w:b w:val="false"/>
          <w:i w:val="false"/>
          <w:color w:val="000000"/>
          <w:u w:val="none"/>
        </w:rPr>
        <w:t xml:space="preserve"> [3BVE]</w:t>
      </w:r>
      <w:r>
        <w:rPr/>
        <w:t xml:space="preserve">; </w:t>
      </w:r>
      <w:r>
        <w:rPr>
          <w:shd w:fill="B7DDE8" w:val="clear"/>
        </w:rPr>
        <w:t xml:space="preserve">You alone are God</w:t>
      </w:r>
      <w:r>
        <w:rPr>
          <w:b w:val="false"/>
          <w:i w:val="false"/>
          <w:u w:val="none"/>
          <w:color w:val="000000"/>
        </w:rPr>
        <w:t xml:space="preserve"> [19FQ]</w:t>
      </w:r>
      <w:r>
        <w:rPr/>
        <w:t xml:space="preserve">.</w:t>
      </w:r>
    </w:p>
    <w:p>
      <w:pPr>
        <w:pStyle w:val="Yellow"/>
        <w:rPr/>
      </w:pPr>
      <w:r>
        <w:rPr>
          <w:b/>
        </w:rPr>
        <w:t xml:space="preserve">Jeremiah 32:20</w:t>
      </w:r>
      <w:r>
        <w:rPr/>
        <w:t xml:space="preserve"> — </w:t>
      </w:r>
      <w:r>
        <w:rPr>
          <w:shd w:fill="B7DDE8" w:val="clear"/>
        </w:rPr>
        <w:t xml:space="preserve">You performed signs and wonders in the land of Egypt</w:t>
      </w:r>
      <w:r>
        <w:rPr>
          <w:b w:val="false"/>
          <w:i w:val="false"/>
          <w:color w:val="000000"/>
          <w:u w:val="none"/>
        </w:rPr>
        <w:t xml:space="preserve"> [1KIJ]</w:t>
      </w:r>
      <w:r>
        <w:rPr/>
        <w:t xml:space="preserve">, and </w:t>
      </w:r>
      <w:r>
        <w:rPr>
          <w:shd w:fill="B7DDE8" w:val="clear"/>
        </w:rPr>
        <w:t xml:space="preserve">You do so to this very day, both in Israel and among all mankind</w:t>
      </w:r>
      <w:r>
        <w:rPr>
          <w:b w:val="false"/>
          <w:i w:val="false"/>
          <w:color w:val="000000"/>
          <w:u w:val="none"/>
        </w:rPr>
        <w:t xml:space="preserve"> [1KIK]</w:t>
      </w:r>
      <w:r>
        <w:rPr/>
        <w:t xml:space="preserve">. And </w:t>
      </w:r>
      <w:r>
        <w:rPr>
          <w:shd w:fill="B7DDE8" w:val="clear"/>
        </w:rPr>
        <w:t xml:space="preserve">You have made a name for Yourself</w:t>
      </w:r>
      <w:r>
        <w:rPr>
          <w:b w:val="false"/>
          <w:i w:val="false"/>
          <w:color w:val="000000"/>
          <w:u w:val="none"/>
        </w:rPr>
        <w:t xml:space="preserve"> [1KIL]</w:t>
      </w:r>
      <w:r>
        <w:rPr/>
        <w:t xml:space="preserve">, as is the case to this day.</w:t>
      </w:r>
    </w:p>
    <w:p>
      <w:pPr>
        <w:pStyle w:val="Yellow"/>
        <w:rPr/>
      </w:pPr>
      <w:r>
        <w:rPr>
          <w:b/>
        </w:rPr>
        <w:t>Daniel 6:27</w:t>
      </w:r>
      <w:r>
        <w:rPr/>
        <w:t xml:space="preserve"> — </w:t>
      </w:r>
      <w:r>
        <w:rPr>
          <w:shd w:val="clear" w:fill="B7DDE8"/>
        </w:rPr>
        <w:t>He delivers</w:t>
      </w:r>
      <w:r>
        <w:rPr>
          <w:b w:val="false"/>
          <w:i w:val="false"/>
          <w:color w:val="000000"/>
          <w:u w:val="none"/>
        </w:rPr>
        <w:t xml:space="preserve"> [1DRF]</w:t>
      </w:r>
      <w:r>
        <w:rPr/>
        <w:t xml:space="preserve"> and </w:t>
      </w:r>
      <w:r>
        <w:rPr>
          <w:shd w:val="clear" w:fill="B7DDE8"/>
        </w:rPr>
        <w:t>rescues</w:t>
      </w:r>
      <w:r>
        <w:rPr>
          <w:b w:val="false"/>
          <w:i w:val="false"/>
          <w:color w:val="000000"/>
          <w:u w:val="none"/>
        </w:rPr>
        <w:t xml:space="preserve"> [1DRG]</w:t>
      </w:r>
      <w:r>
        <w:rPr/>
        <w:t xml:space="preserve">; </w:t>
      </w:r>
      <w:r>
        <w:rPr>
          <w:shd w:val="clear" w:fill="B7DDE8"/>
        </w:rPr>
        <w:t>He performs signs and wonders in the heavens and on the earth</w:t>
      </w:r>
      <w:r>
        <w:rPr>
          <w:b w:val="false"/>
          <w:i w:val="false"/>
          <w:color w:val="000000"/>
          <w:u w:val="none"/>
        </w:rPr>
        <w:t xml:space="preserve"> [1DRH]</w:t>
      </w:r>
      <w:r>
        <w:rPr/>
        <w:t xml:space="preserve">, for </w:t>
      </w:r>
      <w:r>
        <w:rPr>
          <w:shd w:val="clear" w:fill="B7DDE8"/>
        </w:rPr>
        <w:t>He has rescued Daniel from the power of the lions</w:t>
      </w:r>
      <w:r>
        <w:rPr>
          <w:b w:val="false"/>
          <w:i w:val="false"/>
          <w:color w:val="000000"/>
          <w:u w:val="none"/>
        </w:rPr>
        <w:t xml:space="preserve"> [1DRI]</w:t>
      </w:r>
      <w:r>
        <w:rPr/>
        <w:t>.”</w:t>
      </w:r>
    </w:p>
    <w:p>
      <w:pPr>
        <w:pStyle w:val="Yellow"/>
        <w:rPr/>
        <w:pBdr>
          <w:left w:val="single" w:sz="28" w:space="5" w:color="C00000"/>
        </w:pBdr>
      </w:pPr>
      <w:r>
        <w:rPr>
          <w:b/>
        </w:rPr>
        <w:t xml:space="preserve">Mark 16:17</w:t>
      </w:r>
      <w:r>
        <w:rPr/>
        <w:t xml:space="preserve"> — </w:t>
      </w:r>
      <w:r>
        <w:rPr>
          <w:shd w:fill="B7DDE8" w:val="clear"/>
        </w:rPr>
        <w:t xml:space="preserve">these signs will accompany those who believe</w:t>
      </w:r>
      <w:r>
        <w:rPr>
          <w:b w:val="false"/>
          <w:i w:val="false"/>
          <w:color w:val="000000"/>
          <w:u w:val="none"/>
        </w:rPr>
        <w:t xml:space="preserve"> [1IFX]</w:t>
      </w:r>
      <w:r>
        <w:rPr/>
        <w:t xml:space="preserve">: </w:t>
      </w:r>
      <w:r>
        <w:rPr>
          <w:shd w:fill="B7DDE8" w:val="clear"/>
        </w:rPr>
        <w:t xml:space="preserve">In My name they will drive out demons</w:t>
      </w:r>
      <w:r>
        <w:rPr>
          <w:b w:val="false"/>
          <w:i w:val="false"/>
          <w:u w:val="none"/>
          <w:color w:val="000000"/>
        </w:rPr>
        <w:t xml:space="preserve"> [1IFY]</w:t>
      </w:r>
      <w:r>
        <w:rPr/>
        <w:t xml:space="preserve">; </w:t>
      </w:r>
      <w:r>
        <w:rPr>
          <w:shd w:fill="B7DDE8" w:val="clear"/>
        </w:rPr>
        <w:t xml:space="preserve">they will speak in new tongues</w:t>
      </w:r>
      <w:r>
        <w:rPr>
          <w:b w:val="false"/>
          <w:i w:val="false"/>
          <w:color w:val="000000"/>
          <w:u w:val="none"/>
        </w:rPr>
        <w:t xml:space="preserve"> [1IFZ]</w:t>
      </w:r>
      <w:r>
        <w:rPr/>
        <w:t xml:space="preserve">;</w:t>
      </w:r>
    </w:p>
    <w:p>
      <w:pPr>
        <w:pStyle w:val="Yellow"/>
        <w:rPr/>
      </w:pPr>
      <w:r>
        <w:rPr/>
        <w:t xml:space="preserve">(Mk16:17ᶜ “those who believe”¹) </w:t>
      </w:r>
      <w:r>
        <w:rPr>
          <w:b/>
        </w:rPr>
        <w:t>Mark 16:18</w:t>
      </w:r>
      <w:r>
        <w:rPr/>
        <w:t xml:space="preserve"> — </w:t>
      </w:r>
      <w:r>
        <w:rPr>
          <w:shd w:val="clear" w:fill="B7DDE8"/>
        </w:rPr>
        <w:t>{they} will pick up snakes with their hands</w:t>
      </w:r>
      <w:r>
        <w:rPr>
          <w:b w:val="false"/>
          <w:i w:val="false"/>
          <w:color w:val="000000"/>
          <w:u w:val="none"/>
        </w:rPr>
        <w:t xml:space="preserve"> [1EPS]</w:t>
      </w:r>
      <w:r>
        <w:rPr/>
        <w:t xml:space="preserve">, and </w:t>
      </w:r>
      <w:r>
        <w:rPr>
          <w:shd w:val="clear" w:fill="B7DDE8"/>
        </w:rPr>
        <w:t>if they drink any deadly poison, it will not harm them</w:t>
      </w:r>
      <w:r>
        <w:rPr>
          <w:b w:val="false"/>
          <w:i w:val="false"/>
          <w:color w:val="000000"/>
          <w:u w:val="none"/>
        </w:rPr>
        <w:t xml:space="preserve"> [1EPT]</w:t>
      </w:r>
      <w:r>
        <w:rPr/>
        <w:t xml:space="preserve">; </w:t>
      </w:r>
      <w:r>
        <w:rPr>
          <w:shd w:val="clear" w:fill="B7DDE8"/>
        </w:rPr>
        <w:t>they will lay their hands on the sick</w:t>
      </w:r>
      <w:r>
        <w:rPr>
          <w:b w:val="false"/>
          <w:i w:val="false"/>
          <w:color w:val="000000"/>
          <w:u w:val="none"/>
        </w:rPr>
        <w:t xml:space="preserve"> [1EPU]</w:t>
      </w:r>
      <w:r>
        <w:rPr/>
        <w:t xml:space="preserve">, and </w:t>
      </w:r>
      <w:r>
        <w:rPr>
          <w:shd w:val="clear" w:fill="B7DDE8"/>
        </w:rPr>
        <w:t>they will be made well</w:t>
      </w:r>
      <w:r>
        <w:rPr>
          <w:b w:val="false"/>
          <w:i w:val="false"/>
          <w:color w:val="000000"/>
          <w:u w:val="none"/>
        </w:rPr>
        <w:t xml:space="preserve"> [1EPV]</w:t>
      </w:r>
      <w:r>
        <w:rPr/>
        <w:t>.”</w:t>
      </w:r>
    </w:p>
    <w:p>
      <w:pPr>
        <w:pStyle w:val="Yellow"/>
        <w:rPr/>
      </w:pPr>
      <w:r>
        <w:rPr>
          <w:shd w:val="clear" w:color="auto" w:fill="548235"/>
          <w:color w:val="FFFFFF"/>
        </w:rPr>
        <w:t xml:space="preserve">(Mk16:14 “the Eleven”¹) </w:t>
      </w:r>
      <w:r>
        <w:rPr>
          <w:b/>
          <w:shd w:val="clear" w:color="auto" w:fill="548235"/>
          <w:color w:val="FFFFFF"/>
        </w:rPr>
        <w:t xml:space="preserve">Mark 16:20</w:t>
      </w:r>
      <w:r>
        <w:rPr>
          <w:shd w:val="clear" w:color="auto" w:fill="548235"/>
          <w:color w:val="FFFFFF"/>
        </w:rPr>
        <w:t xml:space="preserve"> — </w:t>
      </w:r>
      <w:r>
        <w:rPr>
          <w:shd w:fill="548235" w:val="clear" w:color="auto"/>
          <w:color w:val="FFFFFF"/>
        </w:rPr>
        <w:t xml:space="preserve">{they} went out and preached everywhere</w:t>
      </w:r>
      <w:r>
        <w:rPr>
          <w:b w:val="false"/>
          <w:i w:val="false"/>
          <w:color w:val="FFFFFF"/>
          <w:u w:val="none"/>
          <w:shd w:val="clear" w:color="auto" w:fill="548235"/>
        </w:rPr>
        <w:t xml:space="preserve"> [1GLT]</w:t>
      </w:r>
      <w:r>
        <w:rPr>
          <w:shd w:val="clear" w:color="auto" w:fill="548235"/>
          <w:color w:val="FFFFFF"/>
        </w:rPr>
        <w:t xml:space="preserve">, and </w:t>
      </w:r>
      <w:r>
        <w:rPr>
          <w:shd w:fill="548235" w:val="clear" w:color="auto"/>
          <w:color w:val="FFFFFF"/>
        </w:rPr>
        <w:t xml:space="preserve">the Lord worked through them</w:t>
      </w:r>
      <w:r>
        <w:rPr>
          <w:b w:val="false"/>
          <w:i w:val="false"/>
          <w:color w:val="FFFFFF"/>
          <w:u w:val="none"/>
          <w:shd w:val="clear" w:color="auto" w:fill="548235"/>
        </w:rPr>
        <w:t xml:space="preserve"> [1GLU]</w:t>
      </w:r>
      <w:r>
        <w:rPr>
          <w:shd w:val="clear" w:color="auto" w:fill="548235"/>
          <w:color w:val="FFFFFF"/>
        </w:rPr>
        <w:t xml:space="preserve">, </w:t>
      </w:r>
      <w:r>
        <w:rPr>
          <w:shd w:fill="548235" w:val="clear" w:color="auto"/>
          <w:color w:val="FFFFFF"/>
        </w:rPr>
        <w:t xml:space="preserve">confirming His word by the signs that accompanied it</w:t>
      </w:r>
      <w:r>
        <w:rPr>
          <w:b w:val="false"/>
          <w:i w:val="false"/>
          <w:color w:val="FFFFFF"/>
          <w:u w:val="none"/>
          <w:shd w:val="clear" w:color="auto" w:fill="548235"/>
        </w:rPr>
        <w:t xml:space="preserve"> [1GLV]</w:t>
      </w:r>
      <w:r>
        <w:rPr>
          <w:shd w:val="clear" w:color="auto" w:fill="548235"/>
          <w:color w:val="FFFFFF"/>
        </w:rPr>
        <w:t xml:space="preserve">.</w:t>
      </w:r>
    </w:p>
    <w:p>
      <w:pPr>
        <w:pStyle w:val="Yellow"/>
        <w:rPr/>
      </w:pPr>
      <w:r>
        <w:rPr>
          <w:b/>
        </w:rPr>
        <w:t>John 10:25</w:t>
      </w:r>
      <w:r>
        <w:rPr/>
        <w:t xml:space="preserve"> — </w:t>
      </w:r>
      <w:r>
        <w:rPr>
          <w:shd w:fill="B7DDE8" w:val="clear"/>
        </w:rPr>
        <w:t>The works I do in My Father’s name testify on My behalf</w:t>
      </w:r>
      <w:r>
        <w:rPr>
          <w:b w:val="false"/>
          <w:i w:val="false"/>
          <w:color w:val="000000"/>
          <w:u w:val="none"/>
        </w:rPr>
        <w:t xml:space="preserve"> [1LXG]</w:t>
      </w:r>
      <w:r>
        <w:rPr/>
        <w:t>.</w:t>
      </w:r>
    </w:p>
    <w:p>
      <w:pPr>
        <w:pStyle w:val="Yellow"/>
        <w:rPr/>
      </w:pPr>
      <w:r>
        <w:rPr>
          <w:b/>
        </w:rPr>
        <w:t>Acts 6:8</w:t>
      </w:r>
      <w:r>
        <w:rPr/>
        <w:t xml:space="preserve"> — Now </w:t>
      </w:r>
      <w:r>
        <w:rPr>
          <w:shd w:fill="B7DDE8" w:val="clear"/>
        </w:rPr>
        <w:t>Stephen, who was full of grace and power</w:t>
      </w:r>
      <w:r>
        <w:rPr>
          <w:b w:val="false"/>
          <w:i w:val="false"/>
          <w:color w:val="000000"/>
          <w:u w:val="none"/>
        </w:rPr>
        <w:t xml:space="preserve"> [1FVY]</w:t>
      </w:r>
      <w:r>
        <w:rPr/>
        <w:t xml:space="preserve">, </w:t>
      </w:r>
      <w:r>
        <w:rPr>
          <w:shd w:fill="B7DDE8" w:val="clear"/>
        </w:rPr>
        <w:t>was performing great wonders and signs among the people</w:t>
      </w:r>
      <w:r>
        <w:rPr>
          <w:b w:val="false"/>
          <w:i w:val="false"/>
          <w:color w:val="000000"/>
          <w:u w:val="none"/>
        </w:rPr>
        <w:t xml:space="preserve"> [1FVZ]</w:t>
      </w:r>
      <w:r>
        <w:rPr/>
        <w:t>.</w:t>
      </w:r>
    </w:p>
    <w:p>
      <w:pPr>
        <w:pStyle w:val="Yellow"/>
        <w:rPr/>
      </w:pPr>
      <w:r>
        <w:rPr>
          <w:b/>
        </w:rPr>
        <w:t>Acts 14:3</w:t>
      </w:r>
      <w:r>
        <w:rPr/>
        <w:t xml:space="preserve"> — </w:t>
      </w:r>
      <w:r>
        <w:rPr>
          <w:shd w:fill="B7DDE8" w:val="clear"/>
        </w:rPr>
        <w:t>Paul and Barnabas spent considerable time there, speaking boldly for the Lord</w:t>
      </w:r>
      <w:r>
        <w:rPr>
          <w:b w:val="false"/>
          <w:i w:val="false"/>
          <w:color w:val="000000"/>
          <w:u w:val="none"/>
        </w:rPr>
        <w:t xml:space="preserve"> [1FWA]</w:t>
      </w:r>
      <w:r>
        <w:rPr/>
        <w:t xml:space="preserve">, </w:t>
      </w:r>
      <w:r>
        <w:rPr>
          <w:shd w:fill="B7DDE8" w:val="clear"/>
        </w:rPr>
        <w:t>who affirmed the message of His grace by enabling them to perform signs and wonders</w:t>
      </w:r>
      <w:r>
        <w:rPr>
          <w:b w:val="false"/>
          <w:i w:val="false"/>
          <w:color w:val="000000"/>
          <w:u w:val="none"/>
        </w:rPr>
        <w:t xml:space="preserve"> [1FWB]</w:t>
      </w:r>
      <w:r>
        <w:rPr/>
        <w:t>.</w:t>
      </w:r>
    </w:p>
    <w:p>
      <w:r>
        <w:rPr>
          <w:b/>
          <w:sz w:val="32"/>
          <w:highlight w:val="yellow"/>
        </w:rPr>
        <w:t>Sins of the Fathers Visited on Children  (12)</w:t>
      </w:r>
    </w:p>
    <w:p>
      <w:pPr>
        <w:pStyle w:val="Yellow"/>
        <w:rPr/>
      </w:pPr>
      <w:r>
        <w:rPr>
          <w:b/>
          <w:u w:val="none"/>
        </w:rPr>
        <w:t>Exodus 34:6–7</w:t>
      </w:r>
      <w:r>
        <w:rPr>
          <w:u w:val="none"/>
        </w:rPr>
        <w:t xml:space="preserve"> — “</w:t>
      </w:r>
      <w:r>
        <w:rPr>
          <w:u w:val="none"/>
          <w:shd w:val="clear" w:fill="B7DDE8"/>
        </w:rPr>
        <w:t>The LORD, the LORD God, is compassionate and gracious</w:t>
      </w:r>
      <w:r>
        <w:rPr>
          <w:b w:val="false"/>
          <w:i w:val="false"/>
          <w:color w:val="000000"/>
          <w:u w:val="none"/>
        </w:rPr>
        <w:t xml:space="preserve"> [19FI]</w:t>
      </w:r>
      <w:r>
        <w:rPr>
          <w:u w:val="none"/>
        </w:rPr>
        <w:t xml:space="preserve">, </w:t>
      </w:r>
      <w:r>
        <w:rPr>
          <w:u w:val="none"/>
          <w:shd w:val="clear" w:fill="B7DDE8"/>
        </w:rPr>
        <w:t>slow to anger</w:t>
      </w:r>
      <w:r>
        <w:rPr>
          <w:b w:val="false"/>
          <w:i w:val="false"/>
          <w:color w:val="000000"/>
          <w:u w:val="none"/>
        </w:rPr>
        <w:t xml:space="preserve"> [9FOC]</w:t>
      </w:r>
      <w:r>
        <w:rPr>
          <w:u w:val="none"/>
        </w:rPr>
        <w:t xml:space="preserve">, </w:t>
      </w:r>
      <w:r>
        <w:rPr>
          <w:u w:val="none"/>
          <w:shd w:val="clear" w:fill="B7DDE8"/>
        </w:rPr>
        <w:t>abounding in loving devotion and faithfulness</w:t>
      </w:r>
      <w:r>
        <w:rPr>
          <w:b w:val="false"/>
          <w:i w:val="false"/>
          <w:color w:val="000000"/>
          <w:u w:val="none"/>
        </w:rPr>
        <w:t xml:space="preserve"> [2FOF]</w:t>
      </w:r>
      <w:r>
        <w:rPr>
          <w:u w:val="none"/>
        </w:rPr>
        <w:t xml:space="preserve">, </w:t>
      </w:r>
      <w:r>
        <w:rPr>
          <w:u w:val="none"/>
          <w:shd w:val="clear" w:fill="B7DDE8"/>
        </w:rPr>
        <w:t>maintaining loving devotion to a thousand generations</w:t>
      </w:r>
      <w:r>
        <w:rPr>
          <w:b w:val="false"/>
          <w:i w:val="false"/>
          <w:u w:val="none"/>
          <w:color w:val="000000"/>
        </w:rPr>
        <w:t xml:space="preserve"> [1FOP]</w:t>
      </w:r>
      <w:r>
        <w:rPr>
          <w:u w:val="none"/>
        </w:rPr>
        <w:t xml:space="preserve">, </w:t>
      </w:r>
      <w:r>
        <w:rPr>
          <w:u w:val="none"/>
          <w:shd w:val="clear" w:fill="B7DDE8"/>
        </w:rPr>
        <w:t>forgiving iniquity, transgression, and sin</w:t>
      </w:r>
      <w:r>
        <w:rPr>
          <w:b w:val="false"/>
          <w:i w:val="false"/>
          <w:color w:val="000000"/>
          <w:u w:val="none"/>
        </w:rPr>
        <w:t xml:space="preserve"> [2FOM]</w:t>
      </w:r>
      <w:r>
        <w:rPr>
          <w:u w:val="none"/>
        </w:rPr>
        <w:t xml:space="preserve">. Yet </w:t>
      </w:r>
      <w:r>
        <w:rPr>
          <w:u w:val="none"/>
          <w:shd w:val="clear" w:fill="B7DDE8"/>
        </w:rPr>
        <w:t>He will by no means leave the guilty unpunished</w:t>
      </w:r>
      <w:r>
        <w:rPr>
          <w:b w:val="false"/>
          <w:i w:val="false"/>
          <w:color w:val="000000"/>
          <w:u w:val="none"/>
        </w:rPr>
        <w:t xml:space="preserve"> [3FON]</w:t>
      </w:r>
      <w:r>
        <w:rPr>
          <w:u w:val="none"/>
        </w:rPr>
        <w:t xml:space="preserve">; </w:t>
      </w:r>
      <w:r>
        <w:rPr>
          <w:u w:val="none"/>
          <w:shd w:val="clear" w:fill="B7DDE8"/>
        </w:rPr>
        <w:t>He will visit the iniquity of the fathers on their children and grandchildren to the third and fourth generations</w:t>
      </w:r>
      <w:r>
        <w:rPr>
          <w:b w:val="false"/>
          <w:i w:val="false"/>
          <w:color w:val="000000"/>
          <w:u w:val="none"/>
        </w:rPr>
        <w:t xml:space="preserve"> [2FOO]</w:t>
      </w:r>
      <w:r>
        <w:rPr>
          <w:u w:val="none"/>
        </w:rPr>
        <w:t>.”</w:t>
      </w:r>
    </w:p>
    <w:p>
      <w:pPr>
        <w:pStyle w:val="Yellow"/>
        <w:rPr/>
        <w:shd w:val="clear" w:color="auto" w:fill="E4DFEC"/>
        <w:pBdr>
          <w:left w:val="single" w:sz="28" w:space="5" w:color="B4A7D6"/>
        </w:pBdr>
      </w:pPr>
      <w:r>
        <w:rPr>
          <w:b/>
          <w:u w:val="none"/>
        </w:rPr>
        <w:t>Numbers 14:18</w:t>
      </w:r>
      <w:r>
        <w:rPr>
          <w:u w:val="none"/>
        </w:rPr>
        <w:t xml:space="preserve"> — </w:t>
      </w:r>
      <w:r>
        <w:rPr>
          <w:u w:val="none"/>
          <w:shd w:val="clear" w:fill="B7DDE8"/>
        </w:rPr>
        <w:t>The LORD is slow to anger</w:t>
      </w:r>
      <w:r>
        <w:rPr>
          <w:b w:val="false"/>
          <w:i w:val="false"/>
          <w:color w:val="000000"/>
          <w:u w:val="none"/>
        </w:rPr>
        <w:t xml:space="preserve"> [9FOC]</w:t>
      </w:r>
      <w:r>
        <w:rPr>
          <w:u w:val="none"/>
        </w:rPr>
        <w:t xml:space="preserve"> and </w:t>
      </w:r>
      <w:r>
        <w:rPr>
          <w:u w:val="none"/>
          <w:shd w:val="clear" w:fill="B7DDE8"/>
        </w:rPr>
        <w:t>abounding in loving devotion</w:t>
      </w:r>
      <w:r>
        <w:rPr>
          <w:b w:val="false"/>
          <w:i w:val="false"/>
          <w:u w:val="none"/>
          <w:color w:val="000000"/>
        </w:rPr>
        <w:t xml:space="preserve"> [6FOD]</w:t>
      </w:r>
      <w:r>
        <w:rPr>
          <w:u w:val="none"/>
        </w:rPr>
        <w:t xml:space="preserve">, </w:t>
      </w:r>
      <w:r>
        <w:rPr>
          <w:u w:val="none"/>
          <w:shd w:val="clear" w:fill="B7DDE8"/>
        </w:rPr>
        <w:t>forgiving iniquity and transgression</w:t>
      </w:r>
      <w:r>
        <w:rPr>
          <w:b w:val="false"/>
          <w:i w:val="false"/>
          <w:color w:val="000000"/>
          <w:u w:val="none"/>
        </w:rPr>
        <w:t xml:space="preserve"> [2FOM]</w:t>
      </w:r>
      <w:r>
        <w:rPr>
          <w:u w:val="none"/>
        </w:rPr>
        <w:t xml:space="preserve">. Yet </w:t>
      </w:r>
      <w:r>
        <w:rPr>
          <w:u w:val="none"/>
          <w:shd w:val="clear" w:fill="B7DDE8"/>
        </w:rPr>
        <w:t>He will by no means leave the guilty unpunished</w:t>
      </w:r>
      <w:r>
        <w:rPr>
          <w:b w:val="false"/>
          <w:i w:val="false"/>
          <w:u w:val="none"/>
          <w:color w:val="000000"/>
        </w:rPr>
        <w:t xml:space="preserve"> [3FON]</w:t>
      </w:r>
      <w:r>
        <w:rPr>
          <w:u w:val="none"/>
        </w:rPr>
        <w:t xml:space="preserve">; </w:t>
      </w:r>
      <w:r>
        <w:rPr>
          <w:u w:val="none"/>
          <w:shd w:val="clear" w:fill="B7DDE8"/>
        </w:rPr>
        <w:t>He will visit the iniquity of the fathers upon their children to the third and fourth generation</w:t>
      </w:r>
      <w:r>
        <w:rPr>
          <w:b w:val="false"/>
          <w:i w:val="false"/>
          <w:color w:val="000000"/>
          <w:u w:val="none"/>
        </w:rPr>
        <w:t xml:space="preserve"> [2FOO]</w:t>
      </w:r>
      <w:r>
        <w:rPr>
          <w:u w:val="none"/>
        </w:rPr>
        <w:t>.</w:t>
      </w:r>
    </w:p>
    <w:p>
      <w:pPr>
        <w:pStyle w:val="Yellow"/>
        <w:rPr/>
      </w:pPr>
      <w:r>
        <w:rPr/>
        <w:t xml:space="preserve">&lt;100&gt;</w:t>
      </w:r>
      <w:r>
        <w:rPr>
          <w:b/>
        </w:rPr>
        <w:t xml:space="preserve">Numbers 14:31</w:t>
      </w:r>
      <w:r>
        <w:rPr/>
        <w:t xml:space="preserve"> — But </w:t>
      </w:r>
      <w:r>
        <w:rPr>
          <w:shd w:fill="B7DDE8" w:val="clear"/>
        </w:rPr>
        <w:t xml:space="preserve">I will bring your children, whom you said would become plunder, into the land you have rejected</w:t>
      </w:r>
      <w:r>
        <w:rPr>
          <w:b w:val="false"/>
          <w:i w:val="false"/>
          <w:color w:val="000000"/>
          <w:u w:val="none"/>
        </w:rPr>
        <w:t xml:space="preserve"> [1GPE]</w:t>
      </w:r>
      <w:r>
        <w:rPr/>
        <w:t xml:space="preserve">—and </w:t>
      </w:r>
      <w:r>
        <w:rPr>
          <w:shd w:fill="B7DDE8" w:val="clear"/>
        </w:rPr>
        <w:t xml:space="preserve">they will enjoy it</w:t>
      </w:r>
      <w:r>
        <w:rPr>
          <w:b w:val="false"/>
          <w:i w:val="false"/>
          <w:color w:val="000000"/>
          <w:u w:val="none"/>
        </w:rPr>
        <w:t xml:space="preserve"> [1GPF]</w:t>
      </w:r>
      <w:r>
        <w:rPr/>
        <w:t xml:space="preserve">.</w:t>
      </w:r>
    </w:p>
    <w:p>
      <w:pPr>
        <w:pStyle w:val="Yellow"/>
        <w:rPr/>
      </w:pPr>
      <w:r>
        <w:rPr/>
        <w:t xml:space="preserve">&lt;100&gt;(Nu14:27ᶜ “this wicked congregation grumble against Me”) </w:t>
      </w:r>
      <w:r>
        <w:rPr>
          <w:b/>
        </w:rPr>
        <w:t xml:space="preserve">Numbers 14:33</w:t>
      </w:r>
      <w:r>
        <w:rPr/>
        <w:t xml:space="preserve"> — </w:t>
      </w:r>
      <w:r>
        <w:rPr>
          <w:shd w:fill="B7DDE8" w:val="clear"/>
        </w:rPr>
        <w:t xml:space="preserve">Your children will be shepherds in the wilderness for forty years</w:t>
      </w:r>
      <w:r>
        <w:rPr>
          <w:b w:val="false"/>
          <w:i w:val="false"/>
          <w:color w:val="000000"/>
          <w:u w:val="none"/>
        </w:rPr>
        <w:t xml:space="preserve"> [1GPG]</w:t>
      </w:r>
      <w:r>
        <w:rPr/>
        <w:t xml:space="preserve">, and </w:t>
      </w:r>
      <w:r>
        <w:rPr>
          <w:shd w:fill="B7DDE8" w:val="clear"/>
        </w:rPr>
        <w:t xml:space="preserve">they will suffer for your unfaithfulness until the last of your bodies lies in the wilderness</w:t>
      </w:r>
      <w:r>
        <w:rPr>
          <w:b w:val="false"/>
          <w:i w:val="false"/>
          <w:color w:val="000000"/>
          <w:u w:val="none"/>
        </w:rPr>
        <w:t xml:space="preserve"> [1GPH]</w:t>
      </w:r>
      <w:r>
        <w:rPr/>
        <w:t xml:space="preserve">.</w:t>
      </w:r>
    </w:p>
    <w:p>
      <w:pPr>
        <w:pStyle w:val="Yellow"/>
        <w:rPr/>
      </w:pPr>
      <w:r>
        <w:rPr>
          <w:b/>
          <w:shd w:val="clear" w:color="auto" w:fill="1F3864"/>
          <w:color w:val="FFFFFF"/>
        </w:rPr>
        <w:t xml:space="preserve">2 Samuel 12:10</w:t>
      </w:r>
      <w:r>
        <w:rPr>
          <w:shd w:val="clear" w:color="auto" w:fill="1F3864"/>
          <w:color w:val="FFFFFF"/>
        </w:rPr>
        <w:t xml:space="preserve"> — </w:t>
      </w:r>
      <w:r>
        <w:rPr>
          <w:shd w:val="clear" w:color="auto" w:fill="1F3864"/>
          <w:color w:val="FFFFFF"/>
        </w:rPr>
        <w:t xml:space="preserve">the sword will never depart from your house</w:t>
      </w:r>
      <w:r>
        <w:rPr>
          <w:b w:val="false"/>
          <w:i w:val="false"/>
          <w:u w:val="none"/>
          <w:shd w:val="clear" w:color="auto" w:fill="1F3864"/>
          <w:color w:val="FFFFFF"/>
        </w:rPr>
        <w:t xml:space="preserve"> [1GQD]</w:t>
      </w:r>
      <w:r>
        <w:rPr>
          <w:shd w:val="clear" w:color="auto" w:fill="1F3864"/>
          <w:color w:val="FFFFFF"/>
        </w:rPr>
        <w:t xml:space="preserve">, </w:t>
      </w:r>
      <w:r>
        <w:rPr>
          <w:shd w:val="clear" w:color="auto" w:fill="1F3864"/>
          <w:color w:val="FFFFFF"/>
        </w:rPr>
        <w:t xml:space="preserve">because you have despised Me and have taken the wife of Uriah the Hittite to be your own</w:t>
      </w:r>
      <w:r>
        <w:rPr>
          <w:b w:val="false"/>
          <w:i w:val="false"/>
          <w:u w:val="none"/>
          <w:shd w:val="clear" w:color="auto" w:fill="1F3864"/>
          <w:color w:val="FFFFFF"/>
        </w:rPr>
        <w:t xml:space="preserve"> [1GQE]</w:t>
      </w:r>
      <w:r>
        <w:rPr>
          <w:shd w:val="clear" w:color="auto" w:fill="1F3864"/>
          <w:color w:val="FFFFFF"/>
        </w:rPr>
        <w:t xml:space="preserve">.’</w:t>
      </w:r>
    </w:p>
    <w:p>
      <w:pPr>
        <w:pStyle w:val="Yellow"/>
        <w:rPr/>
      </w:pPr>
      <w:r>
        <w:rPr>
          <w:b/>
        </w:rPr>
        <w:t xml:space="preserve">1 Kings 21:29</w:t>
      </w:r>
      <w:r>
        <w:rPr/>
        <w:t xml:space="preserve"> — “Have you seen how </w:t>
      </w:r>
      <w:r>
        <w:rPr>
          <w:color w:val="auto"/>
        </w:rPr>
        <w:t xml:space="preserve">Ahab has humbled himself before Me</w:t>
      </w:r>
      <w:r>
        <w:rPr>
          <w:b w:val="false"/>
          <w:i w:val="false"/>
          <w:color w:val="auto"/>
          <w:u w:val="none"/>
        </w:rPr>
        <w:t xml:space="preserve"> [1JFE]</w:t>
      </w:r>
      <w:r>
        <w:rPr/>
        <w:t xml:space="preserve">? Because </w:t>
      </w:r>
      <w:r>
        <w:rPr>
          <w:color w:val="auto"/>
        </w:rPr>
        <w:t xml:space="preserve">he has humbled himself before Me</w:t>
      </w:r>
      <w:r>
        <w:rPr>
          <w:b w:val="false"/>
          <w:i w:val="false"/>
          <w:color w:val="auto"/>
          <w:u w:val="none"/>
        </w:rPr>
        <w:t xml:space="preserve"> [1JFE]</w:t>
      </w:r>
      <w:r>
        <w:rPr/>
        <w:t xml:space="preserve">, </w:t>
      </w:r>
      <w:r>
        <w:rPr>
          <w:shd w:fill="B7DDE8" w:val="clear"/>
        </w:rPr>
        <w:t xml:space="preserve">I will not bring the calamity during his days</w:t>
      </w:r>
      <w:r>
        <w:rPr>
          <w:b w:val="false"/>
          <w:i w:val="false"/>
          <w:color w:val="000000"/>
          <w:u w:val="none"/>
        </w:rPr>
        <w:t xml:space="preserve"> [1JFF]</w:t>
      </w:r>
      <w:r>
        <w:rPr/>
        <w:t xml:space="preserve">, but </w:t>
      </w:r>
      <w:r>
        <w:rPr>
          <w:shd w:fill="B7DDE8" w:val="clear"/>
        </w:rPr>
        <w:t xml:space="preserve">I will bring it upon his house in the days of his son</w:t>
      </w:r>
      <w:r>
        <w:rPr>
          <w:b w:val="false"/>
          <w:i w:val="false"/>
          <w:color w:val="000000"/>
          <w:u w:val="none"/>
        </w:rPr>
        <w:t xml:space="preserve"> [1JFG]</w:t>
      </w:r>
      <w:r>
        <w:rPr/>
        <w:t xml:space="preserve">.”</w:t>
      </w:r>
    </w:p>
    <w:p>
      <w:pPr>
        <w:pStyle w:val="Yellow"/>
        <w:rPr/>
      </w:pPr>
      <w:r>
        <w:rPr>
          <w:color w:val="auto"/>
        </w:rPr>
        <w:t xml:space="preserve">(Ps21:8 “Your enemies”) </w:t>
      </w:r>
      <w:r>
        <w:rPr>
          <w:b/>
          <w:color w:val="auto"/>
        </w:rPr>
        <w:t xml:space="preserve">Psalm 21:10</w:t>
      </w:r>
      <w:r>
        <w:rPr>
          <w:color w:val="auto"/>
        </w:rPr>
        <w:t xml:space="preserve"> — </w:t>
      </w:r>
      <w:r>
        <w:rPr>
          <w:color w:val="auto"/>
        </w:rPr>
        <w:t xml:space="preserve">You will wipe {their} descendants from the earth</w:t>
      </w:r>
      <w:r>
        <w:rPr>
          <w:b w:val="false"/>
          <w:i w:val="false"/>
          <w:u w:val="none"/>
          <w:color w:val="auto"/>
        </w:rPr>
        <w:t xml:space="preserve"> [1GUI]</w:t>
      </w:r>
      <w:r>
        <w:rPr>
          <w:color w:val="auto"/>
        </w:rPr>
        <w:t xml:space="preserve">, and </w:t>
      </w:r>
      <w:r>
        <w:rPr>
          <w:color w:val="auto"/>
        </w:rPr>
        <w:t xml:space="preserve">their offspring from the sons of men</w:t>
      </w:r>
      <w:r>
        <w:rPr>
          <w:b w:val="false"/>
          <w:i w:val="false"/>
          <w:u w:val="none"/>
          <w:color w:val="auto"/>
        </w:rPr>
        <w:t xml:space="preserve"> [1GUI]</w:t>
      </w:r>
      <w:r>
        <w:rPr>
          <w:color w:val="auto"/>
        </w:rPr>
        <w:t xml:space="preserve">.</w:t>
      </w:r>
    </w:p>
    <w:p>
      <w:pPr>
        <w:pStyle w:val="Yellow"/>
        <w:rPr/>
        <w:pBdr>
          <w:left w:val="single" w:sz="28" w:space="5" w:color="C00000"/>
        </w:pBdr>
      </w:pPr>
      <w:r>
        <w:rPr/>
        <w:t xml:space="preserve">(Je2:8 because priests “did not ask, ‘Where is the LORD?’” / leaders “rebelled against Me”) </w:t>
      </w:r>
      <w:r>
        <w:rPr>
          <w:b/>
        </w:rPr>
        <w:t xml:space="preserve">Jeremiah 2:9</w:t>
      </w:r>
      <w:r>
        <w:rPr/>
        <w:t xml:space="preserve"> — {Therefore}, </w:t>
      </w:r>
      <w:r>
        <w:rPr>
          <w:shd w:fill="F4B183" w:val="clear" w:color="auto"/>
          <w:color w:val="000000"/>
        </w:rPr>
        <w:t xml:space="preserve">I will contend with you again</w:t>
      </w:r>
      <w:r>
        <w:rPr>
          <w:b w:val="false"/>
          <w:i w:val="false"/>
          <w:color w:val="000000"/>
          <w:u w:val="none"/>
          <w:shd w:val="clear" w:color="auto" w:fill="F4B183"/>
        </w:rPr>
        <w:t xml:space="preserve"> [1GPC]</w:t>
      </w:r>
      <w:r>
        <w:rPr/>
        <w:t xml:space="preserve">, declares the LORD, and </w:t>
      </w:r>
      <w:r>
        <w:rPr>
          <w:shd w:fill="B7DDE8" w:val="clear"/>
        </w:rPr>
        <w:t xml:space="preserve">I will bring a case against your children’s children</w:t>
      </w:r>
      <w:r>
        <w:rPr>
          <w:b w:val="false"/>
          <w:i w:val="false"/>
          <w:color w:val="000000"/>
          <w:u w:val="none"/>
        </w:rPr>
        <w:t xml:space="preserve"> [1GPD]</w:t>
      </w:r>
      <w:r>
        <w:rPr/>
        <w:t xml:space="preserve">.</w:t>
      </w:r>
    </w:p>
    <w:p>
      <w:pPr>
        <w:pStyle w:val="Yellow"/>
        <w:rPr/>
      </w:pPr>
      <w:r>
        <w:rPr/>
        <w:t xml:space="preserve">(Je19:3–5ᶜ because Jerusalem’s “residents”¹ “abandoned Me” / shed “the blood of the innocent” / “burn their children in the fire”) </w:t>
      </w:r>
      <w:r>
        <w:rPr>
          <w:b/>
        </w:rPr>
        <w:t xml:space="preserve">Jeremiah 19:9</w:t>
      </w:r>
      <w:r>
        <w:rPr/>
        <w:t xml:space="preserve"> — </w:t>
      </w:r>
      <w:r>
        <w:rPr>
          <w:shd w:fill="B7DDE8" w:val="clear"/>
        </w:rPr>
        <w:t xml:space="preserve">I will make {them} eat the flesh of their sons and daughters</w:t>
      </w:r>
      <w:r>
        <w:rPr>
          <w:b w:val="false"/>
          <w:i w:val="false"/>
          <w:color w:val="000000"/>
          <w:u w:val="none"/>
        </w:rPr>
        <w:t xml:space="preserve"> [1GGU]</w:t>
      </w:r>
      <w:r>
        <w:rPr/>
        <w:t xml:space="preserve">, and </w:t>
      </w:r>
      <w:r>
        <w:rPr>
          <w:shd w:fill="B7DDE8" w:val="clear"/>
        </w:rPr>
        <w:t xml:space="preserve">they will eat one another’s flesh in the siege and distress inflicted on them by their enemies who seek their lives</w:t>
      </w:r>
      <w:r>
        <w:rPr>
          <w:b w:val="false"/>
          <w:i w:val="false"/>
          <w:color w:val="000000"/>
          <w:u w:val="none"/>
        </w:rPr>
        <w:t xml:space="preserve"> [1GGV]</w:t>
      </w:r>
      <w:r>
        <w:rPr/>
        <w:t xml:space="preserve">.’</w:t>
      </w:r>
    </w:p>
    <w:p>
      <w:pPr>
        <w:pStyle w:val="Yellow"/>
        <w:rPr/>
      </w:pPr>
      <w:r>
        <w:rPr>
          <w:b/>
          <w:u w:val="none"/>
        </w:rPr>
        <w:t>Jeremiah 32:18–19</w:t>
      </w:r>
      <w:r>
        <w:rPr>
          <w:u w:val="none"/>
        </w:rPr>
        <w:t xml:space="preserve"> — </w:t>
      </w:r>
      <w:r>
        <w:rPr>
          <w:u w:val="none"/>
          <w:shd w:val="clear" w:fill="B7DDE8"/>
        </w:rPr>
        <w:t>You show loving devotion to thousands</w:t>
      </w:r>
      <w:r>
        <w:rPr>
          <w:b w:val="false"/>
          <w:i w:val="false"/>
          <w:u w:val="none"/>
          <w:color w:val="000000"/>
        </w:rPr>
        <w:t xml:space="preserve"> [1FJN]</w:t>
      </w:r>
      <w:r>
        <w:rPr>
          <w:u w:val="none"/>
        </w:rPr>
        <w:t xml:space="preserve"> but </w:t>
      </w:r>
      <w:r>
        <w:rPr>
          <w:u w:val="none"/>
          <w:shd w:val="clear" w:fill="B7DDE8"/>
        </w:rPr>
        <w:t>lay the iniquity of the fathers into the laps of their children after them</w:t>
      </w:r>
      <w:r>
        <w:rPr>
          <w:b w:val="false"/>
          <w:i w:val="false"/>
          <w:color w:val="000000"/>
          <w:u w:val="none"/>
        </w:rPr>
        <w:t xml:space="preserve"> [1FJO]</w:t>
      </w:r>
      <w:r>
        <w:rPr>
          <w:u w:val="none"/>
        </w:rPr>
        <w:t xml:space="preserve">, </w:t>
      </w:r>
      <w:r>
        <w:rPr>
          <w:u w:val="none"/>
          <w:shd w:val="clear" w:fill="B7DDE8"/>
        </w:rPr>
        <w:t>O great and mighty God</w:t>
      </w:r>
      <w:r>
        <w:rPr>
          <w:b w:val="false"/>
          <w:i w:val="false"/>
          <w:color w:val="000000"/>
          <w:u w:val="none"/>
        </w:rPr>
        <w:t xml:space="preserve"> [1FJP]</w:t>
      </w:r>
      <w:r>
        <w:rPr>
          <w:u w:val="none"/>
        </w:rPr>
        <w:t xml:space="preserve"> whose name is the LORD of Hosts, </w:t>
      </w:r>
      <w:r>
        <w:rPr>
          <w:u w:val="none"/>
          <w:shd w:val="clear" w:fill="B7DDE8"/>
        </w:rPr>
        <w:t>the One great in counsel</w:t>
      </w:r>
      <w:r>
        <w:rPr>
          <w:b w:val="false"/>
          <w:i w:val="false"/>
          <w:u w:val="none"/>
          <w:color w:val="000000"/>
        </w:rPr>
        <w:t xml:space="preserve"> [1FJQ]</w:t>
      </w:r>
      <w:r>
        <w:rPr>
          <w:u w:val="none"/>
        </w:rPr>
        <w:t xml:space="preserve"> and </w:t>
      </w:r>
      <w:r>
        <w:rPr>
          <w:u w:val="none"/>
          <w:shd w:val="clear" w:fill="B7DDE8"/>
        </w:rPr>
        <w:t>mighty in deed</w:t>
      </w:r>
      <w:r>
        <w:rPr>
          <w:b w:val="false"/>
          <w:i w:val="false"/>
          <w:color w:val="000000"/>
          <w:u w:val="none"/>
        </w:rPr>
        <w:t xml:space="preserve"> [1FJR]</w:t>
      </w:r>
      <w:r>
        <w:rPr>
          <w:u w:val="none"/>
        </w:rPr>
        <w:t xml:space="preserve">, </w:t>
      </w:r>
      <w:r>
        <w:rPr>
          <w:u w:val="none"/>
          <w:shd w:val="clear" w:fill="B7DDE8"/>
        </w:rPr>
        <w:t>whose eyes are on all the ways of the sons of men</w:t>
      </w:r>
      <w:r>
        <w:rPr>
          <w:b w:val="false"/>
          <w:i w:val="false"/>
          <w:color w:val="000000"/>
          <w:u w:val="none"/>
        </w:rPr>
        <w:t xml:space="preserve"> [1FJS]</w:t>
      </w:r>
      <w:r>
        <w:rPr>
          <w:u w:val="none"/>
        </w:rPr>
        <w:t xml:space="preserve">, </w:t>
      </w:r>
      <w:r>
        <w:rPr>
          <w:u w:val="none"/>
          <w:shd w:val="clear" w:fill="B7DDE8"/>
        </w:rPr>
        <w:t>to reward each one according to his ways and according to the fruit of his deeds</w:t>
      </w:r>
      <w:r>
        <w:rPr>
          <w:b w:val="false"/>
          <w:i w:val="false"/>
          <w:color w:val="000000"/>
          <w:u w:val="none"/>
        </w:rPr>
        <w:t xml:space="preserve"> [12HT]</w:t>
      </w:r>
      <w:r>
        <w:rPr>
          <w:u w:val="none"/>
        </w:rPr>
        <w:t>.</w:t>
      </w:r>
    </w:p>
    <w:p>
      <w:pPr>
        <w:pStyle w:val="Yellow"/>
        <w:rPr/>
      </w:pPr>
      <w:r>
        <w:rPr>
          <w:b/>
        </w:rPr>
        <w:t>Lamentations 5:7</w:t>
      </w:r>
      <w:r>
        <w:rPr/>
        <w:t xml:space="preserve"> — </w:t>
      </w:r>
      <w:r>
        <w:rPr>
          <w:shd w:fill="B7DDE8" w:val="clear"/>
        </w:rPr>
        <w:t>Our fathers sinned</w:t>
      </w:r>
      <w:r>
        <w:rPr>
          <w:b w:val="false"/>
          <w:i w:val="false"/>
          <w:color w:val="000000"/>
          <w:u w:val="none"/>
        </w:rPr>
        <w:t xml:space="preserve"> [1MDN]</w:t>
      </w:r>
      <w:r>
        <w:rPr/>
        <w:t xml:space="preserve"> and </w:t>
      </w:r>
      <w:r>
        <w:rPr>
          <w:shd w:fill="B7DDE8" w:val="clear"/>
        </w:rPr>
        <w:t>are no more</w:t>
      </w:r>
      <w:r>
        <w:rPr>
          <w:b w:val="false"/>
          <w:i w:val="false"/>
          <w:color w:val="000000"/>
          <w:u w:val="none"/>
        </w:rPr>
        <w:t xml:space="preserve"> [1MDO]</w:t>
      </w:r>
      <w:r>
        <w:rPr/>
        <w:t xml:space="preserve">, but </w:t>
      </w:r>
      <w:r>
        <w:rPr>
          <w:shd w:fill="B7DDE8" w:val="clear"/>
        </w:rPr>
        <w:t>we bear their punishment</w:t>
      </w:r>
      <w:r>
        <w:rPr>
          <w:b w:val="false"/>
          <w:i w:val="false"/>
          <w:color w:val="000000"/>
          <w:u w:val="none"/>
        </w:rPr>
        <w:t xml:space="preserve"> [1MDP]</w:t>
      </w:r>
      <w:r>
        <w:rPr/>
        <w:t>.</w:t>
      </w:r>
    </w:p>
    <w:p>
      <w:pPr>
        <w:pStyle w:val="Yellow"/>
        <w:rPr/>
      </w:pPr>
      <w:r>
        <w:rPr>
          <w:b/>
          <w:shd w:val="clear" w:color="auto" w:fill="548235"/>
          <w:color w:val="FFFFFF"/>
        </w:rPr>
        <w:t xml:space="preserve">2 Timothy 4:1</w:t>
      </w:r>
      <w:r>
        <w:rPr>
          <w:shd w:val="clear" w:color="auto" w:fill="548235"/>
          <w:color w:val="FFFFFF"/>
        </w:rPr>
        <w:t xml:space="preserve"> — </w:t>
      </w:r>
      <w:r>
        <w:rPr>
          <w:shd w:fill="548235" w:val="clear" w:color="auto"/>
          <w:color w:val="FFFFFF"/>
        </w:rPr>
        <w:t xml:space="preserve">Christ Jesus, who will judge the living and the dead</w:t>
      </w:r>
      <w:r>
        <w:rPr>
          <w:b w:val="false"/>
          <w:i w:val="false"/>
          <w:color w:val="FFFFFF"/>
          <w:u w:val="none"/>
          <w:shd w:val="clear" w:color="auto" w:fill="548235"/>
        </w:rPr>
        <w:t xml:space="preserve"> [1IZQ]</w:t>
      </w:r>
    </w:p>
    <w:p>
      <w:r>
        <w:rPr>
          <w:b/>
          <w:sz w:val="32"/>
          <w:highlight w:val="yellow"/>
        </w:rPr>
        <w:t>Spiritual Blindness  (7)</w:t>
      </w:r>
    </w:p>
    <w:p>
      <w:pPr>
        <w:pStyle w:val="Yellow"/>
        <w:rPr/>
      </w:pPr>
      <w:r>
        <w:rPr>
          <w:b/>
        </w:rPr>
        <w:t xml:space="preserve">Deuteronomy 29:4</w:t>
      </w:r>
      <w:r>
        <w:rPr/>
        <w:t xml:space="preserve"> — Yet to this day </w:t>
      </w:r>
      <w:r>
        <w:rPr>
          <w:shd w:fill="B7DDE8" w:val="clear"/>
        </w:rPr>
        <w:t xml:space="preserve">the LORD has not given you a mind to understand, eyes to see, or ears to hear</w:t>
      </w:r>
      <w:r>
        <w:rPr>
          <w:b w:val="false"/>
          <w:i w:val="false"/>
          <w:color w:val="000000"/>
          <w:u w:val="none"/>
        </w:rPr>
        <w:t xml:space="preserve"> [1LIU]</w:t>
      </w:r>
      <w:r>
        <w:rPr/>
        <w:t xml:space="preserve">.</w:t>
      </w:r>
    </w:p>
    <w:p>
      <w:pPr>
        <w:pStyle w:val="Yellow"/>
        <w:rPr/>
      </w:pPr>
      <w:r>
        <w:rPr/>
        <w:t xml:space="preserve">(Is44:9 “makers of idols”¹ / 6 “the LORD”²) </w:t>
      </w:r>
      <w:r>
        <w:rPr>
          <w:b/>
        </w:rPr>
        <w:t>Isaiah 44:18</w:t>
      </w:r>
      <w:r>
        <w:rPr/>
        <w:t xml:space="preserve"> — </w:t>
      </w:r>
      <w:r>
        <w:rPr>
          <w:shd w:fill="F4B183" w:val="clear" w:color="auto"/>
          <w:color w:val="000000"/>
        </w:rPr>
        <w:t>{They}¹ do not comprehend or discern</w:t>
      </w:r>
      <w:r>
        <w:rPr>
          <w:b w:val="false"/>
          <w:i w:val="false"/>
          <w:color w:val="000000"/>
          <w:u w:val="none"/>
          <w:shd w:val="clear" w:color="auto" w:fill="F4B183"/>
        </w:rPr>
        <w:t xml:space="preserve"> [1LWU]</w:t>
      </w:r>
      <w:r>
        <w:rPr/>
        <w:t xml:space="preserve">, for </w:t>
      </w:r>
      <w:r>
        <w:rPr>
          <w:shd w:fill="B7DDE8" w:val="clear"/>
        </w:rPr>
        <w:t>{He}² has shut their eyes so they cannot see</w:t>
      </w:r>
      <w:r>
        <w:rPr>
          <w:b w:val="false"/>
          <w:i w:val="false"/>
          <w:color w:val="000000"/>
          <w:u w:val="none"/>
        </w:rPr>
        <w:t xml:space="preserve"> [1LWV]</w:t>
      </w:r>
      <w:r>
        <w:rPr/>
        <w:t xml:space="preserve"> and </w:t>
      </w:r>
      <w:r>
        <w:rPr>
          <w:shd w:fill="B7DDE8" w:val="clear"/>
        </w:rPr>
        <w:t>closed their minds so they cannot understand</w:t>
      </w:r>
      <w:r>
        <w:rPr>
          <w:b w:val="false"/>
          <w:i w:val="false"/>
          <w:color w:val="000000"/>
          <w:u w:val="none"/>
        </w:rPr>
        <w:t xml:space="preserve"> [1LWW]</w:t>
      </w:r>
      <w:r>
        <w:rPr/>
        <w:t>.</w:t>
      </w:r>
    </w:p>
    <w:p>
      <w:pPr>
        <w:pStyle w:val="Yellow"/>
        <w:rPr/>
      </w:pPr>
      <w:r>
        <w:rPr>
          <w:b/>
          <w:shd w:val="clear" w:color="auto" w:fill="548235"/>
          <w:color w:val="FFFFFF"/>
        </w:rPr>
        <w:t>John 9:39</w:t>
      </w:r>
      <w:r>
        <w:rPr>
          <w:shd w:val="clear" w:color="auto" w:fill="548235"/>
          <w:color w:val="FFFFFF"/>
        </w:rPr>
        <w:t xml:space="preserve"> — “</w:t>
      </w:r>
      <w:r>
        <w:rPr>
          <w:shd w:val="clear" w:fill="548235" w:color="auto"/>
          <w:color w:val="FFFFFF"/>
        </w:rPr>
        <w:t>For judgment I have come into this world</w:t>
      </w:r>
      <w:r>
        <w:rPr>
          <w:b w:val="false"/>
          <w:i w:val="false"/>
          <w:color w:val="FFFFFF"/>
          <w:u w:val="none"/>
          <w:shd w:val="clear" w:color="auto" w:fill="548235"/>
        </w:rPr>
        <w:t xml:space="preserve"> [1EPH]</w:t>
      </w:r>
      <w:r>
        <w:rPr>
          <w:shd w:val="clear" w:color="auto" w:fill="548235"/>
          <w:color w:val="FFFFFF"/>
        </w:rPr>
        <w:t xml:space="preserve">, so that </w:t>
      </w:r>
      <w:r>
        <w:rPr>
          <w:shd w:val="clear" w:fill="548235" w:color="auto"/>
          <w:color w:val="FFFFFF"/>
        </w:rPr>
        <w:t>the blind may see</w:t>
      </w:r>
      <w:r>
        <w:rPr>
          <w:b w:val="false"/>
          <w:i w:val="false"/>
          <w:color w:val="FFFFFF"/>
          <w:u w:val="none"/>
          <w:shd w:val="clear" w:color="auto" w:fill="548235"/>
        </w:rPr>
        <w:t xml:space="preserve"> [1EPI]</w:t>
      </w:r>
      <w:r>
        <w:rPr>
          <w:shd w:val="clear" w:color="auto" w:fill="548235"/>
          <w:color w:val="FFFFFF"/>
        </w:rPr>
        <w:t xml:space="preserve"> and </w:t>
      </w:r>
      <w:r>
        <w:rPr>
          <w:shd w:val="clear" w:fill="548235" w:color="auto"/>
          <w:color w:val="FFFFFF"/>
        </w:rPr>
        <w:t>those who see may become blind</w:t>
      </w:r>
      <w:r>
        <w:rPr>
          <w:b w:val="false"/>
          <w:i w:val="false"/>
          <w:color w:val="FFFFFF"/>
          <w:u w:val="none"/>
          <w:shd w:val="clear" w:color="auto" w:fill="548235"/>
        </w:rPr>
        <w:t xml:space="preserve"> [1EPJ]</w:t>
      </w:r>
      <w:r>
        <w:rPr>
          <w:shd w:val="clear" w:color="auto" w:fill="548235"/>
          <w:color w:val="FFFFFF"/>
        </w:rPr>
        <w:t>.”</w:t>
      </w:r>
    </w:p>
    <w:p>
      <w:pPr>
        <w:pStyle w:val="Yellow"/>
        <w:rPr/>
      </w:pPr>
      <w:r>
        <w:rPr>
          <w:b/>
        </w:rPr>
        <w:t>John 9:41</w:t>
      </w:r>
      <w:r>
        <w:rPr/>
        <w:t xml:space="preserve"> — “</w:t>
      </w:r>
      <w:r>
        <w:rPr>
          <w:shd w:val="clear" w:fill="B7DDE8"/>
        </w:rPr>
        <w:t>If you were blind</w:t>
      </w:r>
      <w:r>
        <w:rPr>
          <w:b w:val="false"/>
          <w:i w:val="false"/>
          <w:color w:val="000000"/>
          <w:u w:val="none"/>
        </w:rPr>
        <w:t xml:space="preserve"> [1EOX]</w:t>
      </w:r>
      <w:r>
        <w:rPr/>
        <w:t>,” Jesus replied, “</w:t>
      </w:r>
      <w:r>
        <w:rPr>
          <w:shd w:val="clear" w:fill="B7DDE8"/>
        </w:rPr>
        <w:t>you would not be guilty of sin</w:t>
      </w:r>
      <w:r>
        <w:rPr>
          <w:b w:val="false"/>
          <w:i w:val="false"/>
          <w:color w:val="000000"/>
          <w:u w:val="none"/>
        </w:rPr>
        <w:t xml:space="preserve"> [1EOY]</w:t>
      </w:r>
      <w:r>
        <w:rPr/>
        <w:t xml:space="preserve">. But </w:t>
      </w:r>
      <w:r>
        <w:rPr>
          <w:shd w:val="clear" w:fill="B7DDE8"/>
        </w:rPr>
        <w:t>since you claim you can see, your guilt remains</w:t>
      </w:r>
      <w:r>
        <w:rPr>
          <w:b w:val="false"/>
          <w:i w:val="false"/>
          <w:color w:val="000000"/>
          <w:u w:val="none"/>
        </w:rPr>
        <w:t xml:space="preserve"> [1EOZ]</w:t>
      </w:r>
      <w:r>
        <w:rPr/>
        <w:t>.”</w:t>
      </w:r>
    </w:p>
    <w:p>
      <w:pPr>
        <w:pStyle w:val="Yellow"/>
        <w:rPr/>
      </w:pPr>
      <w:r>
        <w:rPr/>
        <w:t xml:space="preserve">(Jn15:18 The “world”) </w:t>
      </w:r>
      <w:r>
        <w:rPr>
          <w:b/>
        </w:rPr>
        <w:t xml:space="preserve">John 15:22</w:t>
      </w:r>
      <w:r>
        <w:rPr/>
        <w:t xml:space="preserve"> — </w:t>
      </w:r>
      <w:r>
        <w:rPr>
          <w:shd w:fill="B7DDE8" w:val="clear"/>
        </w:rPr>
        <w:t xml:space="preserve">If I had not come and spoken to {them}, they would not be guilty of sin</w:t>
      </w:r>
      <w:r>
        <w:rPr>
          <w:b w:val="false"/>
          <w:i w:val="false"/>
          <w:color w:val="000000"/>
          <w:u w:val="none"/>
        </w:rPr>
        <w:t xml:space="preserve"> [1HVF]</w:t>
      </w:r>
      <w:r>
        <w:rPr/>
        <w:t xml:space="preserve">. Now, however, </w:t>
      </w:r>
      <w:r>
        <w:rPr>
          <w:shd w:fill="B7DDE8" w:val="clear"/>
        </w:rPr>
        <w:t xml:space="preserve">they have no excuse for their sin</w:t>
      </w:r>
      <w:r>
        <w:rPr>
          <w:b w:val="false"/>
          <w:i w:val="false"/>
          <w:color w:val="000000"/>
          <w:u w:val="none"/>
        </w:rPr>
        <w:t xml:space="preserve"> [1HVG]</w:t>
      </w:r>
      <w:r>
        <w:rPr/>
        <w:t xml:space="preserve">.</w:t>
      </w:r>
    </w:p>
    <w:p>
      <w:pPr>
        <w:pStyle w:val="Yellow"/>
        <w:rPr/>
      </w:pPr>
      <w:r>
        <w:rPr/>
        <w:t xml:space="preserve">(Jn15:18 The “world”) </w:t>
      </w:r>
      <w:r>
        <w:rPr>
          <w:b/>
        </w:rPr>
        <w:t xml:space="preserve">John 15:24</w:t>
      </w:r>
      <w:r>
        <w:rPr/>
        <w:t xml:space="preserve"> — </w:t>
      </w:r>
      <w:r>
        <w:rPr>
          <w:shd w:fill="B7DDE8" w:val="clear"/>
        </w:rPr>
        <w:t xml:space="preserve">If I had not done among {them} the works that no one else did, they would not be guilty of sin</w:t>
      </w:r>
      <w:r>
        <w:rPr>
          <w:b w:val="false"/>
          <w:i w:val="false"/>
          <w:color w:val="000000"/>
          <w:u w:val="none"/>
        </w:rPr>
        <w:t xml:space="preserve"> [1HUX]</w:t>
      </w:r>
      <w:r>
        <w:rPr/>
        <w:t xml:space="preserve">; but </w:t>
      </w:r>
      <w:r>
        <w:rPr>
          <w:shd w:fill="B7DDE8" w:val="clear"/>
        </w:rPr>
        <w:t xml:space="preserve">now they have seen and hated both Me and My Father</w:t>
      </w:r>
      <w:r>
        <w:rPr>
          <w:b w:val="false"/>
          <w:i w:val="false"/>
          <w:color w:val="000000"/>
          <w:u w:val="none"/>
        </w:rPr>
        <w:t xml:space="preserve"> [1HUY]</w:t>
      </w:r>
      <w:r>
        <w:rPr/>
        <w:t xml:space="preserve">.</w:t>
      </w:r>
    </w:p>
    <w:p>
      <w:pPr>
        <w:pStyle w:val="Green"/>
        <w:rPr/>
      </w:pPr>
      <w:r>
        <w:rPr>
          <w:b/>
        </w:rPr>
        <w:t xml:space="preserve">2 Corinthians 4:4</w:t>
      </w:r>
      <w:r>
        <w:rPr/>
        <w:t xml:space="preserve"> — </w:t>
      </w:r>
      <w:r>
        <w:rPr>
          <w:shd w:fill="B7DDE8" w:val="clear"/>
        </w:rPr>
        <w:t xml:space="preserve">The god of this age has blinded the minds of unbelievers</w:t>
      </w:r>
      <w:r>
        <w:rPr>
          <w:b w:val="false"/>
          <w:i w:val="false"/>
          <w:color w:val="000000"/>
          <w:u w:val="none"/>
        </w:rPr>
        <w:t xml:space="preserve"> [1GKD]</w:t>
      </w:r>
      <w:r>
        <w:rPr/>
        <w:t xml:space="preserve"> </w:t>
      </w:r>
      <w:r>
        <w:rPr>
          <w:shd w:fill="B7DDE8" w:val="clear"/>
        </w:rPr>
        <w:t xml:space="preserve">so they cannot see the light of the gospel of the glory of Christ</w:t>
      </w:r>
      <w:r>
        <w:rPr>
          <w:b w:val="false"/>
          <w:i w:val="false"/>
          <w:color w:val="000000"/>
          <w:u w:val="none"/>
        </w:rPr>
        <w:t xml:space="preserve"> [1GKE]</w:t>
      </w:r>
      <w:r>
        <w:rPr/>
        <w:t xml:space="preserve">, </w:t>
      </w:r>
      <w:r>
        <w:rPr>
          <w:shd w:fill="B7DDE8" w:val="clear"/>
        </w:rPr>
        <w:t xml:space="preserve">who is the image of God</w:t>
      </w:r>
      <w:r>
        <w:rPr>
          <w:b w:val="false"/>
          <w:i w:val="false"/>
          <w:color w:val="000000"/>
          <w:u w:val="none"/>
        </w:rPr>
        <w:t xml:space="preserve"> [1GKF]</w:t>
      </w:r>
      <w:r>
        <w:rPr/>
        <w:t xml:space="preserve">.</w:t>
      </w:r>
    </w:p>
    <w:p>
      <w:r>
        <w:rPr>
          <w:b/>
          <w:sz w:val="32"/>
          <w:highlight w:val="yellow"/>
        </w:rPr>
        <w:t>The Day of the Lord  (9)</w:t>
      </w:r>
    </w:p>
    <w:p>
      <w:pPr>
        <w:pStyle w:val="Yellow"/>
        <w:rPr/>
      </w:pPr>
      <w:r>
        <w:rPr>
          <w:b/>
        </w:rPr>
        <w:t xml:space="preserve">Isaiah 2:12</w:t>
      </w:r>
      <w:r>
        <w:rPr/>
        <w:t xml:space="preserve"> — </w:t>
      </w:r>
      <w:r>
        <w:rPr>
          <w:shd w:fill="B7DDE8" w:val="clear"/>
        </w:rPr>
        <w:t xml:space="preserve">The Day of the LORD of Hosts will come against all the proud and lofty</w:t>
      </w:r>
      <w:r>
        <w:rPr>
          <w:b w:val="false"/>
          <w:i w:val="false"/>
          <w:color w:val="000000"/>
          <w:u w:val="none"/>
        </w:rPr>
        <w:t xml:space="preserve"> [1KRI]</w:t>
      </w:r>
      <w:r>
        <w:rPr/>
        <w:t xml:space="preserve">, </w:t>
      </w:r>
      <w:r>
        <w:rPr>
          <w:shd w:fill="B7DDE8" w:val="clear"/>
        </w:rPr>
        <w:t xml:space="preserve">against all that is exalted—it will be humbled</w:t>
      </w:r>
      <w:r>
        <w:rPr>
          <w:b w:val="false"/>
          <w:i w:val="false"/>
          <w:color w:val="000000"/>
          <w:u w:val="none"/>
        </w:rPr>
        <w:t xml:space="preserve"> [1KRJ]</w:t>
      </w:r>
      <w:r>
        <w:rPr/>
        <w:t xml:space="preserve">—</w:t>
      </w:r>
    </w:p>
    <w:p>
      <w:pPr>
        <w:pStyle w:val="Yellow"/>
        <w:rPr/>
      </w:pPr>
      <w:r>
        <w:rPr>
          <w:u w:val="none"/>
        </w:rPr>
        <w:t xml:space="preserve">(Mt24:48–49ᶜ Servant is “wicked”¹, beats “his fellow servants,” eats “with drunkards”) </w:t>
      </w:r>
      <w:r>
        <w:rPr>
          <w:b/>
          <w:u w:val="none"/>
        </w:rPr>
        <w:t xml:space="preserve">Matthew 24:50–51</w:t>
      </w:r>
      <w:r>
        <w:rPr>
          <w:u w:val="none"/>
        </w:rPr>
        <w:t xml:space="preserve"> — </w:t>
      </w:r>
      <w:r>
        <w:rPr>
          <w:u w:val="none"/>
          <w:shd w:fill="B7DDE8" w:val="clear"/>
        </w:rPr>
        <w:t xml:space="preserve">The master of {that servant} will come on a day he does not expect and at an hour he does not anticipate</w:t>
      </w:r>
      <w:r>
        <w:rPr>
          <w:b w:val="false"/>
          <w:i w:val="false"/>
          <w:color w:val="000000"/>
          <w:u w:val="none"/>
        </w:rPr>
        <w:t xml:space="preserve"> [1JVW]</w:t>
      </w:r>
      <w:r>
        <w:rPr>
          <w:u w:val="none"/>
        </w:rPr>
        <w:t xml:space="preserve">. Then </w:t>
      </w:r>
      <w:r>
        <w:rPr>
          <w:u w:val="none"/>
          <w:shd w:fill="B7DDE8" w:val="clear"/>
        </w:rPr>
        <w:t xml:space="preserve">he will cut him to pieces</w:t>
      </w:r>
      <w:r>
        <w:rPr>
          <w:b w:val="false"/>
          <w:i w:val="false"/>
          <w:color w:val="000000"/>
          <w:u w:val="none"/>
        </w:rPr>
        <w:t xml:space="preserve"> [1JVX]</w:t>
      </w:r>
      <w:r>
        <w:rPr>
          <w:u w:val="none"/>
        </w:rPr>
        <w:t xml:space="preserve"> and </w:t>
      </w:r>
      <w:r>
        <w:rPr>
          <w:u w:val="none"/>
          <w:shd w:fill="B7DDE8" w:val="clear"/>
        </w:rPr>
        <w:t xml:space="preserve">assign him a place with the hypocrites</w:t>
      </w:r>
      <w:r>
        <w:rPr>
          <w:b w:val="false"/>
          <w:i w:val="false"/>
          <w:color w:val="000000"/>
          <w:u w:val="none"/>
        </w:rPr>
        <w:t xml:space="preserve"> [1JVY]</w:t>
      </w:r>
      <w:r>
        <w:rPr>
          <w:u w:val="none"/>
        </w:rPr>
        <w:t xml:space="preserve">, </w:t>
      </w:r>
      <w:r>
        <w:rPr>
          <w:u w:val="none"/>
          <w:shd w:fill="B7DDE8" w:val="clear"/>
        </w:rPr>
        <w:t xml:space="preserve">where </w:t>
      </w:r>
      <w:r>
        <w:rPr>
          <w:u w:val="none"/>
          <w:shd w:fill="B7DDE8" w:val="clear"/>
        </w:rPr>
        <w:t xml:space="preserve">there will be weeping and gnashing of teeth</w:t>
      </w:r>
      <w:r>
        <w:rPr>
          <w:b w:val="false"/>
          <w:i w:val="false"/>
          <w:color w:val="000000"/>
          <w:u w:val="none"/>
        </w:rPr>
        <w:t xml:space="preserve"> [5JVZ]</w:t>
      </w:r>
      <w:r>
        <w:rPr>
          <w:u w:val="none"/>
        </w:rPr>
        <w:t xml:space="preserve">.</w:t>
      </w:r>
    </w:p>
    <w:p>
      <w:pPr>
        <w:pStyle w:val="Yellow"/>
        <w:rPr/>
      </w:pPr>
      <w:r>
        <w:rPr>
          <w:b/>
          <w:highlight w:val="cyan"/>
        </w:rPr>
        <w:t>Luke 12:40</w:t>
      </w:r>
      <w:r>
        <w:rPr>
          <w:highlight w:val="cyan"/>
        </w:rPr>
        <w:t xml:space="preserve"> — </w:t>
      </w:r>
      <w:r>
        <w:rPr>
          <w:highlight w:val="cyan"/>
          <w:shd w:fill="B7DDE8" w:val="clear"/>
        </w:rPr>
        <w:t>the Son of Man will come at an hour you do not expect</w:t>
      </w:r>
      <w:r>
        <w:rPr>
          <w:b w:val="false"/>
          <w:i w:val="false"/>
          <w:color w:val="000000"/>
          <w:u w:val="none"/>
        </w:rPr>
        <w:t xml:space="preserve"> [1AMV]</w:t>
      </w:r>
      <w:r>
        <w:rPr>
          <w:highlight w:val="cyan"/>
        </w:rPr>
        <w:t>.”</w:t>
      </w:r>
    </w:p>
    <w:p>
      <w:pPr>
        <w:pStyle w:val="Yellow"/>
        <w:rPr/>
        <w:pBdr>
          <w:left w:val="single" w:sz="28" w:space="5" w:color="C00000"/>
        </w:pBdr>
      </w:pPr>
      <w:r>
        <w:rPr>
          <w:b/>
        </w:rPr>
        <w:t xml:space="preserve">Luke 17:26–27</w:t>
      </w:r>
      <w:r>
        <w:rPr/>
        <w:t xml:space="preserve"> — </w:t>
      </w:r>
      <w:r>
        <w:rPr>
          <w:shd w:fill="B7DDE8" w:val="clear"/>
        </w:rPr>
        <w:t xml:space="preserve">Just as it was in the days of Noah, so also will it be in the days of the Son of Man</w:t>
      </w:r>
      <w:r>
        <w:rPr>
          <w:b w:val="false"/>
          <w:i w:val="false"/>
          <w:color w:val="000000"/>
          <w:u w:val="none"/>
        </w:rPr>
        <w:t xml:space="preserve"> [1GQF]</w:t>
      </w:r>
      <w:r>
        <w:rPr/>
        <w:t xml:space="preserve">: </w:t>
      </w:r>
      <w:r>
        <w:rPr>
          <w:shd w:fill="B7DDE8" w:val="clear"/>
        </w:rPr>
        <w:t xml:space="preserve">People were eating and drinking, marrying and being given in marriage, up to the day Noah entered the ark</w:t>
      </w:r>
      <w:r>
        <w:rPr>
          <w:b w:val="false"/>
          <w:i w:val="false"/>
          <w:color w:val="000000"/>
          <w:u w:val="none"/>
        </w:rPr>
        <w:t xml:space="preserve"> [1GQG]</w:t>
      </w:r>
      <w:r>
        <w:rPr/>
        <w:t xml:space="preserve">. Then </w:t>
      </w:r>
      <w:r>
        <w:rPr>
          <w:shd w:fill="B7DDE8" w:val="clear"/>
        </w:rPr>
        <w:t xml:space="preserve">the flood came and destroyed them all</w:t>
      </w:r>
      <w:r>
        <w:rPr>
          <w:b w:val="false"/>
          <w:i w:val="false"/>
          <w:color w:val="000000"/>
          <w:u w:val="none"/>
        </w:rPr>
        <w:t xml:space="preserve"> [1GQH]</w:t>
      </w:r>
      <w:r>
        <w:rPr/>
        <w:t xml:space="preserve">.</w:t>
      </w:r>
    </w:p>
    <w:p>
      <w:pPr>
        <w:pStyle w:val="Yellow"/>
        <w:rPr/>
      </w:pPr>
      <w:r>
        <w:rPr>
          <w:b/>
        </w:rPr>
        <w:t>Luke 17:28–30</w:t>
      </w:r>
      <w:r>
        <w:t xml:space="preserve"> — </w:t>
      </w:r>
      <w:r>
        <w:rPr>
          <w:shd w:fill="B7DDE8" w:val="clear"/>
        </w:rPr>
        <w:t>People were eating and drinking, buying and selling, planting and building</w:t>
      </w:r>
      <w:r>
        <w:rPr>
          <w:b w:val="false"/>
          <w:i w:val="false"/>
          <w:color w:val="000000"/>
          <w:u w:val="none"/>
        </w:rPr>
        <w:t xml:space="preserve"> [1ASO]</w:t>
      </w:r>
      <w:r>
        <w:rPr/>
        <w:t xml:space="preserve">. But </w:t>
      </w:r>
      <w:r>
        <w:rPr>
          <w:shd w:fill="B7DDE8" w:val="clear"/>
        </w:rPr>
        <w:t>on the day Lot left Sodom, fire and sulfur rained down from heaven and destroyed them all</w:t>
      </w:r>
      <w:r>
        <w:rPr>
          <w:b w:val="false"/>
          <w:i w:val="false"/>
          <w:color w:val="000000"/>
          <w:u w:val="none"/>
        </w:rPr>
        <w:t xml:space="preserve"> [1ASP]</w:t>
      </w:r>
      <w:r>
        <w:rPr>
          <w:shd w:fill="B7DDE8" w:val="clear"/>
        </w:rPr>
        <w:t>. It will be just like that on the day the Son of Man is revealed</w:t>
      </w:r>
      <w:r>
        <w:rPr>
          <w:b w:val="false"/>
          <w:i w:val="false"/>
          <w:color w:val="000000"/>
          <w:u w:val="none"/>
        </w:rPr>
        <w:t xml:space="preserve"> [1ASQ]</w:t>
      </w:r>
      <w:r>
        <w:t>.</w:t>
      </w:r>
    </w:p>
    <w:p>
      <w:pPr>
        <w:pStyle w:val="Yellow"/>
        <w:rPr/>
      </w:pPr>
      <w:r>
        <w:rPr/>
        <w:t xml:space="preserve">(Lk21:8–27 “wars and rebellions”, “great earthquakes, famines, and pestilences” etc.) </w:t>
      </w:r>
      <w:r>
        <w:rPr>
          <w:b/>
        </w:rPr>
        <w:t>Luke 21:28</w:t>
      </w:r>
      <w:r>
        <w:rPr/>
        <w:t xml:space="preserve"> — </w:t>
      </w:r>
      <w:r>
        <w:rPr>
          <w:shd w:val="clear" w:fill="B7DDE8"/>
        </w:rPr>
        <w:t>When {these things} begin to happen, stand up and lift up your heads</w:t>
      </w:r>
      <w:r>
        <w:rPr>
          <w:b w:val="false"/>
          <w:i w:val="false"/>
          <w:color w:val="000000"/>
          <w:u w:val="none"/>
        </w:rPr>
        <w:t xml:space="preserve"> [1BWY]</w:t>
      </w:r>
      <w:r>
        <w:rPr/>
        <w:t xml:space="preserve">, because </w:t>
      </w:r>
      <w:r>
        <w:rPr>
          <w:shd w:val="clear" w:fill="B7DDE8"/>
        </w:rPr>
        <w:t>your redemption is drawing near</w:t>
      </w:r>
      <w:r>
        <w:rPr>
          <w:b w:val="false"/>
          <w:i w:val="false"/>
          <w:color w:val="000000"/>
          <w:u w:val="none"/>
        </w:rPr>
        <w:t xml:space="preserve"> [1BWZ]</w:t>
      </w:r>
      <w:r>
        <w:rPr/>
        <w:t>.</w:t>
      </w:r>
    </w:p>
    <w:p>
      <w:pPr>
        <w:pStyle w:val="Yellow"/>
        <w:rPr/>
      </w:pPr>
      <w:r>
        <w:rPr>
          <w:b/>
          <w:u w:val="none"/>
        </w:rPr>
        <w:t xml:space="preserve">1 Thessalonians 5:2-4</w:t>
      </w:r>
      <w:r>
        <w:rPr>
          <w:u w:val="none"/>
        </w:rPr>
        <w:t xml:space="preserve"> — For you are fully aware that </w:t>
      </w:r>
      <w:r>
        <w:rPr>
          <w:u w:val="none"/>
        </w:rPr>
        <w:t xml:space="preserve">the Day of the Lord </w:t>
      </w:r>
      <w:r>
        <w:rPr>
          <w:u w:val="none"/>
        </w:rPr>
        <w:t xml:space="preserve">will come like a thief</w:t>
      </w:r>
      <w:r>
        <w:rPr>
          <w:u w:val="none"/>
        </w:rPr>
        <w:t xml:space="preserve"> in the night</w:t>
      </w:r>
      <w:r>
        <w:rPr>
          <w:b w:val="false"/>
          <w:i w:val="false"/>
          <w:color w:val="000000"/>
          <w:u w:val="none"/>
        </w:rPr>
        <w:t xml:space="preserve"> [2KQV]</w:t>
      </w:r>
      <w:r>
        <w:rPr>
          <w:u w:val="none"/>
        </w:rPr>
        <w:t xml:space="preserve">. While </w:t>
      </w:r>
      <w:r>
        <w:rPr>
          <w:u w:val="none"/>
          <w:shd w:fill="B7DDE8" w:val="clear"/>
        </w:rPr>
        <w:t xml:space="preserve">people are saying, “Peace and security,”</w:t>
      </w:r>
      <w:r>
        <w:rPr>
          <w:b w:val="false"/>
          <w:i w:val="false"/>
          <w:color w:val="000000"/>
          <w:u w:val="none"/>
        </w:rPr>
        <w:t xml:space="preserve"> [1KQZ]</w:t>
      </w:r>
      <w:r>
        <w:rPr>
          <w:u w:val="none"/>
        </w:rPr>
        <w:t xml:space="preserve"> </w:t>
      </w:r>
      <w:r>
        <w:rPr>
          <w:u w:val="none"/>
          <w:shd w:fill="B7DDE8" w:val="clear"/>
        </w:rPr>
        <w:t xml:space="preserve">destruction will come upon them suddenly, like labor pains on a pregnant woman</w:t>
      </w:r>
      <w:r>
        <w:rPr>
          <w:b w:val="false"/>
          <w:i w:val="false"/>
          <w:color w:val="000000"/>
          <w:u w:val="none"/>
        </w:rPr>
        <w:t xml:space="preserve"> [1KRA]</w:t>
      </w:r>
      <w:r>
        <w:rPr>
          <w:u w:val="none"/>
        </w:rPr>
        <w:t xml:space="preserve">, and </w:t>
      </w:r>
      <w:r>
        <w:rPr>
          <w:u w:val="none"/>
          <w:shd w:fill="B7DDE8" w:val="clear"/>
        </w:rPr>
        <w:t xml:space="preserve">they will not escape</w:t>
      </w:r>
      <w:r>
        <w:rPr>
          <w:b w:val="false"/>
          <w:i w:val="false"/>
          <w:color w:val="000000"/>
          <w:u w:val="none"/>
        </w:rPr>
        <w:t xml:space="preserve"> [1KRB]</w:t>
      </w:r>
      <w:r>
        <w:rPr>
          <w:u w:val="none"/>
        </w:rPr>
        <w:t xml:space="preserve">. But </w:t>
      </w:r>
      <w:r>
        <w:rPr>
          <w:u w:val="none"/>
          <w:shd w:fill="B7DDE8" w:val="clear"/>
        </w:rPr>
        <w:t xml:space="preserve">you, brothers, are not in the darkness so that this day should overtake you like a thief</w:t>
      </w:r>
      <w:r>
        <w:rPr>
          <w:b w:val="false"/>
          <w:i w:val="false"/>
          <w:color w:val="000000"/>
          <w:u w:val="none"/>
        </w:rPr>
        <w:t xml:space="preserve"> [1KRC]</w:t>
      </w:r>
      <w:r>
        <w:rPr>
          <w:u w:val="none"/>
        </w:rPr>
        <w:t xml:space="preserve">.</w:t>
      </w:r>
    </w:p>
    <w:p>
      <w:pPr>
        <w:pStyle w:val="Yellow"/>
        <w:rPr/>
      </w:pPr>
      <w:r>
        <w:rPr>
          <w:b/>
          <w:u w:val="none"/>
        </w:rPr>
        <w:t>Revelation 3:1-3</w:t>
      </w:r>
      <w:r>
        <w:rPr>
          <w:u w:val="none"/>
        </w:rPr>
        <w:t xml:space="preserve"> — </w:t>
      </w:r>
      <w:r>
        <w:rPr>
          <w:u w:val="none"/>
        </w:rPr>
        <w:t>I know your deeds</w:t>
      </w:r>
      <w:r>
        <w:rPr>
          <w:b w:val="false"/>
          <w:i w:val="false"/>
          <w:color w:val="000000"/>
          <w:u w:val="none"/>
        </w:rPr>
        <w:t xml:space="preserve"> [4ETQ]</w:t>
      </w:r>
      <w:r>
        <w:rPr>
          <w:u w:val="none"/>
        </w:rPr>
        <w:t xml:space="preserve">; </w:t>
      </w:r>
      <w:r>
        <w:rPr>
          <w:u w:val="none"/>
          <w:shd w:val="clear" w:fill="B7DDE8"/>
        </w:rPr>
        <w:t>you have a reputation for being alive</w:t>
      </w:r>
      <w:r>
        <w:rPr>
          <w:b w:val="false"/>
          <w:i w:val="false"/>
          <w:color w:val="000000"/>
          <w:u w:val="none"/>
        </w:rPr>
        <w:t xml:space="preserve"> [1ETR]</w:t>
      </w:r>
      <w:r>
        <w:rPr>
          <w:u w:val="none"/>
        </w:rPr>
        <w:t xml:space="preserve">, </w:t>
      </w:r>
      <w:r>
        <w:rPr>
          <w:u w:val="none"/>
          <w:shd w:val="clear" w:fill="B7DDE8"/>
        </w:rPr>
        <w:t>yet you are dead</w:t>
      </w:r>
      <w:r>
        <w:rPr>
          <w:b w:val="false"/>
          <w:i w:val="false"/>
          <w:color w:val="000000"/>
          <w:u w:val="none"/>
        </w:rPr>
        <w:t xml:space="preserve"> [1ETS]</w:t>
      </w:r>
      <w:r>
        <w:rPr>
          <w:u w:val="none"/>
        </w:rPr>
        <w:t xml:space="preserve">. </w:t>
      </w:r>
      <w:r>
        <w:rPr>
          <w:u w:val="none"/>
          <w:shd w:val="clear" w:fill="B7DDE8"/>
        </w:rPr>
        <w:t>Wake up and strengthen what remains, which was about to die</w:t>
      </w:r>
      <w:r>
        <w:rPr>
          <w:b w:val="false"/>
          <w:i w:val="false"/>
          <w:u w:val="none"/>
          <w:color w:val="000000"/>
        </w:rPr>
        <w:t xml:space="preserve"> [1ETT]</w:t>
      </w:r>
      <w:r>
        <w:rPr>
          <w:u w:val="none"/>
        </w:rPr>
        <w:t xml:space="preserve">; for </w:t>
      </w:r>
      <w:r>
        <w:rPr>
          <w:u w:val="none"/>
          <w:shd w:val="clear" w:fill="B7DDE8"/>
        </w:rPr>
        <w:t>I have found your deeds incomplete in the sight of My God</w:t>
      </w:r>
      <w:r>
        <w:rPr>
          <w:b w:val="false"/>
          <w:i w:val="false"/>
          <w:color w:val="000000"/>
          <w:u w:val="none"/>
        </w:rPr>
        <w:t xml:space="preserve"> [1ETU]</w:t>
      </w:r>
      <w:r>
        <w:rPr>
          <w:u w:val="none"/>
        </w:rPr>
        <w:t xml:space="preserve">. </w:t>
      </w:r>
      <w:r>
        <w:rPr>
          <w:u w:val="none"/>
          <w:shd w:val="clear" w:fill="B7DDE8"/>
        </w:rPr>
        <w:t>Remember, then, what you have received and heard</w:t>
      </w:r>
      <w:r>
        <w:rPr>
          <w:b w:val="false"/>
          <w:i w:val="false"/>
          <w:u w:val="none"/>
          <w:color w:val="000000"/>
        </w:rPr>
        <w:t xml:space="preserve"> [1ETV]</w:t>
      </w:r>
      <w:r>
        <w:rPr>
          <w:u w:val="none"/>
        </w:rPr>
        <w:t xml:space="preserve">. </w:t>
      </w:r>
      <w:r>
        <w:rPr>
          <w:u w:val="none"/>
          <w:shd w:val="clear" w:fill="B7DDE8"/>
        </w:rPr>
        <w:t>Keep it and repent</w:t>
      </w:r>
      <w:r>
        <w:rPr>
          <w:b w:val="false"/>
          <w:i w:val="false"/>
          <w:color w:val="000000"/>
          <w:u w:val="none"/>
        </w:rPr>
        <w:t xml:space="preserve"> [1ETW]</w:t>
      </w:r>
      <w:r>
        <w:rPr>
          <w:u w:val="none"/>
        </w:rPr>
        <w:t xml:space="preserve">. </w:t>
      </w:r>
      <w:r>
        <w:rPr>
          <w:u w:val="none"/>
          <w:shd w:val="clear" w:fill="B7DDE8"/>
        </w:rPr>
        <w:t>If you do not wake up, I will come like a thief, and you will not know the hour when I will come upon you</w:t>
      </w:r>
      <w:r>
        <w:rPr>
          <w:b w:val="false"/>
          <w:i w:val="false"/>
          <w:color w:val="000000"/>
          <w:u w:val="none"/>
        </w:rPr>
        <w:t xml:space="preserve"> [1ETX]</w:t>
      </w:r>
      <w:r>
        <w:rPr>
          <w:u w:val="none"/>
        </w:rPr>
        <w:t>.</w:t>
      </w:r>
    </w:p>
    <w:p>
      <w:pPr>
        <w:pStyle w:val="Yellow"/>
        <w:rPr/>
      </w:pPr>
      <w:r>
        <w:rPr>
          <w:b/>
          <w:u w:val="none"/>
        </w:rPr>
        <w:t>Revelation 16:15</w:t>
      </w:r>
      <w:r>
        <w:rPr>
          <w:u w:val="none"/>
        </w:rPr>
        <w:t xml:space="preserve"> — “</w:t>
      </w:r>
      <w:r>
        <w:rPr>
          <w:u w:val="none"/>
          <w:shd w:val="clear" w:fill="B7DDE8"/>
        </w:rPr>
        <w:t>Behold, I am coming like a thief</w:t>
      </w:r>
      <w:r>
        <w:rPr>
          <w:b w:val="false"/>
          <w:i w:val="false"/>
          <w:color w:val="000000"/>
          <w:u w:val="none"/>
        </w:rPr>
        <w:t xml:space="preserve"> [1ELC]</w:t>
      </w:r>
      <w:r>
        <w:rPr>
          <w:u w:val="none"/>
        </w:rPr>
        <w:t xml:space="preserve">. </w:t>
      </w:r>
      <w:r>
        <w:rPr>
          <w:u w:val="none"/>
          <w:shd w:val="clear" w:fill="B7DDE8"/>
        </w:rPr>
        <w:t>Blessed is the one who remains awake and clothed</w:t>
      </w:r>
      <w:r>
        <w:rPr>
          <w:b w:val="false"/>
          <w:i w:val="false"/>
          <w:color w:val="000000"/>
          <w:u w:val="none"/>
        </w:rPr>
        <w:t xml:space="preserve"> [1ELD]</w:t>
      </w:r>
      <w:r>
        <w:rPr>
          <w:u w:val="none"/>
        </w:rPr>
        <w:t xml:space="preserve">, so that </w:t>
      </w:r>
      <w:r>
        <w:rPr>
          <w:u w:val="none"/>
          <w:shd w:val="clear" w:fill="B7DDE8"/>
        </w:rPr>
        <w:t>he will not go naked and let his shame be exposed</w:t>
      </w:r>
      <w:r>
        <w:rPr>
          <w:b w:val="false"/>
          <w:i w:val="false"/>
          <w:color w:val="000000"/>
          <w:u w:val="none"/>
        </w:rPr>
        <w:t xml:space="preserve"> [1ELE]</w:t>
      </w:r>
      <w:r>
        <w:rPr>
          <w:u w:val="none"/>
        </w:rPr>
        <w:t>.”</w:t>
      </w:r>
    </w:p>
    <w:p>
      <w:r>
        <w:rPr>
          <w:b/>
          <w:sz w:val="32"/>
          <w:highlight w:val="yellow"/>
        </w:rPr>
        <w:t>The Righteous and the Wicked Contrasted  (24)</w:t>
      </w:r>
    </w:p>
    <w:p>
      <w:pPr>
        <w:pStyle w:val="Yellow"/>
        <w:rPr/>
      </w:pPr>
      <w:r>
        <w:rPr>
          <w:b/>
        </w:rPr>
        <w:t xml:space="preserve">Psalm 34:21</w:t>
      </w:r>
      <w:r>
        <w:rPr/>
        <w:t xml:space="preserve"> — </w:t>
      </w:r>
      <w:r>
        <w:rPr>
          <w:shd w:fill="B7DDE8" w:val="clear"/>
        </w:rPr>
        <w:t xml:space="preserve">Evil will slay the wicked</w:t>
      </w:r>
      <w:r>
        <w:rPr>
          <w:b w:val="false"/>
          <w:i w:val="false"/>
          <w:color w:val="000000"/>
          <w:u w:val="none"/>
        </w:rPr>
        <w:t xml:space="preserve"> [1JNE]</w:t>
      </w:r>
      <w:r>
        <w:rPr>
          <w:shd w:val="clear" w:color="auto" w:fill="548235"/>
          <w:color w:val="FFFFFF"/>
        </w:rPr>
        <w:t xml:space="preserve">, and </w:t>
      </w:r>
      <w:r>
        <w:rPr>
          <w:shd w:fill="548235" w:val="clear" w:color="auto"/>
          <w:color w:val="FFFFFF"/>
        </w:rPr>
        <w:t xml:space="preserve">the haters of the righteous will be condemned</w:t>
      </w:r>
      <w:r>
        <w:rPr>
          <w:b w:val="false"/>
          <w:i w:val="false"/>
          <w:color w:val="FFFFFF"/>
          <w:u w:val="none"/>
          <w:shd w:val="clear" w:color="auto" w:fill="548235"/>
        </w:rPr>
        <w:t xml:space="preserve"> [1JNF]</w:t>
      </w:r>
      <w:r>
        <w:rPr>
          <w:shd w:val="clear" w:color="auto" w:fill="548235"/>
          <w:color w:val="FFFFFF"/>
        </w:rPr>
        <w:t xml:space="preserve">.</w:t>
      </w:r>
    </w:p>
    <w:p>
      <w:pPr>
        <w:pStyle w:val="Yellow"/>
        <w:rPr/>
        <w:pBdr>
          <w:left w:val="single" w:sz="28" w:space="5" w:color="C00000"/>
        </w:pBdr>
      </w:pPr>
      <w:r>
        <w:rPr>
          <w:b/>
        </w:rPr>
        <w:t>Psalm 37:17</w:t>
      </w:r>
      <w:r>
        <w:rPr/>
        <w:t xml:space="preserve"> — For </w:t>
      </w:r>
      <w:r>
        <w:rPr>
          <w:shd w:val="clear" w:fill="B7DDE8"/>
        </w:rPr>
        <w:t>the arms of the wicked will be broken</w:t>
      </w:r>
      <w:r>
        <w:rPr>
          <w:b w:val="false"/>
          <w:i w:val="false"/>
          <w:color w:val="000000"/>
          <w:u w:val="none"/>
        </w:rPr>
        <w:t xml:space="preserve"> [1FHR]</w:t>
      </w:r>
      <w:r>
        <w:rPr/>
        <w:t xml:space="preserve">, but </w:t>
      </w:r>
      <w:r>
        <w:rPr>
          <w:shd w:val="clear" w:fill="B7DDE8"/>
        </w:rPr>
        <w:t>the LORD upholds the righteous</w:t>
      </w:r>
      <w:r>
        <w:rPr>
          <w:b w:val="false"/>
          <w:i w:val="false"/>
          <w:u w:val="none"/>
          <w:color w:val="000000"/>
        </w:rPr>
        <w:t xml:space="preserve"> [1FHS]</w:t>
      </w:r>
      <w:r>
        <w:rPr/>
        <w:t>.</w:t>
      </w:r>
    </w:p>
    <w:p>
      <w:pPr>
        <w:pStyle w:val="Yellow"/>
        <w:rPr/>
        <w:pBdr>
          <w:left w:val="single" w:sz="28" w:space="5" w:color="C00000"/>
        </w:pBdr>
      </w:pPr>
      <w:r>
        <w:rPr>
          <w:b/>
        </w:rPr>
        <w:t>Psalm 75:10</w:t>
      </w:r>
      <w:r>
        <w:rPr/>
        <w:t xml:space="preserve"> — “</w:t>
      </w:r>
      <w:r>
        <w:rPr>
          <w:shd w:val="clear" w:fill="B7DDE8"/>
        </w:rPr>
        <w:t>All the horns of the wicked I will cut off</w:t>
      </w:r>
      <w:r>
        <w:rPr>
          <w:b w:val="false"/>
          <w:i w:val="false"/>
          <w:color w:val="000000"/>
          <w:u w:val="none"/>
        </w:rPr>
        <w:t xml:space="preserve"> [1FIC]</w:t>
      </w:r>
      <w:r>
        <w:rPr/>
        <w:t xml:space="preserve">, but </w:t>
      </w:r>
      <w:r>
        <w:rPr>
          <w:shd w:val="clear" w:fill="F4B183" w:color="auto"/>
          <w:color w:val="000000"/>
        </w:rPr>
        <w:t>the horns of the righteous will be exalted</w:t>
      </w:r>
      <w:r>
        <w:rPr>
          <w:b w:val="false"/>
          <w:i w:val="false"/>
          <w:color w:val="000000"/>
          <w:u w:val="none"/>
          <w:shd w:val="clear" w:color="auto" w:fill="F4B183"/>
        </w:rPr>
        <w:t xml:space="preserve"> [1FID]</w:t>
      </w:r>
      <w:r>
        <w:rPr/>
        <w:t>.”</w:t>
      </w:r>
    </w:p>
    <w:p>
      <w:pPr>
        <w:pStyle w:val="Yellow"/>
        <w:rPr/>
      </w:pPr>
      <w:r>
        <w:rPr>
          <w:shd w:val="clear" w:color="auto" w:fill="548235"/>
          <w:color w:val="FFFFFF"/>
        </w:rPr>
        <w:t xml:space="preserve">(Ps125:4 “those who are good” and “the upright in heart”) </w:t>
      </w:r>
      <w:r>
        <w:rPr>
          <w:b/>
          <w:shd w:val="clear" w:color="auto" w:fill="548235"/>
          <w:color w:val="FFFFFF"/>
        </w:rPr>
        <w:t xml:space="preserve">Psalm 125:5</w:t>
      </w:r>
      <w:r>
        <w:rPr>
          <w:shd w:val="clear" w:color="auto" w:fill="548235"/>
          <w:color w:val="FFFFFF"/>
        </w:rPr>
        <w:t xml:space="preserve"> — {But} </w:t>
      </w:r>
      <w:r>
        <w:rPr>
          <w:shd w:fill="548235" w:val="clear" w:color="auto"/>
          <w:color w:val="FFFFFF"/>
        </w:rPr>
        <w:t xml:space="preserve">those who turn to crooked ways the LORD will banish with the evildoers</w:t>
      </w:r>
      <w:r>
        <w:rPr>
          <w:b w:val="false"/>
          <w:i w:val="false"/>
          <w:color w:val="FFFFFF"/>
          <w:u w:val="none"/>
          <w:shd w:val="clear" w:color="auto" w:fill="548235"/>
        </w:rPr>
        <w:t xml:space="preserve"> [1JZT]</w:t>
      </w:r>
      <w:r>
        <w:rPr>
          <w:shd w:val="clear" w:color="auto" w:fill="548235"/>
          <w:color w:val="FFFFFF"/>
        </w:rPr>
        <w:t xml:space="preserve">.</w:t>
      </w:r>
    </w:p>
    <w:p>
      <w:pPr>
        <w:pStyle w:val="Yellow"/>
        <w:rPr/>
      </w:pPr>
      <w:r>
        <w:rPr>
          <w:b/>
          <w:u w:val="none"/>
        </w:rPr>
        <w:t xml:space="preserve">Psalm 145:20</w:t>
      </w:r>
      <w:r>
        <w:rPr>
          <w:u w:val="none"/>
        </w:rPr>
        <w:t xml:space="preserve"> — </w:t>
      </w:r>
      <w:r>
        <w:rPr>
          <w:u w:val="none"/>
          <w:shd w:fill="F4B183" w:val="clear" w:color="auto"/>
          <w:color w:val="000000"/>
        </w:rPr>
        <w:t xml:space="preserve">The LORD preserves all who love Him</w:t>
      </w:r>
      <w:r>
        <w:rPr>
          <w:b w:val="false"/>
          <w:i w:val="false"/>
          <w:color w:val="000000"/>
          <w:u w:val="none"/>
          <w:shd w:val="clear" w:color="auto" w:fill="F4B183"/>
        </w:rPr>
        <w:t xml:space="preserve"> [1JNY]</w:t>
      </w:r>
      <w:r>
        <w:rPr>
          <w:u w:val="none"/>
          <w:shd w:fill="F4CCCC" w:val="clear"/>
        </w:rPr>
        <w:t xml:space="preserve">, but </w:t>
      </w:r>
      <w:r>
        <w:rPr>
          <w:u w:val="none"/>
          <w:shd w:fill="B7DDE8" w:val="clear"/>
        </w:rPr>
        <w:t xml:space="preserve">all the wicked He will destroy</w:t>
      </w:r>
      <w:r>
        <w:rPr>
          <w:b w:val="false"/>
          <w:i w:val="false"/>
          <w:color w:val="000000"/>
          <w:u w:val="none"/>
        </w:rPr>
        <w:t xml:space="preserve"> [1JNZ]</w:t>
      </w:r>
      <w:r>
        <w:rPr>
          <w:u w:val="none"/>
        </w:rPr>
        <w:t xml:space="preserve">.</w:t>
      </w:r>
    </w:p>
    <w:p>
      <w:pPr>
        <w:pStyle w:val="Yellow"/>
        <w:rPr/>
      </w:pPr>
      <w:r>
        <w:rPr>
          <w:b/>
        </w:rPr>
        <w:t xml:space="preserve">Psalm 147:6</w:t>
      </w:r>
      <w:r>
        <w:rPr/>
        <w:t xml:space="preserve"> — </w:t>
      </w:r>
      <w:r>
        <w:rPr>
          <w:shd w:fill="B7DDE8" w:val="clear"/>
        </w:rPr>
        <w:t xml:space="preserve">The LORD sustains the humble</w:t>
      </w:r>
      <w:r>
        <w:rPr>
          <w:b w:val="false"/>
          <w:i w:val="false"/>
          <w:color w:val="000000"/>
          <w:u w:val="none"/>
        </w:rPr>
        <w:t xml:space="preserve"> [1HFD]</w:t>
      </w:r>
      <w:r>
        <w:rPr/>
        <w:t xml:space="preserve">, but </w:t>
      </w:r>
      <w:r>
        <w:rPr>
          <w:shd w:fill="B7DDE8" w:val="clear"/>
        </w:rPr>
        <w:t xml:space="preserve">casts the wicked to the ground</w:t>
      </w:r>
      <w:r>
        <w:rPr>
          <w:b w:val="false"/>
          <w:i w:val="false"/>
          <w:color w:val="000000"/>
          <w:u w:val="none"/>
        </w:rPr>
        <w:t xml:space="preserve"> [1HFE]</w:t>
      </w:r>
      <w:r>
        <w:rPr/>
        <w:t xml:space="preserve">.</w:t>
      </w:r>
    </w:p>
    <w:p>
      <w:pPr>
        <w:pStyle w:val="Yellow"/>
        <w:rPr/>
      </w:pPr>
      <w:r>
        <w:rPr>
          <w:b/>
          <w:shd w:val="clear" w:color="auto" w:fill="C00000"/>
          <w:color w:val="FFFFFF"/>
        </w:rPr>
        <w:t xml:space="preserve">Proverbs 10:9</w:t>
      </w:r>
      <w:r>
        <w:rPr>
          <w:shd w:val="clear" w:color="auto" w:fill="C00000"/>
          <w:color w:val="FFFFFF"/>
        </w:rPr>
        <w:t xml:space="preserve"> — </w:t>
      </w:r>
      <w:r>
        <w:rPr>
          <w:shd w:val="clear" w:color="auto" w:fill="C00000"/>
          <w:color w:val="FFFFFF"/>
        </w:rPr>
        <w:t xml:space="preserve">He who walks in integrity walks securely</w:t>
      </w:r>
      <w:r>
        <w:rPr>
          <w:b w:val="false"/>
          <w:i w:val="false"/>
          <w:u w:val="none"/>
          <w:shd w:val="clear" w:color="auto" w:fill="C00000"/>
          <w:color w:val="FFFFFF"/>
        </w:rPr>
        <w:t xml:space="preserve"> [1HQL]</w:t>
      </w:r>
      <w:r>
        <w:rPr>
          <w:shd w:val="clear" w:color="auto" w:fill="C00000"/>
          <w:color w:val="FFFFFF"/>
        </w:rPr>
        <w:t xml:space="preserve">, but </w:t>
      </w:r>
      <w:r>
        <w:rPr>
          <w:shd w:val="clear" w:color="auto" w:fill="C00000"/>
          <w:color w:val="FFFFFF"/>
        </w:rPr>
        <w:t xml:space="preserve">he who perverts his ways will be found out</w:t>
      </w:r>
      <w:r>
        <w:rPr>
          <w:b w:val="false"/>
          <w:i w:val="false"/>
          <w:u w:val="none"/>
          <w:shd w:val="clear" w:color="auto" w:fill="C00000"/>
          <w:color w:val="FFFFFF"/>
        </w:rPr>
        <w:t xml:space="preserve"> [1HQM]</w:t>
      </w:r>
      <w:r>
        <w:rPr>
          <w:shd w:val="clear" w:color="auto" w:fill="C00000"/>
          <w:color w:val="FFFFFF"/>
        </w:rPr>
        <w:t xml:space="preserve">.</w:t>
      </w:r>
    </w:p>
    <w:p>
      <w:pPr>
        <w:pStyle w:val="Green"/>
        <w:rPr/>
        <w:pBdr>
          <w:left w:val="single" w:sz="28" w:space="5" w:color="C00000"/>
        </w:pBdr>
      </w:pPr>
      <w:r>
        <w:rPr>
          <w:b/>
        </w:rPr>
        <w:t>Proverbs 10:24</w:t>
      </w:r>
      <w:r>
        <w:rPr/>
        <w:t xml:space="preserve"> — </w:t>
      </w:r>
      <w:r>
        <w:rPr>
          <w:shd w:val="clear" w:fill="B7DDE8"/>
        </w:rPr>
        <w:t>What the wicked man dreads will overtake him</w:t>
      </w:r>
      <w:r>
        <w:rPr>
          <w:b w:val="false"/>
          <w:i w:val="false"/>
          <w:color w:val="000000"/>
          <w:u w:val="none"/>
        </w:rPr>
        <w:t xml:space="preserve"> [1FHX]</w:t>
      </w:r>
      <w:r>
        <w:rPr/>
        <w:t xml:space="preserve">, but </w:t>
      </w:r>
      <w:r>
        <w:rPr>
          <w:shd w:val="clear" w:fill="F4B183" w:color="auto"/>
          <w:color w:val="000000"/>
        </w:rPr>
        <w:t>the desire of the righteous will be granted</w:t>
      </w:r>
      <w:r>
        <w:rPr>
          <w:b w:val="false"/>
          <w:i w:val="false"/>
          <w:color w:val="000000"/>
          <w:u w:val="none"/>
          <w:shd w:val="clear" w:color="auto" w:fill="F4B183"/>
        </w:rPr>
        <w:t xml:space="preserve"> [1FHY]</w:t>
      </w:r>
      <w:r>
        <w:rPr/>
        <w:t>.</w:t>
      </w:r>
    </w:p>
    <w:p>
      <w:pPr>
        <w:pStyle w:val="Yellow"/>
        <w:rPr/>
      </w:pPr>
      <w:r>
        <w:rPr>
          <w:b/>
        </w:rPr>
        <w:t>Proverbs 11:3</w:t>
      </w:r>
      <w:r>
        <w:rPr/>
        <w:t xml:space="preserve"> — </w:t>
      </w:r>
      <w:r>
        <w:rPr>
          <w:shd w:val="clear" w:fill="B7DDE8"/>
        </w:rPr>
        <w:t>The integrity of the upright guides them</w:t>
      </w:r>
      <w:r>
        <w:rPr>
          <w:b w:val="false"/>
          <w:i w:val="false"/>
          <w:color w:val="000000"/>
          <w:u w:val="none"/>
        </w:rPr>
        <w:t xml:space="preserve"> [1DNU]</w:t>
      </w:r>
      <w:r>
        <w:rPr/>
        <w:t xml:space="preserve">, but </w:t>
      </w:r>
      <w:r>
        <w:rPr>
          <w:shd w:val="clear" w:fill="B7DDE8"/>
        </w:rPr>
        <w:t>the perversity of the faithless destroys them</w:t>
      </w:r>
      <w:r>
        <w:rPr>
          <w:b w:val="false"/>
          <w:i w:val="false"/>
          <w:color w:val="000000"/>
          <w:u w:val="none"/>
        </w:rPr>
        <w:t xml:space="preserve"> [1DNV]</w:t>
      </w:r>
      <w:r>
        <w:rPr/>
        <w:t>.</w:t>
      </w:r>
    </w:p>
    <w:p>
      <w:pPr>
        <w:pStyle w:val="Yellow"/>
        <w:rPr/>
      </w:pPr>
      <w:r>
        <w:rPr>
          <w:b/>
        </w:rPr>
        <w:t xml:space="preserve">Proverbs 11:10</w:t>
      </w:r>
      <w:r>
        <w:rPr/>
        <w:t xml:space="preserve"> — </w:t>
      </w:r>
      <w:r>
        <w:rPr>
          <w:shd w:fill="B7DDE8" w:val="clear"/>
        </w:rPr>
        <w:t xml:space="preserve">When the righteous thrive, the city rejoices</w:t>
      </w:r>
      <w:r>
        <w:rPr>
          <w:b w:val="false"/>
          <w:i w:val="false"/>
          <w:color w:val="000000"/>
          <w:u w:val="none"/>
        </w:rPr>
        <w:t xml:space="preserve"> [1JOE]</w:t>
      </w:r>
      <w:r>
        <w:rPr/>
        <w:t xml:space="preserve">, and </w:t>
      </w:r>
      <w:r>
        <w:rPr>
          <w:shd w:fill="B7DDE8" w:val="clear"/>
        </w:rPr>
        <w:t xml:space="preserve">when the wicked perish, there are shouts of joy</w:t>
      </w:r>
      <w:r>
        <w:rPr>
          <w:b w:val="false"/>
          <w:i w:val="false"/>
          <w:color w:val="000000"/>
          <w:u w:val="none"/>
        </w:rPr>
        <w:t xml:space="preserve"> [1JOF]</w:t>
      </w:r>
      <w:r>
        <w:rPr/>
        <w:t xml:space="preserve">.</w:t>
      </w:r>
    </w:p>
    <w:p>
      <w:pPr>
        <w:pStyle w:val="Yellow"/>
        <w:rPr/>
      </w:pPr>
      <w:r>
        <w:rPr>
          <w:b/>
        </w:rPr>
        <w:t xml:space="preserve">Proverbs 12:21</w:t>
      </w:r>
      <w:r>
        <w:rPr/>
        <w:t xml:space="preserve"> — </w:t>
      </w:r>
      <w:r>
        <w:rPr>
          <w:shd w:fill="B7DDE8" w:val="clear"/>
        </w:rPr>
        <w:t xml:space="preserve">No harm befalls the righteous</w:t>
      </w:r>
      <w:r>
        <w:rPr>
          <w:b w:val="false"/>
          <w:i w:val="false"/>
          <w:color w:val="000000"/>
          <w:u w:val="none"/>
        </w:rPr>
        <w:t xml:space="preserve"> [1IJK]</w:t>
      </w:r>
      <w:r>
        <w:rPr/>
        <w:t xml:space="preserve">, but </w:t>
      </w:r>
      <w:r>
        <w:rPr>
          <w:shd w:fill="B7DDE8" w:val="clear"/>
        </w:rPr>
        <w:t xml:space="preserve">the wicked are filled with trouble</w:t>
      </w:r>
      <w:r>
        <w:rPr>
          <w:b w:val="false"/>
          <w:i w:val="false"/>
          <w:color w:val="000000"/>
          <w:u w:val="none"/>
        </w:rPr>
        <w:t xml:space="preserve"> [1IJL]</w:t>
      </w:r>
      <w:r>
        <w:rPr/>
        <w:t xml:space="preserve">.</w:t>
      </w:r>
    </w:p>
    <w:p>
      <w:pPr>
        <w:pStyle w:val="Yellow"/>
        <w:rPr/>
      </w:pPr>
      <w:r>
        <w:rPr>
          <w:b/>
        </w:rPr>
        <w:t>Proverbs 12:26</w:t>
      </w:r>
      <w:r>
        <w:rPr/>
        <w:t xml:space="preserve"> — </w:t>
      </w:r>
      <w:r>
        <w:rPr>
          <w:shd w:val="clear" w:fill="B7DDE8"/>
        </w:rPr>
        <w:t>A righteous man is cautious in friendship</w:t>
      </w:r>
      <w:r>
        <w:rPr>
          <w:b w:val="false"/>
          <w:i w:val="false"/>
          <w:color w:val="000000"/>
          <w:u w:val="none"/>
        </w:rPr>
        <w:t xml:space="preserve"> [1DLR]</w:t>
      </w:r>
      <w:r>
        <w:rPr/>
        <w:t xml:space="preserve">, but </w:t>
      </w:r>
      <w:r>
        <w:rPr>
          <w:shd w:val="clear" w:fill="B7DDE8"/>
        </w:rPr>
        <w:t>the ways of the wicked lead them astray</w:t>
      </w:r>
      <w:r>
        <w:rPr>
          <w:b w:val="false"/>
          <w:i w:val="false"/>
          <w:color w:val="000000"/>
          <w:u w:val="none"/>
        </w:rPr>
        <w:t xml:space="preserve"> [1DLS]</w:t>
      </w:r>
      <w:r>
        <w:rPr/>
        <w:t>.</w:t>
      </w:r>
    </w:p>
    <w:p>
      <w:pPr>
        <w:pStyle w:val="Yellow"/>
        <w:rPr/>
        <w:pBdr>
          <w:left w:val="single" w:sz="28" w:space="5" w:color="C00000"/>
        </w:pBdr>
      </w:pPr>
      <w:r>
        <w:rPr>
          <w:b/>
        </w:rPr>
        <w:t>Proverbs 13:17</w:t>
      </w:r>
      <w:r>
        <w:rPr/>
        <w:t xml:space="preserve"> — </w:t>
      </w:r>
      <w:r>
        <w:rPr>
          <w:shd w:val="clear" w:fill="B7DDE8"/>
        </w:rPr>
        <w:t>A wicked messenger falls into trouble</w:t>
      </w:r>
      <w:r>
        <w:rPr>
          <w:b w:val="false"/>
          <w:i w:val="false"/>
          <w:color w:val="000000"/>
          <w:u w:val="none"/>
        </w:rPr>
        <w:t xml:space="preserve"> [1EQN]</w:t>
      </w:r>
      <w:r>
        <w:rPr/>
        <w:t xml:space="preserve">, but </w:t>
      </w:r>
      <w:r>
        <w:rPr>
          <w:shd w:val="clear" w:fill="548235" w:color="auto"/>
          <w:color w:val="FFFFFF"/>
        </w:rPr>
        <w:t>a faithful envoy brings healing</w:t>
      </w:r>
      <w:r>
        <w:rPr>
          <w:b w:val="false"/>
          <w:i w:val="false"/>
          <w:color w:val="FFFFFF"/>
          <w:u w:val="none"/>
          <w:shd w:val="clear" w:color="auto" w:fill="548235"/>
        </w:rPr>
        <w:t xml:space="preserve"> [1EQO]</w:t>
      </w:r>
      <w:r>
        <w:rPr/>
        <w:t>.</w:t>
      </w:r>
    </w:p>
    <w:p>
      <w:pPr>
        <w:pStyle w:val="Yellow"/>
        <w:rPr/>
      </w:pPr>
      <w:r>
        <w:rPr>
          <w:b/>
          <w:shd w:val="clear" w:color="auto" w:fill="548235"/>
          <w:color w:val="FFFFFF"/>
        </w:rPr>
        <w:t>Proverbs 14:19</w:t>
      </w:r>
      <w:r>
        <w:rPr>
          <w:shd w:val="clear" w:color="auto" w:fill="548235"/>
          <w:color w:val="FFFFFF"/>
        </w:rPr>
        <w:t xml:space="preserve"> — </w:t>
      </w:r>
      <w:r>
        <w:rPr>
          <w:shd w:val="clear" w:fill="548235" w:color="auto"/>
          <w:color w:val="FFFFFF"/>
        </w:rPr>
        <w:t>The evil bow before the good, and the wicked at the gates of the righteous</w:t>
      </w:r>
      <w:r>
        <w:rPr>
          <w:b w:val="false"/>
          <w:i w:val="false"/>
          <w:color w:val="FFFFFF"/>
          <w:u w:val="none"/>
          <w:shd w:val="clear" w:color="auto" w:fill="548235"/>
        </w:rPr>
        <w:t xml:space="preserve"> [1FIB]</w:t>
      </w:r>
      <w:r>
        <w:rPr>
          <w:shd w:val="clear" w:color="auto" w:fill="548235"/>
          <w:color w:val="FFFFFF"/>
        </w:rPr>
        <w:t>.</w:t>
      </w:r>
    </w:p>
    <w:p>
      <w:pPr>
        <w:pStyle w:val="Yellow"/>
        <w:rPr/>
      </w:pPr>
      <w:r>
        <w:rPr>
          <w:b/>
        </w:rPr>
        <w:t>Proverbs 21:18</w:t>
      </w:r>
      <w:r>
        <w:t xml:space="preserve"> — </w:t>
      </w:r>
      <w:r>
        <w:rPr>
          <w:shd w:fill="B7DDE8" w:val="clear"/>
        </w:rPr>
        <w:t>The wicked become a ransom for the righteous, and the faithless for the upright</w:t>
      </w:r>
      <w:r>
        <w:rPr>
          <w:b w:val="false"/>
          <w:i w:val="false"/>
          <w:color w:val="000000"/>
          <w:u w:val="none"/>
        </w:rPr>
        <w:t xml:space="preserve"> [1BDY]</w:t>
      </w:r>
      <w:r>
        <w:t>.</w:t>
      </w:r>
    </w:p>
    <w:p>
      <w:pPr>
        <w:pStyle w:val="Yellow"/>
        <w:rPr/>
      </w:pPr>
      <w:r>
        <w:rPr>
          <w:b/>
        </w:rPr>
        <w:t>Proverbs 25:26</w:t>
      </w:r>
      <w:r>
        <w:rPr/>
        <w:t xml:space="preserve"> — </w:t>
      </w:r>
      <w:r>
        <w:rPr>
          <w:shd w:val="clear" w:fill="B7DDE8"/>
        </w:rPr>
        <w:t>Like a muddied spring or a polluted well is a righteous man who gives way to the wicked</w:t>
      </w:r>
      <w:r>
        <w:rPr>
          <w:b w:val="false"/>
          <w:i w:val="false"/>
          <w:color w:val="000000"/>
          <w:u w:val="none"/>
        </w:rPr>
        <w:t xml:space="preserve"> [1FHE]</w:t>
      </w:r>
      <w:r>
        <w:rPr/>
        <w:t>.</w:t>
      </w:r>
    </w:p>
    <w:p>
      <w:pPr>
        <w:pStyle w:val="Yellow"/>
        <w:rPr/>
      </w:pPr>
      <w:r>
        <w:rPr>
          <w:b/>
        </w:rPr>
        <w:t xml:space="preserve">Proverbs 28:6</w:t>
      </w:r>
      <w:r>
        <w:rPr/>
        <w:t xml:space="preserve"> — </w:t>
      </w:r>
      <w:r>
        <w:rPr>
          <w:shd w:fill="B7DDE8" w:val="clear"/>
        </w:rPr>
        <w:t xml:space="preserve">Better a poor man who walks with integrity than a rich man whose ways are perverse</w:t>
      </w:r>
      <w:r>
        <w:rPr>
          <w:b w:val="false"/>
          <w:i w:val="false"/>
          <w:color w:val="000000"/>
          <w:u w:val="none"/>
        </w:rPr>
        <w:t xml:space="preserve"> [1HQP]</w:t>
      </w:r>
      <w:r>
        <w:rPr/>
        <w:t xml:space="preserve">.</w:t>
      </w:r>
    </w:p>
    <w:p>
      <w:pPr>
        <w:pStyle w:val="Yellow"/>
        <w:rPr/>
      </w:pPr>
      <w:r>
        <w:rPr>
          <w:b/>
        </w:rPr>
        <w:t xml:space="preserve">Proverbs 28:18</w:t>
      </w:r>
      <w:r>
        <w:rPr/>
        <w:t xml:space="preserve"> — </w:t>
      </w:r>
      <w:r>
        <w:rPr>
          <w:shd w:fill="B7DDE8" w:val="clear"/>
        </w:rPr>
        <w:t xml:space="preserve">He who walks with integrity will be kept safe</w:t>
      </w:r>
      <w:r>
        <w:rPr>
          <w:b w:val="false"/>
          <w:i w:val="false"/>
          <w:color w:val="000000"/>
          <w:u w:val="none"/>
        </w:rPr>
        <w:t xml:space="preserve"> [1HQJ]</w:t>
      </w:r>
      <w:r>
        <w:rPr/>
        <w:t xml:space="preserve">, but </w:t>
      </w:r>
      <w:r>
        <w:rPr>
          <w:shd w:fill="B7DDE8" w:val="clear"/>
        </w:rPr>
        <w:t xml:space="preserve">whoever is perverse in his ways will suddenly fall</w:t>
      </w:r>
      <w:r>
        <w:rPr>
          <w:b w:val="false"/>
          <w:i w:val="false"/>
          <w:color w:val="000000"/>
          <w:u w:val="none"/>
        </w:rPr>
        <w:t xml:space="preserve"> [1HQK]</w:t>
      </w:r>
      <w:r>
        <w:rPr/>
        <w:t xml:space="preserve">.</w:t>
      </w:r>
    </w:p>
    <w:p>
      <w:pPr>
        <w:pStyle w:val="Yellow"/>
        <w:rPr/>
      </w:pPr>
      <w:r>
        <w:rPr>
          <w:b/>
        </w:rPr>
        <w:t>Proverbs 29:27</w:t>
      </w:r>
      <w:r>
        <w:rPr/>
        <w:t xml:space="preserve"> — </w:t>
      </w:r>
      <w:r>
        <w:rPr>
          <w:shd w:val="clear" w:fill="B7DDE8"/>
        </w:rPr>
        <w:t>An unjust man is detestable to the righteous</w:t>
      </w:r>
      <w:r>
        <w:rPr>
          <w:b w:val="false"/>
          <w:i w:val="false"/>
          <w:color w:val="000000"/>
          <w:u w:val="none"/>
        </w:rPr>
        <w:t xml:space="preserve"> [1FHA]</w:t>
      </w:r>
      <w:r>
        <w:rPr/>
        <w:t xml:space="preserve">, and </w:t>
      </w:r>
      <w:r>
        <w:rPr>
          <w:shd w:val="clear" w:fill="B7DDE8"/>
        </w:rPr>
        <w:t>one whose way is upright is detestable to the wicked</w:t>
      </w:r>
      <w:r>
        <w:rPr>
          <w:b w:val="false"/>
          <w:i w:val="false"/>
          <w:color w:val="000000"/>
          <w:u w:val="none"/>
        </w:rPr>
        <w:t xml:space="preserve"> [1FHB]</w:t>
      </w:r>
      <w:r>
        <w:rPr/>
        <w:t>.</w:t>
      </w:r>
    </w:p>
    <w:p>
      <w:pPr>
        <w:pStyle w:val="Yellow"/>
        <w:rPr/>
      </w:pPr>
      <w:r>
        <w:rPr/>
        <w:t xml:space="preserve">(Mal3:16ᶜ “those who feared the LORD and honored His name” / 17 The LORD “will spare them”¹) </w:t>
      </w:r>
      <w:r>
        <w:rPr>
          <w:b/>
        </w:rPr>
        <w:t>Malachi 3:18</w:t>
      </w:r>
      <w:r>
        <w:rPr/>
        <w:t xml:space="preserve"> — {So} </w:t>
      </w:r>
      <w:r>
        <w:rPr>
          <w:shd w:val="clear" w:fill="B7DDE8"/>
        </w:rPr>
        <w:t>you will again distinguish between the righteous and the wicked, between those who serve God and those who do not</w:t>
      </w:r>
      <w:r>
        <w:rPr>
          <w:b w:val="false"/>
          <w:i w:val="false"/>
          <w:color w:val="000000"/>
          <w:u w:val="none"/>
        </w:rPr>
        <w:t xml:space="preserve"> [1FHI]</w:t>
      </w:r>
      <w:r>
        <w:rPr/>
        <w:t>.</w:t>
      </w:r>
    </w:p>
    <w:p>
      <w:pPr>
        <w:pStyle w:val="Yellow"/>
        <w:rPr/>
      </w:pPr>
      <w:r>
        <w:rPr>
          <w:color w:val="auto"/>
        </w:rPr>
        <w:t xml:space="preserve">(Mal4:2ᶜ “you who fear My name” / “the sun of righteousness will rise”¹) </w:t>
      </w:r>
      <w:r>
        <w:rPr>
          <w:b/>
          <w:color w:val="auto"/>
        </w:rPr>
        <w:t xml:space="preserve">Malachi 4:3</w:t>
      </w:r>
      <w:r>
        <w:rPr>
          <w:color w:val="auto"/>
        </w:rPr>
        <w:t xml:space="preserve"> — </w:t>
      </w:r>
      <w:r>
        <w:rPr>
          <w:color w:val="auto"/>
        </w:rPr>
        <w:t xml:space="preserve">{Then} you will trample the wicked</w:t>
      </w:r>
      <w:r>
        <w:rPr>
          <w:b w:val="false"/>
          <w:i w:val="false"/>
          <w:u w:val="none"/>
          <w:color w:val="auto"/>
        </w:rPr>
        <w:t xml:space="preserve"> [1LIC]</w:t>
      </w:r>
      <w:r>
        <w:rPr>
          <w:color w:val="auto"/>
        </w:rPr>
        <w:t xml:space="preserve">, for </w:t>
      </w:r>
      <w:r>
        <w:rPr>
          <w:color w:val="auto"/>
        </w:rPr>
        <w:t xml:space="preserve">they will be ashes under the soles of your feet</w:t>
      </w:r>
      <w:r>
        <w:rPr>
          <w:b w:val="false"/>
          <w:i w:val="false"/>
          <w:color w:val="auto"/>
          <w:u w:val="none"/>
        </w:rPr>
        <w:t xml:space="preserve"> [1LID]</w:t>
      </w:r>
      <w:r>
        <w:rPr>
          <w:color w:val="auto"/>
        </w:rPr>
        <w:t xml:space="preserve"> on </w:t>
      </w:r>
      <w:r>
        <w:rPr>
          <w:color w:val="auto"/>
        </w:rPr>
        <w:t xml:space="preserve">the day I am preparing</w:t>
      </w:r>
      <w:r>
        <w:rPr>
          <w:b w:val="false"/>
          <w:i w:val="false"/>
          <w:color w:val="auto"/>
          <w:u w:val="none"/>
        </w:rPr>
        <w:t xml:space="preserve"> [1LIE]</w:t>
      </w:r>
      <w:r>
        <w:rPr>
          <w:color w:val="auto"/>
        </w:rPr>
        <w:t xml:space="preserve">,” says the LORD of Hosts.</w:t>
      </w:r>
    </w:p>
    <w:p>
      <w:pPr>
        <w:pStyle w:val="Yellow"/>
        <w:rPr/>
      </w:pPr>
      <w:r>
        <w:rPr/>
        <w:t xml:space="preserve">&lt;32&gt;</w:t>
      </w:r>
      <w:r>
        <w:rPr>
          <w:b/>
        </w:rPr>
        <w:t xml:space="preserve">Romans 2:9</w:t>
      </w:r>
      <w:r>
        <w:rPr/>
        <w:t xml:space="preserve"> — </w:t>
      </w:r>
      <w:r>
        <w:rPr>
          <w:shd w:fill="B7DDE8" w:val="clear"/>
        </w:rPr>
        <w:t xml:space="preserve">There will be trouble and distress for every human being who does evil</w:t>
      </w:r>
      <w:r>
        <w:rPr>
          <w:b w:val="false"/>
          <w:i w:val="false"/>
          <w:color w:val="000000"/>
          <w:u w:val="none"/>
        </w:rPr>
        <w:t xml:space="preserve"> [1FZU]</w:t>
      </w:r>
    </w:p>
    <w:p>
      <w:pPr>
        <w:pStyle w:val="Yellow"/>
        <w:rPr/>
      </w:pPr>
      <w:r>
        <w:rPr/>
        <w:t xml:space="preserve">&lt;32&gt;</w:t>
      </w:r>
      <w:r>
        <w:rPr>
          <w:b/>
        </w:rPr>
        <w:t xml:space="preserve">Romans 2:10</w:t>
      </w:r>
      <w:r>
        <w:rPr/>
        <w:t xml:space="preserve"> —but </w:t>
      </w:r>
      <w:r>
        <w:rPr>
          <w:shd w:fill="B7DDE8" w:val="clear"/>
        </w:rPr>
        <w:t xml:space="preserve">glory, honor, and peace for everyone who does good</w:t>
      </w:r>
      <w:r>
        <w:rPr>
          <w:b w:val="false"/>
          <w:i w:val="false"/>
          <w:u w:val="none"/>
          <w:color w:val="000000"/>
        </w:rPr>
        <w:t xml:space="preserve"> [1FZV]</w:t>
      </w:r>
    </w:p>
    <w:p>
      <w:pPr>
        <w:pStyle w:val="Yellow"/>
        <w:rPr/>
      </w:pPr>
      <w:r>
        <w:rPr>
          <w:b/>
          <w:color w:val="auto"/>
        </w:rPr>
        <w:t>1 Peter 3:12</w:t>
      </w:r>
      <w:r>
        <w:rPr>
          <w:color w:val="auto"/>
        </w:rPr>
        <w:t xml:space="preserve"> — For </w:t>
      </w:r>
      <w:r>
        <w:rPr>
          <w:color w:val="auto"/>
        </w:rPr>
        <w:t>the eyes of the Lord are on the righteous</w:t>
      </w:r>
      <w:r>
        <w:rPr>
          <w:b w:val="false"/>
          <w:i w:val="false"/>
          <w:color w:val="auto"/>
          <w:u w:val="none"/>
        </w:rPr>
        <w:t xml:space="preserve"> [2CSI]</w:t>
      </w:r>
      <w:r>
        <w:rPr>
          <w:color w:val="auto"/>
        </w:rPr>
        <w:t xml:space="preserve">, and </w:t>
      </w:r>
      <w:r>
        <w:rPr>
          <w:color w:val="auto"/>
        </w:rPr>
        <w:t>His ears are inclined to their prayer</w:t>
      </w:r>
      <w:r>
        <w:rPr>
          <w:b w:val="false"/>
          <w:i w:val="false"/>
          <w:color w:val="auto"/>
          <w:u w:val="none"/>
        </w:rPr>
        <w:t xml:space="preserve"> [4CQW]</w:t>
      </w:r>
      <w:r>
        <w:rPr>
          <w:color w:val="auto"/>
        </w:rPr>
        <w:t xml:space="preserve">. But </w:t>
      </w:r>
      <w:r>
        <w:rPr>
          <w:color w:val="auto"/>
        </w:rPr>
        <w:t>the face of the Lord is against those who do evil</w:t>
      </w:r>
      <w:r>
        <w:rPr>
          <w:b w:val="false"/>
          <w:i w:val="false"/>
          <w:color w:val="auto"/>
          <w:u w:val="none"/>
        </w:rPr>
        <w:t xml:space="preserve"> [2CSJ]</w:t>
      </w:r>
      <w:r>
        <w:rPr>
          <w:color w:val="auto"/>
        </w:rPr>
        <w:t>.”</w:t>
      </w:r>
    </w:p>
    <w:p>
      <w:r>
        <w:rPr>
          <w:b/>
          <w:sz w:val="32"/>
          <w:highlight w:val="yellow"/>
        </w:rPr>
        <w:t>The Shepherd and His Sheep  (12)</w:t>
      </w:r>
    </w:p>
    <w:p>
      <w:pPr>
        <w:pStyle w:val="Yellow"/>
        <w:rPr/>
      </w:pPr>
      <w:r>
        <w:rPr>
          <w:b/>
        </w:rPr>
        <w:t xml:space="preserve">Genesis 48:15</w:t>
      </w:r>
      <w:r>
        <w:rPr/>
        <w:t xml:space="preserve"> — </w:t>
      </w:r>
      <w:r>
        <w:rPr>
          <w:shd w:fill="B7DDE8" w:val="clear"/>
        </w:rPr>
        <w:t xml:space="preserve">the God who has been my shepherd all my life to this day</w:t>
      </w:r>
      <w:r>
        <w:rPr>
          <w:b w:val="false"/>
          <w:i w:val="false"/>
          <w:color w:val="000000"/>
          <w:u w:val="none"/>
        </w:rPr>
        <w:t xml:space="preserve"> [1LIK]</w:t>
      </w:r>
    </w:p>
    <w:p>
      <w:pPr>
        <w:pStyle w:val="Yellow"/>
        <w:rPr/>
      </w:pPr>
      <w:r>
        <w:rPr>
          <w:b/>
        </w:rPr>
        <w:t xml:space="preserve">Psalm 23:1</w:t>
      </w:r>
      <w:r>
        <w:rPr/>
        <w:t xml:space="preserve"> — </w:t>
      </w:r>
      <w:r>
        <w:rPr>
          <w:shd w:fill="B7DDE8" w:val="clear"/>
        </w:rPr>
        <w:t xml:space="preserve">The LORD is my shepherd</w:t>
      </w:r>
      <w:r>
        <w:rPr>
          <w:b w:val="false"/>
          <w:i w:val="false"/>
          <w:color w:val="000000"/>
          <w:u w:val="none"/>
        </w:rPr>
        <w:t xml:space="preserve"> [1KZB]</w:t>
      </w:r>
      <w:r>
        <w:rPr/>
        <w:t xml:space="preserve">; </w:t>
      </w:r>
      <w:r>
        <w:rPr>
          <w:color w:val="000000"/>
        </w:rPr>
        <w:t xml:space="preserve">I shall not want</w:t>
      </w:r>
      <w:r>
        <w:rPr>
          <w:b w:val="false"/>
          <w:i w:val="false"/>
          <w:color w:val="000000"/>
          <w:u w:val="none"/>
        </w:rPr>
        <w:t xml:space="preserve"> [1KZC]</w:t>
      </w:r>
      <w:r>
        <w:rPr/>
        <w:t xml:space="preserve">.</w:t>
      </w:r>
    </w:p>
    <w:p>
      <w:pPr>
        <w:pStyle w:val="Yellow"/>
        <w:rPr/>
        <w:shd w:val="clear" w:color="auto" w:fill="E4DFEC"/>
        <w:pBdr>
          <w:left w:val="single" w:sz="28" w:space="5" w:color="B4A7D6"/>
        </w:pBdr>
      </w:pPr>
      <w:r>
        <w:rPr/>
        <w:t xml:space="preserve">(Ps95:6 “the LORD our Maker”) </w:t>
      </w:r>
      <w:r>
        <w:rPr>
          <w:b/>
        </w:rPr>
        <w:t xml:space="preserve">Psalm 95:7</w:t>
      </w:r>
      <w:r>
        <w:rPr/>
        <w:t xml:space="preserve"> — </w:t>
      </w:r>
      <w:r>
        <w:rPr>
          <w:shd w:fill="B7DDE8" w:val="clear"/>
        </w:rPr>
        <w:t xml:space="preserve">{He} is our God</w:t>
      </w:r>
      <w:r>
        <w:rPr>
          <w:b w:val="false"/>
          <w:i w:val="false"/>
          <w:color w:val="000000"/>
          <w:u w:val="none"/>
        </w:rPr>
        <w:t xml:space="preserve"> [15MP]</w:t>
      </w:r>
      <w:r>
        <w:rPr/>
        <w:t xml:space="preserve">, and </w:t>
      </w:r>
      <w:r>
        <w:rPr>
          <w:shd w:fill="B7DDE8" w:val="clear"/>
        </w:rPr>
        <w:t xml:space="preserve">we are the people of His pasture</w:t>
      </w:r>
      <w:r>
        <w:rPr>
          <w:b w:val="false"/>
          <w:i w:val="false"/>
          <w:color w:val="000000"/>
          <w:u w:val="none"/>
        </w:rPr>
        <w:t xml:space="preserve"> [3KYW]</w:t>
      </w:r>
      <w:r>
        <w:rPr/>
        <w:t xml:space="preserve">, </w:t>
      </w:r>
      <w:r>
        <w:rPr>
          <w:shd w:fill="B7DDE8" w:val="clear"/>
        </w:rPr>
        <w:t xml:space="preserve">the sheep under His care</w:t>
      </w:r>
      <w:r>
        <w:rPr>
          <w:b w:val="false"/>
          <w:i w:val="false"/>
          <w:color w:val="000000"/>
          <w:u w:val="none"/>
        </w:rPr>
        <w:t xml:space="preserve"> [3KYW]</w:t>
      </w:r>
      <w:r>
        <w:rPr/>
        <w:t xml:space="preserve">.</w:t>
      </w:r>
    </w:p>
    <w:p>
      <w:pPr>
        <w:pStyle w:val="Yellow"/>
        <w:rPr/>
      </w:pPr>
      <w:r>
        <w:rPr>
          <w:b/>
        </w:rPr>
        <w:t xml:space="preserve">Ezekiel 34:31</w:t>
      </w:r>
      <w:r>
        <w:rPr/>
        <w:t xml:space="preserve"> — ‘</w:t>
      </w:r>
      <w:r>
        <w:rPr>
          <w:shd w:fill="B7DDE8" w:val="clear"/>
        </w:rPr>
        <w:t xml:space="preserve">You are My flock, the sheep of My pasture</w:t>
      </w:r>
      <w:r>
        <w:rPr>
          <w:b w:val="false"/>
          <w:i w:val="false"/>
          <w:color w:val="000000"/>
          <w:u w:val="none"/>
        </w:rPr>
        <w:t xml:space="preserve"> [3KYW]</w:t>
      </w:r>
      <w:r>
        <w:rPr/>
        <w:t xml:space="preserve">, </w:t>
      </w:r>
      <w:r>
        <w:rPr>
          <w:shd w:fill="B7DDE8" w:val="clear"/>
        </w:rPr>
        <w:t xml:space="preserve">My people, and I am your God</w:t>
      </w:r>
      <w:r>
        <w:rPr>
          <w:b w:val="false"/>
          <w:i w:val="false"/>
          <w:color w:val="000000"/>
          <w:u w:val="none"/>
        </w:rPr>
        <w:t xml:space="preserve"> [9ACE]</w:t>
      </w:r>
      <w:r>
        <w:rPr/>
        <w:t xml:space="preserve">,’ declares the Lord GOD.”</w:t>
      </w:r>
    </w:p>
    <w:p>
      <w:pPr>
        <w:pStyle w:val="Yellow"/>
        <w:rPr/>
      </w:pPr>
      <w:r>
        <w:rPr>
          <w:u w:val="none"/>
        </w:rPr>
        <w:t xml:space="preserve">(Jn10:27 “listen to My voice”¹ / 11 “the good shepherd”²) </w:t>
      </w:r>
      <w:r>
        <w:rPr>
          <w:b/>
          <w:u w:val="none"/>
        </w:rPr>
        <w:t>John 10:3</w:t>
      </w:r>
      <w:r>
        <w:rPr>
          <w:u w:val="none"/>
        </w:rPr>
        <w:t xml:space="preserve"> — </w:t>
      </w:r>
      <w:r>
        <w:rPr>
          <w:u w:val="none"/>
          <w:shd w:val="clear" w:color="auto" w:fill="D9C3E6"/>
        </w:rPr>
        <w:t>the {sheep} listen for {his} voice</w:t>
      </w:r>
      <w:r>
        <w:rPr>
          <w:b w:val="false"/>
          <w:i w:val="false"/>
          <w:color w:val="000000"/>
          <w:u w:val="none"/>
        </w:rPr>
        <w:t xml:space="preserve"> [2CMK]</w:t>
      </w:r>
      <w:r>
        <w:rPr>
          <w:u w:val="none"/>
          <w:shd w:val="clear" w:color="auto" w:fill="D9C3E6"/>
        </w:rPr>
        <w:t xml:space="preserve">. </w:t>
      </w:r>
      <w:r>
        <w:rPr>
          <w:u w:val="none"/>
          <w:shd w:val="clear" w:fill="B7DDE8"/>
        </w:rPr>
        <w:t>He calls his own sheep by name</w:t>
      </w:r>
      <w:r>
        <w:rPr>
          <w:b w:val="false"/>
          <w:i w:val="false"/>
          <w:color w:val="000000"/>
          <w:u w:val="none"/>
        </w:rPr>
        <w:t xml:space="preserve"> [1DNH]</w:t>
      </w:r>
      <w:r>
        <w:rPr>
          <w:u w:val="none"/>
        </w:rPr>
        <w:t xml:space="preserve"> and </w:t>
      </w:r>
      <w:r>
        <w:rPr>
          <w:u w:val="none"/>
          <w:shd w:val="clear" w:fill="B7DDE8"/>
        </w:rPr>
        <w:t>leads them out</w:t>
      </w:r>
      <w:r>
        <w:rPr>
          <w:b w:val="false"/>
          <w:i w:val="false"/>
          <w:color w:val="000000"/>
          <w:u w:val="none"/>
        </w:rPr>
        <w:t xml:space="preserve"> [1DNI]</w:t>
      </w:r>
      <w:r>
        <w:rPr>
          <w:u w:val="none"/>
        </w:rPr>
        <w:t>.</w:t>
      </w:r>
    </w:p>
    <w:p>
      <w:pPr>
        <w:pStyle w:val="Yellow"/>
        <w:rPr/>
      </w:pPr>
      <w:r>
        <w:rPr/>
        <w:t xml:space="preserve">(Jn10:11 “the good shepherd”¹) </w:t>
      </w:r>
      <w:r>
        <w:rPr>
          <w:b/>
        </w:rPr>
        <w:t xml:space="preserve">John 10:4</w:t>
      </w:r>
      <w:r>
        <w:rPr/>
        <w:t xml:space="preserve"> — </w:t>
      </w:r>
      <w:r>
        <w:rPr>
          <w:shd w:fill="B7DDE8" w:val="clear"/>
        </w:rPr>
        <w:t xml:space="preserve">When {he} has brought out all his own</w:t>
      </w:r>
      <w:r>
        <w:rPr>
          <w:b w:val="false"/>
          <w:i w:val="false"/>
          <w:color w:val="000000"/>
          <w:u w:val="none"/>
        </w:rPr>
        <w:t xml:space="preserve"> [1KZK]</w:t>
      </w:r>
      <w:r>
        <w:rPr/>
        <w:t xml:space="preserve">, </w:t>
      </w:r>
      <w:r>
        <w:rPr>
          <w:shd w:fill="B7DDE8" w:val="clear"/>
        </w:rPr>
        <w:t xml:space="preserve">he goes on ahead of them</w:t>
      </w:r>
      <w:r>
        <w:rPr>
          <w:b w:val="false"/>
          <w:i w:val="false"/>
          <w:color w:val="000000"/>
          <w:u w:val="none"/>
        </w:rPr>
        <w:t xml:space="preserve"> [1KZL]</w:t>
      </w:r>
      <w:r>
        <w:rPr/>
        <w:t xml:space="preserve">, and </w:t>
      </w:r>
      <w:r>
        <w:rPr>
          <w:shd w:fill="B7DDE8" w:val="clear"/>
        </w:rPr>
        <w:t xml:space="preserve">his sheep follow him because they know his voice</w:t>
      </w:r>
      <w:r>
        <w:rPr>
          <w:b w:val="false"/>
          <w:i w:val="false"/>
          <w:color w:val="000000"/>
          <w:u w:val="none"/>
        </w:rPr>
        <w:t xml:space="preserve"> [1KZM]</w:t>
      </w:r>
      <w:r>
        <w:rPr/>
        <w:t xml:space="preserve">.</w:t>
      </w:r>
    </w:p>
    <w:p>
      <w:pPr>
        <w:pStyle w:val="Yellow"/>
        <w:rPr/>
      </w:pPr>
      <w:r>
        <w:rPr/>
        <w:t xml:space="preserve">(Jn10:4 Those who “follow” Jesus¹ ²) </w:t>
      </w:r>
      <w:r>
        <w:rPr>
          <w:b/>
        </w:rPr>
        <w:t xml:space="preserve">John 10:5</w:t>
      </w:r>
      <w:r>
        <w:rPr/>
        <w:t xml:space="preserve"> — But </w:t>
      </w:r>
      <w:r>
        <w:rPr>
          <w:shd w:fill="B7DDE8" w:val="clear"/>
        </w:rPr>
        <w:t xml:space="preserve">{they} will never follow a stranger</w:t>
      </w:r>
      <w:r>
        <w:rPr>
          <w:b w:val="false"/>
          <w:i w:val="false"/>
          <w:color w:val="000000"/>
          <w:u w:val="none"/>
        </w:rPr>
        <w:t xml:space="preserve"> [1GYL]</w:t>
      </w:r>
      <w:r>
        <w:rPr/>
        <w:t xml:space="preserve">; in fact, </w:t>
      </w:r>
      <w:r>
        <w:rPr>
          <w:shd w:fill="B7DDE8" w:val="clear"/>
        </w:rPr>
        <w:t xml:space="preserve">they will flee from him</w:t>
      </w:r>
      <w:r>
        <w:rPr>
          <w:b w:val="false"/>
          <w:i w:val="false"/>
          <w:color w:val="000000"/>
          <w:u w:val="none"/>
        </w:rPr>
        <w:t xml:space="preserve"> [1GYM]</w:t>
      </w:r>
      <w:r>
        <w:rPr/>
        <w:t xml:space="preserve"> because </w:t>
      </w:r>
      <w:r>
        <w:rPr>
          <w:shd w:fill="B7DDE8" w:val="clear"/>
        </w:rPr>
        <w:t xml:space="preserve">they do not recognize his voice</w:t>
      </w:r>
      <w:r>
        <w:rPr>
          <w:b w:val="false"/>
          <w:i w:val="false"/>
          <w:color w:val="000000"/>
          <w:u w:val="none"/>
        </w:rPr>
        <w:t xml:space="preserve"> [1GYN]</w:t>
      </w:r>
      <w:r>
        <w:rPr/>
        <w:t xml:space="preserve">.”</w:t>
      </w:r>
    </w:p>
    <w:p>
      <w:pPr>
        <w:pStyle w:val="Yellow"/>
        <w:rPr/>
      </w:pPr>
      <w:r>
        <w:rPr/>
        <w:t xml:space="preserve">(Jn10:27 Those who “listen to My voice”) </w:t>
      </w:r>
      <w:r>
        <w:rPr>
          <w:b/>
        </w:rPr>
        <w:t xml:space="preserve">John 10:14–15</w:t>
      </w:r>
      <w:r>
        <w:rPr/>
        <w:t xml:space="preserve"> — </w:t>
      </w:r>
      <w:r>
        <w:rPr>
          <w:shd w:fill="B7DDE8" w:val="clear"/>
        </w:rPr>
        <w:t xml:space="preserve">I am the good shepherd</w:t>
      </w:r>
      <w:r>
        <w:rPr>
          <w:b w:val="false"/>
          <w:i w:val="false"/>
          <w:color w:val="000000"/>
          <w:u w:val="none"/>
        </w:rPr>
        <w:t xml:space="preserve"> [1KZD]</w:t>
      </w:r>
      <w:r>
        <w:rPr/>
        <w:t xml:space="preserve">. </w:t>
      </w:r>
      <w:r>
        <w:rPr>
          <w:shd w:fill="B7DDE8" w:val="clear"/>
        </w:rPr>
        <w:t xml:space="preserve">I know {My sheep} and My sheep know Me, just as the Father knows Me and I know the Father</w:t>
      </w:r>
      <w:r>
        <w:rPr>
          <w:b w:val="false"/>
          <w:i w:val="false"/>
          <w:color w:val="000000"/>
          <w:u w:val="none"/>
        </w:rPr>
        <w:t xml:space="preserve"> [1KZE]</w:t>
      </w:r>
      <w:r>
        <w:rPr/>
        <w:t xml:space="preserve">. And </w:t>
      </w:r>
      <w:r>
        <w:rPr>
          <w:shd w:fill="B7DDE8" w:val="clear"/>
        </w:rPr>
        <w:t xml:space="preserve">I lay down My life for the sheep</w:t>
      </w:r>
      <w:r>
        <w:rPr>
          <w:b w:val="false"/>
          <w:i w:val="false"/>
          <w:color w:val="000000"/>
          <w:u w:val="none"/>
        </w:rPr>
        <w:t xml:space="preserve"> [1KZF]</w:t>
      </w:r>
      <w:r>
        <w:rPr/>
        <w:t xml:space="preserve">.</w:t>
      </w:r>
    </w:p>
    <w:p>
      <w:pPr>
        <w:pStyle w:val="Yellow"/>
        <w:rPr/>
      </w:pPr>
      <w:r>
        <w:rPr>
          <w:b/>
        </w:rPr>
        <w:t xml:space="preserve">John 10:16</w:t>
      </w:r>
      <w:r>
        <w:rPr/>
        <w:t xml:space="preserve"> — </w:t>
      </w:r>
      <w:r>
        <w:rPr>
          <w:shd w:fill="B7DDE8" w:val="clear"/>
        </w:rPr>
        <w:t xml:space="preserve">I have other sheep that are not of this fold</w:t>
      </w:r>
      <w:r>
        <w:rPr>
          <w:b w:val="false"/>
          <w:i w:val="false"/>
          <w:color w:val="000000"/>
          <w:u w:val="none"/>
        </w:rPr>
        <w:t xml:space="preserve"> [1KZG]</w:t>
      </w:r>
      <w:r>
        <w:rPr/>
        <w:t xml:space="preserve">. </w:t>
      </w:r>
      <w:r>
        <w:rPr>
          <w:shd w:fill="B7DDE8" w:val="clear"/>
        </w:rPr>
        <w:t xml:space="preserve">I must bring them in as well</w:t>
      </w:r>
      <w:r>
        <w:rPr>
          <w:b w:val="false"/>
          <w:i w:val="false"/>
          <w:color w:val="000000"/>
          <w:u w:val="none"/>
        </w:rPr>
        <w:t xml:space="preserve"> [1KZH]</w:t>
      </w:r>
      <w:r>
        <w:rPr/>
        <w:t xml:space="preserve">, and </w:t>
      </w:r>
      <w:r>
        <w:rPr>
          <w:shd w:fill="B7DDE8" w:val="clear"/>
        </w:rPr>
        <w:t xml:space="preserve">they will listen to My voice</w:t>
      </w:r>
      <w:r>
        <w:rPr>
          <w:b w:val="false"/>
          <w:i w:val="false"/>
          <w:color w:val="000000"/>
          <w:u w:val="none"/>
        </w:rPr>
        <w:t xml:space="preserve"> [1KZI]</w:t>
      </w:r>
      <w:r>
        <w:rPr/>
        <w:t xml:space="preserve">. Then </w:t>
      </w:r>
      <w:r>
        <w:rPr>
          <w:shd w:fill="B7DDE8" w:val="clear"/>
        </w:rPr>
        <w:t xml:space="preserve">there will be one flock and one shepherd</w:t>
      </w:r>
      <w:r>
        <w:rPr>
          <w:b w:val="false"/>
          <w:i w:val="false"/>
          <w:color w:val="000000"/>
          <w:u w:val="none"/>
        </w:rPr>
        <w:t xml:space="preserve"> [1KZJ]</w:t>
      </w:r>
      <w:r>
        <w:rPr/>
        <w:t xml:space="preserve">.</w:t>
      </w:r>
    </w:p>
    <w:p>
      <w:pPr>
        <w:pStyle w:val="Yellow"/>
        <w:rPr/>
      </w:pPr>
      <w:r>
        <w:rPr>
          <w:b/>
        </w:rPr>
        <w:t>John 10:26</w:t>
      </w:r>
      <w:r>
        <w:rPr/>
        <w:t xml:space="preserve"> — </w:t>
      </w:r>
      <w:r>
        <w:rPr>
          <w:shd w:val="clear" w:fill="B7DDE8"/>
        </w:rPr>
        <w:t>because you are not My sheep, you refuse to believe</w:t>
      </w:r>
      <w:r>
        <w:rPr>
          <w:b w:val="false"/>
          <w:i w:val="false"/>
          <w:color w:val="000000"/>
          <w:u w:val="none"/>
        </w:rPr>
        <w:t xml:space="preserve"> [1DBO]</w:t>
      </w:r>
      <w:r>
        <w:rPr/>
        <w:t>.</w:t>
      </w:r>
    </w:p>
    <w:p>
      <w:pPr>
        <w:pStyle w:val="Yellow"/>
        <w:rPr/>
      </w:pPr>
      <w:r>
        <w:rPr/>
        <w:t xml:space="preserve">(1Pe2:21 “Christ”) </w:t>
      </w:r>
      <w:r>
        <w:rPr>
          <w:b/>
        </w:rPr>
        <w:t xml:space="preserve">1 Peter 2:25</w:t>
      </w:r>
      <w:r>
        <w:rPr/>
        <w:t xml:space="preserve"> — For “</w:t>
      </w:r>
      <w:r>
        <w:rPr>
          <w:shd w:fill="B7DDE8" w:val="clear"/>
        </w:rPr>
        <w:t xml:space="preserve">you were like sheep going astray</w:t>
      </w:r>
      <w:r>
        <w:rPr>
          <w:b w:val="false"/>
          <w:i w:val="false"/>
          <w:color w:val="000000"/>
          <w:u w:val="none"/>
        </w:rPr>
        <w:t xml:space="preserve"> [2HTQ]</w:t>
      </w:r>
      <w:r>
        <w:rPr/>
        <w:t xml:space="preserve">,” but now </w:t>
      </w:r>
      <w:r>
        <w:rPr>
          <w:shd w:fill="B7DDE8" w:val="clear"/>
        </w:rPr>
        <w:t xml:space="preserve">you have returned to the {Shepherd and Overseer} of your souls</w:t>
      </w:r>
      <w:r>
        <w:rPr>
          <w:b w:val="false"/>
          <w:i w:val="false"/>
          <w:color w:val="000000"/>
          <w:u w:val="none"/>
        </w:rPr>
        <w:t xml:space="preserve"> [1KYV]</w:t>
      </w:r>
      <w:r>
        <w:rPr/>
        <w:t xml:space="preserve">.</w:t>
      </w:r>
    </w:p>
    <w:p>
      <w:pPr>
        <w:pStyle w:val="Yellow"/>
        <w:rPr/>
      </w:pPr>
      <w:r>
        <w:rPr/>
        <w:t xml:space="preserve">(Re7:14ᶜ Those who “washed their robes”) </w:t>
      </w:r>
      <w:r>
        <w:rPr>
          <w:b/>
        </w:rPr>
        <w:t xml:space="preserve">Revelation 7:17</w:t>
      </w:r>
      <w:r>
        <w:rPr/>
        <w:t xml:space="preserve"> — For </w:t>
      </w:r>
      <w:r>
        <w:rPr>
          <w:shd w:fill="B7DDE8" w:val="clear"/>
        </w:rPr>
        <w:t xml:space="preserve">the Lamb in the center of the throne will be {their} shepherd</w:t>
      </w:r>
      <w:r>
        <w:rPr>
          <w:b w:val="false"/>
          <w:i w:val="false"/>
          <w:color w:val="000000"/>
          <w:u w:val="none"/>
        </w:rPr>
        <w:t xml:space="preserve"> [1KSC]</w:t>
      </w:r>
      <w:r>
        <w:rPr/>
        <w:t xml:space="preserve">. ‘</w:t>
      </w:r>
      <w:r>
        <w:rPr>
          <w:shd w:fill="B7DDE8" w:val="clear"/>
        </w:rPr>
        <w:t xml:space="preserve">He will lead them to springs of living water</w:t>
      </w:r>
      <w:r>
        <w:rPr>
          <w:b w:val="false"/>
          <w:i w:val="false"/>
          <w:color w:val="000000"/>
          <w:u w:val="none"/>
        </w:rPr>
        <w:t xml:space="preserve"> [1KSD]</w:t>
      </w:r>
      <w:r>
        <w:rPr/>
        <w:t xml:space="preserve">,’ and ‘</w:t>
      </w:r>
      <w:r>
        <w:rPr>
          <w:shd w:fill="F4B183" w:val="clear" w:color="auto"/>
          <w:color w:val="000000"/>
        </w:rPr>
        <w:t xml:space="preserve">God will wipe away every tear from their eyes</w:t>
      </w:r>
      <w:r>
        <w:rPr>
          <w:b w:val="false"/>
          <w:i w:val="false"/>
          <w:color w:val="000000"/>
          <w:u w:val="none"/>
          <w:shd w:val="clear" w:color="auto" w:fill="F4B183"/>
        </w:rPr>
        <w:t xml:space="preserve"> [2KSE]</w:t>
      </w:r>
      <w:r>
        <w:rPr/>
        <w:t xml:space="preserve">.’ ”</w:t>
      </w:r>
    </w:p>
    <w:p>
      <w:r>
        <w:rPr>
          <w:b/>
          <w:sz w:val="32"/>
          <w:highlight w:val="yellow"/>
        </w:rPr>
        <w:t>The Sower and Responses to the Word  (11)</w:t>
      </w:r>
    </w:p>
    <w:p>
      <w:pPr>
        <w:pStyle w:val="Yellow"/>
        <w:rPr/>
      </w:pPr>
      <w:r>
        <w:rPr/>
        <w:t>&lt;24&gt;</w:t>
      </w:r>
      <w:r>
        <w:rPr>
          <w:b/>
        </w:rPr>
        <w:t>Matthew 13:19</w:t>
      </w:r>
      <w:r>
        <w:rPr/>
        <w:t xml:space="preserve"> — When </w:t>
      </w:r>
      <w:r>
        <w:rPr>
          <w:shd w:val="clear" w:fill="B7DDE8"/>
        </w:rPr>
        <w:t>anyone hears the message of the kingdom but does not understand it</w:t>
      </w:r>
      <w:r>
        <w:rPr>
          <w:b w:val="false"/>
          <w:i w:val="false"/>
          <w:color w:val="000000"/>
          <w:u w:val="none"/>
        </w:rPr>
        <w:t xml:space="preserve"> [1ENQ]</w:t>
      </w:r>
      <w:r>
        <w:rPr/>
        <w:t xml:space="preserve">, </w:t>
      </w:r>
      <w:r>
        <w:rPr>
          <w:shd w:val="clear" w:fill="B7DDE8"/>
        </w:rPr>
        <w:t>the evil one comes</w:t>
      </w:r>
      <w:r>
        <w:rPr>
          <w:b w:val="false"/>
          <w:i w:val="false"/>
          <w:color w:val="000000"/>
          <w:u w:val="none"/>
        </w:rPr>
        <w:t xml:space="preserve"> [2CZP]</w:t>
      </w:r>
      <w:r>
        <w:rPr/>
        <w:t xml:space="preserve"> and </w:t>
      </w:r>
      <w:r>
        <w:rPr>
          <w:shd w:val="clear" w:fill="B7DDE8"/>
        </w:rPr>
        <w:t>snatches away what was sown in his heart</w:t>
      </w:r>
      <w:r>
        <w:rPr>
          <w:b w:val="false"/>
          <w:i w:val="false"/>
          <w:color w:val="000000"/>
          <w:u w:val="none"/>
        </w:rPr>
        <w:t xml:space="preserve"> [3CZQ]</w:t>
      </w:r>
      <w:r>
        <w:rPr/>
        <w:t>.</w:t>
      </w:r>
    </w:p>
    <w:p>
      <w:pPr>
        <w:pStyle w:val="Yellow"/>
        <w:rPr/>
      </w:pPr>
      <w:r>
        <w:rPr/>
        <w:t>&lt;24&gt;</w:t>
      </w:r>
      <w:r>
        <w:rPr>
          <w:b/>
        </w:rPr>
        <w:t>Matthew 13:20–21</w:t>
      </w:r>
      <w:r>
        <w:rPr/>
        <w:t xml:space="preserve"> — </w:t>
      </w:r>
      <w:r>
        <w:rPr>
          <w:shd w:val="clear" w:fill="B7DDE8"/>
        </w:rPr>
        <w:t>The seed sown on rocky ground is the one who hears {the word} and at once receives it with joy</w:t>
      </w:r>
      <w:r>
        <w:rPr>
          <w:b w:val="false"/>
          <w:i w:val="false"/>
          <w:color w:val="000000"/>
          <w:u w:val="none"/>
        </w:rPr>
        <w:t xml:space="preserve"> [3CZS]</w:t>
      </w:r>
      <w:r>
        <w:rPr/>
        <w:t xml:space="preserve">. But since </w:t>
      </w:r>
      <w:r>
        <w:rPr>
          <w:shd w:val="clear" w:fill="B7DDE8"/>
        </w:rPr>
        <w:t>he has no root</w:t>
      </w:r>
      <w:r>
        <w:rPr>
          <w:b w:val="false"/>
          <w:i w:val="false"/>
          <w:color w:val="000000"/>
          <w:u w:val="none"/>
        </w:rPr>
        <w:t xml:space="preserve"> [3CZT]</w:t>
      </w:r>
      <w:r>
        <w:rPr/>
        <w:t xml:space="preserve">, </w:t>
      </w:r>
      <w:r>
        <w:rPr>
          <w:shd w:val="clear" w:fill="B7DDE8"/>
        </w:rPr>
        <w:t>he remains for only a season</w:t>
      </w:r>
      <w:r>
        <w:rPr>
          <w:b w:val="false"/>
          <w:i w:val="false"/>
          <w:color w:val="000000"/>
          <w:u w:val="none"/>
        </w:rPr>
        <w:t xml:space="preserve"> [2ENR]</w:t>
      </w:r>
      <w:r>
        <w:rPr/>
        <w:t xml:space="preserve">. </w:t>
      </w:r>
      <w:r>
        <w:rPr>
          <w:shd w:val="clear" w:fill="B7DDE8"/>
        </w:rPr>
        <w:t>When trouble or persecution comes because of the word, he quickly falls away</w:t>
      </w:r>
      <w:r>
        <w:rPr>
          <w:b w:val="false"/>
          <w:i w:val="false"/>
          <w:u w:val="none"/>
          <w:color w:val="000000"/>
        </w:rPr>
        <w:t xml:space="preserve"> [2ENS]</w:t>
      </w:r>
      <w:r>
        <w:rPr/>
        <w:t>.</w:t>
      </w:r>
    </w:p>
    <w:p>
      <w:pPr>
        <w:pStyle w:val="Yellow"/>
        <w:rPr/>
      </w:pPr>
      <w:r>
        <w:rPr/>
        <w:t xml:space="preserve">&lt;24&gt;(Mt13:19 “the message of the kingdom”) </w:t>
      </w:r>
      <w:r>
        <w:rPr>
          <w:b/>
        </w:rPr>
        <w:t>Matthew 13:22</w:t>
      </w:r>
      <w:r>
        <w:rPr/>
        <w:t xml:space="preserve"> — </w:t>
      </w:r>
      <w:r>
        <w:rPr>
          <w:shd w:val="clear" w:fill="B7DDE8"/>
        </w:rPr>
        <w:t>The seed sown among the thorns is the one who hears {the word}</w:t>
      </w:r>
      <w:r>
        <w:rPr>
          <w:b w:val="false"/>
          <w:i w:val="false"/>
          <w:color w:val="000000"/>
          <w:u w:val="none"/>
        </w:rPr>
        <w:t xml:space="preserve"> [3CZW]</w:t>
      </w:r>
      <w:r>
        <w:rPr/>
        <w:t xml:space="preserve">, but </w:t>
      </w:r>
      <w:r>
        <w:rPr>
          <w:shd w:val="clear" w:fill="B7DDE8"/>
        </w:rPr>
        <w:t>the worries of this life and the deceitfulness of wealth choke the word</w:t>
      </w:r>
      <w:r>
        <w:rPr>
          <w:b w:val="false"/>
          <w:i w:val="false"/>
          <w:color w:val="000000"/>
          <w:u w:val="none"/>
        </w:rPr>
        <w:t xml:space="preserve"> [1ENT]</w:t>
      </w:r>
      <w:r>
        <w:rPr/>
        <w:t xml:space="preserve">, and </w:t>
      </w:r>
      <w:r>
        <w:rPr>
          <w:shd w:val="clear" w:fill="B7DDE8"/>
        </w:rPr>
        <w:t>it becomes unfruitful</w:t>
      </w:r>
      <w:r>
        <w:rPr>
          <w:b w:val="false"/>
          <w:i w:val="false"/>
          <w:color w:val="000000"/>
          <w:u w:val="none"/>
        </w:rPr>
        <w:t xml:space="preserve"> [2ENU]</w:t>
      </w:r>
      <w:r>
        <w:rPr/>
        <w:t>.</w:t>
      </w:r>
    </w:p>
    <w:p>
      <w:pPr>
        <w:pStyle w:val="Yellow"/>
        <w:rPr/>
      </w:pPr>
      <w:r>
        <w:rPr/>
        <w:t xml:space="preserve">&lt;24&gt;(Mt13:19 “the message of the kingdom”) </w:t>
      </w:r>
      <w:r>
        <w:rPr>
          <w:b/>
        </w:rPr>
        <w:t>Matthew 13:23</w:t>
      </w:r>
      <w:r>
        <w:rPr/>
        <w:t xml:space="preserve"> — But </w:t>
      </w:r>
      <w:r>
        <w:rPr>
          <w:shd w:val="clear" w:fill="B7DDE8"/>
        </w:rPr>
        <w:t>the seed sown on good soil is the one who hears {the word} and understands it</w:t>
      </w:r>
      <w:r>
        <w:rPr>
          <w:b w:val="false"/>
          <w:i w:val="false"/>
          <w:color w:val="000000"/>
          <w:u w:val="none"/>
        </w:rPr>
        <w:t xml:space="preserve"> [1ENV]</w:t>
      </w:r>
      <w:r>
        <w:rPr/>
        <w:t xml:space="preserve">. </w:t>
      </w:r>
      <w:r>
        <w:rPr>
          <w:shd w:val="clear" w:fill="B7DDE8"/>
        </w:rPr>
        <w:t>He indeed bears fruit and produces a crop—a hundredfold, sixtyfold, or thirtyfold</w:t>
      </w:r>
      <w:r>
        <w:rPr>
          <w:b w:val="false"/>
          <w:i w:val="false"/>
          <w:color w:val="000000"/>
          <w:u w:val="none"/>
        </w:rPr>
        <w:t xml:space="preserve"> [2ENW]</w:t>
      </w:r>
      <w:r>
        <w:rPr/>
        <w:t>.”</w:t>
      </w:r>
    </w:p>
    <w:p>
      <w:pPr>
        <w:pStyle w:val="Yellow"/>
        <w:rPr/>
        <w:shd w:val="clear" w:color="auto" w:fill="E4DFEC"/>
        <w:pBdr>
          <w:left w:val="single" w:sz="28" w:space="5" w:color="7030A0"/>
        </w:pBdr>
      </w:pPr>
      <w:r>
        <w:rPr/>
        <w:t xml:space="preserve">(Mt13:19 “the message of the kingdom”¹) </w:t>
      </w:r>
      <w:r>
        <w:rPr>
          <w:b/>
        </w:rPr>
        <w:t>Mark 4:16–17</w:t>
      </w:r>
      <w:r>
        <w:rPr/>
        <w:t xml:space="preserve"> — </w:t>
      </w:r>
      <w:r>
        <w:rPr>
          <w:shd w:val="clear" w:fill="B7DDE8"/>
        </w:rPr>
        <w:t>Some are like the seeds sown on rocky ground. They hear {the word} and at once receive it with joy</w:t>
      </w:r>
      <w:r>
        <w:rPr>
          <w:b w:val="false"/>
          <w:i w:val="false"/>
          <w:color w:val="000000"/>
          <w:u w:val="none"/>
        </w:rPr>
        <w:t xml:space="preserve"> [3CZS]</w:t>
      </w:r>
      <w:r>
        <w:rPr/>
        <w:t xml:space="preserve">. But </w:t>
      </w:r>
      <w:r>
        <w:rPr>
          <w:shd w:val="clear" w:fill="B7DDE8"/>
        </w:rPr>
        <w:t>they themselves have no root</w:t>
      </w:r>
      <w:r>
        <w:rPr>
          <w:b w:val="false"/>
          <w:i w:val="false"/>
          <w:color w:val="000000"/>
          <w:u w:val="none"/>
        </w:rPr>
        <w:t xml:space="preserve"> [3CZT]</w:t>
      </w:r>
      <w:r>
        <w:rPr/>
        <w:t xml:space="preserve">, and </w:t>
      </w:r>
      <w:r>
        <w:rPr>
          <w:shd w:val="clear" w:fill="B7DDE8"/>
        </w:rPr>
        <w:t>they remain for only a season</w:t>
      </w:r>
      <w:r>
        <w:rPr>
          <w:b w:val="false"/>
          <w:i w:val="false"/>
          <w:color w:val="000000"/>
          <w:u w:val="none"/>
        </w:rPr>
        <w:t xml:space="preserve"> [2ENR]</w:t>
      </w:r>
      <w:r>
        <w:rPr/>
        <w:t xml:space="preserve">. </w:t>
      </w:r>
      <w:r>
        <w:rPr>
          <w:shd w:val="clear" w:fill="B7DDE8"/>
        </w:rPr>
        <w:t>When trouble or persecution comes because of the word, they quickly fall away</w:t>
      </w:r>
      <w:r>
        <w:rPr>
          <w:b w:val="false"/>
          <w:i w:val="false"/>
          <w:color w:val="000000"/>
          <w:u w:val="none"/>
        </w:rPr>
        <w:t xml:space="preserve"> [2ENS]</w:t>
      </w:r>
      <w:r>
        <w:rPr/>
        <w:t>.</w:t>
      </w:r>
    </w:p>
    <w:p>
      <w:pPr>
        <w:pStyle w:val="Yellow"/>
        <w:rPr/>
      </w:pPr>
      <w:r>
        <w:rPr/>
        <w:t xml:space="preserve">(Mt13:19 “the message of the kingdom”¹) </w:t>
      </w:r>
      <w:r>
        <w:rPr>
          <w:b/>
        </w:rPr>
        <w:t>Mark 4:18–19</w:t>
      </w:r>
      <w:r>
        <w:rPr/>
        <w:t xml:space="preserve"> — </w:t>
      </w:r>
      <w:r>
        <w:rPr>
          <w:shd w:val="clear" w:fill="B7DDE8"/>
        </w:rPr>
        <w:t>Others are like the seeds sown among the thorns. They hear {the word}</w:t>
      </w:r>
      <w:r>
        <w:rPr>
          <w:b w:val="false"/>
          <w:i w:val="false"/>
          <w:color w:val="000000"/>
          <w:u w:val="none"/>
        </w:rPr>
        <w:t xml:space="preserve"> [3CZW]</w:t>
      </w:r>
      <w:r>
        <w:rPr/>
        <w:t xml:space="preserve">, but </w:t>
      </w:r>
      <w:r>
        <w:rPr>
          <w:shd w:val="clear" w:fill="B7DDE8"/>
        </w:rPr>
        <w:t>the worries of this life, the deceitfulness of wealth, and the desire for other things come in and choke the word</w:t>
      </w:r>
      <w:r>
        <w:rPr>
          <w:b w:val="false"/>
          <w:i w:val="false"/>
          <w:color w:val="000000"/>
          <w:u w:val="none"/>
        </w:rPr>
        <w:t xml:space="preserve"> [1ENX]</w:t>
      </w:r>
      <w:r>
        <w:rPr/>
        <w:t xml:space="preserve">, and </w:t>
      </w:r>
      <w:r>
        <w:rPr>
          <w:shd w:val="clear" w:fill="B7DDE8"/>
        </w:rPr>
        <w:t>it becomes unfruitful</w:t>
      </w:r>
      <w:r>
        <w:rPr>
          <w:b w:val="false"/>
          <w:i w:val="false"/>
          <w:color w:val="000000"/>
          <w:u w:val="none"/>
        </w:rPr>
        <w:t xml:space="preserve"> [2ENU]</w:t>
      </w:r>
      <w:r>
        <w:rPr/>
        <w:t>.</w:t>
      </w:r>
    </w:p>
    <w:p>
      <w:pPr>
        <w:pStyle w:val="Yellow"/>
        <w:rPr/>
      </w:pPr>
      <w:r>
        <w:rPr/>
        <w:t xml:space="preserve">(Mt13:19 “the message of the kingdom”¹) </w:t>
      </w:r>
      <w:r>
        <w:rPr>
          <w:b/>
        </w:rPr>
        <w:t>Mark 4:20</w:t>
      </w:r>
      <w:r>
        <w:rPr/>
        <w:t xml:space="preserve"> — </w:t>
      </w:r>
      <w:r>
        <w:rPr>
          <w:shd w:fill="B7DDE8" w:val="clear"/>
        </w:rPr>
        <w:t>Still others are like the seeds sown on good soil</w:t>
      </w:r>
      <w:r>
        <w:rPr>
          <w:b w:val="false"/>
          <w:i w:val="false"/>
          <w:color w:val="000000"/>
          <w:u w:val="none"/>
        </w:rPr>
        <w:t xml:space="preserve"> [1LZC]</w:t>
      </w:r>
      <w:r>
        <w:rPr/>
        <w:t xml:space="preserve">. </w:t>
      </w:r>
      <w:r>
        <w:rPr>
          <w:shd w:fill="B7DDE8" w:val="clear"/>
        </w:rPr>
        <w:t>They hear {the word}, receive it</w:t>
      </w:r>
      <w:r>
        <w:rPr>
          <w:b w:val="false"/>
          <w:i w:val="false"/>
          <w:color w:val="000000"/>
          <w:u w:val="none"/>
        </w:rPr>
        <w:t xml:space="preserve"> [1LZD]</w:t>
      </w:r>
      <w:r>
        <w:rPr/>
        <w:t xml:space="preserve">, and </w:t>
      </w:r>
      <w:r>
        <w:rPr>
          <w:shd w:fill="B7DDE8" w:val="clear"/>
        </w:rPr>
        <w:t>produce a crop—thirtyfold, sixtyfold, or a hundredfold</w:t>
      </w:r>
      <w:r>
        <w:rPr>
          <w:b w:val="false"/>
          <w:i w:val="false"/>
          <w:color w:val="000000"/>
          <w:u w:val="none"/>
        </w:rPr>
        <w:t xml:space="preserve"> [2ENW]</w:t>
      </w:r>
      <w:r>
        <w:rPr/>
        <w:t>.”</w:t>
      </w:r>
    </w:p>
    <w:p>
      <w:pPr>
        <w:pStyle w:val="Yellow"/>
        <w:rPr/>
      </w:pPr>
      <w:r>
        <w:rPr/>
        <w:t xml:space="preserve">&lt;28&gt;(Lk8:11 “The seed is the word of God”) </w:t>
      </w:r>
      <w:r>
        <w:rPr>
          <w:b/>
        </w:rPr>
        <w:t>Luke 8:12</w:t>
      </w:r>
      <w:r>
        <w:rPr/>
        <w:t xml:space="preserve"> — </w:t>
      </w:r>
      <w:r>
        <w:rPr>
          <w:shd w:val="clear" w:fill="B7DDE8"/>
        </w:rPr>
        <w:t>The {seeds} along the path are those who hear</w:t>
      </w:r>
      <w:r>
        <w:rPr>
          <w:b w:val="false"/>
          <w:i w:val="false"/>
          <w:color w:val="000000"/>
          <w:u w:val="none"/>
        </w:rPr>
        <w:t xml:space="preserve"> [1CZO]</w:t>
      </w:r>
      <w:r>
        <w:rPr/>
        <w:t xml:space="preserve">, but </w:t>
      </w:r>
      <w:r>
        <w:rPr>
          <w:shd w:val="clear" w:fill="B7DDE8"/>
        </w:rPr>
        <w:t>the devil comes</w:t>
      </w:r>
      <w:r>
        <w:rPr>
          <w:b w:val="false"/>
          <w:i w:val="false"/>
          <w:color w:val="000000"/>
          <w:u w:val="none"/>
        </w:rPr>
        <w:t xml:space="preserve"> [2CZP]</w:t>
      </w:r>
      <w:r>
        <w:rPr/>
        <w:t xml:space="preserve"> and </w:t>
      </w:r>
      <w:r>
        <w:rPr>
          <w:shd w:val="clear" w:fill="B7DDE8"/>
        </w:rPr>
        <w:t>takes away the word from their hearts</w:t>
      </w:r>
      <w:r>
        <w:rPr>
          <w:b w:val="false"/>
          <w:i w:val="false"/>
          <w:color w:val="000000"/>
          <w:u w:val="none"/>
        </w:rPr>
        <w:t xml:space="preserve"> [3CZQ]</w:t>
      </w:r>
      <w:r>
        <w:rPr/>
        <w:t xml:space="preserve">, </w:t>
      </w:r>
      <w:r>
        <w:rPr>
          <w:shd w:val="clear" w:fill="B7DDE8"/>
        </w:rPr>
        <w:t>so that they may not believe and be saved</w:t>
      </w:r>
      <w:r>
        <w:rPr>
          <w:b w:val="false"/>
          <w:i w:val="false"/>
          <w:color w:val="000000"/>
          <w:u w:val="none"/>
        </w:rPr>
        <w:t xml:space="preserve"> [1CZR]</w:t>
      </w:r>
      <w:r>
        <w:rPr/>
        <w:t>.</w:t>
      </w:r>
    </w:p>
    <w:p>
      <w:pPr>
        <w:pStyle w:val="Yellow"/>
        <w:rPr/>
      </w:pPr>
      <w:r>
        <w:rPr/>
        <w:t>&lt;28&gt;</w:t>
      </w:r>
      <w:r>
        <w:rPr>
          <w:b/>
        </w:rPr>
        <w:t>Luke 8:13</w:t>
      </w:r>
      <w:r>
        <w:rPr/>
        <w:t xml:space="preserve"> — </w:t>
      </w:r>
      <w:r>
        <w:rPr>
          <w:shd w:val="clear" w:fill="B7DDE8"/>
        </w:rPr>
        <w:t>The seeds on rocky ground are those who hear the word and receive it with joy</w:t>
      </w:r>
      <w:r>
        <w:rPr>
          <w:b w:val="false"/>
          <w:i w:val="false"/>
          <w:color w:val="000000"/>
          <w:u w:val="none"/>
        </w:rPr>
        <w:t xml:space="preserve"> [3CZS]</w:t>
      </w:r>
      <w:r>
        <w:rPr/>
        <w:t xml:space="preserve">, but </w:t>
      </w:r>
      <w:r>
        <w:rPr>
          <w:shd w:val="clear" w:fill="B7DDE8"/>
        </w:rPr>
        <w:t>they have no root</w:t>
      </w:r>
      <w:r>
        <w:rPr>
          <w:b w:val="false"/>
          <w:i w:val="false"/>
          <w:color w:val="000000"/>
          <w:u w:val="none"/>
        </w:rPr>
        <w:t xml:space="preserve"> [3CZT]</w:t>
      </w:r>
      <w:r>
        <w:rPr/>
        <w:t xml:space="preserve">. </w:t>
      </w:r>
      <w:r>
        <w:rPr>
          <w:shd w:val="clear" w:fill="B7DDE8"/>
        </w:rPr>
        <w:t>They believe for a season</w:t>
      </w:r>
      <w:r>
        <w:rPr>
          <w:b w:val="false"/>
          <w:i w:val="false"/>
          <w:color w:val="000000"/>
          <w:u w:val="none"/>
        </w:rPr>
        <w:t xml:space="preserve"> [1CZU]</w:t>
      </w:r>
      <w:r>
        <w:rPr/>
        <w:t xml:space="preserve">, but </w:t>
      </w:r>
      <w:r>
        <w:rPr>
          <w:shd w:val="clear" w:fill="B7DDE8"/>
        </w:rPr>
        <w:t>in the time of testing, they fall away</w:t>
      </w:r>
      <w:r>
        <w:rPr>
          <w:b w:val="false"/>
          <w:i w:val="false"/>
          <w:color w:val="000000"/>
          <w:u w:val="none"/>
        </w:rPr>
        <w:t xml:space="preserve"> [1CZV]</w:t>
      </w:r>
      <w:r>
        <w:rPr/>
        <w:t>.</w:t>
      </w:r>
    </w:p>
    <w:p>
      <w:pPr>
        <w:pStyle w:val="Yellow"/>
        <w:rPr/>
      </w:pPr>
      <w:r>
        <w:rPr/>
        <w:t>&lt;28&gt;</w:t>
      </w:r>
      <w:r>
        <w:rPr>
          <w:b/>
        </w:rPr>
        <w:t>Luke 8:14</w:t>
      </w:r>
      <w:r>
        <w:rPr/>
        <w:t xml:space="preserve"> — </w:t>
      </w:r>
      <w:r>
        <w:rPr>
          <w:shd w:val="clear" w:fill="B7DDE8"/>
        </w:rPr>
        <w:t>The seeds that fell among the thorns are those who hear</w:t>
      </w:r>
      <w:r>
        <w:rPr>
          <w:b w:val="false"/>
          <w:i w:val="false"/>
          <w:color w:val="000000"/>
          <w:u w:val="none"/>
        </w:rPr>
        <w:t xml:space="preserve"> [3CZW]</w:t>
      </w:r>
      <w:r>
        <w:rPr/>
        <w:t xml:space="preserve">, but as they go on their way, </w:t>
      </w:r>
      <w:r>
        <w:rPr>
          <w:shd w:val="clear" w:fill="B7DDE8"/>
        </w:rPr>
        <w:t>they are choked by the worries, riches, and pleasures of this life</w:t>
      </w:r>
      <w:r>
        <w:rPr>
          <w:b w:val="false"/>
          <w:i w:val="false"/>
          <w:color w:val="000000"/>
          <w:u w:val="none"/>
        </w:rPr>
        <w:t xml:space="preserve"> [1CZX]</w:t>
      </w:r>
      <w:r>
        <w:rPr/>
        <w:t xml:space="preserve">, and </w:t>
      </w:r>
      <w:r>
        <w:rPr>
          <w:shd w:val="clear" w:fill="B7DDE8"/>
        </w:rPr>
        <w:t>their fruit does not mature</w:t>
      </w:r>
      <w:r>
        <w:rPr>
          <w:b w:val="false"/>
          <w:i w:val="false"/>
          <w:color w:val="000000"/>
          <w:u w:val="none"/>
        </w:rPr>
        <w:t xml:space="preserve"> [1CZY]</w:t>
      </w:r>
      <w:r>
        <w:rPr/>
        <w:t>.</w:t>
      </w:r>
    </w:p>
    <w:p>
      <w:pPr>
        <w:pStyle w:val="Yellow"/>
        <w:rPr/>
      </w:pPr>
      <w:r>
        <w:rPr/>
        <w:t>&lt;28&gt;</w:t>
      </w:r>
      <w:r>
        <w:rPr>
          <w:b/>
        </w:rPr>
        <w:t>Luke 8:15</w:t>
      </w:r>
      <w:r>
        <w:rPr/>
        <w:t xml:space="preserve"> — </w:t>
      </w:r>
      <w:r>
        <w:rPr>
          <w:shd w:val="clear" w:fill="B7DDE8"/>
        </w:rPr>
        <w:t>the seeds on good soil are those with a noble and good heart</w:t>
      </w:r>
      <w:r>
        <w:rPr>
          <w:b w:val="false"/>
          <w:i w:val="false"/>
          <w:color w:val="000000"/>
          <w:u w:val="none"/>
        </w:rPr>
        <w:t xml:space="preserve"> [1CZZ]</w:t>
      </w:r>
      <w:r>
        <w:rPr/>
        <w:t xml:space="preserve">, </w:t>
      </w:r>
      <w:r>
        <w:rPr>
          <w:shd w:val="clear" w:fill="B7DDE8"/>
        </w:rPr>
        <w:t>who hear the word</w:t>
      </w:r>
      <w:r>
        <w:rPr>
          <w:b w:val="false"/>
          <w:i w:val="false"/>
          <w:color w:val="000000"/>
          <w:u w:val="none"/>
        </w:rPr>
        <w:t xml:space="preserve"> [1DAA]</w:t>
      </w:r>
      <w:r>
        <w:rPr/>
        <w:t xml:space="preserve">, </w:t>
      </w:r>
      <w:r>
        <w:rPr>
          <w:shd w:val="clear" w:fill="B7DDE8"/>
        </w:rPr>
        <w:t>cling to it</w:t>
      </w:r>
      <w:r>
        <w:rPr>
          <w:b w:val="false"/>
          <w:i w:val="false"/>
          <w:color w:val="000000"/>
          <w:u w:val="none"/>
        </w:rPr>
        <w:t xml:space="preserve"> [1DAB]</w:t>
      </w:r>
      <w:r>
        <w:rPr/>
        <w:t xml:space="preserve">, and </w:t>
      </w:r>
      <w:r>
        <w:rPr>
          <w:shd w:val="clear" w:fill="B7DDE8"/>
        </w:rPr>
        <w:t>by persevering produce a crop</w:t>
      </w:r>
      <w:r>
        <w:rPr>
          <w:b w:val="false"/>
          <w:i w:val="false"/>
          <w:color w:val="000000"/>
          <w:u w:val="none"/>
        </w:rPr>
        <w:t xml:space="preserve"> [1DAC]</w:t>
      </w:r>
      <w:r>
        <w:rPr/>
        <w:t>.</w:t>
      </w:r>
    </w:p>
    <w:p>
      <w:r>
        <w:rPr>
          <w:b/>
          <w:sz w:val="32"/>
          <w:highlight w:val="yellow"/>
        </w:rPr>
        <w:t>The Value of Wisdom  (22)</w:t>
      </w:r>
    </w:p>
    <w:p>
      <w:pPr>
        <w:pStyle w:val="Yellow"/>
        <w:rPr/>
      </w:pPr>
      <w:r>
        <w:rPr>
          <w:b/>
          <w:shd w:val="clear" w:color="auto" w:fill="548235"/>
          <w:color w:val="FFFFFF"/>
        </w:rPr>
        <w:t>Proverbs 1:8–9</w:t>
      </w:r>
      <w:r>
        <w:rPr>
          <w:shd w:val="clear" w:color="auto" w:fill="548235"/>
          <w:color w:val="FFFFFF"/>
        </w:rPr>
        <w:t xml:space="preserve"> — </w:t>
      </w:r>
      <w:r>
        <w:rPr>
          <w:shd w:fill="548235" w:val="clear" w:color="auto"/>
          <w:color w:val="FFFFFF"/>
        </w:rPr>
        <w:t>Listen, my son, to your father’s instruction, and do not forsake the teaching of your mother</w:t>
      </w:r>
      <w:r>
        <w:rPr>
          <w:b w:val="false"/>
          <w:i w:val="false"/>
          <w:color w:val="FFFFFF"/>
          <w:u w:val="none"/>
          <w:shd w:val="clear" w:color="auto" w:fill="548235"/>
        </w:rPr>
        <w:t xml:space="preserve"> [1FRK]</w:t>
      </w:r>
      <w:r>
        <w:rPr>
          <w:shd w:val="clear" w:color="auto" w:fill="548235"/>
          <w:color w:val="FFFFFF"/>
        </w:rPr>
        <w:t xml:space="preserve">. For </w:t>
      </w:r>
      <w:r>
        <w:rPr>
          <w:shd w:fill="548235" w:val="clear" w:color="auto"/>
          <w:color w:val="FFFFFF"/>
        </w:rPr>
        <w:t>they are a garland of grace on your head and a pendant around your neck</w:t>
      </w:r>
      <w:r>
        <w:rPr>
          <w:b w:val="false"/>
          <w:i w:val="false"/>
          <w:color w:val="FFFFFF"/>
          <w:u w:val="none"/>
          <w:shd w:val="clear" w:color="auto" w:fill="548235"/>
        </w:rPr>
        <w:t xml:space="preserve"> [1FRL]</w:t>
      </w:r>
      <w:r>
        <w:rPr>
          <w:shd w:val="clear" w:color="auto" w:fill="548235"/>
          <w:color w:val="FFFFFF"/>
        </w:rPr>
        <w:t>.</w:t>
      </w:r>
    </w:p>
    <w:p>
      <w:pPr>
        <w:pStyle w:val="Yellow"/>
        <w:rPr/>
      </w:pPr>
      <w:r>
        <w:rPr/>
        <w:t xml:space="preserve">(Pr3:13 “wisdom”) </w:t>
      </w:r>
      <w:r>
        <w:rPr>
          <w:b/>
        </w:rPr>
        <w:t xml:space="preserve">Proverbs 3:14–15</w:t>
      </w:r>
      <w:r>
        <w:rPr/>
        <w:t xml:space="preserve"> — </w:t>
      </w:r>
      <w:r>
        <w:rPr>
          <w:shd w:fill="B7DDE8" w:val="clear"/>
        </w:rPr>
        <w:t xml:space="preserve">{she} is more profitable than silver</w:t>
      </w:r>
      <w:r>
        <w:rPr>
          <w:b w:val="false"/>
          <w:i w:val="false"/>
          <w:color w:val="000000"/>
          <w:u w:val="none"/>
        </w:rPr>
        <w:t xml:space="preserve"> [1HCH]</w:t>
      </w:r>
      <w:r>
        <w:rPr/>
        <w:t xml:space="preserve">, and </w:t>
      </w:r>
      <w:r>
        <w:rPr>
          <w:shd w:fill="B7DDE8" w:val="clear"/>
        </w:rPr>
        <w:t xml:space="preserve">her gain is better than fine gold</w:t>
      </w:r>
      <w:r>
        <w:rPr>
          <w:b w:val="false"/>
          <w:i w:val="false"/>
          <w:color w:val="000000"/>
          <w:u w:val="none"/>
        </w:rPr>
        <w:t xml:space="preserve"> [2HCF]</w:t>
      </w:r>
      <w:r>
        <w:rPr/>
        <w:t xml:space="preserve">. </w:t>
      </w:r>
      <w:r>
        <w:rPr>
          <w:shd w:fill="B7DDE8" w:val="clear"/>
        </w:rPr>
        <w:t xml:space="preserve">She is more precious than rubies; nothing you desire compares with her</w:t>
      </w:r>
      <w:r>
        <w:rPr>
          <w:b w:val="false"/>
          <w:i w:val="false"/>
          <w:color w:val="000000"/>
          <w:u w:val="none"/>
        </w:rPr>
        <w:t xml:space="preserve"> [1HCI]</w:t>
      </w:r>
      <w:r>
        <w:rPr/>
        <w:t xml:space="preserve">.</w:t>
      </w:r>
    </w:p>
    <w:p>
      <w:pPr>
        <w:pStyle w:val="Yellow"/>
        <w:rPr/>
      </w:pPr>
      <w:r>
        <w:rPr/>
        <w:t xml:space="preserve">(Pr3:13 “wisdom”) </w:t>
      </w:r>
      <w:r>
        <w:rPr>
          <w:b/>
        </w:rPr>
        <w:t xml:space="preserve">Proverbs 3:16</w:t>
      </w:r>
      <w:r>
        <w:rPr/>
        <w:t xml:space="preserve"> — </w:t>
      </w:r>
      <w:r>
        <w:rPr>
          <w:shd w:fill="B7DDE8" w:val="clear"/>
        </w:rPr>
        <w:t xml:space="preserve">Long life is in {her} right hand</w:t>
      </w:r>
      <w:r>
        <w:rPr>
          <w:b w:val="false"/>
          <w:i w:val="false"/>
          <w:u w:val="none"/>
          <w:color w:val="000000"/>
        </w:rPr>
        <w:t xml:space="preserve"> [1FZP]</w:t>
      </w:r>
      <w:r>
        <w:rPr/>
        <w:t xml:space="preserve">; </w:t>
      </w:r>
      <w:r>
        <w:rPr>
          <w:shd w:fill="B7DDE8" w:val="clear"/>
        </w:rPr>
        <w:t xml:space="preserve">in her left hand are riches and honor</w:t>
      </w:r>
      <w:r>
        <w:rPr>
          <w:b w:val="false"/>
          <w:i w:val="false"/>
          <w:color w:val="000000"/>
          <w:u w:val="none"/>
        </w:rPr>
        <w:t xml:space="preserve"> [1FZQ]</w:t>
      </w:r>
      <w:r>
        <w:rPr/>
        <w:t xml:space="preserve">.</w:t>
      </w:r>
    </w:p>
    <w:p>
      <w:pPr>
        <w:pStyle w:val="Yellow"/>
        <w:rPr/>
      </w:pPr>
      <w:r>
        <w:rPr/>
        <w:t xml:space="preserve">(Pr3:13 “wisdom”) </w:t>
      </w:r>
      <w:r>
        <w:rPr>
          <w:b/>
        </w:rPr>
        <w:t xml:space="preserve">Proverbs 3:17</w:t>
      </w:r>
      <w:r>
        <w:rPr/>
        <w:t xml:space="preserve"> — </w:t>
      </w:r>
      <w:r>
        <w:rPr>
          <w:shd w:fill="B7DDE8" w:val="clear"/>
        </w:rPr>
        <w:t xml:space="preserve">All {her} ways are pleasant</w:t>
      </w:r>
      <w:r>
        <w:rPr>
          <w:b w:val="false"/>
          <w:i w:val="false"/>
          <w:color w:val="000000"/>
          <w:u w:val="none"/>
        </w:rPr>
        <w:t xml:space="preserve"> [1HPP]</w:t>
      </w:r>
      <w:r>
        <w:rPr/>
        <w:t xml:space="preserve">, and </w:t>
      </w:r>
      <w:r>
        <w:rPr>
          <w:shd w:fill="B7DDE8" w:val="clear"/>
        </w:rPr>
        <w:t xml:space="preserve">all her paths are peaceful</w:t>
      </w:r>
      <w:r>
        <w:rPr>
          <w:b w:val="false"/>
          <w:i w:val="false"/>
          <w:color w:val="000000"/>
          <w:u w:val="none"/>
        </w:rPr>
        <w:t xml:space="preserve"> [1HPQ]</w:t>
      </w:r>
      <w:r>
        <w:rPr/>
        <w:t xml:space="preserve">.</w:t>
      </w:r>
    </w:p>
    <w:p>
      <w:pPr>
        <w:pStyle w:val="Yellow"/>
        <w:rPr/>
      </w:pPr>
      <w:r>
        <w:rPr/>
        <w:t xml:space="preserve">(Pr3:13 “wisdom”) </w:t>
      </w:r>
      <w:r>
        <w:rPr>
          <w:b/>
        </w:rPr>
        <w:t>Proverbs 3:18</w:t>
      </w:r>
      <w:r>
        <w:rPr/>
        <w:t xml:space="preserve"> — </w:t>
      </w:r>
      <w:r>
        <w:rPr>
          <w:shd w:val="clear" w:fill="B7DDE8"/>
        </w:rPr>
        <w:t>{She} is a tree of life to those who embrace her</w:t>
      </w:r>
      <w:r>
        <w:rPr>
          <w:b w:val="false"/>
          <w:i w:val="false"/>
          <w:color w:val="000000"/>
          <w:u w:val="none"/>
        </w:rPr>
        <w:t xml:space="preserve"> [1EIU]</w:t>
      </w:r>
      <w:r>
        <w:rPr/>
        <w:t xml:space="preserve">, and </w:t>
      </w:r>
      <w:r>
        <w:rPr>
          <w:shd w:val="clear" w:fill="B7DDE8"/>
        </w:rPr>
        <w:t>those who lay hold of her are blessed</w:t>
      </w:r>
      <w:r>
        <w:rPr>
          <w:b w:val="false"/>
          <w:i w:val="false"/>
          <w:color w:val="000000"/>
          <w:u w:val="none"/>
        </w:rPr>
        <w:t xml:space="preserve"> [1EIV]</w:t>
      </w:r>
      <w:r>
        <w:rPr/>
        <w:t>.</w:t>
      </w:r>
    </w:p>
    <w:p>
      <w:pPr>
        <w:pStyle w:val="Yellow"/>
        <w:rPr/>
      </w:pPr>
      <w:r>
        <w:rPr>
          <w:b/>
          <w:shd w:val="clear" w:color="auto" w:fill="548235"/>
          <w:color w:val="FFFFFF"/>
        </w:rPr>
        <w:t xml:space="preserve">Proverbs 3:21–22</w:t>
      </w:r>
      <w:r>
        <w:rPr>
          <w:shd w:val="clear" w:color="auto" w:fill="548235"/>
          <w:color w:val="FFFFFF"/>
        </w:rPr>
        <w:t xml:space="preserve"> — </w:t>
      </w:r>
      <w:r>
        <w:rPr>
          <w:shd w:fill="548235" w:val="clear" w:color="auto"/>
          <w:color w:val="FFFFFF"/>
        </w:rPr>
        <w:t xml:space="preserve">Preserve sound judgment and discernment</w:t>
      </w:r>
      <w:r>
        <w:rPr>
          <w:b w:val="false"/>
          <w:i w:val="false"/>
          <w:color w:val="FFFFFF"/>
          <w:u w:val="none"/>
          <w:shd w:val="clear" w:color="auto" w:fill="548235"/>
        </w:rPr>
        <w:t xml:space="preserve"> [1HKE]</w:t>
      </w:r>
      <w:r>
        <w:rPr>
          <w:shd w:val="clear" w:color="auto" w:fill="548235"/>
          <w:color w:val="FFFFFF"/>
        </w:rPr>
        <w:t xml:space="preserve">. </w:t>
      </w:r>
      <w:r>
        <w:rPr>
          <w:shd w:fill="548235" w:val="clear" w:color="auto"/>
          <w:color w:val="FFFFFF"/>
        </w:rPr>
        <w:t xml:space="preserve">They will be life to your soul</w:t>
      </w:r>
      <w:r>
        <w:rPr>
          <w:b w:val="false"/>
          <w:i w:val="false"/>
          <w:color w:val="FFFFFF"/>
          <w:u w:val="none"/>
          <w:shd w:val="clear" w:color="auto" w:fill="548235"/>
        </w:rPr>
        <w:t xml:space="preserve"> [1HKF]</w:t>
      </w:r>
      <w:r>
        <w:rPr>
          <w:shd w:val="clear" w:color="auto" w:fill="548235"/>
          <w:color w:val="FFFFFF"/>
        </w:rPr>
        <w:t xml:space="preserve"> and </w:t>
      </w:r>
      <w:r>
        <w:rPr>
          <w:shd w:fill="548235" w:val="clear" w:color="auto"/>
          <w:color w:val="FFFFFF"/>
        </w:rPr>
        <w:t xml:space="preserve">adornment to your neck</w:t>
      </w:r>
      <w:r>
        <w:rPr>
          <w:b w:val="false"/>
          <w:i w:val="false"/>
          <w:color w:val="FFFFFF"/>
          <w:u w:val="none"/>
          <w:shd w:val="clear" w:color="auto" w:fill="548235"/>
        </w:rPr>
        <w:t xml:space="preserve"> [1HKG]</w:t>
      </w:r>
      <w:r>
        <w:rPr>
          <w:shd w:val="clear" w:color="auto" w:fill="548235"/>
          <w:color w:val="FFFFFF"/>
        </w:rPr>
        <w:t xml:space="preserve">.</w:t>
      </w:r>
    </w:p>
    <w:p>
      <w:pPr>
        <w:pStyle w:val="Yellow"/>
        <w:rPr/>
      </w:pPr>
      <w:r>
        <w:rPr>
          <w:b/>
        </w:rPr>
        <w:t xml:space="preserve">Proverbs 3:35</w:t>
      </w:r>
      <w:r>
        <w:rPr/>
        <w:t xml:space="preserve"> — </w:t>
      </w:r>
      <w:r>
        <w:rPr>
          <w:shd w:fill="B7DDE8" w:val="clear"/>
        </w:rPr>
        <w:t xml:space="preserve">The wise will inherit honor</w:t>
      </w:r>
      <w:r>
        <w:rPr>
          <w:b w:val="false"/>
          <w:i w:val="false"/>
          <w:color w:val="000000"/>
          <w:u w:val="none"/>
        </w:rPr>
        <w:t xml:space="preserve"> [1HHH]</w:t>
      </w:r>
      <w:r>
        <w:rPr/>
        <w:t xml:space="preserve">, but </w:t>
      </w:r>
      <w:r>
        <w:rPr>
          <w:shd w:fill="B7DDE8" w:val="clear"/>
        </w:rPr>
        <w:t xml:space="preserve">fools are held up to shame</w:t>
      </w:r>
      <w:r>
        <w:rPr>
          <w:b w:val="false"/>
          <w:i w:val="false"/>
          <w:color w:val="000000"/>
          <w:u w:val="none"/>
        </w:rPr>
        <w:t xml:space="preserve"> [1HHI]</w:t>
      </w:r>
      <w:r>
        <w:rPr/>
        <w:t xml:space="preserve">.</w:t>
      </w:r>
    </w:p>
    <w:p>
      <w:pPr>
        <w:pStyle w:val="Yellow"/>
        <w:rPr/>
      </w:pPr>
      <w:r>
        <w:rPr/>
        <w:t xml:space="preserve">(Pr4:5 “wisdom”) </w:t>
      </w:r>
      <w:r>
        <w:rPr>
          <w:b/>
        </w:rPr>
        <w:t>Proverbs 4:8–9</w:t>
      </w:r>
      <w:r>
        <w:rPr/>
        <w:t xml:space="preserve"> — </w:t>
      </w:r>
      <w:r>
        <w:rPr>
          <w:shd w:fill="B7DDE8" w:val="clear"/>
        </w:rPr>
        <w:t>Prize {her}, and she will exalt you</w:t>
      </w:r>
      <w:r>
        <w:rPr>
          <w:b w:val="false"/>
          <w:i w:val="false"/>
          <w:color w:val="000000"/>
          <w:u w:val="none"/>
        </w:rPr>
        <w:t xml:space="preserve"> [1FRM]</w:t>
      </w:r>
      <w:r>
        <w:rPr/>
        <w:t xml:space="preserve">; </w:t>
      </w:r>
      <w:r>
        <w:rPr>
          <w:shd w:fill="B7DDE8" w:val="clear"/>
        </w:rPr>
        <w:t>if you embrace her, she will honor you</w:t>
      </w:r>
      <w:r>
        <w:rPr>
          <w:b w:val="false"/>
          <w:i w:val="false"/>
          <w:color w:val="000000"/>
          <w:u w:val="none"/>
        </w:rPr>
        <w:t xml:space="preserve"> [1FRN]</w:t>
      </w:r>
      <w:r>
        <w:rPr/>
        <w:t xml:space="preserve">. </w:t>
      </w:r>
      <w:r>
        <w:rPr>
          <w:shd w:fill="B7DDE8" w:val="clear"/>
        </w:rPr>
        <w:t>She will set a garland of grace on your head</w:t>
      </w:r>
      <w:r>
        <w:rPr>
          <w:b w:val="false"/>
          <w:i w:val="false"/>
          <w:color w:val="000000"/>
          <w:u w:val="none"/>
        </w:rPr>
        <w:t xml:space="preserve"> [1FRO]</w:t>
      </w:r>
      <w:r>
        <w:rPr/>
        <w:t xml:space="preserve">; </w:t>
      </w:r>
      <w:r>
        <w:rPr>
          <w:shd w:fill="B7DDE8" w:val="clear"/>
        </w:rPr>
        <w:t>she will present you with a crown of beauty</w:t>
      </w:r>
      <w:r>
        <w:rPr>
          <w:b w:val="false"/>
          <w:i w:val="false"/>
          <w:color w:val="000000"/>
          <w:u w:val="none"/>
        </w:rPr>
        <w:t xml:space="preserve"> [1FRP]</w:t>
      </w:r>
      <w:r>
        <w:rPr/>
        <w:t>.”</w:t>
      </w:r>
    </w:p>
    <w:p>
      <w:pPr>
        <w:pStyle w:val="Yellow"/>
        <w:rPr/>
      </w:pPr>
      <w:r>
        <w:rPr>
          <w:shd w:val="clear" w:color="auto" w:fill="548235"/>
          <w:color w:val="FFFFFF"/>
        </w:rPr>
        <w:t xml:space="preserve">(Pr8:12 Wisdom impersonated “I, wisdom”) </w:t>
      </w:r>
      <w:r>
        <w:rPr>
          <w:b/>
          <w:shd w:val="clear" w:color="auto" w:fill="548235"/>
          <w:color w:val="FFFFFF"/>
        </w:rPr>
        <w:t xml:space="preserve">Proverbs 8:18</w:t>
      </w:r>
      <w:r>
        <w:rPr>
          <w:shd w:val="clear" w:color="auto" w:fill="548235"/>
          <w:color w:val="FFFFFF"/>
        </w:rPr>
        <w:t xml:space="preserve"> — </w:t>
      </w:r>
      <w:r>
        <w:rPr>
          <w:shd w:fill="548235" w:val="clear" w:color="auto"/>
          <w:color w:val="FFFFFF"/>
        </w:rPr>
        <w:t xml:space="preserve">With {me} are riches and honor, enduring wealth and righteousness</w:t>
      </w:r>
      <w:r>
        <w:rPr>
          <w:b w:val="false"/>
          <w:i w:val="false"/>
          <w:color w:val="FFFFFF"/>
          <w:u w:val="none"/>
          <w:shd w:val="clear" w:color="auto" w:fill="548235"/>
        </w:rPr>
        <w:t xml:space="preserve"> [1HDX]</w:t>
      </w:r>
      <w:r>
        <w:rPr>
          <w:shd w:val="clear" w:color="auto" w:fill="548235"/>
          <w:color w:val="FFFFFF"/>
        </w:rPr>
        <w:t xml:space="preserve">.</w:t>
      </w:r>
    </w:p>
    <w:p>
      <w:pPr>
        <w:pStyle w:val="Yellow"/>
        <w:rPr/>
      </w:pPr>
      <w:r>
        <w:rPr/>
        <w:t xml:space="preserve">(Pr8:12 Wisdom impersonated “I, wisdom”) </w:t>
      </w:r>
      <w:r>
        <w:rPr>
          <w:b/>
        </w:rPr>
        <w:t xml:space="preserve">Proverbs 8:20–21</w:t>
      </w:r>
      <w:r>
        <w:rPr/>
        <w:t xml:space="preserve"> — </w:t>
      </w:r>
      <w:r>
        <w:rPr>
          <w:shd w:fill="B7DDE8" w:val="clear"/>
        </w:rPr>
        <w:t xml:space="preserve">{I} walk in the way of righteousness, along the paths of justice</w:t>
      </w:r>
      <w:r>
        <w:rPr>
          <w:b w:val="false"/>
          <w:i w:val="false"/>
          <w:u w:val="none"/>
          <w:color w:val="000000"/>
        </w:rPr>
        <w:t xml:space="preserve"> [1HPR]</w:t>
      </w:r>
      <w:r>
        <w:rPr/>
        <w:t xml:space="preserve">, </w:t>
      </w:r>
      <w:r>
        <w:rPr>
          <w:shd w:fill="B7DDE8" w:val="clear"/>
        </w:rPr>
        <w:t xml:space="preserve">bestowing wealth on those who love me</w:t>
      </w:r>
      <w:r>
        <w:rPr>
          <w:b w:val="false"/>
          <w:i w:val="false"/>
          <w:color w:val="000000"/>
          <w:u w:val="none"/>
        </w:rPr>
        <w:t xml:space="preserve"> [1HPS]</w:t>
      </w:r>
      <w:r>
        <w:rPr/>
        <w:t xml:space="preserve"> and </w:t>
      </w:r>
      <w:r>
        <w:rPr>
          <w:shd w:fill="B7DDE8" w:val="clear"/>
        </w:rPr>
        <w:t xml:space="preserve">making their treasuries full</w:t>
      </w:r>
      <w:r>
        <w:rPr>
          <w:b w:val="false"/>
          <w:i w:val="false"/>
          <w:color w:val="000000"/>
          <w:u w:val="none"/>
        </w:rPr>
        <w:t xml:space="preserve"> [1HPS]</w:t>
      </w:r>
      <w:r>
        <w:rPr/>
        <w:t xml:space="preserve">.</w:t>
      </w:r>
    </w:p>
    <w:p>
      <w:pPr>
        <w:pStyle w:val="Yellow"/>
        <w:rPr/>
      </w:pPr>
      <w:r>
        <w:rPr>
          <w:b/>
          <w:u w:val="none"/>
        </w:rPr>
        <w:t xml:space="preserve">Proverbs 9:10–11</w:t>
      </w:r>
      <w:r>
        <w:rPr>
          <w:u w:val="none"/>
        </w:rPr>
        <w:t xml:space="preserve"> — </w:t>
      </w:r>
      <w:r>
        <w:rPr>
          <w:u w:val="none"/>
          <w:shd w:fill="B7DDE8" w:val="clear"/>
        </w:rPr>
        <w:t xml:space="preserve">The fear of the LORD is the beginning of wisdom</w:t>
      </w:r>
      <w:r>
        <w:rPr>
          <w:b w:val="false"/>
          <w:i w:val="false"/>
          <w:u w:val="none"/>
          <w:color w:val="000000"/>
        </w:rPr>
        <w:t xml:space="preserve"> [2YB]</w:t>
      </w:r>
      <w:r>
        <w:rPr>
          <w:u w:val="none"/>
        </w:rPr>
        <w:t xml:space="preserve">, and </w:t>
      </w:r>
      <w:r>
        <w:rPr>
          <w:u w:val="none"/>
          <w:shd w:fill="B7DDE8" w:val="clear"/>
        </w:rPr>
        <w:t xml:space="preserve">knowledge of the Holy One is understanding</w:t>
      </w:r>
      <w:r>
        <w:rPr>
          <w:b w:val="false"/>
          <w:i w:val="false"/>
          <w:u w:val="none"/>
          <w:color w:val="000000"/>
        </w:rPr>
        <w:t xml:space="preserve"> [1HNG]</w:t>
      </w:r>
      <w:r>
        <w:rPr>
          <w:u w:val="none"/>
        </w:rPr>
        <w:t xml:space="preserve">. For </w:t>
      </w:r>
      <w:r>
        <w:rPr>
          <w:u w:val="none"/>
          <w:shd w:fill="B7DDE8" w:val="clear"/>
        </w:rPr>
        <w:t xml:space="preserve">through wisdom your days will be multiplied, and years will be added to your life</w:t>
      </w:r>
      <w:r>
        <w:rPr>
          <w:b w:val="false"/>
          <w:i w:val="false"/>
          <w:color w:val="000000"/>
          <w:u w:val="none"/>
        </w:rPr>
        <w:t xml:space="preserve"> [1HNH]</w:t>
      </w:r>
      <w:r>
        <w:rPr>
          <w:u w:val="none"/>
        </w:rPr>
        <w:t xml:space="preserve">.</w:t>
      </w:r>
    </w:p>
    <w:p>
      <w:pPr>
        <w:pStyle w:val="Yellow"/>
        <w:rPr/>
      </w:pPr>
      <w:r>
        <w:rPr>
          <w:b/>
        </w:rPr>
        <w:t xml:space="preserve">Proverbs 9:12</w:t>
      </w:r>
      <w:r>
        <w:rPr/>
        <w:t xml:space="preserve"> — </w:t>
      </w:r>
      <w:r>
        <w:rPr>
          <w:shd w:fill="B7DDE8" w:val="clear"/>
        </w:rPr>
        <w:t xml:space="preserve">If you are wise, you are wise to your own advantage</w:t>
      </w:r>
      <w:r>
        <w:rPr>
          <w:b w:val="false"/>
          <w:i w:val="false"/>
          <w:color w:val="000000"/>
          <w:u w:val="none"/>
        </w:rPr>
        <w:t xml:space="preserve"> [1HJN]</w:t>
      </w:r>
      <w:r>
        <w:rPr/>
        <w:t xml:space="preserve">; but </w:t>
      </w:r>
      <w:r>
        <w:rPr>
          <w:shd w:fill="B7DDE8" w:val="clear"/>
        </w:rPr>
        <w:t xml:space="preserve">if you scoff, you alone will bear the consequences</w:t>
      </w:r>
      <w:r>
        <w:rPr>
          <w:b w:val="false"/>
          <w:i w:val="false"/>
          <w:color w:val="000000"/>
          <w:u w:val="none"/>
        </w:rPr>
        <w:t xml:space="preserve"> [1HJO]</w:t>
      </w:r>
      <w:r>
        <w:rPr/>
        <w:t xml:space="preserve">.</w:t>
      </w:r>
    </w:p>
    <w:p>
      <w:pPr>
        <w:pStyle w:val="Yellow"/>
        <w:rPr/>
      </w:pPr>
      <w:r>
        <w:rPr>
          <w:b/>
        </w:rPr>
        <w:t xml:space="preserve">Proverbs 12:8</w:t>
      </w:r>
      <w:r>
        <w:rPr/>
        <w:t xml:space="preserve"> — </w:t>
      </w:r>
      <w:r>
        <w:rPr>
          <w:shd w:fill="B7DDE8" w:val="clear"/>
        </w:rPr>
        <w:t xml:space="preserve">A man is praised according to his wisdom</w:t>
      </w:r>
      <w:r>
        <w:rPr>
          <w:b w:val="false"/>
          <w:i w:val="false"/>
          <w:u w:val="none"/>
          <w:color w:val="000000"/>
        </w:rPr>
        <w:t xml:space="preserve"> [1HOJ]</w:t>
      </w:r>
      <w:r>
        <w:rPr/>
        <w:t xml:space="preserve">, but </w:t>
      </w:r>
      <w:r>
        <w:rPr>
          <w:shd w:fill="B7DDE8" w:val="clear"/>
        </w:rPr>
        <w:t xml:space="preserve">a twisted mind is despised</w:t>
      </w:r>
      <w:r>
        <w:rPr>
          <w:b w:val="false"/>
          <w:i w:val="false"/>
          <w:color w:val="000000"/>
          <w:u w:val="none"/>
        </w:rPr>
        <w:t xml:space="preserve"> [1HOK]</w:t>
      </w:r>
      <w:r>
        <w:rPr/>
        <w:t xml:space="preserve">.</w:t>
      </w:r>
    </w:p>
    <w:p>
      <w:pPr>
        <w:pStyle w:val="Yellow"/>
        <w:rPr/>
      </w:pPr>
      <w:r>
        <w:rPr>
          <w:b/>
        </w:rPr>
        <w:t>Proverbs 14:18</w:t>
      </w:r>
      <w:r>
        <w:rPr/>
        <w:t xml:space="preserve"> — </w:t>
      </w:r>
      <w:r>
        <w:rPr>
          <w:shd w:val="clear" w:fill="B7DDE8"/>
        </w:rPr>
        <w:t>The simple inherit folly</w:t>
      </w:r>
      <w:r>
        <w:rPr>
          <w:b w:val="false"/>
          <w:i w:val="false"/>
          <w:color w:val="000000"/>
          <w:u w:val="none"/>
        </w:rPr>
        <w:t xml:space="preserve"> [1RV]</w:t>
      </w:r>
      <w:r>
        <w:rPr/>
        <w:t xml:space="preserve">, but </w:t>
      </w:r>
      <w:r>
        <w:rPr>
          <w:shd w:val="clear" w:fill="F4B183" w:color="auto"/>
          <w:color w:val="000000"/>
        </w:rPr>
        <w:t>the prudent are crowned with knowledge</w:t>
      </w:r>
      <w:r>
        <w:rPr>
          <w:b w:val="false"/>
          <w:i w:val="false"/>
          <w:color w:val="000000"/>
          <w:u w:val="none"/>
          <w:shd w:val="clear" w:color="auto" w:fill="F4B183"/>
        </w:rPr>
        <w:t xml:space="preserve"> [1RW]</w:t>
      </w:r>
      <w:r>
        <w:rPr/>
        <w:t>.</w:t>
      </w:r>
    </w:p>
    <w:p>
      <w:pPr>
        <w:pStyle w:val="Yellow"/>
        <w:rPr/>
      </w:pPr>
      <w:r>
        <w:rPr>
          <w:b/>
        </w:rPr>
        <w:t xml:space="preserve">Proverbs 14:35</w:t>
      </w:r>
      <w:r>
        <w:rPr/>
        <w:t xml:space="preserve"> — </w:t>
      </w:r>
      <w:r>
        <w:rPr>
          <w:shd w:fill="F4B183" w:val="clear" w:color="auto"/>
          <w:color w:val="000000"/>
        </w:rPr>
        <w:t xml:space="preserve">A king delights in a wise servant</w:t>
      </w:r>
      <w:r>
        <w:rPr>
          <w:b w:val="false"/>
          <w:i w:val="false"/>
          <w:color w:val="000000"/>
          <w:u w:val="none"/>
          <w:shd w:val="clear" w:color="auto" w:fill="F4B183"/>
        </w:rPr>
        <w:t xml:space="preserve"> [1HHL]</w:t>
      </w:r>
      <w:r>
        <w:rPr/>
        <w:t xml:space="preserve">, but </w:t>
      </w:r>
      <w:r>
        <w:rPr>
          <w:shd w:fill="B7DDE8" w:val="clear"/>
        </w:rPr>
        <w:t xml:space="preserve">his anger falls on the shameful</w:t>
      </w:r>
      <w:r>
        <w:rPr>
          <w:b w:val="false"/>
          <w:i w:val="false"/>
          <w:color w:val="000000"/>
          <w:u w:val="none"/>
        </w:rPr>
        <w:t xml:space="preserve"> [1HHM]</w:t>
      </w:r>
      <w:r>
        <w:rPr/>
        <w:t xml:space="preserve">.</w:t>
      </w:r>
    </w:p>
    <w:p>
      <w:pPr>
        <w:pStyle w:val="Yellow"/>
        <w:rPr/>
      </w:pPr>
      <w:r>
        <w:rPr>
          <w:b/>
          <w:shd w:val="clear" w:color="auto" w:fill="548235"/>
          <w:color w:val="FFFFFF"/>
        </w:rPr>
        <w:t xml:space="preserve">Proverbs 16:16</w:t>
      </w:r>
      <w:r>
        <w:rPr>
          <w:shd w:val="clear" w:color="auto" w:fill="548235"/>
          <w:color w:val="FFFFFF"/>
        </w:rPr>
        <w:t xml:space="preserve"> — </w:t>
      </w:r>
      <w:r>
        <w:rPr>
          <w:shd w:fill="548235" w:val="clear" w:color="auto"/>
          <w:color w:val="FFFFFF"/>
        </w:rPr>
        <w:t xml:space="preserve">How much better to acquire wisdom than gold</w:t>
      </w:r>
      <w:r>
        <w:rPr>
          <w:b w:val="false"/>
          <w:i w:val="false"/>
          <w:color w:val="FFFFFF"/>
          <w:u w:val="none"/>
          <w:shd w:val="clear" w:color="auto" w:fill="548235"/>
        </w:rPr>
        <w:t xml:space="preserve"> [2HCF]</w:t>
      </w:r>
      <w:r>
        <w:rPr>
          <w:shd w:val="clear" w:color="auto" w:fill="548235"/>
          <w:color w:val="FFFFFF"/>
        </w:rPr>
        <w:t xml:space="preserve">! </w:t>
      </w:r>
      <w:r>
        <w:rPr>
          <w:shd w:fill="548235" w:val="clear" w:color="auto"/>
          <w:color w:val="FFFFFF"/>
        </w:rPr>
        <w:t xml:space="preserve">To gain understanding is more desirable than silver</w:t>
      </w:r>
      <w:r>
        <w:rPr>
          <w:b w:val="false"/>
          <w:i w:val="false"/>
          <w:color w:val="FFFFFF"/>
          <w:u w:val="none"/>
          <w:shd w:val="clear" w:color="auto" w:fill="548235"/>
        </w:rPr>
        <w:t xml:space="preserve"> [1HCG]</w:t>
      </w:r>
      <w:r>
        <w:rPr>
          <w:shd w:val="clear" w:color="auto" w:fill="548235"/>
          <w:color w:val="FFFFFF"/>
        </w:rPr>
        <w:t xml:space="preserve">.</w:t>
      </w:r>
    </w:p>
    <w:p>
      <w:pPr>
        <w:pStyle w:val="Yellow"/>
        <w:rPr/>
      </w:pPr>
      <w:r>
        <w:rPr>
          <w:b/>
          <w:shd w:val="clear" w:color="auto" w:fill="548235"/>
          <w:color w:val="FFFFFF"/>
        </w:rPr>
        <w:t xml:space="preserve">Proverbs 17:2</w:t>
      </w:r>
      <w:r>
        <w:rPr>
          <w:shd w:val="clear" w:color="auto" w:fill="548235"/>
          <w:color w:val="FFFFFF"/>
        </w:rPr>
        <w:t xml:space="preserve"> — </w:t>
      </w:r>
      <w:r>
        <w:rPr>
          <w:shd w:fill="548235" w:val="clear" w:color="auto"/>
          <w:color w:val="FFFFFF"/>
        </w:rPr>
        <w:t xml:space="preserve">A wise servant will rule over a disgraceful son</w:t>
      </w:r>
      <w:r>
        <w:rPr>
          <w:b w:val="false"/>
          <w:i w:val="false"/>
          <w:color w:val="FFFFFF"/>
          <w:u w:val="none"/>
          <w:shd w:val="clear" w:color="auto" w:fill="548235"/>
        </w:rPr>
        <w:t xml:space="preserve"> [1HHJ]</w:t>
      </w:r>
      <w:r>
        <w:rPr>
          <w:shd w:val="clear" w:color="auto" w:fill="548235"/>
          <w:color w:val="FFFFFF"/>
        </w:rPr>
        <w:t xml:space="preserve"> and </w:t>
      </w:r>
      <w:r>
        <w:rPr>
          <w:shd w:fill="548235" w:val="clear" w:color="auto"/>
          <w:color w:val="FFFFFF"/>
        </w:rPr>
        <w:t xml:space="preserve">share his inheritance as one of the brothers</w:t>
      </w:r>
      <w:r>
        <w:rPr>
          <w:b w:val="false"/>
          <w:i w:val="false"/>
          <w:color w:val="FFFFFF"/>
          <w:u w:val="none"/>
          <w:shd w:val="clear" w:color="auto" w:fill="548235"/>
        </w:rPr>
        <w:t xml:space="preserve"> [1HHK]</w:t>
      </w:r>
      <w:r>
        <w:rPr>
          <w:shd w:val="clear" w:color="auto" w:fill="548235"/>
          <w:color w:val="FFFFFF"/>
        </w:rPr>
        <w:t xml:space="preserve">.</w:t>
      </w:r>
    </w:p>
    <w:p>
      <w:pPr>
        <w:pStyle w:val="Yellow"/>
        <w:rPr/>
        <w:pBdr>
          <w:left w:val="single" w:sz="28" w:space="5" w:color="C00000"/>
        </w:pBdr>
      </w:pPr>
      <w:r>
        <w:rPr>
          <w:b/>
        </w:rPr>
        <w:t xml:space="preserve">Proverbs 21:20</w:t>
      </w:r>
      <w:r>
        <w:rPr/>
        <w:t xml:space="preserve"> — </w:t>
      </w:r>
      <w:r>
        <w:rPr>
          <w:shd w:fill="B7DDE8" w:val="clear"/>
        </w:rPr>
        <w:t xml:space="preserve">Precious treasures and oil are in the dwelling of the wise</w:t>
      </w:r>
      <w:r>
        <w:rPr>
          <w:b w:val="false"/>
          <w:i w:val="false"/>
          <w:u w:val="none"/>
          <w:color w:val="000000"/>
        </w:rPr>
        <w:t xml:space="preserve"> [1HIQ]</w:t>
      </w:r>
      <w:r>
        <w:rPr/>
        <w:t xml:space="preserve">, but </w:t>
      </w:r>
      <w:r>
        <w:rPr>
          <w:shd w:fill="B7DDE8" w:val="clear"/>
        </w:rPr>
        <w:t xml:space="preserve">a foolish man consumes them</w:t>
      </w:r>
      <w:r>
        <w:rPr>
          <w:b w:val="false"/>
          <w:i w:val="false"/>
          <w:color w:val="000000"/>
          <w:u w:val="none"/>
        </w:rPr>
        <w:t xml:space="preserve"> [1HIR]</w:t>
      </w:r>
      <w:r>
        <w:rPr/>
        <w:t xml:space="preserve">.</w:t>
      </w:r>
    </w:p>
    <w:p>
      <w:pPr>
        <w:pStyle w:val="Yellow"/>
        <w:rPr/>
      </w:pPr>
      <w:r>
        <w:rPr>
          <w:b/>
        </w:rPr>
        <w:t xml:space="preserve">Proverbs 23:24</w:t>
      </w:r>
      <w:r>
        <w:rPr/>
        <w:t xml:space="preserve"> — </w:t>
      </w:r>
      <w:r>
        <w:rPr>
          <w:shd w:fill="B7DDE8" w:val="clear"/>
        </w:rPr>
        <w:t xml:space="preserve">The father of a righteous man will greatly rejoice</w:t>
      </w:r>
      <w:r>
        <w:rPr>
          <w:b w:val="false"/>
          <w:i w:val="false"/>
          <w:color w:val="000000"/>
          <w:u w:val="none"/>
        </w:rPr>
        <w:t xml:space="preserve"> [1HFY]</w:t>
      </w:r>
      <w:r>
        <w:rPr/>
        <w:t xml:space="preserve">, and </w:t>
      </w:r>
      <w:r>
        <w:rPr>
          <w:shd w:fill="B7DDE8" w:val="clear"/>
        </w:rPr>
        <w:t xml:space="preserve">he who fathers a wise son will delight in him</w:t>
      </w:r>
      <w:r>
        <w:rPr>
          <w:b w:val="false"/>
          <w:i w:val="false"/>
          <w:color w:val="000000"/>
          <w:u w:val="none"/>
        </w:rPr>
        <w:t xml:space="preserve"> [1HFY]</w:t>
      </w:r>
      <w:r>
        <w:rPr/>
        <w:t xml:space="preserve">.</w:t>
      </w:r>
    </w:p>
    <w:p>
      <w:pPr>
        <w:pStyle w:val="Yellow"/>
        <w:rPr/>
      </w:pPr>
      <w:r>
        <w:rPr>
          <w:b/>
        </w:rPr>
        <w:t xml:space="preserve">Proverbs 24:3–4</w:t>
      </w:r>
      <w:r>
        <w:rPr/>
        <w:t xml:space="preserve"> — </w:t>
      </w:r>
      <w:r>
        <w:rPr>
          <w:shd w:fill="B7DDE8" w:val="clear"/>
        </w:rPr>
        <w:t xml:space="preserve">By wisdom a house is built</w:t>
      </w:r>
      <w:r>
        <w:rPr>
          <w:b w:val="false"/>
          <w:i w:val="false"/>
          <w:color w:val="000000"/>
          <w:u w:val="none"/>
        </w:rPr>
        <w:t xml:space="preserve"> [1HNK]</w:t>
      </w:r>
      <w:r>
        <w:rPr/>
        <w:t xml:space="preserve"> and </w:t>
      </w:r>
      <w:r>
        <w:rPr>
          <w:shd w:fill="B7DDE8" w:val="clear"/>
        </w:rPr>
        <w:t xml:space="preserve">by understanding it is established</w:t>
      </w:r>
      <w:r>
        <w:rPr>
          <w:b w:val="false"/>
          <w:i w:val="false"/>
          <w:color w:val="000000"/>
          <w:u w:val="none"/>
        </w:rPr>
        <w:t xml:space="preserve"> [1HNL]</w:t>
      </w:r>
      <w:r>
        <w:rPr/>
        <w:t xml:space="preserve">; </w:t>
      </w:r>
      <w:r>
        <w:rPr>
          <w:shd w:fill="B7DDE8" w:val="clear"/>
        </w:rPr>
        <w:t xml:space="preserve">through knowledge its rooms are filled with every precious and beautiful treasure</w:t>
      </w:r>
      <w:r>
        <w:rPr>
          <w:b w:val="false"/>
          <w:i w:val="false"/>
          <w:u w:val="none"/>
          <w:color w:val="000000"/>
        </w:rPr>
        <w:t xml:space="preserve"> [1HNM]</w:t>
      </w:r>
      <w:r>
        <w:rPr/>
        <w:t xml:space="preserve">.</w:t>
      </w:r>
    </w:p>
    <w:p>
      <w:pPr>
        <w:pStyle w:val="Yellow"/>
        <w:rPr/>
        <w:pBdr>
          <w:left w:val="single" w:sz="28" w:space="5" w:color="C00000"/>
        </w:pBdr>
      </w:pPr>
      <w:r>
        <w:rPr>
          <w:b/>
        </w:rPr>
        <w:t xml:space="preserve">Proverbs 24:14</w:t>
      </w:r>
      <w:r>
        <w:rPr/>
        <w:t xml:space="preserve"> — </w:t>
      </w:r>
      <w:r>
        <w:rPr>
          <w:shd w:fill="B7DDE8" w:val="clear"/>
        </w:rPr>
        <w:t xml:space="preserve">Know therefore that wisdom is sweet to your soul</w:t>
      </w:r>
      <w:r>
        <w:rPr>
          <w:b w:val="false"/>
          <w:i w:val="false"/>
          <w:color w:val="000000"/>
          <w:u w:val="none"/>
        </w:rPr>
        <w:t xml:space="preserve"> [1HKH]</w:t>
      </w:r>
      <w:r>
        <w:rPr/>
        <w:t xml:space="preserve">. If you find it, </w:t>
      </w:r>
      <w:r>
        <w:rPr>
          <w:shd w:val="clear" w:color="auto" w:fill="D9C3E6"/>
        </w:rPr>
        <w:t xml:space="preserve">there is a future for you</w:t>
      </w:r>
      <w:r>
        <w:rPr>
          <w:b w:val="false"/>
          <w:i w:val="false"/>
          <w:color w:val="000000"/>
          <w:u w:val="none"/>
        </w:rPr>
        <w:t xml:space="preserve"> [2HKI]</w:t>
      </w:r>
      <w:r>
        <w:rPr>
          <w:shd w:val="clear" w:color="auto" w:fill="D9C3E6"/>
        </w:rPr>
        <w:t xml:space="preserve">, and </w:t>
      </w:r>
      <w:r>
        <w:rPr>
          <w:shd w:val="clear" w:color="auto" w:fill="D9C3E6"/>
        </w:rPr>
        <w:t xml:space="preserve">your hope will never be cut off</w:t>
      </w:r>
      <w:r>
        <w:rPr>
          <w:b w:val="false"/>
          <w:i w:val="false"/>
          <w:color w:val="000000"/>
          <w:u w:val="none"/>
        </w:rPr>
        <w:t xml:space="preserve"> [2HKI]</w:t>
      </w:r>
      <w:r>
        <w:rPr>
          <w:shd w:val="clear" w:color="auto" w:fill="D9C3E6"/>
        </w:rPr>
        <w:t xml:space="preserve">.</w:t>
      </w:r>
    </w:p>
    <w:p>
      <w:pPr>
        <w:pStyle w:val="Yellow"/>
        <w:rPr/>
      </w:pPr>
      <w:r>
        <w:rPr>
          <w:b/>
        </w:rPr>
        <w:t xml:space="preserve">Ecclesiastes 10:10</w:t>
      </w:r>
      <w:r>
        <w:rPr/>
        <w:t xml:space="preserve"> — </w:t>
      </w:r>
      <w:r>
        <w:rPr>
          <w:shd w:fill="B7DDE8" w:val="clear"/>
        </w:rPr>
        <w:t xml:space="preserve">If the axe is dull and the blade unsharpened, more strength must be exerted</w:t>
      </w:r>
      <w:r>
        <w:rPr>
          <w:b w:val="false"/>
          <w:i w:val="false"/>
          <w:color w:val="000000"/>
          <w:u w:val="none"/>
        </w:rPr>
        <w:t xml:space="preserve"> [1GZZ]</w:t>
      </w:r>
      <w:r>
        <w:rPr/>
        <w:t xml:space="preserve">, but </w:t>
      </w:r>
      <w:r>
        <w:rPr>
          <w:shd w:fill="B7DDE8" w:val="clear"/>
        </w:rPr>
        <w:t xml:space="preserve">skill produces success</w:t>
      </w:r>
      <w:r>
        <w:rPr>
          <w:b w:val="false"/>
          <w:i w:val="false"/>
          <w:color w:val="000000"/>
          <w:u w:val="none"/>
        </w:rPr>
        <w:t xml:space="preserve"> [1HAA]</w:t>
      </w:r>
      <w:r>
        <w:rPr/>
        <w:t xml:space="preserve">.</w:t>
      </w:r>
    </w:p>
    <w:p>
      <w:r>
        <w:rPr>
          <w:b/>
          <w:sz w:val="32"/>
          <w:highlight w:val="yellow"/>
        </w:rPr>
        <w:t>Their House and Wealth Will Not Stand  (11)</w:t>
      </w:r>
    </w:p>
    <w:p>
      <w:pPr>
        <w:pStyle w:val="Yellow"/>
        <w:rPr/>
        <w:pBdr>
          <w:left w:val="single" w:sz="28" w:space="5" w:color="C00000"/>
        </w:pBdr>
      </w:pPr>
      <w:r>
        <w:rPr>
          <w:b/>
          <w:u w:val="none"/>
        </w:rPr>
        <w:t>Psalm 37:28</w:t>
      </w:r>
      <w:r>
        <w:rPr>
          <w:u w:val="none"/>
        </w:rPr>
        <w:t xml:space="preserve"> — </w:t>
      </w:r>
      <w:r>
        <w:rPr>
          <w:u w:val="none"/>
          <w:shd w:val="clear" w:fill="B7DDE8"/>
        </w:rPr>
        <w:t>the LORD loves justice</w:t>
      </w:r>
      <w:r>
        <w:rPr>
          <w:b w:val="false"/>
          <w:i w:val="false"/>
          <w:u w:val="none"/>
          <w:color w:val="000000"/>
        </w:rPr>
        <w:t xml:space="preserve"> [4KY]</w:t>
      </w:r>
      <w:r>
        <w:rPr>
          <w:u w:val="none"/>
        </w:rPr>
        <w:t xml:space="preserve"> and </w:t>
      </w:r>
      <w:r>
        <w:rPr>
          <w:u w:val="none"/>
          <w:shd w:val="clear" w:fill="B7DDE8"/>
        </w:rPr>
        <w:t>will not forsake His saints</w:t>
      </w:r>
      <w:r>
        <w:rPr>
          <w:b w:val="false"/>
          <w:i w:val="false"/>
          <w:color w:val="000000"/>
          <w:u w:val="none"/>
        </w:rPr>
        <w:t xml:space="preserve"> [1DUU]</w:t>
      </w:r>
      <w:r>
        <w:rPr>
          <w:u w:val="none"/>
        </w:rPr>
        <w:t xml:space="preserve">. </w:t>
      </w:r>
      <w:r>
        <w:rPr>
          <w:u w:val="none"/>
          <w:shd w:val="clear" w:fill="B7DDE8"/>
        </w:rPr>
        <w:t>They are preserved forever</w:t>
      </w:r>
      <w:r>
        <w:rPr>
          <w:b w:val="false"/>
          <w:i w:val="false"/>
          <w:color w:val="000000"/>
          <w:u w:val="none"/>
        </w:rPr>
        <w:t xml:space="preserve"> [1DUV]</w:t>
      </w:r>
      <w:r>
        <w:rPr>
          <w:u w:val="none"/>
        </w:rPr>
        <w:t xml:space="preserve">, but </w:t>
      </w:r>
      <w:r>
        <w:rPr>
          <w:u w:val="none"/>
          <w:shd w:val="clear" w:fill="B7DDE8"/>
        </w:rPr>
        <w:t>the offspring of the wicked will be cut off</w:t>
      </w:r>
      <w:r>
        <w:rPr>
          <w:b w:val="false"/>
          <w:i w:val="false"/>
          <w:u w:val="none"/>
          <w:color w:val="000000"/>
        </w:rPr>
        <w:t xml:space="preserve"> [1DUW]</w:t>
      </w:r>
      <w:r>
        <w:rPr>
          <w:u w:val="none"/>
        </w:rPr>
        <w:t>.</w:t>
      </w:r>
    </w:p>
    <w:p>
      <w:pPr>
        <w:pStyle w:val="Yellow"/>
        <w:rPr/>
      </w:pPr>
      <w:r>
        <w:rPr/>
        <w:t xml:space="preserve">(Ps52:1–4 because Doeg celebrates wrongdoing and prefers deception) </w:t>
      </w:r>
      <w:r>
        <w:rPr>
          <w:b/>
        </w:rPr>
        <w:t xml:space="preserve">Psalm 52:5</w:t>
      </w:r>
      <w:r>
        <w:rPr/>
        <w:t xml:space="preserve"> — Surely </w:t>
      </w:r>
      <w:r>
        <w:rPr>
          <w:shd w:fill="B7DDE8" w:val="clear"/>
        </w:rPr>
        <w:t xml:space="preserve">God will bring you down to everlasting ruin</w:t>
      </w:r>
      <w:r>
        <w:rPr>
          <w:b w:val="false"/>
          <w:i w:val="false"/>
          <w:color w:val="000000"/>
          <w:u w:val="none"/>
        </w:rPr>
        <w:t xml:space="preserve"> [1LMB]</w:t>
      </w:r>
      <w:r>
        <w:rPr/>
        <w:t xml:space="preserve">; </w:t>
      </w:r>
      <w:r>
        <w:rPr>
          <w:shd w:fill="B7DDE8" w:val="clear"/>
        </w:rPr>
        <w:t xml:space="preserve">He will snatch you up and tear you away from your tent</w:t>
      </w:r>
      <w:r>
        <w:rPr>
          <w:b w:val="false"/>
          <w:i w:val="false"/>
          <w:color w:val="000000"/>
          <w:u w:val="none"/>
        </w:rPr>
        <w:t xml:space="preserve"> [1LMC]</w:t>
      </w:r>
      <w:r>
        <w:rPr/>
        <w:t xml:space="preserve">; </w:t>
      </w:r>
      <w:r>
        <w:rPr>
          <w:shd w:fill="B7DDE8" w:val="clear"/>
        </w:rPr>
        <w:t xml:space="preserve">He will uproot you from the land of the living</w:t>
      </w:r>
      <w:r>
        <w:rPr>
          <w:b w:val="false"/>
          <w:i w:val="false"/>
          <w:color w:val="000000"/>
          <w:u w:val="none"/>
        </w:rPr>
        <w:t xml:space="preserve"> [1LMD]</w:t>
      </w:r>
      <w:r>
        <w:rPr/>
        <w:t xml:space="preserve">.</w:t>
      </w:r>
    </w:p>
    <w:p>
      <w:pPr>
        <w:pStyle w:val="Yellow"/>
        <w:rPr/>
      </w:pPr>
      <w:r>
        <w:rPr>
          <w:b/>
          <w:u w:val="none"/>
        </w:rPr>
        <w:t xml:space="preserve">Proverbs 2:22</w:t>
      </w:r>
      <w:r>
        <w:rPr>
          <w:u w:val="none"/>
        </w:rPr>
        <w:t xml:space="preserve"> — </w:t>
      </w:r>
      <w:r>
        <w:rPr>
          <w:u w:val="none"/>
          <w:shd w:fill="B7DDE8" w:val="clear"/>
        </w:rPr>
        <w:t xml:space="preserve">the wicked will be cut off</w:t>
      </w:r>
      <w:r>
        <w:rPr>
          <w:u w:val="none"/>
          <w:shd w:fill="B7DDE8" w:val="clear"/>
        </w:rPr>
        <w:t xml:space="preserve"> from the land</w:t>
      </w:r>
      <w:r>
        <w:rPr>
          <w:b w:val="false"/>
          <w:i w:val="false"/>
          <w:color w:val="000000"/>
          <w:u w:val="none"/>
        </w:rPr>
        <w:t xml:space="preserve"> [1JMS]</w:t>
      </w:r>
      <w:r>
        <w:rPr>
          <w:u w:val="none"/>
        </w:rPr>
        <w:t xml:space="preserve">, and </w:t>
      </w:r>
      <w:r>
        <w:rPr>
          <w:u w:val="none"/>
          <w:shd w:fill="B7DDE8" w:val="clear"/>
        </w:rPr>
        <w:t xml:space="preserve">the unfaithful will be uprooted</w:t>
      </w:r>
      <w:r>
        <w:rPr>
          <w:b w:val="false"/>
          <w:i w:val="false"/>
          <w:color w:val="000000"/>
          <w:u w:val="none"/>
        </w:rPr>
        <w:t xml:space="preserve"> [1JMT]</w:t>
      </w:r>
      <w:r>
        <w:rPr>
          <w:u w:val="none"/>
        </w:rPr>
        <w:t xml:space="preserve">.</w:t>
      </w:r>
    </w:p>
    <w:p>
      <w:pPr>
        <w:pStyle w:val="Yellow"/>
        <w:rPr/>
        <w:pBdr>
          <w:left w:val="single" w:sz="28" w:space="5" w:color="C00000"/>
        </w:pBdr>
      </w:pPr>
      <w:r>
        <w:rPr>
          <w:b/>
        </w:rPr>
        <w:t xml:space="preserve">Proverbs 3:33</w:t>
      </w:r>
      <w:r>
        <w:rPr/>
        <w:t xml:space="preserve"> — </w:t>
      </w:r>
      <w:r>
        <w:rPr>
          <w:shd w:fill="B7DDE8" w:val="clear"/>
        </w:rPr>
        <w:t xml:space="preserve">The curse of the LORD is on the house of the wicked</w:t>
      </w:r>
      <w:r>
        <w:rPr>
          <w:b w:val="false"/>
          <w:i w:val="false"/>
          <w:color w:val="000000"/>
          <w:u w:val="none"/>
        </w:rPr>
        <w:t xml:space="preserve"> [1JNP]</w:t>
      </w:r>
      <w:r>
        <w:rPr/>
        <w:t xml:space="preserve">, but </w:t>
      </w:r>
      <w:r>
        <w:rPr>
          <w:shd w:fill="548235" w:val="clear" w:color="auto"/>
          <w:color w:val="FFFFFF"/>
        </w:rPr>
        <w:t xml:space="preserve">He blesses the home of the righteous</w:t>
      </w:r>
      <w:r>
        <w:rPr>
          <w:b w:val="false"/>
          <w:i w:val="false"/>
          <w:color w:val="FFFFFF"/>
          <w:u w:val="none"/>
          <w:shd w:val="clear" w:color="auto" w:fill="548235"/>
        </w:rPr>
        <w:t xml:space="preserve"> [1JNQ]</w:t>
      </w:r>
      <w:r>
        <w:rPr/>
        <w:t xml:space="preserve">.</w:t>
      </w:r>
    </w:p>
    <w:p>
      <w:pPr>
        <w:pStyle w:val="Yellow"/>
        <w:rPr/>
        <w:pBdr>
          <w:left w:val="single" w:sz="28" w:space="5" w:color="C00000"/>
        </w:pBdr>
      </w:pPr>
      <w:r>
        <w:rPr>
          <w:b/>
        </w:rPr>
        <w:t xml:space="preserve">Proverbs 10:16</w:t>
      </w:r>
      <w:r>
        <w:rPr/>
        <w:t xml:space="preserve"> — </w:t>
      </w:r>
      <w:r>
        <w:rPr>
          <w:shd w:fill="B7DDE8" w:val="clear"/>
        </w:rPr>
        <w:t xml:space="preserve">The labor of the righteous leads to life</w:t>
      </w:r>
      <w:r>
        <w:rPr>
          <w:b w:val="false"/>
          <w:i w:val="false"/>
          <w:u w:val="none"/>
          <w:color w:val="000000"/>
        </w:rPr>
        <w:t xml:space="preserve"> [1HCT]</w:t>
      </w:r>
      <w:r>
        <w:rPr/>
        <w:t xml:space="preserve">, but </w:t>
      </w:r>
      <w:r>
        <w:rPr>
          <w:shd w:fill="B7DDE8" w:val="clear"/>
        </w:rPr>
        <w:t xml:space="preserve">the gain of the wicked brings punishment</w:t>
      </w:r>
      <w:r>
        <w:rPr>
          <w:b w:val="false"/>
          <w:i w:val="false"/>
          <w:color w:val="000000"/>
          <w:u w:val="none"/>
        </w:rPr>
        <w:t xml:space="preserve"> [1HCU]</w:t>
      </w:r>
      <w:r>
        <w:rPr/>
        <w:t xml:space="preserve">.</w:t>
      </w:r>
    </w:p>
    <w:p>
      <w:pPr>
        <w:pStyle w:val="Yellow"/>
        <w:rPr/>
      </w:pPr>
      <w:r>
        <w:rPr>
          <w:b/>
        </w:rPr>
        <w:t xml:space="preserve">Proverbs 10:27</w:t>
      </w:r>
      <w:r>
        <w:rPr/>
        <w:t xml:space="preserve"> — </w:t>
      </w:r>
      <w:r>
        <w:rPr>
          <w:shd w:fill="B7DDE8" w:val="clear"/>
        </w:rPr>
        <w:t xml:space="preserve">The fear of the LORD prolongs life</w:t>
      </w:r>
      <w:r>
        <w:rPr>
          <w:b w:val="false"/>
          <w:i w:val="false"/>
          <w:color w:val="000000"/>
          <w:u w:val="none"/>
        </w:rPr>
        <w:t xml:space="preserve"> [1HGQ]</w:t>
      </w:r>
      <w:r>
        <w:rPr/>
        <w:t xml:space="preserve">, but </w:t>
      </w:r>
      <w:r>
        <w:rPr>
          <w:shd w:fill="B7DDE8" w:val="clear"/>
        </w:rPr>
        <w:t xml:space="preserve">the years of the wicked will be cut short</w:t>
      </w:r>
      <w:r>
        <w:rPr>
          <w:b w:val="false"/>
          <w:i w:val="false"/>
          <w:color w:val="000000"/>
          <w:u w:val="none"/>
        </w:rPr>
        <w:t xml:space="preserve"> [1HGR]</w:t>
      </w:r>
      <w:r>
        <w:rPr/>
        <w:t xml:space="preserve">.</w:t>
      </w:r>
    </w:p>
    <w:p>
      <w:pPr>
        <w:pStyle w:val="Yellow"/>
        <w:rPr/>
        <w:pBdr>
          <w:left w:val="single" w:sz="28" w:space="5" w:color="C00000"/>
        </w:pBdr>
      </w:pPr>
      <w:r>
        <w:rPr>
          <w:b/>
        </w:rPr>
        <w:t>Proverbs 10:30</w:t>
      </w:r>
      <w:r>
        <w:rPr/>
        <w:t xml:space="preserve"> — </w:t>
      </w:r>
      <w:r>
        <w:rPr>
          <w:shd w:val="clear" w:fill="B7DDE8"/>
        </w:rPr>
        <w:t>The righteous will never be shaken</w:t>
      </w:r>
      <w:r>
        <w:rPr>
          <w:b w:val="false"/>
          <w:i w:val="false"/>
          <w:u w:val="none"/>
          <w:color w:val="000000"/>
        </w:rPr>
        <w:t xml:space="preserve"> [1FFX]</w:t>
      </w:r>
      <w:r>
        <w:rPr/>
        <w:t xml:space="preserve">, but </w:t>
      </w:r>
      <w:r>
        <w:rPr>
          <w:shd w:val="clear" w:fill="B7DDE8"/>
        </w:rPr>
        <w:t>the wicked will not inhabit the land</w:t>
      </w:r>
      <w:r>
        <w:rPr>
          <w:b w:val="false"/>
          <w:i w:val="false"/>
          <w:color w:val="000000"/>
          <w:u w:val="none"/>
        </w:rPr>
        <w:t xml:space="preserve"> [1FFY]</w:t>
      </w:r>
      <w:r>
        <w:rPr/>
        <w:t>.</w:t>
      </w:r>
    </w:p>
    <w:p>
      <w:pPr>
        <w:pStyle w:val="Yellow"/>
        <w:rPr/>
        <w:pBdr>
          <w:left w:val="single" w:sz="28" w:space="5" w:color="C00000"/>
        </w:pBdr>
      </w:pPr>
      <w:r>
        <w:rPr>
          <w:b/>
          <w:u w:val="none"/>
        </w:rPr>
        <w:t xml:space="preserve">Proverbs 14:11</w:t>
      </w:r>
      <w:r>
        <w:rPr>
          <w:u w:val="none"/>
        </w:rPr>
        <w:t xml:space="preserve"> — </w:t>
      </w:r>
      <w:r>
        <w:rPr>
          <w:u w:val="none"/>
          <w:shd w:fill="B7DDE8" w:val="clear"/>
        </w:rPr>
        <w:t xml:space="preserve">The house of the wicked will be destroyed</w:t>
      </w:r>
      <w:r>
        <w:rPr>
          <w:b w:val="false"/>
          <w:i w:val="false"/>
          <w:color w:val="000000"/>
          <w:u w:val="none"/>
        </w:rPr>
        <w:t xml:space="preserve"> [1JNN]</w:t>
      </w:r>
      <w:r>
        <w:rPr>
          <w:u w:val="none"/>
        </w:rPr>
        <w:t xml:space="preserve">, but </w:t>
      </w:r>
      <w:r>
        <w:rPr>
          <w:u w:val="none"/>
          <w:shd w:fill="F4B183" w:val="clear" w:color="auto"/>
          <w:color w:val="000000"/>
        </w:rPr>
        <w:t xml:space="preserve">the tent of the upright will flourish</w:t>
      </w:r>
      <w:r>
        <w:rPr>
          <w:b w:val="false"/>
          <w:i w:val="false"/>
          <w:color w:val="000000"/>
          <w:u w:val="none"/>
          <w:shd w:val="clear" w:color="auto" w:fill="F4B183"/>
        </w:rPr>
        <w:t xml:space="preserve"> [1JNO]</w:t>
      </w:r>
      <w:r>
        <w:rPr>
          <w:u w:val="none"/>
        </w:rPr>
        <w:t xml:space="preserve">.</w:t>
      </w:r>
    </w:p>
    <w:p>
      <w:pPr>
        <w:pStyle w:val="Yellow"/>
        <w:rPr/>
      </w:pPr>
      <w:r>
        <w:rPr>
          <w:shd w:val="clear" w:color="auto" w:fill="548235"/>
          <w:color w:val="FFFFFF"/>
        </w:rPr>
        <w:t xml:space="preserve">(Pr21:2 “the LORD”) </w:t>
      </w:r>
      <w:r>
        <w:rPr>
          <w:b/>
          <w:shd w:val="clear" w:color="auto" w:fill="548235"/>
          <w:color w:val="FFFFFF"/>
        </w:rPr>
        <w:t>Proverbs 21:12</w:t>
      </w:r>
      <w:r>
        <w:rPr>
          <w:shd w:val="clear" w:color="auto" w:fill="548235"/>
          <w:color w:val="FFFFFF"/>
        </w:rPr>
        <w:t xml:space="preserve"> — </w:t>
      </w:r>
      <w:r>
        <w:rPr>
          <w:shd w:fill="548235" w:val="clear" w:color="auto"/>
          <w:color w:val="FFFFFF"/>
        </w:rPr>
        <w:t>{The Righteous One}</w:t>
      </w:r>
      <w:r>
        <w:rPr>
          <w:b w:val="false"/>
          <w:i w:val="false"/>
          <w:color w:val="FFFFFF"/>
          <w:u w:val="none"/>
          <w:shd w:val="clear" w:color="auto" w:fill="548235"/>
        </w:rPr>
        <w:t xml:space="preserve"> [2BDK]</w:t>
      </w:r>
      <w:r>
        <w:rPr>
          <w:shd w:val="clear" w:color="auto" w:fill="548235"/>
          <w:color w:val="FFFFFF"/>
        </w:rPr>
        <w:t xml:space="preserve"> </w:t>
      </w:r>
      <w:r>
        <w:rPr>
          <w:shd w:fill="548235" w:val="clear" w:color="auto"/>
          <w:color w:val="FFFFFF"/>
        </w:rPr>
        <w:t>considers the house of the wicked and brings the wicked to ruin</w:t>
      </w:r>
      <w:r>
        <w:rPr>
          <w:b w:val="false"/>
          <w:i w:val="false"/>
          <w:color w:val="FFFFFF"/>
          <w:u w:val="none"/>
          <w:shd w:val="clear" w:color="auto" w:fill="548235"/>
        </w:rPr>
        <w:t xml:space="preserve"> [1FHJ]</w:t>
      </w:r>
      <w:r>
        <w:rPr>
          <w:b w:val="false"/>
          <w:i w:val="false"/>
          <w:color w:val="FFFFFF"/>
          <w:u w:val="none"/>
          <w:shd w:val="clear" w:color="auto" w:fill="548235"/>
        </w:rPr>
        <w:t xml:space="preserve"> [1FHK]</w:t>
      </w:r>
      <w:r>
        <w:rPr>
          <w:shd w:val="clear" w:color="auto" w:fill="548235"/>
          <w:color w:val="FFFFFF"/>
        </w:rPr>
        <w:t>.</w:t>
      </w:r>
    </w:p>
    <w:p>
      <w:pPr>
        <w:pStyle w:val="Yellow"/>
        <w:rPr/>
      </w:pPr>
      <w:r>
        <w:rPr/>
        <w:t xml:space="preserve">(Je6:13–15 because Judah is greedy, deceitful, and unashamed) </w:t>
      </w:r>
      <w:r>
        <w:rPr>
          <w:b/>
        </w:rPr>
        <w:t xml:space="preserve">Jeremiah 6:12</w:t>
      </w:r>
      <w:r>
        <w:rPr/>
        <w:t xml:space="preserve"> — </w:t>
      </w:r>
      <w:r>
        <w:rPr>
          <w:shd w:fill="B7DDE8" w:val="clear"/>
        </w:rPr>
        <w:t xml:space="preserve">{Their} houses will be turned over to others, their fields and wives as well</w:t>
      </w:r>
      <w:r>
        <w:rPr>
          <w:b w:val="false"/>
          <w:i w:val="false"/>
          <w:color w:val="000000"/>
          <w:u w:val="none"/>
        </w:rPr>
        <w:t xml:space="preserve"> [1LAB]</w:t>
      </w:r>
      <w:r>
        <w:rPr/>
        <w:t xml:space="preserve">, for </w:t>
      </w:r>
      <w:r>
        <w:rPr>
          <w:shd w:fill="B7DDE8" w:val="clear"/>
        </w:rPr>
        <w:t xml:space="preserve">I will stretch out My hand against the inhabitants of the land</w:t>
      </w:r>
      <w:r>
        <w:rPr>
          <w:b w:val="false"/>
          <w:i w:val="false"/>
          <w:color w:val="000000"/>
          <w:u w:val="none"/>
        </w:rPr>
        <w:t xml:space="preserve"> [1LAC]</w:t>
      </w:r>
      <w:r>
        <w:rPr/>
        <w:t xml:space="preserve">,” declares the LORD.</w:t>
      </w:r>
    </w:p>
    <w:p>
      <w:pPr>
        <w:pStyle w:val="Yellow"/>
        <w:rPr/>
      </w:pPr>
      <w:r>
        <w:rPr/>
        <w:t xml:space="preserve">(Mic6:10–12ᶜ Because the city has “dishonest scales,” “violence,” and “lies”) </w:t>
      </w:r>
      <w:r>
        <w:rPr>
          <w:b/>
        </w:rPr>
        <w:t>Micah 6:14</w:t>
      </w:r>
      <w:r>
        <w:rPr/>
        <w:t xml:space="preserve"> — </w:t>
      </w:r>
      <w:r>
        <w:rPr>
          <w:shd w:val="clear" w:fill="B7DDE8"/>
        </w:rPr>
        <w:t>You will eat but not be satisfied</w:t>
      </w:r>
      <w:r>
        <w:rPr>
          <w:b w:val="false"/>
          <w:i w:val="false"/>
          <w:color w:val="000000"/>
          <w:u w:val="none"/>
        </w:rPr>
        <w:t xml:space="preserve"> [2DYW]</w:t>
      </w:r>
      <w:r>
        <w:rPr/>
        <w:t xml:space="preserve">, and </w:t>
      </w:r>
      <w:r>
        <w:rPr>
          <w:shd w:val="clear" w:fill="B7DDE8"/>
        </w:rPr>
        <w:t>your hunger will remain with you</w:t>
      </w:r>
      <w:r>
        <w:rPr>
          <w:b w:val="false"/>
          <w:i w:val="false"/>
          <w:color w:val="000000"/>
          <w:u w:val="none"/>
        </w:rPr>
        <w:t xml:space="preserve"> [1DYX]</w:t>
      </w:r>
      <w:r>
        <w:rPr/>
        <w:t xml:space="preserve">. </w:t>
      </w:r>
      <w:r>
        <w:rPr>
          <w:shd w:val="clear" w:fill="B7DDE8"/>
        </w:rPr>
        <w:t>What you acquire, you will not preserve</w:t>
      </w:r>
      <w:r>
        <w:rPr>
          <w:b w:val="false"/>
          <w:i w:val="false"/>
          <w:u w:val="none"/>
          <w:color w:val="000000"/>
        </w:rPr>
        <w:t xml:space="preserve"> [1DYY]</w:t>
      </w:r>
      <w:r>
        <w:rPr/>
        <w:t xml:space="preserve">; and </w:t>
      </w:r>
      <w:r>
        <w:rPr>
          <w:shd w:val="clear" w:fill="B7DDE8"/>
        </w:rPr>
        <w:t>what you save, I will give to the sword</w:t>
      </w:r>
      <w:r>
        <w:rPr>
          <w:b w:val="false"/>
          <w:i w:val="false"/>
          <w:color w:val="000000"/>
          <w:u w:val="none"/>
        </w:rPr>
        <w:t xml:space="preserve"> [1DYZ]</w:t>
      </w:r>
      <w:r>
        <w:rPr/>
        <w:t>.</w:t>
      </w:r>
    </w:p>
    <w:p>
      <w:r>
        <w:rPr>
          <w:b/>
          <w:sz w:val="32"/>
          <w:highlight w:val="yellow"/>
        </w:rPr>
        <w:t>Truthful Speech and Honesty  (15)</w:t>
      </w:r>
    </w:p>
    <w:p>
      <w:pPr>
        <w:pStyle w:val="Yellow"/>
        <w:rPr/>
      </w:pPr>
      <w:r>
        <w:rPr>
          <w:b/>
        </w:rPr>
        <w:t xml:space="preserve">Proverbs 12:19</w:t>
      </w:r>
      <w:r>
        <w:rPr/>
        <w:t xml:space="preserve"> — </w:t>
      </w:r>
      <w:r>
        <w:rPr>
          <w:shd w:fill="B7DDE8" w:val="clear"/>
        </w:rPr>
        <w:t xml:space="preserve">Truthful lips endure forever</w:t>
      </w:r>
      <w:r>
        <w:rPr>
          <w:b w:val="false"/>
          <w:i w:val="false"/>
          <w:color w:val="000000"/>
          <w:u w:val="none"/>
        </w:rPr>
        <w:t xml:space="preserve"> [1HLD]</w:t>
      </w:r>
      <w:r>
        <w:rPr/>
        <w:t xml:space="preserve">, but </w:t>
      </w:r>
      <w:r>
        <w:rPr>
          <w:shd w:fill="B7DDE8" w:val="clear"/>
        </w:rPr>
        <w:t xml:space="preserve">a lying tongue lasts only a moment</w:t>
      </w:r>
      <w:r>
        <w:rPr>
          <w:b w:val="false"/>
          <w:i w:val="false"/>
          <w:color w:val="000000"/>
          <w:u w:val="none"/>
        </w:rPr>
        <w:t xml:space="preserve"> [1HLE]</w:t>
      </w:r>
      <w:r>
        <w:rPr/>
        <w:t xml:space="preserve">.</w:t>
      </w:r>
    </w:p>
    <w:p>
      <w:pPr>
        <w:pStyle w:val="Yellow"/>
        <w:rPr/>
      </w:pPr>
      <w:r>
        <w:rPr>
          <w:b/>
        </w:rPr>
        <w:t xml:space="preserve">Proverbs 12:22</w:t>
      </w:r>
      <w:r>
        <w:rPr/>
        <w:t xml:space="preserve"> — </w:t>
      </w:r>
      <w:r>
        <w:rPr>
          <w:shd w:fill="B7DDE8" w:val="clear"/>
        </w:rPr>
        <w:t xml:space="preserve">Lying lips are detestable to the LORD</w:t>
      </w:r>
      <w:r>
        <w:rPr>
          <w:b w:val="false"/>
          <w:i w:val="false"/>
          <w:color w:val="000000"/>
          <w:u w:val="none"/>
        </w:rPr>
        <w:t xml:space="preserve"> [1HGB]</w:t>
      </w:r>
      <w:r>
        <w:rPr/>
        <w:t xml:space="preserve">, but </w:t>
      </w:r>
      <w:r>
        <w:rPr>
          <w:shd w:fill="B7DDE8" w:val="clear"/>
        </w:rPr>
        <w:t xml:space="preserve">those who deal faithfully are His delight</w:t>
      </w:r>
      <w:r>
        <w:rPr>
          <w:b w:val="false"/>
          <w:i w:val="false"/>
          <w:color w:val="000000"/>
          <w:u w:val="none"/>
        </w:rPr>
        <w:t xml:space="preserve"> [1HGC]</w:t>
      </w:r>
      <w:r>
        <w:rPr/>
        <w:t xml:space="preserve">.</w:t>
      </w:r>
    </w:p>
    <w:p>
      <w:pPr>
        <w:pStyle w:val="Yellow"/>
        <w:rPr/>
      </w:pPr>
      <w:r>
        <w:rPr>
          <w:b/>
        </w:rPr>
        <w:t xml:space="preserve">Proverbs 14:25</w:t>
      </w:r>
      <w:r>
        <w:rPr/>
        <w:t xml:space="preserve"> — </w:t>
      </w:r>
      <w:r>
        <w:rPr>
          <w:shd w:fill="B7DDE8" w:val="clear"/>
        </w:rPr>
        <w:t xml:space="preserve">A truthful witness saves lives</w:t>
      </w:r>
      <w:r>
        <w:rPr>
          <w:b w:val="false"/>
          <w:i w:val="false"/>
          <w:color w:val="000000"/>
          <w:u w:val="none"/>
        </w:rPr>
        <w:t xml:space="preserve"> [1GMO]</w:t>
      </w:r>
      <w:r>
        <w:rPr/>
        <w:t xml:space="preserve">, but </w:t>
      </w:r>
      <w:r>
        <w:rPr>
          <w:shd w:fill="B7DDE8" w:val="clear"/>
        </w:rPr>
        <w:t xml:space="preserve">one who utters lies is deceitful</w:t>
      </w:r>
      <w:r>
        <w:rPr>
          <w:b w:val="false"/>
          <w:i w:val="false"/>
          <w:color w:val="000000"/>
          <w:u w:val="none"/>
        </w:rPr>
        <w:t xml:space="preserve"> [1GMP]</w:t>
      </w:r>
      <w:r>
        <w:rPr/>
        <w:t xml:space="preserve">.</w:t>
      </w:r>
    </w:p>
    <w:p>
      <w:pPr>
        <w:pStyle w:val="Yellow"/>
        <w:rPr/>
      </w:pPr>
      <w:r>
        <w:rPr>
          <w:b/>
        </w:rPr>
        <w:t xml:space="preserve">Proverbs 17:20</w:t>
      </w:r>
      <w:r>
        <w:rPr/>
        <w:t xml:space="preserve"> — </w:t>
      </w:r>
      <w:r>
        <w:rPr>
          <w:shd w:fill="B7DDE8" w:val="clear"/>
        </w:rPr>
        <w:t xml:space="preserve">The one with a perverse heart finds no good</w:t>
      </w:r>
      <w:r>
        <w:rPr>
          <w:b w:val="false"/>
          <w:i w:val="false"/>
          <w:color w:val="000000"/>
          <w:u w:val="none"/>
        </w:rPr>
        <w:t xml:space="preserve"> [1HST]</w:t>
      </w:r>
      <w:r>
        <w:rPr/>
        <w:t xml:space="preserve">, and </w:t>
      </w:r>
      <w:r>
        <w:rPr>
          <w:shd w:fill="B7DDE8" w:val="clear"/>
        </w:rPr>
        <w:t xml:space="preserve">he whose tongue is deceitful falls into trouble</w:t>
      </w:r>
      <w:r>
        <w:rPr>
          <w:b w:val="false"/>
          <w:i w:val="false"/>
          <w:color w:val="000000"/>
          <w:u w:val="none"/>
        </w:rPr>
        <w:t xml:space="preserve"> [1HSU]</w:t>
      </w:r>
      <w:r>
        <w:rPr/>
        <w:t xml:space="preserve">.</w:t>
      </w:r>
    </w:p>
    <w:p>
      <w:pPr>
        <w:pStyle w:val="Yellow"/>
        <w:rPr/>
      </w:pPr>
      <w:r>
        <w:rPr>
          <w:b/>
          <w:u w:val="none"/>
          <w:shd w:val="clear" w:color="auto" w:fill="C00000"/>
          <w:color w:val="FFFFFF"/>
        </w:rPr>
        <w:t xml:space="preserve">Proverbs 19:5</w:t>
      </w:r>
      <w:r>
        <w:rPr>
          <w:u w:val="none"/>
          <w:shd w:val="clear" w:color="auto" w:fill="C00000"/>
          <w:color w:val="FFFFFF"/>
        </w:rPr>
        <w:t xml:space="preserve"> — </w:t>
      </w:r>
      <w:r>
        <w:rPr>
          <w:u w:val="none"/>
          <w:shd w:val="clear" w:color="auto" w:fill="C00000"/>
          <w:color w:val="FFFFFF"/>
        </w:rPr>
        <w:t xml:space="preserve">A false witness will not go unpunished</w:t>
      </w:r>
      <w:r>
        <w:rPr>
          <w:b w:val="false"/>
          <w:i w:val="false"/>
          <w:u w:val="none"/>
          <w:shd w:val="clear" w:color="auto" w:fill="C00000"/>
          <w:color w:val="FFFFFF"/>
        </w:rPr>
        <w:t xml:space="preserve"> [2GML]</w:t>
      </w:r>
      <w:r>
        <w:rPr>
          <w:u w:val="none"/>
          <w:shd w:val="clear" w:color="auto" w:fill="C00000"/>
          <w:color w:val="FFFFFF"/>
        </w:rPr>
        <w:t xml:space="preserve">, and </w:t>
      </w:r>
      <w:r>
        <w:rPr>
          <w:u w:val="none"/>
          <w:shd w:val="clear" w:color="auto" w:fill="C00000"/>
          <w:color w:val="FFFFFF"/>
        </w:rPr>
        <w:t xml:space="preserve">one who utters lies will not escape</w:t>
      </w:r>
      <w:r>
        <w:rPr>
          <w:b w:val="false"/>
          <w:i w:val="false"/>
          <w:u w:val="none"/>
          <w:shd w:val="clear" w:color="auto" w:fill="C00000"/>
          <w:color w:val="FFFFFF"/>
        </w:rPr>
        <w:t xml:space="preserve"> [1GMN]</w:t>
      </w:r>
      <w:r>
        <w:rPr>
          <w:u w:val="none"/>
          <w:shd w:val="clear" w:color="auto" w:fill="C00000"/>
          <w:color w:val="FFFFFF"/>
        </w:rPr>
        <w:t xml:space="preserve">.</w:t>
      </w:r>
    </w:p>
    <w:p>
      <w:pPr>
        <w:pStyle w:val="Yellow"/>
        <w:rPr/>
      </w:pPr>
      <w:r>
        <w:rPr>
          <w:b/>
          <w:u w:val="none"/>
        </w:rPr>
        <w:t xml:space="preserve">Proverbs 19:9</w:t>
      </w:r>
      <w:r>
        <w:rPr>
          <w:u w:val="none"/>
        </w:rPr>
        <w:t xml:space="preserve"> — </w:t>
      </w:r>
      <w:r>
        <w:rPr>
          <w:u w:val="none"/>
          <w:shd w:fill="B7DDE8" w:val="clear"/>
        </w:rPr>
        <w:t xml:space="preserve">A false witness will not go unpunished</w:t>
      </w:r>
      <w:r>
        <w:rPr>
          <w:b w:val="false"/>
          <w:i w:val="false"/>
          <w:color w:val="000000"/>
          <w:u w:val="none"/>
        </w:rPr>
        <w:t xml:space="preserve"> [2GML]</w:t>
      </w:r>
      <w:r>
        <w:rPr>
          <w:u w:val="none"/>
        </w:rPr>
        <w:t xml:space="preserve">, and </w:t>
      </w:r>
      <w:r>
        <w:rPr>
          <w:u w:val="none"/>
          <w:shd w:fill="B7DDE8" w:val="clear"/>
        </w:rPr>
        <w:t xml:space="preserve">one who pours out lies will perish</w:t>
      </w:r>
      <w:r>
        <w:rPr>
          <w:b w:val="false"/>
          <w:i w:val="false"/>
          <w:color w:val="000000"/>
          <w:u w:val="none"/>
        </w:rPr>
        <w:t xml:space="preserve"> [1GMM]</w:t>
      </w:r>
      <w:r>
        <w:rPr>
          <w:u w:val="none"/>
        </w:rPr>
        <w:t xml:space="preserve">.</w:t>
      </w:r>
    </w:p>
    <w:p>
      <w:pPr>
        <w:pStyle w:val="Yellow"/>
        <w:rPr/>
        <w:pBdr>
          <w:left w:val="single" w:sz="28" w:space="5" w:color="C00000"/>
        </w:pBdr>
      </w:pPr>
      <w:r>
        <w:rPr>
          <w:b/>
        </w:rPr>
        <w:t xml:space="preserve">Proverbs 21:6</w:t>
      </w:r>
      <w:r>
        <w:rPr/>
        <w:t xml:space="preserve"> — </w:t>
      </w:r>
      <w:r>
        <w:rPr>
          <w:shd w:fill="B7DDE8" w:val="clear"/>
        </w:rPr>
        <w:t xml:space="preserve">Making a fortune by a lying tongue is a vanishing mist</w:t>
      </w:r>
      <w:r>
        <w:rPr>
          <w:b w:val="false"/>
          <w:i w:val="false"/>
          <w:color w:val="000000"/>
          <w:u w:val="none"/>
        </w:rPr>
        <w:t xml:space="preserve"> [1HLB]</w:t>
      </w:r>
      <w:r>
        <w:rPr/>
        <w:t xml:space="preserve">, </w:t>
      </w:r>
      <w:r>
        <w:rPr>
          <w:shd w:fill="F4B183" w:val="clear" w:color="auto"/>
          <w:color w:val="000000"/>
        </w:rPr>
        <w:t xml:space="preserve">a deadly pursuit</w:t>
      </w:r>
      <w:r>
        <w:rPr>
          <w:b w:val="false"/>
          <w:i w:val="false"/>
          <w:color w:val="000000"/>
          <w:u w:val="none"/>
          <w:shd w:val="clear" w:color="auto" w:fill="F4B183"/>
        </w:rPr>
        <w:t xml:space="preserve"> [1HLC]</w:t>
      </w:r>
      <w:r>
        <w:rPr/>
        <w:t xml:space="preserve">.</w:t>
      </w:r>
    </w:p>
    <w:p>
      <w:pPr>
        <w:pStyle w:val="Yellow"/>
        <w:rPr/>
      </w:pPr>
      <w:r>
        <w:rPr>
          <w:b/>
        </w:rPr>
        <w:t xml:space="preserve">Proverbs 21:28</w:t>
      </w:r>
      <w:r>
        <w:rPr/>
        <w:t xml:space="preserve"> — </w:t>
      </w:r>
      <w:r>
        <w:rPr>
          <w:shd w:fill="B7DDE8" w:val="clear"/>
        </w:rPr>
        <w:t xml:space="preserve">A lying witness will perish</w:t>
      </w:r>
      <w:r>
        <w:rPr>
          <w:b w:val="false"/>
          <w:i w:val="false"/>
          <w:color w:val="000000"/>
          <w:u w:val="none"/>
        </w:rPr>
        <w:t xml:space="preserve"> [1GMJ]</w:t>
      </w:r>
      <w:r>
        <w:rPr/>
        <w:t xml:space="preserve">, but </w:t>
      </w:r>
      <w:r>
        <w:rPr>
          <w:shd w:fill="B7DDE8" w:val="clear"/>
        </w:rPr>
        <w:t xml:space="preserve">the man who listens to truth will speak forever</w:t>
      </w:r>
      <w:r>
        <w:rPr>
          <w:b w:val="false"/>
          <w:i w:val="false"/>
          <w:color w:val="000000"/>
          <w:u w:val="none"/>
        </w:rPr>
        <w:t xml:space="preserve"> [1GMK]</w:t>
      </w:r>
      <w:r>
        <w:rPr/>
        <w:t xml:space="preserve">.</w:t>
      </w:r>
    </w:p>
    <w:p>
      <w:pPr>
        <w:pStyle w:val="Yellow"/>
        <w:rPr/>
      </w:pPr>
      <w:r>
        <w:rPr>
          <w:b/>
        </w:rPr>
        <w:t xml:space="preserve">Proverbs 26:24–26</w:t>
      </w:r>
      <w:r>
        <w:rPr/>
        <w:t xml:space="preserve"> — </w:t>
      </w:r>
      <w:r>
        <w:rPr>
          <w:shd w:fill="B7DDE8" w:val="clear"/>
        </w:rPr>
        <w:t xml:space="preserve">A hateful man disguises himself with his speech</w:t>
      </w:r>
      <w:r>
        <w:rPr>
          <w:b w:val="false"/>
          <w:i w:val="false"/>
          <w:color w:val="000000"/>
          <w:u w:val="none"/>
        </w:rPr>
        <w:t xml:space="preserve"> [1HKP]</w:t>
      </w:r>
      <w:r>
        <w:rPr/>
        <w:t xml:space="preserve">, but </w:t>
      </w:r>
      <w:r>
        <w:rPr>
          <w:shd w:fill="B7DDE8" w:val="clear"/>
        </w:rPr>
        <w:t xml:space="preserve">he lays up deceit in his heart</w:t>
      </w:r>
      <w:r>
        <w:rPr>
          <w:b w:val="false"/>
          <w:i w:val="false"/>
          <w:color w:val="000000"/>
          <w:u w:val="none"/>
        </w:rPr>
        <w:t xml:space="preserve"> [1HKQ]</w:t>
      </w:r>
      <w:r>
        <w:rPr/>
        <w:t xml:space="preserve">. </w:t>
      </w:r>
      <w:r>
        <w:rPr>
          <w:shd w:fill="B7DDE8" w:val="clear"/>
        </w:rPr>
        <w:t xml:space="preserve">When he speaks graciously, do not believe him</w:t>
      </w:r>
      <w:r>
        <w:rPr>
          <w:b w:val="false"/>
          <w:i w:val="false"/>
          <w:color w:val="000000"/>
          <w:u w:val="none"/>
        </w:rPr>
        <w:t xml:space="preserve"> [1HKR]</w:t>
      </w:r>
      <w:r>
        <w:rPr/>
        <w:t xml:space="preserve">, </w:t>
      </w:r>
      <w:r>
        <w:rPr>
          <w:shd w:fill="B7DDE8" w:val="clear"/>
        </w:rPr>
        <w:t xml:space="preserve">for seven abominations fill his heart</w:t>
      </w:r>
      <w:r>
        <w:rPr>
          <w:b w:val="false"/>
          <w:i w:val="false"/>
          <w:color w:val="000000"/>
          <w:u w:val="none"/>
        </w:rPr>
        <w:t xml:space="preserve"> [1HKS]</w:t>
      </w:r>
      <w:r>
        <w:rPr/>
        <w:t xml:space="preserve">. </w:t>
      </w:r>
      <w:r>
        <w:rPr>
          <w:shd w:fill="B7DDE8" w:val="clear"/>
        </w:rPr>
        <w:t xml:space="preserve">Though his hatred is concealed by deception, his wickedness will be exposed in the assembly</w:t>
      </w:r>
      <w:r>
        <w:rPr>
          <w:b w:val="false"/>
          <w:i w:val="false"/>
          <w:color w:val="000000"/>
          <w:u w:val="none"/>
        </w:rPr>
        <w:t xml:space="preserve"> [1HKT]</w:t>
      </w:r>
      <w:r>
        <w:rPr/>
        <w:t xml:space="preserve">.</w:t>
      </w:r>
    </w:p>
    <w:p>
      <w:pPr>
        <w:pStyle w:val="Yellow"/>
        <w:rPr/>
      </w:pPr>
      <w:r>
        <w:rPr>
          <w:b/>
        </w:rPr>
        <w:t xml:space="preserve">Proverbs 26:28</w:t>
      </w:r>
      <w:r>
        <w:rPr/>
        <w:t xml:space="preserve"> — </w:t>
      </w:r>
      <w:r>
        <w:rPr>
          <w:shd w:fill="B7DDE8" w:val="clear"/>
        </w:rPr>
        <w:t xml:space="preserve">A lying tongue hates those it crushes</w:t>
      </w:r>
      <w:r>
        <w:rPr>
          <w:b w:val="false"/>
          <w:i w:val="false"/>
          <w:color w:val="000000"/>
          <w:u w:val="none"/>
        </w:rPr>
        <w:t xml:space="preserve"> [1HKZ]</w:t>
      </w:r>
      <w:r>
        <w:rPr/>
        <w:t xml:space="preserve">, and </w:t>
      </w:r>
      <w:r>
        <w:rPr>
          <w:shd w:fill="B7DDE8" w:val="clear"/>
        </w:rPr>
        <w:t xml:space="preserve">a flattering mouth causes ruin</w:t>
      </w:r>
      <w:r>
        <w:rPr>
          <w:b w:val="false"/>
          <w:i w:val="false"/>
          <w:color w:val="000000"/>
          <w:u w:val="none"/>
        </w:rPr>
        <w:t xml:space="preserve"> [1HLA]</w:t>
      </w:r>
      <w:r>
        <w:rPr/>
        <w:t xml:space="preserve">.</w:t>
      </w:r>
    </w:p>
    <w:p>
      <w:pPr>
        <w:pStyle w:val="Yellow"/>
        <w:rPr/>
      </w:pPr>
      <w:r>
        <w:rPr>
          <w:b/>
        </w:rPr>
        <w:t xml:space="preserve">Ecclesiastes 5:6</w:t>
      </w:r>
      <w:r>
        <w:rPr/>
        <w:t xml:space="preserve"> — </w:t>
      </w:r>
      <w:r>
        <w:rPr>
          <w:shd w:fill="B7DDE8" w:val="clear"/>
        </w:rPr>
        <w:t xml:space="preserve">Do not let your mouth cause your flesh to sin</w:t>
      </w:r>
      <w:r>
        <w:rPr>
          <w:b w:val="false"/>
          <w:i w:val="false"/>
          <w:color w:val="000000"/>
          <w:u w:val="none"/>
        </w:rPr>
        <w:t xml:space="preserve"> [1JHF]</w:t>
      </w:r>
      <w:r>
        <w:rPr/>
        <w:t xml:space="preserve">, and </w:t>
      </w:r>
      <w:r>
        <w:rPr>
          <w:shd w:fill="B7DDE8" w:val="clear"/>
        </w:rPr>
        <w:t xml:space="preserve">do not tell the messenger that your vow was a mistake</w:t>
      </w:r>
      <w:r>
        <w:rPr>
          <w:b w:val="false"/>
          <w:i w:val="false"/>
          <w:color w:val="000000"/>
          <w:u w:val="none"/>
        </w:rPr>
        <w:t xml:space="preserve"> [1JHG]</w:t>
      </w:r>
      <w:r>
        <w:rPr/>
        <w:t xml:space="preserve">. </w:t>
      </w:r>
      <w:r>
        <w:rPr>
          <w:shd w:fill="B7DDE8" w:val="clear"/>
        </w:rPr>
        <w:t xml:space="preserve">Why should God be angry with your words and destroy the work of your hands?</w:t>
      </w:r>
      <w:r>
        <w:rPr>
          <w:b w:val="false"/>
          <w:i w:val="false"/>
          <w:color w:val="000000"/>
          <w:u w:val="none"/>
        </w:rPr>
        <w:t xml:space="preserve"> [1JHH]</w:t>
      </w:r>
      <w:r>
        <w:rPr>
          <w:b w:val="false"/>
          <w:i w:val="false"/>
          <w:color w:val="000000"/>
          <w:u w:val="none"/>
        </w:rPr>
        <w:t xml:space="preserve"> [1JHI]</w:t>
      </w:r>
    </w:p>
    <w:p>
      <w:pPr>
        <w:pStyle w:val="Yellow"/>
        <w:rPr/>
      </w:pPr>
      <w:r>
        <w:rPr/>
        <w:t xml:space="preserve">(Jn1:1,4 “the Word” was “the light of men”) </w:t>
      </w:r>
      <w:r>
        <w:rPr>
          <w:b/>
        </w:rPr>
        <w:t>John 3:21</w:t>
      </w:r>
      <w:r>
        <w:rPr/>
        <w:t xml:space="preserve"> — But </w:t>
      </w:r>
      <w:r>
        <w:rPr>
          <w:shd w:val="clear" w:fill="B7DDE8"/>
        </w:rPr>
        <w:t>whoever practices the truth comes into {the Light}</w:t>
      </w:r>
      <w:r>
        <w:rPr>
          <w:b w:val="false"/>
          <w:i w:val="false"/>
          <w:color w:val="000000"/>
          <w:u w:val="none"/>
        </w:rPr>
        <w:t xml:space="preserve"> [1QL]</w:t>
      </w:r>
      <w:r>
        <w:rPr/>
        <w:t xml:space="preserve">, </w:t>
      </w:r>
      <w:r>
        <w:rPr>
          <w:color w:val="auto"/>
        </w:rPr>
        <w:t>so that it may be seen clearly that what he has done has been accomplished in God</w:t>
      </w:r>
      <w:r>
        <w:rPr>
          <w:b w:val="false"/>
          <w:i w:val="false"/>
          <w:color w:val="auto"/>
          <w:u w:val="none"/>
        </w:rPr>
        <w:t xml:space="preserve"> [1QM]</w:t>
      </w:r>
      <w:r>
        <w:rPr/>
        <w:t>.”</w:t>
      </w:r>
    </w:p>
    <w:p>
      <w:pPr>
        <w:pStyle w:val="Yellow"/>
        <w:rPr/>
      </w:pPr>
      <w:r>
        <w:rPr>
          <w:b/>
        </w:rPr>
        <w:t>James 5:12</w:t>
      </w:r>
      <w:r>
        <w:rPr/>
        <w:t xml:space="preserve"> — Above all, my brothers, </w:t>
      </w:r>
      <w:r>
        <w:rPr>
          <w:shd w:fill="B7DDE8" w:val="clear"/>
        </w:rPr>
        <w:t>do not swear, not by heaven or earth or by any other oath</w:t>
      </w:r>
      <w:r>
        <w:rPr>
          <w:b w:val="false"/>
          <w:i w:val="false"/>
          <w:color w:val="000000"/>
          <w:u w:val="none"/>
        </w:rPr>
        <w:t xml:space="preserve"> [1AAX]</w:t>
      </w:r>
      <w:r>
        <w:rPr/>
        <w:t xml:space="preserve">. Simply </w:t>
      </w:r>
      <w:r>
        <w:rPr>
          <w:shd w:fill="B7DDE8" w:val="clear"/>
        </w:rPr>
        <w:t>let your “Yes” be yes, and your “No,” no</w:t>
      </w:r>
      <w:r>
        <w:rPr>
          <w:b w:val="false"/>
          <w:i w:val="false"/>
          <w:color w:val="000000"/>
          <w:u w:val="none"/>
        </w:rPr>
        <w:t xml:space="preserve"> [1AAY]</w:t>
      </w:r>
      <w:r>
        <w:rPr/>
        <w:t xml:space="preserve">, </w:t>
      </w:r>
      <w:r>
        <w:rPr>
          <w:shd w:fill="B7DDE8" w:val="clear"/>
        </w:rPr>
        <w:t>so that you will not fall under judgment</w:t>
      </w:r>
      <w:r>
        <w:rPr>
          <w:b w:val="false"/>
          <w:i w:val="false"/>
          <w:color w:val="000000"/>
          <w:u w:val="none"/>
        </w:rPr>
        <w:t xml:space="preserve"> [1AAZ]</w:t>
      </w:r>
      <w:r>
        <w:rPr/>
        <w:t>.</w:t>
      </w:r>
    </w:p>
    <w:p>
      <w:pPr>
        <w:pStyle w:val="Yellow"/>
        <w:rPr/>
      </w:pPr>
      <w:r>
        <w:rPr>
          <w:u w:val="none"/>
          <w:color w:val="auto"/>
        </w:rPr>
        <w:t xml:space="preserve">(1Jn1:5 “God”) </w:t>
      </w:r>
      <w:r>
        <w:rPr>
          <w:b/>
          <w:u w:val="none"/>
          <w:color w:val="auto"/>
        </w:rPr>
        <w:t xml:space="preserve">1 John 1:6</w:t>
      </w:r>
      <w:r>
        <w:rPr>
          <w:u w:val="none"/>
          <w:color w:val="auto"/>
        </w:rPr>
        <w:t xml:space="preserve"> — </w:t>
      </w:r>
      <w:r>
        <w:rPr>
          <w:u w:val="none"/>
          <w:color w:val="auto"/>
        </w:rPr>
        <w:t xml:space="preserve">If we say we have fellowship with {Him} yet </w:t>
      </w:r>
      <w:r>
        <w:rPr>
          <w:u w:val="none"/>
          <w:color w:val="auto"/>
        </w:rPr>
        <w:t xml:space="preserve">walk in the darkness</w:t>
      </w:r>
      <w:r>
        <w:rPr>
          <w:u w:val="none"/>
          <w:color w:val="auto"/>
        </w:rPr>
        <w:t xml:space="preserve">, we lie and do not practice the truth</w:t>
      </w:r>
      <w:r>
        <w:rPr>
          <w:b w:val="false"/>
          <w:i w:val="false"/>
          <w:color w:val="auto"/>
          <w:u w:val="none"/>
        </w:rPr>
        <w:t xml:space="preserve"> [1GMH]</w:t>
      </w:r>
      <w:r>
        <w:rPr>
          <w:b w:val="false"/>
          <w:i w:val="false"/>
          <w:color w:val="auto"/>
          <w:u w:val="none"/>
        </w:rPr>
        <w:t xml:space="preserve"> [1GMI]</w:t>
      </w:r>
      <w:r>
        <w:rPr>
          <w:u w:val="none"/>
          <w:color w:val="auto"/>
        </w:rPr>
        <w:t xml:space="preserve">.</w:t>
      </w:r>
    </w:p>
    <w:p>
      <w:pPr>
        <w:pStyle w:val="Yellow"/>
        <w:rPr/>
      </w:pPr>
      <w:r>
        <w:rPr>
          <w:b/>
        </w:rPr>
        <w:t>2 John 1:1-2</w:t>
      </w:r>
      <w:r>
        <w:rPr/>
        <w:t xml:space="preserve"> — </w:t>
      </w:r>
      <w:r>
        <w:rPr>
          <w:shd w:val="clear" w:fill="B7DDE8"/>
        </w:rPr>
        <w:t>all who know the truth</w:t>
      </w:r>
      <w:r>
        <w:rPr>
          <w:b w:val="false"/>
          <w:i w:val="false"/>
          <w:color w:val="000000"/>
          <w:u w:val="none"/>
        </w:rPr>
        <w:t xml:space="preserve"> [1RA]</w:t>
      </w:r>
      <w:r>
        <w:rPr/>
        <w:t xml:space="preserve">— because of </w:t>
      </w:r>
      <w:r>
        <w:rPr>
          <w:shd w:val="clear" w:fill="B7DDE8"/>
        </w:rPr>
        <w:t>the truth that abides in us</w:t>
      </w:r>
      <w:r>
        <w:rPr>
          <w:b w:val="false"/>
          <w:i w:val="false"/>
          <w:color w:val="000000"/>
          <w:u w:val="none"/>
        </w:rPr>
        <w:t xml:space="preserve"> [1RB]</w:t>
      </w:r>
      <w:r>
        <w:rPr/>
        <w:t xml:space="preserve"> and </w:t>
      </w:r>
      <w:r>
        <w:rPr>
          <w:shd w:val="clear" w:fill="B7DDE8"/>
        </w:rPr>
        <w:t>will be with us forever</w:t>
      </w:r>
      <w:r>
        <w:rPr>
          <w:b w:val="false"/>
          <w:i w:val="false"/>
          <w:color w:val="000000"/>
          <w:u w:val="none"/>
        </w:rPr>
        <w:t xml:space="preserve"> [1RC]</w:t>
      </w:r>
    </w:p>
    <w:p>
      <w:r>
        <w:rPr>
          <w:b/>
          <w:sz w:val="32"/>
          <w:highlight w:val="yellow"/>
        </w:rPr>
        <w:t>Unbelief and Doubt  (13)</w:t>
      </w:r>
    </w:p>
    <w:p>
      <w:pPr>
        <w:pStyle w:val="Yellow"/>
        <w:rPr/>
      </w:pPr>
      <w:r>
        <w:rPr>
          <w:b/>
          <w:u w:val="none"/>
        </w:rPr>
        <w:t xml:space="preserve">Judges 6:12-14</w:t>
      </w:r>
      <w:r>
        <w:rPr>
          <w:u w:val="none"/>
        </w:rPr>
        <w:t xml:space="preserve"> — And </w:t>
      </w:r>
      <w:r>
        <w:rPr>
          <w:u w:val="none"/>
          <w:shd w:fill="B7DDE8" w:val="clear"/>
        </w:rPr>
        <w:t xml:space="preserve">the angel of the LORD appeared to Gideon</w:t>
      </w:r>
      <w:r>
        <w:rPr>
          <w:b w:val="false"/>
          <w:i w:val="false"/>
          <w:color w:val="000000"/>
          <w:u w:val="none"/>
        </w:rPr>
        <w:t xml:space="preserve"> [1KHF]</w:t>
      </w:r>
      <w:r>
        <w:rPr>
          <w:u w:val="none"/>
        </w:rPr>
        <w:t xml:space="preserve"> and said, “</w:t>
      </w:r>
      <w:r>
        <w:rPr>
          <w:u w:val="none"/>
          <w:shd w:fill="B7DDE8" w:val="clear"/>
        </w:rPr>
        <w:t xml:space="preserve">The LORD is with you</w:t>
      </w:r>
      <w:r>
        <w:rPr>
          <w:b w:val="false"/>
          <w:i w:val="false"/>
          <w:u w:val="none"/>
          <w:color w:val="000000"/>
        </w:rPr>
        <w:t xml:space="preserve"> [1KHG]</w:t>
      </w:r>
      <w:r>
        <w:rPr>
          <w:u w:val="none"/>
        </w:rPr>
        <w:t xml:space="preserve">, </w:t>
      </w:r>
      <w:r>
        <w:rPr>
          <w:u w:val="none"/>
          <w:shd w:fill="B7DDE8" w:val="clear"/>
        </w:rPr>
        <w:t xml:space="preserve">O mighty man of valor</w:t>
      </w:r>
      <w:r>
        <w:rPr>
          <w:b w:val="false"/>
          <w:i w:val="false"/>
          <w:color w:val="000000"/>
          <w:u w:val="none"/>
        </w:rPr>
        <w:t xml:space="preserve"> [1KHH]</w:t>
      </w:r>
      <w:r>
        <w:rPr>
          <w:u w:val="none"/>
        </w:rPr>
        <w:t xml:space="preserve">.” “Please, my Lord,” Gideon replied, “</w:t>
      </w:r>
      <w:r>
        <w:rPr>
          <w:u w:val="none"/>
          <w:shd w:fill="B7DDE8" w:val="clear"/>
        </w:rPr>
        <w:t xml:space="preserve">if the LORD is with us, why has all this happened to us</w:t>
      </w:r>
      <w:r>
        <w:rPr>
          <w:b w:val="false"/>
          <w:i w:val="false"/>
          <w:color w:val="000000"/>
          <w:u w:val="none"/>
        </w:rPr>
        <w:t xml:space="preserve"> [1KHI]</w:t>
      </w:r>
      <w:r>
        <w:rPr>
          <w:u w:val="none"/>
        </w:rPr>
        <w:t xml:space="preserve">? And </w:t>
      </w:r>
      <w:r>
        <w:rPr>
          <w:u w:val="none"/>
          <w:shd w:fill="B7DDE8" w:val="clear"/>
        </w:rPr>
        <w:t xml:space="preserve">where are all His wonders of which our fathers told us</w:t>
      </w:r>
      <w:r>
        <w:rPr>
          <w:b w:val="false"/>
          <w:i w:val="false"/>
          <w:color w:val="000000"/>
          <w:u w:val="none"/>
        </w:rPr>
        <w:t xml:space="preserve"> [1KHJ]</w:t>
      </w:r>
      <w:r>
        <w:rPr>
          <w:u w:val="none"/>
        </w:rPr>
        <w:t xml:space="preserve">, saying, ‘</w:t>
      </w:r>
      <w:r>
        <w:rPr>
          <w:u w:val="none"/>
          <w:shd w:fill="B7DDE8" w:val="clear"/>
        </w:rPr>
        <w:t xml:space="preserve">Has not the LORD brought us up out of Egypt</w:t>
      </w:r>
      <w:r>
        <w:rPr>
          <w:b w:val="false"/>
          <w:i w:val="false"/>
          <w:color w:val="000000"/>
          <w:u w:val="none"/>
        </w:rPr>
        <w:t xml:space="preserve"> [1KHK]</w:t>
      </w:r>
      <w:r>
        <w:rPr>
          <w:u w:val="none"/>
        </w:rPr>
        <w:t xml:space="preserve">?’ But now </w:t>
      </w:r>
      <w:r>
        <w:rPr>
          <w:u w:val="none"/>
          <w:shd w:fill="B7DDE8" w:val="clear"/>
        </w:rPr>
        <w:t xml:space="preserve">the LORD has forsaken us</w:t>
      </w:r>
      <w:r>
        <w:rPr>
          <w:b w:val="false"/>
          <w:i w:val="false"/>
          <w:u w:val="none"/>
          <w:color w:val="000000"/>
        </w:rPr>
        <w:t xml:space="preserve"> [2FVC]</w:t>
      </w:r>
      <w:r>
        <w:rPr>
          <w:u w:val="none"/>
        </w:rPr>
        <w:t xml:space="preserve"> and </w:t>
      </w:r>
      <w:r>
        <w:rPr>
          <w:u w:val="none"/>
          <w:shd w:fill="B7DDE8" w:val="clear"/>
        </w:rPr>
        <w:t xml:space="preserve">delivered us into the hand of Midian</w:t>
      </w:r>
      <w:r>
        <w:rPr>
          <w:b w:val="false"/>
          <w:i w:val="false"/>
          <w:u w:val="none"/>
          <w:color w:val="000000"/>
        </w:rPr>
        <w:t xml:space="preserve"> [1KHL]</w:t>
      </w:r>
      <w:r>
        <w:rPr>
          <w:u w:val="none"/>
        </w:rPr>
        <w:t xml:space="preserve">. </w:t>
      </w:r>
      <w:r>
        <w:rPr>
          <w:u w:val="none"/>
          <w:shd w:fill="B7DDE8" w:val="clear"/>
        </w:rPr>
        <w:t xml:space="preserve">The LORD turned to him</w:t>
      </w:r>
      <w:r>
        <w:rPr>
          <w:b w:val="false"/>
          <w:i w:val="false"/>
          <w:color w:val="000000"/>
          <w:u w:val="none"/>
        </w:rPr>
        <w:t xml:space="preserve"> [1KHM]</w:t>
      </w:r>
      <w:r>
        <w:rPr>
          <w:u w:val="none"/>
        </w:rPr>
        <w:t xml:space="preserve"> and said, “</w:t>
      </w:r>
      <w:r>
        <w:rPr>
          <w:u w:val="none"/>
          <w:shd w:fill="B7DDE8" w:val="clear"/>
        </w:rPr>
        <w:t xml:space="preserve">Go in the strength you have</w:t>
      </w:r>
      <w:r>
        <w:rPr>
          <w:b w:val="false"/>
          <w:i w:val="false"/>
          <w:color w:val="000000"/>
          <w:u w:val="none"/>
        </w:rPr>
        <w:t xml:space="preserve"> [1KHN]</w:t>
      </w:r>
      <w:r>
        <w:rPr>
          <w:u w:val="none"/>
        </w:rPr>
        <w:t xml:space="preserve"> and </w:t>
      </w:r>
      <w:r>
        <w:rPr>
          <w:u w:val="none"/>
          <w:shd w:fill="B7DDE8" w:val="clear"/>
        </w:rPr>
        <w:t xml:space="preserve">save Israel from the hand of Midian</w:t>
      </w:r>
      <w:r>
        <w:rPr>
          <w:b w:val="false"/>
          <w:i w:val="false"/>
          <w:color w:val="000000"/>
          <w:u w:val="none"/>
        </w:rPr>
        <w:t xml:space="preserve"> [1KHO]</w:t>
      </w:r>
      <w:r>
        <w:rPr>
          <w:u w:val="none"/>
        </w:rPr>
        <w:t xml:space="preserve">. </w:t>
      </w:r>
      <w:r>
        <w:rPr>
          <w:u w:val="none"/>
          <w:shd w:fill="B7DDE8" w:val="clear"/>
        </w:rPr>
        <w:t xml:space="preserve">Am I not sending you</w:t>
      </w:r>
      <w:r>
        <w:rPr>
          <w:b w:val="false"/>
          <w:i w:val="false"/>
          <w:color w:val="000000"/>
          <w:u w:val="none"/>
        </w:rPr>
        <w:t xml:space="preserve"> [1KHP]</w:t>
      </w:r>
      <w:r>
        <w:rPr>
          <w:u w:val="none"/>
        </w:rPr>
        <w:t xml:space="preserve">?”</w:t>
      </w:r>
    </w:p>
    <w:p>
      <w:pPr>
        <w:pStyle w:val="Green"/>
        <w:rPr/>
        <w:pBdr>
          <w:left w:val="single" w:sz="28" w:space="5" w:color="C00000"/>
        </w:pBdr>
      </w:pPr>
      <w:r>
        <w:rPr>
          <w:b/>
        </w:rPr>
        <w:t>Psalm 20:7–8</w:t>
      </w:r>
      <w:r>
        <w:rPr/>
        <w:t xml:space="preserve"> — </w:t>
      </w:r>
      <w:r>
        <w:rPr>
          <w:shd w:val="clear" w:fill="B7DDE8"/>
        </w:rPr>
        <w:t>Some trust in chariots and others in horses</w:t>
      </w:r>
      <w:r>
        <w:rPr>
          <w:b w:val="false"/>
          <w:i w:val="false"/>
          <w:color w:val="000000"/>
          <w:u w:val="none"/>
        </w:rPr>
        <w:t xml:space="preserve"> [1DCA]</w:t>
      </w:r>
      <w:r>
        <w:rPr/>
        <w:t xml:space="preserve">, but </w:t>
      </w:r>
      <w:r>
        <w:rPr>
          <w:shd w:val="clear" w:fill="B7DDE8"/>
        </w:rPr>
        <w:t>we trust in the name of the LORD our God</w:t>
      </w:r>
      <w:r>
        <w:rPr>
          <w:b w:val="false"/>
          <w:i w:val="false"/>
          <w:u w:val="none"/>
          <w:color w:val="000000"/>
        </w:rPr>
        <w:t xml:space="preserve"> [1DCB]</w:t>
      </w:r>
      <w:r>
        <w:rPr/>
        <w:t xml:space="preserve">. </w:t>
      </w:r>
      <w:r>
        <w:rPr>
          <w:shd w:val="clear" w:fill="B7DDE8"/>
        </w:rPr>
        <w:t>They collapse and fall</w:t>
      </w:r>
      <w:r>
        <w:rPr>
          <w:b w:val="false"/>
          <w:i w:val="false"/>
          <w:u w:val="none"/>
          <w:color w:val="000000"/>
        </w:rPr>
        <w:t xml:space="preserve"> [1DCC]</w:t>
      </w:r>
      <w:r>
        <w:rPr>
          <w:shd w:val="clear" w:color="auto" w:fill="548235"/>
          <w:color w:val="FFFFFF"/>
        </w:rPr>
        <w:t xml:space="preserve">, but </w:t>
      </w:r>
      <w:r>
        <w:rPr>
          <w:shd w:val="clear" w:fill="548235" w:color="auto"/>
          <w:color w:val="FFFFFF"/>
        </w:rPr>
        <w:t>we rise up and stand firm</w:t>
      </w:r>
      <w:r>
        <w:rPr>
          <w:b w:val="false"/>
          <w:i w:val="false"/>
          <w:color w:val="FFFFFF"/>
          <w:u w:val="none"/>
          <w:shd w:val="clear" w:color="auto" w:fill="548235"/>
        </w:rPr>
        <w:t xml:space="preserve"> [1DCD]</w:t>
      </w:r>
      <w:r>
        <w:rPr>
          <w:shd w:val="clear" w:color="auto" w:fill="548235"/>
          <w:color w:val="FFFFFF"/>
        </w:rPr>
        <w:t>.</w:t>
      </w:r>
    </w:p>
    <w:p>
      <w:pPr>
        <w:pStyle w:val="Yellow"/>
        <w:rPr/>
      </w:pPr>
      <w:r>
        <w:rPr>
          <w:shd w:val="clear" w:color="auto" w:fill="548235"/>
          <w:color w:val="FFFFFF"/>
        </w:rPr>
        <w:t xml:space="preserve">(Lk4:16ᶜ At “Nazareth”² / Mt13:53 “Jesus”¹) </w:t>
      </w:r>
      <w:r>
        <w:rPr>
          <w:b/>
          <w:shd w:val="clear" w:color="auto" w:fill="548235"/>
          <w:color w:val="FFFFFF"/>
        </w:rPr>
        <w:t xml:space="preserve">Matthew 13:58</w:t>
      </w:r>
      <w:r>
        <w:rPr>
          <w:shd w:val="clear" w:color="auto" w:fill="548235"/>
          <w:color w:val="FFFFFF"/>
        </w:rPr>
        <w:t xml:space="preserve"> — </w:t>
      </w:r>
      <w:r>
        <w:rPr>
          <w:shd w:fill="548235" w:val="clear" w:color="auto"/>
          <w:color w:val="FFFFFF"/>
        </w:rPr>
        <w:t xml:space="preserve">{He} did not do many miracles {there}, because of their unbelief</w:t>
      </w:r>
      <w:r>
        <w:rPr>
          <w:b w:val="false"/>
          <w:i w:val="false"/>
          <w:color w:val="FFFFFF"/>
          <w:u w:val="none"/>
          <w:shd w:val="clear" w:color="auto" w:fill="548235"/>
        </w:rPr>
        <w:t xml:space="preserve"> [1IFI]</w:t>
      </w:r>
      <w:r>
        <w:rPr>
          <w:shd w:val="clear" w:color="auto" w:fill="548235"/>
          <w:color w:val="FFFFFF"/>
        </w:rPr>
        <w:t xml:space="preserve">.</w:t>
      </w:r>
    </w:p>
    <w:p>
      <w:pPr>
        <w:pStyle w:val="Yellow"/>
        <w:rPr/>
      </w:pPr>
      <w:r>
        <w:rPr>
          <w:b/>
        </w:rPr>
        <w:t>John 3:18</w:t>
      </w:r>
      <w:r>
        <w:rPr/>
        <w:t xml:space="preserve"> — </w:t>
      </w:r>
      <w:r>
        <w:rPr>
          <w:shd w:val="clear" w:fill="B7DDE8"/>
        </w:rPr>
        <w:t>Whoever believes in Him is not condemned</w:t>
      </w:r>
      <w:r>
        <w:rPr>
          <w:b w:val="false"/>
          <w:i w:val="false"/>
          <w:color w:val="000000"/>
          <w:u w:val="none"/>
        </w:rPr>
        <w:t xml:space="preserve"> [1CHL]</w:t>
      </w:r>
      <w:r>
        <w:rPr/>
        <w:t xml:space="preserve">, but </w:t>
      </w:r>
      <w:r>
        <w:rPr>
          <w:shd w:val="clear" w:fill="B7DDE8"/>
        </w:rPr>
        <w:t>whoever does not believe has already been condemned</w:t>
      </w:r>
      <w:r>
        <w:rPr>
          <w:b w:val="false"/>
          <w:i w:val="false"/>
          <w:color w:val="000000"/>
          <w:u w:val="none"/>
        </w:rPr>
        <w:t xml:space="preserve"> [1CHM]</w:t>
      </w:r>
      <w:r>
        <w:rPr>
          <w:shd w:val="clear" w:fill="F4B183" w:color="auto"/>
          <w:color w:val="000000"/>
        </w:rPr>
        <w:t>, because he has not believed in the name of God’s one and only Son</w:t>
      </w:r>
      <w:r>
        <w:rPr>
          <w:b w:val="false"/>
          <w:i w:val="false"/>
          <w:color w:val="000000"/>
          <w:u w:val="none"/>
          <w:shd w:val="clear" w:color="auto" w:fill="F4B183"/>
        </w:rPr>
        <w:t xml:space="preserve"> [1CHN]</w:t>
      </w:r>
      <w:r>
        <w:rPr/>
        <w:t>.</w:t>
      </w:r>
    </w:p>
    <w:p>
      <w:pPr>
        <w:pStyle w:val="Yellow"/>
        <w:rPr/>
      </w:pPr>
      <w:r>
        <w:rPr>
          <w:b/>
          <w:shd w:val="clear" w:color="auto" w:fill="548235"/>
          <w:color w:val="FFFFFF"/>
        </w:rPr>
        <w:t>John 4:48</w:t>
      </w:r>
      <w:r>
        <w:rPr>
          <w:shd w:val="clear" w:color="auto" w:fill="548235"/>
          <w:color w:val="FFFFFF"/>
        </w:rPr>
        <w:t xml:space="preserve"> — “</w:t>
      </w:r>
      <w:r>
        <w:rPr>
          <w:shd w:val="clear" w:fill="548235" w:color="auto"/>
          <w:color w:val="FFFFFF"/>
        </w:rPr>
        <w:t>Unless you people see signs and wonders, you will never believe</w:t>
      </w:r>
      <w:r>
        <w:rPr>
          <w:b w:val="false"/>
          <w:i w:val="false"/>
          <w:color w:val="FFFFFF"/>
          <w:u w:val="none"/>
          <w:shd w:val="clear" w:color="auto" w:fill="548235"/>
        </w:rPr>
        <w:t xml:space="preserve"> [1DFH]</w:t>
      </w:r>
      <w:r>
        <w:rPr>
          <w:shd w:val="clear" w:color="auto" w:fill="548235"/>
          <w:color w:val="FFFFFF"/>
        </w:rPr>
        <w:t>.”</w:t>
      </w:r>
    </w:p>
    <w:p>
      <w:pPr>
        <w:pStyle w:val="Yellow"/>
        <w:rPr/>
      </w:pPr>
      <w:r>
        <w:rPr/>
        <w:t xml:space="preserve">(Jn5:26 “the Father”) </w:t>
      </w:r>
      <w:r>
        <w:rPr>
          <w:b/>
        </w:rPr>
        <w:t>John 5:37–38</w:t>
      </w:r>
      <w:r>
        <w:rPr/>
        <w:t xml:space="preserve"> — </w:t>
      </w:r>
      <w:r>
        <w:rPr>
          <w:shd w:val="clear" w:fill="B7DDE8"/>
        </w:rPr>
        <w:t>You have never heard {His} voice</w:t>
      </w:r>
      <w:r>
        <w:rPr>
          <w:b w:val="false"/>
          <w:i w:val="false"/>
          <w:color w:val="000000"/>
          <w:u w:val="none"/>
        </w:rPr>
        <w:t xml:space="preserve"> [1DAG]</w:t>
      </w:r>
      <w:r>
        <w:rPr/>
        <w:t xml:space="preserve"> </w:t>
      </w:r>
      <w:r>
        <w:rPr>
          <w:shd w:val="clear" w:fill="B7DDE8"/>
        </w:rPr>
        <w:t>nor seen His form</w:t>
      </w:r>
      <w:r>
        <w:rPr>
          <w:b w:val="false"/>
          <w:i w:val="false"/>
          <w:color w:val="000000"/>
          <w:u w:val="none"/>
        </w:rPr>
        <w:t xml:space="preserve"> [1DAH]</w:t>
      </w:r>
      <w:r>
        <w:rPr/>
        <w:t xml:space="preserve">, </w:t>
      </w:r>
      <w:r>
        <w:rPr>
          <w:shd w:val="clear" w:fill="B7DDE8"/>
        </w:rPr>
        <w:t>nor does His word abide in you</w:t>
      </w:r>
      <w:r>
        <w:rPr>
          <w:b w:val="false"/>
          <w:i w:val="false"/>
          <w:color w:val="000000"/>
          <w:u w:val="none"/>
        </w:rPr>
        <w:t xml:space="preserve"> [1DAI]</w:t>
      </w:r>
      <w:r>
        <w:rPr/>
        <w:t xml:space="preserve">, </w:t>
      </w:r>
      <w:r>
        <w:rPr>
          <w:shd w:val="clear" w:fill="B7DDE8"/>
        </w:rPr>
        <w:t>because you do not believe the One He sent</w:t>
      </w:r>
      <w:r>
        <w:rPr>
          <w:b w:val="false"/>
          <w:i w:val="false"/>
          <w:color w:val="000000"/>
          <w:u w:val="none"/>
        </w:rPr>
        <w:t xml:space="preserve"> [1DAJ]</w:t>
      </w:r>
      <w:r>
        <w:rPr/>
        <w:t>.</w:t>
      </w:r>
    </w:p>
    <w:p>
      <w:pPr>
        <w:pStyle w:val="Yellow"/>
        <w:rPr/>
      </w:pPr>
      <w:r>
        <w:rPr>
          <w:b/>
        </w:rPr>
        <w:t>John 5:44</w:t>
      </w:r>
      <w:r>
        <w:rPr/>
        <w:t xml:space="preserve"> — </w:t>
      </w:r>
      <w:r>
        <w:rPr>
          <w:shd w:val="clear" w:fill="B7DDE8"/>
        </w:rPr>
        <w:t>How can you believe if you accept glory from one another</w:t>
      </w:r>
      <w:r>
        <w:rPr>
          <w:b w:val="false"/>
          <w:i w:val="false"/>
          <w:u w:val="none"/>
          <w:color w:val="000000"/>
        </w:rPr>
        <w:t xml:space="preserve"> [1CYW]</w:t>
      </w:r>
      <w:r>
        <w:rPr>
          <w:color w:val="auto"/>
        </w:rPr>
        <w:t xml:space="preserve">, yet </w:t>
      </w:r>
      <w:r>
        <w:rPr>
          <w:color w:val="auto"/>
        </w:rPr>
        <w:t>do not seek the glory that comes from the only God</w:t>
      </w:r>
      <w:r>
        <w:rPr>
          <w:b w:val="false"/>
          <w:i w:val="false"/>
          <w:color w:val="FFFFFF"/>
          <w:u w:val="none"/>
          <w:shd w:val="clear" w:color="auto" w:fill="548235"/>
        </w:rPr>
        <w:t xml:space="preserve"> [1CYX]</w:t>
      </w:r>
      <w:r>
        <w:rPr>
          <w:shd w:val="clear" w:color="auto" w:fill="548235"/>
          <w:color w:val="FFFFFF"/>
        </w:rPr>
        <w:t>?</w:t>
      </w:r>
    </w:p>
    <w:p>
      <w:pPr>
        <w:pStyle w:val="Yellow"/>
        <w:rPr/>
      </w:pPr>
      <w:r>
        <w:rPr>
          <w:b/>
        </w:rPr>
        <w:t>John 5:46-47</w:t>
      </w:r>
      <w:r>
        <w:rPr/>
        <w:t xml:space="preserve"> — </w:t>
      </w:r>
      <w:r>
        <w:rPr>
          <w:shd w:val="clear" w:fill="B7DDE8"/>
        </w:rPr>
        <w:t>If you had believed Moses, you would believe Me</w:t>
      </w:r>
      <w:r>
        <w:rPr>
          <w:b w:val="false"/>
          <w:i w:val="false"/>
          <w:u w:val="none"/>
          <w:color w:val="000000"/>
        </w:rPr>
        <w:t xml:space="preserve"> [1DDH]</w:t>
      </w:r>
      <w:r>
        <w:rPr/>
        <w:t xml:space="preserve">, </w:t>
      </w:r>
      <w:r>
        <w:rPr>
          <w:shd w:val="clear" w:fill="B7DDE8"/>
        </w:rPr>
        <w:t>because he wrote about Me</w:t>
      </w:r>
      <w:r>
        <w:rPr>
          <w:b w:val="false"/>
          <w:i w:val="false"/>
          <w:color w:val="000000"/>
          <w:u w:val="none"/>
        </w:rPr>
        <w:t xml:space="preserve"> [1DDI]</w:t>
      </w:r>
      <w:r>
        <w:rPr/>
        <w:t xml:space="preserve">. But </w:t>
      </w:r>
      <w:r>
        <w:rPr>
          <w:shd w:val="clear" w:fill="B7DDE8"/>
        </w:rPr>
        <w:t>since you do not believe what {he} wrote, how will you believe what I say</w:t>
      </w:r>
      <w:r>
        <w:rPr>
          <w:b w:val="false"/>
          <w:i w:val="false"/>
          <w:u w:val="none"/>
          <w:color w:val="000000"/>
        </w:rPr>
        <w:t xml:space="preserve"> [1DDJ]</w:t>
      </w:r>
      <w:r>
        <w:rPr/>
        <w:t>?”</w:t>
      </w:r>
    </w:p>
    <w:p>
      <w:pPr>
        <w:pStyle w:val="Yellow"/>
        <w:rPr/>
      </w:pPr>
      <w:r>
        <w:rPr/>
        <w:t xml:space="preserve">(Jn8:21 Jesus said, “you will die in your sin”) </w:t>
      </w:r>
      <w:r>
        <w:rPr>
          <w:b/>
        </w:rPr>
        <w:t xml:space="preserve">John 8:24</w:t>
      </w:r>
      <w:r>
        <w:rPr/>
        <w:t xml:space="preserve"> — {That is why} </w:t>
      </w:r>
      <w:r>
        <w:rPr>
          <w:shd w:fill="B7DDE8" w:val="clear"/>
        </w:rPr>
        <w:t xml:space="preserve">I told you that you would die in your sins</w:t>
      </w:r>
      <w:r>
        <w:rPr>
          <w:b w:val="false"/>
          <w:i w:val="false"/>
          <w:color w:val="000000"/>
          <w:u w:val="none"/>
        </w:rPr>
        <w:t xml:space="preserve"> [1IUC]</w:t>
      </w:r>
      <w:r>
        <w:rPr/>
        <w:t xml:space="preserve">. For </w:t>
      </w:r>
      <w:r>
        <w:rPr>
          <w:shd w:fill="F4B183" w:val="clear" w:color="auto"/>
          <w:color w:val="000000"/>
        </w:rPr>
        <w:t xml:space="preserve">unless you believe that I am He, you will die in your sins</w:t>
      </w:r>
      <w:r>
        <w:rPr>
          <w:b w:val="false"/>
          <w:i w:val="false"/>
          <w:color w:val="000000"/>
          <w:u w:val="none"/>
          <w:shd w:val="clear" w:color="auto" w:fill="F4B183"/>
        </w:rPr>
        <w:t xml:space="preserve"> [1IUD]</w:t>
      </w:r>
      <w:r>
        <w:rPr/>
        <w:t xml:space="preserve">.”</w:t>
      </w:r>
    </w:p>
    <w:p>
      <w:pPr>
        <w:pStyle w:val="Yellow"/>
        <w:rPr/>
        <w:pBdr>
          <w:left w:val="single" w:sz="28" w:space="5" w:color="C00000"/>
        </w:pBdr>
      </w:pPr>
      <w:r>
        <w:rPr>
          <w:shd w:val="clear" w:color="auto" w:fill="548235"/>
          <w:color w:val="FFFFFF"/>
        </w:rPr>
        <w:t xml:space="preserve">(Ro11:13 “branches”) </w:t>
      </w:r>
      <w:r>
        <w:rPr>
          <w:b/>
          <w:shd w:val="clear" w:color="auto" w:fill="548235"/>
          <w:color w:val="FFFFFF"/>
        </w:rPr>
        <w:t>Romans 11:20</w:t>
      </w:r>
      <w:r>
        <w:rPr>
          <w:shd w:val="clear" w:color="auto" w:fill="548235"/>
          <w:color w:val="FFFFFF"/>
        </w:rPr>
        <w:t xml:space="preserve"> — </w:t>
      </w:r>
      <w:r>
        <w:rPr>
          <w:shd w:val="clear" w:fill="548235" w:color="auto"/>
          <w:color w:val="FFFFFF"/>
        </w:rPr>
        <w:t>{They} were broken off because of unbelief</w:t>
      </w:r>
      <w:r>
        <w:rPr>
          <w:b w:val="false"/>
          <w:i w:val="false"/>
          <w:color w:val="FFFFFF"/>
          <w:u w:val="none"/>
          <w:shd w:val="clear" w:color="auto" w:fill="548235"/>
        </w:rPr>
        <w:t xml:space="preserve"> [1DCG]</w:t>
      </w:r>
      <w:r>
        <w:rPr>
          <w:shd w:val="clear" w:color="auto" w:fill="548235"/>
          <w:color w:val="FFFFFF"/>
        </w:rPr>
        <w:t xml:space="preserve">, but </w:t>
      </w:r>
      <w:r>
        <w:rPr>
          <w:shd w:val="clear" w:fill="548235" w:color="auto"/>
          <w:color w:val="FFFFFF"/>
        </w:rPr>
        <w:t>you stand by faith</w:t>
      </w:r>
      <w:r>
        <w:rPr>
          <w:b w:val="false"/>
          <w:i w:val="false"/>
          <w:color w:val="FFFFFF"/>
          <w:u w:val="none"/>
          <w:shd w:val="clear" w:color="auto" w:fill="548235"/>
        </w:rPr>
        <w:t xml:space="preserve"> [2DCF]</w:t>
      </w:r>
      <w:r>
        <w:rPr>
          <w:shd w:val="clear" w:color="auto" w:fill="548235"/>
          <w:color w:val="FFFFFF"/>
        </w:rPr>
        <w:t>.</w:t>
      </w:r>
    </w:p>
    <w:p>
      <w:pPr>
        <w:pStyle w:val="Yellow"/>
        <w:rPr/>
      </w:pPr>
      <w:r>
        <w:rPr>
          <w:b/>
          <w:u w:val="none"/>
        </w:rPr>
        <w:t>James 1:5–8</w:t>
      </w:r>
      <w:r>
        <w:rPr>
          <w:u w:val="none"/>
        </w:rPr>
        <w:t xml:space="preserve"> — Now </w:t>
      </w:r>
      <w:r>
        <w:rPr>
          <w:u w:val="none"/>
          <w:shd w:val="clear" w:fill="B7DDE8"/>
        </w:rPr>
        <w:t>if any of you lacks wisdom, he should ask God</w:t>
      </w:r>
      <w:r>
        <w:rPr>
          <w:b w:val="false"/>
          <w:i w:val="false"/>
          <w:color w:val="000000"/>
          <w:u w:val="none"/>
        </w:rPr>
        <w:t xml:space="preserve"> [1DAV]</w:t>
      </w:r>
      <w:r>
        <w:rPr>
          <w:u w:val="none"/>
        </w:rPr>
        <w:t xml:space="preserve">, </w:t>
      </w:r>
      <w:r>
        <w:rPr>
          <w:u w:val="none"/>
          <w:shd w:val="clear" w:fill="B7DDE8"/>
        </w:rPr>
        <w:t>who gives generously to all without finding fault</w:t>
      </w:r>
      <w:r>
        <w:rPr>
          <w:b w:val="false"/>
          <w:i w:val="false"/>
          <w:color w:val="000000"/>
          <w:u w:val="none"/>
        </w:rPr>
        <w:t xml:space="preserve"> [1DAW]</w:t>
      </w:r>
      <w:r>
        <w:rPr>
          <w:u w:val="none"/>
        </w:rPr>
        <w:t xml:space="preserve">, and </w:t>
      </w:r>
      <w:r>
        <w:rPr>
          <w:u w:val="none"/>
          <w:shd w:val="clear" w:fill="B7DDE8"/>
        </w:rPr>
        <w:t>it will be given to him</w:t>
      </w:r>
      <w:r>
        <w:rPr>
          <w:b w:val="false"/>
          <w:i w:val="false"/>
          <w:color w:val="000000"/>
          <w:u w:val="none"/>
        </w:rPr>
        <w:t xml:space="preserve"> [1DAX]</w:t>
      </w:r>
      <w:r>
        <w:rPr>
          <w:u w:val="none"/>
        </w:rPr>
        <w:t xml:space="preserve">. But </w:t>
      </w:r>
      <w:r>
        <w:rPr>
          <w:u w:val="none"/>
          <w:shd w:val="clear" w:fill="B7DDE8"/>
        </w:rPr>
        <w:t>he must ask in faith, without doubting</w:t>
      </w:r>
      <w:r>
        <w:rPr>
          <w:b w:val="false"/>
          <w:i w:val="false"/>
          <w:color w:val="000000"/>
          <w:u w:val="none"/>
        </w:rPr>
        <w:t xml:space="preserve"> [1DAY]</w:t>
      </w:r>
      <w:r>
        <w:rPr>
          <w:u w:val="none"/>
        </w:rPr>
        <w:t xml:space="preserve">, because </w:t>
      </w:r>
      <w:r>
        <w:rPr>
          <w:u w:val="none"/>
          <w:shd w:val="clear" w:fill="B7DDE8"/>
        </w:rPr>
        <w:t>he who doubts is like a wave of the sea, blown and tossed by the wind</w:t>
      </w:r>
      <w:r>
        <w:rPr>
          <w:b w:val="false"/>
          <w:i w:val="false"/>
          <w:color w:val="000000"/>
          <w:u w:val="none"/>
        </w:rPr>
        <w:t xml:space="preserve"> [1DAZ]</w:t>
      </w:r>
      <w:r>
        <w:rPr>
          <w:u w:val="none"/>
        </w:rPr>
        <w:t xml:space="preserve">. </w:t>
      </w:r>
      <w:r>
        <w:rPr>
          <w:u w:val="none"/>
          <w:shd w:val="clear" w:fill="B7DDE8"/>
        </w:rPr>
        <w:t>That man should not expect to receive anything from the Lord</w:t>
      </w:r>
      <w:r>
        <w:rPr>
          <w:b w:val="false"/>
          <w:i w:val="false"/>
          <w:color w:val="000000"/>
          <w:u w:val="none"/>
        </w:rPr>
        <w:t xml:space="preserve"> [1DBA]</w:t>
      </w:r>
      <w:r>
        <w:rPr>
          <w:u w:val="none"/>
        </w:rPr>
        <w:t xml:space="preserve">. </w:t>
      </w:r>
      <w:r>
        <w:rPr>
          <w:u w:val="none"/>
          <w:shd w:val="clear" w:fill="B7DDE8"/>
        </w:rPr>
        <w:t>He is a double-minded man</w:t>
      </w:r>
      <w:r>
        <w:rPr>
          <w:b w:val="false"/>
          <w:i w:val="false"/>
          <w:color w:val="000000"/>
          <w:u w:val="none"/>
        </w:rPr>
        <w:t xml:space="preserve"> [1DBB]</w:t>
      </w:r>
      <w:r>
        <w:rPr>
          <w:u w:val="none"/>
        </w:rPr>
        <w:t xml:space="preserve">, </w:t>
      </w:r>
      <w:r>
        <w:rPr>
          <w:u w:val="none"/>
          <w:shd w:val="clear" w:fill="B7DDE8"/>
        </w:rPr>
        <w:t>unstable in all his ways</w:t>
      </w:r>
      <w:r>
        <w:rPr>
          <w:b w:val="false"/>
          <w:i w:val="false"/>
          <w:color w:val="000000"/>
          <w:u w:val="none"/>
        </w:rPr>
        <w:t xml:space="preserve"> [1DBC]</w:t>
      </w:r>
      <w:r>
        <w:rPr>
          <w:u w:val="none"/>
        </w:rPr>
        <w:t>.</w:t>
      </w:r>
    </w:p>
    <w:p>
      <w:pPr>
        <w:pStyle w:val="Yellow"/>
        <w:rPr/>
      </w:pPr>
      <w:r>
        <w:t xml:space="preserve">(1Jn5:6 God’s “Spirit who testifies”) </w:t>
      </w:r>
      <w:r>
        <w:rPr>
          <w:b/>
        </w:rPr>
        <w:t>1 John 5:10</w:t>
      </w:r>
      <w:r>
        <w:t xml:space="preserve"> — </w:t>
      </w:r>
      <w:r>
        <w:rPr>
          <w:shd w:fill="B7DDE8" w:val="clear"/>
        </w:rPr>
        <w:t xml:space="preserve">Whoever believes in </w:t>
      </w:r>
      <w:r>
        <w:rPr>
          <w:shd w:fill="B7DDE8" w:val="clear"/>
        </w:rPr>
        <w:t>the Son of God</w:t>
      </w:r>
      <w:r>
        <w:rPr>
          <w:b w:val="false"/>
          <w:i w:val="false"/>
          <w:color w:val="000000"/>
          <w:u w:val="none"/>
        </w:rPr>
        <w:t xml:space="preserve"> [1CIL]</w:t>
      </w:r>
      <w:r>
        <w:rPr>
          <w:shd w:fill="B7DDE8" w:val="clear"/>
        </w:rPr>
        <w:t xml:space="preserve"> has {this testimony} within him</w:t>
      </w:r>
      <w:r>
        <w:rPr>
          <w:b w:val="false"/>
          <w:i w:val="false"/>
          <w:color w:val="000000"/>
          <w:u w:val="none"/>
        </w:rPr>
        <w:t xml:space="preserve"> [1ATI]</w:t>
      </w:r>
      <w:r>
        <w:t xml:space="preserve">; </w:t>
      </w:r>
      <w:r>
        <w:rPr>
          <w:shd w:fill="B7DDE8" w:val="clear"/>
        </w:rPr>
        <w:t>whoever does not believe God has made Him out to be a liar</w:t>
      </w:r>
      <w:r>
        <w:rPr>
          <w:b w:val="false"/>
          <w:i w:val="false"/>
          <w:color w:val="000000"/>
          <w:u w:val="none"/>
        </w:rPr>
        <w:t xml:space="preserve"> [1ATJ]</w:t>
      </w:r>
      <w:r>
        <w:t xml:space="preserve">, because he has not believed in </w:t>
      </w:r>
      <w:r>
        <w:rPr>
          <w:shd w:fill="B7DDE8" w:val="clear"/>
        </w:rPr>
        <w:t>the testimony that God has given about His Son</w:t>
      </w:r>
      <w:r>
        <w:rPr>
          <w:b w:val="false"/>
          <w:i w:val="false"/>
          <w:color w:val="000000"/>
          <w:u w:val="none"/>
        </w:rPr>
        <w:t xml:space="preserve"> [1ATL]</w:t>
      </w:r>
      <w:r>
        <w:t>.</w:t>
      </w:r>
    </w:p>
    <w:p>
      <w:pPr>
        <w:pStyle w:val="Yellow"/>
        <w:rPr/>
      </w:pPr>
      <w:r>
        <w:rPr>
          <w:b/>
          <w:shd w:val="clear" w:color="auto" w:fill="F4B183"/>
          <w:color w:val="000000"/>
        </w:rPr>
        <w:t xml:space="preserve">Jude 1:5</w:t>
      </w:r>
      <w:r>
        <w:rPr>
          <w:shd w:val="clear" w:color="auto" w:fill="F4B183"/>
          <w:color w:val="000000"/>
        </w:rPr>
        <w:t xml:space="preserve"> — after </w:t>
      </w:r>
      <w:r>
        <w:rPr>
          <w:shd w:fill="F4B183" w:val="clear" w:color="auto"/>
          <w:color w:val="000000"/>
        </w:rPr>
        <w:t xml:space="preserve">Jesus had delivered His people out of the land of Egypt</w:t>
      </w:r>
      <w:r>
        <w:rPr>
          <w:b w:val="false"/>
          <w:i w:val="false"/>
          <w:color w:val="000000"/>
          <w:u w:val="none"/>
          <w:shd w:val="clear" w:color="auto" w:fill="F4B183"/>
        </w:rPr>
        <w:t xml:space="preserve"> [1JCU]</w:t>
      </w:r>
      <w:r>
        <w:rPr>
          <w:shd w:val="clear" w:color="auto" w:fill="F4B183"/>
          <w:color w:val="000000"/>
        </w:rPr>
        <w:t xml:space="preserve">, </w:t>
      </w:r>
      <w:r>
        <w:rPr>
          <w:shd w:fill="F4B183" w:val="clear" w:color="auto"/>
          <w:color w:val="000000"/>
        </w:rPr>
        <w:t xml:space="preserve">He destroyed those who did not believe</w:t>
      </w:r>
      <w:r>
        <w:rPr>
          <w:b w:val="false"/>
          <w:i w:val="false"/>
          <w:color w:val="000000"/>
          <w:u w:val="none"/>
          <w:shd w:val="clear" w:color="auto" w:fill="F4B183"/>
        </w:rPr>
        <w:t xml:space="preserve"> [1JCV]</w:t>
      </w:r>
      <w:r>
        <w:rPr>
          <w:shd w:val="clear" w:color="auto" w:fill="F4B183"/>
          <w:color w:val="000000"/>
        </w:rPr>
        <w:t xml:space="preserve">.</w:t>
      </w:r>
    </w:p>
    <w:p>
      <w:r>
        <w:rPr>
          <w:b/>
          <w:sz w:val="32"/>
          <w:highlight w:val="yellow"/>
        </w:rPr>
        <w:t>Violence and Bloodshed  (16)</w:t>
      </w:r>
    </w:p>
    <w:p>
      <w:pPr>
        <w:pStyle w:val="Yellow"/>
        <w:rPr/>
      </w:pPr>
      <w:r>
        <w:rPr/>
        <w:t xml:space="preserve">(Ge16:11 “Ishmael”) </w:t>
      </w:r>
      <w:r>
        <w:rPr>
          <w:b/>
        </w:rPr>
        <w:t xml:space="preserve">Genesis 16:12</w:t>
      </w:r>
      <w:r>
        <w:rPr/>
        <w:t xml:space="preserve"> — </w:t>
      </w:r>
      <w:r>
        <w:rPr>
          <w:shd w:fill="B7DDE8" w:val="clear"/>
        </w:rPr>
        <w:t xml:space="preserve">{He} will be a wild donkey of a man</w:t>
      </w:r>
      <w:r>
        <w:rPr>
          <w:b w:val="false"/>
          <w:i w:val="false"/>
          <w:color w:val="000000"/>
          <w:u w:val="none"/>
        </w:rPr>
        <w:t xml:space="preserve"> [1LGY]</w:t>
      </w:r>
      <w:r>
        <w:rPr/>
        <w:t xml:space="preserve">, and </w:t>
      </w:r>
      <w:r>
        <w:rPr>
          <w:shd w:fill="B7DDE8" w:val="clear"/>
        </w:rPr>
        <w:t xml:space="preserve">his hand will be against everyone</w:t>
      </w:r>
      <w:r>
        <w:rPr>
          <w:b w:val="false"/>
          <w:i w:val="false"/>
          <w:color w:val="000000"/>
          <w:u w:val="none"/>
        </w:rPr>
        <w:t xml:space="preserve"> [1LGZ]</w:t>
      </w:r>
      <w:r>
        <w:rPr/>
        <w:t xml:space="preserve">, and </w:t>
      </w:r>
      <w:r>
        <w:rPr>
          <w:shd w:fill="B7DDE8" w:val="clear"/>
        </w:rPr>
        <w:t xml:space="preserve">everyone’s hand against him</w:t>
      </w:r>
      <w:r>
        <w:rPr>
          <w:b w:val="false"/>
          <w:i w:val="false"/>
          <w:color w:val="000000"/>
          <w:u w:val="none"/>
        </w:rPr>
        <w:t xml:space="preserve"> [1LHA]</w:t>
      </w:r>
      <w:r>
        <w:rPr/>
        <w:t xml:space="preserve">; </w:t>
      </w:r>
      <w:r>
        <w:rPr>
          <w:shd w:fill="B7DDE8" w:val="clear"/>
        </w:rPr>
        <w:t xml:space="preserve">he will live in hostility toward all his brothers</w:t>
      </w:r>
      <w:r>
        <w:rPr>
          <w:b w:val="false"/>
          <w:i w:val="false"/>
          <w:color w:val="000000"/>
          <w:u w:val="none"/>
        </w:rPr>
        <w:t xml:space="preserve"> [1LHB]</w:t>
      </w:r>
      <w:r>
        <w:rPr/>
        <w:t xml:space="preserve">.”</w:t>
      </w:r>
    </w:p>
    <w:p>
      <w:pPr>
        <w:pStyle w:val="Yellow"/>
        <w:rPr/>
      </w:pPr>
      <w:r>
        <w:rPr>
          <w:b/>
        </w:rPr>
        <w:t xml:space="preserve">Exodus 21:20</w:t>
      </w:r>
      <w:r>
        <w:rPr/>
        <w:t xml:space="preserve"> — </w:t>
      </w:r>
      <w:r>
        <w:rPr>
          <w:shd w:fill="B7DDE8" w:val="clear"/>
        </w:rPr>
        <w:t xml:space="preserve">If a man strikes his manservant or maidservant with a rod, and the servant dies by his hand</w:t>
      </w:r>
      <w:r>
        <w:rPr>
          <w:b w:val="false"/>
          <w:i w:val="false"/>
          <w:u w:val="none"/>
          <w:color w:val="000000"/>
        </w:rPr>
        <w:t xml:space="preserve"> [1JXP]</w:t>
      </w:r>
      <w:r>
        <w:rPr/>
        <w:t xml:space="preserve">, </w:t>
      </w:r>
      <w:r>
        <w:rPr>
          <w:shd w:fill="B7DDE8" w:val="clear"/>
        </w:rPr>
        <w:t xml:space="preserve">he shall surely be punished</w:t>
      </w:r>
      <w:r>
        <w:rPr>
          <w:b w:val="false"/>
          <w:i w:val="false"/>
          <w:color w:val="000000"/>
          <w:u w:val="none"/>
        </w:rPr>
        <w:t xml:space="preserve"> [1JXQ]</w:t>
      </w:r>
      <w:r>
        <w:rPr/>
        <w:t xml:space="preserve">.</w:t>
      </w:r>
    </w:p>
    <w:p>
      <w:pPr>
        <w:pStyle w:val="Yellow"/>
        <w:rPr/>
        <w:pBdr>
          <w:left w:val="single" w:sz="28" w:space="5" w:color="C00000"/>
        </w:pBdr>
      </w:pPr>
      <w:r>
        <w:rPr>
          <w:b/>
        </w:rPr>
        <w:t>Judges 10:11–12</w:t>
      </w:r>
      <w:r>
        <w:rPr/>
        <w:t xml:space="preserve"> — The LORD replied, “When </w:t>
      </w:r>
      <w:r>
        <w:rPr>
          <w:shd w:val="clear" w:fill="B7DDE8"/>
        </w:rPr>
        <w:t>the Egyptians, Amorites, Ammonites, Philistines, Sidonians, Amalekites, and Maonites oppressed you</w:t>
      </w:r>
      <w:r>
        <w:rPr>
          <w:b w:val="false"/>
          <w:i w:val="false"/>
          <w:u w:val="none"/>
          <w:color w:val="000000"/>
        </w:rPr>
        <w:t xml:space="preserve"> [1DPS]</w:t>
      </w:r>
      <w:r>
        <w:rPr/>
        <w:t xml:space="preserve"> and </w:t>
      </w:r>
      <w:r>
        <w:rPr>
          <w:shd w:val="clear" w:fill="B7DDE8"/>
        </w:rPr>
        <w:t>you cried out to Me</w:t>
      </w:r>
      <w:r>
        <w:rPr>
          <w:b w:val="false"/>
          <w:i w:val="false"/>
          <w:color w:val="000000"/>
          <w:u w:val="none"/>
        </w:rPr>
        <w:t xml:space="preserve"> [1DPT]</w:t>
      </w:r>
      <w:r>
        <w:rPr/>
        <w:t xml:space="preserve">, </w:t>
      </w:r>
      <w:r>
        <w:rPr>
          <w:shd w:val="clear" w:fill="B7DDE8"/>
        </w:rPr>
        <w:t>did I not save you from their hands?</w:t>
      </w:r>
      <w:r>
        <w:rPr>
          <w:b w:val="false"/>
          <w:i w:val="false"/>
          <w:u w:val="none"/>
          <w:color w:val="000000"/>
        </w:rPr>
        <w:t xml:space="preserve"> [1DPU]</w:t>
      </w:r>
    </w:p>
    <w:p>
      <w:pPr>
        <w:pStyle w:val="Green"/>
        <w:rPr/>
      </w:pPr>
      <w:r>
        <w:rPr>
          <w:highlight w:val="cyan"/>
        </w:rPr>
        <w:t xml:space="preserve">(2Sa22:18 powerful enemies) </w:t>
      </w:r>
      <w:r>
        <w:rPr>
          <w:b/>
          <w:highlight w:val="cyan"/>
        </w:rPr>
        <w:t xml:space="preserve">2 Samuel 22:19</w:t>
      </w:r>
      <w:r>
        <w:rPr>
          <w:highlight w:val="cyan"/>
        </w:rPr>
        <w:t xml:space="preserve"> — </w:t>
      </w:r>
      <w:r>
        <w:rPr>
          <w:highlight w:val="cyan"/>
          <w:shd w:fill="B7DDE8" w:val="clear"/>
        </w:rPr>
        <w:t xml:space="preserve">{They} confronted me in my day of calamity</w:t>
      </w:r>
      <w:r>
        <w:rPr>
          <w:b w:val="false"/>
          <w:i w:val="false"/>
          <w:color w:val="000000"/>
          <w:u w:val="none"/>
        </w:rPr>
        <w:t xml:space="preserve"> [2JIF]</w:t>
      </w:r>
      <w:r>
        <w:rPr>
          <w:highlight w:val="cyan"/>
        </w:rPr>
        <w:t xml:space="preserve">, but </w:t>
      </w:r>
      <w:r>
        <w:rPr>
          <w:highlight w:val="cyan"/>
          <w:shd w:fill="B7DDE8" w:val="clear"/>
        </w:rPr>
        <w:t xml:space="preserve">the LORD was my support</w:t>
      </w:r>
      <w:r>
        <w:rPr>
          <w:b w:val="false"/>
          <w:i w:val="false"/>
          <w:color w:val="000000"/>
          <w:u w:val="none"/>
        </w:rPr>
        <w:t xml:space="preserve"> [2JIG]</w:t>
      </w:r>
      <w:r>
        <w:rPr>
          <w:highlight w:val="cyan"/>
        </w:rPr>
        <w:t xml:space="preserve">.</w:t>
      </w:r>
    </w:p>
    <w:p>
      <w:pPr>
        <w:pStyle w:val="Yellow"/>
        <w:rPr/>
      </w:pPr>
      <w:r>
        <w:rPr>
          <w:b/>
          <w:u w:val="none"/>
        </w:rPr>
        <w:t xml:space="preserve">2 Chronicles 18:31</w:t>
      </w:r>
      <w:r>
        <w:rPr>
          <w:u w:val="none"/>
        </w:rPr>
        <w:t xml:space="preserve"> — When </w:t>
      </w:r>
      <w:r>
        <w:rPr>
          <w:u w:val="none"/>
          <w:shd w:fill="B7DDE8" w:val="clear"/>
        </w:rPr>
        <w:t xml:space="preserve">the chariot commanders saw Jehoshaphat</w:t>
      </w:r>
      <w:r>
        <w:rPr>
          <w:b w:val="false"/>
          <w:i w:val="false"/>
          <w:color w:val="000000"/>
          <w:u w:val="none"/>
        </w:rPr>
        <w:t xml:space="preserve"> [1KJZ]</w:t>
      </w:r>
      <w:r>
        <w:rPr>
          <w:u w:val="none"/>
        </w:rPr>
        <w:t xml:space="preserve">, </w:t>
      </w:r>
      <w:r>
        <w:rPr>
          <w:u w:val="none"/>
          <w:shd w:fill="B7DDE8" w:val="clear"/>
        </w:rPr>
        <w:t xml:space="preserve">they said, “This is the king of Israel!”</w:t>
      </w:r>
      <w:r>
        <w:rPr>
          <w:b w:val="false"/>
          <w:i w:val="false"/>
          <w:color w:val="000000"/>
          <w:u w:val="none"/>
        </w:rPr>
        <w:t xml:space="preserve"> [1KKA]</w:t>
      </w:r>
      <w:r>
        <w:rPr>
          <w:u w:val="none"/>
        </w:rPr>
        <w:t xml:space="preserve"> So </w:t>
      </w:r>
      <w:r>
        <w:rPr>
          <w:u w:val="none"/>
          <w:shd w:fill="B7DDE8" w:val="clear"/>
        </w:rPr>
        <w:t xml:space="preserve">they turned to fight against him</w:t>
      </w:r>
      <w:r>
        <w:rPr>
          <w:b w:val="false"/>
          <w:i w:val="false"/>
          <w:u w:val="none"/>
          <w:color w:val="000000"/>
        </w:rPr>
        <w:t xml:space="preserve"> [1KKB]</w:t>
      </w:r>
      <w:r>
        <w:rPr>
          <w:u w:val="none"/>
        </w:rPr>
        <w:t xml:space="preserve">, but </w:t>
      </w:r>
      <w:r>
        <w:rPr>
          <w:u w:val="none"/>
          <w:shd w:fill="B7DDE8" w:val="clear"/>
        </w:rPr>
        <w:t xml:space="preserve">Jehoshaphat cried out</w:t>
      </w:r>
      <w:r>
        <w:rPr>
          <w:b w:val="false"/>
          <w:i w:val="false"/>
          <w:color w:val="000000"/>
          <w:u w:val="none"/>
        </w:rPr>
        <w:t xml:space="preserve"> [1KKC]</w:t>
      </w:r>
      <w:r>
        <w:rPr>
          <w:u w:val="none"/>
        </w:rPr>
        <w:t xml:space="preserve">, and </w:t>
      </w:r>
      <w:r>
        <w:rPr>
          <w:u w:val="none"/>
          <w:shd w:fill="B7DDE8" w:val="clear"/>
        </w:rPr>
        <w:t xml:space="preserve">the LORD helped him</w:t>
      </w:r>
      <w:r>
        <w:rPr>
          <w:b w:val="false"/>
          <w:i w:val="false"/>
          <w:color w:val="000000"/>
          <w:u w:val="none"/>
        </w:rPr>
        <w:t xml:space="preserve"> [2KKD]</w:t>
      </w:r>
      <w:r>
        <w:rPr>
          <w:u w:val="none"/>
        </w:rPr>
        <w:t xml:space="preserve">. </w:t>
      </w:r>
      <w:r>
        <w:rPr>
          <w:u w:val="none"/>
          <w:shd w:fill="B7DDE8" w:val="clear"/>
        </w:rPr>
        <w:t xml:space="preserve">God drew them away from him</w:t>
      </w:r>
      <w:r>
        <w:rPr>
          <w:b w:val="false"/>
          <w:i w:val="false"/>
          <w:color w:val="000000"/>
          <w:u w:val="none"/>
        </w:rPr>
        <w:t xml:space="preserve"> [1KKE]</w:t>
      </w:r>
      <w:r>
        <w:rPr>
          <w:u w:val="none"/>
        </w:rPr>
        <w:t xml:space="preserve">.</w:t>
      </w:r>
    </w:p>
    <w:p>
      <w:pPr>
        <w:pStyle w:val="Yellow"/>
        <w:rPr/>
      </w:pPr>
      <w:r>
        <w:rPr>
          <w:b/>
        </w:rPr>
        <w:t>Psalm 14:6</w:t>
      </w:r>
      <w:r>
        <w:rPr/>
        <w:t xml:space="preserve"> — </w:t>
      </w:r>
      <w:r>
        <w:rPr>
          <w:shd w:val="clear" w:fill="548235" w:color="auto"/>
          <w:color w:val="FFFFFF"/>
        </w:rPr>
        <w:t>You sinners frustrate the plans of the oppressed</w:t>
      </w:r>
      <w:r>
        <w:rPr>
          <w:b w:val="false"/>
          <w:i w:val="false"/>
          <w:color w:val="FFFFFF"/>
          <w:u w:val="none"/>
          <w:shd w:val="clear" w:color="auto" w:fill="548235"/>
        </w:rPr>
        <w:t xml:space="preserve"> [1DGH]</w:t>
      </w:r>
      <w:r>
        <w:rPr/>
        <w:t xml:space="preserve">, yet </w:t>
      </w:r>
      <w:r>
        <w:rPr>
          <w:shd w:val="clear" w:fill="B7DDE8"/>
        </w:rPr>
        <w:t>the LORD is their shelter</w:t>
      </w:r>
      <w:r>
        <w:rPr>
          <w:b w:val="false"/>
          <w:i w:val="false"/>
          <w:color w:val="000000"/>
          <w:u w:val="none"/>
        </w:rPr>
        <w:t xml:space="preserve"> [1DGI]</w:t>
      </w:r>
      <w:r>
        <w:rPr/>
        <w:t>.</w:t>
      </w:r>
    </w:p>
    <w:p>
      <w:pPr>
        <w:pStyle w:val="Yellow"/>
        <w:rPr/>
        <w:shd w:val="clear" w:color="auto" w:fill="E4DFEC"/>
        <w:pBdr>
          <w:left w:val="single" w:sz="28" w:space="5" w:color="7030A0"/>
        </w:pBdr>
      </w:pPr>
      <w:r>
        <w:rPr>
          <w:highlight w:val="cyan"/>
        </w:rPr>
        <w:t xml:space="preserve">(Ps18:17 David’s foes) </w:t>
      </w:r>
      <w:r>
        <w:rPr>
          <w:b/>
          <w:highlight w:val="cyan"/>
        </w:rPr>
        <w:t xml:space="preserve">Psalm 18:18</w:t>
      </w:r>
      <w:r>
        <w:rPr>
          <w:highlight w:val="cyan"/>
        </w:rPr>
        <w:t xml:space="preserve"> — </w:t>
      </w:r>
      <w:r>
        <w:rPr>
          <w:highlight w:val="cyan"/>
          <w:shd w:fill="B7DDE8" w:val="clear"/>
        </w:rPr>
        <w:t xml:space="preserve">{They} confronted me in my day of calamity</w:t>
      </w:r>
      <w:r>
        <w:rPr>
          <w:b w:val="false"/>
          <w:i w:val="false"/>
          <w:color w:val="000000"/>
          <w:u w:val="none"/>
        </w:rPr>
        <w:t xml:space="preserve"> [2JIF]</w:t>
      </w:r>
      <w:r>
        <w:rPr>
          <w:highlight w:val="cyan"/>
        </w:rPr>
        <w:t xml:space="preserve">, but </w:t>
      </w:r>
      <w:r>
        <w:rPr>
          <w:highlight w:val="cyan"/>
          <w:shd w:fill="B7DDE8" w:val="clear"/>
        </w:rPr>
        <w:t xml:space="preserve">the LORD was my support</w:t>
      </w:r>
      <w:r>
        <w:rPr>
          <w:b w:val="false"/>
          <w:i w:val="false"/>
          <w:color w:val="000000"/>
          <w:u w:val="none"/>
        </w:rPr>
        <w:t xml:space="preserve"> [2JIG]</w:t>
      </w:r>
      <w:r>
        <w:rPr>
          <w:highlight w:val="cyan"/>
        </w:rPr>
        <w:t xml:space="preserve">.</w:t>
      </w:r>
    </w:p>
    <w:p>
      <w:pPr>
        <w:pStyle w:val="Yellow"/>
        <w:rPr/>
      </w:pPr>
      <w:r>
        <w:rPr>
          <w:b/>
        </w:rPr>
        <w:t xml:space="preserve">Psalm 37:14-15</w:t>
      </w:r>
      <w:r>
        <w:rPr/>
        <w:t xml:space="preserve"> — </w:t>
      </w:r>
      <w:r>
        <w:rPr>
          <w:shd w:fill="B7DDE8" w:val="clear"/>
        </w:rPr>
        <w:t xml:space="preserve">The wicked have drawn the sword and bent the bow to bring down the poor and needy, to slay those whose ways are upright</w:t>
      </w:r>
      <w:r>
        <w:rPr>
          <w:b w:val="false"/>
          <w:i w:val="false"/>
          <w:color w:val="000000"/>
          <w:u w:val="none"/>
        </w:rPr>
        <w:t xml:space="preserve"> [1JMU]</w:t>
      </w:r>
      <w:r>
        <w:rPr/>
        <w:t xml:space="preserve">. But </w:t>
      </w:r>
      <w:r>
        <w:rPr>
          <w:shd w:fill="B7DDE8" w:val="clear"/>
        </w:rPr>
        <w:t xml:space="preserve">their swords will pierce their own hearts</w:t>
      </w:r>
      <w:r>
        <w:rPr>
          <w:b w:val="false"/>
          <w:i w:val="false"/>
          <w:color w:val="000000"/>
          <w:u w:val="none"/>
        </w:rPr>
        <w:t xml:space="preserve"> [1JMV]</w:t>
      </w:r>
      <w:r>
        <w:rPr/>
        <w:t xml:space="preserve">, and </w:t>
      </w:r>
      <w:r>
        <w:rPr>
          <w:shd w:fill="548235" w:val="clear" w:color="auto"/>
          <w:color w:val="FFFFFF"/>
        </w:rPr>
        <w:t xml:space="preserve">their bows will be broken</w:t>
      </w:r>
      <w:r>
        <w:rPr>
          <w:b w:val="false"/>
          <w:i w:val="false"/>
          <w:color w:val="FFFFFF"/>
          <w:u w:val="none"/>
          <w:shd w:val="clear" w:color="auto" w:fill="548235"/>
        </w:rPr>
        <w:t xml:space="preserve"> [1JMW]</w:t>
      </w:r>
      <w:r>
        <w:rPr/>
        <w:t xml:space="preserve">.</w:t>
      </w:r>
    </w:p>
    <w:p>
      <w:pPr>
        <w:pStyle w:val="Yellow"/>
        <w:rPr/>
      </w:pPr>
      <w:r>
        <w:rPr>
          <w:b/>
          <w:shd w:val="clear" w:color="auto" w:fill="C00000"/>
          <w:color w:val="FFFFFF"/>
        </w:rPr>
        <w:t>Proverbs 10:6</w:t>
      </w:r>
      <w:r>
        <w:rPr>
          <w:shd w:val="clear" w:color="auto" w:fill="C00000"/>
          <w:color w:val="FFFFFF"/>
        </w:rPr>
        <w:t xml:space="preserve"> — </w:t>
      </w:r>
      <w:r>
        <w:rPr>
          <w:shd w:val="clear" w:color="auto" w:fill="C00000"/>
          <w:color w:val="FFFFFF"/>
        </w:rPr>
        <w:t>Blessings are on the head of the righteous</w:t>
      </w:r>
      <w:r>
        <w:rPr>
          <w:b w:val="false"/>
          <w:i w:val="false"/>
          <w:u w:val="none"/>
          <w:shd w:val="clear" w:color="auto" w:fill="C00000"/>
          <w:color w:val="FFFFFF"/>
        </w:rPr>
        <w:t xml:space="preserve"> [1FHH]</w:t>
      </w:r>
      <w:r>
        <w:rPr>
          <w:shd w:val="clear" w:color="auto" w:fill="C00000"/>
          <w:color w:val="FFFFFF"/>
        </w:rPr>
        <w:t xml:space="preserve">, but </w:t>
      </w:r>
      <w:r>
        <w:rPr>
          <w:shd w:val="clear" w:color="auto" w:fill="C00000"/>
          <w:color w:val="FFFFFF"/>
        </w:rPr>
        <w:t>the mouth of the wicked conceals violence</w:t>
      </w:r>
      <w:r>
        <w:rPr>
          <w:b w:val="false"/>
          <w:i w:val="false"/>
          <w:u w:val="none"/>
          <w:shd w:val="clear" w:color="auto" w:fill="C00000"/>
          <w:color w:val="FFFFFF"/>
        </w:rPr>
        <w:t xml:space="preserve"> [2FHG]</w:t>
      </w:r>
      <w:r>
        <w:rPr>
          <w:shd w:val="clear" w:color="auto" w:fill="C00000"/>
          <w:color w:val="FFFFFF"/>
        </w:rPr>
        <w:t>.</w:t>
      </w:r>
    </w:p>
    <w:p>
      <w:pPr>
        <w:pStyle w:val="Yellow"/>
        <w:rPr/>
      </w:pPr>
      <w:r>
        <w:rPr>
          <w:b/>
        </w:rPr>
        <w:t>Proverbs 11:9</w:t>
      </w:r>
      <w:r>
        <w:rPr/>
        <w:t xml:space="preserve"> — </w:t>
      </w:r>
      <w:r>
        <w:rPr>
          <w:shd w:val="clear" w:fill="B7DDE8"/>
        </w:rPr>
        <w:t>With his mouth the ungodly man destroys his neighbor</w:t>
      </w:r>
      <w:r>
        <w:rPr>
          <w:b w:val="false"/>
          <w:i w:val="false"/>
          <w:color w:val="000000"/>
          <w:u w:val="none"/>
        </w:rPr>
        <w:t xml:space="preserve"> [1DRJ]</w:t>
      </w:r>
      <w:r>
        <w:rPr/>
        <w:t xml:space="preserve">, but </w:t>
      </w:r>
      <w:r>
        <w:rPr>
          <w:shd w:val="clear" w:fill="B7DDE8"/>
        </w:rPr>
        <w:t>through knowledge the righteous are rescued</w:t>
      </w:r>
      <w:r>
        <w:rPr>
          <w:b w:val="false"/>
          <w:i w:val="false"/>
          <w:color w:val="000000"/>
          <w:u w:val="none"/>
        </w:rPr>
        <w:t xml:space="preserve"> [1DRK]</w:t>
      </w:r>
      <w:r>
        <w:rPr/>
        <w:t>.</w:t>
      </w:r>
    </w:p>
    <w:p>
      <w:pPr>
        <w:pStyle w:val="Yellow"/>
        <w:rPr/>
      </w:pPr>
      <w:r>
        <w:rPr>
          <w:b/>
        </w:rPr>
        <w:t>Proverbs 11:11</w:t>
      </w:r>
      <w:r>
        <w:rPr/>
        <w:t xml:space="preserve"> — </w:t>
      </w:r>
      <w:r>
        <w:rPr>
          <w:shd w:val="clear" w:fill="B7DDE8"/>
        </w:rPr>
        <w:t>By the blessing of the upright a city is built up</w:t>
      </w:r>
      <w:r>
        <w:rPr>
          <w:b w:val="false"/>
          <w:i w:val="false"/>
          <w:color w:val="000000"/>
          <w:u w:val="none"/>
        </w:rPr>
        <w:t xml:space="preserve"> [1ECE]</w:t>
      </w:r>
      <w:r>
        <w:rPr/>
        <w:t xml:space="preserve">, but </w:t>
      </w:r>
      <w:r>
        <w:rPr>
          <w:shd w:val="clear" w:fill="548235" w:color="auto"/>
          <w:color w:val="FFFFFF"/>
        </w:rPr>
        <w:t>by the mouth of the wicked it is torn down</w:t>
      </w:r>
      <w:r>
        <w:rPr>
          <w:b w:val="false"/>
          <w:i w:val="false"/>
          <w:color w:val="FFFFFF"/>
          <w:u w:val="none"/>
          <w:shd w:val="clear" w:color="auto" w:fill="548235"/>
        </w:rPr>
        <w:t xml:space="preserve"> [1ECF]</w:t>
      </w:r>
      <w:r>
        <w:rPr/>
        <w:t>.</w:t>
      </w:r>
    </w:p>
    <w:p>
      <w:pPr>
        <w:pStyle w:val="Yellow"/>
        <w:rPr/>
      </w:pPr>
      <w:r>
        <w:rPr>
          <w:b/>
        </w:rPr>
        <w:t xml:space="preserve">Proverbs 12:6</w:t>
      </w:r>
      <w:r>
        <w:rPr/>
        <w:t xml:space="preserve"> — </w:t>
      </w:r>
      <w:r>
        <w:rPr>
          <w:shd w:fill="B7DDE8" w:val="clear"/>
        </w:rPr>
        <w:t xml:space="preserve">The words of the wicked lie in wait for blood</w:t>
      </w:r>
      <w:r>
        <w:rPr>
          <w:b w:val="false"/>
          <w:i w:val="false"/>
          <w:color w:val="000000"/>
          <w:u w:val="none"/>
        </w:rPr>
        <w:t xml:space="preserve"> [1HGU]</w:t>
      </w:r>
      <w:r>
        <w:rPr/>
        <w:t xml:space="preserve">, but </w:t>
      </w:r>
      <w:r>
        <w:rPr>
          <w:shd w:fill="F4B183" w:val="clear" w:color="auto"/>
          <w:color w:val="000000"/>
        </w:rPr>
        <w:t xml:space="preserve">the speech of the upright rescues them</w:t>
      </w:r>
      <w:r>
        <w:rPr>
          <w:b w:val="false"/>
          <w:i w:val="false"/>
          <w:color w:val="000000"/>
          <w:u w:val="none"/>
          <w:shd w:val="clear" w:color="auto" w:fill="F4B183"/>
        </w:rPr>
        <w:t xml:space="preserve"> [1HGV]</w:t>
      </w:r>
      <w:r>
        <w:rPr/>
        <w:t xml:space="preserve">.</w:t>
      </w:r>
    </w:p>
    <w:p>
      <w:pPr>
        <w:pStyle w:val="Yellow"/>
        <w:rPr/>
      </w:pPr>
      <w:r>
        <w:rPr>
          <w:b/>
        </w:rPr>
        <w:t xml:space="preserve">Proverbs 24:15–16</w:t>
      </w:r>
      <w:r>
        <w:rPr/>
        <w:t xml:space="preserve"> — </w:t>
      </w:r>
      <w:r>
        <w:rPr>
          <w:shd w:fill="B7DDE8" w:val="clear"/>
        </w:rPr>
        <w:t xml:space="preserve">Do not lie in wait, O wicked man, near the dwelling of the righteous</w:t>
      </w:r>
      <w:r>
        <w:rPr>
          <w:b w:val="false"/>
          <w:i w:val="false"/>
          <w:color w:val="000000"/>
          <w:u w:val="none"/>
        </w:rPr>
        <w:t xml:space="preserve"> [1JNG]</w:t>
      </w:r>
      <w:r>
        <w:rPr/>
        <w:t xml:space="preserve">; </w:t>
      </w:r>
      <w:r>
        <w:rPr>
          <w:shd w:fill="B7DDE8" w:val="clear"/>
        </w:rPr>
        <w:t xml:space="preserve">do not destroy his resting place</w:t>
      </w:r>
      <w:r>
        <w:rPr>
          <w:b w:val="false"/>
          <w:i w:val="false"/>
          <w:color w:val="000000"/>
          <w:u w:val="none"/>
        </w:rPr>
        <w:t xml:space="preserve"> [1JNH]</w:t>
      </w:r>
      <w:r>
        <w:rPr/>
        <w:t xml:space="preserve">. For </w:t>
      </w:r>
      <w:r>
        <w:rPr>
          <w:shd w:fill="B7DDE8" w:val="clear"/>
        </w:rPr>
        <w:t xml:space="preserve">though a righteous man may fall seven times, he still gets up</w:t>
      </w:r>
      <w:r>
        <w:rPr>
          <w:b w:val="false"/>
          <w:i w:val="false"/>
          <w:color w:val="000000"/>
          <w:u w:val="none"/>
        </w:rPr>
        <w:t xml:space="preserve"> [1JNI]</w:t>
      </w:r>
      <w:r>
        <w:rPr/>
        <w:t xml:space="preserve">; but </w:t>
      </w:r>
      <w:r>
        <w:rPr>
          <w:shd w:fill="B7DDE8" w:val="clear"/>
        </w:rPr>
        <w:t xml:space="preserve">the wicked stumble in bad times</w:t>
      </w:r>
      <w:r>
        <w:rPr>
          <w:b w:val="false"/>
          <w:i w:val="false"/>
          <w:color w:val="000000"/>
          <w:u w:val="none"/>
        </w:rPr>
        <w:t xml:space="preserve"> [1JNJ]</w:t>
      </w:r>
      <w:r>
        <w:rPr/>
        <w:t xml:space="preserve">.</w:t>
      </w:r>
    </w:p>
    <w:p>
      <w:pPr>
        <w:pStyle w:val="Yellow"/>
        <w:rPr/>
      </w:pPr>
      <w:r>
        <w:rPr>
          <w:b/>
        </w:rPr>
        <w:t>Proverbs 29:10</w:t>
      </w:r>
      <w:r>
        <w:rPr/>
        <w:t xml:space="preserve"> — </w:t>
      </w:r>
      <w:r>
        <w:rPr>
          <w:shd w:val="clear" w:fill="B7DDE8"/>
        </w:rPr>
        <w:t>Men of bloodshed hate a blameless man</w:t>
      </w:r>
      <w:r>
        <w:rPr>
          <w:b w:val="false"/>
          <w:i w:val="false"/>
          <w:u w:val="none"/>
          <w:color w:val="000000"/>
        </w:rPr>
        <w:t xml:space="preserve"> [1FIN]</w:t>
      </w:r>
      <w:r>
        <w:rPr>
          <w:shd w:val="clear" w:color="auto" w:fill="548235"/>
          <w:color w:val="FFFFFF"/>
        </w:rPr>
        <w:t xml:space="preserve">, but </w:t>
      </w:r>
      <w:r>
        <w:rPr>
          <w:shd w:val="clear" w:fill="548235" w:color="auto"/>
          <w:color w:val="FFFFFF"/>
        </w:rPr>
        <w:t>the upright care for his life</w:t>
      </w:r>
      <w:r>
        <w:rPr>
          <w:b w:val="false"/>
          <w:i w:val="false"/>
          <w:color w:val="FFFFFF"/>
          <w:u w:val="none"/>
          <w:shd w:val="clear" w:color="auto" w:fill="548235"/>
        </w:rPr>
        <w:t xml:space="preserve"> [1FIO]</w:t>
      </w:r>
      <w:r>
        <w:rPr>
          <w:shd w:val="clear" w:color="auto" w:fill="548235"/>
          <w:color w:val="FFFFFF"/>
        </w:rPr>
        <w:t>.</w:t>
      </w:r>
    </w:p>
    <w:p>
      <w:pPr>
        <w:pStyle w:val="Yellow"/>
        <w:rPr/>
      </w:pPr>
      <w:r>
        <w:rPr/>
        <w:t xml:space="preserve">(Ro3:9 “Jews and Greeks alike”) </w:t>
      </w:r>
      <w:r>
        <w:rPr>
          <w:b/>
        </w:rPr>
        <w:t>Romans 3:15–17</w:t>
      </w:r>
      <w:r>
        <w:rPr/>
        <w:t xml:space="preserve"> — “</w:t>
      </w:r>
      <w:r>
        <w:rPr>
          <w:shd w:val="clear" w:fill="B7DDE8"/>
        </w:rPr>
        <w:t>{Their} feet are swift to shed blood</w:t>
      </w:r>
      <w:r>
        <w:rPr>
          <w:b w:val="false"/>
          <w:i w:val="false"/>
          <w:color w:val="000000"/>
          <w:u w:val="none"/>
        </w:rPr>
        <w:t xml:space="preserve"> [1EWN]</w:t>
      </w:r>
      <w:r>
        <w:rPr/>
        <w:t xml:space="preserve">; </w:t>
      </w:r>
      <w:r>
        <w:rPr>
          <w:shd w:val="clear" w:fill="B7DDE8"/>
        </w:rPr>
        <w:t>ruin and misery lie in their wake</w:t>
      </w:r>
      <w:r>
        <w:rPr>
          <w:b w:val="false"/>
          <w:i w:val="false"/>
          <w:color w:val="000000"/>
          <w:u w:val="none"/>
        </w:rPr>
        <w:t xml:space="preserve"> [1EWO]</w:t>
      </w:r>
      <w:r>
        <w:rPr/>
        <w:t xml:space="preserve">, and </w:t>
      </w:r>
      <w:r>
        <w:rPr>
          <w:shd w:val="clear" w:fill="B7DDE8"/>
        </w:rPr>
        <w:t>the way of peace they have not known</w:t>
      </w:r>
      <w:r>
        <w:rPr>
          <w:b w:val="false"/>
          <w:i w:val="false"/>
          <w:color w:val="000000"/>
          <w:u w:val="none"/>
        </w:rPr>
        <w:t xml:space="preserve"> [1EWP]</w:t>
      </w:r>
      <w:r>
        <w:rPr/>
        <w:t>.”</w:t>
      </w:r>
    </w:p>
    <w:p>
      <w:pPr>
        <w:pStyle w:val="Yellow"/>
        <w:rPr/>
      </w:pPr>
      <w:r>
        <w:rPr>
          <w:b/>
          <w:shd w:val="clear" w:color="auto" w:fill="548235"/>
          <w:color w:val="FFFFFF"/>
        </w:rPr>
        <w:t xml:space="preserve">Galatians 5:15</w:t>
      </w:r>
      <w:r>
        <w:rPr>
          <w:shd w:val="clear" w:color="auto" w:fill="548235"/>
          <w:color w:val="FFFFFF"/>
        </w:rPr>
        <w:t xml:space="preserve"> — But </w:t>
      </w:r>
      <w:r>
        <w:rPr>
          <w:shd w:fill="548235" w:val="clear" w:color="auto"/>
          <w:color w:val="FFFFFF"/>
        </w:rPr>
        <w:t xml:space="preserve">if you keep on biting and devouring one another</w:t>
      </w:r>
      <w:r>
        <w:rPr>
          <w:b w:val="false"/>
          <w:i w:val="false"/>
          <w:color w:val="FFFFFF"/>
          <w:u w:val="none"/>
          <w:shd w:val="clear" w:color="auto" w:fill="548235"/>
        </w:rPr>
        <w:t xml:space="preserve"> [1JXN]</w:t>
      </w:r>
      <w:r>
        <w:rPr>
          <w:shd w:val="clear" w:color="auto" w:fill="548235"/>
          <w:color w:val="FFFFFF"/>
        </w:rPr>
        <w:t xml:space="preserve">, watch out, or </w:t>
      </w:r>
      <w:r>
        <w:rPr>
          <w:shd w:fill="548235" w:val="clear" w:color="auto"/>
          <w:color w:val="FFFFFF"/>
        </w:rPr>
        <w:t xml:space="preserve">you will be consumed by one another</w:t>
      </w:r>
      <w:r>
        <w:rPr>
          <w:b w:val="false"/>
          <w:i w:val="false"/>
          <w:color w:val="FFFFFF"/>
          <w:u w:val="none"/>
          <w:shd w:val="clear" w:color="auto" w:fill="548235"/>
        </w:rPr>
        <w:t xml:space="preserve"> [1JXO]</w:t>
      </w:r>
      <w:r>
        <w:rPr>
          <w:shd w:val="clear" w:color="auto" w:fill="548235"/>
          <w:color w:val="FFFFFF"/>
        </w:rPr>
        <w:t xml:space="preserve">.</w:t>
      </w:r>
    </w:p>
    <w:p>
      <w:r>
        <w:rPr>
          <w:b/>
          <w:sz w:val="32"/>
          <w:highlight w:val="yellow"/>
        </w:rPr>
        <w:t>Wealth from God  (5)</w:t>
      </w:r>
    </w:p>
    <w:p>
      <w:pPr>
        <w:pStyle w:val="Yellow"/>
        <w:rPr/>
        <w:pBdr>
          <w:left w:val="single" w:sz="28" w:space="5" w:color="C00000"/>
        </w:pBdr>
      </w:pPr>
      <w:r>
        <w:rPr>
          <w:b/>
        </w:rPr>
        <w:t>1 Samuel 2:7</w:t>
      </w:r>
      <w:r>
        <w:rPr/>
        <w:t xml:space="preserve"> — </w:t>
      </w:r>
      <w:r>
        <w:rPr>
          <w:shd w:val="clear" w:fill="B7DDE8"/>
        </w:rPr>
        <w:t>The LORD sends poverty and wealth</w:t>
      </w:r>
      <w:r>
        <w:rPr>
          <w:b w:val="false"/>
          <w:i w:val="false"/>
          <w:color w:val="000000"/>
          <w:u w:val="none"/>
        </w:rPr>
        <w:t xml:space="preserve"> [1EMQ]</w:t>
      </w:r>
      <w:r>
        <w:rPr/>
        <w:t xml:space="preserve">; </w:t>
      </w:r>
      <w:r>
        <w:rPr>
          <w:color w:val="000000"/>
          <w:shd w:val="clear" w:color="auto" w:fill="D9C3E6"/>
        </w:rPr>
        <w:t>He humbles and He exalts</w:t>
      </w:r>
      <w:r>
        <w:rPr>
          <w:b w:val="false"/>
          <w:i w:val="false"/>
          <w:color w:val="000000"/>
          <w:u w:val="none"/>
          <w:shd w:val="clear" w:color="auto" w:fill="F4B183"/>
        </w:rPr>
        <w:t xml:space="preserve"> [2DZO]</w:t>
      </w:r>
      <w:r>
        <w:rPr>
          <w:shd w:val="clear" w:color="auto" w:fill="D9C3E6"/>
        </w:rPr>
        <w:t>.</w:t>
      </w:r>
    </w:p>
    <w:p>
      <w:pPr>
        <w:pStyle w:val="Yellow"/>
        <w:rPr/>
        <w:pBdr>
          <w:left w:val="single" w:sz="28" w:space="5" w:color="C00000"/>
        </w:pBdr>
      </w:pPr>
      <w:r>
        <w:rPr>
          <w:u w:val="none"/>
          <w:shd w:val="clear" w:color="auto" w:fill="548235"/>
          <w:color w:val="FFFFFF"/>
        </w:rPr>
        <w:t xml:space="preserve">(Ps112:1 “the man who fears the LORD”) </w:t>
      </w:r>
      <w:r>
        <w:rPr>
          <w:b/>
          <w:u w:val="none"/>
          <w:shd w:val="clear" w:color="auto" w:fill="548235"/>
          <w:color w:val="FFFFFF"/>
        </w:rPr>
        <w:t>Psalm 112:3</w:t>
      </w:r>
      <w:r>
        <w:rPr>
          <w:u w:val="none"/>
          <w:shd w:val="clear" w:color="auto" w:fill="548235"/>
          <w:color w:val="FFFFFF"/>
        </w:rPr>
        <w:t xml:space="preserve"> — </w:t>
      </w:r>
      <w:r>
        <w:rPr>
          <w:u w:val="none"/>
          <w:shd w:val="clear" w:fill="548235" w:color="auto"/>
          <w:color w:val="FFFFFF"/>
        </w:rPr>
        <w:t>Wealth and riches are in {his} house</w:t>
      </w:r>
      <w:r>
        <w:rPr>
          <w:b w:val="false"/>
          <w:i w:val="false"/>
          <w:color w:val="FFFFFF"/>
          <w:u w:val="none"/>
          <w:shd w:val="clear" w:color="auto" w:fill="548235"/>
        </w:rPr>
        <w:t xml:space="preserve"> [1EMG]</w:t>
      </w:r>
      <w:r>
        <w:rPr>
          <w:u w:val="none"/>
          <w:shd w:val="clear" w:color="auto" w:fill="548235"/>
          <w:color w:val="FFFFFF"/>
        </w:rPr>
        <w:t xml:space="preserve">, and </w:t>
      </w:r>
      <w:r>
        <w:rPr>
          <w:u w:val="none"/>
          <w:shd w:val="clear" w:fill="548235" w:color="auto"/>
          <w:color w:val="FFFFFF"/>
        </w:rPr>
        <w:t>his righteousness endures forever</w:t>
      </w:r>
      <w:r>
        <w:rPr>
          <w:b w:val="false"/>
          <w:i w:val="false"/>
          <w:color w:val="FFFFFF"/>
          <w:u w:val="none"/>
          <w:shd w:val="clear" w:color="auto" w:fill="548235"/>
        </w:rPr>
        <w:t xml:space="preserve"> [3EMH]</w:t>
      </w:r>
      <w:r>
        <w:rPr>
          <w:u w:val="none"/>
          <w:shd w:val="clear" w:color="auto" w:fill="548235"/>
          <w:color w:val="FFFFFF"/>
        </w:rPr>
        <w:t>.</w:t>
      </w:r>
    </w:p>
    <w:p>
      <w:pPr>
        <w:pStyle w:val="Green"/>
        <w:rPr/>
      </w:pPr>
      <w:r>
        <w:rPr>
          <w:b/>
        </w:rPr>
        <w:t>Proverbs 10:22</w:t>
      </w:r>
      <w:r>
        <w:rPr/>
        <w:t xml:space="preserve"> — </w:t>
      </w:r>
      <w:r>
        <w:rPr>
          <w:shd w:val="clear" w:fill="B7DDE8"/>
        </w:rPr>
        <w:t>The blessing of the LORD enriches</w:t>
      </w:r>
      <w:r>
        <w:rPr>
          <w:b w:val="false"/>
          <w:i w:val="false"/>
          <w:color w:val="000000"/>
          <w:u w:val="none"/>
        </w:rPr>
        <w:t xml:space="preserve"> [1EKE]</w:t>
      </w:r>
      <w:r>
        <w:rPr/>
        <w:t xml:space="preserve">, and </w:t>
      </w:r>
      <w:r>
        <w:rPr>
          <w:shd w:val="clear" w:fill="B7DDE8"/>
        </w:rPr>
        <w:t>He adds no sorrow to it</w:t>
      </w:r>
      <w:r>
        <w:rPr>
          <w:b w:val="false"/>
          <w:i w:val="false"/>
          <w:color w:val="000000"/>
          <w:u w:val="none"/>
        </w:rPr>
        <w:t xml:space="preserve"> [1EKF]</w:t>
      </w:r>
      <w:r>
        <w:rPr/>
        <w:t>.</w:t>
      </w:r>
    </w:p>
    <w:p>
      <w:pPr>
        <w:pStyle w:val="Yellow"/>
        <w:rPr/>
      </w:pPr>
      <w:r>
        <w:rPr>
          <w:b/>
        </w:rPr>
        <w:t>Isaiah 60:16</w:t>
      </w:r>
      <w:r>
        <w:t xml:space="preserve"> — </w:t>
      </w:r>
      <w:r>
        <w:rPr>
          <w:shd w:fill="B7DDE8" w:val="clear"/>
        </w:rPr>
        <w:t>You will drink the milk of nations and nurse at the breasts of royalty</w:t>
      </w:r>
      <w:r>
        <w:rPr>
          <w:b w:val="false"/>
          <w:i w:val="false"/>
          <w:color w:val="000000"/>
          <w:u w:val="none"/>
        </w:rPr>
        <w:t xml:space="preserve"> [1BPA]</w:t>
      </w:r>
      <w:r>
        <w:t xml:space="preserve">; </w:t>
      </w:r>
      <w:r>
        <w:rPr>
          <w:shd w:val="clear" w:color="auto" w:fill="D9C3E6"/>
        </w:rPr>
        <w:t xml:space="preserve">you will know that </w:t>
      </w:r>
      <w:r>
        <w:rPr>
          <w:shd w:val="clear" w:color="auto" w:fill="D9C3E6"/>
        </w:rPr>
        <w:t>I, the LORD, am your Savior</w:t>
      </w:r>
      <w:r>
        <w:rPr>
          <w:b w:val="false"/>
          <w:i w:val="false"/>
          <w:u w:val="none"/>
          <w:color w:val="000000"/>
        </w:rPr>
        <w:t xml:space="preserve"> [7AYO]</w:t>
      </w:r>
      <w:r>
        <w:rPr>
          <w:shd w:val="clear" w:color="auto" w:fill="D9C3E6"/>
        </w:rPr>
        <w:t xml:space="preserve"> and </w:t>
      </w:r>
      <w:r>
        <w:rPr>
          <w:shd w:val="clear" w:color="auto" w:fill="D9C3E6"/>
        </w:rPr>
        <w:t>your Redeemer</w:t>
      </w:r>
      <w:r>
        <w:rPr>
          <w:b w:val="false"/>
          <w:i w:val="false"/>
          <w:u w:val="none"/>
          <w:color w:val="000000"/>
        </w:rPr>
        <w:t xml:space="preserve"> [8IT]</w:t>
      </w:r>
      <w:r>
        <w:rPr>
          <w:shd w:val="clear" w:color="auto" w:fill="D9C3E6"/>
        </w:rPr>
        <w:t xml:space="preserve">, </w:t>
      </w:r>
      <w:r>
        <w:rPr>
          <w:shd w:val="clear" w:color="auto" w:fill="D9C3E6"/>
        </w:rPr>
        <w:t>the Mighty One of Jacob</w:t>
      </w:r>
      <w:r>
        <w:rPr>
          <w:b w:val="false"/>
          <w:i w:val="false"/>
          <w:color w:val="000000"/>
          <w:u w:val="none"/>
        </w:rPr>
        <w:t xml:space="preserve"> [2BPC]</w:t>
      </w:r>
      <w:r>
        <w:rPr>
          <w:shd w:val="clear" w:color="auto" w:fill="D9C3E6"/>
        </w:rPr>
        <w:t>.</w:t>
      </w:r>
    </w:p>
    <w:p>
      <w:pPr>
        <w:pStyle w:val="Yellow"/>
        <w:rPr/>
      </w:pPr>
      <w:r>
        <w:rPr/>
        <w:t xml:space="preserve">(La3:42ᶜ because “We have sinned and rebelled”) </w:t>
      </w:r>
      <w:r>
        <w:rPr>
          <w:b/>
        </w:rPr>
        <w:t>Lamentations 3:17</w:t>
      </w:r>
      <w:r>
        <w:rPr/>
        <w:t xml:space="preserve"> — </w:t>
      </w:r>
      <w:r>
        <w:rPr>
          <w:shd w:val="clear" w:fill="B7DDE8"/>
        </w:rPr>
        <w:t>My soul has been deprived of peace</w:t>
      </w:r>
      <w:r>
        <w:rPr>
          <w:b w:val="false"/>
          <w:i w:val="false"/>
          <w:color w:val="000000"/>
          <w:u w:val="none"/>
        </w:rPr>
        <w:t xml:space="preserve"> [1ELO]</w:t>
      </w:r>
      <w:r>
        <w:rPr/>
        <w:t xml:space="preserve">; </w:t>
      </w:r>
      <w:r>
        <w:rPr>
          <w:shd w:val="clear" w:fill="B7DDE8"/>
        </w:rPr>
        <w:t>I have forgotten what prosperity is</w:t>
      </w:r>
      <w:r>
        <w:rPr>
          <w:b w:val="false"/>
          <w:i w:val="false"/>
          <w:color w:val="000000"/>
          <w:u w:val="none"/>
        </w:rPr>
        <w:t xml:space="preserve"> [1ELP]</w:t>
      </w:r>
      <w:r>
        <w:rPr/>
        <w:t>.</w:t>
      </w:r>
    </w:p>
    <w:p>
      <w:r>
        <w:rPr>
          <w:b/>
          <w:sz w:val="32"/>
          <w:highlight w:val="yellow"/>
        </w:rPr>
        <w:t>Wise Speech and the Tongue  (30)</w:t>
      </w:r>
    </w:p>
    <w:p>
      <w:pPr>
        <w:pStyle w:val="Yellow"/>
        <w:rPr/>
      </w:pPr>
      <w:r>
        <w:rPr/>
        <w:t xml:space="preserve">(Pr2:1–4 if you “accept my words” and “direct your heart to understanding”) </w:t>
      </w:r>
      <w:r>
        <w:rPr>
          <w:b/>
        </w:rPr>
        <w:t xml:space="preserve">Proverbs 2:9</w:t>
      </w:r>
      <w:r>
        <w:rPr/>
        <w:t xml:space="preserve"> — </w:t>
      </w:r>
      <w:r>
        <w:rPr>
          <w:shd w:fill="B7DDE8" w:val="clear"/>
        </w:rPr>
        <w:t xml:space="preserve">you will discern righteousness and justice and equity—every good path</w:t>
      </w:r>
      <w:r>
        <w:rPr>
          <w:b w:val="false"/>
          <w:i w:val="false"/>
          <w:color w:val="000000"/>
          <w:u w:val="none"/>
        </w:rPr>
        <w:t xml:space="preserve"> [1GVZ]</w:t>
      </w:r>
      <w:r>
        <w:rPr/>
        <w:t xml:space="preserve">.</w:t>
      </w:r>
    </w:p>
    <w:p>
      <w:pPr>
        <w:pStyle w:val="Yellow"/>
        <w:rPr/>
      </w:pPr>
      <w:r>
        <w:rPr>
          <w:b/>
          <w:shd w:val="clear" w:color="auto" w:fill="548235"/>
          <w:color w:val="FFFFFF"/>
        </w:rPr>
        <w:t xml:space="preserve">Proverbs 9:6</w:t>
      </w:r>
      <w:r>
        <w:rPr>
          <w:shd w:val="clear" w:color="auto" w:fill="548235"/>
          <w:color w:val="FFFFFF"/>
        </w:rPr>
        <w:t xml:space="preserve"> — </w:t>
      </w:r>
      <w:r>
        <w:rPr>
          <w:shd w:fill="548235" w:val="clear" w:color="auto"/>
          <w:color w:val="FFFFFF"/>
        </w:rPr>
        <w:t xml:space="preserve">Leave your folly behind, and you will live</w:t>
      </w:r>
      <w:r>
        <w:rPr>
          <w:b w:val="false"/>
          <w:i w:val="false"/>
          <w:color w:val="FFFFFF"/>
          <w:u w:val="none"/>
          <w:shd w:val="clear" w:color="auto" w:fill="548235"/>
        </w:rPr>
        <w:t xml:space="preserve"> [1HQH]</w:t>
      </w:r>
      <w:r>
        <w:rPr>
          <w:shd w:val="clear" w:color="auto" w:fill="548235"/>
          <w:color w:val="FFFFFF"/>
        </w:rPr>
        <w:t xml:space="preserve">; </w:t>
      </w:r>
      <w:r>
        <w:rPr>
          <w:shd w:fill="548235" w:val="clear" w:color="auto"/>
          <w:color w:val="FFFFFF"/>
        </w:rPr>
        <w:t xml:space="preserve">walk in the way of understanding</w:t>
      </w:r>
      <w:r>
        <w:rPr>
          <w:b w:val="false"/>
          <w:i w:val="false"/>
          <w:color w:val="FFFFFF"/>
          <w:u w:val="none"/>
          <w:shd w:val="clear" w:color="auto" w:fill="548235"/>
        </w:rPr>
        <w:t xml:space="preserve"> [1HQI]</w:t>
      </w:r>
      <w:r>
        <w:rPr>
          <w:shd w:val="clear" w:color="auto" w:fill="548235"/>
          <w:color w:val="FFFFFF"/>
        </w:rPr>
        <w:t xml:space="preserve">.”</w:t>
      </w:r>
    </w:p>
    <w:p>
      <w:pPr>
        <w:pStyle w:val="Yellow"/>
        <w:rPr/>
      </w:pPr>
      <w:r>
        <w:rPr>
          <w:b/>
        </w:rPr>
        <w:t xml:space="preserve">Proverbs 10:8</w:t>
      </w:r>
      <w:r>
        <w:rPr/>
        <w:t xml:space="preserve"> — </w:t>
      </w:r>
      <w:r>
        <w:rPr>
          <w:shd w:fill="B7DDE8" w:val="clear"/>
        </w:rPr>
        <w:t xml:space="preserve">A wise heart will receive commandments</w:t>
      </w:r>
      <w:r>
        <w:rPr>
          <w:b w:val="false"/>
          <w:i w:val="false"/>
          <w:color w:val="000000"/>
          <w:u w:val="none"/>
        </w:rPr>
        <w:t xml:space="preserve"> [1HIH]</w:t>
      </w:r>
      <w:r>
        <w:rPr/>
        <w:t xml:space="preserve">, but </w:t>
      </w:r>
      <w:r>
        <w:rPr>
          <w:shd w:fill="F4B183" w:val="clear" w:color="auto"/>
          <w:color w:val="000000"/>
        </w:rPr>
        <w:t xml:space="preserve">foolish lips will come to ruin</w:t>
      </w:r>
      <w:r>
        <w:rPr>
          <w:b w:val="false"/>
          <w:i w:val="false"/>
          <w:color w:val="000000"/>
          <w:u w:val="none"/>
          <w:shd w:val="clear" w:color="auto" w:fill="F4B183"/>
        </w:rPr>
        <w:t xml:space="preserve"> [1HII]</w:t>
      </w:r>
      <w:r>
        <w:rPr/>
        <w:t xml:space="preserve">.</w:t>
      </w:r>
    </w:p>
    <w:p>
      <w:pPr>
        <w:pStyle w:val="Yellow"/>
        <w:rPr/>
      </w:pPr>
      <w:r>
        <w:rPr>
          <w:b/>
        </w:rPr>
        <w:t xml:space="preserve">Proverbs 10:19</w:t>
      </w:r>
      <w:r>
        <w:rPr/>
        <w:t xml:space="preserve"> — </w:t>
      </w:r>
      <w:r>
        <w:rPr>
          <w:shd w:fill="B7DDE8" w:val="clear"/>
        </w:rPr>
        <w:t xml:space="preserve">When words are many, sin is unavoidable</w:t>
      </w:r>
      <w:r>
        <w:rPr>
          <w:b w:val="false"/>
          <w:i w:val="false"/>
          <w:color w:val="000000"/>
          <w:u w:val="none"/>
        </w:rPr>
        <w:t xml:space="preserve"> [1HHC]</w:t>
      </w:r>
      <w:r>
        <w:rPr/>
        <w:t xml:space="preserve">, but </w:t>
      </w:r>
      <w:r>
        <w:rPr>
          <w:shd w:fill="B7DDE8" w:val="clear"/>
        </w:rPr>
        <w:t xml:space="preserve">he who restrains his lips is wise</w:t>
      </w:r>
      <w:r>
        <w:rPr>
          <w:b w:val="false"/>
          <w:i w:val="false"/>
          <w:color w:val="000000"/>
          <w:u w:val="none"/>
        </w:rPr>
        <w:t xml:space="preserve"> [1HHD]</w:t>
      </w:r>
      <w:r>
        <w:rPr/>
        <w:t xml:space="preserve">.</w:t>
      </w:r>
    </w:p>
    <w:p>
      <w:pPr>
        <w:pStyle w:val="Yellow"/>
        <w:rPr/>
      </w:pPr>
      <w:r>
        <w:rPr>
          <w:b/>
        </w:rPr>
        <w:t xml:space="preserve">Proverbs 10:21</w:t>
      </w:r>
      <w:r>
        <w:rPr/>
        <w:t xml:space="preserve"> — </w:t>
      </w:r>
      <w:r>
        <w:rPr>
          <w:shd w:fill="B7DDE8" w:val="clear"/>
        </w:rPr>
        <w:t xml:space="preserve">The lips of the righteous feed many</w:t>
      </w:r>
      <w:r>
        <w:rPr>
          <w:b w:val="false"/>
          <w:i w:val="false"/>
          <w:color w:val="000000"/>
          <w:u w:val="none"/>
        </w:rPr>
        <w:t xml:space="preserve"> [1JMZ]</w:t>
      </w:r>
      <w:r>
        <w:rPr/>
        <w:t xml:space="preserve">, but </w:t>
      </w:r>
      <w:r>
        <w:rPr>
          <w:shd w:fill="F4B183" w:val="clear" w:color="auto"/>
          <w:color w:val="000000"/>
        </w:rPr>
        <w:t xml:space="preserve">fools die for lack of judgment</w:t>
      </w:r>
      <w:r>
        <w:rPr>
          <w:b w:val="false"/>
          <w:i w:val="false"/>
          <w:color w:val="000000"/>
          <w:u w:val="none"/>
          <w:shd w:val="clear" w:color="auto" w:fill="F4B183"/>
        </w:rPr>
        <w:t xml:space="preserve"> [1JNA]</w:t>
      </w:r>
      <w:r>
        <w:rPr/>
        <w:t xml:space="preserve">.</w:t>
      </w:r>
    </w:p>
    <w:p>
      <w:pPr>
        <w:pStyle w:val="Yellow"/>
        <w:rPr/>
      </w:pPr>
      <w:r>
        <w:rPr>
          <w:b/>
        </w:rPr>
        <w:t xml:space="preserve">Proverbs 10:31</w:t>
      </w:r>
      <w:r>
        <w:rPr/>
        <w:t xml:space="preserve"> — </w:t>
      </w:r>
      <w:r>
        <w:rPr>
          <w:shd w:fill="B7DDE8" w:val="clear"/>
        </w:rPr>
        <w:t xml:space="preserve">The mouth of the righteous brings forth wisdom</w:t>
      </w:r>
      <w:r>
        <w:rPr>
          <w:b w:val="false"/>
          <w:i w:val="false"/>
          <w:u w:val="none"/>
          <w:color w:val="000000"/>
        </w:rPr>
        <w:t xml:space="preserve"> [1HLJ]</w:t>
      </w:r>
      <w:r>
        <w:rPr>
          <w:shd w:val="clear" w:color="auto" w:fill="548235"/>
          <w:color w:val="FFFFFF"/>
        </w:rPr>
        <w:t xml:space="preserve">, but </w:t>
      </w:r>
      <w:r>
        <w:rPr>
          <w:shd w:fill="548235" w:val="clear" w:color="auto"/>
          <w:color w:val="FFFFFF"/>
        </w:rPr>
        <w:t xml:space="preserve">a perverse tongue will be cut out</w:t>
      </w:r>
      <w:r>
        <w:rPr>
          <w:b w:val="false"/>
          <w:i w:val="false"/>
          <w:color w:val="FFFFFF"/>
          <w:u w:val="none"/>
          <w:shd w:val="clear" w:color="auto" w:fill="548235"/>
        </w:rPr>
        <w:t xml:space="preserve"> [1HLK]</w:t>
      </w:r>
      <w:r>
        <w:rPr>
          <w:shd w:val="clear" w:color="auto" w:fill="548235"/>
          <w:color w:val="FFFFFF"/>
        </w:rPr>
        <w:t xml:space="preserve">.</w:t>
      </w:r>
    </w:p>
    <w:p>
      <w:pPr>
        <w:pStyle w:val="Yellow"/>
        <w:rPr/>
      </w:pPr>
      <w:r>
        <w:rPr>
          <w:b/>
        </w:rPr>
        <w:t xml:space="preserve">Proverbs 12:14</w:t>
      </w:r>
      <w:r>
        <w:rPr/>
        <w:t xml:space="preserve"> — </w:t>
      </w:r>
      <w:r>
        <w:rPr>
          <w:shd w:fill="B7DDE8" w:val="clear"/>
        </w:rPr>
        <w:t xml:space="preserve">By fruitful speech a man is filled with good things</w:t>
      </w:r>
      <w:r>
        <w:rPr>
          <w:b w:val="false"/>
          <w:i w:val="false"/>
          <w:color w:val="000000"/>
          <w:u w:val="none"/>
        </w:rPr>
        <w:t xml:space="preserve"> [1HAN]</w:t>
      </w:r>
      <w:r>
        <w:rPr/>
        <w:t xml:space="preserve">, and </w:t>
      </w:r>
      <w:r>
        <w:rPr>
          <w:color w:val="000000"/>
        </w:rPr>
        <w:t xml:space="preserve">the work of his hands returns to him</w:t>
      </w:r>
      <w:r>
        <w:rPr>
          <w:b w:val="false"/>
          <w:i w:val="false"/>
          <w:color w:val="000000"/>
          <w:u w:val="none"/>
        </w:rPr>
        <w:t xml:space="preserve"> [1HAO]</w:t>
      </w:r>
      <w:r>
        <w:rPr/>
        <w:t xml:space="preserve">.</w:t>
      </w:r>
    </w:p>
    <w:p>
      <w:pPr>
        <w:pStyle w:val="Yellow"/>
        <w:rPr/>
      </w:pPr>
      <w:r>
        <w:rPr>
          <w:b/>
        </w:rPr>
        <w:t xml:space="preserve">Proverbs 12:18</w:t>
      </w:r>
      <w:r>
        <w:rPr/>
        <w:t xml:space="preserve"> — </w:t>
      </w:r>
      <w:r>
        <w:rPr>
          <w:shd w:fill="B7DDE8" w:val="clear"/>
        </w:rPr>
        <w:t xml:space="preserve">Speaking rashly is like a piercing sword</w:t>
      </w:r>
      <w:r>
        <w:rPr>
          <w:b w:val="false"/>
          <w:i w:val="false"/>
          <w:color w:val="000000"/>
          <w:u w:val="none"/>
        </w:rPr>
        <w:t xml:space="preserve"> [1HJT]</w:t>
      </w:r>
      <w:r>
        <w:rPr/>
        <w:t xml:space="preserve">, but </w:t>
      </w:r>
      <w:r>
        <w:rPr>
          <w:shd w:fill="B7DDE8" w:val="clear"/>
        </w:rPr>
        <w:t xml:space="preserve">the tongue of the wise brings healing</w:t>
      </w:r>
      <w:r>
        <w:rPr>
          <w:b w:val="false"/>
          <w:i w:val="false"/>
          <w:color w:val="000000"/>
          <w:u w:val="none"/>
        </w:rPr>
        <w:t xml:space="preserve"> [1HJU]</w:t>
      </w:r>
      <w:r>
        <w:rPr/>
        <w:t xml:space="preserve">.</w:t>
      </w:r>
    </w:p>
    <w:p>
      <w:pPr>
        <w:pStyle w:val="Yellow"/>
        <w:rPr/>
      </w:pPr>
      <w:r>
        <w:rPr>
          <w:b/>
        </w:rPr>
        <w:t xml:space="preserve">Proverbs 13:2</w:t>
      </w:r>
      <w:r>
        <w:rPr/>
        <w:t xml:space="preserve"> — </w:t>
      </w:r>
      <w:r>
        <w:rPr>
          <w:shd w:fill="B7DDE8" w:val="clear"/>
        </w:rPr>
        <w:t xml:space="preserve">From the fruit of his lips a man enjoys good things</w:t>
      </w:r>
      <w:r>
        <w:rPr>
          <w:b w:val="false"/>
          <w:i w:val="false"/>
          <w:u w:val="none"/>
          <w:color w:val="000000"/>
        </w:rPr>
        <w:t xml:space="preserve"> [1HFW]</w:t>
      </w:r>
      <w:r>
        <w:rPr/>
        <w:t xml:space="preserve">, but </w:t>
      </w:r>
      <w:r>
        <w:rPr>
          <w:shd w:fill="B7DDE8" w:val="clear"/>
        </w:rPr>
        <w:t xml:space="preserve">the desire of the faithless is violence</w:t>
      </w:r>
      <w:r>
        <w:rPr>
          <w:b w:val="false"/>
          <w:i w:val="false"/>
          <w:color w:val="000000"/>
          <w:u w:val="none"/>
        </w:rPr>
        <w:t xml:space="preserve"> [1HFX]</w:t>
      </w:r>
      <w:r>
        <w:rPr/>
        <w:t xml:space="preserve">.</w:t>
      </w:r>
    </w:p>
    <w:p>
      <w:pPr>
        <w:pStyle w:val="Yellow"/>
        <w:rPr/>
      </w:pPr>
      <w:r>
        <w:rPr>
          <w:b/>
        </w:rPr>
        <w:t xml:space="preserve">Proverbs 13:3</w:t>
      </w:r>
      <w:r>
        <w:rPr/>
        <w:t xml:space="preserve"> — </w:t>
      </w:r>
      <w:r>
        <w:rPr>
          <w:shd w:fill="B7DDE8" w:val="clear"/>
        </w:rPr>
        <w:t xml:space="preserve">He who guards his mouth protects his life</w:t>
      </w:r>
      <w:r>
        <w:rPr>
          <w:b w:val="false"/>
          <w:i w:val="false"/>
          <w:color w:val="000000"/>
          <w:u w:val="none"/>
        </w:rPr>
        <w:t xml:space="preserve"> [1HLM]</w:t>
      </w:r>
      <w:r>
        <w:rPr/>
        <w:t xml:space="preserve">, but </w:t>
      </w:r>
      <w:r>
        <w:rPr>
          <w:shd w:fill="B7DDE8" w:val="clear"/>
        </w:rPr>
        <w:t xml:space="preserve">the one who opens his lips invites his own ruin</w:t>
      </w:r>
      <w:r>
        <w:rPr>
          <w:b w:val="false"/>
          <w:i w:val="false"/>
          <w:color w:val="000000"/>
          <w:u w:val="none"/>
        </w:rPr>
        <w:t xml:space="preserve"> [1HLN]</w:t>
      </w:r>
      <w:r>
        <w:rPr/>
        <w:t xml:space="preserve">.</w:t>
      </w:r>
    </w:p>
    <w:p>
      <w:pPr>
        <w:pStyle w:val="Yellow"/>
        <w:rPr/>
      </w:pPr>
      <w:r>
        <w:rPr>
          <w:b/>
          <w:shd w:val="clear" w:color="auto" w:fill="548235"/>
          <w:color w:val="FFFFFF"/>
        </w:rPr>
        <w:t xml:space="preserve">Proverbs 14:3</w:t>
      </w:r>
      <w:r>
        <w:rPr>
          <w:shd w:val="clear" w:color="auto" w:fill="548235"/>
          <w:color w:val="FFFFFF"/>
        </w:rPr>
        <w:t xml:space="preserve"> — </w:t>
      </w:r>
      <w:r>
        <w:rPr>
          <w:shd w:fill="548235" w:val="clear" w:color="auto"/>
          <w:color w:val="FFFFFF"/>
        </w:rPr>
        <w:t xml:space="preserve">The proud speech of a fool brings a rod to his back</w:t>
      </w:r>
      <w:r>
        <w:rPr>
          <w:b w:val="false"/>
          <w:i w:val="false"/>
          <w:color w:val="FFFFFF"/>
          <w:u w:val="none"/>
          <w:shd w:val="clear" w:color="auto" w:fill="548235"/>
        </w:rPr>
        <w:t xml:space="preserve"> [1HHN]</w:t>
      </w:r>
      <w:r>
        <w:rPr>
          <w:shd w:val="clear" w:color="auto" w:fill="548235"/>
          <w:color w:val="FFFFFF"/>
        </w:rPr>
        <w:t xml:space="preserve">, but </w:t>
      </w:r>
      <w:r>
        <w:rPr>
          <w:shd w:fill="548235" w:val="clear" w:color="auto"/>
          <w:color w:val="FFFFFF"/>
        </w:rPr>
        <w:t xml:space="preserve">the lips of the wise protect them</w:t>
      </w:r>
      <w:r>
        <w:rPr>
          <w:b w:val="false"/>
          <w:i w:val="false"/>
          <w:color w:val="FFFFFF"/>
          <w:u w:val="none"/>
          <w:shd w:val="clear" w:color="auto" w:fill="548235"/>
        </w:rPr>
        <w:t xml:space="preserve"> [1HHO]</w:t>
      </w:r>
      <w:r>
        <w:rPr>
          <w:shd w:val="clear" w:color="auto" w:fill="548235"/>
          <w:color w:val="FFFFFF"/>
        </w:rPr>
        <w:t xml:space="preserve">.</w:t>
      </w:r>
    </w:p>
    <w:p>
      <w:pPr>
        <w:pStyle w:val="Yellow"/>
        <w:rPr/>
      </w:pPr>
      <w:r>
        <w:rPr>
          <w:b/>
        </w:rPr>
        <w:t xml:space="preserve">Proverbs 14:8</w:t>
      </w:r>
      <w:r>
        <w:rPr/>
        <w:t xml:space="preserve"> — </w:t>
      </w:r>
      <w:r>
        <w:rPr>
          <w:shd w:fill="B7DDE8" w:val="clear"/>
        </w:rPr>
        <w:t xml:space="preserve">The wisdom of the prudent is to discern his way</w:t>
      </w:r>
      <w:r>
        <w:rPr>
          <w:b w:val="false"/>
          <w:i w:val="false"/>
          <w:u w:val="none"/>
          <w:color w:val="000000"/>
        </w:rPr>
        <w:t xml:space="preserve"> [1HOF]</w:t>
      </w:r>
      <w:r>
        <w:rPr/>
        <w:t xml:space="preserve">, but </w:t>
      </w:r>
      <w:r>
        <w:rPr>
          <w:shd w:fill="B7DDE8" w:val="clear"/>
        </w:rPr>
        <w:t xml:space="preserve">the folly of fools deceives them</w:t>
      </w:r>
      <w:r>
        <w:rPr>
          <w:b w:val="false"/>
          <w:i w:val="false"/>
          <w:color w:val="000000"/>
          <w:u w:val="none"/>
        </w:rPr>
        <w:t xml:space="preserve"> [1HOG]</w:t>
      </w:r>
      <w:r>
        <w:rPr/>
        <w:t xml:space="preserve">.</w:t>
      </w:r>
    </w:p>
    <w:p>
      <w:pPr>
        <w:pStyle w:val="Yellow"/>
        <w:rPr/>
      </w:pPr>
      <w:r>
        <w:rPr>
          <w:b/>
        </w:rPr>
        <w:t xml:space="preserve">Proverbs 16:13</w:t>
      </w:r>
      <w:r>
        <w:rPr/>
        <w:t xml:space="preserve"> — </w:t>
      </w:r>
      <w:r>
        <w:rPr>
          <w:shd w:fill="F4B183" w:val="clear" w:color="auto"/>
          <w:color w:val="000000"/>
        </w:rPr>
        <w:t xml:space="preserve">Righteous lips are a king’s delight</w:t>
      </w:r>
      <w:r>
        <w:rPr>
          <w:b w:val="false"/>
          <w:i w:val="false"/>
          <w:color w:val="000000"/>
          <w:u w:val="none"/>
          <w:shd w:val="clear" w:color="auto" w:fill="F4B183"/>
        </w:rPr>
        <w:t xml:space="preserve"> [1HFZ]</w:t>
      </w:r>
      <w:r>
        <w:rPr/>
        <w:t xml:space="preserve">, and </w:t>
      </w:r>
      <w:r>
        <w:rPr>
          <w:shd w:fill="B7DDE8" w:val="clear"/>
        </w:rPr>
        <w:t xml:space="preserve">he who speaks honestly is beloved</w:t>
      </w:r>
      <w:r>
        <w:rPr>
          <w:b w:val="false"/>
          <w:i w:val="false"/>
          <w:color w:val="000000"/>
          <w:u w:val="none"/>
        </w:rPr>
        <w:t xml:space="preserve"> [1HGA]</w:t>
      </w:r>
      <w:r>
        <w:rPr/>
        <w:t xml:space="preserve">.</w:t>
      </w:r>
    </w:p>
    <w:p>
      <w:pPr>
        <w:pStyle w:val="Yellow"/>
        <w:rPr/>
      </w:pPr>
      <w:r>
        <w:rPr>
          <w:b/>
        </w:rPr>
        <w:t xml:space="preserve">Proverbs 18:6</w:t>
      </w:r>
      <w:r>
        <w:rPr/>
        <w:t xml:space="preserve"> — </w:t>
      </w:r>
      <w:r>
        <w:rPr>
          <w:shd w:fill="F4B183" w:val="clear" w:color="auto"/>
          <w:color w:val="000000"/>
        </w:rPr>
        <w:t xml:space="preserve">A fool’s lips bring him strife</w:t>
      </w:r>
      <w:r>
        <w:rPr>
          <w:b w:val="false"/>
          <w:i w:val="false"/>
          <w:color w:val="000000"/>
          <w:u w:val="none"/>
          <w:shd w:val="clear" w:color="auto" w:fill="F4B183"/>
        </w:rPr>
        <w:t xml:space="preserve"> [1HLT]</w:t>
      </w:r>
      <w:r>
        <w:rPr>
          <w:shd w:val="clear" w:color="auto" w:fill="548235"/>
          <w:color w:val="FFFFFF"/>
        </w:rPr>
        <w:t xml:space="preserve">, and </w:t>
      </w:r>
      <w:r>
        <w:rPr>
          <w:shd w:fill="548235" w:val="clear" w:color="auto"/>
          <w:color w:val="FFFFFF"/>
        </w:rPr>
        <w:t xml:space="preserve">his mouth invites a beating</w:t>
      </w:r>
      <w:r>
        <w:rPr>
          <w:b w:val="false"/>
          <w:i w:val="false"/>
          <w:color w:val="FFFFFF"/>
          <w:u w:val="none"/>
          <w:shd w:val="clear" w:color="auto" w:fill="548235"/>
        </w:rPr>
        <w:t xml:space="preserve"> [1HLU]</w:t>
      </w:r>
      <w:r>
        <w:rPr>
          <w:shd w:val="clear" w:color="auto" w:fill="548235"/>
          <w:color w:val="FFFFFF"/>
        </w:rPr>
        <w:t xml:space="preserve">.</w:t>
      </w:r>
    </w:p>
    <w:p>
      <w:pPr>
        <w:pStyle w:val="Yellow"/>
        <w:rPr/>
      </w:pPr>
      <w:r>
        <w:rPr>
          <w:b/>
        </w:rPr>
        <w:t xml:space="preserve">Proverbs 18:20</w:t>
      </w:r>
      <w:r>
        <w:rPr/>
        <w:t xml:space="preserve"> — </w:t>
      </w:r>
      <w:r>
        <w:rPr>
          <w:shd w:fill="B7DDE8" w:val="clear"/>
        </w:rPr>
        <w:t xml:space="preserve">From the fruit of his mouth a man’s belly is filled</w:t>
      </w:r>
      <w:r>
        <w:rPr>
          <w:b w:val="false"/>
          <w:i w:val="false"/>
          <w:color w:val="000000"/>
          <w:u w:val="none"/>
        </w:rPr>
        <w:t xml:space="preserve"> [1HLL]</w:t>
      </w:r>
      <w:r>
        <w:rPr/>
        <w:t xml:space="preserve">; </w:t>
      </w:r>
      <w:r>
        <w:rPr>
          <w:shd w:fill="B7DDE8" w:val="clear"/>
        </w:rPr>
        <w:t xml:space="preserve">with the harvest from his lips he is satisfied</w:t>
      </w:r>
      <w:r>
        <w:rPr>
          <w:b w:val="false"/>
          <w:i w:val="false"/>
          <w:color w:val="000000"/>
          <w:u w:val="none"/>
        </w:rPr>
        <w:t xml:space="preserve"> [1HLL]</w:t>
      </w:r>
      <w:r>
        <w:rPr/>
        <w:t xml:space="preserve">.</w:t>
      </w:r>
    </w:p>
    <w:p>
      <w:pPr>
        <w:pStyle w:val="Yellow"/>
        <w:rPr/>
      </w:pPr>
      <w:r>
        <w:rPr>
          <w:b/>
        </w:rPr>
        <w:t xml:space="preserve">Proverbs 18:21</w:t>
      </w:r>
      <w:r>
        <w:rPr/>
        <w:t xml:space="preserve"> — </w:t>
      </w:r>
      <w:r>
        <w:rPr>
          <w:shd w:fill="B7DDE8" w:val="clear"/>
        </w:rPr>
        <w:t xml:space="preserve">Life and death are in the power of the tongue</w:t>
      </w:r>
      <w:r>
        <w:rPr>
          <w:b w:val="false"/>
          <w:i w:val="false"/>
          <w:color w:val="000000"/>
          <w:u w:val="none"/>
        </w:rPr>
        <w:t xml:space="preserve"> [1HLV]</w:t>
      </w:r>
      <w:r>
        <w:rPr/>
        <w:t xml:space="preserve">, and </w:t>
      </w:r>
      <w:r>
        <w:rPr>
          <w:shd w:fill="548235" w:val="clear" w:color="auto"/>
          <w:color w:val="FFFFFF"/>
        </w:rPr>
        <w:t xml:space="preserve">those who love it will eat its fruit</w:t>
      </w:r>
      <w:r>
        <w:rPr>
          <w:b w:val="false"/>
          <w:i w:val="false"/>
          <w:color w:val="FFFFFF"/>
          <w:u w:val="none"/>
          <w:shd w:val="clear" w:color="auto" w:fill="548235"/>
        </w:rPr>
        <w:t xml:space="preserve"> [1HLW]</w:t>
      </w:r>
      <w:r>
        <w:rPr/>
        <w:t xml:space="preserve">.</w:t>
      </w:r>
    </w:p>
    <w:p>
      <w:pPr>
        <w:pStyle w:val="Yellow"/>
        <w:rPr/>
      </w:pPr>
      <w:r>
        <w:rPr>
          <w:b/>
        </w:rPr>
        <w:t>Proverbs 19:2</w:t>
      </w:r>
      <w:r>
        <w:rPr/>
        <w:t xml:space="preserve"> — </w:t>
      </w:r>
      <w:r>
        <w:rPr>
          <w:shd w:val="clear" w:fill="B7DDE8"/>
        </w:rPr>
        <w:t>Even zeal is no good without knowledge</w:t>
      </w:r>
      <w:r>
        <w:rPr>
          <w:b w:val="false"/>
          <w:i w:val="false"/>
          <w:color w:val="000000"/>
          <w:u w:val="none"/>
        </w:rPr>
        <w:t xml:space="preserve"> [1SA]</w:t>
      </w:r>
      <w:r>
        <w:rPr/>
        <w:t xml:space="preserve">, and </w:t>
      </w:r>
      <w:r>
        <w:rPr>
          <w:shd w:val="clear" w:fill="B7DDE8"/>
        </w:rPr>
        <w:t>he who hurries his footsteps misses the mark</w:t>
      </w:r>
      <w:r>
        <w:rPr>
          <w:b w:val="false"/>
          <w:i w:val="false"/>
          <w:color w:val="000000"/>
          <w:u w:val="none"/>
        </w:rPr>
        <w:t xml:space="preserve"> [1SB]</w:t>
      </w:r>
      <w:r>
        <w:rPr/>
        <w:t>.</w:t>
      </w:r>
    </w:p>
    <w:p>
      <w:pPr>
        <w:pStyle w:val="Yellow"/>
        <w:rPr/>
      </w:pPr>
      <w:r>
        <w:rPr>
          <w:b/>
          <w:shd w:val="clear" w:color="auto" w:fill="C00000"/>
          <w:color w:val="FFFFFF"/>
        </w:rPr>
        <w:t xml:space="preserve">Proverbs 21:23</w:t>
      </w:r>
      <w:r>
        <w:rPr>
          <w:shd w:val="clear" w:color="auto" w:fill="C00000"/>
          <w:color w:val="FFFFFF"/>
        </w:rPr>
        <w:t xml:space="preserve"> — </w:t>
      </w:r>
      <w:r>
        <w:rPr>
          <w:shd w:val="clear" w:color="auto" w:fill="C00000"/>
          <w:color w:val="FFFFFF"/>
        </w:rPr>
        <w:t xml:space="preserve">He who guards his mouth and tongue keeps his soul from distress</w:t>
      </w:r>
      <w:r>
        <w:rPr>
          <w:b w:val="false"/>
          <w:i w:val="false"/>
          <w:u w:val="none"/>
          <w:shd w:val="clear" w:color="auto" w:fill="C00000"/>
          <w:color w:val="FFFFFF"/>
        </w:rPr>
        <w:t xml:space="preserve"> [1HLI]</w:t>
      </w:r>
      <w:r>
        <w:rPr>
          <w:shd w:val="clear" w:color="auto" w:fill="C00000"/>
          <w:color w:val="FFFFFF"/>
        </w:rPr>
        <w:t xml:space="preserve">.</w:t>
      </w:r>
    </w:p>
    <w:p>
      <w:pPr>
        <w:pStyle w:val="Yellow"/>
        <w:rPr/>
      </w:pPr>
      <w:r>
        <w:rPr>
          <w:b/>
        </w:rPr>
        <w:t xml:space="preserve">Proverbs 25:17</w:t>
      </w:r>
      <w:r>
        <w:rPr/>
        <w:t xml:space="preserve"> — </w:t>
      </w:r>
      <w:r>
        <w:rPr>
          <w:shd w:fill="B7DDE8" w:val="clear"/>
        </w:rPr>
        <w:t xml:space="preserve">Seldom set foot in your neighbor’s house</w:t>
      </w:r>
      <w:r>
        <w:rPr>
          <w:b w:val="false"/>
          <w:i w:val="false"/>
          <w:color w:val="000000"/>
          <w:u w:val="none"/>
        </w:rPr>
        <w:t xml:space="preserve"> [1HRO]</w:t>
      </w:r>
      <w:r>
        <w:rPr/>
        <w:t xml:space="preserve">, </w:t>
      </w:r>
      <w:r>
        <w:rPr>
          <w:shd w:fill="B7DDE8" w:val="clear"/>
        </w:rPr>
        <w:t xml:space="preserve">lest he grow weary and hate you</w:t>
      </w:r>
      <w:r>
        <w:rPr>
          <w:b w:val="false"/>
          <w:i w:val="false"/>
          <w:color w:val="000000"/>
          <w:u w:val="none"/>
        </w:rPr>
        <w:t xml:space="preserve"> [1HRP]</w:t>
      </w:r>
      <w:r>
        <w:rPr/>
        <w:t xml:space="preserve">.</w:t>
      </w:r>
    </w:p>
    <w:p>
      <w:pPr>
        <w:pStyle w:val="Yellow"/>
        <w:rPr/>
      </w:pPr>
      <w:r>
        <w:rPr>
          <w:b/>
        </w:rPr>
        <w:t xml:space="preserve">Proverbs 28:11</w:t>
      </w:r>
      <w:r>
        <w:rPr/>
        <w:t xml:space="preserve"> — </w:t>
      </w:r>
      <w:r>
        <w:rPr>
          <w:shd w:fill="B7DDE8" w:val="clear"/>
        </w:rPr>
        <w:t xml:space="preserve">A rich man is wise in his own eyes</w:t>
      </w:r>
      <w:r>
        <w:rPr>
          <w:b w:val="false"/>
          <w:i w:val="false"/>
          <w:color w:val="000000"/>
          <w:u w:val="none"/>
        </w:rPr>
        <w:t xml:space="preserve"> [1HJL]</w:t>
      </w:r>
      <w:r>
        <w:rPr/>
        <w:t xml:space="preserve">, but </w:t>
      </w:r>
      <w:r>
        <w:rPr>
          <w:shd w:fill="B7DDE8" w:val="clear"/>
        </w:rPr>
        <w:t xml:space="preserve">a poor man with discernment sees through him</w:t>
      </w:r>
      <w:r>
        <w:rPr>
          <w:b w:val="false"/>
          <w:i w:val="false"/>
          <w:color w:val="000000"/>
          <w:u w:val="none"/>
        </w:rPr>
        <w:t xml:space="preserve"> [1HJM]</w:t>
      </w:r>
      <w:r>
        <w:rPr/>
        <w:t xml:space="preserve">.</w:t>
      </w:r>
    </w:p>
    <w:p>
      <w:pPr>
        <w:pStyle w:val="Yellow"/>
        <w:rPr/>
      </w:pPr>
      <w:r>
        <w:rPr>
          <w:b/>
          <w:shd w:val="clear" w:color="auto" w:fill="548235"/>
          <w:color w:val="FFFFFF"/>
        </w:rPr>
        <w:t xml:space="preserve">Proverbs 29:5</w:t>
      </w:r>
      <w:r>
        <w:rPr>
          <w:shd w:val="clear" w:color="auto" w:fill="548235"/>
          <w:color w:val="FFFFFF"/>
        </w:rPr>
        <w:t xml:space="preserve"> — </w:t>
      </w:r>
      <w:r>
        <w:rPr>
          <w:shd w:fill="548235" w:val="clear" w:color="auto"/>
          <w:color w:val="FFFFFF"/>
        </w:rPr>
        <w:t xml:space="preserve">A man who flatters his neighbor spreads a net for his feet</w:t>
      </w:r>
      <w:r>
        <w:rPr>
          <w:b w:val="false"/>
          <w:i w:val="false"/>
          <w:color w:val="FFFFFF"/>
          <w:u w:val="none"/>
          <w:shd w:val="clear" w:color="auto" w:fill="548235"/>
        </w:rPr>
        <w:t xml:space="preserve"> [1HRU]</w:t>
      </w:r>
      <w:r>
        <w:rPr>
          <w:shd w:val="clear" w:color="auto" w:fill="548235"/>
          <w:color w:val="FFFFFF"/>
        </w:rPr>
        <w:t xml:space="preserve">.</w:t>
      </w:r>
    </w:p>
    <w:p>
      <w:pPr>
        <w:pStyle w:val="Yellow"/>
        <w:rPr/>
      </w:pPr>
      <w:r>
        <w:rPr>
          <w:b/>
        </w:rPr>
        <w:t xml:space="preserve">Proverbs 29:8</w:t>
      </w:r>
      <w:r>
        <w:rPr/>
        <w:t xml:space="preserve"> — </w:t>
      </w:r>
      <w:r>
        <w:rPr>
          <w:shd w:fill="B7DDE8" w:val="clear"/>
        </w:rPr>
        <w:t xml:space="preserve">Mockers inflame a city</w:t>
      </w:r>
      <w:r>
        <w:rPr>
          <w:b w:val="false"/>
          <w:i w:val="false"/>
          <w:color w:val="000000"/>
          <w:u w:val="none"/>
        </w:rPr>
        <w:t xml:space="preserve"> [1HBF]</w:t>
      </w:r>
      <w:r>
        <w:rPr/>
        <w:t xml:space="preserve">, but </w:t>
      </w:r>
      <w:r>
        <w:rPr>
          <w:shd w:fill="B7DDE8" w:val="clear"/>
        </w:rPr>
        <w:t xml:space="preserve">the wise turn away anger</w:t>
      </w:r>
      <w:r>
        <w:rPr>
          <w:b w:val="false"/>
          <w:i w:val="false"/>
          <w:color w:val="000000"/>
          <w:u w:val="none"/>
        </w:rPr>
        <w:t xml:space="preserve"> [1HBG]</w:t>
      </w:r>
      <w:r>
        <w:rPr/>
        <w:t xml:space="preserve">.</w:t>
      </w:r>
    </w:p>
    <w:p>
      <w:pPr>
        <w:pStyle w:val="Yellow"/>
        <w:rPr/>
      </w:pPr>
      <w:r>
        <w:rPr>
          <w:b/>
        </w:rPr>
        <w:t xml:space="preserve">Ecclesiastes 7:4</w:t>
      </w:r>
      <w:r>
        <w:rPr/>
        <w:t xml:space="preserve"> — </w:t>
      </w:r>
      <w:r>
        <w:rPr>
          <w:shd w:fill="B7DDE8" w:val="clear"/>
        </w:rPr>
        <w:t xml:space="preserve">The heart of the wise is in the house of mourning</w:t>
      </w:r>
      <w:r>
        <w:rPr>
          <w:b w:val="false"/>
          <w:i w:val="false"/>
          <w:color w:val="000000"/>
          <w:u w:val="none"/>
        </w:rPr>
        <w:t xml:space="preserve"> [1HID]</w:t>
      </w:r>
      <w:r>
        <w:rPr/>
        <w:t xml:space="preserve">, but </w:t>
      </w:r>
      <w:r>
        <w:rPr>
          <w:shd w:fill="B7DDE8" w:val="clear"/>
        </w:rPr>
        <w:t xml:space="preserve">the heart of fools is in the house of pleasure</w:t>
      </w:r>
      <w:r>
        <w:rPr>
          <w:b w:val="false"/>
          <w:i w:val="false"/>
          <w:color w:val="000000"/>
          <w:u w:val="none"/>
        </w:rPr>
        <w:t xml:space="preserve"> [1HIE]</w:t>
      </w:r>
      <w:r>
        <w:rPr/>
        <w:t xml:space="preserve">.</w:t>
      </w:r>
    </w:p>
    <w:p>
      <w:pPr>
        <w:pStyle w:val="Yellow"/>
        <w:rPr/>
      </w:pPr>
      <w:r>
        <w:rPr>
          <w:b/>
        </w:rPr>
        <w:t xml:space="preserve">Ecclesiastes 10:12</w:t>
      </w:r>
      <w:r>
        <w:rPr/>
        <w:t xml:space="preserve"> — </w:t>
      </w:r>
      <w:r>
        <w:rPr>
          <w:shd w:fill="B7DDE8" w:val="clear"/>
        </w:rPr>
        <w:t xml:space="preserve">The words of a wise man’s mouth are gracious</w:t>
      </w:r>
      <w:r>
        <w:rPr>
          <w:b w:val="false"/>
          <w:i w:val="false"/>
          <w:u w:val="none"/>
          <w:color w:val="000000"/>
        </w:rPr>
        <w:t xml:space="preserve"> [1HLO]</w:t>
      </w:r>
      <w:r>
        <w:rPr/>
        <w:t xml:space="preserve">, but </w:t>
      </w:r>
      <w:r>
        <w:rPr>
          <w:shd w:fill="B7DDE8" w:val="clear"/>
        </w:rPr>
        <w:t xml:space="preserve">the lips of a fool consume him</w:t>
      </w:r>
      <w:r>
        <w:rPr>
          <w:b w:val="false"/>
          <w:i w:val="false"/>
          <w:color w:val="000000"/>
          <w:u w:val="none"/>
        </w:rPr>
        <w:t xml:space="preserve"> [1HLP]</w:t>
      </w:r>
      <w:r>
        <w:rPr/>
        <w:t xml:space="preserve">.</w:t>
      </w:r>
    </w:p>
    <w:p>
      <w:pPr>
        <w:pStyle w:val="Yellow"/>
        <w:rPr/>
      </w:pPr>
      <w:r>
        <w:rPr/>
        <w:t xml:space="preserve">(Ho1:1 “The word of the LORD” through Hosea) </w:t>
      </w:r>
      <w:r>
        <w:rPr>
          <w:b/>
        </w:rPr>
        <w:t xml:space="preserve">Hosea 14:9</w:t>
      </w:r>
      <w:r>
        <w:rPr/>
        <w:t xml:space="preserve"> — </w:t>
      </w:r>
      <w:r>
        <w:rPr>
          <w:shd w:fill="B7DDE8" w:val="clear"/>
        </w:rPr>
        <w:t xml:space="preserve">Whoever is wise, let him understand {these things}; whoever is discerning, let him know them</w:t>
      </w:r>
      <w:r>
        <w:rPr>
          <w:b w:val="false"/>
          <w:i w:val="false"/>
          <w:color w:val="000000"/>
          <w:u w:val="none"/>
        </w:rPr>
        <w:t xml:space="preserve"> [1HQD]</w:t>
      </w:r>
      <w:r>
        <w:rPr/>
        <w:t xml:space="preserve">. For </w:t>
      </w:r>
      <w:r>
        <w:rPr>
          <w:shd w:fill="B7DDE8" w:val="clear"/>
        </w:rPr>
        <w:t xml:space="preserve">the ways of the LORD are right</w:t>
      </w:r>
      <w:r>
        <w:rPr>
          <w:b w:val="false"/>
          <w:i w:val="false"/>
          <w:color w:val="000000"/>
          <w:u w:val="none"/>
        </w:rPr>
        <w:t xml:space="preserve"> [1HQE]</w:t>
      </w:r>
      <w:r>
        <w:rPr/>
        <w:t xml:space="preserve">, and </w:t>
      </w:r>
      <w:r>
        <w:rPr>
          <w:shd w:fill="B7DDE8" w:val="clear"/>
        </w:rPr>
        <w:t xml:space="preserve">the righteous walk in them</w:t>
      </w:r>
      <w:r>
        <w:rPr>
          <w:b w:val="false"/>
          <w:i w:val="false"/>
          <w:color w:val="000000"/>
          <w:u w:val="none"/>
        </w:rPr>
        <w:t xml:space="preserve"> [1HQF]</w:t>
      </w:r>
      <w:r>
        <w:rPr/>
        <w:t xml:space="preserve"> but </w:t>
      </w:r>
      <w:r>
        <w:rPr>
          <w:shd w:fill="B7DDE8" w:val="clear"/>
        </w:rPr>
        <w:t xml:space="preserve">the rebellious stumble in them</w:t>
      </w:r>
      <w:r>
        <w:rPr>
          <w:b w:val="false"/>
          <w:i w:val="false"/>
          <w:color w:val="000000"/>
          <w:u w:val="none"/>
        </w:rPr>
        <w:t xml:space="preserve"> [1HQG]</w:t>
      </w:r>
      <w:r>
        <w:rPr/>
        <w:t xml:space="preserve">.</w:t>
      </w:r>
    </w:p>
    <w:p>
      <w:pPr>
        <w:pStyle w:val="Yellow"/>
        <w:rPr/>
      </w:pPr>
      <w:r>
        <w:rPr>
          <w:b/>
        </w:rPr>
        <w:t>Romans 12:2</w:t>
      </w:r>
      <w:r>
        <w:t xml:space="preserve"> — </w:t>
      </w:r>
      <w:r>
        <w:rPr>
          <w:shd w:fill="B7DDE8" w:val="clear"/>
        </w:rPr>
        <w:t>Do not be conformed to this world</w:t>
      </w:r>
      <w:r>
        <w:rPr>
          <w:b w:val="false"/>
          <w:i w:val="false"/>
          <w:color w:val="000000"/>
          <w:u w:val="none"/>
        </w:rPr>
        <w:t xml:space="preserve"> [1BIT]</w:t>
      </w:r>
      <w:r>
        <w:t xml:space="preserve">, but </w:t>
      </w:r>
      <w:r>
        <w:rPr>
          <w:shd w:fill="B7DDE8" w:val="clear"/>
        </w:rPr>
        <w:t>be transformed by the renewing of your mind</w:t>
      </w:r>
      <w:r>
        <w:rPr>
          <w:b w:val="false"/>
          <w:i w:val="false"/>
          <w:color w:val="000000"/>
          <w:u w:val="none"/>
        </w:rPr>
        <w:t xml:space="preserve"> [1BIU]</w:t>
      </w:r>
      <w:r>
        <w:rPr>
          <w:shd w:fill="B7DDE8" w:val="clear"/>
        </w:rPr>
        <w:t>. Then you will be able to test and approve what is the good, pleasing, and perfect will of God</w:t>
      </w:r>
      <w:r>
        <w:rPr>
          <w:b w:val="false"/>
          <w:i w:val="false"/>
          <w:color w:val="000000"/>
          <w:u w:val="none"/>
        </w:rPr>
        <w:t xml:space="preserve"> [1BIV]</w:t>
      </w:r>
      <w:r>
        <w:t>.</w:t>
      </w:r>
    </w:p>
    <w:p>
      <w:pPr>
        <w:pStyle w:val="Yellow"/>
        <w:rPr/>
      </w:pPr>
      <w:r>
        <w:rPr>
          <w:b/>
        </w:rPr>
        <w:t xml:space="preserve">1 Corinthians 2:15</w:t>
      </w:r>
      <w:r>
        <w:rPr/>
        <w:t xml:space="preserve"> — </w:t>
      </w:r>
      <w:r>
        <w:rPr>
          <w:shd w:fill="B7DDE8" w:val="clear"/>
        </w:rPr>
        <w:t xml:space="preserve">The spiritual man judges all things</w:t>
      </w:r>
      <w:r>
        <w:rPr>
          <w:b w:val="false"/>
          <w:i w:val="false"/>
          <w:color w:val="000000"/>
          <w:u w:val="none"/>
        </w:rPr>
        <w:t xml:space="preserve"> [1IPA]</w:t>
      </w:r>
      <w:r>
        <w:rPr/>
        <w:t xml:space="preserve">, but </w:t>
      </w:r>
      <w:r>
        <w:rPr>
          <w:shd w:fill="B7DDE8" w:val="clear"/>
        </w:rPr>
        <w:t xml:space="preserve">he himself is not subject to anyone’s judgment</w:t>
      </w:r>
      <w:r>
        <w:rPr>
          <w:b w:val="false"/>
          <w:i w:val="false"/>
          <w:color w:val="000000"/>
          <w:u w:val="none"/>
        </w:rPr>
        <w:t xml:space="preserve"> [1IPB]</w:t>
      </w:r>
      <w:r>
        <w:rPr/>
        <w:t xml:space="preserve">.</w:t>
      </w:r>
    </w:p>
    <w:p>
      <w:pPr>
        <w:pStyle w:val="Yellow"/>
        <w:rPr/>
      </w:pPr>
      <w:r>
        <w:rPr>
          <w:b/>
        </w:rPr>
        <w:t xml:space="preserve">James 1:26</w:t>
      </w:r>
      <w:r>
        <w:rPr/>
        <w:t xml:space="preserve"> — </w:t>
      </w:r>
      <w:r>
        <w:rPr>
          <w:shd w:fill="548235" w:val="clear" w:color="auto"/>
          <w:color w:val="FFFFFF"/>
        </w:rPr>
        <w:t xml:space="preserve">If anyone considers himself religious and yet does not bridle his tongue, he deceives his heart</w:t>
      </w:r>
      <w:r>
        <w:rPr>
          <w:b w:val="false"/>
          <w:i w:val="false"/>
          <w:color w:val="FFFFFF"/>
          <w:u w:val="none"/>
          <w:shd w:val="clear" w:color="auto" w:fill="548235"/>
        </w:rPr>
        <w:t xml:space="preserve"> [1HSA]</w:t>
      </w:r>
      <w:r>
        <w:rPr/>
        <w:t xml:space="preserve"> and </w:t>
      </w:r>
      <w:r>
        <w:rPr>
          <w:shd w:fill="B7DDE8" w:val="clear"/>
        </w:rPr>
        <w:t xml:space="preserve">his religion is worthless</w:t>
      </w:r>
      <w:r>
        <w:rPr>
          <w:b w:val="false"/>
          <w:i w:val="false"/>
          <w:color w:val="000000"/>
          <w:u w:val="none"/>
        </w:rPr>
        <w:t xml:space="preserve"> [1HSB]</w:t>
      </w:r>
      <w:r>
        <w:rPr/>
        <w:t xml:space="preserve">.</w:t>
      </w:r>
    </w:p>
    <w:p>
      <w:pPr>
        <w:pStyle w:val="Yellow"/>
        <w:rPr/>
      </w:pPr>
      <w:r>
        <w:rPr>
          <w:b/>
        </w:rPr>
        <w:t>James 3:2</w:t>
      </w:r>
      <w:r>
        <w:rPr/>
        <w:t xml:space="preserve"> — </w:t>
      </w:r>
      <w:r>
        <w:rPr>
          <w:shd w:fill="B7DDE8" w:val="clear"/>
        </w:rPr>
        <w:t>If anyone is never at fault in what he says, he is a perfect man</w:t>
      </w:r>
      <w:r>
        <w:rPr>
          <w:b w:val="false"/>
          <w:i w:val="false"/>
          <w:u w:val="none"/>
          <w:color w:val="000000"/>
        </w:rPr>
        <w:t xml:space="preserve"> [1LYB]</w:t>
      </w:r>
      <w:r>
        <w:rPr/>
        <w:t xml:space="preserve">, </w:t>
      </w:r>
      <w:r>
        <w:rPr>
          <w:shd w:fill="B7DDE8" w:val="clear"/>
        </w:rPr>
        <w:t>able to control his whole body</w:t>
      </w:r>
      <w:r>
        <w:rPr>
          <w:b w:val="false"/>
          <w:i w:val="false"/>
          <w:color w:val="000000"/>
          <w:u w:val="none"/>
        </w:rPr>
        <w:t xml:space="preserve"> [1LYC]</w:t>
      </w:r>
      <w:r>
        <w:rPr/>
        <w:t>.</w:t>
      </w:r>
    </w:p>
    <w:p>
      <w:pPr>
        <w:pStyle w:val="Yellow"/>
        <w:rPr/>
      </w:pPr>
      <w:r>
        <w:rPr>
          <w:b/>
        </w:rPr>
        <w:t xml:space="preserve">James 3:8</w:t>
      </w:r>
      <w:r>
        <w:rPr/>
        <w:t xml:space="preserve"> — </w:t>
      </w:r>
      <w:r>
        <w:rPr>
          <w:shd w:fill="B7DDE8" w:val="clear"/>
        </w:rPr>
        <w:t xml:space="preserve">no man can tame the tongue</w:t>
      </w:r>
      <w:r>
        <w:rPr>
          <w:b w:val="false"/>
          <w:i w:val="false"/>
          <w:color w:val="000000"/>
          <w:u w:val="none"/>
        </w:rPr>
        <w:t xml:space="preserve"> [1HSG]</w:t>
      </w:r>
      <w:r>
        <w:rPr/>
        <w:t xml:space="preserve">. </w:t>
      </w:r>
      <w:r>
        <w:rPr>
          <w:shd w:fill="B7DDE8" w:val="clear"/>
        </w:rPr>
        <w:t xml:space="preserve">It is a restless evil</w:t>
      </w:r>
      <w:r>
        <w:rPr>
          <w:b w:val="false"/>
          <w:i w:val="false"/>
          <w:color w:val="000000"/>
          <w:u w:val="none"/>
        </w:rPr>
        <w:t xml:space="preserve"> [1HSH]</w:t>
      </w:r>
      <w:r>
        <w:rPr/>
        <w:t xml:space="preserve">, </w:t>
      </w:r>
      <w:r>
        <w:rPr>
          <w:shd w:fill="B7DDE8" w:val="clear"/>
        </w:rPr>
        <w:t xml:space="preserve">full of deadly poison</w:t>
      </w:r>
      <w:r>
        <w:rPr>
          <w:b w:val="false"/>
          <w:i w:val="false"/>
          <w:color w:val="000000"/>
          <w:u w:val="none"/>
        </w:rPr>
        <w:t xml:space="preserve"> [1HSI]</w:t>
      </w:r>
      <w:r>
        <w:rPr/>
        <w:t xml:space="preserve">.</w:t>
      </w:r>
    </w:p>
    <w:p>
      <w:r>
        <w:rPr>
          <w:b/>
          <w:sz w:val="32"/>
          <w:highlight w:val="yellow"/>
        </w:rPr>
        <w:t>Witness and Proclamation  (15)</w:t>
      </w:r>
    </w:p>
    <w:p>
      <w:pPr>
        <w:pStyle w:val="Yellow"/>
        <w:rPr/>
      </w:pPr>
      <w:r>
        <w:rPr>
          <w:b/>
        </w:rPr>
        <w:t>2 Chronicles 36:15</w:t>
      </w:r>
      <w:r>
        <w:rPr/>
        <w:t xml:space="preserve"> — </w:t>
      </w:r>
      <w:r>
        <w:rPr>
          <w:shd w:fill="B7DDE8" w:val="clear"/>
        </w:rPr>
        <w:t>Again and again the LORD, the God of their fathers, sent word to His people through His messengers</w:t>
      </w:r>
      <w:r>
        <w:rPr>
          <w:b w:val="false"/>
          <w:i w:val="false"/>
          <w:color w:val="000000"/>
          <w:u w:val="none"/>
        </w:rPr>
        <w:t xml:space="preserve"> [1FVL]</w:t>
      </w:r>
      <w:r>
        <w:rPr/>
        <w:t xml:space="preserve"> </w:t>
      </w:r>
      <w:r>
        <w:rPr>
          <w:shd w:fill="B7DDE8" w:val="clear"/>
        </w:rPr>
        <w:t>because He had compassion on them and on His dwelling place</w:t>
      </w:r>
      <w:r>
        <w:rPr>
          <w:b w:val="false"/>
          <w:i w:val="false"/>
          <w:color w:val="000000"/>
          <w:u w:val="none"/>
        </w:rPr>
        <w:t xml:space="preserve"> [1FVM]</w:t>
      </w:r>
      <w:r>
        <w:rPr/>
        <w:t>.</w:t>
      </w:r>
    </w:p>
    <w:p>
      <w:pPr>
        <w:pStyle w:val="Yellow"/>
        <w:rPr/>
      </w:pPr>
      <w:r>
        <w:rPr>
          <w:b/>
        </w:rPr>
        <w:t>Isaiah 49:6</w:t>
      </w:r>
      <w:r>
        <w:rPr/>
        <w:t xml:space="preserve"> — He says: “It is not enough for You to be My Servant, </w:t>
      </w:r>
      <w:r>
        <w:rPr>
          <w:color w:val="auto"/>
        </w:rPr>
        <w:t>to raise up the tribes of Jacob</w:t>
      </w:r>
      <w:r>
        <w:rPr>
          <w:b w:val="false"/>
          <w:i w:val="false"/>
          <w:color w:val="auto"/>
          <w:u w:val="none"/>
        </w:rPr>
        <w:t xml:space="preserve"> [1DVK]</w:t>
      </w:r>
      <w:r>
        <w:rPr>
          <w:color w:val="auto"/>
        </w:rPr>
        <w:t xml:space="preserve">, and </w:t>
      </w:r>
      <w:r>
        <w:rPr>
          <w:color w:val="auto"/>
        </w:rPr>
        <w:t>to restore the protected ones of Israel</w:t>
      </w:r>
      <w:r>
        <w:rPr>
          <w:b w:val="false"/>
          <w:i w:val="false"/>
          <w:color w:val="FFFFFF"/>
          <w:u w:val="none"/>
          <w:shd w:val="clear" w:color="auto" w:fill="548235"/>
        </w:rPr>
        <w:t xml:space="preserve"> [1DVL]</w:t>
      </w:r>
      <w:r>
        <w:rPr>
          <w:shd w:val="clear" w:color="auto" w:fill="548235"/>
          <w:color w:val="FFFFFF"/>
        </w:rPr>
        <w:t xml:space="preserve">. </w:t>
      </w:r>
      <w:r>
        <w:rPr>
          <w:shd w:val="clear" w:fill="B7DDE8"/>
        </w:rPr>
        <w:t>I will also make You a light for the nations</w:t>
      </w:r>
      <w:r>
        <w:rPr>
          <w:b w:val="false"/>
          <w:i w:val="false"/>
          <w:color w:val="000000"/>
          <w:u w:val="none"/>
        </w:rPr>
        <w:t xml:space="preserve"> [1DVM]</w:t>
      </w:r>
      <w:r>
        <w:rPr/>
        <w:t xml:space="preserve">, </w:t>
      </w:r>
      <w:r>
        <w:rPr>
          <w:shd w:val="clear" w:fill="B7DDE8"/>
        </w:rPr>
        <w:t>to bring My salvation to the ends of the earth</w:t>
      </w:r>
      <w:r>
        <w:rPr>
          <w:b w:val="false"/>
          <w:i w:val="false"/>
          <w:color w:val="000000"/>
          <w:u w:val="none"/>
        </w:rPr>
        <w:t xml:space="preserve"> [2BSJ]</w:t>
      </w:r>
      <w:r>
        <w:rPr/>
        <w:t>.”</w:t>
      </w:r>
    </w:p>
    <w:p>
      <w:pPr>
        <w:pStyle w:val="Yellow"/>
        <w:rPr/>
      </w:pPr>
      <w:r>
        <w:rPr>
          <w:b/>
          <w:highlight w:val="cyan"/>
        </w:rPr>
        <w:t xml:space="preserve">Matthew 4:19</w:t>
      </w:r>
      <w:r>
        <w:rPr>
          <w:highlight w:val="cyan"/>
        </w:rPr>
        <w:t xml:space="preserve"> — “</w:t>
      </w:r>
      <w:r>
        <w:rPr>
          <w:highlight w:val="cyan"/>
          <w:shd w:fill="B7DDE8" w:val="clear"/>
        </w:rPr>
        <w:t xml:space="preserve">Come, follow Me</w:t>
      </w:r>
      <w:r>
        <w:rPr>
          <w:b w:val="false"/>
          <w:i w:val="false"/>
          <w:color w:val="000000"/>
          <w:u w:val="none"/>
        </w:rPr>
        <w:t xml:space="preserve"> [2LSA]</w:t>
      </w:r>
      <w:r>
        <w:rPr>
          <w:highlight w:val="cyan"/>
        </w:rPr>
        <w:t xml:space="preserve">,” Jesus said, “and </w:t>
      </w:r>
      <w:r>
        <w:rPr>
          <w:highlight w:val="cyan"/>
          <w:shd w:fill="B7DDE8" w:val="clear"/>
        </w:rPr>
        <w:t xml:space="preserve">I will make you fishers of men</w:t>
      </w:r>
      <w:r>
        <w:rPr>
          <w:b w:val="false"/>
          <w:i w:val="false"/>
          <w:color w:val="000000"/>
          <w:u w:val="none"/>
        </w:rPr>
        <w:t xml:space="preserve"> [2LSB]</w:t>
      </w:r>
      <w:r>
        <w:rPr>
          <w:highlight w:val="cyan"/>
        </w:rPr>
        <w:t xml:space="preserve">.”</w:t>
      </w:r>
    </w:p>
    <w:p>
      <w:pPr>
        <w:pStyle w:val="Yellow"/>
        <w:rPr/>
      </w:pPr>
      <w:r>
        <w:rPr>
          <w:b/>
        </w:rPr>
        <w:t>Matthew 5:13</w:t>
      </w:r>
      <w:r>
        <w:rPr/>
        <w:t xml:space="preserve"> — </w:t>
      </w:r>
      <w:r>
        <w:rPr>
          <w:shd w:val="clear" w:fill="B7DDE8"/>
        </w:rPr>
        <w:t>You are the salt of the earth</w:t>
      </w:r>
      <w:r>
        <w:rPr>
          <w:b w:val="false"/>
          <w:i w:val="false"/>
          <w:color w:val="000000"/>
          <w:u w:val="none"/>
        </w:rPr>
        <w:t xml:space="preserve"> [1NU]</w:t>
      </w:r>
      <w:r>
        <w:rPr/>
        <w:t xml:space="preserve">. But </w:t>
      </w:r>
      <w:r>
        <w:rPr>
          <w:shd w:val="clear" w:fill="B7DDE8"/>
        </w:rPr>
        <w:t>if the salt loses its savor, how can it be made salty again?</w:t>
      </w:r>
      <w:r>
        <w:rPr>
          <w:b w:val="false"/>
          <w:i w:val="false"/>
          <w:color w:val="000000"/>
          <w:u w:val="none"/>
        </w:rPr>
        <w:t xml:space="preserve"> [1NV]</w:t>
      </w:r>
      <w:r>
        <w:rPr/>
        <w:t xml:space="preserve"> </w:t>
      </w:r>
      <w:r>
        <w:rPr>
          <w:shd w:val="clear" w:fill="B7DDE8"/>
        </w:rPr>
        <w:t>It is no longer good for anything</w:t>
      </w:r>
      <w:r>
        <w:rPr>
          <w:b w:val="false"/>
          <w:i w:val="false"/>
          <w:color w:val="000000"/>
          <w:u w:val="none"/>
        </w:rPr>
        <w:t xml:space="preserve"> [1NW]</w:t>
      </w:r>
      <w:r>
        <w:rPr/>
        <w:t xml:space="preserve">, </w:t>
      </w:r>
      <w:r>
        <w:rPr>
          <w:shd w:val="clear" w:fill="B7DDE8"/>
        </w:rPr>
        <w:t>except to be thrown out and trampled by men</w:t>
      </w:r>
      <w:r>
        <w:rPr>
          <w:b w:val="false"/>
          <w:i w:val="false"/>
          <w:color w:val="000000"/>
          <w:u w:val="none"/>
        </w:rPr>
        <w:t xml:space="preserve"> [1NX]</w:t>
      </w:r>
      <w:r>
        <w:rPr/>
        <w:t>.</w:t>
      </w:r>
    </w:p>
    <w:p>
      <w:pPr>
        <w:pStyle w:val="Yellow"/>
        <w:rPr/>
      </w:pPr>
      <w:r>
        <w:rPr/>
        <w:t xml:space="preserve">(Mt24:3 “the end of the age”¹) </w:t>
      </w:r>
      <w:r>
        <w:rPr>
          <w:b/>
        </w:rPr>
        <w:t xml:space="preserve">Matthew 24:14</w:t>
      </w:r>
      <w:r>
        <w:rPr/>
        <w:t xml:space="preserve"> — </w:t>
      </w:r>
      <w:r>
        <w:rPr>
          <w:shd w:fill="B7DDE8" w:val="clear"/>
        </w:rPr>
        <w:t xml:space="preserve">this gospel of the kingdom will be preached in all the world as a testimony to all nations</w:t>
      </w:r>
      <w:r>
        <w:rPr>
          <w:b w:val="false"/>
          <w:i w:val="false"/>
          <w:color w:val="000000"/>
          <w:u w:val="none"/>
        </w:rPr>
        <w:t xml:space="preserve"> [1GKU]</w:t>
      </w:r>
      <w:r>
        <w:rPr/>
        <w:t xml:space="preserve">, and </w:t>
      </w:r>
      <w:r>
        <w:rPr>
          <w:shd w:fill="B7DDE8" w:val="clear"/>
        </w:rPr>
        <w:t xml:space="preserve">then {the end} will come</w:t>
      </w:r>
      <w:r>
        <w:rPr>
          <w:b w:val="false"/>
          <w:i w:val="false"/>
          <w:color w:val="000000"/>
          <w:u w:val="none"/>
        </w:rPr>
        <w:t xml:space="preserve"> [1GKV]</w:t>
      </w:r>
      <w:r>
        <w:rPr/>
        <w:t xml:space="preserve">.</w:t>
      </w:r>
    </w:p>
    <w:p>
      <w:pPr>
        <w:pStyle w:val="Yellow"/>
        <w:rPr/>
      </w:pPr>
      <w:r>
        <w:rPr>
          <w:b/>
          <w:highlight w:val="cyan"/>
          <w:shd w:val="clear" w:color="auto" w:fill="C00000"/>
          <w:color w:val="FFFFFF"/>
        </w:rPr>
        <w:t xml:space="preserve">Mark 1:17</w:t>
      </w:r>
      <w:r>
        <w:rPr>
          <w:highlight w:val="cyan"/>
          <w:shd w:val="clear" w:color="auto" w:fill="C00000"/>
          <w:color w:val="FFFFFF"/>
        </w:rPr>
        <w:t xml:space="preserve"> — “</w:t>
      </w:r>
      <w:r>
        <w:rPr>
          <w:highlight w:val="cyan"/>
          <w:shd w:val="clear" w:color="auto" w:fill="C00000"/>
          <w:color w:val="FFFFFF"/>
        </w:rPr>
        <w:t xml:space="preserve">Come, follow Me</w:t>
      </w:r>
      <w:r>
        <w:rPr>
          <w:b w:val="false"/>
          <w:i w:val="false"/>
          <w:u w:val="none"/>
          <w:shd w:val="clear" w:color="auto" w:fill="C00000"/>
          <w:color w:val="FFFFFF"/>
        </w:rPr>
        <w:t xml:space="preserve"> [2LSA]</w:t>
      </w:r>
      <w:r>
        <w:rPr>
          <w:highlight w:val="cyan"/>
          <w:shd w:val="clear" w:color="auto" w:fill="C00000"/>
          <w:color w:val="FFFFFF"/>
        </w:rPr>
        <w:t xml:space="preserve">,” Jesus said, “and </w:t>
      </w:r>
      <w:r>
        <w:rPr>
          <w:highlight w:val="cyan"/>
          <w:shd w:val="clear" w:color="auto" w:fill="C00000"/>
          <w:color w:val="FFFFFF"/>
        </w:rPr>
        <w:t xml:space="preserve">I will make you fishers of men</w:t>
      </w:r>
      <w:r>
        <w:rPr>
          <w:b w:val="false"/>
          <w:i w:val="false"/>
          <w:u w:val="none"/>
          <w:shd w:val="clear" w:color="auto" w:fill="C00000"/>
          <w:color w:val="FFFFFF"/>
        </w:rPr>
        <w:t xml:space="preserve"> [2LSB]</w:t>
      </w:r>
      <w:r>
        <w:rPr>
          <w:highlight w:val="cyan"/>
          <w:shd w:val="clear" w:color="auto" w:fill="C00000"/>
          <w:color w:val="FFFFFF"/>
        </w:rPr>
        <w:t xml:space="preserve">.”</w:t>
      </w:r>
    </w:p>
    <w:p>
      <w:pPr>
        <w:pStyle w:val="Yellow"/>
        <w:rPr/>
      </w:pPr>
      <w:r>
        <w:rPr>
          <w:shd w:val="clear" w:color="auto" w:fill="C00000"/>
          <w:color w:val="FFFFFF"/>
        </w:rPr>
        <w:t xml:space="preserve">(Mk13:2–4ᶜ Before temple destruction is “about to be fulfilled”) </w:t>
      </w:r>
      <w:r>
        <w:rPr>
          <w:b/>
          <w:shd w:val="clear" w:color="auto" w:fill="C00000"/>
          <w:color w:val="FFFFFF"/>
        </w:rPr>
        <w:t xml:space="preserve">Mark 13:10</w:t>
      </w:r>
      <w:r>
        <w:rPr>
          <w:shd w:val="clear" w:color="auto" w:fill="C00000"/>
          <w:color w:val="FFFFFF"/>
        </w:rPr>
        <w:t xml:space="preserve"> — </w:t>
      </w:r>
      <w:r>
        <w:rPr>
          <w:shd w:val="clear" w:color="auto" w:fill="C00000"/>
          <w:color w:val="FFFFFF"/>
        </w:rPr>
        <w:t xml:space="preserve">the gospel must first be proclaimed to all the nations</w:t>
      </w:r>
      <w:r>
        <w:rPr>
          <w:b w:val="false"/>
          <w:i w:val="false"/>
          <w:u w:val="none"/>
          <w:shd w:val="clear" w:color="auto" w:fill="C00000"/>
          <w:color w:val="FFFFFF"/>
        </w:rPr>
        <w:t xml:space="preserve"> [1GIA]</w:t>
      </w:r>
      <w:r>
        <w:rPr>
          <w:shd w:val="clear" w:color="auto" w:fill="C00000"/>
          <w:color w:val="FFFFFF"/>
        </w:rPr>
        <w:t xml:space="preserve">.</w:t>
      </w:r>
    </w:p>
    <w:p>
      <w:pPr>
        <w:pStyle w:val="Yellow"/>
        <w:rPr/>
      </w:pPr>
      <w:r>
        <w:rPr/>
        <w:t xml:space="preserve">(Jn18:1 Jesus’ “disciples”) </w:t>
      </w:r>
      <w:r>
        <w:rPr>
          <w:b/>
        </w:rPr>
        <w:t xml:space="preserve">John 17:18</w:t>
      </w:r>
      <w:r>
        <w:rPr/>
        <w:t xml:space="preserve"> — As </w:t>
      </w:r>
      <w:r>
        <w:rPr>
          <w:shd w:fill="548235" w:val="clear" w:color="auto"/>
          <w:color w:val="FFFFFF"/>
        </w:rPr>
        <w:t xml:space="preserve">You sent Me into the world</w:t>
      </w:r>
      <w:r>
        <w:rPr>
          <w:b w:val="false"/>
          <w:i w:val="false"/>
          <w:color w:val="FFFFFF"/>
          <w:u w:val="none"/>
          <w:shd w:val="clear" w:color="auto" w:fill="548235"/>
        </w:rPr>
        <w:t xml:space="preserve"> [2TZ]</w:t>
      </w:r>
      <w:r>
        <w:rPr/>
        <w:t xml:space="preserve">, </w:t>
      </w:r>
      <w:r>
        <w:rPr>
          <w:shd w:fill="B7DDE8" w:val="clear"/>
        </w:rPr>
        <w:t xml:space="preserve">I have also sent {them} into the world</w:t>
      </w:r>
      <w:r>
        <w:rPr>
          <w:b w:val="false"/>
          <w:i w:val="false"/>
          <w:color w:val="000000"/>
          <w:u w:val="none"/>
        </w:rPr>
        <w:t xml:space="preserve"> [1LBG]</w:t>
      </w:r>
      <w:r>
        <w:rPr/>
        <w:t xml:space="preserve">.</w:t>
      </w:r>
    </w:p>
    <w:p>
      <w:pPr>
        <w:pStyle w:val="Yellow"/>
        <w:rPr/>
      </w:pPr>
      <w:r>
        <w:rPr>
          <w:b/>
        </w:rPr>
        <w:t xml:space="preserve">John 18:37</w:t>
      </w:r>
      <w:r>
        <w:rPr/>
        <w:t xml:space="preserve"> — “You say that I am a king,” Jesus answered. “</w:t>
      </w:r>
      <w:r>
        <w:rPr>
          <w:shd w:fill="B7DDE8" w:val="clear"/>
        </w:rPr>
        <w:t xml:space="preserve">For this reason I was born and have come into the world, to testify to the truth</w:t>
      </w:r>
      <w:r>
        <w:rPr>
          <w:b w:val="false"/>
          <w:i w:val="false"/>
          <w:color w:val="000000"/>
          <w:u w:val="none"/>
        </w:rPr>
        <w:t xml:space="preserve"> [1KUW]</w:t>
      </w:r>
      <w:r>
        <w:rPr/>
        <w:t xml:space="preserve">. </w:t>
      </w:r>
      <w:r>
        <w:rPr>
          <w:shd w:fill="B7DDE8" w:val="clear"/>
        </w:rPr>
        <w:t xml:space="preserve">Everyone who belongs to the truth listens to My voice</w:t>
      </w:r>
      <w:r>
        <w:rPr>
          <w:b w:val="false"/>
          <w:i w:val="false"/>
          <w:color w:val="000000"/>
          <w:u w:val="none"/>
        </w:rPr>
        <w:t xml:space="preserve"> [1KUX]</w:t>
      </w:r>
      <w:r>
        <w:rPr/>
        <w:t xml:space="preserve">.”</w:t>
      </w:r>
    </w:p>
    <w:p>
      <w:pPr>
        <w:pStyle w:val="Yellow"/>
        <w:rPr/>
      </w:pPr>
      <w:r>
        <w:rPr/>
        <w:t xml:space="preserve">(Jn20:19ᶜ Jesus’ “disciples”¹) </w:t>
      </w:r>
      <w:r>
        <w:rPr>
          <w:b/>
        </w:rPr>
        <w:t xml:space="preserve">John 20:21</w:t>
      </w:r>
      <w:r>
        <w:rPr/>
        <w:t xml:space="preserve"> — As </w:t>
      </w:r>
      <w:r>
        <w:rPr>
          <w:shd w:fill="B7DDE8" w:val="clear"/>
        </w:rPr>
        <w:t xml:space="preserve">the Father has sent Me</w:t>
      </w:r>
      <w:r>
        <w:rPr>
          <w:b w:val="false"/>
          <w:i w:val="false"/>
          <w:color w:val="000000"/>
          <w:u w:val="none"/>
        </w:rPr>
        <w:t xml:space="preserve"> [4LBE]</w:t>
      </w:r>
      <w:r>
        <w:rPr/>
        <w:t xml:space="preserve">, so also </w:t>
      </w:r>
      <w:r>
        <w:rPr>
          <w:shd w:fill="B7DDE8" w:val="clear"/>
        </w:rPr>
        <w:t xml:space="preserve">I am sending {you}</w:t>
      </w:r>
      <w:r>
        <w:rPr>
          <w:b w:val="false"/>
          <w:i w:val="false"/>
          <w:color w:val="000000"/>
          <w:u w:val="none"/>
        </w:rPr>
        <w:t xml:space="preserve"> [1LBF]</w:t>
      </w:r>
      <w:r>
        <w:rPr/>
        <w:t xml:space="preserve">.</w:t>
      </w:r>
    </w:p>
    <w:p>
      <w:pPr>
        <w:pStyle w:val="Yellow"/>
        <w:rPr/>
      </w:pPr>
      <w:r>
        <w:rPr>
          <w:b/>
        </w:rPr>
        <w:t>Acts 13:46</w:t>
      </w:r>
      <w:r>
        <w:rPr/>
        <w:t xml:space="preserve"> — </w:t>
      </w:r>
      <w:r>
        <w:rPr>
          <w:shd w:val="clear" w:fill="B7DDE8"/>
        </w:rPr>
        <w:t>It was necessary to speak the word of God to you first</w:t>
      </w:r>
      <w:r>
        <w:rPr>
          <w:b w:val="false"/>
          <w:i w:val="false"/>
          <w:color w:val="000000"/>
          <w:u w:val="none"/>
        </w:rPr>
        <w:t xml:space="preserve"> [1CMB]</w:t>
      </w:r>
      <w:r>
        <w:rPr/>
        <w:t xml:space="preserve">. But since </w:t>
      </w:r>
      <w:r>
        <w:rPr>
          <w:shd w:val="clear" w:fill="B7DDE8"/>
        </w:rPr>
        <w:t>you reject it</w:t>
      </w:r>
      <w:r>
        <w:rPr>
          <w:b w:val="false"/>
          <w:i w:val="false"/>
          <w:color w:val="000000"/>
          <w:u w:val="none"/>
        </w:rPr>
        <w:t xml:space="preserve"> [1CMC]</w:t>
      </w:r>
      <w:r>
        <w:rPr/>
        <w:t xml:space="preserve"> and </w:t>
      </w:r>
      <w:r>
        <w:rPr>
          <w:shd w:val="clear" w:fill="B7DDE8"/>
        </w:rPr>
        <w:t>do not consider yourselves worthy of eternal life</w:t>
      </w:r>
      <w:r>
        <w:rPr>
          <w:b w:val="false"/>
          <w:i w:val="false"/>
          <w:color w:val="000000"/>
          <w:u w:val="none"/>
        </w:rPr>
        <w:t xml:space="preserve"> [1CMD]</w:t>
      </w:r>
      <w:r>
        <w:rPr/>
        <w:t xml:space="preserve">, </w:t>
      </w:r>
      <w:r>
        <w:rPr>
          <w:shd w:val="clear" w:fill="B7DDE8"/>
        </w:rPr>
        <w:t>we now turn to the Gentiles</w:t>
      </w:r>
      <w:r>
        <w:rPr>
          <w:b w:val="false"/>
          <w:i w:val="false"/>
          <w:color w:val="000000"/>
          <w:u w:val="none"/>
        </w:rPr>
        <w:t xml:space="preserve"> [1CME]</w:t>
      </w:r>
      <w:r>
        <w:rPr/>
        <w:t>.</w:t>
      </w:r>
    </w:p>
    <w:p>
      <w:pPr>
        <w:pStyle w:val="Yellow"/>
        <w:rPr/>
      </w:pPr>
      <w:r>
        <w:rPr>
          <w:b/>
        </w:rPr>
        <w:t>Acts 13:47</w:t>
      </w:r>
      <w:r>
        <w:t xml:space="preserve"> — </w:t>
      </w:r>
      <w:r>
        <w:rPr>
          <w:shd w:fill="B7DDE8" w:val="clear"/>
        </w:rPr>
        <w:t>this is what the Lord has commanded us</w:t>
      </w:r>
      <w:r>
        <w:rPr>
          <w:b w:val="false"/>
          <w:i w:val="false"/>
          <w:color w:val="000000"/>
          <w:u w:val="none"/>
        </w:rPr>
        <w:t xml:space="preserve"> [1BSH]</w:t>
      </w:r>
      <w:r>
        <w:t>: ‘</w:t>
      </w:r>
      <w:r>
        <w:rPr>
          <w:shd w:fill="B7DDE8" w:val="clear"/>
        </w:rPr>
        <w:t>I have made you a light for the Gentiles</w:t>
      </w:r>
      <w:r>
        <w:rPr>
          <w:b w:val="false"/>
          <w:i w:val="false"/>
          <w:color w:val="000000"/>
          <w:u w:val="none"/>
        </w:rPr>
        <w:t xml:space="preserve"> [1BSI]</w:t>
      </w:r>
      <w:r>
        <w:t xml:space="preserve">, </w:t>
      </w:r>
      <w:r>
        <w:rPr>
          <w:shd w:fill="F4B183" w:val="clear" w:color="auto"/>
          <w:color w:val="000000"/>
        </w:rPr>
        <w:t>to bring salvation to the ends of the earth</w:t>
      </w:r>
      <w:r>
        <w:rPr>
          <w:b w:val="false"/>
          <w:i w:val="false"/>
          <w:color w:val="000000"/>
          <w:u w:val="none"/>
          <w:shd w:val="clear" w:color="auto" w:fill="F4B183"/>
        </w:rPr>
        <w:t xml:space="preserve"> [2BSJ]</w:t>
      </w:r>
      <w:r>
        <w:t>.’</w:t>
      </w:r>
    </w:p>
    <w:p>
      <w:pPr>
        <w:pStyle w:val="Yellow"/>
        <w:rPr/>
      </w:pPr>
      <w:r>
        <w:rPr/>
        <w:t xml:space="preserve">(Ac22:14ᶜ God “has appointed” Saul¹ / 8 Jesus²) </w:t>
      </w:r>
      <w:r>
        <w:rPr>
          <w:b/>
        </w:rPr>
        <w:t xml:space="preserve">Acts 22:15</w:t>
      </w:r>
      <w:r>
        <w:rPr/>
        <w:t xml:space="preserve"> — </w:t>
      </w:r>
      <w:r>
        <w:rPr>
          <w:shd w:fill="B7DDE8" w:val="clear"/>
        </w:rPr>
        <w:t xml:space="preserve">{You} will be {His} witness to everyone of what you have seen and heard</w:t>
      </w:r>
      <w:r>
        <w:rPr>
          <w:b w:val="false"/>
          <w:i w:val="false"/>
          <w:color w:val="000000"/>
          <w:u w:val="none"/>
        </w:rPr>
        <w:t xml:space="preserve"> [1GMB]</w:t>
      </w:r>
      <w:r>
        <w:rPr/>
        <w:t xml:space="preserve">.</w:t>
      </w:r>
    </w:p>
    <w:p>
      <w:pPr>
        <w:pStyle w:val="Yellow"/>
        <w:rPr/>
        <w:pBdr>
          <w:left w:val="single" w:sz="28" w:space="5" w:color="C00000"/>
        </w:pBdr>
      </w:pPr>
      <w:r>
        <w:rPr>
          <w:b/>
          <w:u w:val="none"/>
        </w:rPr>
        <w:t xml:space="preserve">2 Timothy 4:17</w:t>
      </w:r>
      <w:r>
        <w:rPr>
          <w:u w:val="none"/>
        </w:rPr>
        <w:t xml:space="preserve"> — But </w:t>
      </w:r>
      <w:r>
        <w:rPr>
          <w:u w:val="none"/>
          <w:shd w:fill="B7DDE8" w:val="clear"/>
        </w:rPr>
        <w:t xml:space="preserve">the Lord stood by me</w:t>
      </w:r>
      <w:r>
        <w:rPr>
          <w:b w:val="false"/>
          <w:i w:val="false"/>
          <w:u w:val="none"/>
          <w:color w:val="000000"/>
        </w:rPr>
        <w:t xml:space="preserve"> [1LQA]</w:t>
      </w:r>
      <w:r>
        <w:rPr>
          <w:u w:val="none"/>
        </w:rPr>
        <w:t xml:space="preserve"> and </w:t>
      </w:r>
      <w:r>
        <w:rPr>
          <w:u w:val="none"/>
          <w:shd w:fill="B7DDE8" w:val="clear"/>
        </w:rPr>
        <w:t xml:space="preserve">strengthened me</w:t>
      </w:r>
      <w:r>
        <w:rPr>
          <w:b w:val="false"/>
          <w:i w:val="false"/>
          <w:u w:val="none"/>
          <w:color w:val="000000"/>
        </w:rPr>
        <w:t xml:space="preserve"> [2KVH]</w:t>
      </w:r>
      <w:r>
        <w:rPr>
          <w:u w:val="none"/>
        </w:rPr>
        <w:t xml:space="preserve">, </w:t>
      </w:r>
      <w:r>
        <w:rPr>
          <w:u w:val="none"/>
          <w:shd w:fill="B7DDE8" w:val="clear"/>
        </w:rPr>
        <w:t xml:space="preserve">so that through me the message would be fully proclaimed</w:t>
      </w:r>
      <w:r>
        <w:rPr>
          <w:b w:val="false"/>
          <w:i w:val="false"/>
          <w:color w:val="000000"/>
          <w:u w:val="none"/>
        </w:rPr>
        <w:t xml:space="preserve"> [1LQB]</w:t>
      </w:r>
      <w:r>
        <w:rPr>
          <w:u w:val="none"/>
        </w:rPr>
        <w:t xml:space="preserve">, and </w:t>
      </w:r>
      <w:r>
        <w:rPr>
          <w:u w:val="none"/>
          <w:shd w:fill="B7DDE8" w:val="clear"/>
        </w:rPr>
        <w:t xml:space="preserve">all the Gentiles would hear it</w:t>
      </w:r>
      <w:r>
        <w:rPr>
          <w:b w:val="false"/>
          <w:i w:val="false"/>
          <w:color w:val="000000"/>
          <w:u w:val="none"/>
        </w:rPr>
        <w:t xml:space="preserve"> [1LQC]</w:t>
      </w:r>
      <w:r>
        <w:rPr>
          <w:u w:val="none"/>
        </w:rPr>
        <w:t xml:space="preserve">. So </w:t>
      </w:r>
      <w:r>
        <w:rPr>
          <w:u w:val="none"/>
          <w:shd w:fill="B7DDE8" w:val="clear"/>
        </w:rPr>
        <w:t xml:space="preserve">I was delivered from the mouth of the lion</w:t>
      </w:r>
      <w:r>
        <w:rPr>
          <w:b w:val="false"/>
          <w:i w:val="false"/>
          <w:color w:val="000000"/>
          <w:u w:val="none"/>
        </w:rPr>
        <w:t xml:space="preserve"> [1LQD]</w:t>
      </w:r>
      <w:r>
        <w:rPr>
          <w:u w:val="none"/>
        </w:rPr>
        <w:t xml:space="preserve">.</w:t>
      </w:r>
    </w:p>
    <w:p>
      <w:pPr>
        <w:pStyle w:val="Yellow"/>
        <w:rPr/>
        <w:pBdr>
          <w:left w:val="single" w:sz="28" w:space="5" w:color="C00000"/>
        </w:pBdr>
      </w:pPr>
      <w:r>
        <w:rPr>
          <w:b/>
        </w:rPr>
        <w:t xml:space="preserve">1 Peter 2:12</w:t>
      </w:r>
      <w:r>
        <w:rPr/>
        <w:t xml:space="preserve"> — </w:t>
      </w:r>
      <w:r>
        <w:rPr>
          <w:shd w:fill="B7DDE8" w:val="clear"/>
        </w:rPr>
        <w:t xml:space="preserve">Conduct yourselves with such honor among the Gentiles</w:t>
      </w:r>
      <w:r>
        <w:rPr>
          <w:b w:val="false"/>
          <w:i w:val="false"/>
          <w:color w:val="000000"/>
          <w:u w:val="none"/>
        </w:rPr>
        <w:t xml:space="preserve"> [1FZW]</w:t>
      </w:r>
      <w:r>
        <w:rPr/>
        <w:t xml:space="preserve"> that, </w:t>
      </w:r>
      <w:r>
        <w:rPr>
          <w:shd w:fill="B7DDE8" w:val="clear"/>
        </w:rPr>
        <w:t xml:space="preserve">though they slander you as evildoers</w:t>
      </w:r>
      <w:r>
        <w:rPr>
          <w:b w:val="false"/>
          <w:i w:val="false"/>
          <w:u w:val="none"/>
          <w:color w:val="000000"/>
        </w:rPr>
        <w:t xml:space="preserve"> [1FZX]</w:t>
      </w:r>
      <w:r>
        <w:rPr/>
        <w:t xml:space="preserve">, </w:t>
      </w:r>
      <w:r>
        <w:rPr>
          <w:shd w:fill="B7DDE8" w:val="clear"/>
        </w:rPr>
        <w:t xml:space="preserve">they may see your good deeds</w:t>
      </w:r>
      <w:r>
        <w:rPr>
          <w:b w:val="false"/>
          <w:i w:val="false"/>
          <w:color w:val="000000"/>
          <w:u w:val="none"/>
        </w:rPr>
        <w:t xml:space="preserve"> [1FZY]</w:t>
      </w:r>
      <w:r>
        <w:rPr/>
        <w:t xml:space="preserve"> and </w:t>
      </w:r>
      <w:r>
        <w:rPr>
          <w:shd w:fill="B7DDE8" w:val="clear"/>
        </w:rPr>
        <w:t xml:space="preserve">glorify God on the day He visits us</w:t>
      </w:r>
      <w:r>
        <w:rPr>
          <w:b w:val="false"/>
          <w:i w:val="false"/>
          <w:u w:val="none"/>
          <w:color w:val="000000"/>
        </w:rPr>
        <w:t xml:space="preserve"> [1FZZ]</w:t>
      </w:r>
      <w:r>
        <w:rPr/>
        <w:t xml:space="preserve">.</w:t>
      </w:r>
    </w:p>
    <w:p>
      <w:r>
        <w:rPr>
          <w:b/>
          <w:sz w:val="32"/>
          <w:highlight w:val="yellow"/>
        </w:rPr>
        <w:t>Worship  (13)</w:t>
      </w:r>
    </w:p>
    <w:p>
      <w:pPr>
        <w:pStyle w:val="Yellow"/>
        <w:rPr/>
      </w:pPr>
      <w:r>
        <w:rPr>
          <w:b/>
        </w:rPr>
        <w:t xml:space="preserve">Deuteronomy 11:16–17</w:t>
      </w:r>
      <w:r>
        <w:rPr/>
        <w:t xml:space="preserve"> — But </w:t>
      </w:r>
      <w:r>
        <w:rPr>
          <w:shd w:fill="B7DDE8" w:val="clear"/>
        </w:rPr>
        <w:t xml:space="preserve">be careful that you are not enticed to turn aside to worship and bow down to other gods</w:t>
      </w:r>
      <w:r>
        <w:rPr>
          <w:b w:val="false"/>
          <w:i w:val="false"/>
          <w:u w:val="none"/>
          <w:color w:val="000000"/>
        </w:rPr>
        <w:t xml:space="preserve"> [1JDI]</w:t>
      </w:r>
      <w:r>
        <w:rPr/>
        <w:t xml:space="preserve">, or </w:t>
      </w:r>
      <w:r>
        <w:rPr>
          <w:shd w:fill="B7DDE8" w:val="clear"/>
        </w:rPr>
        <w:t xml:space="preserve">the anger of the LORD will be kindled against you</w:t>
      </w:r>
      <w:r>
        <w:rPr>
          <w:b w:val="false"/>
          <w:i w:val="false"/>
          <w:color w:val="000000"/>
          <w:u w:val="none"/>
        </w:rPr>
        <w:t xml:space="preserve"> [1JDJ]</w:t>
      </w:r>
      <w:r>
        <w:rPr/>
        <w:t xml:space="preserve">. </w:t>
      </w:r>
      <w:r>
        <w:rPr>
          <w:shd w:fill="B7DDE8" w:val="clear"/>
        </w:rPr>
        <w:t xml:space="preserve">He will shut the heavens so that there will be no rain</w:t>
      </w:r>
      <w:r>
        <w:rPr>
          <w:b w:val="false"/>
          <w:i w:val="false"/>
          <w:color w:val="000000"/>
          <w:u w:val="none"/>
        </w:rPr>
        <w:t xml:space="preserve"> [1JDK]</w:t>
      </w:r>
      <w:r>
        <w:rPr/>
        <w:t xml:space="preserve">, </w:t>
      </w:r>
      <w:r>
        <w:rPr>
          <w:shd w:fill="B7DDE8" w:val="clear"/>
        </w:rPr>
        <w:t xml:space="preserve">nor will the land yield its produce</w:t>
      </w:r>
      <w:r>
        <w:rPr>
          <w:b w:val="false"/>
          <w:i w:val="false"/>
          <w:u w:val="none"/>
          <w:color w:val="000000"/>
        </w:rPr>
        <w:t xml:space="preserve"> [2HMH]</w:t>
      </w:r>
      <w:r>
        <w:rPr/>
        <w:t xml:space="preserve">, and </w:t>
      </w:r>
      <w:r>
        <w:rPr>
          <w:shd w:fill="B7DDE8" w:val="clear"/>
        </w:rPr>
        <w:t xml:space="preserve">you will soon perish from the good land that the LORD is giving you</w:t>
      </w:r>
      <w:r>
        <w:rPr>
          <w:b w:val="false"/>
          <w:i w:val="false"/>
          <w:color w:val="000000"/>
          <w:u w:val="none"/>
        </w:rPr>
        <w:t xml:space="preserve"> [2JDL]</w:t>
      </w:r>
      <w:r>
        <w:rPr/>
        <w:t xml:space="preserve">.</w:t>
      </w:r>
    </w:p>
    <w:p>
      <w:pPr>
        <w:pStyle w:val="Yellow"/>
        <w:rPr/>
      </w:pPr>
      <w:r>
        <w:rPr>
          <w:b/>
        </w:rPr>
        <w:t xml:space="preserve">Psalm 84:10</w:t>
      </w:r>
      <w:r>
        <w:rPr/>
        <w:t xml:space="preserve"> — For </w:t>
      </w:r>
      <w:r>
        <w:rPr>
          <w:shd w:fill="B7DDE8" w:val="clear"/>
        </w:rPr>
        <w:t xml:space="preserve">better is one day in Your courts than a thousand elsewhere</w:t>
      </w:r>
      <w:r>
        <w:rPr>
          <w:b w:val="false"/>
          <w:i w:val="false"/>
          <w:color w:val="000000"/>
          <w:u w:val="none"/>
        </w:rPr>
        <w:t xml:space="preserve"> [1LHH]</w:t>
      </w:r>
      <w:r>
        <w:rPr/>
        <w:t xml:space="preserve">.</w:t>
      </w:r>
    </w:p>
    <w:p>
      <w:pPr>
        <w:pStyle w:val="Yellow"/>
        <w:rPr/>
      </w:pPr>
      <w:r>
        <w:rPr>
          <w:b/>
        </w:rPr>
        <w:t>Isaiah 1:13-14</w:t>
      </w:r>
      <w:r>
        <w:rPr/>
        <w:t xml:space="preserve"> — </w:t>
      </w:r>
      <w:r>
        <w:rPr>
          <w:shd w:val="clear" w:fill="B7DDE8"/>
        </w:rPr>
        <w:t>I cannot endure iniquity in a solemn assembly</w:t>
      </w:r>
      <w:r>
        <w:rPr>
          <w:b w:val="false"/>
          <w:i w:val="false"/>
          <w:color w:val="000000"/>
          <w:u w:val="none"/>
        </w:rPr>
        <w:t xml:space="preserve"> [1FDX]</w:t>
      </w:r>
      <w:r>
        <w:rPr/>
        <w:t xml:space="preserve">. </w:t>
      </w:r>
      <w:r>
        <w:rPr>
          <w:shd w:val="clear" w:fill="B7DDE8"/>
        </w:rPr>
        <w:t>I hate your New Moons and your appointed feasts</w:t>
      </w:r>
      <w:r>
        <w:rPr>
          <w:b w:val="false"/>
          <w:i w:val="false"/>
          <w:color w:val="000000"/>
          <w:u w:val="none"/>
        </w:rPr>
        <w:t xml:space="preserve"> [1FDY]</w:t>
      </w:r>
      <w:r>
        <w:rPr/>
        <w:t xml:space="preserve">. </w:t>
      </w:r>
      <w:r>
        <w:rPr>
          <w:shd w:val="clear" w:fill="B7DDE8"/>
        </w:rPr>
        <w:t>They have become a burden to Me; I am weary of bearing them</w:t>
      </w:r>
      <w:r>
        <w:rPr>
          <w:b w:val="false"/>
          <w:i w:val="false"/>
          <w:color w:val="000000"/>
          <w:u w:val="none"/>
        </w:rPr>
        <w:t xml:space="preserve"> [1FDZ]</w:t>
      </w:r>
      <w:r>
        <w:rPr/>
        <w:t>.</w:t>
      </w:r>
    </w:p>
    <w:p>
      <w:pPr>
        <w:pStyle w:val="Yellow"/>
        <w:rPr/>
      </w:pPr>
      <w:r>
        <w:rPr>
          <w:b/>
        </w:rPr>
        <w:t xml:space="preserve">Isaiah 2:8-9</w:t>
      </w:r>
      <w:r>
        <w:rPr/>
        <w:t xml:space="preserve"> — </w:t>
      </w:r>
      <w:r>
        <w:rPr>
          <w:shd w:fill="B7DDE8" w:val="clear"/>
        </w:rPr>
        <w:t xml:space="preserve">Their land is full of idols</w:t>
      </w:r>
      <w:r>
        <w:rPr>
          <w:b w:val="false"/>
          <w:i w:val="false"/>
          <w:color w:val="000000"/>
          <w:u w:val="none"/>
        </w:rPr>
        <w:t xml:space="preserve"> [1IAM]</w:t>
      </w:r>
      <w:r>
        <w:rPr/>
        <w:t xml:space="preserve">; </w:t>
      </w:r>
      <w:r>
        <w:rPr>
          <w:shd w:fill="B7DDE8" w:val="clear"/>
        </w:rPr>
        <w:t xml:space="preserve">they bow down to the work of their hands, to what their fingers have made</w:t>
      </w:r>
      <w:r>
        <w:rPr>
          <w:b w:val="false"/>
          <w:i w:val="false"/>
          <w:color w:val="000000"/>
          <w:u w:val="none"/>
        </w:rPr>
        <w:t xml:space="preserve"> [1IAN]</w:t>
      </w:r>
      <w:r>
        <w:rPr/>
        <w:t xml:space="preserve">. So </w:t>
      </w:r>
      <w:r>
        <w:rPr>
          <w:shd w:val="clear" w:color="auto" w:fill="D9C3E6"/>
        </w:rPr>
        <w:t xml:space="preserve">mankind is brought low, and man is humbled</w:t>
      </w:r>
      <w:r>
        <w:rPr>
          <w:b w:val="false"/>
          <w:i w:val="false"/>
          <w:color w:val="000000"/>
          <w:u w:val="none"/>
        </w:rPr>
        <w:t xml:space="preserve"> [2FCK]</w:t>
      </w:r>
    </w:p>
    <w:p>
      <w:pPr>
        <w:pStyle w:val="Green"/>
        <w:rPr/>
      </w:pPr>
      <w:r>
        <w:rPr/>
        <w:t xml:space="preserve">(Am5:10–12ᶜ because Israelites “trample on the poor” and “deprive the poor of justice”) </w:t>
      </w:r>
      <w:r>
        <w:rPr>
          <w:b/>
        </w:rPr>
        <w:t>Amos 5:21–23</w:t>
      </w:r>
      <w:r>
        <w:rPr/>
        <w:t xml:space="preserve"> — “</w:t>
      </w:r>
      <w:r>
        <w:rPr>
          <w:shd w:val="clear" w:fill="B7DDE8"/>
        </w:rPr>
        <w:t>I hate, I despise your feasts</w:t>
      </w:r>
      <w:r>
        <w:rPr>
          <w:b w:val="false"/>
          <w:i w:val="false"/>
          <w:color w:val="000000"/>
          <w:u w:val="none"/>
        </w:rPr>
        <w:t xml:space="preserve"> [1FBF]</w:t>
      </w:r>
      <w:r>
        <w:rPr/>
        <w:t xml:space="preserve">! </w:t>
      </w:r>
      <w:r>
        <w:rPr>
          <w:shd w:val="clear" w:fill="B7DDE8"/>
        </w:rPr>
        <w:t>I cannot stand the stench of your solemn assemblies</w:t>
      </w:r>
      <w:r>
        <w:rPr>
          <w:b w:val="false"/>
          <w:i w:val="false"/>
          <w:color w:val="000000"/>
          <w:u w:val="none"/>
        </w:rPr>
        <w:t xml:space="preserve"> [1FBG]</w:t>
      </w:r>
      <w:r>
        <w:rPr/>
        <w:t xml:space="preserve">. </w:t>
      </w:r>
      <w:r>
        <w:rPr>
          <w:shd w:val="clear" w:fill="B7DDE8"/>
        </w:rPr>
        <w:t>Even though you offer Me burnt offerings and grain offerings, I will not accept them</w:t>
      </w:r>
      <w:r>
        <w:rPr>
          <w:b w:val="false"/>
          <w:i w:val="false"/>
          <w:color w:val="000000"/>
          <w:u w:val="none"/>
        </w:rPr>
        <w:t xml:space="preserve"> [3FBH]</w:t>
      </w:r>
      <w:r>
        <w:rPr/>
        <w:t xml:space="preserve">; for </w:t>
      </w:r>
      <w:r>
        <w:rPr>
          <w:shd w:val="clear" w:fill="B7DDE8"/>
        </w:rPr>
        <w:t>your peace offerings of fattened cattle I will have no regard</w:t>
      </w:r>
      <w:r>
        <w:rPr>
          <w:b w:val="false"/>
          <w:i w:val="false"/>
          <w:color w:val="000000"/>
          <w:u w:val="none"/>
        </w:rPr>
        <w:t xml:space="preserve"> [2FBI]</w:t>
      </w:r>
      <w:r>
        <w:rPr/>
        <w:t xml:space="preserve">. </w:t>
      </w:r>
      <w:r>
        <w:rPr>
          <w:shd w:val="clear" w:fill="B7DDE8"/>
        </w:rPr>
        <w:t>Take away from Me the noise of your songs</w:t>
      </w:r>
      <w:r>
        <w:rPr>
          <w:b w:val="false"/>
          <w:i w:val="false"/>
          <w:color w:val="000000"/>
          <w:u w:val="none"/>
        </w:rPr>
        <w:t xml:space="preserve"> [1FBJ]</w:t>
      </w:r>
      <w:r>
        <w:rPr/>
        <w:t xml:space="preserve">! </w:t>
      </w:r>
      <w:r>
        <w:rPr>
          <w:shd w:val="clear" w:fill="B7DDE8"/>
        </w:rPr>
        <w:t>I will not listen to the music of your harps</w:t>
      </w:r>
      <w:r>
        <w:rPr>
          <w:b w:val="false"/>
          <w:i w:val="false"/>
          <w:color w:val="000000"/>
          <w:u w:val="none"/>
        </w:rPr>
        <w:t xml:space="preserve"> [1FBK]</w:t>
      </w:r>
      <w:r>
        <w:rPr/>
        <w:t>.</w:t>
      </w:r>
    </w:p>
    <w:p>
      <w:pPr>
        <w:pStyle w:val="Yellow"/>
        <w:rPr/>
      </w:pPr>
      <w:r>
        <w:rPr>
          <w:b/>
        </w:rPr>
        <w:t xml:space="preserve">Zechariah 14:16</w:t>
      </w:r>
      <w:r>
        <w:rPr/>
        <w:t xml:space="preserve"> — </w:t>
      </w:r>
      <w:r>
        <w:rPr>
          <w:shd w:fill="B7DDE8" w:val="clear"/>
        </w:rPr>
        <w:t xml:space="preserve">all the survivors from the nations that came against Jerusalem will go up year after year to worship the King, the LORD of Hosts</w:t>
      </w:r>
      <w:r>
        <w:rPr>
          <w:b w:val="false"/>
          <w:i w:val="false"/>
          <w:color w:val="000000"/>
          <w:u w:val="none"/>
        </w:rPr>
        <w:t xml:space="preserve"> [1KNH]</w:t>
      </w:r>
      <w:r>
        <w:rPr/>
        <w:t xml:space="preserve">, and to </w:t>
      </w:r>
      <w:r>
        <w:rPr>
          <w:shd w:fill="B7DDE8" w:val="clear"/>
        </w:rPr>
        <w:t xml:space="preserve">celebrate the Feast of Tabernacles</w:t>
      </w:r>
      <w:r>
        <w:rPr>
          <w:b w:val="false"/>
          <w:i w:val="false"/>
          <w:color w:val="000000"/>
          <w:u w:val="none"/>
        </w:rPr>
        <w:t xml:space="preserve"> [1KNI]</w:t>
      </w:r>
      <w:r>
        <w:rPr/>
        <w:t xml:space="preserve">.</w:t>
      </w:r>
    </w:p>
    <w:p>
      <w:pPr>
        <w:pStyle w:val="Yellow"/>
        <w:rPr/>
        <w:pBdr>
          <w:left w:val="single" w:sz="28" w:space="5" w:color="C00000"/>
        </w:pBdr>
      </w:pPr>
      <w:r>
        <w:rPr>
          <w:b/>
        </w:rPr>
        <w:t xml:space="preserve">Zechariah 14:17</w:t>
      </w:r>
      <w:r>
        <w:rPr/>
        <w:t xml:space="preserve"> — </w:t>
      </w:r>
      <w:r>
        <w:rPr>
          <w:shd w:fill="B7DDE8" w:val="clear"/>
        </w:rPr>
        <w:t xml:space="preserve">should any of the families of the earth not go up to Jerusalem to worship the King, the LORD of Hosts</w:t>
      </w:r>
      <w:r>
        <w:rPr>
          <w:b w:val="false"/>
          <w:i w:val="false"/>
          <w:color w:val="000000"/>
          <w:u w:val="none"/>
        </w:rPr>
        <w:t xml:space="preserve"> [1FXY]</w:t>
      </w:r>
      <w:r>
        <w:rPr/>
        <w:t xml:space="preserve">, then </w:t>
      </w:r>
      <w:r>
        <w:rPr>
          <w:shd w:fill="B7DDE8" w:val="clear"/>
        </w:rPr>
        <w:t xml:space="preserve">the rain will not fall on them</w:t>
      </w:r>
      <w:r>
        <w:rPr>
          <w:b w:val="false"/>
          <w:i w:val="false"/>
          <w:u w:val="none"/>
          <w:color w:val="000000"/>
        </w:rPr>
        <w:t xml:space="preserve"> [1FXZ]</w:t>
      </w:r>
      <w:r>
        <w:rPr/>
        <w:t xml:space="preserve">.</w:t>
      </w:r>
    </w:p>
    <w:p>
      <w:pPr>
        <w:pStyle w:val="Yellow"/>
        <w:rPr/>
      </w:pPr>
      <w:r>
        <w:rPr>
          <w:b/>
        </w:rPr>
        <w:t xml:space="preserve">John 4:23</w:t>
      </w:r>
      <w:r>
        <w:rPr/>
        <w:t xml:space="preserve"> — </w:t>
      </w:r>
      <w:r>
        <w:rPr>
          <w:shd w:fill="B7DDE8" w:val="clear"/>
        </w:rPr>
        <w:t xml:space="preserve">a time is coming and has now come when the true worshipers will worship the Father in spirit and in truth</w:t>
      </w:r>
      <w:r>
        <w:rPr>
          <w:b w:val="false"/>
          <w:i w:val="false"/>
          <w:color w:val="000000"/>
          <w:u w:val="none"/>
        </w:rPr>
        <w:t xml:space="preserve"> [1FXU]</w:t>
      </w:r>
      <w:r>
        <w:rPr/>
        <w:t xml:space="preserve">, for </w:t>
      </w:r>
      <w:r>
        <w:rPr>
          <w:shd w:fill="B7DDE8" w:val="clear"/>
        </w:rPr>
        <w:t xml:space="preserve">the Father is seeking such as these to worship Him</w:t>
      </w:r>
      <w:r>
        <w:rPr>
          <w:b w:val="false"/>
          <w:i w:val="false"/>
          <w:color w:val="000000"/>
          <w:u w:val="none"/>
        </w:rPr>
        <w:t xml:space="preserve"> [1FXV]</w:t>
      </w:r>
      <w:r>
        <w:rPr/>
        <w:t xml:space="preserve">.</w:t>
      </w:r>
    </w:p>
    <w:p>
      <w:pPr>
        <w:pStyle w:val="Yellow"/>
        <w:rPr/>
      </w:pPr>
      <w:r>
        <w:rPr>
          <w:b/>
        </w:rPr>
        <w:t xml:space="preserve">John 4:24</w:t>
      </w:r>
      <w:r>
        <w:rPr/>
        <w:t xml:space="preserve"> — </w:t>
      </w:r>
      <w:r>
        <w:rPr>
          <w:shd w:fill="B7DDE8" w:val="clear"/>
        </w:rPr>
        <w:t xml:space="preserve">God is Spirit</w:t>
      </w:r>
      <w:r>
        <w:rPr>
          <w:b w:val="false"/>
          <w:i w:val="false"/>
          <w:color w:val="000000"/>
          <w:u w:val="none"/>
        </w:rPr>
        <w:t xml:space="preserve"> [1FXS]</w:t>
      </w:r>
      <w:r>
        <w:rPr/>
        <w:t xml:space="preserve">, and </w:t>
      </w:r>
      <w:r>
        <w:rPr>
          <w:shd w:fill="B7DDE8" w:val="clear"/>
        </w:rPr>
        <w:t xml:space="preserve">His worshipers must worship Him in spirit and in truth</w:t>
      </w:r>
      <w:r>
        <w:rPr>
          <w:b w:val="false"/>
          <w:i w:val="false"/>
          <w:color w:val="000000"/>
          <w:u w:val="none"/>
        </w:rPr>
        <w:t xml:space="preserve"> [1FXT]</w:t>
      </w:r>
      <w:r>
        <w:rPr/>
        <w:t xml:space="preserve">.”</w:t>
      </w:r>
    </w:p>
    <w:p>
      <w:pPr>
        <w:pStyle w:val="Yellow"/>
        <w:rPr/>
      </w:pPr>
      <w:r>
        <w:rPr/>
        <w:t xml:space="preserve">(Ac7:37–39ᶜ The Israelites² “refused to obey” Moses / 41ᶜ “offered a sacrifice to the idol”¹) </w:t>
      </w:r>
      <w:r>
        <w:rPr>
          <w:b/>
        </w:rPr>
        <w:t xml:space="preserve">Acts 7:42</w:t>
      </w:r>
      <w:r>
        <w:rPr/>
        <w:t xml:space="preserve"> — {But} </w:t>
      </w:r>
      <w:r>
        <w:rPr>
          <w:shd w:fill="B7DDE8" w:val="clear"/>
        </w:rPr>
        <w:t xml:space="preserve">God turned away from {them} and gave them over to the worship of the host of heaven</w:t>
      </w:r>
      <w:r>
        <w:rPr>
          <w:b w:val="false"/>
          <w:i w:val="false"/>
          <w:color w:val="000000"/>
          <w:u w:val="none"/>
        </w:rPr>
        <w:t xml:space="preserve"> [1FXW]</w:t>
      </w:r>
      <w:r>
        <w:rPr>
          <w:b w:val="false"/>
          <w:i w:val="false"/>
          <w:u w:val="none"/>
          <w:color w:val="000000"/>
        </w:rPr>
        <w:t xml:space="preserve"> [1FXX]</w:t>
      </w:r>
    </w:p>
    <w:p>
      <w:pPr>
        <w:pStyle w:val="Yellow"/>
        <w:rPr/>
      </w:pPr>
      <w:r>
        <w:rPr/>
        <w:t xml:space="preserve">(Ac7:42ᶜ To the “house of Israel”) </w:t>
      </w:r>
      <w:r>
        <w:rPr>
          <w:b/>
        </w:rPr>
        <w:t xml:space="preserve">Acts 7:43</w:t>
      </w:r>
      <w:r>
        <w:rPr/>
        <w:t xml:space="preserve"> — </w:t>
      </w:r>
      <w:r>
        <w:rPr>
          <w:shd w:fill="B7DDE8" w:val="clear"/>
        </w:rPr>
        <w:t xml:space="preserve">You have taken along the tabernacle of Molech and the star of your god Rephan, the idols you made to worship</w:t>
      </w:r>
      <w:r>
        <w:rPr>
          <w:b w:val="false"/>
          <w:i w:val="false"/>
          <w:color w:val="000000"/>
          <w:u w:val="none"/>
        </w:rPr>
        <w:t xml:space="preserve"> [1KCS]</w:t>
      </w:r>
      <w:r>
        <w:rPr/>
        <w:t xml:space="preserve">. Therefore </w:t>
      </w:r>
      <w:r>
        <w:rPr>
          <w:shd w:fill="F4B183" w:val="clear" w:color="auto"/>
          <w:color w:val="000000"/>
        </w:rPr>
        <w:t xml:space="preserve">I will send you into exile beyond Babylon</w:t>
      </w:r>
      <w:r>
        <w:rPr>
          <w:b w:val="false"/>
          <w:i w:val="false"/>
          <w:color w:val="000000"/>
          <w:u w:val="none"/>
          <w:shd w:val="clear" w:color="auto" w:fill="F4B183"/>
        </w:rPr>
        <w:t xml:space="preserve"> [1KCT]</w:t>
      </w:r>
      <w:r>
        <w:rPr/>
        <w:t xml:space="preserve">.’</w:t>
      </w:r>
    </w:p>
    <w:p>
      <w:pPr>
        <w:pStyle w:val="Yellow"/>
        <w:rPr/>
      </w:pPr>
      <w:r>
        <w:rPr>
          <w:b/>
        </w:rPr>
        <w:t xml:space="preserve">Hebrews 12:28-29</w:t>
      </w:r>
      <w:r>
        <w:rPr/>
        <w:t xml:space="preserve"> — Therefore, since </w:t>
      </w:r>
      <w:r>
        <w:rPr>
          <w:shd w:fill="B7DDE8" w:val="clear"/>
        </w:rPr>
        <w:t xml:space="preserve">we are receiving an unshakable kingdom</w:t>
      </w:r>
      <w:r>
        <w:rPr>
          <w:b w:val="false"/>
          <w:i w:val="false"/>
          <w:u w:val="none"/>
          <w:color w:val="000000"/>
        </w:rPr>
        <w:t xml:space="preserve"> [1GEB]</w:t>
      </w:r>
      <w:r>
        <w:rPr/>
        <w:t xml:space="preserve">, </w:t>
      </w:r>
      <w:r>
        <w:rPr>
          <w:shd w:fill="B7DDE8" w:val="clear"/>
        </w:rPr>
        <w:t xml:space="preserve">let us be filled with gratitude</w:t>
      </w:r>
      <w:r>
        <w:rPr>
          <w:b w:val="false"/>
          <w:i w:val="false"/>
          <w:color w:val="000000"/>
          <w:u w:val="none"/>
        </w:rPr>
        <w:t xml:space="preserve"> [1GEC]</w:t>
      </w:r>
      <w:r>
        <w:rPr/>
        <w:t xml:space="preserve">, and so </w:t>
      </w:r>
      <w:r>
        <w:rPr>
          <w:shd w:fill="B7DDE8" w:val="clear"/>
        </w:rPr>
        <w:t xml:space="preserve">worship God acceptably with reverence and awe</w:t>
      </w:r>
      <w:r>
        <w:rPr>
          <w:b w:val="false"/>
          <w:i w:val="false"/>
          <w:color w:val="000000"/>
          <w:u w:val="none"/>
        </w:rPr>
        <w:t xml:space="preserve"> [1GED]</w:t>
      </w:r>
      <w:r>
        <w:rPr/>
        <w:t xml:space="preserve">. “For </w:t>
      </w:r>
      <w:r>
        <w:rPr>
          <w:shd w:fill="B7DDE8" w:val="clear"/>
        </w:rPr>
        <w:t xml:space="preserve">our God is a consuming fire</w:t>
      </w:r>
      <w:r>
        <w:rPr>
          <w:b w:val="false"/>
          <w:i w:val="false"/>
          <w:u w:val="none"/>
          <w:color w:val="000000"/>
        </w:rPr>
        <w:t xml:space="preserve"> [2GEE]</w:t>
      </w:r>
      <w:r>
        <w:rPr/>
        <w:t xml:space="preserve">.”</w:t>
      </w:r>
    </w:p>
    <w:p>
      <w:pPr>
        <w:pStyle w:val="Yellow"/>
        <w:rPr/>
      </w:pPr>
      <w:r>
        <w:rPr>
          <w:b/>
          <w:u w:val="none"/>
        </w:rPr>
        <w:t>Revelation 7:14–15</w:t>
      </w:r>
      <w:r>
        <w:rPr>
          <w:u w:val="none"/>
        </w:rPr>
        <w:t xml:space="preserve"> — So he replied, “</w:t>
      </w:r>
      <w:r>
        <w:rPr>
          <w:u w:val="none"/>
          <w:shd w:fill="B7DDE8" w:val="clear"/>
        </w:rPr>
        <w:t>These are the ones who have come out of the great tribulation</w:t>
      </w:r>
      <w:r>
        <w:rPr>
          <w:b w:val="false"/>
          <w:i w:val="false"/>
          <w:color w:val="000000"/>
          <w:u w:val="none"/>
        </w:rPr>
        <w:t xml:space="preserve"> [1BBS]</w:t>
      </w:r>
      <w:r>
        <w:rPr>
          <w:u w:val="none"/>
        </w:rPr>
        <w:t xml:space="preserve">; </w:t>
      </w:r>
      <w:r>
        <w:rPr>
          <w:u w:val="none"/>
          <w:shd w:fill="B7DDE8" w:val="clear"/>
        </w:rPr>
        <w:t>they have washed their robes and made them white in the blood of the Lamb</w:t>
      </w:r>
      <w:r>
        <w:rPr>
          <w:b w:val="false"/>
          <w:i w:val="false"/>
          <w:color w:val="000000"/>
          <w:u w:val="none"/>
        </w:rPr>
        <w:t xml:space="preserve"> [1BBT]</w:t>
      </w:r>
      <w:r>
        <w:rPr>
          <w:u w:val="none"/>
        </w:rPr>
        <w:t xml:space="preserve">. </w:t>
      </w:r>
      <w:r>
        <w:rPr>
          <w:u w:val="none"/>
          <w:shd w:fill="B7DDE8" w:val="clear"/>
        </w:rPr>
        <w:t>For this reason, they are before the throne of God and serve Him day and night in His temple</w:t>
      </w:r>
      <w:r>
        <w:rPr>
          <w:b w:val="false"/>
          <w:i w:val="false"/>
          <w:color w:val="000000"/>
          <w:u w:val="none"/>
        </w:rPr>
        <w:t xml:space="preserve"> [1BBU]</w:t>
      </w:r>
      <w:r>
        <w:rPr>
          <w:u w:val="none"/>
        </w:rPr>
        <w:t xml:space="preserve">; and </w:t>
      </w:r>
      <w:r>
        <w:rPr>
          <w:u w:val="none"/>
          <w:shd w:fill="F4B183" w:val="clear" w:color="auto"/>
          <w:color w:val="000000"/>
        </w:rPr>
        <w:t>the One seated on the throne will spread His tabernacle over them</w:t>
      </w:r>
      <w:r>
        <w:rPr>
          <w:b w:val="false"/>
          <w:i w:val="false"/>
          <w:color w:val="000000"/>
          <w:u w:val="none"/>
          <w:shd w:val="clear" w:color="auto" w:fill="F4B183"/>
        </w:rPr>
        <w:t xml:space="preserve"> [1BBV]</w:t>
      </w:r>
      <w:r>
        <w:rPr>
          <w:u w:val="none"/>
        </w:rPr>
        <w:t>.</w:t>
      </w:r>
    </w:p>
    <w:p>
      <w:r>
        <w:rPr>
          <w:b/>
          <w:sz w:val="32"/>
        </w:rPr>
        <w:t>Random  (83)</w:t>
      </w:r>
    </w:p>
    <w:p>
      <w:pPr>
        <w:pStyle w:val="Yellow"/>
        <w:rPr/>
        <w:shd w:val="clear" w:color="auto" w:fill="E4DFEC"/>
        <w:pBdr>
          <w:left w:val="single" w:sz="28" w:space="5" w:color="7030A0"/>
        </w:pBdr>
      </w:pPr>
      <w:r>
        <w:rPr>
          <w:u w:val="none"/>
        </w:rPr>
        <w:t xml:space="preserve">(Ge2:23 “woman”) </w:t>
      </w:r>
      <w:r>
        <w:rPr>
          <w:b/>
          <w:u w:val="none"/>
        </w:rPr>
        <w:t xml:space="preserve">Genesis 2:24</w:t>
      </w:r>
      <w:r>
        <w:rPr>
          <w:u w:val="none"/>
        </w:rPr>
        <w:t xml:space="preserve"> — {For this reason} </w:t>
      </w:r>
      <w:r>
        <w:rPr>
          <w:u w:val="none"/>
          <w:shd w:fill="B7DDE8" w:val="clear"/>
        </w:rPr>
        <w:t xml:space="preserve">a man will leave his father and mother and be united to his wife</w:t>
      </w:r>
      <w:r>
        <w:rPr>
          <w:b w:val="false"/>
          <w:i w:val="false"/>
          <w:color w:val="000000"/>
          <w:u w:val="none"/>
        </w:rPr>
        <w:t xml:space="preserve"> [2GNR]</w:t>
      </w:r>
      <w:r>
        <w:rPr>
          <w:u w:val="none"/>
        </w:rPr>
        <w:t xml:space="preserve">, and </w:t>
      </w:r>
      <w:r>
        <w:rPr>
          <w:u w:val="none"/>
          <w:shd w:fill="B7DDE8" w:val="clear"/>
        </w:rPr>
        <w:t xml:space="preserve">they will become one flesh</w:t>
      </w:r>
      <w:r>
        <w:rPr>
          <w:b w:val="false"/>
          <w:i w:val="false"/>
          <w:color w:val="000000"/>
          <w:u w:val="none"/>
        </w:rPr>
        <w:t xml:space="preserve"> [4GNS]</w:t>
      </w:r>
      <w:r>
        <w:rPr>
          <w:u w:val="none"/>
        </w:rPr>
        <w:t xml:space="preserve">.</w:t>
      </w:r>
    </w:p>
    <w:p>
      <w:pPr>
        <w:pStyle w:val="Yellow"/>
        <w:rPr/>
      </w:pPr>
      <w:r>
        <w:rPr>
          <w:b/>
        </w:rPr>
        <w:t xml:space="preserve">Genesis 3:17</w:t>
      </w:r>
      <w:r>
        <w:rPr/>
        <w:t xml:space="preserve"> — “</w:t>
      </w:r>
      <w:r>
        <w:rPr>
          <w:shd w:fill="B7DDE8" w:val="clear"/>
        </w:rPr>
        <w:t xml:space="preserve">Because you have listened to the voice of your wife and have eaten from the tree of which I commanded you not to eat</w:t>
      </w:r>
      <w:r>
        <w:rPr>
          <w:b w:val="false"/>
          <w:i w:val="false"/>
          <w:color w:val="000000"/>
          <w:u w:val="none"/>
        </w:rPr>
        <w:t xml:space="preserve"> [1GQI]</w:t>
      </w:r>
      <w:r>
        <w:rPr>
          <w:shd w:val="clear" w:color="auto" w:fill="548235"/>
          <w:color w:val="FFFFFF"/>
        </w:rPr>
        <w:t xml:space="preserve">, </w:t>
      </w:r>
      <w:r>
        <w:rPr>
          <w:shd w:fill="548235" w:val="clear" w:color="auto"/>
          <w:color w:val="FFFFFF"/>
        </w:rPr>
        <w:t xml:space="preserve">cursed is the ground because of you</w:t>
      </w:r>
      <w:r>
        <w:rPr>
          <w:b w:val="false"/>
          <w:i w:val="false"/>
          <w:color w:val="FFFFFF"/>
          <w:u w:val="none"/>
          <w:shd w:val="clear" w:color="auto" w:fill="548235"/>
        </w:rPr>
        <w:t xml:space="preserve"> [1GQJ]</w:t>
      </w:r>
      <w:r>
        <w:rPr>
          <w:shd w:val="clear" w:color="auto" w:fill="548235"/>
          <w:color w:val="FFFFFF"/>
        </w:rPr>
        <w:t xml:space="preserve">; </w:t>
      </w:r>
      <w:r>
        <w:rPr>
          <w:shd w:fill="548235" w:val="clear" w:color="auto"/>
          <w:color w:val="FFFFFF"/>
        </w:rPr>
        <w:t xml:space="preserve">through toil you will eat of it all the days of your life</w:t>
      </w:r>
      <w:r>
        <w:rPr>
          <w:b w:val="false"/>
          <w:i w:val="false"/>
          <w:color w:val="FFFFFF"/>
          <w:u w:val="none"/>
          <w:shd w:val="clear" w:color="auto" w:fill="548235"/>
        </w:rPr>
        <w:t xml:space="preserve"> [1GQK]</w:t>
      </w:r>
      <w:r>
        <w:rPr>
          <w:shd w:val="clear" w:color="auto" w:fill="548235"/>
          <w:color w:val="FFFFFF"/>
        </w:rPr>
        <w:t xml:space="preserve">.”</w:t>
      </w:r>
    </w:p>
    <w:p>
      <w:pPr>
        <w:pStyle w:val="Yellow"/>
        <w:rPr/>
      </w:pPr>
      <w:r>
        <w:rPr/>
        <w:t xml:space="preserve">(Ex21:12 “Whoever strikes and kills a man must surely be put to death”) </w:t>
      </w:r>
      <w:r>
        <w:rPr>
          <w:b/>
        </w:rPr>
        <w:t xml:space="preserve">Exodus 21:13</w:t>
      </w:r>
      <w:r>
        <w:rPr/>
        <w:t xml:space="preserve"> — If, {however}, </w:t>
      </w:r>
      <w:r>
        <w:rPr>
          <w:shd w:fill="B7DDE8" w:val="clear"/>
        </w:rPr>
        <w:t xml:space="preserve">he did not lie in wait</w:t>
      </w:r>
      <w:r>
        <w:rPr>
          <w:b w:val="false"/>
          <w:i w:val="false"/>
          <w:color w:val="000000"/>
          <w:u w:val="none"/>
        </w:rPr>
        <w:t xml:space="preserve"> [1IBS]</w:t>
      </w:r>
      <w:r>
        <w:rPr/>
        <w:t xml:space="preserve">, but </w:t>
      </w:r>
      <w:r>
        <w:rPr>
          <w:shd w:fill="B7DDE8" w:val="clear"/>
        </w:rPr>
        <w:t xml:space="preserve">God allowed it to happen</w:t>
      </w:r>
      <w:r>
        <w:rPr>
          <w:b w:val="false"/>
          <w:i w:val="false"/>
          <w:color w:val="000000"/>
          <w:u w:val="none"/>
        </w:rPr>
        <w:t xml:space="preserve"> [1IBT]</w:t>
      </w:r>
      <w:r>
        <w:rPr/>
        <w:t xml:space="preserve">, then </w:t>
      </w:r>
      <w:r>
        <w:rPr>
          <w:shd w:fill="B7DDE8" w:val="clear"/>
        </w:rPr>
        <w:t xml:space="preserve">I will appoint for you a place where he may flee</w:t>
      </w:r>
      <w:r>
        <w:rPr>
          <w:b w:val="false"/>
          <w:i w:val="false"/>
          <w:color w:val="000000"/>
          <w:u w:val="none"/>
        </w:rPr>
        <w:t xml:space="preserve"> [1IBU]</w:t>
      </w:r>
      <w:r>
        <w:rPr/>
        <w:t xml:space="preserve">.</w:t>
      </w:r>
    </w:p>
    <w:p>
      <w:pPr>
        <w:pStyle w:val="Yellow"/>
        <w:rPr/>
      </w:pPr>
      <w:r>
        <w:rPr>
          <w:u w:val="none"/>
        </w:rPr>
        <w:t xml:space="preserve">(Ex33:12 “found favor in My sight”) </w:t>
      </w:r>
      <w:r>
        <w:rPr>
          <w:b/>
          <w:u w:val="none"/>
        </w:rPr>
        <w:t>Exodus 33:14</w:t>
      </w:r>
      <w:r>
        <w:rPr>
          <w:u w:val="none"/>
        </w:rPr>
        <w:t xml:space="preserve"> — “</w:t>
      </w:r>
      <w:r>
        <w:rPr>
          <w:u w:val="none"/>
          <w:shd w:val="clear" w:fill="548235" w:color="auto"/>
          <w:color w:val="FFFFFF"/>
        </w:rPr>
        <w:t>My Presence will go with you</w:t>
      </w:r>
      <w:r>
        <w:rPr>
          <w:b w:val="false"/>
          <w:i w:val="false"/>
          <w:color w:val="FFFFFF"/>
          <w:u w:val="none"/>
          <w:shd w:val="clear" w:color="auto" w:fill="548235"/>
        </w:rPr>
        <w:t xml:space="preserve"> [1DOL]</w:t>
      </w:r>
      <w:r>
        <w:rPr>
          <w:u w:val="none"/>
          <w:shd w:val="clear" w:color="auto" w:fill="548235"/>
          <w:color w:val="FFFFFF"/>
        </w:rPr>
        <w:t xml:space="preserve">, and </w:t>
      </w:r>
      <w:r>
        <w:rPr>
          <w:u w:val="none"/>
          <w:shd w:val="clear" w:fill="B7DDE8"/>
        </w:rPr>
        <w:t>I will give you rest</w:t>
      </w:r>
      <w:r>
        <w:rPr>
          <w:b w:val="false"/>
          <w:i w:val="false"/>
          <w:color w:val="000000"/>
          <w:u w:val="none"/>
        </w:rPr>
        <w:t xml:space="preserve"> [1DOM]</w:t>
      </w:r>
      <w:r>
        <w:rPr>
          <w:u w:val="none"/>
        </w:rPr>
        <w:t>.”</w:t>
      </w:r>
    </w:p>
    <w:p>
      <w:pPr>
        <w:pStyle w:val="Yellow"/>
        <w:rPr/>
        <w:pBdr>
          <w:left w:val="single" w:sz="28" w:space="5" w:color="C00000"/>
        </w:pBdr>
      </w:pPr>
      <w:r>
        <w:rPr/>
        <w:t xml:space="preserve">(De12:10 the LORD) </w:t>
      </w:r>
      <w:r>
        <w:rPr>
          <w:b/>
        </w:rPr>
        <w:t>Deuteronomy 12:10</w:t>
      </w:r>
      <w:r>
        <w:rPr/>
        <w:t xml:space="preserve"> — </w:t>
      </w:r>
      <w:r>
        <w:rPr>
          <w:shd w:val="clear" w:fill="F4B183" w:color="auto"/>
          <w:color w:val="000000"/>
        </w:rPr>
        <w:t>{He} gives you rest from all the enemies around you</w:t>
      </w:r>
      <w:r>
        <w:rPr>
          <w:b w:val="false"/>
          <w:i w:val="false"/>
          <w:color w:val="000000"/>
          <w:u w:val="none"/>
          <w:shd w:val="clear" w:color="auto" w:fill="F4B183"/>
        </w:rPr>
        <w:t xml:space="preserve"> [2EYF]</w:t>
      </w:r>
      <w:r>
        <w:rPr/>
        <w:t xml:space="preserve"> and </w:t>
      </w:r>
      <w:r>
        <w:rPr>
          <w:shd w:val="clear" w:fill="B7DDE8"/>
        </w:rPr>
        <w:t>you dwell securely</w:t>
      </w:r>
      <w:r>
        <w:rPr>
          <w:b w:val="false"/>
          <w:i w:val="false"/>
          <w:color w:val="000000"/>
          <w:u w:val="none"/>
        </w:rPr>
        <w:t xml:space="preserve"> [1EYG]</w:t>
      </w:r>
      <w:r>
        <w:rPr/>
        <w:t>,</w:t>
      </w:r>
    </w:p>
    <w:p>
      <w:pPr>
        <w:pStyle w:val="Yellow"/>
        <w:rPr/>
        <w:pBdr>
          <w:left w:val="single" w:sz="28" w:space="5" w:color="C00000"/>
        </w:pBdr>
      </w:pPr>
      <w:r>
        <w:rPr>
          <w:b/>
          <w:shd w:val="clear" w:color="auto" w:fill="F4B183"/>
          <w:color w:val="000000"/>
        </w:rPr>
        <w:t xml:space="preserve">Deuteronomy 14:1</w:t>
      </w:r>
      <w:r>
        <w:rPr>
          <w:shd w:val="clear" w:color="auto" w:fill="F4B183"/>
          <w:color w:val="000000"/>
        </w:rPr>
        <w:t xml:space="preserve"> — </w:t>
      </w:r>
      <w:r>
        <w:rPr>
          <w:shd w:fill="F4B183" w:val="clear" w:color="auto"/>
          <w:color w:val="000000"/>
        </w:rPr>
        <w:t xml:space="preserve">You are sons of the LORD your God</w:t>
      </w:r>
      <w:r>
        <w:rPr>
          <w:b w:val="false"/>
          <w:i w:val="false"/>
          <w:color w:val="000000"/>
          <w:u w:val="none"/>
          <w:shd w:val="clear" w:color="auto" w:fill="F4B183"/>
        </w:rPr>
        <w:t xml:space="preserve"> [2LFH]</w:t>
      </w:r>
      <w:r>
        <w:rPr>
          <w:shd w:val="clear" w:color="auto" w:fill="F4B183"/>
          <w:color w:val="000000"/>
        </w:rPr>
        <w:t xml:space="preserve">;</w:t>
      </w:r>
    </w:p>
    <w:p>
      <w:pPr>
        <w:pStyle w:val="Yellow"/>
        <w:rPr/>
      </w:pPr>
      <w:r>
        <w:rPr>
          <w:b/>
          <w:u w:val="none"/>
        </w:rPr>
        <w:t>2 Samuel 7:11</w:t>
      </w:r>
      <w:r>
        <w:rPr>
          <w:u w:val="none"/>
        </w:rPr>
        <w:t xml:space="preserve"> — </w:t>
      </w:r>
      <w:r>
        <w:rPr>
          <w:u w:val="none"/>
          <w:shd w:val="clear" w:fill="B7DDE8"/>
        </w:rPr>
        <w:t>I will give you rest from all your enemies</w:t>
      </w:r>
      <w:r>
        <w:rPr>
          <w:b w:val="false"/>
          <w:i w:val="false"/>
          <w:color w:val="000000"/>
          <w:u w:val="none"/>
        </w:rPr>
        <w:t xml:space="preserve"> [2EYF]</w:t>
      </w:r>
      <w:r>
        <w:rPr>
          <w:u w:val="none"/>
        </w:rPr>
        <w:t>.</w:t>
      </w:r>
    </w:p>
    <w:p>
      <w:pPr>
        <w:pStyle w:val="Yellow"/>
        <w:rPr/>
        <w:shd w:val="clear" w:color="auto" w:fill="E4DFEC"/>
        <w:pBdr>
          <w:left w:val="single" w:sz="28" w:space="5" w:color="B4A7D6"/>
        </w:pBdr>
      </w:pPr>
      <w:r>
        <w:rPr>
          <w:b/>
          <w:u w:val="none"/>
          <w:shd w:val="clear" w:color="auto" w:fill="548235"/>
          <w:color w:val="FFFFFF"/>
        </w:rPr>
        <w:t>1 Chronicles 22:18</w:t>
      </w:r>
      <w:r>
        <w:rPr>
          <w:u w:val="none"/>
          <w:shd w:val="clear" w:color="auto" w:fill="548235"/>
          <w:color w:val="FFFFFF"/>
        </w:rPr>
        <w:t xml:space="preserve"> — “Is not </w:t>
      </w:r>
      <w:r>
        <w:rPr>
          <w:u w:val="none"/>
          <w:shd w:val="clear" w:fill="548235" w:color="auto"/>
          <w:color w:val="FFFFFF"/>
        </w:rPr>
        <w:t>the LORD your God with you</w:t>
      </w:r>
      <w:r>
        <w:rPr>
          <w:b w:val="false"/>
          <w:i w:val="false"/>
          <w:color w:val="FFFFFF"/>
          <w:u w:val="none"/>
          <w:shd w:val="clear" w:color="auto" w:fill="548235"/>
        </w:rPr>
        <w:t xml:space="preserve"> [14DJY]</w:t>
      </w:r>
      <w:r>
        <w:rPr>
          <w:u w:val="none"/>
          <w:shd w:val="clear" w:color="auto" w:fill="548235"/>
          <w:color w:val="FFFFFF"/>
        </w:rPr>
        <w:t xml:space="preserve">, and </w:t>
      </w:r>
      <w:r>
        <w:rPr>
          <w:u w:val="none"/>
          <w:shd w:val="clear" w:fill="548235" w:color="auto"/>
          <w:color w:val="FFFFFF"/>
        </w:rPr>
        <w:t>has He not granted you rest on every side</w:t>
      </w:r>
      <w:r>
        <w:rPr>
          <w:b w:val="false"/>
          <w:i w:val="false"/>
          <w:color w:val="FFFFFF"/>
          <w:u w:val="none"/>
          <w:shd w:val="clear" w:color="auto" w:fill="548235"/>
        </w:rPr>
        <w:t xml:space="preserve"> [3AFH]</w:t>
      </w:r>
      <w:r>
        <w:rPr>
          <w:u w:val="none"/>
          <w:shd w:val="clear" w:color="auto" w:fill="548235"/>
          <w:color w:val="FFFFFF"/>
        </w:rPr>
        <w:t>?</w:t>
      </w:r>
    </w:p>
    <w:p>
      <w:pPr>
        <w:pStyle w:val="Yellow"/>
        <w:rPr/>
      </w:pPr>
      <w:r>
        <w:rPr>
          <w:b/>
        </w:rPr>
        <w:t xml:space="preserve">1 Chronicles 29:11</w:t>
      </w:r>
      <w:r>
        <w:rPr/>
        <w:t xml:space="preserve"> — </w:t>
      </w:r>
      <w:r>
        <w:rPr>
          <w:shd w:fill="B7DDE8" w:val="clear"/>
        </w:rPr>
        <w:t xml:space="preserve">Yours, O LORD, is the greatness and the power and the glory and the splendor and the majesty</w:t>
      </w:r>
      <w:r>
        <w:rPr>
          <w:b w:val="false"/>
          <w:i w:val="false"/>
          <w:color w:val="000000"/>
          <w:u w:val="none"/>
        </w:rPr>
        <w:t xml:space="preserve"> [1GCH]</w:t>
      </w:r>
      <w:r>
        <w:rPr/>
        <w:t xml:space="preserve">, for </w:t>
      </w:r>
      <w:r>
        <w:rPr>
          <w:shd w:fill="B7DDE8" w:val="clear"/>
        </w:rPr>
        <w:t xml:space="preserve">everything in heaven and on earth belongs to You</w:t>
      </w:r>
      <w:r>
        <w:rPr>
          <w:b w:val="false"/>
          <w:i w:val="false"/>
          <w:color w:val="000000"/>
          <w:u w:val="none"/>
        </w:rPr>
        <w:t xml:space="preserve"> [1GCI]</w:t>
      </w:r>
      <w:r>
        <w:rPr/>
        <w:t xml:space="preserve">. </w:t>
      </w:r>
      <w:r>
        <w:rPr>
          <w:shd w:fill="B7DDE8" w:val="clear"/>
        </w:rPr>
        <w:t xml:space="preserve">Yours, O LORD, is the kingdom</w:t>
      </w:r>
      <w:r>
        <w:rPr>
          <w:b w:val="false"/>
          <w:i w:val="false"/>
          <w:color w:val="000000"/>
          <w:u w:val="none"/>
        </w:rPr>
        <w:t xml:space="preserve"> [1GCJ]</w:t>
      </w:r>
      <w:r>
        <w:rPr/>
        <w:t xml:space="preserve">, and </w:t>
      </w:r>
      <w:r>
        <w:rPr>
          <w:shd w:fill="B7DDE8" w:val="clear"/>
        </w:rPr>
        <w:t xml:space="preserve">You are exalted as head over all</w:t>
      </w:r>
      <w:r>
        <w:rPr>
          <w:b w:val="false"/>
          <w:i w:val="false"/>
          <w:color w:val="000000"/>
          <w:u w:val="none"/>
        </w:rPr>
        <w:t xml:space="preserve"> [1GCK]</w:t>
      </w:r>
      <w:r>
        <w:rPr/>
        <w:t xml:space="preserve">.</w:t>
      </w:r>
    </w:p>
    <w:p>
      <w:pPr>
        <w:pStyle w:val="Yellow"/>
        <w:rPr/>
      </w:pPr>
      <w:r>
        <w:rPr>
          <w:b/>
        </w:rPr>
        <w:t>Nehemiah 9:32</w:t>
      </w:r>
      <w:r>
        <w:t xml:space="preserve"> — </w:t>
      </w:r>
      <w:r>
        <w:rPr>
          <w:shd w:fill="B7DDE8" w:val="clear"/>
        </w:rPr>
        <w:t>our God, the great and mighty and awesome God</w:t>
      </w:r>
      <w:r>
        <w:rPr>
          <w:b w:val="false"/>
          <w:i w:val="false"/>
          <w:color w:val="000000"/>
          <w:u w:val="none"/>
        </w:rPr>
        <w:t xml:space="preserve"> [1AIF]</w:t>
      </w:r>
      <w:r>
        <w:t xml:space="preserve"> </w:t>
      </w:r>
      <w:r>
        <w:rPr>
          <w:shd w:fill="B7DDE8" w:val="clear"/>
        </w:rPr>
        <w:t>who keeps His gracious covenant</w:t>
      </w:r>
      <w:r>
        <w:rPr>
          <w:b w:val="false"/>
          <w:i w:val="false"/>
          <w:color w:val="000000"/>
          <w:u w:val="none"/>
        </w:rPr>
        <w:t xml:space="preserve"> [1AIG]</w:t>
      </w:r>
    </w:p>
    <w:p>
      <w:pPr>
        <w:pStyle w:val="Yellow"/>
        <w:rPr/>
      </w:pPr>
      <w:r>
        <w:rPr>
          <w:b/>
        </w:rPr>
        <w:t xml:space="preserve">Psalm 16:4</w:t>
      </w:r>
      <w:r>
        <w:rPr/>
        <w:t xml:space="preserve"> — </w:t>
      </w:r>
      <w:r>
        <w:rPr>
          <w:shd w:fill="B7DDE8" w:val="clear"/>
        </w:rPr>
        <w:t xml:space="preserve">Sorrows will multiply to those who chase other gods</w:t>
      </w:r>
      <w:r>
        <w:rPr>
          <w:b w:val="false"/>
          <w:i w:val="false"/>
          <w:color w:val="000000"/>
          <w:u w:val="none"/>
        </w:rPr>
        <w:t xml:space="preserve"> [1HYV]</w:t>
      </w:r>
      <w:r>
        <w:rPr/>
        <w:t xml:space="preserve">.</w:t>
      </w:r>
    </w:p>
    <w:p>
      <w:pPr>
        <w:pStyle w:val="Yellow"/>
        <w:rPr/>
      </w:pPr>
      <w:r>
        <w:rPr>
          <w:b/>
        </w:rPr>
        <w:t>Psalm 46:10</w:t>
      </w:r>
      <w:r>
        <w:rPr/>
        <w:t xml:space="preserve"> — “</w:t>
      </w:r>
      <w:r>
        <w:rPr>
          <w:shd w:val="clear" w:fill="B7DDE8"/>
        </w:rPr>
        <w:t>Be still and know that I am God</w:t>
      </w:r>
      <w:r>
        <w:rPr>
          <w:b w:val="false"/>
          <w:i w:val="false"/>
          <w:color w:val="000000"/>
          <w:u w:val="none"/>
        </w:rPr>
        <w:t xml:space="preserve"> [1FCH]</w:t>
      </w:r>
      <w:r>
        <w:rPr/>
        <w:t xml:space="preserve">; </w:t>
      </w:r>
      <w:r>
        <w:rPr>
          <w:shd w:val="clear" w:fill="B7DDE8"/>
        </w:rPr>
        <w:t>I will be exalted among the nations</w:t>
      </w:r>
      <w:r>
        <w:rPr>
          <w:b w:val="false"/>
          <w:i w:val="false"/>
          <w:color w:val="000000"/>
          <w:u w:val="none"/>
        </w:rPr>
        <w:t xml:space="preserve"> [1FCI]</w:t>
      </w:r>
      <w:r>
        <w:rPr/>
        <w:t xml:space="preserve">, </w:t>
      </w:r>
      <w:r>
        <w:rPr>
          <w:shd w:val="clear" w:fill="B7DDE8"/>
        </w:rPr>
        <w:t>I will be exalted over the earth</w:t>
      </w:r>
      <w:r>
        <w:rPr>
          <w:b w:val="false"/>
          <w:i w:val="false"/>
          <w:color w:val="000000"/>
          <w:u w:val="none"/>
        </w:rPr>
        <w:t xml:space="preserve"> [1FCJ]</w:t>
      </w:r>
      <w:r>
        <w:rPr/>
        <w:t>.”</w:t>
      </w:r>
    </w:p>
    <w:p>
      <w:pPr>
        <w:pStyle w:val="Yellow"/>
        <w:rPr/>
      </w:pPr>
      <w:r>
        <w:rPr>
          <w:b/>
          <w:u w:val="none"/>
        </w:rPr>
        <w:t>Psalm 86:8</w:t>
      </w:r>
      <w:r>
        <w:rPr>
          <w:u w:val="none"/>
        </w:rPr>
        <w:t xml:space="preserve"> — O Lord, </w:t>
      </w:r>
      <w:r>
        <w:rPr>
          <w:u w:val="none"/>
          <w:shd w:fill="B7DDE8" w:val="clear"/>
        </w:rPr>
        <w:t>there is none like You among the gods</w:t>
      </w:r>
      <w:r>
        <w:rPr>
          <w:b w:val="false"/>
          <w:i w:val="false"/>
          <w:color w:val="000000"/>
          <w:u w:val="none"/>
        </w:rPr>
        <w:t xml:space="preserve"> [7GB]</w:t>
      </w:r>
      <w:r>
        <w:rPr>
          <w:u w:val="none"/>
        </w:rPr>
        <w:t xml:space="preserve">, </w:t>
      </w:r>
      <w:r>
        <w:rPr>
          <w:u w:val="none"/>
          <w:shd w:fill="B7DDE8" w:val="clear"/>
        </w:rPr>
        <w:t>nor any works like Yours</w:t>
      </w:r>
      <w:r>
        <w:rPr>
          <w:b w:val="false"/>
          <w:i w:val="false"/>
          <w:color w:val="000000"/>
          <w:u w:val="none"/>
        </w:rPr>
        <w:t xml:space="preserve"> [1MGF]</w:t>
      </w:r>
      <w:r>
        <w:rPr>
          <w:u w:val="none"/>
        </w:rPr>
        <w:t>.</w:t>
      </w:r>
    </w:p>
    <w:p>
      <w:pPr>
        <w:pStyle w:val="Yellow"/>
        <w:rPr/>
      </w:pPr>
      <w:r>
        <w:rPr>
          <w:b/>
        </w:rPr>
        <w:t>Psalm 96:4–5</w:t>
      </w:r>
      <w:r>
        <w:t xml:space="preserve"> — For </w:t>
      </w:r>
      <w:r>
        <w:rPr/>
        <w:t>great is the LORD</w:t>
      </w:r>
      <w:r>
        <w:rPr>
          <w:b w:val="false"/>
          <w:i w:val="false"/>
          <w:color w:val="000000"/>
          <w:u w:val="none"/>
        </w:rPr>
        <w:t xml:space="preserve"> [6GC]</w:t>
      </w:r>
      <w:r>
        <w:rPr/>
        <w:t xml:space="preserve">, and </w:t>
      </w:r>
      <w:r>
        <w:rPr/>
        <w:t>greatly to be praised</w:t>
      </w:r>
      <w:r>
        <w:rPr>
          <w:b w:val="false"/>
          <w:i w:val="false"/>
          <w:u w:val="none"/>
          <w:color w:val="000000"/>
        </w:rPr>
        <w:t xml:space="preserve"> [2NJ]</w:t>
      </w:r>
      <w:r>
        <w:rPr/>
        <w:t xml:space="preserve">; </w:t>
      </w:r>
      <w:r>
        <w:rPr>
          <w:shd w:fill="B7DDE8" w:val="clear"/>
        </w:rPr>
        <w:t>He is to be feared above all gods</w:t>
      </w:r>
      <w:r>
        <w:rPr>
          <w:b w:val="false"/>
          <w:i w:val="false"/>
          <w:color w:val="000000"/>
          <w:u w:val="none"/>
        </w:rPr>
        <w:t xml:space="preserve"> [1NK]</w:t>
      </w:r>
      <w:r>
        <w:t xml:space="preserve">. For </w:t>
      </w:r>
      <w:r>
        <w:rPr>
          <w:shd w:fill="B7DDE8" w:val="clear"/>
        </w:rPr>
        <w:t>all the gods of the nations are idols</w:t>
      </w:r>
      <w:r>
        <w:rPr>
          <w:b w:val="false"/>
          <w:i w:val="false"/>
          <w:color w:val="000000"/>
          <w:u w:val="none"/>
        </w:rPr>
        <w:t xml:space="preserve"> [1NL]</w:t>
      </w:r>
      <w:r>
        <w:t xml:space="preserve">, but </w:t>
      </w:r>
      <w:r>
        <w:rPr>
          <w:shd w:fill="B7DDE8" w:val="clear"/>
        </w:rPr>
        <w:t>it is the LORD who made the heavens</w:t>
      </w:r>
      <w:r>
        <w:rPr>
          <w:b w:val="false"/>
          <w:i w:val="false"/>
          <w:color w:val="000000"/>
          <w:u w:val="none"/>
        </w:rPr>
        <w:t xml:space="preserve"> [3MGL]</w:t>
      </w:r>
      <w:r>
        <w:t>.</w:t>
      </w:r>
    </w:p>
    <w:p>
      <w:pPr>
        <w:pStyle w:val="Yellow"/>
        <w:rPr/>
      </w:pPr>
      <w:r>
        <w:rPr>
          <w:b/>
          <w:shd w:val="clear" w:color="auto" w:fill="C00000"/>
          <w:color w:val="FFFFFF"/>
        </w:rPr>
        <w:t xml:space="preserve">Psalm 97:7</w:t>
      </w:r>
      <w:r>
        <w:rPr>
          <w:shd w:val="clear" w:color="auto" w:fill="C00000"/>
          <w:color w:val="FFFFFF"/>
        </w:rPr>
        <w:t xml:space="preserve"> — </w:t>
      </w:r>
      <w:r>
        <w:rPr>
          <w:shd w:val="clear" w:color="auto" w:fill="C00000"/>
          <w:color w:val="FFFFFF"/>
        </w:rPr>
        <w:t xml:space="preserve">All worshipers of images are put to shame—those who boast in idols</w:t>
      </w:r>
      <w:r>
        <w:rPr>
          <w:b w:val="false"/>
          <w:i w:val="false"/>
          <w:u w:val="none"/>
          <w:shd w:val="clear" w:color="auto" w:fill="C00000"/>
          <w:color w:val="FFFFFF"/>
        </w:rPr>
        <w:t xml:space="preserve"> [1IAR]</w:t>
      </w:r>
      <w:r>
        <w:rPr>
          <w:shd w:val="clear" w:color="auto" w:fill="C00000"/>
          <w:color w:val="FFFFFF"/>
        </w:rPr>
        <w:t xml:space="preserve">.</w:t>
      </w:r>
    </w:p>
    <w:p>
      <w:pPr>
        <w:pStyle w:val="Yellow"/>
        <w:rPr/>
      </w:pPr>
      <w:r>
        <w:rPr>
          <w:highlight w:val="cyan"/>
        </w:rPr>
        <w:t xml:space="preserve">(Ps115:4 “idols”) </w:t>
      </w:r>
      <w:r>
        <w:rPr>
          <w:b/>
          <w:highlight w:val="cyan"/>
        </w:rPr>
        <w:t>Psalm 115:8</w:t>
      </w:r>
      <w:r>
        <w:rPr>
          <w:highlight w:val="cyan"/>
        </w:rPr>
        <w:t xml:space="preserve"> — </w:t>
      </w:r>
      <w:r>
        <w:rPr>
          <w:highlight w:val="cyan"/>
          <w:shd w:val="clear" w:fill="B7DDE8"/>
        </w:rPr>
        <w:t>Those who make {them} become like them</w:t>
      </w:r>
      <w:r>
        <w:rPr>
          <w:b w:val="false"/>
          <w:i w:val="false"/>
          <w:color w:val="000000"/>
          <w:u w:val="none"/>
        </w:rPr>
        <w:t xml:space="preserve"> [1CYC]</w:t>
      </w:r>
      <w:r>
        <w:rPr>
          <w:highlight w:val="cyan"/>
        </w:rPr>
        <w:t xml:space="preserve">, </w:t>
      </w:r>
      <w:r>
        <w:rPr>
          <w:highlight w:val="cyan"/>
          <w:shd w:val="clear" w:fill="B7DDE8"/>
        </w:rPr>
        <w:t>as do all who trust in them</w:t>
      </w:r>
      <w:r>
        <w:rPr>
          <w:b w:val="false"/>
          <w:i w:val="false"/>
          <w:color w:val="000000"/>
          <w:u w:val="none"/>
        </w:rPr>
        <w:t xml:space="preserve"> [1CYD]</w:t>
      </w:r>
      <w:r>
        <w:rPr>
          <w:highlight w:val="cyan"/>
        </w:rPr>
        <w:t>.</w:t>
      </w:r>
    </w:p>
    <w:p>
      <w:pPr>
        <w:pStyle w:val="Yellow"/>
        <w:rPr/>
      </w:pPr>
      <w:r>
        <w:rPr>
          <w:b/>
        </w:rPr>
        <w:t>Psalm 116:15</w:t>
      </w:r>
      <w:r>
        <w:rPr/>
        <w:t xml:space="preserve"> — </w:t>
      </w:r>
      <w:r>
        <w:rPr>
          <w:shd w:val="clear" w:fill="B7DDE8"/>
        </w:rPr>
        <w:t>Precious in the sight of the LORD is the death of His saints</w:t>
      </w:r>
      <w:r>
        <w:rPr>
          <w:b w:val="false"/>
          <w:i w:val="false"/>
          <w:color w:val="000000"/>
          <w:u w:val="none"/>
        </w:rPr>
        <w:t xml:space="preserve"> [1ERZ]</w:t>
      </w:r>
      <w:r>
        <w:rPr/>
        <w:t>.</w:t>
      </w:r>
    </w:p>
    <w:p>
      <w:pPr>
        <w:pStyle w:val="Yellow"/>
        <w:rPr/>
      </w:pPr>
      <w:r>
        <w:rPr>
          <w:b/>
        </w:rPr>
        <w:t xml:space="preserve">Psalm 135:5</w:t>
      </w:r>
      <w:r>
        <w:rPr/>
        <w:t xml:space="preserve"> — </w:t>
      </w:r>
      <w:r>
        <w:rPr>
          <w:shd w:val="clear" w:color="auto" w:fill="D9C3E6"/>
        </w:rPr>
        <w:t xml:space="preserve">the LORD is great</w:t>
      </w:r>
      <w:r>
        <w:rPr>
          <w:b w:val="false"/>
          <w:i w:val="false"/>
          <w:color w:val="000000"/>
          <w:u w:val="none"/>
        </w:rPr>
        <w:t xml:space="preserve"> [6GC]</w:t>
      </w:r>
      <w:r>
        <w:rPr>
          <w:shd w:val="clear" w:color="auto" w:fill="D9C3E6"/>
        </w:rPr>
        <w:t xml:space="preserve">; </w:t>
      </w:r>
      <w:r>
        <w:rPr>
          <w:shd w:fill="B7DDE8" w:val="clear"/>
        </w:rPr>
        <w:t xml:space="preserve">our Lord is above all gods</w:t>
      </w:r>
      <w:r>
        <w:rPr>
          <w:b w:val="false"/>
          <w:i w:val="false"/>
          <w:color w:val="000000"/>
          <w:u w:val="none"/>
        </w:rPr>
        <w:t xml:space="preserve"> [1LSG]</w:t>
      </w:r>
      <w:r>
        <w:rPr/>
        <w:t xml:space="preserve">.</w:t>
      </w:r>
    </w:p>
    <w:p>
      <w:pPr>
        <w:pStyle w:val="Yellow"/>
        <w:rPr/>
      </w:pPr>
      <w:r>
        <w:rPr>
          <w:b/>
        </w:rPr>
        <w:t xml:space="preserve">Proverbs 18:16</w:t>
      </w:r>
      <w:r>
        <w:rPr/>
        <w:t xml:space="preserve"> — </w:t>
      </w:r>
      <w:r>
        <w:rPr>
          <w:shd w:fill="B7DDE8" w:val="clear"/>
        </w:rPr>
        <w:t xml:space="preserve">A man’s gift opens doors for him, and brings him before great men</w:t>
      </w:r>
      <w:r>
        <w:rPr>
          <w:b w:val="false"/>
          <w:i w:val="false"/>
          <w:color w:val="000000"/>
          <w:u w:val="none"/>
        </w:rPr>
        <w:t xml:space="preserve"> [1HJV]</w:t>
      </w:r>
      <w:r>
        <w:rPr/>
        <w:t xml:space="preserve">.</w:t>
      </w:r>
    </w:p>
    <w:p>
      <w:pPr>
        <w:pStyle w:val="Yellow"/>
        <w:rPr/>
      </w:pPr>
      <w:r>
        <w:rPr>
          <w:b/>
        </w:rPr>
        <w:t xml:space="preserve">Proverbs 18:22</w:t>
      </w:r>
      <w:r>
        <w:rPr/>
        <w:t xml:space="preserve"> — </w:t>
      </w:r>
      <w:r>
        <w:rPr>
          <w:shd w:fill="B7DDE8" w:val="clear"/>
        </w:rPr>
        <w:t xml:space="preserve">He who finds a wife finds a good thing</w:t>
      </w:r>
      <w:r>
        <w:rPr>
          <w:b w:val="false"/>
          <w:i w:val="false"/>
          <w:u w:val="none"/>
          <w:color w:val="000000"/>
        </w:rPr>
        <w:t xml:space="preserve"> [1GUG]</w:t>
      </w:r>
      <w:r>
        <w:rPr/>
        <w:t xml:space="preserve"> and </w:t>
      </w:r>
      <w:r>
        <w:rPr>
          <w:shd w:fill="B7DDE8" w:val="clear"/>
        </w:rPr>
        <w:t xml:space="preserve">obtains favor from the LORD</w:t>
      </w:r>
      <w:r>
        <w:rPr>
          <w:b w:val="false"/>
          <w:i w:val="false"/>
          <w:color w:val="000000"/>
          <w:u w:val="none"/>
        </w:rPr>
        <w:t xml:space="preserve"> [2EIT]</w:t>
      </w:r>
      <w:r>
        <w:rPr/>
        <w:t xml:space="preserve">.</w:t>
      </w:r>
    </w:p>
    <w:p>
      <w:pPr>
        <w:pStyle w:val="Yellow"/>
        <w:rPr/>
      </w:pPr>
      <w:r>
        <w:rPr>
          <w:b/>
        </w:rPr>
        <w:t xml:space="preserve">Proverbs 26:2</w:t>
      </w:r>
      <w:r>
        <w:rPr/>
        <w:t xml:space="preserve"> — </w:t>
      </w:r>
      <w:r>
        <w:rPr>
          <w:shd w:fill="B7DDE8" w:val="clear"/>
        </w:rPr>
        <w:t xml:space="preserve">Like a fluttering sparrow or darting swallow, an undeserved curse does not come to rest</w:t>
      </w:r>
      <w:r>
        <w:rPr>
          <w:b w:val="false"/>
          <w:i w:val="false"/>
          <w:color w:val="000000"/>
          <w:u w:val="none"/>
        </w:rPr>
        <w:t xml:space="preserve"> [1JHQ]</w:t>
      </w:r>
      <w:r>
        <w:rPr/>
        <w:t xml:space="preserve">.</w:t>
      </w:r>
    </w:p>
    <w:p>
      <w:pPr>
        <w:pStyle w:val="Yellow"/>
        <w:rPr/>
      </w:pPr>
      <w:r>
        <w:rPr>
          <w:b/>
        </w:rPr>
        <w:t xml:space="preserve">Ecclesiastes 8:11</w:t>
      </w:r>
      <w:r>
        <w:rPr/>
        <w:t xml:space="preserve"> — </w:t>
      </w:r>
      <w:r>
        <w:rPr>
          <w:shd w:fill="B7DDE8" w:val="clear"/>
        </w:rPr>
        <w:t xml:space="preserve">When the sentence for a crime is not speedily executed, the hearts of men become fully set on doing evil</w:t>
      </w:r>
      <w:r>
        <w:rPr>
          <w:b w:val="false"/>
          <w:i w:val="false"/>
          <w:color w:val="000000"/>
          <w:u w:val="none"/>
        </w:rPr>
        <w:t xml:space="preserve"> [1IMA]</w:t>
      </w:r>
      <w:r>
        <w:rPr/>
        <w:t xml:space="preserve">.</w:t>
      </w:r>
    </w:p>
    <w:p>
      <w:pPr>
        <w:pStyle w:val="Yellow"/>
        <w:rPr/>
      </w:pPr>
      <w:r>
        <w:rPr/>
        <w:t xml:space="preserve">(Is27:8 because God contended with Jacob by warfare and exile) </w:t>
      </w:r>
      <w:r>
        <w:rPr>
          <w:b/>
        </w:rPr>
        <w:t xml:space="preserve">Isaiah 27:9</w:t>
      </w:r>
      <w:r>
        <w:rPr/>
        <w:t xml:space="preserve"> — {Therefore} </w:t>
      </w:r>
      <w:r>
        <w:rPr>
          <w:shd w:fill="B7DDE8" w:val="clear"/>
        </w:rPr>
        <w:t xml:space="preserve">Jacob’s guilt will be atoned for</w:t>
      </w:r>
      <w:r>
        <w:rPr>
          <w:b w:val="false"/>
          <w:i w:val="false"/>
          <w:u w:val="none"/>
          <w:color w:val="000000"/>
        </w:rPr>
        <w:t xml:space="preserve"> [1HWB]</w:t>
      </w:r>
      <w:r>
        <w:rPr/>
        <w:t xml:space="preserve">, and </w:t>
      </w:r>
      <w:r>
        <w:rPr>
          <w:shd w:fill="B7DDE8" w:val="clear"/>
        </w:rPr>
        <w:t xml:space="preserve">the full fruit of the removal of his sin will be this: When he makes all the altar stones like crushed bits of chalk, no Asherah poles or incense altars will remain standing</w:t>
      </w:r>
      <w:r>
        <w:rPr>
          <w:b w:val="false"/>
          <w:i w:val="false"/>
          <w:color w:val="000000"/>
          <w:u w:val="none"/>
        </w:rPr>
        <w:t xml:space="preserve"> [1HWC]</w:t>
      </w:r>
      <w:r>
        <w:rPr/>
        <w:t xml:space="preserve">.</w:t>
      </w:r>
    </w:p>
    <w:p>
      <w:pPr>
        <w:pStyle w:val="Yellow"/>
        <w:rPr/>
      </w:pPr>
      <w:r>
        <w:rPr/>
        <w:t xml:space="preserve">(Is42:16 God will guide the blind) </w:t>
      </w:r>
      <w:r>
        <w:rPr>
          <w:b/>
        </w:rPr>
        <w:t xml:space="preserve">Isaiah 42:17</w:t>
      </w:r>
      <w:r>
        <w:rPr/>
        <w:t xml:space="preserve"> — {But} </w:t>
      </w:r>
      <w:r>
        <w:rPr>
          <w:shd w:fill="B7DDE8" w:val="clear"/>
        </w:rPr>
        <w:t xml:space="preserve">those who trust in idols and say to molten images, ‘You are our gods!’ will be turned back in utter shame</w:t>
      </w:r>
      <w:r>
        <w:rPr>
          <w:b w:val="false"/>
          <w:i w:val="false"/>
          <w:color w:val="000000"/>
          <w:u w:val="none"/>
        </w:rPr>
        <w:t xml:space="preserve"> [1IAS]</w:t>
      </w:r>
      <w:r>
        <w:rPr/>
        <w:t xml:space="preserve">.</w:t>
      </w:r>
    </w:p>
    <w:p>
      <w:pPr>
        <w:pStyle w:val="Yellow"/>
        <w:rPr/>
      </w:pPr>
      <w:r>
        <w:rPr>
          <w:b/>
        </w:rPr>
        <w:t xml:space="preserve">Isaiah 44:9–11</w:t>
      </w:r>
      <w:r>
        <w:rPr/>
        <w:t xml:space="preserve"> — </w:t>
      </w:r>
      <w:r>
        <w:rPr>
          <w:shd w:fill="B7DDE8" w:val="clear"/>
        </w:rPr>
        <w:t xml:space="preserve">All makers of idols are nothing</w:t>
      </w:r>
      <w:r>
        <w:rPr>
          <w:b w:val="false"/>
          <w:i w:val="false"/>
          <w:color w:val="000000"/>
          <w:u w:val="none"/>
        </w:rPr>
        <w:t xml:space="preserve"> [1GMV]</w:t>
      </w:r>
      <w:r>
        <w:rPr/>
        <w:t xml:space="preserve">, and </w:t>
      </w:r>
      <w:r>
        <w:rPr>
          <w:shd w:fill="B7DDE8" w:val="clear"/>
        </w:rPr>
        <w:t xml:space="preserve">the things they treasure are worthless</w:t>
      </w:r>
      <w:r>
        <w:rPr>
          <w:b w:val="false"/>
          <w:i w:val="false"/>
          <w:color w:val="000000"/>
          <w:u w:val="none"/>
        </w:rPr>
        <w:t xml:space="preserve"> [1GMW]</w:t>
      </w:r>
      <w:r>
        <w:rPr/>
        <w:t xml:space="preserve">. </w:t>
      </w:r>
      <w:r>
        <w:rPr>
          <w:shd w:fill="B7DDE8" w:val="clear"/>
        </w:rPr>
        <w:t xml:space="preserve">Their witnesses fail to see or comprehend, so they are put to shame</w:t>
      </w:r>
      <w:r>
        <w:rPr>
          <w:b w:val="false"/>
          <w:i w:val="false"/>
          <w:color w:val="000000"/>
          <w:u w:val="none"/>
        </w:rPr>
        <w:t xml:space="preserve"> [1GMX]</w:t>
      </w:r>
      <w:r>
        <w:rPr/>
        <w:t xml:space="preserve">. </w:t>
      </w:r>
      <w:r>
        <w:rPr>
          <w:shd w:fill="B7DDE8" w:val="clear"/>
        </w:rPr>
        <w:t xml:space="preserve">Who fashions a god or casts an idol which profits him nothing</w:t>
      </w:r>
      <w:r>
        <w:rPr>
          <w:b w:val="false"/>
          <w:i w:val="false"/>
          <w:color w:val="000000"/>
          <w:u w:val="none"/>
        </w:rPr>
        <w:t xml:space="preserve"> [1GMY]</w:t>
      </w:r>
      <w:r>
        <w:rPr/>
        <w:t xml:space="preserve">? Behold, </w:t>
      </w:r>
      <w:r>
        <w:rPr>
          <w:shd w:fill="B7DDE8" w:val="clear"/>
        </w:rPr>
        <w:t xml:space="preserve">all his companions will be put to shame</w:t>
      </w:r>
      <w:r>
        <w:rPr>
          <w:b w:val="false"/>
          <w:i w:val="false"/>
          <w:color w:val="000000"/>
          <w:u w:val="none"/>
        </w:rPr>
        <w:t xml:space="preserve"> [1GMZ]</w:t>
      </w:r>
      <w:r>
        <w:rPr/>
        <w:t xml:space="preserve">, for </w:t>
      </w:r>
      <w:r>
        <w:rPr>
          <w:shd w:fill="B7DDE8" w:val="clear"/>
        </w:rPr>
        <w:t xml:space="preserve">the craftsmen themselves are only human</w:t>
      </w:r>
      <w:r>
        <w:rPr>
          <w:b w:val="false"/>
          <w:i w:val="false"/>
          <w:color w:val="000000"/>
          <w:u w:val="none"/>
        </w:rPr>
        <w:t xml:space="preserve"> [1GNA]</w:t>
      </w:r>
      <w:r>
        <w:rPr/>
        <w:t xml:space="preserve">. </w:t>
      </w:r>
      <w:r>
        <w:rPr>
          <w:shd w:fill="B7DDE8" w:val="clear"/>
        </w:rPr>
        <w:t xml:space="preserve">Let them all assemble and take their stand</w:t>
      </w:r>
      <w:r>
        <w:rPr>
          <w:b w:val="false"/>
          <w:i w:val="false"/>
          <w:color w:val="000000"/>
          <w:u w:val="none"/>
        </w:rPr>
        <w:t xml:space="preserve"> [1GNB]</w:t>
      </w:r>
      <w:r>
        <w:rPr/>
        <w:t xml:space="preserve">; </w:t>
      </w:r>
      <w:r>
        <w:rPr>
          <w:shd w:fill="B7DDE8" w:val="clear"/>
        </w:rPr>
        <w:t xml:space="preserve">they will all be brought to terror and shame</w:t>
      </w:r>
      <w:r>
        <w:rPr>
          <w:b w:val="false"/>
          <w:i w:val="false"/>
          <w:color w:val="000000"/>
          <w:u w:val="none"/>
        </w:rPr>
        <w:t xml:space="preserve"> [1GNC]</w:t>
      </w:r>
      <w:r>
        <w:rPr/>
        <w:t xml:space="preserve">.</w:t>
      </w:r>
    </w:p>
    <w:p>
      <w:pPr>
        <w:pStyle w:val="Yellow"/>
        <w:rPr/>
        <w:shd w:val="clear" w:color="auto" w:fill="E4DFEC"/>
        <w:pBdr>
          <w:left w:val="single" w:sz="28" w:space="5" w:color="B4A7D6"/>
        </w:pBdr>
      </w:pPr>
      <w:r>
        <w:rPr>
          <w:b/>
        </w:rPr>
        <w:t xml:space="preserve">Isaiah 46:9</w:t>
      </w:r>
      <w:r>
        <w:rPr/>
        <w:t xml:space="preserve"> — </w:t>
      </w:r>
      <w:r>
        <w:rPr>
          <w:shd w:fill="B7DDE8" w:val="clear"/>
        </w:rPr>
        <w:t xml:space="preserve">I am God, and there is no other</w:t>
      </w:r>
      <w:r>
        <w:rPr>
          <w:b w:val="false"/>
          <w:i w:val="false"/>
          <w:color w:val="000000"/>
          <w:u w:val="none"/>
        </w:rPr>
        <w:t xml:space="preserve"> [19FQ]</w:t>
      </w:r>
      <w:r>
        <w:rPr/>
        <w:t xml:space="preserve">; </w:t>
      </w:r>
      <w:r>
        <w:rPr>
          <w:shd w:fill="B7DDE8" w:val="clear"/>
        </w:rPr>
        <w:t xml:space="preserve">I am God, and there is none like Me</w:t>
      </w:r>
      <w:r>
        <w:rPr>
          <w:b w:val="false"/>
          <w:i w:val="false"/>
          <w:color w:val="000000"/>
          <w:u w:val="none"/>
        </w:rPr>
        <w:t xml:space="preserve"> [7GB]</w:t>
      </w:r>
      <w:r>
        <w:rPr/>
        <w:t xml:space="preserve">.</w:t>
      </w:r>
    </w:p>
    <w:p>
      <w:pPr>
        <w:pStyle w:val="Yellow"/>
        <w:rPr/>
      </w:pPr>
      <w:r>
        <w:rPr>
          <w:b/>
        </w:rPr>
        <w:t xml:space="preserve">Isaiah 49:1–2</w:t>
      </w:r>
      <w:r>
        <w:rPr/>
        <w:t xml:space="preserve"> — </w:t>
      </w:r>
      <w:r>
        <w:rPr>
          <w:shd w:fill="B7DDE8" w:val="clear"/>
        </w:rPr>
        <w:t xml:space="preserve">The LORD called Me from the womb</w:t>
      </w:r>
      <w:r>
        <w:rPr>
          <w:b w:val="false"/>
          <w:i w:val="false"/>
          <w:color w:val="000000"/>
          <w:u w:val="none"/>
        </w:rPr>
        <w:t xml:space="preserve"> [1KDN]</w:t>
      </w:r>
      <w:r>
        <w:rPr/>
        <w:t xml:space="preserve">; </w:t>
      </w:r>
      <w:r>
        <w:rPr>
          <w:shd w:fill="B7DDE8" w:val="clear"/>
        </w:rPr>
        <w:t xml:space="preserve">from the body of My mother He named Me</w:t>
      </w:r>
      <w:r>
        <w:rPr>
          <w:b w:val="false"/>
          <w:i w:val="false"/>
          <w:color w:val="000000"/>
          <w:u w:val="none"/>
        </w:rPr>
        <w:t xml:space="preserve"> [1KDO]</w:t>
      </w:r>
      <w:r>
        <w:rPr/>
        <w:t xml:space="preserve">. </w:t>
      </w:r>
      <w:r>
        <w:rPr>
          <w:shd w:fill="B7DDE8" w:val="clear"/>
        </w:rPr>
        <w:t xml:space="preserve">He made My mouth like a sharp sword</w:t>
      </w:r>
      <w:r>
        <w:rPr>
          <w:b w:val="false"/>
          <w:i w:val="false"/>
          <w:color w:val="000000"/>
          <w:u w:val="none"/>
        </w:rPr>
        <w:t xml:space="preserve"> [1KDP]</w:t>
      </w:r>
      <w:r>
        <w:rPr/>
        <w:t xml:space="preserve">; </w:t>
      </w:r>
      <w:r>
        <w:rPr>
          <w:shd w:fill="B7DDE8" w:val="clear"/>
        </w:rPr>
        <w:t xml:space="preserve">He hid Me in the shadow of His hand</w:t>
      </w:r>
      <w:r>
        <w:rPr>
          <w:b w:val="false"/>
          <w:i w:val="false"/>
          <w:color w:val="000000"/>
          <w:u w:val="none"/>
        </w:rPr>
        <w:t xml:space="preserve"> [1KDQ]</w:t>
      </w:r>
      <w:r>
        <w:rPr/>
        <w:t xml:space="preserve">. </w:t>
      </w:r>
      <w:r>
        <w:rPr>
          <w:shd w:fill="B7DDE8" w:val="clear"/>
        </w:rPr>
        <w:t xml:space="preserve">He made Me like a polished arrow</w:t>
      </w:r>
      <w:r>
        <w:rPr>
          <w:b w:val="false"/>
          <w:i w:val="false"/>
          <w:color w:val="000000"/>
          <w:u w:val="none"/>
        </w:rPr>
        <w:t xml:space="preserve"> [1KDR]</w:t>
      </w:r>
      <w:r>
        <w:rPr/>
        <w:t xml:space="preserve">; </w:t>
      </w:r>
      <w:r>
        <w:rPr>
          <w:shd w:fill="B7DDE8" w:val="clear"/>
        </w:rPr>
        <w:t xml:space="preserve">He hid Me in His quiver</w:t>
      </w:r>
      <w:r>
        <w:rPr>
          <w:b w:val="false"/>
          <w:i w:val="false"/>
          <w:color w:val="000000"/>
          <w:u w:val="none"/>
        </w:rPr>
        <w:t xml:space="preserve"> [1KDS]</w:t>
      </w:r>
      <w:r>
        <w:rPr/>
        <w:t xml:space="preserve">.</w:t>
      </w:r>
    </w:p>
    <w:p>
      <w:pPr>
        <w:pStyle w:val="Yellow"/>
        <w:rPr/>
      </w:pPr>
      <w:r>
        <w:rPr>
          <w:u w:val="none"/>
        </w:rPr>
        <w:t xml:space="preserve">(Is49:3 “Israel”) </w:t>
      </w:r>
      <w:r>
        <w:rPr>
          <w:b/>
          <w:u w:val="none"/>
        </w:rPr>
        <w:t xml:space="preserve">Isaiah 49:7</w:t>
      </w:r>
      <w:r>
        <w:rPr>
          <w:u w:val="none"/>
        </w:rPr>
        <w:t xml:space="preserve"> — Thus says the LORD, </w:t>
      </w:r>
      <w:r>
        <w:rPr>
          <w:u w:val="none"/>
          <w:shd w:fill="B7DDE8" w:val="clear"/>
        </w:rPr>
        <w:t xml:space="preserve">the Redeemer</w:t>
      </w:r>
      <w:r>
        <w:rPr>
          <w:b w:val="false"/>
          <w:i w:val="false"/>
          <w:u w:val="none"/>
          <w:color w:val="000000"/>
        </w:rPr>
        <w:t xml:space="preserve"> [8IT]</w:t>
      </w:r>
      <w:r>
        <w:rPr>
          <w:u w:val="none"/>
        </w:rPr>
        <w:t xml:space="preserve"> and </w:t>
      </w:r>
      <w:r>
        <w:rPr>
          <w:u w:val="none"/>
          <w:shd w:fill="B7DDE8" w:val="clear"/>
        </w:rPr>
        <w:t xml:space="preserve">Holy One of Israel</w:t>
      </w:r>
      <w:r>
        <w:rPr>
          <w:b w:val="false"/>
          <w:i w:val="false"/>
          <w:u w:val="none"/>
          <w:color w:val="000000"/>
        </w:rPr>
        <w:t xml:space="preserve"> [3AYN]</w:t>
      </w:r>
      <w:r>
        <w:rPr>
          <w:u w:val="none"/>
        </w:rPr>
        <w:t xml:space="preserve">, to </w:t>
      </w:r>
      <w:r>
        <w:rPr>
          <w:u w:val="none"/>
          <w:shd w:fill="B7DDE8" w:val="clear"/>
        </w:rPr>
        <w:t xml:space="preserve">{Him} who was despised and abhorred by the nation</w:t>
      </w:r>
      <w:r>
        <w:rPr>
          <w:b w:val="false"/>
          <w:i w:val="false"/>
          <w:color w:val="000000"/>
          <w:u w:val="none"/>
        </w:rPr>
        <w:t xml:space="preserve"> [1FYK]</w:t>
      </w:r>
      <w:r>
        <w:rPr>
          <w:u w:val="none"/>
        </w:rPr>
        <w:t xml:space="preserve">, to </w:t>
      </w:r>
      <w:r>
        <w:rPr>
          <w:u w:val="none"/>
          <w:shd w:fill="B7DDE8" w:val="clear"/>
        </w:rPr>
        <w:t xml:space="preserve">the Servant of rulers</w:t>
      </w:r>
      <w:r>
        <w:rPr>
          <w:b w:val="false"/>
          <w:i w:val="false"/>
          <w:color w:val="000000"/>
          <w:u w:val="none"/>
        </w:rPr>
        <w:t xml:space="preserve"> [1FYL]</w:t>
      </w:r>
      <w:r>
        <w:rPr>
          <w:u w:val="none"/>
        </w:rPr>
        <w:t xml:space="preserve">: “</w:t>
      </w:r>
      <w:r>
        <w:rPr>
          <w:u w:val="none"/>
          <w:shd w:fill="B7DDE8" w:val="clear"/>
        </w:rPr>
        <w:t xml:space="preserve">Kings will see You and rise, and princes will bow down</w:t>
      </w:r>
      <w:r>
        <w:rPr>
          <w:b w:val="false"/>
          <w:i w:val="false"/>
          <w:color w:val="000000"/>
          <w:u w:val="none"/>
        </w:rPr>
        <w:t xml:space="preserve"> [1FYM]</w:t>
      </w:r>
      <w:r>
        <w:rPr>
          <w:u w:val="none"/>
        </w:rPr>
        <w:t xml:space="preserve">, because of </w:t>
      </w:r>
      <w:r>
        <w:rPr>
          <w:u w:val="none"/>
          <w:shd w:fill="B7DDE8" w:val="clear"/>
        </w:rPr>
        <w:t xml:space="preserve">the LORD, who is faithful</w:t>
      </w:r>
      <w:r>
        <w:rPr>
          <w:b w:val="false"/>
          <w:i w:val="false"/>
          <w:color w:val="000000"/>
          <w:u w:val="none"/>
        </w:rPr>
        <w:t xml:space="preserve"> [11GW]</w:t>
      </w:r>
      <w:r>
        <w:rPr>
          <w:u w:val="none"/>
        </w:rPr>
        <w:t xml:space="preserve">, </w:t>
      </w:r>
      <w:r>
        <w:rPr>
          <w:u w:val="none"/>
          <w:shd w:fill="B7DDE8" w:val="clear"/>
        </w:rPr>
        <w:t xml:space="preserve">the Holy One of Israel</w:t>
      </w:r>
      <w:r>
        <w:rPr>
          <w:b w:val="false"/>
          <w:i w:val="false"/>
          <w:u w:val="none"/>
          <w:color w:val="000000"/>
        </w:rPr>
        <w:t xml:space="preserve"> [3AYN]</w:t>
      </w:r>
      <w:r>
        <w:rPr>
          <w:u w:val="none"/>
        </w:rPr>
        <w:t xml:space="preserve">, </w:t>
      </w:r>
      <w:r>
        <w:rPr>
          <w:u w:val="none"/>
          <w:shd w:fill="B7DDE8" w:val="clear"/>
        </w:rPr>
        <w:t xml:space="preserve">who has chosen You</w:t>
      </w:r>
      <w:r>
        <w:rPr>
          <w:b w:val="false"/>
          <w:i w:val="false"/>
          <w:color w:val="000000"/>
          <w:u w:val="none"/>
        </w:rPr>
        <w:t xml:space="preserve"> [3LU]</w:t>
      </w:r>
      <w:r>
        <w:rPr>
          <w:u w:val="none"/>
        </w:rPr>
        <w:t xml:space="preserve">.”</w:t>
      </w:r>
    </w:p>
    <w:p>
      <w:pPr>
        <w:pStyle w:val="Yellow"/>
        <w:rPr/>
      </w:pPr>
      <w:r>
        <w:rPr>
          <w:b/>
          <w:shd w:val="clear" w:color="auto" w:fill="548235"/>
          <w:color w:val="FFFFFF"/>
        </w:rPr>
        <w:t>Isaiah 60:19</w:t>
      </w:r>
      <w:r>
        <w:rPr>
          <w:shd w:val="clear" w:color="auto" w:fill="548235"/>
          <w:color w:val="FFFFFF"/>
        </w:rPr>
        <w:t xml:space="preserve"> — </w:t>
      </w:r>
      <w:r>
        <w:rPr>
          <w:color w:val="auto"/>
        </w:rPr>
        <w:t>No longer will the sun be your light by day, nor the brightness of the moon shine on your night</w:t>
      </w:r>
      <w:r>
        <w:rPr>
          <w:b w:val="false"/>
          <w:i w:val="false"/>
          <w:color w:val="FFFFFF"/>
          <w:u w:val="none"/>
          <w:shd w:val="clear" w:color="auto" w:fill="548235"/>
        </w:rPr>
        <w:t xml:space="preserve"> [2LJ]</w:t>
      </w:r>
      <w:r>
        <w:rPr>
          <w:shd w:val="clear" w:color="auto" w:fill="548235"/>
          <w:color w:val="FFFFFF"/>
        </w:rPr>
        <w:t xml:space="preserve">; for </w:t>
      </w:r>
      <w:r>
        <w:rPr>
          <w:shd w:fill="548235" w:val="clear" w:color="auto"/>
          <w:color w:val="FFFFFF"/>
        </w:rPr>
        <w:t>the LORD will be your everlasting light</w:t>
      </w:r>
      <w:r>
        <w:rPr>
          <w:b w:val="false"/>
          <w:i w:val="false"/>
          <w:color w:val="FFFFFF"/>
          <w:u w:val="none"/>
          <w:shd w:val="clear" w:color="auto" w:fill="548235"/>
        </w:rPr>
        <w:t xml:space="preserve"> [2JG]</w:t>
      </w:r>
      <w:r>
        <w:rPr>
          <w:shd w:val="clear" w:color="auto" w:fill="548235"/>
          <w:color w:val="FFFFFF"/>
        </w:rPr>
        <w:t xml:space="preserve">, and </w:t>
      </w:r>
      <w:r>
        <w:rPr>
          <w:shd w:fill="548235" w:val="clear" w:color="auto"/>
          <w:color w:val="FFFFFF"/>
        </w:rPr>
        <w:t>your God will be your splendor</w:t>
      </w:r>
      <w:r>
        <w:rPr>
          <w:b w:val="false"/>
          <w:i w:val="false"/>
          <w:color w:val="FFFFFF"/>
          <w:u w:val="none"/>
          <w:shd w:val="clear" w:color="auto" w:fill="548235"/>
        </w:rPr>
        <w:t xml:space="preserve"> [1JI]</w:t>
      </w:r>
      <w:r>
        <w:rPr>
          <w:shd w:val="clear" w:color="auto" w:fill="548235"/>
          <w:color w:val="FFFFFF"/>
        </w:rPr>
        <w:t>.</w:t>
      </w:r>
    </w:p>
    <w:p>
      <w:pPr>
        <w:pStyle w:val="Yellow"/>
        <w:rPr/>
      </w:pPr>
      <w:r>
        <w:rPr>
          <w:b/>
        </w:rPr>
        <w:t>Isaiah 64:4</w:t>
      </w:r>
      <w:r>
        <w:rPr/>
        <w:t xml:space="preserve"> — </w:t>
      </w:r>
      <w:r>
        <w:rPr>
          <w:shd w:fill="B7DDE8" w:val="clear"/>
        </w:rPr>
        <w:t>From ancient times no one has heard, no ear has perceived, no eye has seen any God besides You</w:t>
      </w:r>
      <w:r>
        <w:rPr>
          <w:b w:val="false"/>
          <w:i w:val="false"/>
          <w:color w:val="000000"/>
          <w:u w:val="none"/>
        </w:rPr>
        <w:t xml:space="preserve"> [1LVP]</w:t>
      </w:r>
      <w:r>
        <w:rPr/>
        <w:t xml:space="preserve">, </w:t>
      </w:r>
      <w:r>
        <w:rPr>
          <w:shd w:fill="B7DDE8" w:val="clear"/>
        </w:rPr>
        <w:t>who acts on behalf of those who wait for Him</w:t>
      </w:r>
      <w:r>
        <w:rPr>
          <w:b w:val="false"/>
          <w:i w:val="false"/>
          <w:color w:val="000000"/>
          <w:u w:val="none"/>
        </w:rPr>
        <w:t xml:space="preserve"> [1LVQ]</w:t>
      </w:r>
      <w:r>
        <w:rPr/>
        <w:t>.</w:t>
      </w:r>
    </w:p>
    <w:p>
      <w:pPr>
        <w:pStyle w:val="Yellow"/>
        <w:rPr/>
      </w:pPr>
      <w:r>
        <w:rPr/>
        <w:t xml:space="preserve">(Je10:3–5 idols) </w:t>
      </w:r>
      <w:r>
        <w:rPr>
          <w:b/>
        </w:rPr>
        <w:t>Jeremiah 10:5</w:t>
      </w:r>
      <w:r>
        <w:rPr/>
        <w:t xml:space="preserve"> — </w:t>
      </w:r>
      <w:r>
        <w:rPr>
          <w:shd w:val="clear" w:fill="B7DDE8"/>
        </w:rPr>
        <w:t>Do not fear {them}</w:t>
      </w:r>
      <w:r>
        <w:rPr>
          <w:b w:val="false"/>
          <w:i w:val="false"/>
          <w:color w:val="000000"/>
          <w:u w:val="none"/>
        </w:rPr>
        <w:t xml:space="preserve"> [1CWI]</w:t>
      </w:r>
      <w:r>
        <w:rPr/>
        <w:t xml:space="preserve">, for </w:t>
      </w:r>
      <w:r>
        <w:rPr>
          <w:shd w:val="clear" w:fill="B7DDE8"/>
        </w:rPr>
        <w:t>they can do no harm</w:t>
      </w:r>
      <w:r>
        <w:rPr>
          <w:b w:val="false"/>
          <w:i w:val="false"/>
          <w:color w:val="000000"/>
          <w:u w:val="none"/>
        </w:rPr>
        <w:t xml:space="preserve"> [1CWJ]</w:t>
      </w:r>
      <w:r>
        <w:rPr/>
        <w:t xml:space="preserve">, and </w:t>
      </w:r>
      <w:r>
        <w:rPr>
          <w:shd w:val="clear" w:fill="B7DDE8"/>
        </w:rPr>
        <w:t>neither can they do any good</w:t>
      </w:r>
      <w:r>
        <w:rPr>
          <w:b w:val="false"/>
          <w:i w:val="false"/>
          <w:color w:val="000000"/>
          <w:u w:val="none"/>
        </w:rPr>
        <w:t xml:space="preserve"> [1CWK]</w:t>
      </w:r>
      <w:r>
        <w:rPr/>
        <w:t>.”</w:t>
      </w:r>
    </w:p>
    <w:p>
      <w:pPr>
        <w:pStyle w:val="Yellow"/>
        <w:rPr/>
      </w:pPr>
      <w:r>
        <w:rPr>
          <w:u w:val="none"/>
        </w:rPr>
        <w:t xml:space="preserve">(Ek17:15,18ᶜ Because the king “rebelled against Babylon” and “despised the oath by breaking the covenant”) </w:t>
      </w:r>
      <w:r>
        <w:rPr>
          <w:b/>
          <w:u w:val="none"/>
        </w:rPr>
        <w:t xml:space="preserve">Ezekiel 17:21</w:t>
      </w:r>
      <w:r>
        <w:rPr>
          <w:u w:val="none"/>
        </w:rPr>
        <w:t xml:space="preserve"> — </w:t>
      </w:r>
      <w:r>
        <w:rPr>
          <w:u w:val="none"/>
          <w:color w:val="auto"/>
        </w:rPr>
        <w:t xml:space="preserve">All {his} choice troops </w:t>
      </w:r>
      <w:r>
        <w:rPr>
          <w:u w:val="none"/>
          <w:color w:val="auto"/>
        </w:rPr>
        <w:t xml:space="preserve">will fall by the sword</w:t>
      </w:r>
      <w:r>
        <w:rPr>
          <w:b w:val="false"/>
          <w:i w:val="false"/>
          <w:color w:val="auto"/>
          <w:u w:val="none"/>
        </w:rPr>
        <w:t xml:space="preserve"> [1KDB]</w:t>
      </w:r>
      <w:r>
        <w:rPr>
          <w:u w:val="none"/>
          <w:color w:val="auto"/>
        </w:rPr>
        <w:t xml:space="preserve">, and </w:t>
      </w:r>
      <w:r>
        <w:rPr>
          <w:u w:val="none"/>
          <w:color w:val="auto"/>
        </w:rPr>
        <w:t xml:space="preserve">those who survive will be scattered to every wind</w:t>
      </w:r>
      <w:r>
        <w:rPr>
          <w:b w:val="false"/>
          <w:i w:val="false"/>
          <w:color w:val="auto"/>
          <w:u w:val="none"/>
        </w:rPr>
        <w:t xml:space="preserve"> [1KDC]</w:t>
      </w:r>
      <w:r>
        <w:rPr>
          <w:u w:val="none"/>
        </w:rPr>
        <w:t xml:space="preserve">. Then </w:t>
      </w:r>
      <w:r>
        <w:rPr>
          <w:u w:val="none"/>
          <w:shd w:fill="B7DDE8" w:val="clear"/>
        </w:rPr>
        <w:t xml:space="preserve">you will know that I, the LORD, have spoken</w:t>
      </w:r>
      <w:r>
        <w:rPr>
          <w:b w:val="false"/>
          <w:i w:val="false"/>
          <w:color w:val="000000"/>
          <w:u w:val="none"/>
        </w:rPr>
        <w:t xml:space="preserve"> [1KDD]</w:t>
      </w:r>
      <w:r>
        <w:rPr>
          <w:u w:val="none"/>
        </w:rPr>
        <w:t xml:space="preserve">.’</w:t>
      </w:r>
    </w:p>
    <w:p>
      <w:pPr>
        <w:pStyle w:val="Yellow"/>
        <w:rPr/>
      </w:pPr>
      <w:r>
        <w:rPr/>
        <w:t xml:space="preserve">&lt;15&gt;</w:t>
      </w:r>
      <w:r>
        <w:rPr>
          <w:b/>
        </w:rPr>
        <w:t xml:space="preserve">Hosea 9:15</w:t>
      </w:r>
      <w:r>
        <w:rPr/>
        <w:t xml:space="preserve"> — </w:t>
      </w:r>
      <w:r>
        <w:rPr>
          <w:shd w:fill="B7DDE8" w:val="clear"/>
        </w:rPr>
        <w:t xml:space="preserve">All their evil appears at Gilgal</w:t>
      </w:r>
      <w:r>
        <w:rPr>
          <w:b w:val="false"/>
          <w:i w:val="false"/>
          <w:color w:val="000000"/>
          <w:u w:val="none"/>
        </w:rPr>
        <w:t xml:space="preserve"> [1HYX]</w:t>
      </w:r>
      <w:r>
        <w:rPr/>
        <w:t xml:space="preserve">, </w:t>
      </w:r>
      <w:r>
        <w:rPr>
          <w:shd w:fill="B7DDE8" w:val="clear"/>
        </w:rPr>
        <w:t xml:space="preserve">for there I hated them</w:t>
      </w:r>
      <w:r>
        <w:rPr>
          <w:b w:val="false"/>
          <w:i w:val="false"/>
          <w:color w:val="000000"/>
          <w:u w:val="none"/>
        </w:rPr>
        <w:t xml:space="preserve"> [1HYY]</w:t>
      </w:r>
      <w:r>
        <w:rPr/>
        <w:t xml:space="preserve">. </w:t>
      </w:r>
      <w:r>
        <w:rPr>
          <w:shd w:fill="B7DDE8" w:val="clear"/>
        </w:rPr>
        <w:t xml:space="preserve">I will drive them from My house for the wickedness of their deeds</w:t>
      </w:r>
      <w:r>
        <w:rPr>
          <w:b w:val="false"/>
          <w:i w:val="false"/>
          <w:color w:val="000000"/>
          <w:u w:val="none"/>
        </w:rPr>
        <w:t xml:space="preserve"> [1HYZ]</w:t>
      </w:r>
      <w:r>
        <w:rPr/>
        <w:t xml:space="preserve">. </w:t>
      </w:r>
      <w:r>
        <w:rPr>
          <w:shd w:fill="B7DDE8" w:val="clear"/>
        </w:rPr>
        <w:t xml:space="preserve">I will no longer love them</w:t>
      </w:r>
      <w:r>
        <w:rPr>
          <w:b w:val="false"/>
          <w:i w:val="false"/>
          <w:color w:val="000000"/>
          <w:u w:val="none"/>
        </w:rPr>
        <w:t xml:space="preserve"> [1HZA]</w:t>
      </w:r>
      <w:r>
        <w:rPr/>
        <w:t xml:space="preserve">; </w:t>
      </w:r>
      <w:r>
        <w:rPr>
          <w:shd w:fill="B7DDE8" w:val="clear"/>
        </w:rPr>
        <w:t xml:space="preserve">all their leaders are rebellious</w:t>
      </w:r>
      <w:r>
        <w:rPr>
          <w:b w:val="false"/>
          <w:i w:val="false"/>
          <w:color w:val="000000"/>
          <w:u w:val="none"/>
        </w:rPr>
        <w:t xml:space="preserve"> [1HZB]</w:t>
      </w:r>
      <w:r>
        <w:rPr/>
        <w:t xml:space="preserve">.</w:t>
      </w:r>
    </w:p>
    <w:p>
      <w:pPr>
        <w:pStyle w:val="Yellow"/>
        <w:rPr/>
      </w:pPr>
      <w:r>
        <w:rPr/>
        <w:t xml:space="preserve">&lt;15&gt;</w:t>
      </w:r>
      <w:r>
        <w:rPr>
          <w:b/>
        </w:rPr>
        <w:t xml:space="preserve">Hosea 9:17</w:t>
      </w:r>
      <w:r>
        <w:rPr/>
        <w:t xml:space="preserve"> — </w:t>
      </w:r>
      <w:r>
        <w:rPr>
          <w:shd w:fill="B7DDE8" w:val="clear"/>
        </w:rPr>
        <w:t xml:space="preserve">My God will reject them because they have not obeyed Him</w:t>
      </w:r>
      <w:r>
        <w:rPr>
          <w:b w:val="false"/>
          <w:i w:val="false"/>
          <w:color w:val="000000"/>
          <w:u w:val="none"/>
        </w:rPr>
        <w:t xml:space="preserve"> [1HZC]</w:t>
      </w:r>
      <w:r>
        <w:rPr/>
        <w:t xml:space="preserve">; and </w:t>
      </w:r>
      <w:r>
        <w:rPr>
          <w:shd w:fill="B7DDE8" w:val="clear"/>
        </w:rPr>
        <w:t xml:space="preserve">they shall be wanderers among the nations</w:t>
      </w:r>
      <w:r>
        <w:rPr>
          <w:b w:val="false"/>
          <w:i w:val="false"/>
          <w:u w:val="none"/>
          <w:color w:val="000000"/>
        </w:rPr>
        <w:t xml:space="preserve"> [1HZD]</w:t>
      </w:r>
      <w:r>
        <w:rPr/>
        <w:t xml:space="preserve">.</w:t>
      </w:r>
    </w:p>
    <w:p>
      <w:pPr>
        <w:pStyle w:val="Yellow"/>
        <w:rPr/>
      </w:pPr>
      <w:r>
        <w:rPr/>
        <w:t xml:space="preserve">&lt;15&gt;</w:t>
      </w:r>
      <w:r>
        <w:rPr>
          <w:b/>
        </w:rPr>
        <w:t xml:space="preserve">Hosea 10:2</w:t>
      </w:r>
      <w:r>
        <w:rPr/>
        <w:t xml:space="preserve"> — </w:t>
      </w:r>
      <w:r>
        <w:rPr>
          <w:shd w:fill="B7DDE8" w:val="clear"/>
        </w:rPr>
        <w:t xml:space="preserve">Their hearts are devious</w:t>
      </w:r>
      <w:r>
        <w:rPr>
          <w:b w:val="false"/>
          <w:i w:val="false"/>
          <w:color w:val="000000"/>
          <w:u w:val="none"/>
        </w:rPr>
        <w:t xml:space="preserve"> [1HZE]</w:t>
      </w:r>
      <w:r>
        <w:rPr/>
        <w:t xml:space="preserve">; </w:t>
      </w:r>
      <w:r>
        <w:rPr>
          <w:shd w:fill="B7DDE8" w:val="clear"/>
        </w:rPr>
        <w:t xml:space="preserve">now they must bear their guilt</w:t>
      </w:r>
      <w:r>
        <w:rPr>
          <w:b w:val="false"/>
          <w:i w:val="false"/>
          <w:color w:val="000000"/>
          <w:u w:val="none"/>
        </w:rPr>
        <w:t xml:space="preserve"> [1HZF]</w:t>
      </w:r>
      <w:r>
        <w:rPr/>
        <w:t xml:space="preserve">. </w:t>
      </w:r>
      <w:r>
        <w:rPr>
          <w:shd w:fill="B7DDE8" w:val="clear"/>
        </w:rPr>
        <w:t xml:space="preserve">The Lord will break down their altars and demolish their sacred pillars</w:t>
      </w:r>
      <w:r>
        <w:rPr>
          <w:b w:val="false"/>
          <w:i w:val="false"/>
          <w:color w:val="000000"/>
          <w:u w:val="none"/>
        </w:rPr>
        <w:t xml:space="preserve"> [1HZG]</w:t>
      </w:r>
      <w:r>
        <w:rPr>
          <w:b w:val="false"/>
          <w:i w:val="false"/>
          <w:color w:val="000000"/>
          <w:u w:val="none"/>
        </w:rPr>
        <w:t xml:space="preserve"> [1HZH]</w:t>
      </w:r>
      <w:r>
        <w:rPr/>
        <w:t xml:space="preserve">.</w:t>
      </w:r>
    </w:p>
    <w:p>
      <w:pPr>
        <w:pStyle w:val="Green"/>
        <w:rPr/>
      </w:pPr>
      <w:r>
        <w:rPr/>
        <w:t xml:space="preserve">(Mal2:14 “between you and the wife of your youth”) </w:t>
      </w:r>
      <w:r>
        <w:rPr>
          <w:b/>
        </w:rPr>
        <w:t>Malachi 2:15</w:t>
      </w:r>
      <w:r>
        <w:rPr/>
        <w:t xml:space="preserve"> — </w:t>
      </w:r>
      <w:r>
        <w:rPr>
          <w:shd w:val="clear" w:fill="F4B183" w:color="auto"/>
          <w:color w:val="000000"/>
        </w:rPr>
        <w:t>Has not the LORD made {them} one, having a portion of the Spirit</w:t>
      </w:r>
      <w:r>
        <w:rPr>
          <w:b w:val="false"/>
          <w:i w:val="false"/>
          <w:color w:val="000000"/>
          <w:u w:val="none"/>
          <w:shd w:val="clear" w:color="auto" w:fill="F4B183"/>
        </w:rPr>
        <w:t xml:space="preserve"> [1FJA]</w:t>
      </w:r>
      <w:r>
        <w:rPr/>
        <w:t xml:space="preserve">? And why one? Because </w:t>
      </w:r>
      <w:r>
        <w:rPr>
          <w:shd w:val="clear" w:fill="B7DDE8"/>
        </w:rPr>
        <w:t>He seeks godly offspring</w:t>
      </w:r>
      <w:r>
        <w:rPr>
          <w:b w:val="false"/>
          <w:i w:val="false"/>
          <w:color w:val="000000"/>
          <w:u w:val="none"/>
        </w:rPr>
        <w:t xml:space="preserve"> [1FJB]</w:t>
      </w:r>
      <w:r>
        <w:rPr/>
        <w:t>.</w:t>
      </w:r>
    </w:p>
    <w:p>
      <w:pPr>
        <w:pStyle w:val="Yellow"/>
        <w:rPr/>
      </w:pPr>
      <w:r>
        <w:rPr>
          <w:b/>
        </w:rPr>
        <w:t xml:space="preserve">Malachi 2:16</w:t>
      </w:r>
      <w:r>
        <w:rPr/>
        <w:t xml:space="preserve"> — </w:t>
      </w:r>
      <w:r>
        <w:rPr>
          <w:shd w:fill="B7DDE8" w:val="clear"/>
        </w:rPr>
        <w:t xml:space="preserve">I hate divorce</w:t>
      </w:r>
      <w:r>
        <w:rPr>
          <w:b w:val="false"/>
          <w:i w:val="false"/>
          <w:color w:val="000000"/>
          <w:u w:val="none"/>
        </w:rPr>
        <w:t xml:space="preserve"> [1GQL]</w:t>
      </w:r>
      <w:r>
        <w:rPr/>
        <w:t xml:space="preserve">.</w:t>
      </w:r>
    </w:p>
    <w:p>
      <w:pPr>
        <w:pStyle w:val="Yellow"/>
        <w:rPr/>
      </w:pPr>
      <w:r>
        <w:rPr>
          <w:b/>
          <w:u w:val="none"/>
        </w:rPr>
        <w:t>Matthew 3:11</w:t>
      </w:r>
      <w:r>
        <w:rPr>
          <w:u w:val="none"/>
        </w:rPr>
        <w:t xml:space="preserve"> — </w:t>
      </w:r>
      <w:r>
        <w:rPr>
          <w:u w:val="none"/>
          <w:shd w:fill="B7DDE8" w:val="clear"/>
        </w:rPr>
        <w:t>after me will come One more powerful than I</w:t>
      </w:r>
      <w:r>
        <w:rPr>
          <w:b w:val="false"/>
          <w:i w:val="false"/>
          <w:color w:val="000000"/>
          <w:u w:val="none"/>
        </w:rPr>
        <w:t xml:space="preserve"> [2BJX]</w:t>
      </w:r>
      <w:r>
        <w:rPr>
          <w:u w:val="none"/>
        </w:rPr>
        <w:t xml:space="preserve">, </w:t>
      </w:r>
      <w:r>
        <w:rPr>
          <w:u w:val="none"/>
          <w:shd w:fill="B7DDE8" w:val="clear"/>
        </w:rPr>
        <w:t>whose sandals I am not worthy to carry</w:t>
      </w:r>
      <w:r>
        <w:rPr>
          <w:b w:val="false"/>
          <w:i w:val="false"/>
          <w:color w:val="000000"/>
          <w:u w:val="none"/>
        </w:rPr>
        <w:t xml:space="preserve"> [2BJY]</w:t>
      </w:r>
      <w:r>
        <w:rPr>
          <w:u w:val="none"/>
        </w:rPr>
        <w:t>.</w:t>
      </w:r>
      <w:r>
        <w:rPr>
          <w:u w:val="none"/>
          <w:shd w:fill="F4CCCC" w:val="clear"/>
        </w:rPr>
        <w:t xml:space="preserve"> </w:t>
      </w:r>
      <w:r>
        <w:rPr>
          <w:u w:val="none"/>
          <w:shd w:fill="B7DDE8" w:val="clear"/>
        </w:rPr>
        <w:t>He will baptize you with the Holy Spirit and with fire</w:t>
      </w:r>
      <w:r>
        <w:rPr>
          <w:b w:val="false"/>
          <w:i w:val="false"/>
          <w:color w:val="000000"/>
          <w:u w:val="none"/>
        </w:rPr>
        <w:t xml:space="preserve"> [2BJZ]</w:t>
      </w:r>
      <w:r>
        <w:rPr>
          <w:u w:val="none"/>
          <w:shd w:fill="F4CCCC" w:val="clear"/>
        </w:rPr>
        <w:t>.</w:t>
      </w:r>
    </w:p>
    <w:p>
      <w:pPr>
        <w:pStyle w:val="Yellow"/>
        <w:rPr/>
      </w:pPr>
      <w:r>
        <w:rPr>
          <w:b/>
        </w:rPr>
        <w:t>Matthew 5:9</w:t>
      </w:r>
      <w:r>
        <w:rPr/>
        <w:t xml:space="preserve"> — </w:t>
      </w:r>
      <w:r>
        <w:rPr>
          <w:shd w:val="clear" w:fill="B7DDE8"/>
        </w:rPr>
        <w:t>Blessed are the peacemakers</w:t>
      </w:r>
      <w:r>
        <w:rPr>
          <w:b w:val="false"/>
          <w:i w:val="false"/>
          <w:color w:val="000000"/>
          <w:u w:val="none"/>
        </w:rPr>
        <w:t xml:space="preserve"> [1EKI]</w:t>
      </w:r>
      <w:r>
        <w:rPr/>
        <w:t xml:space="preserve">, for </w:t>
      </w:r>
      <w:r>
        <w:rPr>
          <w:shd w:val="clear" w:fill="B7DDE8"/>
        </w:rPr>
        <w:t>they will be called sons of God</w:t>
      </w:r>
      <w:r>
        <w:rPr>
          <w:b w:val="false"/>
          <w:i w:val="false"/>
          <w:color w:val="000000"/>
          <w:u w:val="none"/>
        </w:rPr>
        <w:t xml:space="preserve"> [1EKJ]</w:t>
      </w:r>
      <w:r>
        <w:rPr/>
        <w:t>.</w:t>
      </w:r>
    </w:p>
    <w:p>
      <w:pPr>
        <w:pStyle w:val="Yellow"/>
        <w:rPr/>
      </w:pPr>
      <w:r>
        <w:rPr>
          <w:b/>
        </w:rPr>
        <w:t xml:space="preserve">Matthew 5:32</w:t>
      </w:r>
      <w:r>
        <w:rPr/>
        <w:t xml:space="preserve"> — </w:t>
      </w:r>
      <w:r>
        <w:rPr>
          <w:shd w:fill="B7DDE8" w:val="clear"/>
        </w:rPr>
        <w:t xml:space="preserve">anyone who divorces his wife, except for sexual immorality, brings adultery upon her</w:t>
      </w:r>
      <w:r>
        <w:rPr>
          <w:b w:val="false"/>
          <w:i w:val="false"/>
          <w:color w:val="000000"/>
          <w:u w:val="none"/>
        </w:rPr>
        <w:t xml:space="preserve"> [1GSF]</w:t>
      </w:r>
      <w:r>
        <w:rPr/>
        <w:t xml:space="preserve">. And </w:t>
      </w:r>
      <w:r>
        <w:rPr>
          <w:shd w:fill="B7DDE8" w:val="clear"/>
        </w:rPr>
        <w:t xml:space="preserve">he who marries a divorced woman commits adultery</w:t>
      </w:r>
      <w:r>
        <w:rPr>
          <w:b w:val="false"/>
          <w:i w:val="false"/>
          <w:color w:val="000000"/>
          <w:u w:val="none"/>
        </w:rPr>
        <w:t xml:space="preserve"> [2GSD]</w:t>
      </w:r>
      <w:r>
        <w:rPr/>
        <w:t xml:space="preserve">.</w:t>
      </w:r>
    </w:p>
    <w:p>
      <w:pPr>
        <w:pStyle w:val="Yellow"/>
        <w:rPr/>
      </w:pPr>
      <w:r>
        <w:rPr>
          <w:b/>
        </w:rPr>
        <w:t>Matthew 11:11</w:t>
      </w:r>
      <w:r>
        <w:t xml:space="preserve"> — Truly I tell you, </w:t>
      </w:r>
      <w:r>
        <w:rPr>
          <w:shd w:fill="B7DDE8" w:val="clear"/>
        </w:rPr>
        <w:t>among those born of women there has risen no one greater than John the Baptist</w:t>
      </w:r>
      <w:r>
        <w:rPr>
          <w:b w:val="false"/>
          <w:i w:val="false"/>
          <w:color w:val="000000"/>
          <w:u w:val="none"/>
        </w:rPr>
        <w:t xml:space="preserve"> [2AZM]</w:t>
      </w:r>
      <w:r>
        <w:t xml:space="preserve">. Yet </w:t>
      </w:r>
      <w:r>
        <w:rPr>
          <w:shd w:fill="B7DDE8" w:val="clear"/>
        </w:rPr>
        <w:t>even the least in the kingdom of heaven is greater than he</w:t>
      </w:r>
      <w:r>
        <w:rPr>
          <w:b w:val="false"/>
          <w:i w:val="false"/>
          <w:color w:val="000000"/>
          <w:u w:val="none"/>
        </w:rPr>
        <w:t xml:space="preserve"> [2AZN]</w:t>
      </w:r>
      <w:r>
        <w:t>.</w:t>
      </w:r>
    </w:p>
    <w:p>
      <w:pPr>
        <w:pStyle w:val="Yellow"/>
        <w:rPr/>
      </w:pPr>
      <w:r>
        <w:rPr>
          <w:b/>
        </w:rPr>
        <w:t>Matthew 13:52</w:t>
      </w:r>
      <w:r>
        <w:t xml:space="preserve"> — </w:t>
      </w:r>
      <w:r>
        <w:rPr>
          <w:shd w:fill="B7DDE8" w:val="clear"/>
        </w:rPr>
        <w:t>every scribe who has been discipled in the kingdom of heaven is like a homeowner who brings out of his storeroom new treasures as well as old</w:t>
      </w:r>
      <w:r>
        <w:rPr>
          <w:b w:val="false"/>
          <w:i w:val="false"/>
          <w:color w:val="000000"/>
          <w:u w:val="none"/>
        </w:rPr>
        <w:t xml:space="preserve"> [1ASF]</w:t>
      </w:r>
      <w:r>
        <w:t>.”</w:t>
      </w:r>
    </w:p>
    <w:p>
      <w:pPr>
        <w:pStyle w:val="Yellow"/>
        <w:rPr/>
      </w:pPr>
      <w:r>
        <w:rPr>
          <w:shd w:val="clear" w:color="auto" w:fill="F4B183"/>
          <w:color w:val="000000"/>
        </w:rPr>
        <w:t xml:space="preserve">(Mt19:5 Husband and wife² “will become one flesh”¹) </w:t>
      </w:r>
      <w:r>
        <w:rPr>
          <w:b/>
          <w:shd w:val="clear" w:color="auto" w:fill="F4B183"/>
          <w:color w:val="000000"/>
        </w:rPr>
        <w:t xml:space="preserve">Matthew 19:6</w:t>
      </w:r>
      <w:r>
        <w:rPr>
          <w:shd w:val="clear" w:color="auto" w:fill="F4B183"/>
          <w:color w:val="000000"/>
        </w:rPr>
        <w:t xml:space="preserve"> — {So} </w:t>
      </w:r>
      <w:r>
        <w:rPr>
          <w:color w:val="000000"/>
          <w:shd w:val="clear" w:color="auto" w:fill="D9C3E6"/>
        </w:rPr>
        <w:t xml:space="preserve">{they} are no longer two, but one flesh</w:t>
      </w:r>
      <w:r>
        <w:rPr>
          <w:b w:val="false"/>
          <w:i w:val="false"/>
          <w:color w:val="000000"/>
          <w:u w:val="none"/>
          <w:shd w:val="clear" w:color="auto" w:fill="F4B183"/>
        </w:rPr>
        <w:t xml:space="preserve"> [4GNS]</w:t>
      </w:r>
      <w:r>
        <w:rPr>
          <w:shd w:val="clear" w:color="auto" w:fill="F4B183"/>
          <w:color w:val="000000"/>
        </w:rPr>
        <w:t xml:space="preserve">. Therefore </w:t>
      </w:r>
      <w:r>
        <w:rPr>
          <w:shd w:fill="F4B183" w:val="clear" w:color="auto"/>
          <w:color w:val="000000"/>
        </w:rPr>
        <w:t xml:space="preserve">what God has joined together, let man not separate</w:t>
      </w:r>
      <w:r>
        <w:rPr>
          <w:b w:val="false"/>
          <w:i w:val="false"/>
          <w:color w:val="000000"/>
          <w:u w:val="none"/>
          <w:shd w:val="clear" w:color="auto" w:fill="F4B183"/>
        </w:rPr>
        <w:t xml:space="preserve"> [1IEV]</w:t>
      </w:r>
      <w:r>
        <w:rPr>
          <w:shd w:val="clear" w:color="auto" w:fill="F4B183"/>
          <w:color w:val="000000"/>
        </w:rPr>
        <w:t xml:space="preserve">.”</w:t>
      </w:r>
    </w:p>
    <w:p>
      <w:pPr>
        <w:pStyle w:val="Yellow"/>
        <w:rPr/>
      </w:pPr>
      <w:r>
        <w:rPr>
          <w:b/>
          <w:u w:val="none"/>
        </w:rPr>
        <w:t xml:space="preserve">Matthew 19:9</w:t>
      </w:r>
      <w:r>
        <w:rPr>
          <w:u w:val="none"/>
        </w:rPr>
        <w:t xml:space="preserve"> — I tell you that </w:t>
      </w:r>
      <w:r>
        <w:rPr>
          <w:u w:val="none"/>
          <w:shd w:fill="B7DDE8" w:val="clear"/>
        </w:rPr>
        <w:t xml:space="preserve">whoever divorces his wife, except for sexual immorality, and marries another woman commits adultery</w:t>
      </w:r>
      <w:r>
        <w:rPr>
          <w:b w:val="false"/>
          <w:i w:val="false"/>
          <w:color w:val="000000"/>
          <w:u w:val="none"/>
        </w:rPr>
        <w:t xml:space="preserve"> [1GSB]</w:t>
      </w:r>
      <w:r>
        <w:rPr>
          <w:u w:val="none"/>
        </w:rPr>
        <w:t xml:space="preserve">.”</w:t>
      </w:r>
    </w:p>
    <w:p>
      <w:pPr>
        <w:pStyle w:val="Yellow"/>
        <w:rPr/>
      </w:pPr>
      <w:r>
        <w:rPr/>
        <w:t xml:space="preserve">(Mt20:1ᶜ In the “kingdom of heaven”) </w:t>
      </w:r>
      <w:r>
        <w:rPr>
          <w:b/>
        </w:rPr>
        <w:t xml:space="preserve">Matthew 19:30</w:t>
      </w:r>
      <w:r>
        <w:rPr/>
        <w:t xml:space="preserve"> — </w:t>
      </w:r>
      <w:r>
        <w:rPr>
          <w:shd w:fill="B7DDE8" w:val="clear"/>
        </w:rPr>
        <w:t xml:space="preserve">many who are first will be last, and the last will be first</w:t>
      </w:r>
      <w:r>
        <w:rPr>
          <w:b w:val="false"/>
          <w:i w:val="false"/>
          <w:color w:val="000000"/>
          <w:u w:val="none"/>
        </w:rPr>
        <w:t xml:space="preserve"> [1LQU]</w:t>
      </w:r>
      <w:r>
        <w:rPr/>
        <w:t xml:space="preserve">.</w:t>
      </w:r>
    </w:p>
    <w:p>
      <w:pPr>
        <w:pStyle w:val="Yellow"/>
        <w:rPr/>
      </w:pPr>
      <w:r>
        <w:rPr>
          <w:b/>
          <w:u w:val="none"/>
        </w:rPr>
        <w:t xml:space="preserve">Mark 10:6–8</w:t>
      </w:r>
      <w:r>
        <w:rPr>
          <w:u w:val="none"/>
        </w:rPr>
        <w:t xml:space="preserve"> — However, </w:t>
      </w:r>
      <w:r>
        <w:rPr>
          <w:u w:val="none"/>
          <w:shd w:fill="B7DDE8" w:val="clear"/>
        </w:rPr>
        <w:t xml:space="preserve">from the beginning of creation, ‘God made them male and female</w:t>
      </w:r>
      <w:r>
        <w:rPr>
          <w:b w:val="false"/>
          <w:i w:val="false"/>
          <w:color w:val="000000"/>
          <w:u w:val="none"/>
        </w:rPr>
        <w:t xml:space="preserve"> [1GNQ]</w:t>
      </w:r>
      <w:r>
        <w:rPr>
          <w:u w:val="none"/>
        </w:rPr>
        <w:t xml:space="preserve">.’‘For this reason </w:t>
      </w:r>
      <w:r>
        <w:rPr>
          <w:u w:val="none"/>
          <w:shd w:fill="B7DDE8" w:val="clear"/>
        </w:rPr>
        <w:t xml:space="preserve">a man will leave his father and mother and be united to his wife</w:t>
      </w:r>
      <w:r>
        <w:rPr>
          <w:b w:val="false"/>
          <w:i w:val="false"/>
          <w:color w:val="000000"/>
          <w:u w:val="none"/>
        </w:rPr>
        <w:t xml:space="preserve"> [2GNR]</w:t>
      </w:r>
      <w:r>
        <w:rPr>
          <w:u w:val="none"/>
        </w:rPr>
        <w:t xml:space="preserve">, and </w:t>
      </w:r>
      <w:r>
        <w:rPr>
          <w:u w:val="none"/>
          <w:shd w:fill="B7DDE8" w:val="clear"/>
        </w:rPr>
        <w:t xml:space="preserve">the two will become one flesh</w:t>
      </w:r>
      <w:r>
        <w:rPr>
          <w:b w:val="false"/>
          <w:i w:val="false"/>
          <w:color w:val="000000"/>
          <w:u w:val="none"/>
        </w:rPr>
        <w:t xml:space="preserve"> [4GNS]</w:t>
      </w:r>
      <w:r>
        <w:rPr>
          <w:u w:val="none"/>
        </w:rPr>
        <w:t xml:space="preserve">.’ So </w:t>
      </w:r>
      <w:r>
        <w:rPr>
          <w:u w:val="none"/>
          <w:shd w:fill="B7DDE8" w:val="clear"/>
        </w:rPr>
        <w:t xml:space="preserve">they are no longer two, but one flesh</w:t>
      </w:r>
      <w:r>
        <w:rPr>
          <w:b w:val="false"/>
          <w:i w:val="false"/>
          <w:color w:val="000000"/>
          <w:u w:val="none"/>
        </w:rPr>
        <w:t xml:space="preserve"> [4GNS]</w:t>
      </w:r>
      <w:r>
        <w:rPr>
          <w:u w:val="none"/>
        </w:rPr>
        <w:t xml:space="preserve">.</w:t>
      </w:r>
    </w:p>
    <w:p>
      <w:pPr>
        <w:pStyle w:val="Yellow"/>
        <w:rPr/>
      </w:pPr>
      <w:r>
        <w:rPr>
          <w:b/>
          <w:u w:val="none"/>
        </w:rPr>
        <w:t xml:space="preserve">Mark 10:11</w:t>
      </w:r>
      <w:r>
        <w:rPr>
          <w:u w:val="none"/>
        </w:rPr>
        <w:t xml:space="preserve"> — </w:t>
      </w:r>
      <w:r>
        <w:rPr>
          <w:u w:val="none"/>
          <w:shd w:fill="B7DDE8" w:val="clear"/>
        </w:rPr>
        <w:t xml:space="preserve">Whoever divorces his wife and marries another woman commits adultery</w:t>
      </w:r>
      <w:r>
        <w:rPr>
          <w:u w:val="none"/>
          <w:shd w:fill="B7DDE8" w:val="clear"/>
        </w:rPr>
        <w:t xml:space="preserve"> against her</w:t>
      </w:r>
      <w:r>
        <w:rPr>
          <w:b w:val="false"/>
          <w:i w:val="false"/>
          <w:color w:val="000000"/>
          <w:u w:val="none"/>
        </w:rPr>
        <w:t xml:space="preserve"> [2GSC]</w:t>
      </w:r>
      <w:r>
        <w:rPr>
          <w:u w:val="none"/>
        </w:rPr>
        <w:t xml:space="preserve">.</w:t>
      </w:r>
    </w:p>
    <w:p>
      <w:pPr>
        <w:pStyle w:val="Yellow"/>
        <w:rPr/>
      </w:pPr>
      <w:r>
        <w:rPr>
          <w:b/>
        </w:rPr>
        <w:t xml:space="preserve">Mark 10:12</w:t>
      </w:r>
      <w:r>
        <w:rPr/>
        <w:t xml:space="preserve"> — </w:t>
      </w:r>
      <w:r>
        <w:rPr>
          <w:shd w:fill="B7DDE8" w:val="clear"/>
        </w:rPr>
        <w:t xml:space="preserve">if a woman divorces her husband and marries another man, she commits adultery</w:t>
      </w:r>
      <w:r>
        <w:rPr>
          <w:b w:val="false"/>
          <w:i w:val="false"/>
          <w:color w:val="000000"/>
          <w:u w:val="none"/>
        </w:rPr>
        <w:t xml:space="preserve"> [1GSE]</w:t>
      </w:r>
      <w:r>
        <w:rPr/>
        <w:t xml:space="preserve">.”</w:t>
      </w:r>
    </w:p>
    <w:p>
      <w:pPr>
        <w:pStyle w:val="Yellow"/>
        <w:rPr/>
      </w:pPr>
      <w:r>
        <w:rPr>
          <w:b/>
          <w:highlight w:val="cyan"/>
        </w:rPr>
        <w:t>Mark 10:45</w:t>
      </w:r>
      <w:r>
        <w:rPr>
          <w:highlight w:val="cyan"/>
        </w:rPr>
        <w:t xml:space="preserve"> — </w:t>
      </w:r>
      <w:r>
        <w:rPr>
          <w:highlight w:val="cyan"/>
          <w:shd w:fill="B7DDE8" w:val="clear"/>
        </w:rPr>
        <w:t>the Son of Man did not come to be served</w:t>
      </w:r>
      <w:r>
        <w:rPr>
          <w:b w:val="false"/>
          <w:i w:val="false"/>
          <w:color w:val="000000"/>
          <w:u w:val="none"/>
        </w:rPr>
        <w:t xml:space="preserve"> [1AYA]</w:t>
      </w:r>
      <w:r>
        <w:rPr>
          <w:highlight w:val="cyan"/>
        </w:rPr>
        <w:t xml:space="preserve">, </w:t>
      </w:r>
      <w:r>
        <w:rPr>
          <w:highlight w:val="cyan"/>
          <w:shd w:fill="B7DDE8" w:val="clear"/>
        </w:rPr>
        <w:t>but to serve</w:t>
      </w:r>
      <w:r>
        <w:rPr>
          <w:b w:val="false"/>
          <w:i w:val="false"/>
          <w:color w:val="000000"/>
          <w:u w:val="none"/>
        </w:rPr>
        <w:t xml:space="preserve"> [1AYB]</w:t>
      </w:r>
      <w:r>
        <w:rPr>
          <w:highlight w:val="cyan"/>
          <w:color w:val="auto"/>
        </w:rPr>
        <w:t xml:space="preserve">, and </w:t>
      </w:r>
      <w:r>
        <w:rPr>
          <w:highlight w:val="cyan"/>
          <w:color w:val="auto"/>
        </w:rPr>
        <w:t>to give His life as a ransom for many</w:t>
      </w:r>
      <w:r>
        <w:rPr>
          <w:b w:val="false"/>
          <w:i w:val="false"/>
          <w:color w:val="FFFFFF"/>
          <w:u w:val="none"/>
          <w:shd w:val="clear" w:color="auto" w:fill="548235"/>
        </w:rPr>
        <w:t xml:space="preserve"> [1AYC]</w:t>
      </w:r>
      <w:r>
        <w:rPr>
          <w:highlight w:val="cyan"/>
          <w:shd w:val="clear" w:color="auto" w:fill="548235"/>
          <w:color w:val="FFFFFF"/>
        </w:rPr>
        <w:t>.</w:t>
      </w:r>
    </w:p>
    <w:p>
      <w:pPr>
        <w:pStyle w:val="Yellow"/>
        <w:rPr/>
      </w:pPr>
      <w:r>
        <w:rPr>
          <w:u w:val="none"/>
          <w:shd w:val="clear" w:color="auto" w:fill="C00000"/>
          <w:color w:val="FFFFFF"/>
        </w:rPr>
        <w:t xml:space="preserve">(Mk12:26 “God”) </w:t>
      </w:r>
      <w:r>
        <w:rPr>
          <w:b/>
          <w:u w:val="none"/>
          <w:shd w:val="clear" w:color="auto" w:fill="C00000"/>
          <w:color w:val="FFFFFF"/>
        </w:rPr>
        <w:t xml:space="preserve">Mark 12:27</w:t>
      </w:r>
      <w:r>
        <w:rPr>
          <w:u w:val="none"/>
          <w:shd w:val="clear" w:color="auto" w:fill="C00000"/>
          <w:color w:val="FFFFFF"/>
        </w:rPr>
        <w:t xml:space="preserve"> — </w:t>
      </w:r>
      <w:r>
        <w:rPr>
          <w:u w:val="none"/>
          <w:shd w:val="clear" w:color="auto" w:fill="C00000"/>
          <w:color w:val="FFFFFF"/>
        </w:rPr>
        <w:t xml:space="preserve">{He} is not the God of the dead, but of the living</w:t>
      </w:r>
      <w:r>
        <w:rPr>
          <w:b w:val="false"/>
          <w:i w:val="false"/>
          <w:u w:val="none"/>
          <w:shd w:val="clear" w:color="auto" w:fill="C00000"/>
          <w:color w:val="FFFFFF"/>
        </w:rPr>
        <w:t xml:space="preserve"> [3EVH]</w:t>
      </w:r>
      <w:r>
        <w:rPr>
          <w:u w:val="none"/>
          <w:shd w:val="clear" w:color="auto" w:fill="C00000"/>
          <w:color w:val="FFFFFF"/>
        </w:rPr>
        <w:t xml:space="preserve">.</w:t>
      </w:r>
    </w:p>
    <w:p>
      <w:pPr>
        <w:pStyle w:val="Yellow"/>
        <w:rPr/>
      </w:pPr>
      <w:r>
        <w:rPr>
          <w:u w:val="none"/>
          <w:color w:val="auto"/>
        </w:rPr>
        <w:t xml:space="preserve">(Lk3:21 “Jesus”) </w:t>
      </w:r>
      <w:r>
        <w:rPr>
          <w:b/>
          <w:u w:val="none"/>
          <w:color w:val="auto"/>
        </w:rPr>
        <w:t>Luke 3:16</w:t>
      </w:r>
      <w:r>
        <w:rPr>
          <w:u w:val="none"/>
          <w:color w:val="auto"/>
        </w:rPr>
        <w:t xml:space="preserve"> — </w:t>
      </w:r>
      <w:r>
        <w:rPr>
          <w:u w:val="none"/>
          <w:color w:val="auto"/>
        </w:rPr>
        <w:t>{One} more powerful than I will come</w:t>
      </w:r>
      <w:r>
        <w:rPr>
          <w:b w:val="false"/>
          <w:i w:val="false"/>
          <w:u w:val="none"/>
          <w:color w:val="auto"/>
        </w:rPr>
        <w:t xml:space="preserve"> [2BJX]</w:t>
      </w:r>
      <w:r>
        <w:rPr>
          <w:u w:val="none"/>
          <w:color w:val="auto"/>
        </w:rPr>
        <w:t xml:space="preserve">, </w:t>
      </w:r>
      <w:r>
        <w:rPr>
          <w:u w:val="none"/>
          <w:color w:val="auto"/>
        </w:rPr>
        <w:t>the straps of whose sandals I am not worthy to untie</w:t>
      </w:r>
      <w:r>
        <w:rPr>
          <w:b w:val="false"/>
          <w:i w:val="false"/>
          <w:u w:val="none"/>
          <w:color w:val="auto"/>
        </w:rPr>
        <w:t xml:space="preserve"> [2BJY]</w:t>
      </w:r>
      <w:r>
        <w:rPr>
          <w:u w:val="none"/>
          <w:color w:val="auto"/>
        </w:rPr>
        <w:t xml:space="preserve">. </w:t>
      </w:r>
      <w:r>
        <w:rPr>
          <w:u w:val="none"/>
          <w:color w:val="auto"/>
        </w:rPr>
        <w:t>He will baptize you with the Holy Spirit and with fire</w:t>
      </w:r>
      <w:r>
        <w:rPr>
          <w:b w:val="false"/>
          <w:i w:val="false"/>
          <w:u w:val="none"/>
          <w:color w:val="auto"/>
        </w:rPr>
        <w:t xml:space="preserve"> [2BJZ]</w:t>
      </w:r>
      <w:r>
        <w:rPr>
          <w:u w:val="none"/>
          <w:color w:val="auto"/>
        </w:rPr>
        <w:t>.</w:t>
      </w:r>
    </w:p>
    <w:p>
      <w:pPr>
        <w:pStyle w:val="Yellow"/>
        <w:rPr/>
      </w:pPr>
      <w:r>
        <w:rPr>
          <w:b/>
          <w:shd w:val="clear" w:color="auto" w:fill="C00000"/>
          <w:color w:val="FFFFFF"/>
        </w:rPr>
        <w:t>Luke 7:28</w:t>
      </w:r>
      <w:r>
        <w:rPr>
          <w:shd w:val="clear" w:color="auto" w:fill="C00000"/>
          <w:color w:val="FFFFFF"/>
        </w:rPr>
        <w:t xml:space="preserve"> — I tell you, </w:t>
      </w:r>
      <w:r>
        <w:rPr>
          <w:shd w:val="clear" w:color="auto" w:fill="C00000"/>
          <w:color w:val="FFFFFF"/>
        </w:rPr>
        <w:t>among those born of women there is no one greater than John</w:t>
      </w:r>
      <w:r>
        <w:rPr>
          <w:b w:val="false"/>
          <w:i w:val="false"/>
          <w:u w:val="none"/>
          <w:shd w:val="clear" w:color="auto" w:fill="C00000"/>
          <w:color w:val="FFFFFF"/>
        </w:rPr>
        <w:t xml:space="preserve"> [2AZM]</w:t>
      </w:r>
      <w:r>
        <w:rPr>
          <w:shd w:val="clear" w:color="auto" w:fill="C00000"/>
          <w:color w:val="FFFFFF"/>
        </w:rPr>
        <w:t xml:space="preserve">, yet </w:t>
      </w:r>
      <w:r>
        <w:rPr>
          <w:shd w:val="clear" w:color="auto" w:fill="C00000"/>
          <w:color w:val="FFFFFF"/>
        </w:rPr>
        <w:t>even the least in the kingdom of God is greater than he</w:t>
      </w:r>
      <w:r>
        <w:rPr>
          <w:b w:val="false"/>
          <w:i w:val="false"/>
          <w:u w:val="none"/>
          <w:shd w:val="clear" w:color="auto" w:fill="C00000"/>
          <w:color w:val="FFFFFF"/>
        </w:rPr>
        <w:t xml:space="preserve"> [2AZN]</w:t>
      </w:r>
      <w:r>
        <w:rPr>
          <w:shd w:val="clear" w:color="auto" w:fill="C00000"/>
          <w:color w:val="FFFFFF"/>
        </w:rPr>
        <w:t>.”</w:t>
      </w:r>
    </w:p>
    <w:p>
      <w:pPr>
        <w:pStyle w:val="Yellow"/>
        <w:rPr/>
        <w:shd w:val="clear" w:color="auto" w:fill="E4DFEC"/>
        <w:pBdr>
          <w:left w:val="single" w:sz="28" w:space="5" w:color="B4A7D6"/>
        </w:pBdr>
      </w:pPr>
      <w:r>
        <w:rPr>
          <w:u w:val="none"/>
        </w:rPr>
        <w:t xml:space="preserve">(Mt5:32ᶜ “anyone who divorces his wife, except for sexual immorality”) </w:t>
      </w:r>
      <w:r>
        <w:rPr>
          <w:b/>
          <w:u w:val="none"/>
        </w:rPr>
        <w:t xml:space="preserve">Luke 16:18</w:t>
      </w:r>
      <w:r>
        <w:rPr>
          <w:u w:val="none"/>
        </w:rPr>
        <w:t xml:space="preserve"> — </w:t>
      </w:r>
      <w:r>
        <w:rPr>
          <w:u w:val="none"/>
          <w:shd w:fill="B7DDE8" w:val="clear"/>
        </w:rPr>
        <w:t xml:space="preserve">Anyone who divorces his wife and marries another woman commits adultery</w:t>
      </w:r>
      <w:r>
        <w:rPr>
          <w:b w:val="false"/>
          <w:i w:val="false"/>
          <w:color w:val="000000"/>
          <w:u w:val="none"/>
        </w:rPr>
        <w:t xml:space="preserve"> [2GSC]</w:t>
      </w:r>
      <w:r>
        <w:rPr>
          <w:u w:val="none"/>
        </w:rPr>
        <w:t xml:space="preserve">, and </w:t>
      </w:r>
      <w:r>
        <w:rPr>
          <w:u w:val="none"/>
          <w:shd w:fill="B7DDE8" w:val="clear"/>
        </w:rPr>
        <w:t xml:space="preserve">he who marries a divorced woman commits adultery</w:t>
      </w:r>
      <w:r>
        <w:rPr>
          <w:b w:val="false"/>
          <w:i w:val="false"/>
          <w:color w:val="000000"/>
          <w:u w:val="none"/>
        </w:rPr>
        <w:t xml:space="preserve"> [2GSD]</w:t>
      </w:r>
      <w:r>
        <w:rPr>
          <w:u w:val="none"/>
        </w:rPr>
        <w:t xml:space="preserve">.</w:t>
      </w:r>
    </w:p>
    <w:p>
      <w:pPr>
        <w:pStyle w:val="Yellow"/>
        <w:rPr/>
      </w:pPr>
      <w:r>
        <w:rPr>
          <w:b/>
          <w:u w:val="none"/>
        </w:rPr>
        <w:t>Luke 22:19-20</w:t>
      </w:r>
      <w:r>
        <w:rPr>
          <w:u w:val="none"/>
        </w:rPr>
        <w:t xml:space="preserve"> — And </w:t>
      </w:r>
      <w:r>
        <w:rPr>
          <w:u w:val="none"/>
          <w:shd w:fill="B7DDE8" w:val="clear"/>
        </w:rPr>
        <w:t>He took the bread</w:t>
      </w:r>
      <w:r>
        <w:rPr>
          <w:b w:val="false"/>
          <w:i w:val="false"/>
          <w:color w:val="000000"/>
          <w:u w:val="none"/>
        </w:rPr>
        <w:t xml:space="preserve"> [1CHU]</w:t>
      </w:r>
      <w:r>
        <w:rPr>
          <w:u w:val="none"/>
        </w:rPr>
        <w:t xml:space="preserve">, </w:t>
      </w:r>
      <w:r>
        <w:rPr>
          <w:u w:val="none"/>
          <w:shd w:fill="B7DDE8" w:val="clear"/>
        </w:rPr>
        <w:t>gave thanks</w:t>
      </w:r>
      <w:r>
        <w:rPr>
          <w:b w:val="false"/>
          <w:i w:val="false"/>
          <w:color w:val="000000"/>
          <w:u w:val="none"/>
        </w:rPr>
        <w:t xml:space="preserve"> [1CHV]</w:t>
      </w:r>
      <w:r>
        <w:rPr>
          <w:u w:val="none"/>
        </w:rPr>
        <w:t xml:space="preserve"> and </w:t>
      </w:r>
      <w:r>
        <w:rPr>
          <w:u w:val="none"/>
          <w:shd w:fill="B7DDE8" w:val="clear"/>
        </w:rPr>
        <w:t>broke it</w:t>
      </w:r>
      <w:r>
        <w:rPr>
          <w:b w:val="false"/>
          <w:i w:val="false"/>
          <w:color w:val="000000"/>
          <w:u w:val="none"/>
        </w:rPr>
        <w:t xml:space="preserve"> [1CHW]</w:t>
      </w:r>
      <w:r>
        <w:rPr>
          <w:u w:val="none"/>
        </w:rPr>
        <w:t xml:space="preserve">, and </w:t>
      </w:r>
      <w:r>
        <w:rPr>
          <w:u w:val="none"/>
          <w:shd w:fill="B7DDE8" w:val="clear"/>
        </w:rPr>
        <w:t>gave it to them</w:t>
      </w:r>
      <w:r>
        <w:rPr>
          <w:b w:val="false"/>
          <w:i w:val="false"/>
          <w:color w:val="000000"/>
          <w:u w:val="none"/>
        </w:rPr>
        <w:t xml:space="preserve"> [1CHX]</w:t>
      </w:r>
      <w:r>
        <w:rPr>
          <w:u w:val="none"/>
        </w:rPr>
        <w:t>, saying, “</w:t>
      </w:r>
      <w:r>
        <w:rPr>
          <w:u w:val="none"/>
          <w:shd w:fill="B7DDE8" w:val="clear"/>
        </w:rPr>
        <w:t>This is My body, given for you</w:t>
      </w:r>
      <w:r>
        <w:rPr>
          <w:b w:val="false"/>
          <w:i w:val="false"/>
          <w:color w:val="000000"/>
          <w:u w:val="none"/>
        </w:rPr>
        <w:t xml:space="preserve"> [1AFW]</w:t>
      </w:r>
      <w:r>
        <w:rPr>
          <w:u w:val="none"/>
        </w:rPr>
        <w:t xml:space="preserve">; </w:t>
      </w:r>
      <w:r>
        <w:rPr>
          <w:u w:val="none"/>
          <w:shd w:fill="B7DDE8" w:val="clear"/>
        </w:rPr>
        <w:t>do this in remembrance of Me</w:t>
      </w:r>
      <w:r>
        <w:rPr>
          <w:b w:val="false"/>
          <w:i w:val="false"/>
          <w:color w:val="000000"/>
          <w:u w:val="none"/>
        </w:rPr>
        <w:t xml:space="preserve"> [1AFX]</w:t>
      </w:r>
      <w:r>
        <w:rPr>
          <w:u w:val="none"/>
        </w:rPr>
        <w:t xml:space="preserve">.” </w:t>
      </w:r>
      <w:r>
        <w:rPr>
          <w:u w:val="none"/>
          <w:shd w:fill="B7DDE8" w:val="clear"/>
        </w:rPr>
        <w:t>In the same way, after supper He took the cup</w:t>
      </w:r>
      <w:r>
        <w:rPr>
          <w:b w:val="false"/>
          <w:i w:val="false"/>
          <w:color w:val="000000"/>
          <w:u w:val="none"/>
        </w:rPr>
        <w:t xml:space="preserve"> [1AFY]</w:t>
      </w:r>
      <w:r>
        <w:rPr>
          <w:u w:val="none"/>
        </w:rPr>
        <w:t>, saying, “</w:t>
      </w:r>
      <w:r>
        <w:rPr>
          <w:u w:val="none"/>
          <w:shd w:fill="B7DDE8" w:val="clear"/>
        </w:rPr>
        <w:t>This cup is the new covenant in My blood</w:t>
      </w:r>
      <w:r>
        <w:rPr>
          <w:b w:val="false"/>
          <w:i w:val="false"/>
          <w:color w:val="000000"/>
          <w:u w:val="none"/>
        </w:rPr>
        <w:t xml:space="preserve"> [1AFZ]</w:t>
      </w:r>
      <w:r>
        <w:rPr>
          <w:u w:val="none"/>
        </w:rPr>
        <w:t xml:space="preserve">, </w:t>
      </w:r>
      <w:r>
        <w:rPr>
          <w:u w:val="none"/>
          <w:shd w:fill="B7DDE8" w:val="clear"/>
        </w:rPr>
        <w:t>which is poured out for you</w:t>
      </w:r>
      <w:r>
        <w:rPr>
          <w:b w:val="false"/>
          <w:i w:val="false"/>
          <w:color w:val="000000"/>
          <w:u w:val="none"/>
        </w:rPr>
        <w:t xml:space="preserve"> [1AGA]</w:t>
      </w:r>
      <w:r>
        <w:rPr>
          <w:u w:val="none"/>
        </w:rPr>
        <w:t>.</w:t>
      </w:r>
    </w:p>
    <w:p>
      <w:pPr>
        <w:pStyle w:val="Yellow"/>
        <w:rPr/>
      </w:pPr>
      <w:r>
        <w:rPr>
          <w:b/>
        </w:rPr>
        <w:t xml:space="preserve">Luke 22:27</w:t>
      </w:r>
      <w:r>
        <w:rPr/>
        <w:t xml:space="preserve"> — </w:t>
      </w:r>
      <w:r>
        <w:rPr>
          <w:shd w:fill="B7DDE8" w:val="clear"/>
        </w:rPr>
        <w:t xml:space="preserve">I am among you as one who serves</w:t>
      </w:r>
      <w:r>
        <w:rPr>
          <w:b w:val="false"/>
          <w:i w:val="false"/>
          <w:color w:val="000000"/>
          <w:u w:val="none"/>
        </w:rPr>
        <w:t xml:space="preserve"> [1LAH]</w:t>
      </w:r>
      <w:r>
        <w:rPr/>
        <w:t xml:space="preserve">.</w:t>
      </w:r>
    </w:p>
    <w:p>
      <w:pPr>
        <w:pStyle w:val="Yellow"/>
        <w:rPr/>
      </w:pPr>
      <w:r>
        <w:rPr>
          <w:u w:val="none"/>
        </w:rPr>
        <w:t xml:space="preserve">(Jn1:1 “the Word”) </w:t>
      </w:r>
      <w:r>
        <w:rPr>
          <w:b/>
          <w:u w:val="none"/>
        </w:rPr>
        <w:t>John 1:12–13</w:t>
      </w:r>
      <w:r>
        <w:rPr>
          <w:u w:val="none"/>
        </w:rPr>
        <w:t xml:space="preserve"> — </w:t>
      </w:r>
      <w:r>
        <w:rPr>
          <w:u w:val="none"/>
          <w:shd w:val="clear" w:fill="B7DDE8"/>
        </w:rPr>
        <w:t>to all who did receive {Him}, to those who believed in His name, He gave the right to become children of God</w:t>
      </w:r>
      <w:r>
        <w:rPr>
          <w:b w:val="false"/>
          <w:i w:val="false"/>
          <w:color w:val="000000"/>
          <w:u w:val="none"/>
        </w:rPr>
        <w:t xml:space="preserve"> [1DCY]</w:t>
      </w:r>
      <w:r>
        <w:rPr>
          <w:u w:val="none"/>
        </w:rPr>
        <w:t xml:space="preserve">— </w:t>
      </w:r>
      <w:r>
        <w:rPr>
          <w:u w:val="none"/>
          <w:shd w:val="clear" w:fill="B7DDE8"/>
        </w:rPr>
        <w:t>children born not of blood, nor of the desire or will of man, but born of God</w:t>
      </w:r>
      <w:r>
        <w:rPr>
          <w:b w:val="false"/>
          <w:i w:val="false"/>
          <w:color w:val="000000"/>
          <w:u w:val="none"/>
        </w:rPr>
        <w:t xml:space="preserve"> [1DCZ]</w:t>
      </w:r>
      <w:r>
        <w:rPr>
          <w:u w:val="none"/>
        </w:rPr>
        <w:t>.</w:t>
      </w:r>
    </w:p>
    <w:p>
      <w:pPr>
        <w:pStyle w:val="Yellow"/>
        <w:rPr/>
      </w:pPr>
      <w:r>
        <w:rPr/>
        <w:t xml:space="preserve">(Jn11:32 Mary) </w:t>
      </w:r>
      <w:r>
        <w:rPr>
          <w:b/>
        </w:rPr>
        <w:t>John 11:33</w:t>
      </w:r>
      <w:r>
        <w:rPr/>
        <w:t xml:space="preserve"> — </w:t>
      </w:r>
      <w:r>
        <w:rPr>
          <w:shd w:fill="B7DDE8" w:val="clear"/>
        </w:rPr>
        <w:t>When Jesus saw {her} weeping, and the Jews who had come with her also weeping</w:t>
      </w:r>
      <w:r>
        <w:rPr>
          <w:b w:val="false"/>
          <w:i w:val="false"/>
          <w:color w:val="000000"/>
          <w:u w:val="none"/>
        </w:rPr>
        <w:t xml:space="preserve"> [1LUU]</w:t>
      </w:r>
      <w:r>
        <w:rPr/>
        <w:t xml:space="preserve">, </w:t>
      </w:r>
      <w:r>
        <w:rPr>
          <w:shd w:fill="B7DDE8" w:val="clear"/>
        </w:rPr>
        <w:t>He was deeply moved in spirit and troubled</w:t>
      </w:r>
      <w:r>
        <w:rPr>
          <w:b w:val="false"/>
          <w:i w:val="false"/>
          <w:color w:val="000000"/>
          <w:u w:val="none"/>
        </w:rPr>
        <w:t xml:space="preserve"> [1LUV]</w:t>
      </w:r>
      <w:r>
        <w:rPr/>
        <w:t>.</w:t>
      </w:r>
    </w:p>
    <w:p>
      <w:pPr>
        <w:pStyle w:val="Yellow"/>
        <w:rPr/>
        <w:pBdr>
          <w:left w:val="single" w:sz="28" w:space="5" w:color="C00000"/>
        </w:pBdr>
      </w:pPr>
      <w:r>
        <w:rPr/>
        <w:t xml:space="preserve">(Jn13:14 Jesus “washed your feet”) </w:t>
      </w:r>
      <w:r>
        <w:rPr>
          <w:b/>
        </w:rPr>
        <w:t xml:space="preserve">John 13:15</w:t>
      </w:r>
      <w:r>
        <w:rPr/>
        <w:t xml:space="preserve"> — </w:t>
      </w:r>
      <w:r>
        <w:rPr>
          <w:shd w:fill="B7DDE8" w:val="clear"/>
        </w:rPr>
        <w:t xml:space="preserve">I have set you an example</w:t>
      </w:r>
      <w:r>
        <w:rPr>
          <w:b w:val="false"/>
          <w:i w:val="false"/>
          <w:u w:val="none"/>
          <w:color w:val="000000"/>
        </w:rPr>
        <w:t xml:space="preserve"> [2IIF]</w:t>
      </w:r>
      <w:r>
        <w:rPr/>
        <w:t xml:space="preserve"> </w:t>
      </w:r>
      <w:r>
        <w:rPr>
          <w:shd w:fill="B7DDE8" w:val="clear"/>
        </w:rPr>
        <w:t xml:space="preserve">so that you should do {as I have done for you}</w:t>
      </w:r>
      <w:r>
        <w:rPr>
          <w:b w:val="false"/>
          <w:i w:val="false"/>
          <w:color w:val="000000"/>
          <w:u w:val="none"/>
        </w:rPr>
        <w:t xml:space="preserve"> [1LAK]</w:t>
      </w:r>
      <w:r>
        <w:rPr/>
        <w:t xml:space="preserve">.</w:t>
      </w:r>
    </w:p>
    <w:p>
      <w:pPr>
        <w:pStyle w:val="Yellow"/>
        <w:rPr/>
      </w:pPr>
      <w:r>
        <w:rPr>
          <w:b/>
          <w:u w:val="none"/>
          <w:shd w:fill="F4CCCC" w:val="clear"/>
        </w:rPr>
        <w:t>Romans 8:14</w:t>
      </w:r>
      <w:r>
        <w:rPr>
          <w:u w:val="none"/>
          <w:shd w:fill="F4CCCC" w:val="clear"/>
        </w:rPr>
        <w:t xml:space="preserve"> — For </w:t>
      </w:r>
      <w:r>
        <w:rPr>
          <w:u w:val="none"/>
          <w:shd w:fill="B7DDE8" w:val="clear"/>
        </w:rPr>
        <w:t>all who are led by the Spirit of God are sons of God</w:t>
      </w:r>
      <w:r>
        <w:rPr>
          <w:b w:val="false"/>
          <w:i w:val="false"/>
          <w:color w:val="000000"/>
          <w:u w:val="none"/>
        </w:rPr>
        <w:t xml:space="preserve"> [1BMT]</w:t>
      </w:r>
      <w:r>
        <w:rPr>
          <w:u w:val="none"/>
          <w:shd w:fill="F4CCCC" w:val="clear"/>
        </w:rPr>
        <w:t>.</w:t>
      </w:r>
    </w:p>
    <w:p>
      <w:pPr>
        <w:pStyle w:val="Yellow"/>
        <w:rPr/>
      </w:pPr>
      <w:r>
        <w:rPr>
          <w:b/>
        </w:rPr>
        <w:t xml:space="preserve">Romans 8:15</w:t>
      </w:r>
      <w:r>
        <w:rPr/>
        <w:t xml:space="preserve"> — For </w:t>
      </w:r>
      <w:r>
        <w:rPr>
          <w:shd w:fill="B7DDE8" w:val="clear"/>
        </w:rPr>
        <w:t xml:space="preserve">you did not receive a spirit of slavery that returns you to fear</w:t>
      </w:r>
      <w:r>
        <w:rPr>
          <w:b w:val="false"/>
          <w:i w:val="false"/>
          <w:color w:val="000000"/>
          <w:u w:val="none"/>
        </w:rPr>
        <w:t xml:space="preserve"> [1LSO]</w:t>
      </w:r>
      <w:r>
        <w:rPr/>
        <w:t xml:space="preserve">, but </w:t>
      </w:r>
      <w:r>
        <w:rPr>
          <w:shd w:fill="B7DDE8" w:val="clear"/>
        </w:rPr>
        <w:t xml:space="preserve">you received the Spirit of sonship</w:t>
      </w:r>
      <w:r>
        <w:rPr>
          <w:b w:val="false"/>
          <w:i w:val="false"/>
          <w:color w:val="000000"/>
          <w:u w:val="none"/>
        </w:rPr>
        <w:t xml:space="preserve"> [1LSP]</w:t>
      </w:r>
    </w:p>
    <w:p>
      <w:pPr>
        <w:pStyle w:val="Yellow"/>
        <w:rPr/>
      </w:pPr>
      <w:r>
        <w:t xml:space="preserve">(Ro8:22 “whole creation has been groaning”) </w:t>
      </w:r>
      <w:r>
        <w:rPr>
          <w:b/>
        </w:rPr>
        <w:t>Romans 8:23-24</w:t>
      </w:r>
      <w:r>
        <w:t xml:space="preserve"> — {Not only that}, but </w:t>
      </w:r>
      <w:r>
        <w:rPr>
          <w:shd w:fill="B7DDE8" w:val="clear"/>
        </w:rPr>
        <w:t>we ourselves, who have the firstfruits of the Spirit</w:t>
      </w:r>
      <w:r>
        <w:rPr>
          <w:b w:val="false"/>
          <w:i w:val="false"/>
          <w:color w:val="000000"/>
          <w:u w:val="none"/>
        </w:rPr>
        <w:t xml:space="preserve"> [1BTC]</w:t>
      </w:r>
      <w:r>
        <w:t xml:space="preserve">, </w:t>
      </w:r>
      <w:r>
        <w:rPr>
          <w:shd w:fill="B7DDE8" w:val="clear"/>
        </w:rPr>
        <w:t>groan inwardly as we wait eagerly for our adoption as sons</w:t>
      </w:r>
      <w:r>
        <w:rPr>
          <w:b w:val="false"/>
          <w:i w:val="false"/>
          <w:color w:val="000000"/>
          <w:u w:val="none"/>
        </w:rPr>
        <w:t xml:space="preserve"> [1BTD]</w:t>
      </w:r>
      <w:r>
        <w:rPr>
          <w:shd w:fill="B7DDE8" w:val="clear"/>
        </w:rPr>
        <w:t>, the redemption of our bodies</w:t>
      </w:r>
      <w:r>
        <w:rPr>
          <w:b w:val="false"/>
          <w:i w:val="false"/>
          <w:color w:val="000000"/>
          <w:u w:val="none"/>
        </w:rPr>
        <w:t xml:space="preserve"> [1BTE]</w:t>
      </w:r>
      <w:r>
        <w:rPr>
          <w:shd w:val="clear" w:color="auto" w:fill="548235"/>
          <w:color w:val="FFFFFF"/>
        </w:rPr>
        <w:t xml:space="preserve">. For </w:t>
      </w:r>
      <w:r>
        <w:rPr>
          <w:shd w:fill="548235" w:val="clear" w:color="auto"/>
          <w:color w:val="FFFFFF"/>
        </w:rPr>
        <w:t>in this hope we were saved</w:t>
      </w:r>
      <w:r>
        <w:rPr>
          <w:b w:val="false"/>
          <w:i w:val="false"/>
          <w:color w:val="FFFFFF"/>
          <w:u w:val="none"/>
          <w:shd w:val="clear" w:color="auto" w:fill="548235"/>
        </w:rPr>
        <w:t xml:space="preserve"> [1BTF]</w:t>
      </w:r>
    </w:p>
    <w:p>
      <w:pPr>
        <w:pStyle w:val="Yellow"/>
        <w:rPr/>
      </w:pPr>
      <w:r>
        <w:rPr>
          <w:b/>
        </w:rPr>
        <w:t xml:space="preserve">Romans 11:35-36</w:t>
      </w:r>
      <w:r>
        <w:rPr/>
        <w:t xml:space="preserve"> — “</w:t>
      </w:r>
      <w:r>
        <w:rPr>
          <w:shd w:fill="B7DDE8" w:val="clear"/>
        </w:rPr>
        <w:t xml:space="preserve">Who has first given to God, that God should repay him</w:t>
      </w:r>
      <w:r>
        <w:rPr>
          <w:b w:val="false"/>
          <w:i w:val="false"/>
          <w:color w:val="000000"/>
          <w:u w:val="none"/>
        </w:rPr>
        <w:t xml:space="preserve"> [1LQS]</w:t>
      </w:r>
      <w:r>
        <w:rPr/>
        <w:t xml:space="preserve">?” For </w:t>
      </w:r>
      <w:r>
        <w:rPr>
          <w:shd w:fill="B7DDE8" w:val="clear"/>
        </w:rPr>
        <w:t xml:space="preserve">from Him and through Him and to Him are all things</w:t>
      </w:r>
      <w:r>
        <w:rPr>
          <w:b w:val="false"/>
          <w:i w:val="false"/>
          <w:color w:val="000000"/>
          <w:u w:val="none"/>
        </w:rPr>
        <w:t xml:space="preserve"> [1LQT]</w:t>
      </w:r>
      <w:r>
        <w:rPr/>
        <w:t xml:space="preserve">.</w:t>
      </w:r>
    </w:p>
    <w:p>
      <w:pPr>
        <w:pStyle w:val="Yellow"/>
        <w:rPr/>
      </w:pPr>
      <w:r>
        <w:rPr/>
        <w:t xml:space="preserve">(1Co5:8 “leavened with malice and wickedness”) </w:t>
      </w:r>
      <w:r>
        <w:rPr>
          <w:b/>
        </w:rPr>
        <w:t xml:space="preserve">1 Corinthians 5:6-7</w:t>
      </w:r>
      <w:r>
        <w:rPr/>
        <w:t xml:space="preserve"> — Do you not know that </w:t>
      </w:r>
      <w:r>
        <w:rPr>
          <w:shd w:fill="B7DDE8" w:val="clear"/>
        </w:rPr>
        <w:t xml:space="preserve">a little {leaven} works through the whole batch of dough</w:t>
      </w:r>
      <w:r>
        <w:rPr>
          <w:b w:val="false"/>
          <w:i w:val="false"/>
          <w:color w:val="000000"/>
          <w:u w:val="none"/>
        </w:rPr>
        <w:t xml:space="preserve"> [1LBJ]</w:t>
      </w:r>
      <w:r>
        <w:rPr/>
        <w:t xml:space="preserve">? </w:t>
      </w:r>
      <w:r>
        <w:rPr>
          <w:shd w:fill="B7DDE8" w:val="clear"/>
        </w:rPr>
        <w:t xml:space="preserve">Get rid of the old leaven</w:t>
      </w:r>
      <w:r>
        <w:rPr>
          <w:b w:val="false"/>
          <w:i w:val="false"/>
          <w:color w:val="000000"/>
          <w:u w:val="none"/>
        </w:rPr>
        <w:t xml:space="preserve"> [1LBK]</w:t>
      </w:r>
      <w:r>
        <w:rPr/>
        <w:t xml:space="preserve">, </w:t>
      </w:r>
      <w:r>
        <w:rPr>
          <w:shd w:fill="B7DDE8" w:val="clear"/>
        </w:rPr>
        <w:t xml:space="preserve">that you may be a new unleavened batch, as you really are</w:t>
      </w:r>
      <w:r>
        <w:rPr>
          <w:b w:val="false"/>
          <w:i w:val="false"/>
          <w:color w:val="000000"/>
          <w:u w:val="none"/>
        </w:rPr>
        <w:t xml:space="preserve"> [1LBL]</w:t>
      </w:r>
      <w:r>
        <w:rPr/>
        <w:t xml:space="preserve">.</w:t>
      </w:r>
    </w:p>
    <w:p>
      <w:pPr>
        <w:pStyle w:val="Yellow"/>
        <w:rPr/>
      </w:pPr>
      <w:r>
        <w:rPr>
          <w:b/>
        </w:rPr>
        <w:t xml:space="preserve">1 Corinthians 6:3</w:t>
      </w:r>
      <w:r>
        <w:rPr/>
        <w:t xml:space="preserve"> — Do you not know that </w:t>
      </w:r>
      <w:r>
        <w:rPr>
          <w:shd w:fill="B7DDE8" w:val="clear"/>
        </w:rPr>
        <w:t xml:space="preserve">we will judge angels? How much more the things of this life</w:t>
      </w:r>
      <w:r>
        <w:rPr>
          <w:b w:val="false"/>
          <w:i w:val="false"/>
          <w:color w:val="000000"/>
          <w:u w:val="none"/>
        </w:rPr>
        <w:t xml:space="preserve"> [1IMG]</w:t>
      </w:r>
      <w:r>
        <w:rPr/>
        <w:t xml:space="preserve">!</w:t>
      </w:r>
    </w:p>
    <w:p>
      <w:pPr>
        <w:pStyle w:val="Yellow"/>
        <w:rPr/>
      </w:pPr>
      <w:r>
        <w:rPr>
          <w:b/>
        </w:rPr>
        <w:t xml:space="preserve">1 Corinthians 7:28</w:t>
      </w:r>
      <w:r>
        <w:rPr/>
        <w:t xml:space="preserve"> — But </w:t>
      </w:r>
      <w:r>
        <w:rPr>
          <w:shd w:fill="B7DDE8" w:val="clear"/>
        </w:rPr>
        <w:t xml:space="preserve">if you do marry, you have not sinned</w:t>
      </w:r>
      <w:r>
        <w:rPr>
          <w:b w:val="false"/>
          <w:i w:val="false"/>
          <w:color w:val="000000"/>
          <w:u w:val="none"/>
        </w:rPr>
        <w:t xml:space="preserve"> [1GPW]</w:t>
      </w:r>
      <w:r>
        <w:rPr/>
        <w:t xml:space="preserve">. And </w:t>
      </w:r>
      <w:r>
        <w:rPr>
          <w:shd w:fill="B7DDE8" w:val="clear"/>
        </w:rPr>
        <w:t xml:space="preserve">if a virgin marries, she has not sinned</w:t>
      </w:r>
      <w:r>
        <w:rPr>
          <w:b w:val="false"/>
          <w:i w:val="false"/>
          <w:color w:val="000000"/>
          <w:u w:val="none"/>
        </w:rPr>
        <w:t xml:space="preserve"> [1GPW]</w:t>
      </w:r>
      <w:r>
        <w:rPr/>
        <w:t xml:space="preserve">. But </w:t>
      </w:r>
      <w:r>
        <w:rPr>
          <w:shd w:fill="B7DDE8" w:val="clear"/>
        </w:rPr>
        <w:t xml:space="preserve">those who marry will face troubles in this life</w:t>
      </w:r>
      <w:r>
        <w:rPr>
          <w:b w:val="false"/>
          <w:i w:val="false"/>
          <w:color w:val="000000"/>
          <w:u w:val="none"/>
        </w:rPr>
        <w:t xml:space="preserve"> [1GPX]</w:t>
      </w:r>
      <w:r>
        <w:rPr/>
        <w:t xml:space="preserve">, and </w:t>
      </w:r>
      <w:r>
        <w:rPr>
          <w:shd w:fill="B7DDE8" w:val="clear"/>
        </w:rPr>
        <w:t xml:space="preserve">I want to spare you this</w:t>
      </w:r>
      <w:r>
        <w:rPr>
          <w:b w:val="false"/>
          <w:i w:val="false"/>
          <w:color w:val="000000"/>
          <w:u w:val="none"/>
        </w:rPr>
        <w:t xml:space="preserve"> [1GPY]</w:t>
      </w:r>
      <w:r>
        <w:rPr/>
        <w:t xml:space="preserve">.</w:t>
      </w:r>
    </w:p>
    <w:p>
      <w:pPr>
        <w:pStyle w:val="Yellow"/>
        <w:rPr/>
      </w:pPr>
      <w:r>
        <w:rPr>
          <w:b/>
          <w:u w:val="none"/>
        </w:rPr>
        <w:t>Galatians 3:26</w:t>
      </w:r>
      <w:r>
        <w:rPr>
          <w:u w:val="none"/>
        </w:rPr>
        <w:t xml:space="preserve"> — </w:t>
      </w:r>
      <w:r>
        <w:rPr>
          <w:u w:val="none"/>
          <w:shd w:val="clear" w:fill="B7DDE8"/>
        </w:rPr>
        <w:t>You are all sons of God through faith in Christ Jesus</w:t>
      </w:r>
      <w:r>
        <w:rPr>
          <w:b w:val="false"/>
          <w:i w:val="false"/>
          <w:color w:val="000000"/>
          <w:u w:val="none"/>
        </w:rPr>
        <w:t xml:space="preserve"> [1DDK]</w:t>
      </w:r>
      <w:r>
        <w:rPr>
          <w:u w:val="none"/>
        </w:rPr>
        <w:t>.</w:t>
      </w:r>
    </w:p>
    <w:p>
      <w:pPr>
        <w:pStyle w:val="Yellow"/>
        <w:rPr/>
      </w:pPr>
      <w:r>
        <w:rPr>
          <w:b/>
        </w:rPr>
        <w:t>Galatians 4:4–5</w:t>
      </w:r>
      <w:r>
        <w:rPr/>
        <w:t xml:space="preserve"> — But </w:t>
      </w:r>
      <w:r>
        <w:rPr>
          <w:shd w:val="clear" w:fill="B7DDE8"/>
        </w:rPr>
        <w:t>when the time had fully come</w:t>
      </w:r>
      <w:r>
        <w:rPr>
          <w:b w:val="false"/>
          <w:i w:val="false"/>
          <w:color w:val="000000"/>
          <w:u w:val="none"/>
        </w:rPr>
        <w:t xml:space="preserve"> [1BYB]</w:t>
      </w:r>
      <w:r>
        <w:rPr/>
        <w:t xml:space="preserve">, </w:t>
      </w:r>
      <w:r>
        <w:rPr>
          <w:shd w:val="clear" w:fill="B7DDE8"/>
        </w:rPr>
        <w:t>God sent His Son</w:t>
      </w:r>
      <w:r>
        <w:rPr>
          <w:b w:val="false"/>
          <w:i w:val="false"/>
          <w:color w:val="000000"/>
          <w:u w:val="none"/>
        </w:rPr>
        <w:t xml:space="preserve"> [2BAO]</w:t>
      </w:r>
      <w:r>
        <w:rPr/>
        <w:t xml:space="preserve">, </w:t>
      </w:r>
      <w:r>
        <w:rPr>
          <w:shd w:val="clear" w:fill="B7DDE8"/>
        </w:rPr>
        <w:t>born of a woman</w:t>
      </w:r>
      <w:r>
        <w:rPr>
          <w:b w:val="false"/>
          <w:i w:val="false"/>
          <w:color w:val="000000"/>
          <w:u w:val="none"/>
        </w:rPr>
        <w:t xml:space="preserve"> [1BYC]</w:t>
      </w:r>
      <w:r>
        <w:rPr/>
        <w:t xml:space="preserve">, </w:t>
      </w:r>
      <w:r>
        <w:rPr>
          <w:shd w:val="clear" w:fill="B7DDE8"/>
        </w:rPr>
        <w:t>born under the law</w:t>
      </w:r>
      <w:r>
        <w:rPr>
          <w:b w:val="false"/>
          <w:i w:val="false"/>
          <w:color w:val="000000"/>
          <w:u w:val="none"/>
        </w:rPr>
        <w:t xml:space="preserve"> [1BYD]</w:t>
      </w:r>
      <w:r>
        <w:rPr/>
        <w:t xml:space="preserve">, </w:t>
      </w:r>
      <w:r>
        <w:rPr>
          <w:shd w:val="clear" w:fill="B7DDE8"/>
        </w:rPr>
        <w:t>to redeem those under the law</w:t>
      </w:r>
      <w:r>
        <w:rPr>
          <w:b w:val="false"/>
          <w:i w:val="false"/>
          <w:color w:val="000000"/>
          <w:u w:val="none"/>
        </w:rPr>
        <w:t xml:space="preserve"> [1BYE]</w:t>
      </w:r>
      <w:r>
        <w:rPr/>
        <w:t xml:space="preserve">, </w:t>
      </w:r>
      <w:r>
        <w:rPr>
          <w:shd w:val="clear" w:fill="B7DDE8"/>
        </w:rPr>
        <w:t>that we might receive our adoption as sons</w:t>
      </w:r>
      <w:r>
        <w:rPr>
          <w:b w:val="false"/>
          <w:i w:val="false"/>
          <w:color w:val="000000"/>
          <w:u w:val="none"/>
        </w:rPr>
        <w:t xml:space="preserve"> [1BYF]</w:t>
      </w:r>
      <w:r>
        <w:rPr/>
        <w:t>.</w:t>
      </w:r>
    </w:p>
    <w:p>
      <w:pPr>
        <w:pStyle w:val="Yellow"/>
        <w:rPr/>
      </w:pPr>
      <w:r>
        <w:rPr>
          <w:b/>
        </w:rPr>
        <w:t xml:space="preserve">Galatians 4:6-7</w:t>
      </w:r>
      <w:r>
        <w:rPr/>
        <w:t xml:space="preserve"> — And because </w:t>
      </w:r>
      <w:r>
        <w:rPr>
          <w:shd w:fill="B7DDE8" w:val="clear"/>
        </w:rPr>
        <w:t xml:space="preserve">you are sons</w:t>
      </w:r>
      <w:r>
        <w:rPr>
          <w:b w:val="false"/>
          <w:i w:val="false"/>
          <w:color w:val="000000"/>
          <w:u w:val="none"/>
        </w:rPr>
        <w:t xml:space="preserve"> [2LFH]</w:t>
      </w:r>
      <w:r>
        <w:rPr/>
        <w:t xml:space="preserve">, </w:t>
      </w:r>
      <w:r>
        <w:rPr>
          <w:shd w:fill="B7DDE8" w:val="clear"/>
        </w:rPr>
        <w:t xml:space="preserve">God sent the Spirit of His Son into our hearts</w:t>
      </w:r>
      <w:r>
        <w:rPr>
          <w:b w:val="false"/>
          <w:i w:val="false"/>
          <w:color w:val="000000"/>
          <w:u w:val="none"/>
        </w:rPr>
        <w:t xml:space="preserve"> [1LFI]</w:t>
      </w:r>
      <w:r>
        <w:rPr/>
        <w:t xml:space="preserve">, </w:t>
      </w:r>
      <w:r>
        <w:rPr>
          <w:shd w:fill="B7DDE8" w:val="clear"/>
        </w:rPr>
        <w:t xml:space="preserve">crying out, “Abba, Father!”</w:t>
      </w:r>
      <w:r>
        <w:rPr>
          <w:b w:val="false"/>
          <w:i w:val="false"/>
          <w:color w:val="000000"/>
          <w:u w:val="none"/>
        </w:rPr>
        <w:t xml:space="preserve"> [1LFJ]</w:t>
      </w:r>
      <w:r>
        <w:rPr/>
        <w:t xml:space="preserve"> So </w:t>
      </w:r>
      <w:r>
        <w:rPr>
          <w:shd w:fill="B7DDE8" w:val="clear"/>
        </w:rPr>
        <w:t xml:space="preserve">you are no longer a slave, but a son</w:t>
      </w:r>
      <w:r>
        <w:rPr>
          <w:b w:val="false"/>
          <w:i w:val="false"/>
          <w:color w:val="000000"/>
          <w:u w:val="none"/>
        </w:rPr>
        <w:t xml:space="preserve"> [1LFK]</w:t>
      </w:r>
      <w:r>
        <w:rPr>
          <w:color w:val="auto"/>
        </w:rPr>
        <w:t xml:space="preserve">; and </w:t>
      </w:r>
      <w:r>
        <w:rPr>
          <w:color w:val="auto"/>
        </w:rPr>
        <w:t xml:space="preserve">since you are a son, you are also an heir through God</w:t>
      </w:r>
      <w:r>
        <w:rPr>
          <w:b w:val="false"/>
          <w:i w:val="false"/>
          <w:color w:val="FFFFFF"/>
          <w:u w:val="none"/>
          <w:shd w:val="clear" w:color="auto" w:fill="548235"/>
        </w:rPr>
        <w:t xml:space="preserve"> [1LFL]</w:t>
      </w:r>
      <w:r>
        <w:rPr>
          <w:shd w:val="clear" w:color="auto" w:fill="548235"/>
          <w:color w:val="FFFFFF"/>
        </w:rPr>
        <w:t xml:space="preserve">.</w:t>
      </w:r>
    </w:p>
    <w:p>
      <w:pPr>
        <w:pStyle w:val="Yellow"/>
        <w:rPr/>
      </w:pPr>
      <w:r>
        <w:rPr/>
        <w:t xml:space="preserve">(Ep1:3 “God”) </w:t>
      </w:r>
      <w:r>
        <w:rPr>
          <w:b/>
        </w:rPr>
        <w:t>Ephesians 1:4-5</w:t>
      </w:r>
      <w:r>
        <w:rPr/>
        <w:t xml:space="preserve"> — </w:t>
      </w:r>
      <w:r>
        <w:rPr>
          <w:shd w:fill="B7DDE8" w:val="clear"/>
        </w:rPr>
        <w:t>In love {He} predestined us for adoption as His sons through Jesus Christ</w:t>
      </w:r>
      <w:r>
        <w:rPr>
          <w:b w:val="false"/>
          <w:i w:val="false"/>
          <w:color w:val="000000"/>
          <w:u w:val="none"/>
        </w:rPr>
        <w:t xml:space="preserve"> [1FUJ]</w:t>
      </w:r>
      <w:r>
        <w:rPr/>
        <w:t xml:space="preserve">, </w:t>
      </w:r>
      <w:r>
        <w:rPr>
          <w:shd w:fill="B7DDE8" w:val="clear"/>
        </w:rPr>
        <w:t>according to the good pleasure of His will</w:t>
      </w:r>
      <w:r>
        <w:rPr>
          <w:b w:val="false"/>
          <w:i w:val="false"/>
          <w:color w:val="000000"/>
          <w:u w:val="none"/>
        </w:rPr>
        <w:t xml:space="preserve"> [1FUK]</w:t>
      </w:r>
      <w:r>
        <w:rPr/>
        <w:t xml:space="preserve">, </w:t>
      </w:r>
      <w:r>
        <w:rPr>
          <w:shd w:fill="B7DDE8" w:val="clear"/>
        </w:rPr>
        <w:t>to the praise of His glorious grace</w:t>
      </w:r>
      <w:r>
        <w:rPr>
          <w:b w:val="false"/>
          <w:i w:val="false"/>
          <w:color w:val="000000"/>
          <w:u w:val="none"/>
        </w:rPr>
        <w:t xml:space="preserve"> [1FUL]</w:t>
      </w:r>
      <w:r>
        <w:rPr/>
        <w:t xml:space="preserve">, </w:t>
      </w:r>
      <w:r>
        <w:rPr>
          <w:shd w:fill="B7DDE8" w:val="clear"/>
        </w:rPr>
        <w:t>which He has freely given us in the Beloved One</w:t>
      </w:r>
      <w:r>
        <w:rPr>
          <w:b w:val="false"/>
          <w:i w:val="false"/>
          <w:color w:val="000000"/>
          <w:u w:val="none"/>
        </w:rPr>
        <w:t xml:space="preserve"> [1FUM]</w:t>
      </w:r>
      <w:r>
        <w:rPr/>
        <w:t>.</w:t>
      </w:r>
    </w:p>
    <w:p>
      <w:pPr>
        <w:pStyle w:val="Yellow"/>
        <w:rPr/>
      </w:pPr>
      <w:r>
        <w:rPr>
          <w:b/>
        </w:rPr>
        <w:t xml:space="preserve">Ephesians 5:29</w:t>
      </w:r>
      <w:r>
        <w:rPr/>
        <w:t xml:space="preserve"> — Indeed, </w:t>
      </w:r>
      <w:r>
        <w:rPr>
          <w:shd w:fill="B7DDE8" w:val="clear"/>
        </w:rPr>
        <w:t xml:space="preserve">no one ever hated his own body</w:t>
      </w:r>
      <w:r>
        <w:rPr>
          <w:b w:val="false"/>
          <w:i w:val="false"/>
          <w:color w:val="000000"/>
          <w:u w:val="none"/>
        </w:rPr>
        <w:t xml:space="preserve"> [1GHJ]</w:t>
      </w:r>
      <w:r>
        <w:rPr/>
        <w:t xml:space="preserve">, but </w:t>
      </w:r>
      <w:r>
        <w:rPr>
          <w:shd w:fill="B7DDE8" w:val="clear"/>
        </w:rPr>
        <w:t xml:space="preserve">he nourishes and cherishes it, just as Christ does the church</w:t>
      </w:r>
      <w:r>
        <w:rPr>
          <w:b w:val="false"/>
          <w:i w:val="false"/>
          <w:color w:val="000000"/>
          <w:u w:val="none"/>
        </w:rPr>
        <w:t xml:space="preserve"> [1GHK]</w:t>
      </w:r>
      <w:r>
        <w:rPr/>
        <w:t xml:space="preserve">.</w:t>
      </w:r>
    </w:p>
    <w:p>
      <w:pPr>
        <w:pStyle w:val="Yellow"/>
        <w:rPr/>
      </w:pPr>
      <w:r>
        <w:rPr>
          <w:b/>
        </w:rPr>
        <w:t>1 Timothy 6:7</w:t>
      </w:r>
      <w:r>
        <w:rPr/>
        <w:t xml:space="preserve"> — For </w:t>
      </w:r>
      <w:r>
        <w:rPr>
          <w:shd w:fill="B7DDE8" w:val="clear"/>
        </w:rPr>
        <w:t>we brought nothing into the world, so we cannot carry anything out of it</w:t>
      </w:r>
      <w:r>
        <w:rPr>
          <w:b w:val="false"/>
          <w:i w:val="false"/>
          <w:color w:val="000000"/>
          <w:u w:val="none"/>
        </w:rPr>
        <w:t xml:space="preserve"> [1LWT]</w:t>
      </w:r>
      <w:r>
        <w:rPr/>
        <w:t>.</w:t>
      </w:r>
    </w:p>
    <w:p>
      <w:pPr>
        <w:pStyle w:val="Yellow"/>
        <w:rPr/>
      </w:pPr>
      <w:r>
        <w:rPr/>
        <w:t xml:space="preserve">(1Ti6:13 “God”) </w:t>
      </w:r>
      <w:r>
        <w:rPr>
          <w:b/>
        </w:rPr>
        <w:t>1 Timothy 6:16</w:t>
      </w:r>
      <w:r>
        <w:rPr/>
        <w:t xml:space="preserve"> — </w:t>
      </w:r>
      <w:r>
        <w:rPr>
          <w:shd w:fill="B7DDE8" w:val="clear"/>
        </w:rPr>
        <w:t>{He} alone is immortal</w:t>
      </w:r>
      <w:r>
        <w:rPr>
          <w:b w:val="false"/>
          <w:i w:val="false"/>
          <w:color w:val="000000"/>
          <w:u w:val="none"/>
        </w:rPr>
        <w:t xml:space="preserve"> [1MDW]</w:t>
      </w:r>
      <w:r>
        <w:rPr/>
        <w:t xml:space="preserve"> and </w:t>
      </w:r>
      <w:r>
        <w:rPr>
          <w:shd w:fill="B7DDE8" w:val="clear"/>
        </w:rPr>
        <w:t>dwells in unapproachable light</w:t>
      </w:r>
      <w:r>
        <w:rPr>
          <w:b w:val="false"/>
          <w:i w:val="false"/>
          <w:color w:val="000000"/>
          <w:u w:val="none"/>
        </w:rPr>
        <w:t xml:space="preserve"> [1MDX]</w:t>
      </w:r>
      <w:r>
        <w:rPr/>
        <w:t xml:space="preserve">. </w:t>
      </w:r>
      <w:r>
        <w:rPr>
          <w:shd w:fill="B7DDE8" w:val="clear"/>
        </w:rPr>
        <w:t>No one has ever seen Him</w:t>
      </w:r>
      <w:r>
        <w:rPr>
          <w:b w:val="false"/>
          <w:i w:val="false"/>
          <w:color w:val="000000"/>
          <w:u w:val="none"/>
        </w:rPr>
        <w:t xml:space="preserve"> [2FUC]</w:t>
      </w:r>
      <w:r>
        <w:rPr/>
        <w:t xml:space="preserve">, nor </w:t>
      </w:r>
      <w:r>
        <w:rPr>
          <w:shd w:fill="B7DDE8" w:val="clear"/>
        </w:rPr>
        <w:t>can anyone see Him</w:t>
      </w:r>
      <w:r>
        <w:rPr>
          <w:b w:val="false"/>
          <w:i w:val="false"/>
          <w:color w:val="000000"/>
          <w:u w:val="none"/>
        </w:rPr>
        <w:t xml:space="preserve"> [1MDY]</w:t>
      </w:r>
      <w:r>
        <w:rPr/>
        <w:t>.</w:t>
      </w:r>
    </w:p>
    <w:p>
      <w:pPr>
        <w:pStyle w:val="Yellow"/>
        <w:rPr/>
      </w:pPr>
      <w:r>
        <w:rPr>
          <w:b/>
        </w:rPr>
        <w:t xml:space="preserve">Hebrews 1:3</w:t>
      </w:r>
      <w:r>
        <w:rPr/>
        <w:t xml:space="preserve"> — </w:t>
      </w:r>
      <w:r>
        <w:rPr>
          <w:shd w:fill="B7DDE8" w:val="clear"/>
        </w:rPr>
        <w:t xml:space="preserve">The Son is the radiance of God’s glory and the exact representation of His nature</w:t>
      </w:r>
      <w:r>
        <w:rPr>
          <w:b w:val="false"/>
          <w:i w:val="false"/>
          <w:color w:val="000000"/>
          <w:u w:val="none"/>
        </w:rPr>
        <w:t xml:space="preserve"> [1GCU]</w:t>
      </w:r>
      <w:r>
        <w:rPr>
          <w:b w:val="false"/>
          <w:i w:val="false"/>
          <w:color w:val="000000"/>
          <w:u w:val="none"/>
        </w:rPr>
        <w:t xml:space="preserve"> [1GCV]</w:t>
      </w:r>
      <w:r>
        <w:rPr/>
        <w:t xml:space="preserve">, </w:t>
      </w:r>
      <w:r>
        <w:rPr>
          <w:shd w:fill="B7DDE8" w:val="clear"/>
        </w:rPr>
        <w:t xml:space="preserve">upholding all things by His powerful word</w:t>
      </w:r>
      <w:r>
        <w:rPr>
          <w:b w:val="false"/>
          <w:i w:val="false"/>
          <w:color w:val="000000"/>
          <w:u w:val="none"/>
        </w:rPr>
        <w:t xml:space="preserve"> [1GCW]</w:t>
      </w:r>
      <w:r>
        <w:rPr/>
        <w:t xml:space="preserve">.</w:t>
      </w:r>
    </w:p>
    <w:p>
      <w:pPr>
        <w:pStyle w:val="Yellow"/>
        <w:rPr/>
      </w:pPr>
      <w:r>
        <w:t xml:space="preserve">(He2:9 “Jesus”) </w:t>
      </w:r>
      <w:r>
        <w:rPr>
          <w:b/>
        </w:rPr>
        <w:t>Hebrews 2:16–17</w:t>
      </w:r>
      <w:r>
        <w:t xml:space="preserve"> — </w:t>
      </w:r>
      <w:r>
        <w:rPr>
          <w:shd w:fill="B7DDE8" w:val="clear"/>
        </w:rPr>
        <w:t xml:space="preserve">For surely </w:t>
      </w:r>
      <w:r>
        <w:rPr>
          <w:shd w:fill="B7DDE8" w:val="clear"/>
        </w:rPr>
        <w:t>it is not the angels {He} helps, but the descendants of Abraham</w:t>
      </w:r>
      <w:r>
        <w:rPr>
          <w:b w:val="false"/>
          <w:i w:val="false"/>
          <w:color w:val="000000"/>
          <w:u w:val="none"/>
        </w:rPr>
        <w:t xml:space="preserve"> [1AUB]</w:t>
      </w:r>
      <w:r>
        <w:rPr>
          <w:shd w:fill="B7DDE8" w:val="clear"/>
        </w:rPr>
        <w:t xml:space="preserve">. For this reason </w:t>
      </w:r>
      <w:r>
        <w:rPr>
          <w:shd w:fill="B7DDE8" w:val="clear"/>
        </w:rPr>
        <w:t>He had to be made like His brothers in every way</w:t>
      </w:r>
      <w:r>
        <w:rPr>
          <w:b w:val="false"/>
          <w:i w:val="false"/>
          <w:color w:val="000000"/>
          <w:u w:val="none"/>
        </w:rPr>
        <w:t xml:space="preserve"> [1AUC]</w:t>
      </w:r>
      <w:r>
        <w:t xml:space="preserve">, so that He might become </w:t>
      </w:r>
      <w:r>
        <w:rPr>
          <w:shd w:fill="B7DDE8" w:val="clear"/>
        </w:rPr>
        <w:t>a merciful and faithful high priest in service to God</w:t>
      </w:r>
      <w:r>
        <w:rPr>
          <w:b w:val="false"/>
          <w:i w:val="false"/>
          <w:color w:val="000000"/>
          <w:u w:val="none"/>
        </w:rPr>
        <w:t xml:space="preserve"> [1AUE]</w:t>
      </w:r>
      <w:r>
        <w:rPr>
          <w:shd w:fill="B7DDE8" w:val="clear"/>
        </w:rPr>
        <w:t xml:space="preserve">, in order to </w:t>
      </w:r>
      <w:r>
        <w:rPr>
          <w:shd w:fill="B7DDE8" w:val="clear"/>
        </w:rPr>
        <w:t>make atonement for the sins of the people</w:t>
      </w:r>
      <w:r>
        <w:rPr>
          <w:b w:val="false"/>
          <w:i w:val="false"/>
          <w:color w:val="000000"/>
          <w:u w:val="none"/>
        </w:rPr>
        <w:t xml:space="preserve"> [1AUF]</w:t>
      </w:r>
      <w:r>
        <w:t>.</w:t>
      </w:r>
    </w:p>
    <w:p>
      <w:pPr>
        <w:pStyle w:val="Yellow"/>
        <w:rPr/>
      </w:pPr>
      <w:r>
        <w:rPr/>
        <w:t xml:space="preserve">&lt;49&gt;(He3:16ᶜ Those “Moses led out of Egypt”² “rebelled”¹) </w:t>
      </w:r>
      <w:r>
        <w:rPr>
          <w:b/>
        </w:rPr>
        <w:t>Hebrews 3:10-11</w:t>
      </w:r>
      <w:r>
        <w:rPr/>
        <w:t xml:space="preserve"> — {Therefore} </w:t>
      </w:r>
      <w:r>
        <w:rPr>
          <w:shd w:val="clear" w:fill="B7DDE8"/>
        </w:rPr>
        <w:t>I was angry with {that generation}</w:t>
      </w:r>
      <w:r>
        <w:rPr>
          <w:b w:val="false"/>
          <w:i w:val="false"/>
          <w:color w:val="000000"/>
          <w:u w:val="none"/>
        </w:rPr>
        <w:t xml:space="preserve"> [2EVQ]</w:t>
      </w:r>
      <w:r>
        <w:rPr/>
        <w:t>, and I said, “</w:t>
      </w:r>
      <w:r>
        <w:rPr>
          <w:shd w:val="clear" w:fill="B7DDE8"/>
        </w:rPr>
        <w:t>Their hearts are always going astray</w:t>
      </w:r>
      <w:r>
        <w:rPr>
          <w:b w:val="false"/>
          <w:i w:val="false"/>
          <w:color w:val="000000"/>
          <w:u w:val="none"/>
        </w:rPr>
        <w:t xml:space="preserve"> [2EVR]</w:t>
      </w:r>
      <w:r>
        <w:rPr/>
        <w:t xml:space="preserve">, and </w:t>
      </w:r>
      <w:r>
        <w:rPr>
          <w:shd w:val="clear" w:fill="B7DDE8"/>
        </w:rPr>
        <w:t>they have not known My ways</w:t>
      </w:r>
      <w:r>
        <w:rPr>
          <w:b w:val="false"/>
          <w:i w:val="false"/>
          <w:color w:val="000000"/>
          <w:u w:val="none"/>
        </w:rPr>
        <w:t xml:space="preserve"> [2EVS]</w:t>
      </w:r>
      <w:r>
        <w:rPr/>
        <w:t xml:space="preserve">.” So </w:t>
      </w:r>
      <w:r>
        <w:rPr>
          <w:shd w:val="clear" w:fill="B7DDE8"/>
        </w:rPr>
        <w:t>I swore on oath in My anger</w:t>
      </w:r>
      <w:r>
        <w:rPr>
          <w:b w:val="false"/>
          <w:i w:val="false"/>
          <w:color w:val="000000"/>
          <w:u w:val="none"/>
        </w:rPr>
        <w:t xml:space="preserve"> [2EVT]</w:t>
      </w:r>
      <w:r>
        <w:rPr/>
        <w:t>, “</w:t>
      </w:r>
      <w:r>
        <w:rPr>
          <w:shd w:val="clear" w:fill="B7DDE8"/>
        </w:rPr>
        <w:t>They shall never enter My rest</w:t>
      </w:r>
      <w:r>
        <w:rPr>
          <w:b w:val="false"/>
          <w:i w:val="false"/>
          <w:color w:val="000000"/>
          <w:u w:val="none"/>
        </w:rPr>
        <w:t xml:space="preserve"> [2EVU]</w:t>
      </w:r>
      <w:r>
        <w:rPr/>
        <w:t>.”</w:t>
      </w:r>
    </w:p>
    <w:p>
      <w:pPr>
        <w:pStyle w:val="Yellow"/>
        <w:rPr/>
      </w:pPr>
      <w:r>
        <w:rPr/>
        <w:t>&lt;49&gt;</w:t>
      </w:r>
      <w:r>
        <w:rPr>
          <w:b/>
        </w:rPr>
        <w:t>Hebrews 3:17-19</w:t>
      </w:r>
      <w:r>
        <w:rPr/>
        <w:t xml:space="preserve"> — And </w:t>
      </w:r>
      <w:r>
        <w:rPr>
          <w:shd w:val="clear" w:fill="B7DDE8"/>
        </w:rPr>
        <w:t>with whom was God angry for forty years? Was it not with those who sinned, whose bodies fell in the wilderness</w:t>
      </w:r>
      <w:r>
        <w:rPr>
          <w:b w:val="false"/>
          <w:i w:val="false"/>
          <w:color w:val="000000"/>
          <w:u w:val="none"/>
        </w:rPr>
        <w:t xml:space="preserve"> [1EVV]</w:t>
      </w:r>
      <w:r>
        <w:rPr/>
        <w:t xml:space="preserve">? And </w:t>
      </w:r>
      <w:r>
        <w:rPr>
          <w:shd w:val="clear" w:fill="B7DDE8"/>
        </w:rPr>
        <w:t>to whom did He swear that they would never enter His rest? Was it not to those who disobeyed</w:t>
      </w:r>
      <w:r>
        <w:rPr>
          <w:b w:val="false"/>
          <w:i w:val="false"/>
          <w:color w:val="000000"/>
          <w:u w:val="none"/>
        </w:rPr>
        <w:t xml:space="preserve"> [1EVW]</w:t>
      </w:r>
      <w:r>
        <w:rPr/>
        <w:t xml:space="preserve">? So we see that </w:t>
      </w:r>
      <w:r>
        <w:rPr>
          <w:shd w:val="clear" w:fill="B7DDE8"/>
        </w:rPr>
        <w:t>it was because of their unbelief that they were unable to enter</w:t>
      </w:r>
      <w:r>
        <w:rPr>
          <w:b w:val="false"/>
          <w:i w:val="false"/>
          <w:color w:val="000000"/>
          <w:u w:val="none"/>
        </w:rPr>
        <w:t xml:space="preserve"> [1EVX]</w:t>
      </w:r>
      <w:r>
        <w:rPr/>
        <w:t>.</w:t>
      </w:r>
    </w:p>
    <w:p>
      <w:pPr>
        <w:pStyle w:val="Yellow"/>
        <w:rPr/>
      </w:pPr>
      <w:r>
        <w:rPr/>
        <w:t xml:space="preserve">&lt;49&gt;(He3:17 “God”) </w:t>
      </w:r>
      <w:r>
        <w:rPr>
          <w:b/>
        </w:rPr>
        <w:t>Hebrews 4:1-3</w:t>
      </w:r>
      <w:r>
        <w:rPr/>
        <w:t xml:space="preserve"> — Therefore, while </w:t>
      </w:r>
      <w:r>
        <w:rPr>
          <w:shd w:val="clear" w:fill="B7DDE8"/>
        </w:rPr>
        <w:t>the promise of entering {His} rest still stands</w:t>
      </w:r>
      <w:r>
        <w:rPr>
          <w:b w:val="false"/>
          <w:i w:val="false"/>
          <w:color w:val="000000"/>
          <w:u w:val="none"/>
        </w:rPr>
        <w:t xml:space="preserve"> [1EVY]</w:t>
      </w:r>
      <w:r>
        <w:rPr/>
        <w:t xml:space="preserve">, </w:t>
      </w:r>
      <w:r>
        <w:rPr>
          <w:shd w:val="clear" w:fill="B7DDE8"/>
        </w:rPr>
        <w:t>let us be careful that none of you be deemed to have fallen short of it</w:t>
      </w:r>
      <w:r>
        <w:rPr>
          <w:b w:val="false"/>
          <w:i w:val="false"/>
          <w:color w:val="000000"/>
          <w:u w:val="none"/>
        </w:rPr>
        <w:t xml:space="preserve"> [1EVZ]</w:t>
      </w:r>
      <w:r>
        <w:rPr/>
        <w:t xml:space="preserve">. For </w:t>
      </w:r>
      <w:r>
        <w:rPr>
          <w:shd w:val="clear" w:fill="B7DDE8"/>
        </w:rPr>
        <w:t>we also received the good news just as they did</w:t>
      </w:r>
      <w:r>
        <w:rPr>
          <w:b w:val="false"/>
          <w:i w:val="false"/>
          <w:color w:val="000000"/>
          <w:u w:val="none"/>
        </w:rPr>
        <w:t xml:space="preserve"> [1EWA]</w:t>
      </w:r>
      <w:r>
        <w:rPr/>
        <w:t xml:space="preserve">; but </w:t>
      </w:r>
      <w:r>
        <w:rPr>
          <w:shd w:val="clear" w:fill="B7DDE8"/>
        </w:rPr>
        <w:t>the message they heard was of no value to them, since they did not share the faith of those who comprehended it</w:t>
      </w:r>
      <w:r>
        <w:rPr>
          <w:b w:val="false"/>
          <w:i w:val="false"/>
          <w:u w:val="none"/>
          <w:color w:val="000000"/>
        </w:rPr>
        <w:t xml:space="preserve"> [1EWB]</w:t>
      </w:r>
      <w:r>
        <w:rPr/>
        <w:t xml:space="preserve">. Now </w:t>
      </w:r>
      <w:r>
        <w:rPr>
          <w:shd w:val="clear" w:fill="B7DDE8"/>
        </w:rPr>
        <w:t>we who have believed enter that rest</w:t>
      </w:r>
      <w:r>
        <w:rPr>
          <w:b w:val="false"/>
          <w:i w:val="false"/>
          <w:color w:val="000000"/>
          <w:u w:val="none"/>
        </w:rPr>
        <w:t xml:space="preserve"> [1EWC]</w:t>
      </w:r>
      <w:r>
        <w:rPr/>
        <w:t>.</w:t>
      </w:r>
    </w:p>
    <w:p>
      <w:pPr>
        <w:pStyle w:val="Yellow"/>
        <w:rPr/>
      </w:pPr>
      <w:r>
        <w:rPr/>
        <w:t>&lt;49&gt;</w:t>
      </w:r>
      <w:r>
        <w:rPr>
          <w:b/>
        </w:rPr>
        <w:t>Hebrews 4:6–7</w:t>
      </w:r>
      <w:r>
        <w:rPr/>
        <w:t xml:space="preserve"> — Since, then, </w:t>
      </w:r>
      <w:r>
        <w:rPr>
          <w:shd w:val="clear" w:fill="B7DDE8"/>
        </w:rPr>
        <w:t>it remains for some to enter His rest</w:t>
      </w:r>
      <w:r>
        <w:rPr>
          <w:b w:val="false"/>
          <w:i w:val="false"/>
          <w:color w:val="000000"/>
          <w:u w:val="none"/>
        </w:rPr>
        <w:t xml:space="preserve"> [1EWD]</w:t>
      </w:r>
      <w:r>
        <w:rPr/>
        <w:t xml:space="preserve">, and since </w:t>
      </w:r>
      <w:r>
        <w:rPr>
          <w:shd w:val="clear" w:fill="B7DDE8"/>
        </w:rPr>
        <w:t>those who formerly heard the good news did not enter because of their disobedience</w:t>
      </w:r>
      <w:r>
        <w:rPr>
          <w:b w:val="false"/>
          <w:i w:val="false"/>
          <w:color w:val="000000"/>
          <w:u w:val="none"/>
        </w:rPr>
        <w:t xml:space="preserve"> [1EWE]</w:t>
      </w:r>
      <w:r>
        <w:rPr/>
        <w:t xml:space="preserve">, </w:t>
      </w:r>
      <w:r>
        <w:rPr>
          <w:shd w:val="clear" w:fill="B7DDE8"/>
        </w:rPr>
        <w:t>God again designated a certain day as “Today,”</w:t>
      </w:r>
      <w:r>
        <w:rPr>
          <w:b w:val="false"/>
          <w:i w:val="false"/>
          <w:color w:val="000000"/>
          <w:u w:val="none"/>
        </w:rPr>
        <w:t xml:space="preserve"> [1EWF]</w:t>
      </w:r>
      <w:r>
        <w:rPr/>
        <w:t xml:space="preserve"> when a long time later He spoke through David as was just stated: “Today, </w:t>
      </w:r>
      <w:r>
        <w:rPr>
          <w:shd w:val="clear" w:fill="B7DDE8"/>
        </w:rPr>
        <w:t>if you hear His voice, do not harden your hearts</w:t>
      </w:r>
      <w:r>
        <w:rPr>
          <w:b w:val="false"/>
          <w:i w:val="false"/>
          <w:color w:val="000000"/>
          <w:u w:val="none"/>
        </w:rPr>
        <w:t xml:space="preserve"> [1EWG]</w:t>
      </w:r>
      <w:r>
        <w:rPr/>
        <w:t>.”</w:t>
      </w:r>
    </w:p>
    <w:p>
      <w:pPr>
        <w:pStyle w:val="Yellow"/>
        <w:rPr/>
      </w:pPr>
      <w:r>
        <w:rPr/>
        <w:t>&lt;49&gt;</w:t>
      </w:r>
      <w:r>
        <w:rPr>
          <w:b/>
        </w:rPr>
        <w:t>Hebrews 4:10</w:t>
      </w:r>
      <w:r>
        <w:rPr/>
        <w:t xml:space="preserve"> — For </w:t>
      </w:r>
      <w:r>
        <w:rPr>
          <w:shd w:val="clear" w:fill="B7DDE8"/>
        </w:rPr>
        <w:t>whoever enters God’s rest also rests from his own work, just as God did from His</w:t>
      </w:r>
      <w:r>
        <w:rPr>
          <w:b w:val="false"/>
          <w:i w:val="false"/>
          <w:color w:val="000000"/>
          <w:u w:val="none"/>
        </w:rPr>
        <w:t xml:space="preserve"> [1EWH]</w:t>
      </w:r>
      <w:r>
        <w:rPr/>
        <w:t>.</w:t>
      </w:r>
    </w:p>
    <w:p>
      <w:pPr>
        <w:pStyle w:val="Yellow"/>
        <w:rPr/>
      </w:pPr>
      <w:r>
        <w:rPr/>
        <w:t>&lt;49&gt;</w:t>
      </w:r>
      <w:r>
        <w:rPr>
          <w:b/>
        </w:rPr>
        <w:t>Hebrews 4:11</w:t>
      </w:r>
      <w:r>
        <w:rPr/>
        <w:t xml:space="preserve"> — Let us, therefore, </w:t>
      </w:r>
      <w:r>
        <w:rPr>
          <w:shd w:val="clear" w:fill="B7DDE8"/>
        </w:rPr>
        <w:t>make every effort to enter that rest, so that no one will fall by following the same pattern of disobedience</w:t>
      </w:r>
      <w:r>
        <w:rPr>
          <w:b w:val="false"/>
          <w:i w:val="false"/>
          <w:color w:val="000000"/>
          <w:u w:val="none"/>
        </w:rPr>
        <w:t xml:space="preserve"> [1EWI]</w:t>
      </w:r>
      <w:r>
        <w:rPr/>
        <w:t>.</w:t>
      </w:r>
    </w:p>
    <w:p>
      <w:pPr>
        <w:pStyle w:val="Yellow"/>
        <w:rPr/>
      </w:pPr>
      <w:r>
        <w:rPr>
          <w:b/>
        </w:rPr>
        <w:t xml:space="preserve">Hebrews 13:4</w:t>
      </w:r>
      <w:r>
        <w:rPr/>
        <w:t xml:space="preserve"> — </w:t>
      </w:r>
      <w:r>
        <w:rPr>
          <w:shd w:fill="B7DDE8" w:val="clear"/>
        </w:rPr>
        <w:t xml:space="preserve">Marriage should be honored by all</w:t>
      </w:r>
      <w:r>
        <w:rPr>
          <w:b w:val="false"/>
          <w:i w:val="false"/>
          <w:color w:val="000000"/>
          <w:u w:val="none"/>
        </w:rPr>
        <w:t xml:space="preserve"> [1GSW]</w:t>
      </w:r>
      <w:r>
        <w:rPr/>
        <w:t xml:space="preserve"> and </w:t>
      </w:r>
      <w:r>
        <w:rPr>
          <w:shd w:fill="B7DDE8" w:val="clear"/>
        </w:rPr>
        <w:t xml:space="preserve">the marriage bed kept undefiled</w:t>
      </w:r>
      <w:r>
        <w:rPr>
          <w:b w:val="false"/>
          <w:i w:val="false"/>
          <w:color w:val="000000"/>
          <w:u w:val="none"/>
        </w:rPr>
        <w:t xml:space="preserve"> [1GSX]</w:t>
      </w:r>
      <w:r>
        <w:rPr/>
        <w:t xml:space="preserve">, for </w:t>
      </w:r>
      <w:r>
        <w:rPr>
          <w:shd w:fill="B7DDE8" w:val="clear"/>
        </w:rPr>
        <w:t xml:space="preserve">God will judge the sexually immoral and adulterers</w:t>
      </w:r>
      <w:r>
        <w:rPr>
          <w:b w:val="false"/>
          <w:i w:val="false"/>
          <w:u w:val="none"/>
          <w:color w:val="000000"/>
        </w:rPr>
        <w:t xml:space="preserve"> [1GSY]</w:t>
      </w:r>
      <w:r>
        <w:rPr/>
        <w:t xml:space="preserve">.</w:t>
      </w:r>
    </w:p>
    <w:p>
      <w:pPr>
        <w:pStyle w:val="Yellow"/>
        <w:rPr/>
      </w:pPr>
      <w:r>
        <w:rPr>
          <w:b/>
        </w:rPr>
        <w:t xml:space="preserve">2 Peter 3:8</w:t>
      </w:r>
      <w:r>
        <w:rPr/>
        <w:t xml:space="preserve"> — </w:t>
      </w:r>
      <w:r>
        <w:rPr>
          <w:shd w:fill="B7DDE8" w:val="clear"/>
        </w:rPr>
        <w:t xml:space="preserve">With the Lord a day is like a thousand years, and a thousand years are like a day</w:t>
      </w:r>
      <w:r>
        <w:rPr>
          <w:b w:val="false"/>
          <w:i w:val="false"/>
          <w:color w:val="000000"/>
          <w:u w:val="none"/>
        </w:rPr>
        <w:t xml:space="preserve"> [1LIL]</w:t>
      </w:r>
      <w:r>
        <w:rPr/>
        <w:t xml:space="preserve">.</w:t>
      </w:r>
    </w:p>
    <w:p>
      <w:pPr>
        <w:pStyle w:val="Yellow"/>
        <w:rPr/>
      </w:pPr>
      <w:r>
        <w:rPr>
          <w:b/>
        </w:rPr>
        <w:t xml:space="preserve">1 John 3:1</w:t>
      </w:r>
      <w:r>
        <w:rPr/>
        <w:t xml:space="preserve"> — </w:t>
      </w:r>
      <w:r>
        <w:rPr>
          <w:shd w:fill="B7DDE8" w:val="clear"/>
        </w:rPr>
        <w:t xml:space="preserve">Behold what manner of love the Father has given to us</w:t>
      </w:r>
      <w:r>
        <w:rPr>
          <w:b w:val="false"/>
          <w:i w:val="false"/>
          <w:color w:val="000000"/>
          <w:u w:val="none"/>
        </w:rPr>
        <w:t xml:space="preserve"> [2BAM]</w:t>
      </w:r>
      <w:r>
        <w:rPr>
          <w:b w:val="false"/>
          <w:i w:val="false"/>
          <w:color w:val="000000"/>
          <w:u w:val="none"/>
        </w:rPr>
        <w:t xml:space="preserve"> [1GOL]</w:t>
      </w:r>
      <w:r>
        <w:rPr/>
        <w:t xml:space="preserve">, </w:t>
      </w:r>
      <w:r>
        <w:rPr>
          <w:shd w:fill="B7DDE8" w:val="clear"/>
        </w:rPr>
        <w:t xml:space="preserve">that we should be called children of God. And that is what we are</w:t>
      </w:r>
      <w:r>
        <w:rPr>
          <w:b w:val="false"/>
          <w:i w:val="false"/>
          <w:color w:val="000000"/>
          <w:u w:val="none"/>
        </w:rPr>
        <w:t xml:space="preserve"> [1GOM]</w:t>
      </w:r>
      <w:r>
        <w:rPr>
          <w:b w:val="false"/>
          <w:i w:val="false"/>
          <w:color w:val="000000"/>
          <w:u w:val="none"/>
        </w:rPr>
        <w:t xml:space="preserve"> [3FWX]</w:t>
      </w:r>
      <w:r>
        <w:rPr/>
        <w:t xml:space="preserve">!</w:t>
      </w:r>
    </w:p>
    <w:sectPr>
      <w:type w:val="nextPage"/>
      <w:pgSz w:w="12240" w:h="15840"/>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w:altName w:val="Courier New"/>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suff w:val="space"/>
      <w:lvlText w:val=""/>
      <w:lvlJc w:val="left"/>
      <w:pPr>
        <w:tabs>
          <w:tab w:val="num" w:pos="0"/>
        </w:tabs>
        <w:ind w:left="0" w:hanging="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suff w:val="space"/>
      <w:lvlText w:val=""/>
      <w:lvlJc w:val="left"/>
      <w:pPr>
        <w:tabs>
          <w:tab w:val="num" w:pos="0"/>
        </w:tabs>
        <w:ind w:left="0" w:hanging="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2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52" w:before="0" w:after="100"/>
      <w:jc w:val="left"/>
    </w:pPr>
    <w:rPr>
      <w:rFonts w:ascii="Liberation Serif" w:hAnsi="Liberation Serif" w:eastAsia="" w:cs="" w:cstheme="minorBidi" w:eastAsiaTheme="minorEastAsia"/>
      <w:color w:val="auto"/>
      <w:kern w:val="0"/>
      <w:sz w:val="24"/>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left="720"/>
      <w:contextualSpacing/>
    </w:pPr>
    <w:rPr/>
  </w:style>
  <w:style w:type="paragraph" w:styleId="List3">
    <w:name w:val="List 3"/>
    <w:basedOn w:val="Normal"/>
    <w:uiPriority w:val="99"/>
    <w:unhideWhenUsed/>
    <w:qFormat/>
    <w:rsid w:val="00326f90"/>
    <w:pPr>
      <w:spacing w:before="0" w:after="100"/>
      <w:ind w:hanging="360" w:lef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Green" w:customStyle="1">
    <w:name w:val="Green"/>
    <w:basedOn w:val="Normal"/>
    <w:qFormat/>
    <w:pPr>
      <w:spacing w:lineRule="auto" w:line="252" w:before="0" w:after="100"/>
    </w:pPr>
    <w:rPr>
      <w:rFonts w:ascii="Liberation Serif" w:hAnsi="Liberation Serif"/>
      <w:sz w:val="24"/>
      <w:shd w:fill="DDE8CB" w:val="clear"/>
    </w:rPr>
  </w:style>
  <w:style w:type="paragraph" w:styleId="Yellow" w:customStyle="1">
    <w:name w:val="Yellow"/>
    <w:basedOn w:val="Normal"/>
    <w:qFormat/>
    <w:pPr>
      <w:spacing w:lineRule="auto" w:line="252" w:before="0" w:after="100"/>
    </w:pPr>
    <w:rPr>
      <w:rFonts w:ascii="Liberation Serif" w:hAnsi="Liberation Serif"/>
      <w:sz w:val="24"/>
      <w:shd w:fill="FFFFD7" w:val="clear"/>
    </w:rPr>
  </w:style>
  <w:style w:type="paragraph" w:styleId="Blue">
    <w:name w:val="Blue"/>
    <w:basedOn w:val="BodyText"/>
    <w:qFormat/>
    <w:pPr/>
    <w:rPr>
      <w:shd w:fill="DEE6EF" w:val="clear"/>
    </w:rPr>
  </w:style>
  <w:style w:type="paragraph" w:styleId="Orange">
    <w:name w:val="Orange"/>
    <w:basedOn w:val="BodyText"/>
    <w:qFormat/>
    <w:pPr>
      <w:bidi w:val="0"/>
      <w:jc w:val="left"/>
    </w:pPr>
    <w:rPr>
      <w:shd w:fill="FFDBB6" w:val="clear"/>
    </w:rPr>
  </w:style>
  <w:style w:type="paragraph" w:styleId="Red">
    <w:name w:val="Red"/>
    <w:basedOn w:val="BodyText"/>
    <w:qFormat/>
    <w:pPr/>
    <w:rPr>
      <w:shd w:fill="FFD7D7" w:val="clea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808</TotalTime>
  <Application>LibreOffice/26.2.4.2$Windows_X86_64 LibreOffice_project/0229ac93fcf0d7cbc6376066c6f35021cef002dc</Application>
  <AppVersion>15.0000</AppVersion>
  <Pages>201</Pages>
  <Words>114111</Words>
  <Characters>504986</Characters>
  <CharactersWithSpaces>617857</CharactersWithSpaces>
  <Paragraphs>3684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2026-09-01T09:54:10Z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